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Islami Khilafat 5 Sept. 2021 - Prof. Farida Khanam and Dr. Saniyasnain Khan</w:t>
      </w:r>
    </w:p>
    <w:p>
      <w:r>
        <w:t>https://www.youtube.com/watch?v=ST_D_SJS65w</w:t>
      </w:r>
    </w:p>
    <w:p>
      <w:r>
        <w:rPr>
          <w:b/>
        </w:rPr>
        <w:t xml:space="preserve">[00:12]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[00:18] </w:t>
      </w:r>
      <w:r>
        <w:t>wa yassir li amri, wah-lul uqdatan min lisani, yafqahu qawli.</w:t>
      </w:r>
    </w:p>
    <w:p>
      <w:pPr>
        <w:jc w:val="right"/>
      </w:pPr>
      <w:r>
        <w:t>ویسر لی امری، واحل العقدۃ من لسانی، یفقہ قولی۔</w:t>
      </w:r>
    </w:p>
    <w:p>
      <w:r>
        <w:rPr>
          <w:b/>
        </w:rPr>
        <w:t xml:space="preserve">[00:25] </w:t>
      </w:r>
      <w:r>
        <w:t>assalam-o-alaikum. pichle kuch hafton se seerat ki baatein, yani prophet muhammad sallallahu alaihi wasallam ki zindagi</w:t>
      </w:r>
    </w:p>
    <w:p>
      <w:pPr>
        <w:jc w:val="right"/>
      </w:pPr>
      <w:r>
        <w:t>السلام علیکم۔ پچھلے کچھ ہفتوں سے سیرت کی باتیں، یعنی پرافٹ محمد صلی اللہ علیہ وسلم کی زندگی</w:t>
      </w:r>
    </w:p>
    <w:p>
      <w:r>
        <w:rPr>
          <w:b/>
        </w:rPr>
        <w:t xml:space="preserve">[00:35] </w:t>
      </w:r>
      <w:r>
        <w:t>ke halaat aur waqeyat ki kuch baatein hum ne aap ke samne rakhi thin,</w:t>
      </w:r>
    </w:p>
    <w:p>
      <w:pPr>
        <w:jc w:val="right"/>
      </w:pPr>
      <w:r>
        <w:t>کے حالات اور واقعات کی کچھ باتیں ہم نے آپ کے سامنے رکھی تھیں،</w:t>
      </w:r>
    </w:p>
    <w:p>
      <w:r>
        <w:rPr>
          <w:b/>
        </w:rPr>
        <w:t xml:space="preserve">[00:40] </w:t>
      </w:r>
      <w:r>
        <w:t>aur pichli bar</w:t>
      </w:r>
    </w:p>
    <w:p>
      <w:pPr>
        <w:jc w:val="right"/>
      </w:pPr>
      <w:r>
        <w:t>اور پچھلی بار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