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God Realization 23 June 2018 - Maulana Wahiduddin Khan</w:t>
      </w:r>
    </w:p>
    <w:p>
      <w:r>
        <w:t>https://www.youtube.com/watch?v=nar5wBjiT7Q</w:t>
      </w:r>
    </w:p>
    <w:p>
      <w:r>
        <w:rPr>
          <w:b/>
        </w:rPr>
        <w:t xml:space="preserve">[00:14] </w:t>
      </w:r>
      <w:r>
        <w:t>bismillah alrahman alrahim, wa salla Allahu ala nabial karim.</w:t>
      </w:r>
    </w:p>
    <w:p>
      <w:pPr>
        <w:jc w:val="right"/>
      </w:pPr>
      <w:r>
        <w:t>بسم اللہ الرحمن الرحیم، وصلی اللہ علی نبی الکریم۔</w:t>
      </w:r>
    </w:p>
    <w:p>
      <w:r>
        <w:rPr>
          <w:b/>
        </w:rPr>
        <w:t xml:space="preserve">[00:23] </w:t>
      </w:r>
      <w:r>
        <w:t>rab ishrah li sadri, wa yassir li amri, wa hll alqadta min lisani, yafqa qawli.</w:t>
      </w:r>
    </w:p>
    <w:p>
      <w:pPr>
        <w:jc w:val="right"/>
      </w:pPr>
      <w:r>
        <w:t>رب اشرح لی صدری، ویسر لی امری، واحل العقدۃ من لسانی، یفقہ قولی۔</w:t>
      </w:r>
    </w:p>
    <w:p>
      <w:r>
        <w:rPr>
          <w:b/>
        </w:rPr>
        <w:t xml:space="preserve">[00:35] </w:t>
      </w:r>
      <w:r>
        <w:t>23 jun 2018.</w:t>
      </w:r>
    </w:p>
    <w:p>
      <w:pPr>
        <w:jc w:val="right"/>
      </w:pPr>
      <w:r>
        <w:t>23 جون 2018۔</w:t>
      </w:r>
    </w:p>
    <w:p>
      <w:r>
        <w:rPr>
          <w:b/>
        </w:rPr>
        <w:t xml:space="preserve">[00:42] </w:t>
      </w:r>
      <w:r>
        <w:t>meri mulaqat ek sahib se hui, vo eduketed admi the.</w:t>
      </w:r>
    </w:p>
    <w:p>
      <w:pPr>
        <w:jc w:val="right"/>
      </w:pPr>
      <w:r>
        <w:t>میری ملاقات ایک صاحب سے ہوئی، وہ ایجوکیٹڈ آدمی تھے۔</w:t>
      </w:r>
    </w:p>
    <w:p>
      <w:r>
        <w:rPr>
          <w:b/>
        </w:rPr>
        <w:t xml:space="preserve">[00:52] </w:t>
      </w:r>
      <w:r>
        <w:t>unhon ne mujh se pucha ke ap ki sab se bari</w:t>
      </w:r>
    </w:p>
    <w:p>
      <w:pPr>
        <w:jc w:val="right"/>
      </w:pPr>
      <w:r>
        <w:t>انہوں نے مجھ سے پوچھا کہ آپ کی سب سے بڑی</w:t>
      </w:r>
    </w:p>
    <w:p>
      <w:r>
        <w:rPr>
          <w:b/>
        </w:rPr>
        <w:t xml:space="preserve">[01:00] </w:t>
      </w:r>
      <w:r>
        <w:t>achivmant kya hai? ap ka sab se bara achivmant kya hai?</w:t>
      </w:r>
    </w:p>
    <w:p>
      <w:pPr>
        <w:jc w:val="right"/>
      </w:pPr>
      <w:r>
        <w:t>اچیومنٹ کیا ہے؟ آپ کا سب سے بڑا اچیومنٹ کیا ہے؟</w:t>
      </w:r>
    </w:p>
    <w:p>
      <w:r>
        <w:rPr>
          <w:b/>
        </w:rPr>
        <w:t xml:space="preserve">[01:10] </w:t>
      </w:r>
      <w:r>
        <w:t>main ne kaha ke Allah rab alalameen ki diskavari, diskavari of gad.</w:t>
      </w:r>
    </w:p>
    <w:p>
      <w:pPr>
        <w:jc w:val="right"/>
      </w:pPr>
      <w:r>
        <w:t>میں نے کہا کہ اللہ رب العالمین کی ڈسکوری، ڈسکوری آف گاڈ۔</w:t>
      </w:r>
    </w:p>
    <w:p>
      <w:r>
        <w:rPr>
          <w:b/>
        </w:rPr>
        <w:t xml:space="preserve">[01:21] </w:t>
      </w:r>
      <w:r>
        <w:t>is tarah ka sabqa mera kai logon se pesh aya hai. main ne paya hai ke log mere is jawab ko ek shairana bat samajhte hain,</w:t>
      </w:r>
    </w:p>
    <w:p>
      <w:pPr>
        <w:jc w:val="right"/>
      </w:pPr>
      <w:r>
        <w:t>اس طرح کا سابقہ میرا کئی لوگوں سے پیش آیا ہے۔ میں نے پایا ہے کہ لوگ میرے اس جواب کو ایک شاعرانہ بات سمجھتے ہیں،</w:t>
      </w:r>
    </w:p>
    <w:p>
      <w:r>
        <w:rPr>
          <w:b/>
        </w:rPr>
        <w:t xml:space="preserve">[01:36] </w:t>
      </w:r>
      <w:r>
        <w:t>vo koi aham bat nahin samajhte.</w:t>
      </w:r>
    </w:p>
    <w:p>
      <w:pPr>
        <w:jc w:val="right"/>
      </w:pPr>
      <w:r>
        <w:t>وہ کوئی اہم بات نہیں سمجھتے۔</w:t>
      </w:r>
    </w:p>
    <w:p>
      <w:r>
        <w:rPr>
          <w:b/>
        </w:rPr>
        <w:t xml:space="preserve">[01:41] </w:t>
      </w:r>
      <w:r>
        <w:t>mera tajurba yahi hai.</w:t>
      </w:r>
    </w:p>
    <w:p>
      <w:pPr>
        <w:jc w:val="right"/>
      </w:pPr>
      <w:r>
        <w:t>میرا تجربہ یہی ہے۔</w:t>
      </w:r>
    </w:p>
    <w:p>
      <w:r>
        <w:rPr>
          <w:b/>
        </w:rPr>
        <w:t xml:space="preserve">[01:45] </w:t>
      </w:r>
      <w:r>
        <w:t>is par maine socha ke aisa kyun hota hai?</w:t>
      </w:r>
    </w:p>
    <w:p>
      <w:pPr>
        <w:jc w:val="right"/>
      </w:pPr>
      <w:r>
        <w:t>اس پر میں نے سوچا کہ ایسا کیوں ہوتا ہے؟</w:t>
      </w:r>
    </w:p>
    <w:p>
      <w:r>
        <w:rPr>
          <w:b/>
        </w:rPr>
        <w:t xml:space="preserve">[01:51] </w:t>
      </w:r>
      <w:r>
        <w:t>meri samajh mein aaya ke is ki sabab yeh hai ke</w:t>
      </w:r>
    </w:p>
    <w:p>
      <w:pPr>
        <w:jc w:val="right"/>
      </w:pPr>
      <w:r>
        <w:t>میری سمجھ میں آیا کہ اس کی سبب یہ ہے کہ</w:t>
      </w:r>
    </w:p>
    <w:p>
      <w:r>
        <w:rPr>
          <w:b/>
        </w:rPr>
        <w:t xml:space="preserve">[02:01] </w:t>
      </w:r>
      <w:r>
        <w:t>Allah ya God logon ke liye ek belief hai,</w:t>
      </w:r>
    </w:p>
    <w:p>
      <w:pPr>
        <w:jc w:val="right"/>
      </w:pPr>
      <w:r>
        <w:t>اللہ یا گاڈ لوگوں کے لیے ایک بیلیف ہے،</w:t>
      </w:r>
    </w:p>
    <w:p>
      <w:r>
        <w:rPr>
          <w:b/>
        </w:rPr>
        <w:t xml:space="preserve">[02:13] </w:t>
      </w:r>
      <w:r>
        <w:t>item of belief hai, woh item of discovery hai nahin.</w:t>
      </w:r>
    </w:p>
    <w:p>
      <w:pPr>
        <w:jc w:val="right"/>
      </w:pPr>
      <w:r>
        <w:t>آئٹم آف بیلیف ہے، وہ آئٹم آف ڈسکوری ہے نہیں۔</w:t>
      </w:r>
    </w:p>
    <w:p>
      <w:r>
        <w:rPr>
          <w:b/>
        </w:rPr>
        <w:t xml:space="preserve">[02:25] </w:t>
      </w:r>
      <w:r>
        <w:t>logon ke liye God belief ka item hai, discovery ka item nahin.</w:t>
      </w:r>
    </w:p>
    <w:p>
      <w:pPr>
        <w:jc w:val="right"/>
      </w:pPr>
      <w:r>
        <w:t>لوگوں کے لیے گاڈ بیلیف کا آئٹم ہے، ڈسکوری کا آئٹم نہیں۔</w:t>
      </w:r>
    </w:p>
    <w:p>
      <w:r>
        <w:rPr>
          <w:b/>
        </w:rPr>
        <w:t xml:space="preserve">[02:36] </w:t>
      </w:r>
      <w:r>
        <w:t>dekhiye, yeh bilashuba sab se bari mahroomi hai,</w:t>
      </w:r>
    </w:p>
    <w:p>
      <w:pPr>
        <w:jc w:val="right"/>
      </w:pPr>
      <w:r>
        <w:t>دیکھیے، یہ بلاشبہ سب سے بڑی محرومی ہے،</w:t>
      </w:r>
    </w:p>
    <w:p>
      <w:r>
        <w:rPr>
          <w:b/>
        </w:rPr>
        <w:t xml:space="preserve">[02:47] </w:t>
      </w:r>
      <w:r>
        <w:t>kyunke khaliq ne</w:t>
      </w:r>
    </w:p>
    <w:p>
      <w:pPr>
        <w:jc w:val="right"/>
      </w:pPr>
      <w:r>
        <w:t>کیونکہ خالق نے</w:t>
      </w:r>
    </w:p>
    <w:p>
      <w:r>
        <w:rPr>
          <w:b/>
        </w:rPr>
        <w:t xml:space="preserve">[02:52] </w:t>
      </w:r>
      <w:r>
        <w:t>hamari zindagi mein, hamari zindagi se bahar</w:t>
      </w:r>
    </w:p>
    <w:p>
      <w:pPr>
        <w:jc w:val="right"/>
      </w:pPr>
      <w:r>
        <w:t>ہماری زندگی میں، ہماری زندگی سے باہر</w:t>
      </w:r>
    </w:p>
    <w:p>
      <w:r>
        <w:rPr>
          <w:b/>
        </w:rPr>
        <w:t xml:space="preserve">[02:58] </w:t>
      </w:r>
      <w:r>
        <w:t>beshumar aise point of reference rakhe hain, jis se hum Allah Rab-ul-Alameen ko bar bar daryaft karte rahe hain.</w:t>
      </w:r>
    </w:p>
    <w:p>
      <w:pPr>
        <w:jc w:val="right"/>
      </w:pPr>
      <w:r>
        <w:t>بے شمار ایسے پوائنٹ آف ریفرنس رکھے ہیں، جس سے ہم اللہ رب العالمین کو بار بار دریافت کرتے رہے ہیں۔</w:t>
      </w:r>
    </w:p>
    <w:p>
      <w:r>
        <w:rPr>
          <w:b/>
        </w:rPr>
        <w:t xml:space="preserve">[03:14] </w:t>
      </w:r>
      <w:r>
        <w:t>lekin</w:t>
      </w:r>
    </w:p>
    <w:p>
      <w:pPr>
        <w:jc w:val="right"/>
      </w:pPr>
      <w:r>
        <w:t>لیکن</w:t>
      </w:r>
    </w:p>
    <w:p>
      <w:r>
        <w:rPr>
          <w:b/>
        </w:rPr>
        <w:t xml:space="preserve">[03:15] </w:t>
      </w:r>
      <w:r>
        <w:t>chunki logon ne God ko daal rakha hai belief ke khane mein, to bas samajhte hain ke la ilaha parh liya to ho gaya.</w:t>
      </w:r>
    </w:p>
    <w:p>
      <w:pPr>
        <w:jc w:val="right"/>
      </w:pPr>
      <w:r>
        <w:t>چونکہ لوگوں نے گاڈ کو ڈال رکھا ہے بیلیف کے خانے میں، تو بس سمجھتے ہیں کہ لا الہ پڑھ لیا تو ہو گیا۔</w:t>
      </w:r>
    </w:p>
    <w:p>
      <w:r>
        <w:rPr>
          <w:b/>
        </w:rPr>
        <w:t xml:space="preserve">[03:27] </w:t>
      </w:r>
      <w:r>
        <w:t>is ko discover karne ki baat un ke andar nahin aati.</w:t>
      </w:r>
    </w:p>
    <w:p>
      <w:pPr>
        <w:jc w:val="right"/>
      </w:pPr>
      <w:r>
        <w:t>اس کو ڈسکور کرنے کی بات ان کے اندر نہیں آتی۔</w:t>
      </w:r>
    </w:p>
    <w:p>
      <w:r>
        <w:rPr>
          <w:b/>
        </w:rPr>
        <w:t xml:space="preserve">[03:34] </w:t>
      </w:r>
      <w:r>
        <w:t>dekhiye, discovery ka matlab hai marifat.</w:t>
      </w:r>
    </w:p>
    <w:p>
      <w:pPr>
        <w:jc w:val="right"/>
      </w:pPr>
      <w:r>
        <w:t>دیکھیے، ڈسکوری کا مطلب ہے معرفت۔</w:t>
      </w:r>
    </w:p>
    <w:p>
      <w:r>
        <w:rPr>
          <w:b/>
        </w:rPr>
        <w:t xml:space="preserve">[03:42] </w:t>
      </w:r>
      <w:r>
        <w:t>marifat wala jo</w:t>
      </w:r>
    </w:p>
    <w:p>
      <w:pPr>
        <w:jc w:val="right"/>
      </w:pPr>
      <w:r>
        <w:t>معرفت والا جو</w:t>
      </w:r>
    </w:p>
    <w:p>
      <w:r>
        <w:rPr>
          <w:b/>
        </w:rPr>
        <w:t xml:space="preserve">[03:49] </w:t>
      </w:r>
      <w:r>
        <w:t>imaan hai, woh kya hai?</w:t>
      </w:r>
    </w:p>
    <w:p>
      <w:pPr>
        <w:jc w:val="right"/>
      </w:pPr>
      <w:r>
        <w:t>ایمان ہے، وہ کیا ہے؟</w:t>
      </w:r>
    </w:p>
    <w:p>
      <w:r>
        <w:rPr>
          <w:b/>
        </w:rPr>
        <w:t xml:space="preserve">[03:56] </w:t>
      </w:r>
      <w:r>
        <w:t>to mere paas ek misaal hai, bohat hi illustrative, ke kisi cheez ko marifat ke darje mein paana kya cheez hota hai.</w:t>
      </w:r>
    </w:p>
    <w:p>
      <w:pPr>
        <w:jc w:val="right"/>
      </w:pPr>
      <w:r>
        <w:t>تو میرے پاس ایک مثال ہے، بہت ہی السٹریٹیو، کہ کسی چیز کو معرفت کے درجے میں پانا کیا چیز ہوتا ہے۔</w:t>
      </w:r>
    </w:p>
    <w:p>
      <w:r>
        <w:rPr>
          <w:b/>
        </w:rPr>
        <w:t xml:space="preserve">[04:13] </w:t>
      </w:r>
      <w:r>
        <w:t>mujhe yaad aata hai ke mere ek saathi jo Adore mein rehte the, ab intiqal ho chuka hai, to woh Adore se Delhi aaye.</w:t>
      </w:r>
    </w:p>
    <w:p>
      <w:pPr>
        <w:jc w:val="right"/>
      </w:pPr>
      <w:r>
        <w:t>مجھے یاد آتا ہے کہ میرے ایک ساتھی جو ادور میں رہتے تھے، اب انتقال ہو چکا ہے، تو وہ ادور سے دہلی آئے۔</w:t>
      </w:r>
    </w:p>
    <w:p>
      <w:r>
        <w:rPr>
          <w:b/>
        </w:rPr>
        <w:t xml:space="preserve">[04:31] </w:t>
      </w:r>
      <w:r>
        <w:t>yahan un ke area ke ek sahib Raj Sabha ke member the, un se woh milne gaya.</w:t>
      </w:r>
    </w:p>
    <w:p>
      <w:pPr>
        <w:jc w:val="right"/>
      </w:pPr>
      <w:r>
        <w:t>یہاں ان کے ایریا کے ایک صاحب راج صبح کے ممبر تھے، ان سے وہ ملنے گیا۔</w:t>
      </w:r>
    </w:p>
    <w:p>
      <w:r>
        <w:rPr>
          <w:b/>
        </w:rPr>
        <w:t xml:space="preserve">[04:43] </w:t>
      </w:r>
      <w:r>
        <w:t>yeh zamana woh hai jab ke Siraj Gandhi ka bohat ziyada zor tha.</w:t>
      </w:r>
    </w:p>
    <w:p>
      <w:pPr>
        <w:jc w:val="right"/>
      </w:pPr>
      <w:r>
        <w:t>یہ زمانہ وہ ہے جب کہ سراج گاندھی کا بہت زیادہ زور تھا۔</w:t>
      </w:r>
    </w:p>
    <w:p>
      <w:r>
        <w:rPr>
          <w:b/>
        </w:rPr>
        <w:t xml:space="preserve">[04:54] </w:t>
      </w:r>
      <w:r>
        <w:t>to woh Siraj Gandhi ki party mein shamil ho gaye, halanke koi khaas taleem yafta nahin the, par shayad woh bohat ziyada loyal ban gaye.</w:t>
      </w:r>
    </w:p>
    <w:p>
      <w:pPr>
        <w:jc w:val="right"/>
      </w:pPr>
      <w:r>
        <w:t>تو وہ سراج گاندھی کی پارٹی میں شامل ہو گئے، حالانکہ کوئی خاص تعلیم یافتہ نہیں تھے، پر شاید وہ بہت زیادہ لائل بن گئے۔</w:t>
      </w:r>
    </w:p>
    <w:p>
      <w:r>
        <w:rPr>
          <w:b/>
        </w:rPr>
        <w:t xml:space="preserve">[05:08] </w:t>
      </w:r>
      <w:r>
        <w:t>Siraj Gandhi ke bohat ziyada loyal.</w:t>
      </w:r>
    </w:p>
    <w:p>
      <w:pPr>
        <w:jc w:val="right"/>
      </w:pPr>
      <w:r>
        <w:t>سراج گاندھی کے بہت زیادہ لائل۔</w:t>
      </w:r>
    </w:p>
    <w:p>
      <w:r>
        <w:rPr>
          <w:b/>
        </w:rPr>
        <w:t xml:space="preserve">[05:12] </w:t>
      </w:r>
      <w:r>
        <w:t>to Siraj Gandhi ne un ko Raj Sabha ka member bana diya. ab gaon ka ek aadmi Raj Sabha koi bara ban jaye to us ke liye bohat bari cheez thi,</w:t>
      </w:r>
    </w:p>
    <w:p>
      <w:pPr>
        <w:jc w:val="right"/>
      </w:pPr>
      <w:r>
        <w:t>تو سراج گاندھی نے ان کو راج صبح کا ممبر بنا دیا۔ اب گاؤں کا ایک آدمی راج صبح کوئی بڑا بن جائے تو اس کے لیے بہت بڑی چیز تھی،</w:t>
      </w:r>
    </w:p>
    <w:p>
      <w:r>
        <w:rPr>
          <w:b/>
        </w:rPr>
        <w:t xml:space="preserve">[05:28] </w:t>
      </w:r>
      <w:r>
        <w:t>bohat bari cheez thi.</w:t>
      </w:r>
    </w:p>
    <w:p>
      <w:pPr>
        <w:jc w:val="right"/>
      </w:pPr>
      <w:r>
        <w:t>بہت بڑی چیز تھی۔</w:t>
      </w:r>
    </w:p>
    <w:p>
      <w:r>
        <w:rPr>
          <w:b/>
        </w:rPr>
        <w:t xml:space="preserve">[05:31] </w:t>
      </w:r>
      <w:r>
        <w:t>to jo sahib aaye the Adore se un se milne ke liye, unhone bataya</w:t>
      </w:r>
    </w:p>
    <w:p>
      <w:pPr>
        <w:jc w:val="right"/>
      </w:pPr>
      <w:r>
        <w:t>تو جو صاحب آئے تھے ادور سے ان سے ملنے کے لیے، انہوں نے بتایا</w:t>
      </w:r>
    </w:p>
    <w:p>
      <w:r>
        <w:rPr>
          <w:b/>
        </w:rPr>
        <w:t xml:space="preserve">[05:41] </w:t>
      </w:r>
      <w:r>
        <w:t>keh jab woh</w:t>
      </w:r>
    </w:p>
    <w:p>
      <w:pPr>
        <w:jc w:val="right"/>
      </w:pPr>
      <w:r>
        <w:t>کہ جب وہ</w:t>
      </w:r>
    </w:p>
    <w:p>
      <w:r>
        <w:rPr>
          <w:b/>
        </w:rPr>
        <w:t xml:space="preserve">[05:44] </w:t>
      </w:r>
      <w:r>
        <w:t>raj subah ke ka jo residence hua karta tha, us mein gaye un se milne ke liye,</w:t>
      </w:r>
    </w:p>
    <w:p>
      <w:pPr>
        <w:jc w:val="right"/>
      </w:pPr>
      <w:r>
        <w:t>راج صبح کے کا جو ریزیڈنس ہوا کرتا تھا، اس میں گئے ان سے ملنے کے لیے،</w:t>
      </w:r>
    </w:p>
    <w:p>
      <w:r>
        <w:rPr>
          <w:b/>
        </w:rPr>
        <w:t xml:space="preserve">[05:54] </w:t>
      </w:r>
      <w:r>
        <w:t>to unhein bataya ke woh poori mulaqaat mein aik aik baat karte rahe, poori mulaqaat, aur bohat hi jazbe ke sath aise hi kehte the woh: "yeh sab saje babu ki dein hai,</w:t>
      </w:r>
    </w:p>
    <w:p>
      <w:pPr>
        <w:jc w:val="right"/>
      </w:pPr>
      <w:r>
        <w:t>تو انہیں بتایا کہ وہ پوری ملاقات میں ایک ایک بات کرتے رہے، پوری ملاقات، اور بہت ہی جذبے کے ساتھ ایسے ہی کہتے تھے وہ: "یہ سب سجے بابو کی دین ہے،</w:t>
      </w:r>
    </w:p>
    <w:p>
      <w:r>
        <w:rPr>
          <w:b/>
        </w:rPr>
        <w:t xml:space="preserve">[06:13] </w:t>
      </w:r>
      <w:r>
        <w:t>yeh sab saje babu ki dein hai."</w:t>
      </w:r>
    </w:p>
    <w:p>
      <w:pPr>
        <w:jc w:val="right"/>
      </w:pPr>
      <w:r>
        <w:t>یہ سب سجے بابو کی دین ہے۔"</w:t>
      </w:r>
    </w:p>
    <w:p>
      <w:r>
        <w:rPr>
          <w:b/>
        </w:rPr>
        <w:t xml:space="preserve">[06:17] </w:t>
      </w:r>
      <w:r>
        <w:t>ab aap ghor kijiye</w:t>
      </w:r>
    </w:p>
    <w:p>
      <w:pPr>
        <w:jc w:val="right"/>
      </w:pPr>
      <w:r>
        <w:t>اب آپ غور کیجئے</w:t>
      </w:r>
    </w:p>
    <w:p>
      <w:r>
        <w:rPr>
          <w:b/>
        </w:rPr>
        <w:t xml:space="preserve">[06:22] </w:t>
      </w:r>
      <w:r>
        <w:t>ke siraj gandhi ne to in ko sirf aik chand saal ke liye aik residence dilwa diya tha, lekin Allah rab ul alameen to aap ko poori universe di hui hai.</w:t>
      </w:r>
    </w:p>
    <w:p>
      <w:pPr>
        <w:jc w:val="right"/>
      </w:pPr>
      <w:r>
        <w:t>کہ سراج گاندھی نے تو ان کو صرف ایک چند سال کے لیے ایک ریزیڈنس دلوا دیا تھا، لیکن اللہ رب العالمین تو آپ کو پوری یونیورس دی ہوئی ہے۔</w:t>
      </w:r>
    </w:p>
    <w:p>
      <w:r>
        <w:rPr>
          <w:b/>
        </w:rPr>
        <w:t xml:space="preserve">[06:41] </w:t>
      </w:r>
      <w:r>
        <w:t>itni bari universe aap ke liye custom made universe bana di gayi hai, custom made universe. har cheez aap ki khidmat mein hai, har cheez aap ki khidmat kar rahi hai.</w:t>
      </w:r>
    </w:p>
    <w:p>
      <w:pPr>
        <w:jc w:val="right"/>
      </w:pPr>
      <w:r>
        <w:t>اتنی بڑی یونیورس آپ کے لیے کسٹم میڈ یونیورس بنا دی گئی ہے، کسٹم میڈ یونیورس۔ ہر چیز آپ کی خدمت میں ہے، ہر چیز آپ کی خدمت کر رہی ہے۔</w:t>
      </w:r>
    </w:p>
    <w:p>
      <w:r>
        <w:rPr>
          <w:b/>
        </w:rPr>
        <w:t xml:space="preserve">[06:57] </w:t>
      </w:r>
      <w:r>
        <w:t>to aap ghor kijiye ke yeh agar aap ko is ki marifat ho to aap billion trillion times ziyada</w:t>
      </w:r>
    </w:p>
    <w:p>
      <w:pPr>
        <w:jc w:val="right"/>
      </w:pPr>
      <w:r>
        <w:t>تو آپ غور کیجئے کہ یہ اگر آپ کو اس کی معرفت ہو تو آپ بلین ٹریلین ٹائمز زیادہ</w:t>
      </w:r>
    </w:p>
    <w:p>
      <w:r>
        <w:rPr>
          <w:b/>
        </w:rPr>
        <w:t xml:space="preserve">[07:09] </w:t>
      </w:r>
      <w:r>
        <w:t>bade spirit ke sath kahenge rozana: "yeh sab Allah rab ul alameen ki dein hai,</w:t>
      </w:r>
    </w:p>
    <w:p>
      <w:pPr>
        <w:jc w:val="right"/>
      </w:pPr>
      <w:r>
        <w:t>بڑے اسپرٹ کے ساتھ کہیں گے روزانہ: "یہ سب اللہ رب العالمین کی دین ہے،</w:t>
      </w:r>
    </w:p>
    <w:p>
      <w:r>
        <w:rPr>
          <w:b/>
        </w:rPr>
        <w:t xml:space="preserve">[07:21] </w:t>
      </w:r>
      <w:r>
        <w:t>yeh sab Allah rab ul alameen ki dein hai." lekin kam az kam maine to kisi ko paya nahi ke is jazbe ke sath woh kahe ke "yeh sab Allah rab ul alameen ki dein hai."</w:t>
      </w:r>
    </w:p>
    <w:p>
      <w:pPr>
        <w:jc w:val="right"/>
      </w:pPr>
      <w:r>
        <w:t>یہ سب اللہ رب العالمین کی دین ہے۔" لیکن کم از کم میں نے تو کسی کو پایا نہیں کہ اس جذبے کے ساتھ وہ کہے کہ "یہ سب اللہ رب العالمین کی دین ہے۔"</w:t>
      </w:r>
    </w:p>
    <w:p>
      <w:r>
        <w:rPr>
          <w:b/>
        </w:rPr>
        <w:t xml:space="preserve">[07:36] </w:t>
      </w:r>
      <w:r>
        <w:t>dekhiye, main aik misaal doonga ke is duniya mein aap ko kis spirit ke sath rehna hai, tab aap ko is darje ka iman milega jis ko maine kaha ke discovery,</w:t>
      </w:r>
    </w:p>
    <w:p>
      <w:pPr>
        <w:jc w:val="right"/>
      </w:pPr>
      <w:r>
        <w:t>دیکھیے، میں ایک مثال دوں گا کہ اس دنیا میں آپ کو کس اسپرٹ کے ساتھ رہنا ہے، تب آپ کو اس درجے کا ایمان ملے گا جس کو میں نے کہا کہ ڈسکوری،</w:t>
      </w:r>
    </w:p>
    <w:p>
      <w:r>
        <w:rPr>
          <w:b/>
        </w:rPr>
        <w:t xml:space="preserve">[07:54] </w:t>
      </w:r>
      <w:r>
        <w:t>marifat, discovery.</w:t>
      </w:r>
    </w:p>
    <w:p>
      <w:pPr>
        <w:jc w:val="right"/>
      </w:pPr>
      <w:r>
        <w:t>معرفت، ڈسکوری۔</w:t>
      </w:r>
    </w:p>
    <w:p>
      <w:r>
        <w:rPr>
          <w:b/>
        </w:rPr>
        <w:t xml:space="preserve">[07:57] </w:t>
      </w:r>
      <w:r>
        <w:t>jaise kal aisa hua ke apa bazaar se double roti laein, double roti.</w:t>
      </w:r>
    </w:p>
    <w:p>
      <w:pPr>
        <w:jc w:val="right"/>
      </w:pPr>
      <w:r>
        <w:t>جیسے کل ایسا ہوا کہ آپا بازار سے ڈبل روٹی لائیں، ڈبل روٹی۔</w:t>
      </w:r>
    </w:p>
    <w:p>
      <w:r>
        <w:rPr>
          <w:b/>
        </w:rPr>
        <w:t xml:space="preserve">[08:11] </w:t>
      </w:r>
      <w:r>
        <w:t>woh thi, unhon ne bataya ke "yeh chokar ki double roti hai,</w:t>
      </w:r>
    </w:p>
    <w:p>
      <w:pPr>
        <w:jc w:val="right"/>
      </w:pPr>
      <w:r>
        <w:t>وہ تھی، انہوں نے بتایا کہ "یہ چوکر کی ڈبل روٹی ہے،</w:t>
      </w:r>
    </w:p>
    <w:p>
      <w:r>
        <w:rPr>
          <w:b/>
        </w:rPr>
        <w:t xml:space="preserve">[08:18] </w:t>
      </w:r>
      <w:r>
        <w:t>yeh chokar ki double roti hai."</w:t>
      </w:r>
    </w:p>
    <w:p>
      <w:pPr>
        <w:jc w:val="right"/>
      </w:pPr>
      <w:r>
        <w:t>یہ چوکر کی ڈبل روٹی ہے۔"</w:t>
      </w:r>
    </w:p>
    <w:p>
      <w:r>
        <w:rPr>
          <w:b/>
        </w:rPr>
        <w:t xml:space="preserve">[08:22] </w:t>
      </w:r>
      <w:r>
        <w:t>to maine jab is ko khaya to mujhe bohat achi maloom hui. woh to maine socha ke chokar kya hai, yani gehun ka chhilka kya hai?</w:t>
      </w:r>
    </w:p>
    <w:p>
      <w:pPr>
        <w:jc w:val="right"/>
      </w:pPr>
      <w:r>
        <w:t>تو میں نے جب اس کو کھایا تو مجھے بہت اچھی معلوم ہوئی۔ وہ تو میں نے سوچا کہ چوکر کیا ہے، یعنی گیہوں کا چھلکا کیا ہے؟</w:t>
      </w:r>
    </w:p>
    <w:p>
      <w:r>
        <w:rPr>
          <w:b/>
        </w:rPr>
        <w:t xml:space="preserve">[08:38] </w:t>
      </w:r>
      <w:r>
        <w:t>gehun aik food hai jo khaliq ki taraf se aap ko paida kiya gaya. phir is gehun ke dane mein chhilka ya chokar,</w:t>
      </w:r>
    </w:p>
    <w:p>
      <w:pPr>
        <w:jc w:val="right"/>
      </w:pPr>
      <w:r>
        <w:t>گیہوں ایک فوڈ ہے جو خالق کی طرف سے آپ کو پیدا کیا گیا۔ پھر اس گیہوں کے دانے میں چھلکا یا چوکر،</w:t>
      </w:r>
    </w:p>
    <w:p>
      <w:r>
        <w:rPr>
          <w:b/>
        </w:rPr>
        <w:t xml:space="preserve">[08:55] </w:t>
      </w:r>
      <w:r>
        <w:t>woh kya hai? woh packing hai, chhilka gehun ki packing hai.</w:t>
      </w:r>
    </w:p>
    <w:p>
      <w:pPr>
        <w:jc w:val="right"/>
      </w:pPr>
      <w:r>
        <w:t>وہ کیا ہے؟ وہ پیکنگ ہے، چھلکا گیہوں کی پیکنگ ہے۔</w:t>
      </w:r>
    </w:p>
    <w:p>
      <w:r>
        <w:rPr>
          <w:b/>
        </w:rPr>
        <w:t xml:space="preserve">[09:04] </w:t>
      </w:r>
      <w:r>
        <w:t>lekin maine socha ke yeh packing kaisi anokhi hai? khud packing bhi food aate ban gaya hai, yani gehun ka jo chokar hai, woh khud bhi bohat hi mufeed, bohat hi healthy</w:t>
      </w:r>
    </w:p>
    <w:p>
      <w:pPr>
        <w:jc w:val="right"/>
      </w:pPr>
      <w:r>
        <w:t>لیکن میں نے سوچا کہ یہ پیکنگ کیسی انوکھی ہے؟ خود پیکنگ بھی فوڈ آٹے بن گیا ہے، یعنی گیہوں کا جو چوکر ہے، وہ خود بھی بہت ہی مفید، بہت ہی ہیلدی</w:t>
      </w:r>
    </w:p>
    <w:p>
      <w:r>
        <w:rPr>
          <w:b/>
        </w:rPr>
        <w:t xml:space="preserve">[09:23] </w:t>
      </w:r>
      <w:r>
        <w:t>item hai khane ka.</w:t>
      </w:r>
    </w:p>
    <w:p>
      <w:pPr>
        <w:jc w:val="right"/>
      </w:pPr>
      <w:r>
        <w:t>آئٹم ہے کھانے کا۔</w:t>
      </w:r>
    </w:p>
    <w:p>
      <w:r>
        <w:rPr>
          <w:b/>
        </w:rPr>
        <w:t xml:space="preserve">[09:27] </w:t>
      </w:r>
      <w:r>
        <w:t>to ghor kijiye ke jo Khuda aap par itna meherban hai ke food item ko bhejta hai, to aisi packing ke sath ke khud packing bhi bohat aala darje ka food ban jata hai.</w:t>
      </w:r>
    </w:p>
    <w:p>
      <w:pPr>
        <w:jc w:val="right"/>
      </w:pPr>
      <w:r>
        <w:t>تو غور کیجئے کہ جو خدا آپ پر اتنا مہربان ہے کہ فوڈ آئٹم کو بھیجتا ہے، تو ایسی پیکنگ کے ساتھ کہ خود پیکنگ بھی بہت اعلیٰ درجے کا فوڈ بن جاتا ہے۔</w:t>
      </w:r>
    </w:p>
    <w:p>
      <w:r>
        <w:rPr>
          <w:b/>
        </w:rPr>
        <w:t xml:space="preserve">[09:43] </w:t>
      </w:r>
      <w:r>
        <w:t>ab ghor kijiye ke is mein kitni bari nature ki factory lagi hui hai abranay mein ke gehun ka dana aap jante hain ke dala jata hai zameen mein, mitti mein, phir is mein poda ugta hai aur phir woh barhta hai,</w:t>
      </w:r>
    </w:p>
    <w:p>
      <w:pPr>
        <w:jc w:val="right"/>
      </w:pPr>
      <w:r>
        <w:t>اب غور کیجئے کہ اس میں کتنی بڑی نیچر کی فیکٹری لگی ہوئی ہے ابرانے میں کہ گیہوں کا دانہ آپ جانتے ہیں کہ ڈالا جاتا ہے زمین میں، مٹی میں، پھر اس میں پودا اگتا ہے اور پھر وہ بڑھتا ہے،</w:t>
      </w:r>
    </w:p>
    <w:p>
      <w:r>
        <w:rPr>
          <w:b/>
        </w:rPr>
        <w:t xml:space="preserve">[10:06] </w:t>
      </w:r>
      <w:r>
        <w:t>phir is mein baliyan nikalti hain. itna bara process aur har gehun ka dana is packing ke sath aata hai aap ke pas jo khud bhi behtareen food hai.</w:t>
      </w:r>
    </w:p>
    <w:p>
      <w:pPr>
        <w:jc w:val="right"/>
      </w:pPr>
      <w:r>
        <w:t>پھر اس میں بالیاں نکلتی ہیں۔ اتنا بڑا پروسیس اور ہر گیہوں کا دانہ اس پیکنگ کے ساتھ آتا ہے آپ کے پاس جو خود بھی بہترین فوڈ ہے۔</w:t>
      </w:r>
    </w:p>
    <w:p>
      <w:r>
        <w:rPr>
          <w:b/>
        </w:rPr>
        <w:t xml:space="preserve">[10:22] </w:t>
      </w:r>
      <w:r>
        <w:t>to is mein hazaron point hain, lakhon point hain Allah rab ul alameen ki marifat ke</w:t>
      </w:r>
    </w:p>
    <w:p>
      <w:pPr>
        <w:jc w:val="right"/>
      </w:pPr>
      <w:r>
        <w:t>تو اس میں ہزاروں پوائنٹ ہیں، لاکھوں پوائنٹ ہیں اللہ رب العالمین کی معرفت کے</w:t>
      </w:r>
    </w:p>
    <w:p>
      <w:r>
        <w:rPr>
          <w:b/>
        </w:rPr>
        <w:t xml:space="preserve">[10:31] </w:t>
      </w:r>
      <w:r>
        <w:t>ke woh kitna ziyada azeem hai, us ki glory kitni ziyada hai, woh insanon ke ooper kitna meherban hai.</w:t>
      </w:r>
    </w:p>
    <w:p>
      <w:pPr>
        <w:jc w:val="right"/>
      </w:pPr>
      <w:r>
        <w:t>کہ وہ کتنا زیادہ عظیم ہے، اس کی گلوری کتنی زیادہ ہے، وہ انسانوں کے اوپر کتنا مہربان ہے۔</w:t>
      </w:r>
    </w:p>
    <w:p>
      <w:r>
        <w:rPr>
          <w:b/>
        </w:rPr>
        <w:t xml:space="preserve">[10:44] </w:t>
      </w:r>
      <w:r>
        <w:t>jab is tareeqay say aap sochen to aap ko kya hoga? aap kay liye gehoon ka dana</w:t>
      </w:r>
    </w:p>
    <w:p>
      <w:pPr>
        <w:jc w:val="right"/>
      </w:pPr>
      <w:r>
        <w:t>جب اس طریقے سے آپ سوچیں تو آپ کو کیا ہوگا؟ آپ کے لیے گیہوں کا دانہ</w:t>
      </w:r>
    </w:p>
    <w:p>
      <w:r>
        <w:rPr>
          <w:b/>
        </w:rPr>
        <w:t xml:space="preserve">[10:59] </w:t>
      </w:r>
      <w:r>
        <w:t>marifat ka point of reference ban jayega, god al marti ki discovery ka point of reference ban jayega,</w:t>
      </w:r>
    </w:p>
    <w:p>
      <w:pPr>
        <w:jc w:val="right"/>
      </w:pPr>
      <w:r>
        <w:t>معرفت کا پوائنٹ آف ریفرنس بن جائے گا، گاڈ ال مارٹی کی ڈسکوری کا پوائنٹ آف ریفرنس بن جائے گا،</w:t>
      </w:r>
    </w:p>
    <w:p>
      <w:r>
        <w:rPr>
          <w:b/>
        </w:rPr>
        <w:t xml:space="preserve">[11:12] </w:t>
      </w:r>
      <w:r>
        <w:t>aur aap ka haal yeh ho jayega ke khanay say pehlay aap ki aankhen ro padengi, khanay say pehlay aap ka dil tarp uthega, khanay say pehlay aap ka mind jo hai, awaken mind ban jayega.</w:t>
      </w:r>
    </w:p>
    <w:p>
      <w:pPr>
        <w:jc w:val="right"/>
      </w:pPr>
      <w:r>
        <w:t>اور آپ کا حال یہ ہو جائے گا کہ کھانے سے پہلے آپ کی آنکھیں رو پڑیں گی، کھانے سے پہلے آپ کا دل تڑپ اٹھے گا، کھانے سے پہلے آپ کا مائنڈ جو ہے، اویکن مائنڈ بن جائے گا۔</w:t>
      </w:r>
    </w:p>
    <w:p>
      <w:r>
        <w:rPr>
          <w:b/>
        </w:rPr>
        <w:t xml:space="preserve">[11:30] </w:t>
      </w:r>
      <w:r>
        <w:t>khanay say pehlay aap kay andar aik personality jaag uthegi.</w:t>
      </w:r>
    </w:p>
    <w:p>
      <w:pPr>
        <w:jc w:val="right"/>
      </w:pPr>
      <w:r>
        <w:t>کھانے سے پہلے آپ کے اندر ایک پرسنیلٹی جاگ اٹھے گی۔</w:t>
      </w:r>
    </w:p>
    <w:p>
      <w:r>
        <w:rPr>
          <w:b/>
        </w:rPr>
        <w:t xml:space="preserve">[11:36] </w:t>
      </w:r>
      <w:r>
        <w:t>isi ka naam hai marifat, isi ka naam hai discovery. yeh hai imaan. yeh imaan nahi hai ke aap ne la ilaha illallah rat liya aur is ko zaban say parha.</w:t>
      </w:r>
    </w:p>
    <w:p>
      <w:pPr>
        <w:jc w:val="right"/>
      </w:pPr>
      <w:r>
        <w:t>اسی کا نام ہے معرفت، اسی کا نام ہے ڈسکوری۔ یہ ہے ایمان۔ یہ ایمان نہیں ہے کہ آپ نے لا الہ الا اللہ رٹ لیا اور اس کو زبان سے پڑھ دیا۔</w:t>
      </w:r>
    </w:p>
    <w:p>
      <w:r>
        <w:rPr>
          <w:b/>
        </w:rPr>
        <w:t xml:space="preserve">[11:53] </w:t>
      </w:r>
      <w:r>
        <w:t>yeh to Allah rabb ul alameen ko bohat hi ziyada under estimate karna hai,</w:t>
      </w:r>
    </w:p>
    <w:p>
      <w:pPr>
        <w:jc w:val="right"/>
      </w:pPr>
      <w:r>
        <w:t>یہ تو اللہ رب العالمین کو بہت ہی زیادہ انڈر ایسٹیمیٹ کرنا ہے،</w:t>
      </w:r>
    </w:p>
    <w:p>
      <w:r>
        <w:rPr>
          <w:b/>
        </w:rPr>
        <w:t xml:space="preserve">[12:02] </w:t>
      </w:r>
      <w:r>
        <w:t>Allah rabb ul alameen ko under estimate karna hai.</w:t>
      </w:r>
    </w:p>
    <w:p>
      <w:pPr>
        <w:jc w:val="right"/>
      </w:pPr>
      <w:r>
        <w:t>اللہ رب العالمین کو انڈر ایسٹیمیٹ کرنا ہے۔</w:t>
      </w:r>
    </w:p>
    <w:p>
      <w:r>
        <w:rPr>
          <w:b/>
        </w:rPr>
        <w:t xml:space="preserve">[12:07] </w:t>
      </w:r>
      <w:r>
        <w:t>to is dunya mein jo bhi aap</w:t>
      </w:r>
    </w:p>
    <w:p>
      <w:pPr>
        <w:jc w:val="right"/>
      </w:pPr>
      <w:r>
        <w:t>تو اس دنیا میں جو بھی آپ</w:t>
      </w:r>
    </w:p>
    <w:p>
      <w:r>
        <w:rPr>
          <w:b/>
        </w:rPr>
        <w:t xml:space="preserve">[12:14] </w:t>
      </w:r>
      <w:r>
        <w:t>tajurba uthate hain, har tajurbay mein marifat hoti hai.</w:t>
      </w:r>
    </w:p>
    <w:p>
      <w:pPr>
        <w:jc w:val="right"/>
      </w:pPr>
      <w:r>
        <w:t>تجربہ اٹھاتے ہیں، ہر تجربے میں معرفت ہوتی ہے۔</w:t>
      </w:r>
    </w:p>
    <w:p>
      <w:r>
        <w:rPr>
          <w:b/>
        </w:rPr>
        <w:t xml:space="preserve">[12:20] </w:t>
      </w:r>
      <w:r>
        <w:t>misalan dekhiye, abhi aap ko pata hai ke dust star maya, dust star mein log bimar ho gaye</w:t>
      </w:r>
    </w:p>
    <w:p>
      <w:pPr>
        <w:jc w:val="right"/>
      </w:pPr>
      <w:r>
        <w:t>مثلاً دیکھیے، ابھی آپ کو پتہ ہے کہ ڈسٹ سٹار مایا، ڈسٹ سٹار میں لوگ بیمار ہو گئے</w:t>
      </w:r>
    </w:p>
    <w:p>
      <w:r>
        <w:rPr>
          <w:b/>
        </w:rPr>
        <w:t xml:space="preserve">[12:34] </w:t>
      </w:r>
      <w:r>
        <w:t>aur bohat masail paida hue. logon ko antibiotic lena para.</w:t>
      </w:r>
    </w:p>
    <w:p>
      <w:pPr>
        <w:jc w:val="right"/>
      </w:pPr>
      <w:r>
        <w:t>اور بہت مسائل پیدا ہوئے۔ لوگوں کو اینٹی باٹل لینا پڑا۔</w:t>
      </w:r>
    </w:p>
    <w:p>
      <w:r>
        <w:rPr>
          <w:b/>
        </w:rPr>
        <w:t xml:space="preserve">[12:40] </w:t>
      </w:r>
      <w:r>
        <w:t>to dust star kya hai? aap ka jo saans ka system hai, us kay sath direct dakhil hoga gard, dust,</w:t>
      </w:r>
    </w:p>
    <w:p>
      <w:pPr>
        <w:jc w:val="right"/>
      </w:pPr>
      <w:r>
        <w:t>تو ڈسٹ اسٹارب کیا ہے؟ آپ کا جو سانس کا سسٹم ہے، اس کے ساتھ ڈائریکٹ داخل ہوگا گرد، ڈسٹ،</w:t>
      </w:r>
    </w:p>
    <w:p>
      <w:r>
        <w:rPr>
          <w:b/>
        </w:rPr>
        <w:t xml:space="preserve">[12:54] </w:t>
      </w:r>
      <w:r>
        <w:t>aur saray body mein aap kay problem khara kar diya.</w:t>
      </w:r>
    </w:p>
    <w:p>
      <w:pPr>
        <w:jc w:val="right"/>
      </w:pPr>
      <w:r>
        <w:t>اور سارے باڈی میں آپ کے پرابلم کھڑا کر دیا۔</w:t>
      </w:r>
    </w:p>
    <w:p>
      <w:r>
        <w:rPr>
          <w:b/>
        </w:rPr>
        <w:t xml:space="preserve">[13:01] </w:t>
      </w:r>
      <w:r>
        <w:t>ab ab aap compare kijiye, in comparison that we understand ke formula ko apply kiye to har lamha, har lamha aap</w:t>
      </w:r>
    </w:p>
    <w:p>
      <w:pPr>
        <w:jc w:val="right"/>
      </w:pPr>
      <w:r>
        <w:t>اب اب آپ کمپیئر کیجئے، ان کمپیریزن دیٹ وی انڈرسٹینڈ کے فارمولے کو اپلائی کیے تو ہر لمحہ، ہر لمحہ آپ</w:t>
      </w:r>
    </w:p>
    <w:p>
      <w:r>
        <w:rPr>
          <w:b/>
        </w:rPr>
        <w:t xml:space="preserve">[13:17] </w:t>
      </w:r>
      <w:r>
        <w:t>isi qism ki aik aur cheez inhale kar rahay hain.</w:t>
      </w:r>
    </w:p>
    <w:p>
      <w:pPr>
        <w:jc w:val="right"/>
      </w:pPr>
      <w:r>
        <w:t>اسی قسم کی ایک اور چیز انہیل کر رہے ہیں۔</w:t>
      </w:r>
    </w:p>
    <w:p>
      <w:r>
        <w:rPr>
          <w:b/>
        </w:rPr>
        <w:t xml:space="preserve">[13:21] </w:t>
      </w:r>
      <w:r>
        <w:t>yani dust ko aap ne inhale kiya to ab itna bara problem ko dorna para aap ko doctor kay pass. lekin aik aur cheez hai jis ko hum kehtay hain oxygen.</w:t>
      </w:r>
    </w:p>
    <w:p>
      <w:pPr>
        <w:jc w:val="right"/>
      </w:pPr>
      <w:r>
        <w:t>یعنی ڈسٹ کو آپ نے انہیل کیا تو اب اتنا بڑا پرابلم کو دوڑنا پڑا آپ کو ڈاکٹر کے پاس۔ لیکن ایک اور چیز ہے جس کو ہم کہتے ہیں اکسیجن۔</w:t>
      </w:r>
    </w:p>
    <w:p>
      <w:r>
        <w:rPr>
          <w:b/>
        </w:rPr>
        <w:t xml:space="preserve">[13:35] </w:t>
      </w:r>
      <w:r>
        <w:t>oxygen ko hum har lamha inhale kartay hain, har lamha, sari umer.</w:t>
      </w:r>
    </w:p>
    <w:p>
      <w:pPr>
        <w:jc w:val="right"/>
      </w:pPr>
      <w:r>
        <w:t>اکسیجن کو ہم ہر لمحہ انہیل کرتے ہیں، ہر لمحہ، ساری عمر۔</w:t>
      </w:r>
    </w:p>
    <w:p>
      <w:r>
        <w:rPr>
          <w:b/>
        </w:rPr>
        <w:t xml:space="preserve">[13:45] </w:t>
      </w:r>
      <w:r>
        <w:t>to dust ko aap ne inhale inhale kiya to kitna bara masla ban gaya. lekin aap jo inhale kartay hain oxygen ko to woh to aik healthy tajurba hota hai, aik bohat hi mufeed tajurba hota hai.</w:t>
      </w:r>
    </w:p>
    <w:p>
      <w:pPr>
        <w:jc w:val="right"/>
      </w:pPr>
      <w:r>
        <w:t>تو ڈسٹ کو آپ نے انہیل انہیل کیا تو کتنا بڑا مسئلہ بن گیا۔ لیکن آپ جو انہیل کرتے ہیں اکسیجن کو تو وہ تو ایک ہیلدی تجربہ ہوتا ہے، ایک بہت ہی مفید تجربہ ہوتا ہے۔</w:t>
      </w:r>
    </w:p>
    <w:p>
      <w:r>
        <w:rPr>
          <w:b/>
        </w:rPr>
        <w:t xml:space="preserve">[14:05] </w:t>
      </w:r>
      <w:r>
        <w:t>to kaisay Allah taala ne aap kay andar yeh system banaya ke aap inhale karen oxygen ko aur woh aap kay body mein aik bohat bari factory chaly,</w:t>
      </w:r>
    </w:p>
    <w:p>
      <w:pPr>
        <w:jc w:val="right"/>
      </w:pPr>
      <w:r>
        <w:t>تو کیسے اللہ تعالی نے آپ کے اندر یہ سسٹم بنایا کہ آپ انہیل کریں اکسیجن کو اور وہ آپ کے باڈی میں ایک بہت بڑی فیکٹری چلے،</w:t>
      </w:r>
    </w:p>
    <w:p>
      <w:r>
        <w:rPr>
          <w:b/>
        </w:rPr>
        <w:t xml:space="preserve">[14:24] </w:t>
      </w:r>
      <w:r>
        <w:t>aap ki personality har waqt rawai hoti rahay.</w:t>
      </w:r>
    </w:p>
    <w:p>
      <w:pPr>
        <w:jc w:val="right"/>
      </w:pPr>
      <w:r>
        <w:t>آپ کی پرسنیلٹی ہر وقت روائی ہوتی رہے۔</w:t>
      </w:r>
    </w:p>
    <w:p>
      <w:r>
        <w:rPr>
          <w:b/>
        </w:rPr>
        <w:t xml:space="preserve">[14:32] </w:t>
      </w:r>
      <w:r>
        <w:t>to jab aap oxygen ko inhale karen</w:t>
      </w:r>
    </w:p>
    <w:p>
      <w:pPr>
        <w:jc w:val="right"/>
      </w:pPr>
      <w:r>
        <w:t>تو جب آپ اکسیجن کو انہیل کریں</w:t>
      </w:r>
    </w:p>
    <w:p>
      <w:r>
        <w:rPr>
          <w:b/>
        </w:rPr>
        <w:t xml:space="preserve">[14:39] </w:t>
      </w:r>
      <w:r>
        <w:t>to aap ko aik item mile, item marifat ka item, isi ka naam hai discovery.</w:t>
      </w:r>
    </w:p>
    <w:p>
      <w:pPr>
        <w:jc w:val="right"/>
      </w:pPr>
      <w:r>
        <w:t>تو آپ کو ایک آئٹم ملے، آئٹم معرفت کا آئٹم، اسی کا نام ہے ڈسکوری۔</w:t>
      </w:r>
    </w:p>
    <w:p>
      <w:r>
        <w:rPr>
          <w:b/>
        </w:rPr>
        <w:t xml:space="preserve">[14:52] </w:t>
      </w:r>
      <w:r>
        <w:t>to is dehati admi ko aik chota sa tajurba hua to har waqt yeh kehta tha ke yeh sab sajay babu ki deen hai.</w:t>
      </w:r>
    </w:p>
    <w:p>
      <w:pPr>
        <w:jc w:val="right"/>
      </w:pPr>
      <w:r>
        <w:t>تو اس دیہاتی آدمی کو ایک چھوٹا سا تجربہ ہوا تو ہر وقت یہ کہتا تھا کہ یہ سب سجے بابو کی دین ہے۔</w:t>
      </w:r>
    </w:p>
    <w:p>
      <w:r>
        <w:rPr>
          <w:b/>
        </w:rPr>
        <w:t xml:space="preserve">[15:04] </w:t>
      </w:r>
      <w:r>
        <w:t>aap ko to billion trillion time ziyada har waqt tajurba ho raha hai jab aap saans letay hain, jab oxygen ko inhale kartay hain, jab aap kuch khatay hain, jab aap pani peetay hain.</w:t>
      </w:r>
    </w:p>
    <w:p>
      <w:pPr>
        <w:jc w:val="right"/>
      </w:pPr>
      <w:r>
        <w:t>آپ کو تو بلین ٹریلین ٹائم زیادہ ہر وقت تجربہ ہو رہا ہے جب آپ سانس لیتے ہیں، جب اکسیجن کو انہیل کرتے ہیں، جب آپ کچھ کھاتے ہیں، جب آپ پانی پیتے ہیں۔</w:t>
      </w:r>
    </w:p>
    <w:p>
      <w:r>
        <w:rPr>
          <w:b/>
        </w:rPr>
        <w:t xml:space="preserve">[15:19] </w:t>
      </w:r>
      <w:r>
        <w:t>hata ke jab aap zameen pe chaltay hain,</w:t>
      </w:r>
    </w:p>
    <w:p>
      <w:pPr>
        <w:jc w:val="right"/>
      </w:pPr>
      <w:r>
        <w:t>حتی کہ جب آپ زمین پہ چلتے ہیں،</w:t>
      </w:r>
    </w:p>
    <w:p>
      <w:r>
        <w:rPr>
          <w:b/>
        </w:rPr>
        <w:t xml:space="preserve">[15:25] </w:t>
      </w:r>
      <w:r>
        <w:t>jab aap zameen pe chalte hain to ek bohat hi bara tajurba yeh hota hai kyunke zameen mein agar gravitational pull na ho to aap chal na sakain.</w:t>
      </w:r>
    </w:p>
    <w:p>
      <w:pPr>
        <w:jc w:val="right"/>
      </w:pPr>
      <w:r>
        <w:t>جب آپ زمین پہ چلتے ہیں تو ایک بہت ہی بڑا تجربہ یہ ہوتا ہے کیونکہ زمین میں اگر گریویٹیشنل پل نہ ہو تو آپ چل نہ سکیں۔</w:t>
      </w:r>
    </w:p>
    <w:p>
      <w:r>
        <w:rPr>
          <w:b/>
        </w:rPr>
        <w:t xml:space="preserve">[15:37] </w:t>
      </w:r>
      <w:r>
        <w:t>zameen mein agar gravitational pull na ho to aap nahi chal sakte, aap gadi ka seat khari nahi rahe gi, sewerage ban hi nahi paye gi.</w:t>
      </w:r>
    </w:p>
    <w:p>
      <w:pPr>
        <w:jc w:val="right"/>
      </w:pPr>
      <w:r>
        <w:t>زمین میں اگر گریویٹیشنل پل نہ ہو تو آپ نہیں چل سکتے، آپ گڈی کا سیٹ کھڑی نہیں رہے گی، سیوریج بن ہی نہیں پائے گی۔</w:t>
      </w:r>
    </w:p>
    <w:p>
      <w:r>
        <w:rPr>
          <w:b/>
        </w:rPr>
        <w:t xml:space="preserve">[15:49] </w:t>
      </w:r>
      <w:r>
        <w:t>to har qadam jo uthate hain aap woh marifat ka qadam hai. har qadam jo aap uthate hain woh marifat ka qadam hai.</w:t>
      </w:r>
    </w:p>
    <w:p>
      <w:pPr>
        <w:jc w:val="right"/>
      </w:pPr>
      <w:r>
        <w:t>تو ہر قدم جو اٹھاتے ہیں آپ وہ معرفت کا قدم ہے۔ ہر قدم جو آپ اٹھاتے ہیں وہ معرفت کا قدم ہے۔</w:t>
      </w:r>
    </w:p>
    <w:p>
      <w:r>
        <w:rPr>
          <w:b/>
        </w:rPr>
        <w:t xml:space="preserve">[16:01] </w:t>
      </w:r>
      <w:r>
        <w:t>aap yaad karte hain ke Allah rab ul alameen ki taqat kitni zyada hai, kitni zyada hai ke zameen mein is ne be ibtidai taqat rakh di hai.</w:t>
      </w:r>
    </w:p>
    <w:p>
      <w:pPr>
        <w:jc w:val="right"/>
      </w:pPr>
      <w:r>
        <w:t>آپ یاد کرتے ہیں کہ اللہ رب العالمین کی طاقت کتنی زیادہ ہے، کتنی زیادہ ہے کہ زمین میں اس نے بے ابتدائی طاقت رکھ دی ہے۔</w:t>
      </w:r>
    </w:p>
    <w:p>
      <w:r>
        <w:rPr>
          <w:b/>
        </w:rPr>
        <w:t xml:space="preserve">[16:15] </w:t>
      </w:r>
      <w:r>
        <w:t>to woh aap ke andar marifat ban kar dakhil hoga.</w:t>
      </w:r>
    </w:p>
    <w:p>
      <w:pPr>
        <w:jc w:val="right"/>
      </w:pPr>
      <w:r>
        <w:t>تو وہ آپ کے اندر معرفت بن کر داخل ہوگا۔</w:t>
      </w:r>
    </w:p>
    <w:p>
      <w:r>
        <w:rPr>
          <w:b/>
        </w:rPr>
        <w:t xml:space="preserve">[16:25] </w:t>
      </w:r>
      <w:r>
        <w:t>to marifat naam hai</w:t>
      </w:r>
    </w:p>
    <w:p>
      <w:pPr>
        <w:jc w:val="right"/>
      </w:pPr>
      <w:r>
        <w:t>تو معرفت نام ہے</w:t>
      </w:r>
    </w:p>
    <w:p>
      <w:r>
        <w:rPr>
          <w:b/>
        </w:rPr>
        <w:t xml:space="preserve">[16:31] </w:t>
      </w:r>
      <w:r>
        <w:t>bedar mind ke sath jeene ka, awaken mind ke sath jeene ka.</w:t>
      </w:r>
    </w:p>
    <w:p>
      <w:pPr>
        <w:jc w:val="right"/>
      </w:pPr>
      <w:r>
        <w:t>بیدار مائنڈ کے ساتھ جینے کا، اویکن مائنڈ کے ساتھ جینے کا۔</w:t>
      </w:r>
    </w:p>
    <w:p>
      <w:r>
        <w:rPr>
          <w:b/>
        </w:rPr>
        <w:t xml:space="preserve">[16:45] </w:t>
      </w:r>
      <w:r>
        <w:t>jis tarah shehad ki makhi phoolon se nectar leti hai, nectar</w:t>
      </w:r>
    </w:p>
    <w:p>
      <w:pPr>
        <w:jc w:val="right"/>
      </w:pPr>
      <w:r>
        <w:t>جس طرح شہد کی مکھی پھولوں سے نیکٹر لیتی ہے، نیکٹر</w:t>
      </w:r>
    </w:p>
    <w:p>
      <w:r>
        <w:rPr>
          <w:b/>
        </w:rPr>
        <w:t xml:space="preserve">[16:55] </w:t>
      </w:r>
      <w:r>
        <w:t>to aap ko nazar lage ga ke is ke liye to nectar sirf shehad, shehad ki makhi ke liye nectar to sirf phoolon mein hai.</w:t>
      </w:r>
    </w:p>
    <w:p>
      <w:pPr>
        <w:jc w:val="right"/>
      </w:pPr>
      <w:r>
        <w:t>تو آپ کو نظر لگے گا کہ اس کے لیے تو نیکٹر صرف شہد، شہد کی مکھی کے لیے نیکٹر تو صرف پھولوں میں ہے۔</w:t>
      </w:r>
    </w:p>
    <w:p>
      <w:r>
        <w:rPr>
          <w:b/>
        </w:rPr>
        <w:t xml:space="preserve">[17:06] </w:t>
      </w:r>
      <w:r>
        <w:t>aap ke liye zarray zarray mein marifat ka nectar hai,</w:t>
      </w:r>
    </w:p>
    <w:p>
      <w:pPr>
        <w:jc w:val="right"/>
      </w:pPr>
      <w:r>
        <w:t>آپ کے لیے ذرے ذرے میں معرفت کا نیکٹر ہے،</w:t>
      </w:r>
    </w:p>
    <w:p>
      <w:r>
        <w:rPr>
          <w:b/>
        </w:rPr>
        <w:t xml:space="preserve">[17:13] </w:t>
      </w:r>
      <w:r>
        <w:t>zarray zarray mein marifat ka nectar hai.</w:t>
      </w:r>
    </w:p>
    <w:p>
      <w:pPr>
        <w:jc w:val="right"/>
      </w:pPr>
      <w:r>
        <w:t>ذرے ذرے میں معرفت کا نیکٹر ہے۔</w:t>
      </w:r>
    </w:p>
    <w:p>
      <w:r>
        <w:rPr>
          <w:b/>
        </w:rPr>
        <w:t xml:space="preserve">[17:18] </w:t>
      </w:r>
      <w:r>
        <w:t>is tarah jab aap jiyenge tab aap ko woh eman mile ga jo marifat wala eman hai, jo discovery wala eman hai.</w:t>
      </w:r>
    </w:p>
    <w:p>
      <w:pPr>
        <w:jc w:val="right"/>
      </w:pPr>
      <w:r>
        <w:t>اس طرح جب آپ جیئیں گے تب آپ کو وہ ایمان ملے گا جو معرفت والا ایمان ہے، جو ڈسکوری والا ایمان ہے۔</w:t>
      </w:r>
    </w:p>
    <w:p>
      <w:r>
        <w:rPr>
          <w:b/>
        </w:rPr>
        <w:t xml:space="preserve">[17:35] </w:t>
      </w:r>
      <w:r>
        <w:t>tab aap ko pata ho, tab aap janenge ke yeh jo hum jis ko belief kehte hain, belief woh to kuch bhi nahi hai.</w:t>
      </w:r>
    </w:p>
    <w:p>
      <w:pPr>
        <w:jc w:val="right"/>
      </w:pPr>
      <w:r>
        <w:t>تب آپ کو پتہ ہو، تب آپ جانیں گے کہ یہ جو ہم جس کو بیلیف کہتے ہیں، بیلیف وہ تو کچھ بھی نہیں ہے۔</w:t>
      </w:r>
    </w:p>
    <w:p>
      <w:r>
        <w:rPr>
          <w:b/>
        </w:rPr>
        <w:t xml:space="preserve">[17:49] </w:t>
      </w:r>
      <w:r>
        <w:t>eman to woh hai jo discovery ban kar aap ke maano mein dakhil ho, eman to woh hai jo marifat ban kar aap ke maano mein dakhil ho.</w:t>
      </w:r>
    </w:p>
    <w:p>
      <w:pPr>
        <w:jc w:val="right"/>
      </w:pPr>
      <w:r>
        <w:t>ایمان تو وہ ہے جو ڈسکوری بن کر آپ کے معنوں میں داخل ہو، ایمان تو وہ ہے جو معرفت بن کر آپ کے معنوں میں داخل ہو۔</w:t>
      </w:r>
    </w:p>
    <w:p>
      <w:r>
        <w:rPr>
          <w:b/>
        </w:rPr>
        <w:t xml:space="preserve">[18:05] </w:t>
      </w:r>
      <w:r>
        <w:t>yeh hai woh cheez</w:t>
      </w:r>
    </w:p>
    <w:p>
      <w:pPr>
        <w:jc w:val="right"/>
      </w:pPr>
      <w:r>
        <w:t>یہ ہے وہ چیز</w:t>
      </w:r>
    </w:p>
    <w:p>
      <w:r>
        <w:rPr>
          <w:b/>
        </w:rPr>
        <w:t xml:space="preserve">[18:12] </w:t>
      </w:r>
      <w:r>
        <w:t>jo aap se matloob hai.</w:t>
      </w:r>
    </w:p>
    <w:p>
      <w:pPr>
        <w:jc w:val="right"/>
      </w:pPr>
      <w:r>
        <w:t>جو آپ سے مطلوب ہے۔</w:t>
      </w:r>
    </w:p>
    <w:p>
      <w:r>
        <w:rPr>
          <w:b/>
        </w:rPr>
        <w:t xml:space="preserve">[18:17] </w:t>
      </w:r>
      <w:r>
        <w:t>jo log is tarah ka marifat ka food lete hue</w:t>
      </w:r>
    </w:p>
    <w:p>
      <w:pPr>
        <w:jc w:val="right"/>
      </w:pPr>
      <w:r>
        <w:t>جو لوگ اس طرح کا معرفت کا فوڈ لیتے ہوئے</w:t>
      </w:r>
    </w:p>
    <w:p>
      <w:r>
        <w:rPr>
          <w:b/>
        </w:rPr>
        <w:t xml:space="preserve">[18:23] </w:t>
      </w:r>
      <w:r>
        <w:t>dunya mein jiyein,</w:t>
      </w:r>
    </w:p>
    <w:p>
      <w:pPr>
        <w:jc w:val="right"/>
      </w:pPr>
      <w:r>
        <w:t>دنیا میں جیئیں،</w:t>
      </w:r>
    </w:p>
    <w:p>
      <w:r>
        <w:rPr>
          <w:b/>
        </w:rPr>
        <w:t xml:space="preserve">[18:27] </w:t>
      </w:r>
      <w:r>
        <w:t>unhi ke liye Allah ki bakhshish hai, Allah ki rehmaten hain.</w:t>
      </w:r>
    </w:p>
    <w:p>
      <w:pPr>
        <w:jc w:val="right"/>
      </w:pPr>
      <w:r>
        <w:t>انہی کے لیے اللہ کی بخشش ہے، اللہ کی رحمتیں ہیں۔</w:t>
      </w:r>
    </w:p>
    <w:p>
      <w:r>
        <w:rPr>
          <w:b/>
        </w:rPr>
        <w:t xml:space="preserve">[18:37] </w:t>
      </w:r>
      <w:r>
        <w:t>mein aksar sochta hoon ke Allah ne yeh muqaddar kiya hai ke insan agar eman aur amal saleh ka saboot de to us ko akhirat mein</w:t>
      </w:r>
    </w:p>
    <w:p>
      <w:pPr>
        <w:jc w:val="right"/>
      </w:pPr>
      <w:r>
        <w:t>میں اکثر سوچتا ہوں کہ اللہ نے یہ مقدر کیا ہے کہ انسان اگر ایمان اور عمل صالح کا ثبوت دے تو اس کو آخرت میں</w:t>
      </w:r>
    </w:p>
    <w:p>
      <w:r>
        <w:rPr>
          <w:b/>
        </w:rPr>
        <w:t xml:space="preserve">[18:52] </w:t>
      </w:r>
      <w:r>
        <w:t>dar ul khuld mile, abadi jannat.</w:t>
      </w:r>
    </w:p>
    <w:p>
      <w:pPr>
        <w:jc w:val="right"/>
      </w:pPr>
      <w:r>
        <w:t>دارالخلد ملے، ابدی جنت۔</w:t>
      </w:r>
    </w:p>
    <w:p>
      <w:r>
        <w:rPr>
          <w:b/>
        </w:rPr>
        <w:t xml:space="preserve">[18:58] </w:t>
      </w:r>
      <w:r>
        <w:t>phir maine socha ke akhir insan ka kon sa amal hai Allah ke nazdeek itna zyada bara hai ke aap ko dar ul khuld ka mustahiq bana de?</w:t>
      </w:r>
    </w:p>
    <w:p>
      <w:pPr>
        <w:jc w:val="right"/>
      </w:pPr>
      <w:r>
        <w:t>پھر میں نے سوچا کہ آخر انسان کا کون سا عمل ہے اللہ کے نزدیک اتنا زیادہ بڑا ہے کہ آپ کو دارالخلد کا مستحق بنا دے؟</w:t>
      </w:r>
    </w:p>
    <w:p>
      <w:r>
        <w:rPr>
          <w:b/>
        </w:rPr>
        <w:t xml:space="preserve">[19:15] </w:t>
      </w:r>
      <w:r>
        <w:t>to akhir kar mujhe samajh aya ke woh hai marifat.</w:t>
      </w:r>
    </w:p>
    <w:p>
      <w:pPr>
        <w:jc w:val="right"/>
      </w:pPr>
      <w:r>
        <w:t>تو آخر کار مجھے سمجھ آیا کہ وہ ہے معرفت۔</w:t>
      </w:r>
    </w:p>
    <w:p>
      <w:r>
        <w:rPr>
          <w:b/>
        </w:rPr>
        <w:t xml:space="preserve">[19:22] </w:t>
      </w:r>
      <w:r>
        <w:t>akhir kar jo mujhe samajh mein aya woh hai marifat.</w:t>
      </w:r>
    </w:p>
    <w:p>
      <w:pPr>
        <w:jc w:val="right"/>
      </w:pPr>
      <w:r>
        <w:t>آخر کار جو مجھے سمجھ میں آیا وہ ہے معرفت۔</w:t>
      </w:r>
    </w:p>
    <w:p>
      <w:r>
        <w:rPr>
          <w:b/>
        </w:rPr>
        <w:t xml:space="preserve">[19:27] </w:t>
      </w:r>
      <w:r>
        <w:t>marifat ka matlab yeh hai ke aap ko har cheez ki marifat ho jati hai.</w:t>
      </w:r>
    </w:p>
    <w:p>
      <w:pPr>
        <w:jc w:val="right"/>
      </w:pPr>
      <w:r>
        <w:t>معرفت کا مطلب یہ ہے کہ آپ کو ہر چیز کی معرفت ہو جاتی ہے۔</w:t>
      </w:r>
    </w:p>
    <w:p>
      <w:r>
        <w:rPr>
          <w:b/>
        </w:rPr>
        <w:t xml:space="preserve">[19:35] </w:t>
      </w:r>
      <w:r>
        <w:t>misalan peṛ hain to us woh jaan lete hain aap ki yeh peṛ hai. suraj nikla to aap jaan lete hain ke yeh suraj nikla hai.</w:t>
      </w:r>
    </w:p>
    <w:p>
      <w:pPr>
        <w:jc w:val="right"/>
      </w:pPr>
      <w:r>
        <w:t>مثلاً پیڑ ہیں تو اس وہ جان لیتے ہیں آپ کی یہ پیڑ ہے۔ سورج نکلا تو آپ جان لیتے ہیں کہ یہ سورج نکلا ہے۔</w:t>
      </w:r>
    </w:p>
    <w:p>
      <w:r>
        <w:rPr>
          <w:b/>
        </w:rPr>
        <w:t xml:space="preserve">[19:47] </w:t>
      </w:r>
      <w:r>
        <w:t>barish hui to aap jaan lete hain ke yeh barish hui.</w:t>
      </w:r>
    </w:p>
    <w:p>
      <w:pPr>
        <w:jc w:val="right"/>
      </w:pPr>
      <w:r>
        <w:t>بارش ہوئی تو آپ جان لیتے ہیں کہ یہ بارش ہوئی۔</w:t>
      </w:r>
    </w:p>
    <w:p>
      <w:r>
        <w:rPr>
          <w:b/>
        </w:rPr>
        <w:t xml:space="preserve">[19:50] </w:t>
      </w:r>
      <w:r>
        <w:t>lekin Khuda sari azmaton ke bawajood mukammal taur par ek unchain hasti hai, koi bhi ṭres is ka aap ko pakṛ mein nahiñ aata.</w:t>
      </w:r>
    </w:p>
    <w:p>
      <w:pPr>
        <w:jc w:val="right"/>
      </w:pPr>
      <w:r>
        <w:t>لیکن خدا ساری عظمتوں کے باوجود مکمل طور پر ایک ان چین ہستی ہے، کوئی بھی ٹریس اس کا آپ کو پکڑ میں نہیں آتا۔</w:t>
      </w:r>
    </w:p>
    <w:p>
      <w:r>
        <w:rPr>
          <w:b/>
        </w:rPr>
        <w:t xml:space="preserve">[20:06] </w:t>
      </w:r>
      <w:r>
        <w:t>Allah ki hasti jo zamin o asman ko chhai hui hai, wasa kursi samawat, His throne extends over the heavens and the earth.</w:t>
      </w:r>
    </w:p>
    <w:p>
      <w:pPr>
        <w:jc w:val="right"/>
      </w:pPr>
      <w:r>
        <w:t>اللہ کی ہستی جو زمین و آسمان کو چھائی ہوئی ہے، وسع کرسی سماوات، ہز تھرون ایکسٹینڈز اوور دی ہیونز اینڈ دی ارتھ۔</w:t>
      </w:r>
    </w:p>
    <w:p>
      <w:r>
        <w:rPr>
          <w:b/>
        </w:rPr>
        <w:t xml:space="preserve">[20:18] </w:t>
      </w:r>
      <w:r>
        <w:t>aap ghor kijiyey, kitna baṛi hasti hai Khuda ki,</w:t>
      </w:r>
    </w:p>
    <w:p>
      <w:pPr>
        <w:jc w:val="right"/>
      </w:pPr>
      <w:r>
        <w:t>آپ غور کیجئے، کتنا بڑی ہستی ہے خدا کی،</w:t>
      </w:r>
    </w:p>
    <w:p>
      <w:r>
        <w:rPr>
          <w:b/>
        </w:rPr>
        <w:t xml:space="preserve">[20:24] </w:t>
      </w:r>
      <w:r>
        <w:t>His throne extends over the heavens and earth. Itni baṛi hasti hone ke bawajood is ka koi trace nahin dikhai deta, koi mushahiday mein nahin aata.</w:t>
      </w:r>
    </w:p>
    <w:p>
      <w:pPr>
        <w:jc w:val="right"/>
      </w:pPr>
      <w:r>
        <w:t>ہز تھرون ایکسٹینڈز اوور دی ہیونز اینڈ ارتھ۔ اتنی بڑی ہستی ہونے کے باوجود اس کا کوئی ٹریس نہیں دکھائی دیتا، کوئی مشاہدہ میں نہیں آتا۔</w:t>
      </w:r>
    </w:p>
    <w:p>
      <w:r>
        <w:rPr>
          <w:b/>
        </w:rPr>
        <w:t xml:space="preserve">[20:39] </w:t>
      </w:r>
      <w:r>
        <w:t>woh kahin bhi nahiñ. Hazrat Musa ne Allah se kaha:</w:t>
      </w:r>
    </w:p>
    <w:p>
      <w:pPr>
        <w:jc w:val="right"/>
      </w:pPr>
      <w:r>
        <w:t>وہ کہیں بھی نہیں۔ حضرت موسیٰ نے اللہ سے کہا:</w:t>
      </w:r>
    </w:p>
    <w:p>
      <w:r>
        <w:rPr>
          <w:b/>
        </w:rPr>
        <w:t xml:space="preserve">[20:47] </w:t>
      </w:r>
      <w:r>
        <w:t>"ae Allah! mujhe dikha apne aap ko, main dekhun." to Allah ne baghair dikhaye hue jawab diya</w:t>
      </w:r>
    </w:p>
    <w:p>
      <w:pPr>
        <w:jc w:val="right"/>
      </w:pPr>
      <w:r>
        <w:t>"اے اللہ! مجھے دکھا اپنے آپ کو، میں دیکھوں۔" تو اللہ نے بغیر دکھائے ہوئے جواب دیا</w:t>
      </w:r>
    </w:p>
    <w:p>
      <w:r>
        <w:rPr>
          <w:b/>
        </w:rPr>
        <w:t xml:space="preserve">[20:56] </w:t>
      </w:r>
      <w:r>
        <w:t>ke "ae Musa! tum is ko ek sath dekh nahiñ sakte kyunke itna baṛa Khuda hai, itna baṛa Khuda hai, itna baṛa Khuda."</w:t>
      </w:r>
    </w:p>
    <w:p>
      <w:pPr>
        <w:jc w:val="right"/>
      </w:pPr>
      <w:r>
        <w:t>کہ "اے موسیٰ! تم اس کو ایک ساتھ دیکھ نہیں سکتے کیونکہ اتنا بڑا خدا ہے، اتنا بڑا خدا ہے، اتنا بڑا خدا۔"</w:t>
      </w:r>
    </w:p>
    <w:p>
      <w:r>
        <w:rPr>
          <w:b/>
        </w:rPr>
        <w:t xml:space="preserve">[21:08] </w:t>
      </w:r>
      <w:r>
        <w:t>to aisa hi hoga. woh to jannat kyun insan ko milti hai?</w:t>
      </w:r>
    </w:p>
    <w:p>
      <w:pPr>
        <w:jc w:val="right"/>
      </w:pPr>
      <w:r>
        <w:t>تو ایسا ہی ہوگا۔ وہ تو جنت کیوں انسان کو ملتی ہے؟</w:t>
      </w:r>
    </w:p>
    <w:p>
      <w:r>
        <w:rPr>
          <w:b/>
        </w:rPr>
        <w:t xml:space="preserve">[21:17] </w:t>
      </w:r>
      <w:r>
        <w:t>ke in se God ko discover karne ke liye bahut hi zyada awake mind chahiye, bahut hi zyada jaga hua mind chahiye,</w:t>
      </w:r>
    </w:p>
    <w:p>
      <w:pPr>
        <w:jc w:val="right"/>
      </w:pPr>
      <w:r>
        <w:t>کہ ان سین گاڈ کو ڈسکور کرنے کے لیے بہت ہی زیادہ اویکن مائنڈ چاہیے، بہت ہی زیادہ جاگا ہوا مائنڈ چاہیے،</w:t>
      </w:r>
    </w:p>
    <w:p>
      <w:r>
        <w:rPr>
          <w:b/>
        </w:rPr>
        <w:t xml:space="preserve">[21:33] </w:t>
      </w:r>
      <w:r>
        <w:t>bahut hi zyada bidar dimagh chahiye.</w:t>
      </w:r>
    </w:p>
    <w:p>
      <w:pPr>
        <w:jc w:val="right"/>
      </w:pPr>
      <w:r>
        <w:t>بہت ہی زیادہ بیدار دماغ چاہیے۔</w:t>
      </w:r>
    </w:p>
    <w:p>
      <w:r>
        <w:rPr>
          <w:b/>
        </w:rPr>
        <w:t xml:space="preserve">[21:39] </w:t>
      </w:r>
      <w:r>
        <w:t>aur is is bidar dimagh ko tayyar karne ke liye, is ko banane ke liye aap ko hamaliyai koshisheñ karni paṛti haiñ.</w:t>
      </w:r>
    </w:p>
    <w:p>
      <w:pPr>
        <w:jc w:val="right"/>
      </w:pPr>
      <w:r>
        <w:t>اور اس اس بیدار دماغ کو تیار کرنے کے لیے، اس کو بنانے کے لیے آپ کو حمالیائی کوششیں کرنی پڑتی ہیں۔</w:t>
      </w:r>
    </w:p>
    <w:p>
      <w:r>
        <w:rPr>
          <w:b/>
        </w:rPr>
        <w:t xml:space="preserve">[21:52] </w:t>
      </w:r>
      <w:r>
        <w:t>bahut zyada apne ko distraction se bachana, jo dictator ma'rifat ke haiñ, is ko dhund dhund kar nikalna,</w:t>
      </w:r>
    </w:p>
    <w:p>
      <w:pPr>
        <w:jc w:val="right"/>
      </w:pPr>
      <w:r>
        <w:t>بہت زیادہ اپنے کو ڈسٹریکشن سے بچانا، جو ڈکٹر معرفت کے ہیں، اس کو ڈھونڈ ڈھونڈ کر نکالنا،</w:t>
      </w:r>
    </w:p>
    <w:p>
      <w:r>
        <w:rPr>
          <w:b/>
        </w:rPr>
        <w:t xml:space="preserve">[22:03] </w:t>
      </w:r>
      <w:r>
        <w:t>in sen gaḍ ko sen gaḍ bananā,</w:t>
      </w:r>
    </w:p>
    <w:p>
      <w:pPr>
        <w:jc w:val="right"/>
      </w:pPr>
      <w:r>
        <w:t>ان سین گاڈ کو سین گاڈ بنانا،</w:t>
      </w:r>
    </w:p>
    <w:p>
      <w:r>
        <w:rPr>
          <w:b/>
        </w:rPr>
        <w:t xml:space="preserve">[22:11] </w:t>
      </w:r>
      <w:r>
        <w:t>yeh kitna baṛa kam hai. to yeh jab koi insan is is is shart pe pura hota hai aur insan ko aap jante haiñ ke har waqt vash vash kiya ja raha hai,</w:t>
      </w:r>
    </w:p>
    <w:p>
      <w:pPr>
        <w:jc w:val="right"/>
      </w:pPr>
      <w:r>
        <w:t>یہ کتنا بڑا کام ہے۔ تو یہ جب کوئی انسان اس اس اس شرط پہ پورا ہوتا ہے اور انسان کو آپ جانتے ہیں کہ ہر وقت واش واش کیا جا رہا ہے،</w:t>
      </w:r>
    </w:p>
    <w:p>
      <w:r>
        <w:rPr>
          <w:b/>
        </w:rPr>
        <w:t xml:space="preserve">[22:27] </w:t>
      </w:r>
      <w:r>
        <w:t>har waqt farishte watch kar rahe haiñ aap ko, to jab koi insan is shart pe pura utarta hai ke us ne in send guard ko dekh liya,</w:t>
      </w:r>
    </w:p>
    <w:p>
      <w:pPr>
        <w:jc w:val="right"/>
      </w:pPr>
      <w:r>
        <w:t>ہر وقت فرشتے واش کر رہے ہیں آپ کو، تو جب کوئی انسان اس شرط پہ پورا اترتا ہے کہ اس نے ان سین گاڈ کو دیکھ لیا،</w:t>
      </w:r>
    </w:p>
    <w:p>
      <w:r>
        <w:rPr>
          <w:b/>
        </w:rPr>
        <w:t xml:space="preserve">[22:44] </w:t>
      </w:r>
      <w:r>
        <w:t>woh us ne is ma'rifat tak pahuñchaya apne aap ko, ant abdu-llah kanak ṭara, to sare asman o zamin chikh uṭhte haiñ: "ae rab!</w:t>
      </w:r>
    </w:p>
    <w:p>
      <w:pPr>
        <w:jc w:val="right"/>
      </w:pPr>
      <w:r>
        <w:t>وہ اس نے اس معرفت تک پہنچایا اپنے آپ کو، انت عبداللہ کانک ترا، تو سارے آسمان و زمین چیخ اٹھتے ہیں: "اے رب!</w:t>
      </w:r>
    </w:p>
    <w:p>
      <w:r>
        <w:rPr>
          <w:b/>
        </w:rPr>
        <w:t xml:space="preserve">[23:00] </w:t>
      </w:r>
      <w:r>
        <w:t>tera woh banda yahan paida ho gaya, to us ke liye jannat likh de."</w:t>
      </w:r>
    </w:p>
    <w:p>
      <w:pPr>
        <w:jc w:val="right"/>
      </w:pPr>
      <w:r>
        <w:t>تیرا وہ بندہ یہاں پیدا ہو گیا، تو اس کے لیے جنت لکھ دے۔"</w:t>
      </w:r>
    </w:p>
    <w:p>
      <w:r>
        <w:rPr>
          <w:b/>
        </w:rPr>
        <w:t xml:space="preserve">[23:10] </w:t>
      </w:r>
      <w:r>
        <w:t>yeh hai ma'rifat aur yeh hai woh chiz jo insan ko jannat ke qabil banati hai.</w:t>
      </w:r>
    </w:p>
    <w:p>
      <w:pPr>
        <w:jc w:val="right"/>
      </w:pPr>
      <w:r>
        <w:t>یہ ہے معرفت اور یہ ہے وہ چیز جو انسان کو جنت کے قابل بناتی ہے۔</w:t>
      </w:r>
    </w:p>
    <w:p>
      <w:r>
        <w:rPr>
          <w:b/>
        </w:rPr>
        <w:t xml:space="preserve">[23:24] </w:t>
      </w:r>
      <w:r>
        <w:t>jannat! ab ghor kijiyey ke woh jannat jahan hazan na ho, koi sorrow na ho, koi pain na ho, aur sara pleasure insan ko mile,</w:t>
      </w:r>
    </w:p>
    <w:p>
      <w:pPr>
        <w:jc w:val="right"/>
      </w:pPr>
      <w:r>
        <w:t>جنت! اب غور کیجئے کہ وہ جنت جہاں حضن نہ ہو، کوئی سارو نہ ہو، کوئی پین نہ ہو، اور سارا پلیژر انسان کو ملے،</w:t>
      </w:r>
    </w:p>
    <w:p>
      <w:r>
        <w:rPr>
          <w:b/>
        </w:rPr>
        <w:t xml:space="preserve">[23:39] </w:t>
      </w:r>
      <w:r>
        <w:t>to kitni zyada presiyas hogi.</w:t>
      </w:r>
    </w:p>
    <w:p>
      <w:pPr>
        <w:jc w:val="right"/>
      </w:pPr>
      <w:r>
        <w:t>تو کتنی زیادہ پریشیس ہوگی۔</w:t>
      </w:r>
    </w:p>
    <w:p>
      <w:r>
        <w:rPr>
          <w:b/>
        </w:rPr>
        <w:t xml:space="preserve">[23:45] </w:t>
      </w:r>
      <w:r>
        <w:t>aisi jannat aap ko eternal tor par mil jaye, abadi tor par mil jaye, to yeh kitni baṛi nem'at hai, yeh kitni baṛi nem'at hai.</w:t>
      </w:r>
    </w:p>
    <w:p>
      <w:pPr>
        <w:jc w:val="right"/>
      </w:pPr>
      <w:r>
        <w:t>ایسی جنت آپ کو ایٹرنل طور پر مل جائے، ابدی طور پر مل جائے، تو یہ کتنی بڑی نعمت ہے، یہ کتنی بڑی نعمت ہے۔</w:t>
      </w:r>
    </w:p>
    <w:p>
      <w:r>
        <w:rPr>
          <w:b/>
        </w:rPr>
        <w:t xml:space="preserve">[24:02] </w:t>
      </w:r>
      <w:r>
        <w:t>to is nem'at ka jahan tak maine socha, yahi is ki qimat hai.</w:t>
      </w:r>
    </w:p>
    <w:p>
      <w:pPr>
        <w:jc w:val="right"/>
      </w:pPr>
      <w:r>
        <w:t>تو اس نعمت کا جہاں تک میں نے سوچا، یہی اس کی قیمت ہے۔</w:t>
      </w:r>
    </w:p>
    <w:p>
      <w:r>
        <w:rPr>
          <w:b/>
        </w:rPr>
        <w:t xml:space="preserve">[24:08] </w:t>
      </w:r>
      <w:r>
        <w:t>ek hadis mein ata hai ke rasul Allah ne farmaya ke kisi ko is ka amal jannat mein nahiñ le nahiñ le jayega.</w:t>
      </w:r>
    </w:p>
    <w:p>
      <w:pPr>
        <w:jc w:val="right"/>
      </w:pPr>
      <w:r>
        <w:t>ایک حدیث میں آتا ہے کہ رسول اللہ نے فرمایا کہ کسی کو اس کا عمل جنت میں نہیں لے نہیں لے جائے گا۔</w:t>
      </w:r>
    </w:p>
    <w:p>
      <w:r>
        <w:rPr>
          <w:b/>
        </w:rPr>
        <w:t xml:space="preserve">[24:20] </w:t>
      </w:r>
      <w:r>
        <w:t>is ka matlab yeh nahi tha ke amal nahi le jayega, amal hi to le jayega. is ka matlab hai ke woh cheez jo tum ko amal samajh samajh rakha hai, tum ne woh nahi</w:t>
      </w:r>
    </w:p>
    <w:p>
      <w:pPr>
        <w:jc w:val="right"/>
      </w:pPr>
      <w:r>
        <w:t>اس کا مطلب یہ نہیں تھا کہ عمل نہیں لے جائے گا، عمل ہی تو لے جائے گا۔ اس کا مطلب ہے کہ وہ چیز جو تم کو عمل سمجھ سمجھ رکھا ہے، تم نے وہ نہیں</w:t>
      </w:r>
    </w:p>
    <w:p>
      <w:r>
        <w:rPr>
          <w:b/>
        </w:rPr>
        <w:t xml:space="preserve">[24:31] </w:t>
      </w:r>
      <w:r>
        <w:t>hai. is ek bohat hi bara amal,</w:t>
      </w:r>
    </w:p>
    <w:p>
      <w:pPr>
        <w:jc w:val="right"/>
      </w:pPr>
      <w:r>
        <w:t>ہے۔ اس ایک بہت ہی بڑا عمل،</w:t>
      </w:r>
    </w:p>
    <w:p>
      <w:r>
        <w:rPr>
          <w:b/>
        </w:rPr>
        <w:t xml:space="preserve">[24:37] </w:t>
      </w:r>
      <w:r>
        <w:t>yani Allah rab ul alameen jo in seen hai, is ko discover karna. to Hazrat Aisha ne kaha ke kya aap ko bhi nahi?</w:t>
      </w:r>
    </w:p>
    <w:p>
      <w:pPr>
        <w:jc w:val="right"/>
      </w:pPr>
      <w:r>
        <w:t>یعنی اللہ رب العالمین جو ان سین ہے، اس کو ڈسکور کرنا۔ تو حضرت عائشہ نے کہا کہ کیا آپ کو بھی نہیں؟</w:t>
      </w:r>
    </w:p>
    <w:p>
      <w:r>
        <w:rPr>
          <w:b/>
        </w:rPr>
        <w:t xml:space="preserve">[24:52] </w:t>
      </w:r>
      <w:r>
        <w:t>aap ne farmaya: "kaha Aisha! ala yatamad Allah bi rahmat minhu wa fadl." haan, Aisha!</w:t>
      </w:r>
    </w:p>
    <w:p>
      <w:pPr>
        <w:jc w:val="right"/>
      </w:pPr>
      <w:r>
        <w:t>آپ نے فرمایا: "کہا عائشہ! الا یتغمد اللہ برحمت منہ و فضل۔" ہاں، عائشہ!</w:t>
      </w:r>
    </w:p>
    <w:p>
      <w:r>
        <w:rPr>
          <w:b/>
        </w:rPr>
        <w:t xml:space="preserve">[25:01] </w:t>
      </w:r>
      <w:r>
        <w:t>main bhi nahi, ala yeh ke Allah mujh ko apne fazl, apni rehmat se thaak le, thaak le.</w:t>
      </w:r>
    </w:p>
    <w:p>
      <w:pPr>
        <w:jc w:val="right"/>
      </w:pPr>
      <w:r>
        <w:t>میں بھی نہیں، الا یہ کہ اللہ مجھ کو اپنے فضل، اپنی رحمت سے ٹھاک لے، ٹھاک لے۔</w:t>
      </w:r>
    </w:p>
    <w:p>
      <w:r>
        <w:rPr>
          <w:b/>
        </w:rPr>
        <w:t xml:space="preserve">[25:19] </w:t>
      </w:r>
      <w:r>
        <w:t>to Allah ka fazl, Allah ki rehmat jo itni bari cheez deti hai insan ko, abadi jannat,</w:t>
      </w:r>
    </w:p>
    <w:p>
      <w:pPr>
        <w:jc w:val="right"/>
      </w:pPr>
      <w:r>
        <w:t>تو اللہ کا فضل، اللہ کی رحمت جو اتنی بڑی چیز دیتی ہے انسان کو، ابدی جنت،</w:t>
      </w:r>
    </w:p>
    <w:p>
      <w:r>
        <w:rPr>
          <w:b/>
        </w:rPr>
        <w:t xml:space="preserve">[25:30] </w:t>
      </w:r>
      <w:r>
        <w:t>woh bilashuba isi level ki honi chahiye.</w:t>
      </w:r>
    </w:p>
    <w:p>
      <w:pPr>
        <w:jc w:val="right"/>
      </w:pPr>
      <w:r>
        <w:t>وہ بلاشبہ اسی لیول کی ہونی چاہیے۔</w:t>
      </w:r>
    </w:p>
    <w:p>
      <w:r>
        <w:rPr>
          <w:b/>
        </w:rPr>
        <w:t xml:space="preserve">[25:36] </w:t>
      </w:r>
      <w:r>
        <w:t>aur woh hai in seen God ko discover karna.</w:t>
      </w:r>
    </w:p>
    <w:p>
      <w:pPr>
        <w:jc w:val="right"/>
      </w:pPr>
      <w:r>
        <w:t>اور وہ ہے ان سین گاڈ کو ڈسکور کرنا۔</w:t>
      </w:r>
    </w:p>
    <w:p>
      <w:r>
        <w:rPr>
          <w:b/>
        </w:rPr>
        <w:t xml:space="preserve">[25:43] </w:t>
      </w:r>
      <w:r>
        <w:t>dunya mein itne distraction hain, dunya mein itne zyada problem hain, dunya mein itne zyada bhatkane wali cheezein hain, dunya mein itne zyada mis lead karne wali baatein hain.</w:t>
      </w:r>
    </w:p>
    <w:p>
      <w:pPr>
        <w:jc w:val="right"/>
      </w:pPr>
      <w:r>
        <w:t>دنیا میں اتنے ڈسٹریکشن ہیں، دنیا میں اتنے زیادہ پرابلم ہیں، دنیا میں اتنے زیادہ بھٹکانے والی چیزیں ہیں، دنیا میں اتنے زیادہ مس لیڈ کرنے والی باتیں ہیں۔</w:t>
      </w:r>
    </w:p>
    <w:p>
      <w:r>
        <w:rPr>
          <w:b/>
        </w:rPr>
        <w:t xml:space="preserve">[26:01] </w:t>
      </w:r>
      <w:r>
        <w:t>in sab ke yani ek ek tareek, ek tareek jangal. goya insan ek ek tareek jangal mein jeeta hai,</w:t>
      </w:r>
    </w:p>
    <w:p>
      <w:pPr>
        <w:jc w:val="right"/>
      </w:pPr>
      <w:r>
        <w:t>ان سب کے یعنی ایک ایک تاریک، ایک تاریک جنگل۔ گویا انسان ایک ایک تاریک جنگل میں جیتا ہے،</w:t>
      </w:r>
    </w:p>
    <w:p>
      <w:r>
        <w:rPr>
          <w:b/>
        </w:rPr>
        <w:t xml:space="preserve">[26:16] </w:t>
      </w:r>
      <w:r>
        <w:t>tareek jangal mein jeeta hai,</w:t>
      </w:r>
    </w:p>
    <w:p>
      <w:pPr>
        <w:jc w:val="right"/>
      </w:pPr>
      <w:r>
        <w:t>تاریک جنگل میں جیتا ہے،</w:t>
      </w:r>
    </w:p>
    <w:p>
      <w:r>
        <w:rPr>
          <w:b/>
        </w:rPr>
        <w:t xml:space="preserve">[26:19] </w:t>
      </w:r>
      <w:r>
        <w:t>lekin woh apne apne mind ko itna develop karta hai ke is tareek jangal ko phaad sake, is tareek jangal mein tareeki ko phaad kar ke woh dekh sake is ke khaliq ko.</w:t>
      </w:r>
    </w:p>
    <w:p>
      <w:pPr>
        <w:jc w:val="right"/>
      </w:pPr>
      <w:r>
        <w:t>لیکن وہ اپنے اپنے مائنڈ کو اتنا ڈیولپ کرتا ہے کہ اس تاریک جنگل کو پھاڑ سکے، اس تاریک جنگل میں تاریکی کو پھاڑ کر کے وہ دیکھ سکے اس کے خالق کو۔</w:t>
      </w:r>
    </w:p>
    <w:p>
      <w:r>
        <w:rPr>
          <w:b/>
        </w:rPr>
        <w:t xml:space="preserve">[26:39] </w:t>
      </w:r>
      <w:r>
        <w:t>to is ke liye bohat zyada aap ko apna prepare karna padta hai.</w:t>
      </w:r>
    </w:p>
    <w:p>
      <w:pPr>
        <w:jc w:val="right"/>
      </w:pPr>
      <w:r>
        <w:t>تو اس کے لیے بہت زیادہ آپ کو اپنا پریپیئر کرنا پڑتا ہے۔</w:t>
      </w:r>
    </w:p>
    <w:p>
      <w:r>
        <w:rPr>
          <w:b/>
        </w:rPr>
        <w:t xml:space="preserve">[26:45] </w:t>
      </w:r>
      <w:r>
        <w:t>to jo aadmi apne aap ko itne zyada prepare kare ke woh tareeki ke jangal mein tareekiyon ko phaad kar in faed God ko dekhe, wahi woh insan hai jis par Allah apni rehmaten nazil karega,</w:t>
      </w:r>
    </w:p>
    <w:p>
      <w:pPr>
        <w:jc w:val="right"/>
      </w:pPr>
      <w:r>
        <w:t>تو جو آدمی اپنے آپ کو اتنے زیادہ پریپیئر کرے کہ وہ تاریکی کے جنگل میں تاریکیوں کو پھاڑ کر ان فیڈ گاڈ کو دیکھے، وہی وہ انسان ہے جس پر اللہ اپنی رحمتیں نازل کرے گا،</w:t>
      </w:r>
    </w:p>
    <w:p>
      <w:r>
        <w:rPr>
          <w:b/>
        </w:rPr>
        <w:t xml:space="preserve">[27:07] </w:t>
      </w:r>
      <w:r>
        <w:t>aur Allah ke rehmaton ki buniyad par is ko jannat ka iqama diya jayega.</w:t>
      </w:r>
    </w:p>
    <w:p>
      <w:pPr>
        <w:jc w:val="right"/>
      </w:pPr>
      <w:r>
        <w:t>اور اللہ کے رحمتوں کی بنیاد پر اس کو جنت کا اقامہ دیا جائے گا۔</w:t>
      </w:r>
    </w:p>
    <w:p>
      <w:r>
        <w:rPr>
          <w:b/>
        </w:rPr>
        <w:t xml:space="preserve">[27:23] </w:t>
      </w:r>
      <w:r>
        <w:t>to logon ne iman ko samajh rakha hai,</w:t>
      </w:r>
    </w:p>
    <w:p>
      <w:pPr>
        <w:jc w:val="right"/>
      </w:pPr>
      <w:r>
        <w:t>تو لوگوں نے ایمان کو سمجھ رکھا ہے،</w:t>
      </w:r>
    </w:p>
    <w:p>
      <w:r>
        <w:rPr>
          <w:b/>
        </w:rPr>
        <w:t xml:space="preserve">[27:36] </w:t>
      </w:r>
      <w:r>
        <w:t>aqeeday ka masla, belief ka masla,</w:t>
      </w:r>
    </w:p>
    <w:p>
      <w:pPr>
        <w:jc w:val="right"/>
      </w:pPr>
      <w:r>
        <w:t>عقیدے کا مسئلہ، بیلیف کا مسئلہ،</w:t>
      </w:r>
    </w:p>
    <w:p>
      <w:r>
        <w:rPr>
          <w:b/>
        </w:rPr>
        <w:t xml:space="preserve">[27:43] </w:t>
      </w:r>
      <w:r>
        <w:t>iman marifat ka masla hai, discovery ka masla hai, realization ka masla hai.</w:t>
      </w:r>
    </w:p>
    <w:p>
      <w:pPr>
        <w:jc w:val="right"/>
      </w:pPr>
      <w:r>
        <w:t>ایمان معرفت کا مسئلہ ہے، ڈسکوری کا مسئلہ ہے، ریلائزیشن کا مسئلہ ہے۔</w:t>
      </w:r>
    </w:p>
    <w:p>
      <w:r>
        <w:rPr>
          <w:b/>
        </w:rPr>
        <w:t xml:space="preserve">[27:54] </w:t>
      </w:r>
      <w:r>
        <w:t>in said god ko seen banana hai, yeh hai</w:t>
      </w:r>
    </w:p>
    <w:p>
      <w:pPr>
        <w:jc w:val="right"/>
      </w:pPr>
      <w:r>
        <w:t>ان سیٹ گاڈ کو سین بنانا ہے، یہ ہے</w:t>
      </w:r>
    </w:p>
    <w:p>
      <w:r>
        <w:rPr>
          <w:b/>
        </w:rPr>
        <w:t xml:space="preserve">[28:00] </w:t>
      </w:r>
      <w:r>
        <w:t>jannat ki qeemat.</w:t>
      </w:r>
    </w:p>
    <w:p>
      <w:pPr>
        <w:jc w:val="right"/>
      </w:pPr>
      <w:r>
        <w:t>جنت کی قیمت۔</w:t>
      </w:r>
    </w:p>
    <w:p>
      <w:r>
        <w:rPr>
          <w:b/>
        </w:rPr>
        <w:t xml:space="preserve">[28:04] </w:t>
      </w:r>
      <w:r>
        <w:t>to meri dua hai ke allah taala hum ko aur aap ko taufeeq de ke hum apne aap</w:t>
      </w:r>
    </w:p>
    <w:p>
      <w:pPr>
        <w:jc w:val="right"/>
      </w:pPr>
      <w:r>
        <w:t>تو میری دعا ہے کہ اللہ تعالی ہم کو اور آپ کو توفیق دے کہ ہم اپنے آپ</w:t>
      </w:r>
    </w:p>
    <w:p>
      <w:r>
        <w:rPr>
          <w:b/>
        </w:rPr>
        <w:t xml:space="preserve">[28:09] </w:t>
      </w:r>
      <w:r>
        <w:t>ko is tarah develop karen</w:t>
      </w:r>
    </w:p>
    <w:p>
      <w:pPr>
        <w:jc w:val="right"/>
      </w:pPr>
      <w:r>
        <w:t>کو اس طرح ڈیولپ کریں</w:t>
      </w:r>
    </w:p>
    <w:p>
      <w:r>
        <w:rPr>
          <w:b/>
        </w:rPr>
        <w:t xml:space="preserve">[28:14] </w:t>
      </w:r>
      <w:r>
        <w:t>ke hum is</w:t>
      </w:r>
    </w:p>
    <w:p>
      <w:pPr>
        <w:jc w:val="right"/>
      </w:pPr>
      <w:r>
        <w:t>کہ ہم اس</w:t>
      </w:r>
    </w:p>
    <w:p>
      <w:r>
        <w:rPr>
          <w:b/>
        </w:rPr>
        <w:t xml:space="preserve">[28:16] </w:t>
      </w:r>
      <w:r>
        <w:t>is faith ko pa saken jo faith hum ko jannat mein pohnchaney wala hai.</w:t>
      </w:r>
    </w:p>
    <w:p>
      <w:pPr>
        <w:jc w:val="right"/>
      </w:pPr>
      <w:r>
        <w:t>اس فیتھ کو پا سکیں جو فیتھ ہم کو جنت میں پہنچانے والا ہے۔</w:t>
      </w:r>
    </w:p>
    <w:p>
      <w:r>
        <w:rPr>
          <w:b/>
        </w:rPr>
        <w:t xml:space="preserve">[28:25] </w:t>
      </w:r>
      <w:r>
        <w:t>assalam o alaikum wa rehmatullah.</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