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Beloved of God 3 Dec 2016 - Maulana Wahiduddin Khan</w:t>
      </w:r>
    </w:p>
    <w:p>
      <w:r>
        <w:t>https://www.youtube.com/watch?v=dcqKr-RbTZw</w:t>
      </w:r>
    </w:p>
    <w:p>
      <w:r>
        <w:rPr>
          <w:b/>
        </w:rPr>
        <w:t xml:space="preserve">[00:14] </w:t>
      </w:r>
      <w:r>
        <w:t>bismillah al-rahman al-rahim, 3 december 2016.</w:t>
      </w:r>
    </w:p>
    <w:p>
      <w:pPr>
        <w:jc w:val="right"/>
      </w:pPr>
      <w:r>
        <w:t>بسم اللہ الرحمن الرحیم، 3 دسمبر 2016۔</w:t>
      </w:r>
    </w:p>
    <w:p>
      <w:r>
        <w:rPr>
          <w:b/>
        </w:rPr>
        <w:t xml:space="preserve">[00:22] </w:t>
      </w:r>
      <w:r>
        <w:t>aaj subah mein</w:t>
      </w:r>
    </w:p>
    <w:p>
      <w:pPr>
        <w:jc w:val="right"/>
      </w:pPr>
      <w:r>
        <w:t>آج صبح میں</w:t>
      </w:r>
    </w:p>
    <w:p>
      <w:r>
        <w:rPr>
          <w:b/>
        </w:rPr>
        <w:t xml:space="preserve">[00:24] </w:t>
      </w:r>
      <w:r>
        <w:t>apne office ke samne</w:t>
      </w:r>
    </w:p>
    <w:p>
      <w:pPr>
        <w:jc w:val="right"/>
      </w:pPr>
      <w:r>
        <w:t>اپنے آفس کے سامنے</w:t>
      </w:r>
    </w:p>
    <w:p>
      <w:r>
        <w:rPr>
          <w:b/>
        </w:rPr>
        <w:t xml:space="preserve">[00:29] </w:t>
      </w:r>
      <w:r>
        <w:t>balcony mein baitha hua tha,</w:t>
      </w:r>
    </w:p>
    <w:p>
      <w:pPr>
        <w:jc w:val="right"/>
      </w:pPr>
      <w:r>
        <w:t>بالکنی میں بیٹھا ہوا تھا،</w:t>
      </w:r>
    </w:p>
    <w:p>
      <w:r>
        <w:rPr>
          <w:b/>
        </w:rPr>
        <w:t xml:space="preserve">[00:32] </w:t>
      </w:r>
      <w:r>
        <w:t>aur bahut achhi sunhari dhoop nikli hui thi.</w:t>
      </w:r>
    </w:p>
    <w:p>
      <w:pPr>
        <w:jc w:val="right"/>
      </w:pPr>
      <w:r>
        <w:t>اور بہت اچھی سنہری دھوپ نکلی ہوئی تھی۔</w:t>
      </w:r>
    </w:p>
    <w:p>
      <w:r>
        <w:rPr>
          <w:b/>
        </w:rPr>
        <w:t xml:space="preserve">[00:37] </w:t>
      </w:r>
      <w:r>
        <w:t>تو مجھے ایک عجیب inspiration آیا۔</w:t>
      </w:r>
    </w:p>
    <w:p>
      <w:pPr>
        <w:jc w:val="right"/>
      </w:pPr>
      <w:r>
        <w:t>تو مجھے ایک عجیب انسپیریشن آیا۔</w:t>
      </w:r>
    </w:p>
    <w:p>
      <w:r>
        <w:rPr>
          <w:b/>
        </w:rPr>
        <w:t xml:space="preserve">[00:43] </w:t>
      </w:r>
      <w:r>
        <w:t>woh inspiration</w:t>
      </w:r>
    </w:p>
    <w:p>
      <w:pPr>
        <w:jc w:val="right"/>
      </w:pPr>
      <w:r>
        <w:t>وہ انسپیریشن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