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Zakat 16 May 2007 - Maulana Wahiduddin Khan</w:t>
      </w:r>
    </w:p>
    <w:p>
      <w:r>
        <w:t>https://www.youtube.com/watch?v=Ptou1yxZS_8</w:t>
      </w:r>
    </w:p>
    <w:p>
      <w:r>
        <w:rPr>
          <w:b/>
        </w:rPr>
        <w:t xml:space="preserve">[00:10] </w:t>
      </w:r>
      <w:r>
        <w:t>bismillah hir rahman nir rahim, wasalli Allah ala al nabi al kareem. rab ishrah li sadri, wa yassir li amri, wah al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today i would like to say a few words about zakat.</w:t>
      </w:r>
    </w:p>
    <w:p>
      <w:pPr>
        <w:jc w:val="right"/>
      </w:pPr>
      <w:r>
        <w:t>ٹوڈے آئی وڈ لائک ٹو سے ا فیو ورڈز اباؤٹ زکوۃ۔</w:t>
      </w:r>
    </w:p>
    <w:p>
      <w:r>
        <w:rPr>
          <w:b/>
        </w:rPr>
        <w:t xml:space="preserve">[00:44] </w:t>
      </w:r>
      <w:r>
        <w:t>zakat is one of the important teachings of Islam.</w:t>
      </w:r>
    </w:p>
    <w:p>
      <w:pPr>
        <w:jc w:val="right"/>
      </w:pPr>
      <w:r>
        <w:t>زکوۃ از ون اف دا امپورٹنٹ ٹیچنگز اف اسلام۔</w:t>
      </w:r>
    </w:p>
    <w:p>
      <w:r>
        <w:rPr>
          <w:b/>
        </w:rPr>
        <w:t xml:space="preserve">[00:55] </w:t>
      </w:r>
      <w:r>
        <w:t>according to hadith, there are five pillars of Islam, al-arkan al-khamsa.</w:t>
      </w:r>
    </w:p>
    <w:p>
      <w:pPr>
        <w:jc w:val="right"/>
      </w:pPr>
      <w:r>
        <w:t>اکارڈنگ ٹو حدیث، دیر ار فائیو پلرز اف اسلام، الارکان الخمسہ۔</w:t>
      </w:r>
    </w:p>
    <w:p>
      <w:r>
        <w:rPr>
          <w:b/>
        </w:rPr>
        <w:t xml:space="preserve">[01:09] </w:t>
      </w:r>
      <w:r>
        <w:t>these five pillars are like this: kalma tauheed,</w:t>
      </w:r>
    </w:p>
    <w:p>
      <w:pPr>
        <w:jc w:val="right"/>
      </w:pPr>
      <w:r>
        <w:t>دیز فائیو پلرز ار لائک دس: کلمہ توحید،</w:t>
      </w:r>
    </w:p>
    <w:p>
      <w:r>
        <w:rPr>
          <w:b/>
        </w:rPr>
        <w:t xml:space="preserve">[01:22] </w:t>
      </w:r>
      <w:r>
        <w:t>namaz that is prayer, fasting that is saum,</w:t>
      </w:r>
    </w:p>
    <w:p>
      <w:pPr>
        <w:jc w:val="right"/>
      </w:pPr>
      <w:r>
        <w:t>نماز دیٹ از پریر، فاسٹنگ دیٹ از صوم،</w:t>
      </w:r>
    </w:p>
    <w:p>
      <w:r>
        <w:rPr>
          <w:b/>
        </w:rPr>
        <w:t xml:space="preserve">[01:35] </w:t>
      </w:r>
      <w:r>
        <w:t>zakat, and hajj.</w:t>
      </w:r>
    </w:p>
    <w:p>
      <w:pPr>
        <w:jc w:val="right"/>
      </w:pPr>
      <w:r>
        <w:t>زکوۃ، اینڈ حج۔</w:t>
      </w:r>
    </w:p>
    <w:p>
      <w:r>
        <w:rPr>
          <w:b/>
        </w:rPr>
        <w:t xml:space="preserve">[01:41] </w:t>
      </w:r>
      <w:r>
        <w:t>these are five</w:t>
      </w:r>
    </w:p>
    <w:p>
      <w:pPr>
        <w:jc w:val="right"/>
      </w:pPr>
      <w:r>
        <w:t>دیز ار فائیو</w:t>
      </w:r>
    </w:p>
    <w:p>
      <w:r>
        <w:rPr>
          <w:b/>
        </w:rPr>
        <w:t xml:space="preserve">[01:47] </w:t>
      </w:r>
      <w:r>
        <w:t>pillars of Islam.</w:t>
      </w:r>
    </w:p>
    <w:p>
      <w:pPr>
        <w:jc w:val="right"/>
      </w:pPr>
      <w:r>
        <w:t>پلرز اف اسلام۔</w:t>
      </w:r>
    </w:p>
    <w:p>
      <w:r>
        <w:rPr>
          <w:b/>
        </w:rPr>
        <w:t xml:space="preserve">[01:51] </w:t>
      </w:r>
      <w:r>
        <w:t>now, there is a hadith</w:t>
      </w:r>
    </w:p>
    <w:p>
      <w:pPr>
        <w:jc w:val="right"/>
      </w:pPr>
      <w:r>
        <w:t>ناؤ، دیر از ا حدیث</w:t>
      </w:r>
    </w:p>
    <w:p>
      <w:r>
        <w:rPr>
          <w:b/>
        </w:rPr>
        <w:t xml:space="preserve">[01:59] </w:t>
      </w:r>
      <w:r>
        <w:t>about roza: likulli shay'in zakat, wa zakat al-jasad as-saum.</w:t>
      </w:r>
    </w:p>
    <w:p>
      <w:pPr>
        <w:jc w:val="right"/>
      </w:pPr>
      <w:r>
        <w:t>اباؤٹ روزہ: لکل شین زکوۃ، وزکوۃ الجسد الصوم۔</w:t>
      </w:r>
    </w:p>
    <w:p>
      <w:r>
        <w:rPr>
          <w:b/>
        </w:rPr>
        <w:t xml:space="preserve">[02:12] </w:t>
      </w:r>
      <w:r>
        <w:t>everything,</w:t>
      </w:r>
    </w:p>
    <w:p>
      <w:pPr>
        <w:jc w:val="right"/>
      </w:pPr>
      <w:r>
        <w:t>ایوری تھنگ،</w:t>
      </w:r>
    </w:p>
    <w:p>
      <w:r>
        <w:rPr>
          <w:b/>
        </w:rPr>
        <w:t xml:space="preserve">[02:17] </w:t>
      </w:r>
      <w:r>
        <w:t>there is zakat for everything, and zakat of body is saum, there is fasting.</w:t>
      </w:r>
    </w:p>
    <w:p>
      <w:pPr>
        <w:jc w:val="right"/>
      </w:pPr>
      <w:r>
        <w:t>دیر ار زکوۃ فار ایوری تھنگ، اینڈ زکوۃ اف باڈی از صوم، دیر از فاسٹنگ۔</w:t>
      </w:r>
    </w:p>
    <w:p>
      <w:r>
        <w:rPr>
          <w:b/>
        </w:rPr>
        <w:t xml:space="preserve">[02:30] </w:t>
      </w:r>
      <w:r>
        <w:t>now, zakat is an Arabic word, literally it means purification, or making pure.</w:t>
      </w:r>
    </w:p>
    <w:p>
      <w:pPr>
        <w:jc w:val="right"/>
      </w:pPr>
      <w:r>
        <w:t>ناؤ، زکوۃ از این عربک ورڈ، لٹرلی اٹ مینز پیوریفیکیشن، اور میکنگ پیور۔</w:t>
      </w:r>
    </w:p>
    <w:p>
      <w:r>
        <w:rPr>
          <w:b/>
        </w:rPr>
        <w:t xml:space="preserve">[02:48] </w:t>
      </w:r>
      <w:r>
        <w:t>so, according to Islam, purification, or zakat, or tazkiyah is most important teaching of Islam.</w:t>
      </w:r>
    </w:p>
    <w:p>
      <w:pPr>
        <w:jc w:val="right"/>
      </w:pPr>
      <w:r>
        <w:t>سو، اکارڈنگ ٹو اسلام، پیوریفیکیشن، اور زکوۃ، اور تزکیہ از موسٹ امپورٹنٹ ٹیچنگ اف اسلام۔</w:t>
      </w:r>
    </w:p>
    <w:p>
      <w:r>
        <w:rPr>
          <w:b/>
        </w:rPr>
        <w:t xml:space="preserve">[03:06] </w:t>
      </w:r>
      <w:r>
        <w:t>in this world, we are impure. now, we have to purify our soul in every aspect.</w:t>
      </w:r>
    </w:p>
    <w:p>
      <w:pPr>
        <w:jc w:val="right"/>
      </w:pPr>
      <w:r>
        <w:t>ان دس ورلڈ، وی ار امپیور۔ ناؤ، وی ہیو ٹو پیوریفائی اور سول ان ایوری اسپیکٹ۔</w:t>
      </w:r>
    </w:p>
    <w:p>
      <w:r>
        <w:rPr>
          <w:b/>
        </w:rPr>
        <w:t xml:space="preserve">[03:19] </w:t>
      </w:r>
      <w:r>
        <w:t>this is our test, this is our text, tst, this is our test.</w:t>
      </w:r>
    </w:p>
    <w:p>
      <w:pPr>
        <w:jc w:val="right"/>
      </w:pPr>
      <w:r>
        <w:t>دس از اور ٹیسٹ، دس از اور ٹیکسٹ، ٹی ایس ٹی، دس از اور ٹیسٹ۔</w:t>
      </w:r>
    </w:p>
    <w:p>
      <w:r>
        <w:rPr>
          <w:b/>
        </w:rPr>
        <w:t xml:space="preserve">[03:30] </w:t>
      </w:r>
      <w:r>
        <w:t>man is born as impure,</w:t>
      </w:r>
    </w:p>
    <w:p>
      <w:pPr>
        <w:jc w:val="right"/>
      </w:pPr>
      <w:r>
        <w:t>مین از بورن ایز امپیور،</w:t>
      </w:r>
    </w:p>
    <w:p>
      <w:r>
        <w:rPr>
          <w:b/>
        </w:rPr>
        <w:t xml:space="preserve">[03:36] </w:t>
      </w:r>
      <w:r>
        <w:t>and it is his test that he must purify himself. so,</w:t>
      </w:r>
    </w:p>
    <w:p>
      <w:pPr>
        <w:jc w:val="right"/>
      </w:pPr>
      <w:r>
        <w:t>اینڈ اٹ از ہز ٹیسٹ دیٹ ہی مسٹ پیوریفائی ہم سیلف۔ سو،</w:t>
      </w:r>
    </w:p>
    <w:p>
      <w:r>
        <w:rPr>
          <w:b/>
        </w:rPr>
        <w:t xml:space="preserve">[03:47] </w:t>
      </w:r>
      <w:r>
        <w:t>I think there are five basic aspects of human life, and these five principles, these five principles are al-arkan al-khamsa, cover all these five aspects of human life.</w:t>
      </w:r>
    </w:p>
    <w:p>
      <w:pPr>
        <w:jc w:val="right"/>
      </w:pPr>
      <w:r>
        <w:t>ائی تھنک دیر ار فائیو بیسک اسپیکٹ اف ہیومن لائف، اینڈ دیز فائیو پرنسپلز، دیز فائیو پرنسپلز ار الارکان الخمسہ، کور ال دیز فائیو اسپیکٹ اف ہیومن لائف۔</w:t>
      </w:r>
    </w:p>
    <w:p>
      <w:r>
        <w:rPr>
          <w:b/>
        </w:rPr>
        <w:t xml:space="preserve">[04:14] </w:t>
      </w:r>
      <w:r>
        <w:t>the first is kalma tauheed.</w:t>
      </w:r>
    </w:p>
    <w:p>
      <w:pPr>
        <w:jc w:val="right"/>
      </w:pPr>
      <w:r>
        <w:t>دا فرسٹ از کلمہ توحید۔</w:t>
      </w:r>
    </w:p>
    <w:p>
      <w:r>
        <w:rPr>
          <w:b/>
        </w:rPr>
        <w:t xml:space="preserve">[04:18] </w:t>
      </w:r>
      <w:r>
        <w:t>kalma tauheed means belief. kalma tauheed pertains to belief system, belief system.</w:t>
      </w:r>
    </w:p>
    <w:p>
      <w:pPr>
        <w:jc w:val="right"/>
      </w:pPr>
      <w:r>
        <w:t>کلمہ توحید مینز بیلیف۔ کلمہ توحید پرٹینز ٹو بیلیف سسٹم، بیلیف سسٹم۔</w:t>
      </w:r>
    </w:p>
    <w:p>
      <w:r>
        <w:rPr>
          <w:b/>
        </w:rPr>
        <w:t xml:space="preserve">[04:33] </w:t>
      </w:r>
      <w:r>
        <w:t>so, kalma tauheed is</w:t>
      </w:r>
    </w:p>
    <w:p>
      <w:pPr>
        <w:jc w:val="right"/>
      </w:pPr>
      <w:r>
        <w:t>سو، کلمہ توحید از</w:t>
      </w:r>
    </w:p>
    <w:p>
      <w:r>
        <w:rPr>
          <w:b/>
        </w:rPr>
        <w:t xml:space="preserve">[04:38] </w:t>
      </w:r>
      <w:r>
        <w:t>a way of purification of your thought</w:t>
      </w:r>
    </w:p>
    <w:p>
      <w:pPr>
        <w:jc w:val="right"/>
      </w:pPr>
      <w:r>
        <w:t>ا وے اف پیوریفیکیشن اف یور تھاٹ</w:t>
      </w:r>
    </w:p>
    <w:p>
      <w:r>
        <w:rPr>
          <w:b/>
        </w:rPr>
        <w:t xml:space="preserve">[04:43] </w:t>
      </w:r>
      <w:r>
        <w:t>. when you believe in the oneness of God, then you purify your mind, because mind believes,</w:t>
      </w:r>
    </w:p>
    <w:p>
      <w:pPr>
        <w:jc w:val="right"/>
      </w:pPr>
      <w:r>
        <w:t>۔ وین یو بیلیو ان دی وننس اف گاڈ، دین یو پیوریفائی یور مائنڈ، بیکاز مائنڈ بیلیوز،</w:t>
      </w:r>
    </w:p>
    <w:p>
      <w:r>
        <w:rPr>
          <w:b/>
        </w:rPr>
        <w:t xml:space="preserve">[05:00] </w:t>
      </w:r>
      <w:r>
        <w:t>mind may believe in different things. but when you, when you adopt kalma tauheed, then you find the starting point</w:t>
      </w:r>
    </w:p>
    <w:p>
      <w:pPr>
        <w:jc w:val="right"/>
      </w:pPr>
      <w:r>
        <w:t>مائنڈ می بیلیو ان ڈفرنٹ تھنگز۔ بٹ وین یو، وین یو اڈاپٹ کلمہ توحید، دین یو فائنڈ دا سٹارٹنگ پوائنٹ</w:t>
      </w:r>
    </w:p>
    <w:p>
      <w:r>
        <w:rPr>
          <w:b/>
        </w:rPr>
        <w:t xml:space="preserve">[05:16] </w:t>
      </w:r>
      <w:r>
        <w:t>, then you find how to purify your thought, how to purify your mind, how to purify your intellectual being.</w:t>
      </w:r>
    </w:p>
    <w:p>
      <w:pPr>
        <w:jc w:val="right"/>
      </w:pPr>
      <w:r>
        <w:t>، دین یو فائنڈ ہاؤ ٹو پیوریفائی یور تھاٹ، ہاؤ ٹو پیوریفائی یور مائنڈ، ہاؤ ٹو پیوریفائی یور انٹلیکچول بینگ۔</w:t>
      </w:r>
    </w:p>
    <w:p>
      <w:r>
        <w:rPr>
          <w:b/>
        </w:rPr>
        <w:t xml:space="preserve">[05:30] </w:t>
      </w:r>
      <w:r>
        <w:t>so, kalma tauheed means</w:t>
      </w:r>
    </w:p>
    <w:p>
      <w:pPr>
        <w:jc w:val="right"/>
      </w:pPr>
      <w:r>
        <w:t>سو، کلمہ توحید مینز</w:t>
      </w:r>
    </w:p>
    <w:p>
      <w:r>
        <w:rPr>
          <w:b/>
        </w:rPr>
        <w:t xml:space="preserve">[05:36] </w:t>
      </w:r>
      <w:r>
        <w:t>purifying your intellectual aspect of life, that is mind, that is soul. so, kalma tauheed is not simply a recitation,</w:t>
      </w:r>
    </w:p>
    <w:p>
      <w:pPr>
        <w:jc w:val="right"/>
      </w:pPr>
      <w:r>
        <w:t>پیوریفائنگ یور انٹلیکچول اسپیکٹ اف لائف، دیٹ از مائنڈ، دیٹ از سول۔ سو، کلمہ توحید از ناٹ سمپلی ا ریسیٹیشن،</w:t>
      </w:r>
    </w:p>
    <w:p>
      <w:r>
        <w:rPr>
          <w:b/>
        </w:rPr>
        <w:t xml:space="preserve">[05:50] </w:t>
      </w:r>
      <w:r>
        <w:t>it is a, it is a principle. it is not simply a recitation, it is a principle.</w:t>
      </w:r>
    </w:p>
    <w:p>
      <w:pPr>
        <w:jc w:val="right"/>
      </w:pPr>
      <w:r>
        <w:t>اٹ از ا، اٹ از ا پرنسپل۔ اٹ از ناٹ سمپلی ا ریسیٹیشن، اٹ از ا پرنسپل۔</w:t>
      </w:r>
    </w:p>
    <w:p>
      <w:r>
        <w:rPr>
          <w:b/>
        </w:rPr>
        <w:t xml:space="preserve">[06:00] </w:t>
      </w:r>
      <w:r>
        <w:t>by this principle, you can purify your mind.</w:t>
      </w:r>
    </w:p>
    <w:p>
      <w:pPr>
        <w:jc w:val="right"/>
      </w:pPr>
      <w:r>
        <w:t>بائی دس پرنسپل، یو کین پیوریفائی یور مائنڈ۔</w:t>
      </w:r>
    </w:p>
    <w:p>
      <w:r>
        <w:rPr>
          <w:b/>
        </w:rPr>
        <w:t xml:space="preserve">[06:07] </w:t>
      </w:r>
      <w:r>
        <w:t>when you believe in oneness of god, you find that basic principle, by which you can</w:t>
      </w:r>
    </w:p>
    <w:p>
      <w:pPr>
        <w:jc w:val="right"/>
      </w:pPr>
      <w:r>
        <w:t>وین یو بیلیو ان وننس اف گاڈ، یو فائنڈ دیٹ بیسک پرنسپل، بائی وچ یو کین</w:t>
      </w:r>
    </w:p>
    <w:p>
      <w:r>
        <w:rPr>
          <w:b/>
        </w:rPr>
        <w:t xml:space="preserve">[06:21] </w:t>
      </w:r>
      <w:r>
        <w:t>purify yourself in term of intellectual development or spiritual development.</w:t>
      </w:r>
    </w:p>
    <w:p>
      <w:pPr>
        <w:jc w:val="right"/>
      </w:pPr>
      <w:r>
        <w:t>پیوریفائی یور سیلف ان ٹرم اف انٹلیکچول ڈیولپمنٹ اور سپریچول ڈیولپمنٹ۔</w:t>
      </w:r>
    </w:p>
    <w:p>
      <w:r>
        <w:rPr>
          <w:b/>
        </w:rPr>
        <w:t xml:space="preserve">[06:31] </w:t>
      </w:r>
      <w:r>
        <w:t>so, this is the first principle, first basic principle. then, there is the</w:t>
      </w:r>
    </w:p>
    <w:p>
      <w:pPr>
        <w:jc w:val="right"/>
      </w:pPr>
      <w:r>
        <w:t>سو، دس از دا فرسٹ پرنسپل، فرسٹ بیسک پرنسپل۔ دین، دیر از دا</w:t>
      </w:r>
    </w:p>
    <w:p>
      <w:r>
        <w:rPr>
          <w:b/>
        </w:rPr>
        <w:t xml:space="preserve">[06:41] </w:t>
      </w:r>
      <w:r>
        <w:t>namaz, that is salat. salat is also a basic principle. five time salat is very important to manage your activities</w:t>
      </w:r>
    </w:p>
    <w:p>
      <w:pPr>
        <w:jc w:val="right"/>
      </w:pPr>
      <w:r>
        <w:t>نماز، دیٹ از صلاۃ۔ صلاۃ از السو ا بیسک پرنسپل۔ فائیو ٹائم صلاۃ از ویری امپورٹنٹ ٹو مینج یور ایکٹیویٹیز</w:t>
      </w:r>
    </w:p>
    <w:p>
      <w:r>
        <w:rPr>
          <w:b/>
        </w:rPr>
        <w:t xml:space="preserve">[07:00] </w:t>
      </w:r>
      <w:r>
        <w:t>. when you,</w:t>
      </w:r>
    </w:p>
    <w:p>
      <w:pPr>
        <w:jc w:val="right"/>
      </w:pPr>
      <w:r>
        <w:t>۔ وین یو،</w:t>
      </w:r>
    </w:p>
    <w:p>
      <w:r>
        <w:rPr>
          <w:b/>
        </w:rPr>
        <w:t xml:space="preserve">[07:04] </w:t>
      </w:r>
      <w:r>
        <w:t>when you perform salat five time a day, then you are, you are able to manage your, your time, your day and night.</w:t>
      </w:r>
    </w:p>
    <w:p>
      <w:pPr>
        <w:jc w:val="right"/>
      </w:pPr>
      <w:r>
        <w:t>وین یو پرفارم صلاۃ فائیو ٹائم ا ڈے، دین یو ار، یو ار ایبل ٹو مینج یور، یور ٹائم، یور ڈے اینڈ نائٹ۔</w:t>
      </w:r>
    </w:p>
    <w:p>
      <w:r>
        <w:rPr>
          <w:b/>
        </w:rPr>
        <w:t xml:space="preserve">[07:21] </w:t>
      </w:r>
      <w:r>
        <w:t>so, in this sense, salat is the art of time management</w:t>
      </w:r>
    </w:p>
    <w:p>
      <w:pPr>
        <w:jc w:val="right"/>
      </w:pPr>
      <w:r>
        <w:t>تو، ان دس سینس، صلاۃ از دی ارٹ اف ٹائم مینجمنٹ</w:t>
      </w:r>
    </w:p>
    <w:p>
      <w:r>
        <w:rPr>
          <w:b/>
        </w:rPr>
        <w:t xml:space="preserve">[07:26] </w:t>
      </w:r>
      <w:r>
        <w:t>. i am not using time management in technical term, as a technical term. no, i am using this word as a spiritual term.</w:t>
      </w:r>
    </w:p>
    <w:p>
      <w:pPr>
        <w:jc w:val="right"/>
      </w:pPr>
      <w:r>
        <w:t>۔ ائی ایم ناٹ یوزنگ ٹائم مینجمنٹ ان ٹیکنیکل ٹرم، ایز ا ٹیکنیکل ٹرم۔ نو، ائی ایم یوزنگ دس ورڈ ایز ا سپریچول ٹرم۔</w:t>
      </w:r>
    </w:p>
    <w:p>
      <w:r>
        <w:rPr>
          <w:b/>
        </w:rPr>
        <w:t xml:space="preserve">[07:40] </w:t>
      </w:r>
      <w:r>
        <w:t>you can manage your spirituality</w:t>
      </w:r>
    </w:p>
    <w:p>
      <w:pPr>
        <w:jc w:val="right"/>
      </w:pPr>
      <w:r>
        <w:t>یو کین مینج یور سپریچولٹی</w:t>
      </w:r>
    </w:p>
    <w:p>
      <w:r>
        <w:rPr>
          <w:b/>
        </w:rPr>
        <w:t xml:space="preserve">[07:43] </w:t>
      </w:r>
      <w:r>
        <w:t>in these five basic principles. when you perform salat five time a day, then you are able to manage your spirituality according to this.</w:t>
      </w:r>
    </w:p>
    <w:p>
      <w:pPr>
        <w:jc w:val="right"/>
      </w:pPr>
      <w:r>
        <w:t>ان دیز فائیو بیسک پرنسپلز۔ وین یو پرفارم صلاۃ فائیو ٹائم ا ڈے، دین یو ار ایبل ٹو مینج یور سپریچولٹی اکارڈنگ ٹو دس۔</w:t>
      </w:r>
    </w:p>
    <w:p>
      <w:r>
        <w:rPr>
          <w:b/>
        </w:rPr>
        <w:t xml:space="preserve">[08:02] </w:t>
      </w:r>
      <w:r>
        <w:t>so, five time prayer gives you a principle by which you can manage your life in, in the term of spirituality.</w:t>
      </w:r>
    </w:p>
    <w:p>
      <w:pPr>
        <w:jc w:val="right"/>
      </w:pPr>
      <w:r>
        <w:t>سو، فائیو ٹائم پریر گیوز یو ا پرنسپل بائی وچ یو کین مینج یور لائف ان، ان دی ٹرم اف سپریچولٹی۔</w:t>
      </w:r>
    </w:p>
    <w:p>
      <w:r>
        <w:rPr>
          <w:b/>
        </w:rPr>
        <w:t xml:space="preserve">[08:20] </w:t>
      </w:r>
      <w:r>
        <w:t>then, there is the saum, there is fasting. during fasting, you curb your desires, your desires.</w:t>
      </w:r>
    </w:p>
    <w:p>
      <w:pPr>
        <w:jc w:val="right"/>
      </w:pPr>
      <w:r>
        <w:t>دین، دیر از دا صوم، دیر از فاسٹنگ۔ ڈیورنگ فاسٹنگ، یو کرو یور ڈیزائرز، یور ڈیزائرز۔</w:t>
      </w:r>
    </w:p>
    <w:p>
      <w:r>
        <w:rPr>
          <w:b/>
        </w:rPr>
        <w:t xml:space="preserve">[08:34] </w:t>
      </w:r>
      <w:r>
        <w:t>so, saum means, saum or fasting means</w:t>
      </w:r>
    </w:p>
    <w:p>
      <w:pPr>
        <w:jc w:val="right"/>
      </w:pPr>
      <w:r>
        <w:t>سو، صوم مینز، صوم اور فاسٹنگ مینز</w:t>
      </w:r>
    </w:p>
    <w:p>
      <w:r>
        <w:rPr>
          <w:b/>
        </w:rPr>
        <w:t xml:space="preserve">[08:39] </w:t>
      </w:r>
      <w:r>
        <w:t>managing your desires. the saum is a principle. saum is also a principle by which you can manage your desires.</w:t>
      </w:r>
    </w:p>
    <w:p>
      <w:pPr>
        <w:jc w:val="right"/>
      </w:pPr>
      <w:r>
        <w:t>مینجنگ یور ڈیزائرز۔ دا صوم از ا پرنسپل۔ صوم از السو ا پرنسپل بائی وچ یو کین مینج یور ڈیزائرز۔</w:t>
      </w:r>
    </w:p>
    <w:p>
      <w:r>
        <w:rPr>
          <w:b/>
        </w:rPr>
        <w:t xml:space="preserve">[08:57] </w:t>
      </w:r>
      <w:r>
        <w:t>so, saum or roza or fasting is not simply a ritual, it is also a principle.</w:t>
      </w:r>
    </w:p>
    <w:p>
      <w:pPr>
        <w:jc w:val="right"/>
      </w:pPr>
      <w:r>
        <w:t>سو، صوم اور روزہ اور فاسٹنگ از ناٹ سمپلی ا ریچول، اٹ از السو ا پرنسپل۔</w:t>
      </w:r>
    </w:p>
    <w:p>
      <w:r>
        <w:rPr>
          <w:b/>
        </w:rPr>
        <w:t xml:space="preserve">[09:09] </w:t>
      </w:r>
      <w:r>
        <w:t>this principle gives you a method, a and art of desire management.</w:t>
      </w:r>
    </w:p>
    <w:p>
      <w:pPr>
        <w:jc w:val="right"/>
      </w:pPr>
      <w:r>
        <w:t>دس پرنسپل گیوز یو ا میتھڈ، ا اینڈ ارٹ اف ڈیزائر مینجمنٹ۔</w:t>
      </w:r>
    </w:p>
    <w:p>
      <w:r>
        <w:rPr>
          <w:b/>
        </w:rPr>
        <w:t xml:space="preserve">[09:23] </w:t>
      </w:r>
      <w:r>
        <w:t>or</w:t>
      </w:r>
    </w:p>
    <w:p>
      <w:pPr>
        <w:jc w:val="right"/>
      </w:pPr>
      <w:r>
        <w:t>اور</w:t>
      </w:r>
    </w:p>
    <w:p>
      <w:r>
        <w:rPr>
          <w:b/>
        </w:rPr>
        <w:t xml:space="preserve">[09:24] </w:t>
      </w:r>
      <w:r>
        <w:t>desire management is very important for every human being, because it is desire that makes you a case of disaster.</w:t>
      </w:r>
    </w:p>
    <w:p>
      <w:pPr>
        <w:jc w:val="right"/>
      </w:pPr>
      <w:r>
        <w:t>ڈیزائر مینجمنٹ از ویری امپورٹنٹ فار ایوری ہیومن بینگ، بیکاز اٹ از ڈیزائر دیٹ میکس یو ا کیس اف ڈساسٹر۔</w:t>
      </w:r>
    </w:p>
    <w:p>
      <w:r>
        <w:rPr>
          <w:b/>
        </w:rPr>
        <w:t xml:space="preserve">[09:38] </w:t>
      </w:r>
      <w:r>
        <w:t>so, if you are able to manage your desires, then you are a complete human being, then your success is ensured</w:t>
      </w:r>
    </w:p>
    <w:p>
      <w:pPr>
        <w:jc w:val="right"/>
      </w:pPr>
      <w:r>
        <w:t>سو، اف یو ار ایبل ٹو مینج یور ڈیزائرز، دین یو ار ا کمپلیٹ ہیومن بینگ، دین یور سکسیس از انشورڈ</w:t>
      </w:r>
    </w:p>
    <w:p>
      <w:r>
        <w:rPr>
          <w:b/>
        </w:rPr>
        <w:t xml:space="preserve">[09:52] </w:t>
      </w:r>
      <w:r>
        <w:t>. then, there is the hajj. hajj is an international worship.</w:t>
      </w:r>
    </w:p>
    <w:p>
      <w:pPr>
        <w:jc w:val="right"/>
      </w:pPr>
      <w:r>
        <w:t>۔ دین، دیر از دا حج۔ حج از ان انٹرنیشنل ورشپ۔</w:t>
      </w:r>
    </w:p>
    <w:p>
      <w:r>
        <w:rPr>
          <w:b/>
        </w:rPr>
        <w:t xml:space="preserve">[10:03] </w:t>
      </w:r>
      <w:r>
        <w:t>so, hajj means</w:t>
      </w:r>
    </w:p>
    <w:p>
      <w:pPr>
        <w:jc w:val="right"/>
      </w:pPr>
      <w:r>
        <w:t>سو، حج مینز</w:t>
      </w:r>
    </w:p>
    <w:p>
      <w:r>
        <w:rPr>
          <w:b/>
        </w:rPr>
        <w:t xml:space="preserve">[10:07] </w:t>
      </w:r>
      <w:r>
        <w:t>managing muslim ummah in international level. Hajj means managing muslim ummah and believer community in international level.</w:t>
      </w:r>
    </w:p>
    <w:p>
      <w:pPr>
        <w:jc w:val="right"/>
      </w:pPr>
      <w:r>
        <w:t>مینجنگ مسلم امہ ان انٹرنیشنل لیول۔ حج مینز مینجنگ مسلم امہ اور بیلیور کمیونٹی ان انٹرنیشنل لیول۔</w:t>
      </w:r>
    </w:p>
    <w:p>
      <w:r>
        <w:rPr>
          <w:b/>
        </w:rPr>
        <w:t xml:space="preserve">[10:25] </w:t>
      </w:r>
      <w:r>
        <w:t>So, Hajj also gives you a very important principle, how to manage international community of Islam.</w:t>
      </w:r>
    </w:p>
    <w:p>
      <w:pPr>
        <w:jc w:val="right"/>
      </w:pPr>
      <w:r>
        <w:t>سو، حج السو گیوز یو ا ویری امپورٹنٹ پرنسپل، ہاؤ ٹو مینج انٹرنیشنل کمیونٹی اف اسلام۔</w:t>
      </w:r>
    </w:p>
    <w:p>
      <w:r>
        <w:rPr>
          <w:b/>
        </w:rPr>
        <w:t xml:space="preserve">[10:37] </w:t>
      </w:r>
      <w:r>
        <w:t>Deen, there is the Zakat, and in this talk, I am going to say something about Zakat.</w:t>
      </w:r>
    </w:p>
    <w:p>
      <w:pPr>
        <w:jc w:val="right"/>
      </w:pPr>
      <w:r>
        <w:t>دین، دیر از دی زکوۃ، اینڈ ان دس ٹاک، ائی ایم گوئنگ ٹو سے سمٹھنگ اباؤٹ زکوۃ۔</w:t>
      </w:r>
    </w:p>
    <w:p>
      <w:r>
        <w:rPr>
          <w:b/>
        </w:rPr>
        <w:t xml:space="preserve">[10:51] </w:t>
      </w:r>
      <w:r>
        <w:t>Zakat is one of the five principles of Islam, and Zakat is very important for your, for the, for the process of purification.</w:t>
      </w:r>
    </w:p>
    <w:p>
      <w:pPr>
        <w:jc w:val="right"/>
      </w:pPr>
      <w:r>
        <w:t>زکوۃ از ون اف دا فائیو پرنسپلز اف اسلام، اینڈ زکوۃ از ویری امپورٹنٹ فار یور، فار دی، فار دی پراسیس اف پیوریفیکیشن۔</w:t>
      </w:r>
    </w:p>
    <w:p>
      <w:r>
        <w:rPr>
          <w:b/>
        </w:rPr>
        <w:t xml:space="preserve">[11:11] </w:t>
      </w:r>
      <w:r>
        <w:t>Zakat literally means purification or making pure</w:t>
      </w:r>
    </w:p>
    <w:p>
      <w:pPr>
        <w:jc w:val="right"/>
      </w:pPr>
      <w:r>
        <w:t>زکوۃ لٹرلی مینز پیوریفیکیشن اور میکنگ پیور</w:t>
      </w:r>
    </w:p>
    <w:p>
      <w:r>
        <w:rPr>
          <w:b/>
        </w:rPr>
        <w:t xml:space="preserve">[11:20] </w:t>
      </w:r>
      <w:r>
        <w:t>. So, Zakat pertains to money or earning. So, Zakat principle gives you the art of money management, how to manage your money in right way, how to manage your earning according to the God's commandments.</w:t>
      </w:r>
    </w:p>
    <w:p>
      <w:pPr>
        <w:jc w:val="right"/>
      </w:pPr>
      <w:r>
        <w:t>۔ سو، زکوۃ پرٹینز ٹو منی اور ارننگ۔ سو، زکوۃ پرنسپل گیوز یو دا ارٹ اف منی مینجمنٹ، ہاؤ ٹو مینج یور منی ان رائٹ وے، ہاؤ ٹو مینج یور ارننگ اکارڈنگ ٹو دا گاڈز کمانڈمنٹس۔</w:t>
      </w:r>
    </w:p>
    <w:p>
      <w:r>
        <w:rPr>
          <w:b/>
        </w:rPr>
        <w:t xml:space="preserve">[11:48] </w:t>
      </w:r>
      <w:r>
        <w:t>So, Zakat is very important in this regard. Zakat gives you the art of money management.</w:t>
      </w:r>
    </w:p>
    <w:p>
      <w:pPr>
        <w:jc w:val="right"/>
      </w:pPr>
      <w:r>
        <w:t>سو، زکوۃ از ویری امپورٹنٹ ان دس ریگارڈ۔ زکوۃ گیوز یو دی ارٹ اف منی مینجمنٹ۔</w:t>
      </w:r>
    </w:p>
    <w:p>
      <w:r>
        <w:rPr>
          <w:b/>
        </w:rPr>
        <w:t xml:space="preserve">[12:01] </w:t>
      </w:r>
      <w:r>
        <w:t>Now, there are two different aspects of Zakat: Masail Zakat and Haqiqat Zakat.</w:t>
      </w:r>
    </w:p>
    <w:p>
      <w:pPr>
        <w:jc w:val="right"/>
      </w:pPr>
      <w:r>
        <w:t>ناو، دیر ار ٹو ڈفرنٹ اسپیکٹ اف زکوۃ: مسائل زکوۃ اینڈ حقیقت زکوۃ۔</w:t>
      </w:r>
    </w:p>
    <w:p>
      <w:r>
        <w:rPr>
          <w:b/>
        </w:rPr>
        <w:t xml:space="preserve">[12:10] </w:t>
      </w:r>
      <w:r>
        <w:t>Masail Zakat means</w:t>
      </w:r>
    </w:p>
    <w:p>
      <w:pPr>
        <w:jc w:val="right"/>
      </w:pPr>
      <w:r>
        <w:t>مسائل زکوۃ مینز</w:t>
      </w:r>
    </w:p>
    <w:p>
      <w:r>
        <w:rPr>
          <w:b/>
        </w:rPr>
        <w:t xml:space="preserve">[12:15] </w:t>
      </w:r>
      <w:r>
        <w:t>legal details. Masail Zakat means legal details of Zakat.</w:t>
      </w:r>
    </w:p>
    <w:p>
      <w:pPr>
        <w:jc w:val="right"/>
      </w:pPr>
      <w:r>
        <w:t>لیگل ڈیٹیلز۔ مسائل زکوۃ مینز لیگل ڈیٹیلز اف زکوۃ۔</w:t>
      </w:r>
    </w:p>
    <w:p>
      <w:r>
        <w:rPr>
          <w:b/>
        </w:rPr>
        <w:t xml:space="preserve">[12:26] </w:t>
      </w:r>
      <w:r>
        <w:t>So, legal details are very well known, and you can obtain this details over internet.</w:t>
      </w:r>
    </w:p>
    <w:p>
      <w:pPr>
        <w:jc w:val="right"/>
      </w:pPr>
      <w:r>
        <w:t>سو، لیگل ڈیٹیلز ار ویری ویل نون، اینڈ یو کین ابٹین دس ڈیٹیلز اوور انٹرنیٹ۔</w:t>
      </w:r>
    </w:p>
    <w:p>
      <w:r>
        <w:rPr>
          <w:b/>
        </w:rPr>
        <w:t xml:space="preserve">[12:42] </w:t>
      </w:r>
      <w:r>
        <w:t>On internet, all the details of Zakat are available.</w:t>
      </w:r>
    </w:p>
    <w:p>
      <w:pPr>
        <w:jc w:val="right"/>
      </w:pPr>
      <w:r>
        <w:t>ان انٹرنیٹ، ال دا ڈیٹیلز اف زکوۃ ار اویلیبل۔</w:t>
      </w:r>
    </w:p>
    <w:p>
      <w:r>
        <w:rPr>
          <w:b/>
        </w:rPr>
        <w:t xml:space="preserve">[12:51] </w:t>
      </w:r>
      <w:r>
        <w:t>Zakat that is Z A K A T.</w:t>
      </w:r>
    </w:p>
    <w:p>
      <w:pPr>
        <w:jc w:val="right"/>
      </w:pPr>
      <w:r>
        <w:t>زکوۃ دیٹ از زیڈ اے کے اے ٹی۔</w:t>
      </w:r>
    </w:p>
    <w:p>
      <w:r>
        <w:rPr>
          <w:b/>
        </w:rPr>
        <w:t xml:space="preserve">[12:55] </w:t>
      </w:r>
      <w:r>
        <w:t>By using this word, you can obtain all the details from internet. It is very easy for any educated person.</w:t>
      </w:r>
    </w:p>
    <w:p>
      <w:pPr>
        <w:jc w:val="right"/>
      </w:pPr>
      <w:r>
        <w:t>بائی یوزنگ دس ورڈ، یو کین ابٹین ال دا ڈیٹیلز فرام انٹرنیٹ۔ اٹ از ویری ایزی فار اینی ایجوکیٹڈ پرسن۔</w:t>
      </w:r>
    </w:p>
    <w:p>
      <w:r>
        <w:rPr>
          <w:b/>
        </w:rPr>
        <w:t xml:space="preserve">[13:09] </w:t>
      </w:r>
      <w:r>
        <w:t>So, in this talk, I would like to say a few word about Haqiqat Zakat, that is the wisdom behind Zakat, the meanings behind Zakat, the hikmat of Zakat.</w:t>
      </w:r>
    </w:p>
    <w:p>
      <w:pPr>
        <w:jc w:val="right"/>
      </w:pPr>
      <w:r>
        <w:t>سو، ان دس ٹاک، ائی وڈ لائک ٹو سے ا فیورڈ اباؤٹ حقیقت زکوۃ، دیٹ از دا وزڈم بیہائنڈ زکوۃ، دا میننگز بیہائنڈ زکوۃ، دا حکمت اف زکوۃ۔</w:t>
      </w:r>
    </w:p>
    <w:p>
      <w:r>
        <w:rPr>
          <w:b/>
        </w:rPr>
        <w:t xml:space="preserve">[13:28] </w:t>
      </w:r>
      <w:r>
        <w:t>That is very important, and that is the, that is the very basic purpose of Zakat.</w:t>
      </w:r>
    </w:p>
    <w:p>
      <w:pPr>
        <w:jc w:val="right"/>
      </w:pPr>
      <w:r>
        <w:t>دیٹ از ویری امپورٹنٹ، اینڈ دیٹ از دا، دیٹ از دا ویری بیسک پرپس اف زکوۃ۔</w:t>
      </w:r>
    </w:p>
    <w:p>
      <w:r>
        <w:rPr>
          <w:b/>
        </w:rPr>
        <w:t xml:space="preserve">[13:39] </w:t>
      </w:r>
      <w:r>
        <w:t>Now,</w:t>
      </w:r>
    </w:p>
    <w:p>
      <w:pPr>
        <w:jc w:val="right"/>
      </w:pPr>
      <w:r>
        <w:t>ناو،</w:t>
      </w:r>
    </w:p>
    <w:p>
      <w:r>
        <w:rPr>
          <w:b/>
        </w:rPr>
        <w:t xml:space="preserve">[13:42] </w:t>
      </w:r>
      <w:r>
        <w:t>Zakat has two aspects: one Haqq Allah, and the other one Haqq Al-Ibad.</w:t>
      </w:r>
    </w:p>
    <w:p>
      <w:pPr>
        <w:jc w:val="right"/>
      </w:pPr>
      <w:r>
        <w:t>زکوۃ ہیز ٹو اسپیکٹ: ون حق اللہ، اینڈ دی ادر ون حق العباد۔</w:t>
      </w:r>
    </w:p>
    <w:p>
      <w:r>
        <w:rPr>
          <w:b/>
        </w:rPr>
        <w:t xml:space="preserve">[13:54] </w:t>
      </w:r>
      <w:r>
        <w:t>When you pay Zakat from your earnings, from your assets,</w:t>
      </w:r>
    </w:p>
    <w:p>
      <w:pPr>
        <w:jc w:val="right"/>
      </w:pPr>
      <w:r>
        <w:t>وین یو پے زکوۃ فرام یور ارننگز، فرام یور اسیٹس،</w:t>
      </w:r>
    </w:p>
    <w:p>
      <w:r>
        <w:rPr>
          <w:b/>
        </w:rPr>
        <w:t xml:space="preserve">[14:01] </w:t>
      </w:r>
      <w:r>
        <w:t>from your savings, you know, Zakat is payable on annual basis. Annual basis, that is called haulana haul.</w:t>
      </w:r>
    </w:p>
    <w:p>
      <w:pPr>
        <w:jc w:val="right"/>
      </w:pPr>
      <w:r>
        <w:t>فرام یور سیونگز، یو نو، زکوۃ از پیبل ان اینول بیسس۔ اینول بیسس، دیٹ از کالڈ ہولان ہول۔</w:t>
      </w:r>
    </w:p>
    <w:p>
      <w:r>
        <w:rPr>
          <w:b/>
        </w:rPr>
        <w:t xml:space="preserve">[14:13] </w:t>
      </w:r>
      <w:r>
        <w:t>After completion the, after, after, after completion of year,</w:t>
      </w:r>
    </w:p>
    <w:p>
      <w:pPr>
        <w:jc w:val="right"/>
      </w:pPr>
      <w:r>
        <w:t>افٹر کمپلیشن دا، افٹر، افٹر، افٹر کمپلیشن اف ایئر،</w:t>
      </w:r>
    </w:p>
    <w:p>
      <w:r>
        <w:rPr>
          <w:b/>
        </w:rPr>
        <w:t xml:space="preserve">[14:21] </w:t>
      </w:r>
      <w:r>
        <w:t>that is Hijri calendar. So, after completion the year, you have to pay Zakat.</w:t>
      </w:r>
    </w:p>
    <w:p>
      <w:pPr>
        <w:jc w:val="right"/>
      </w:pPr>
      <w:r>
        <w:t>دیٹ از ہجری کیلنڈر۔ سو، افٹر کمپلیشن دا ایئر، یو ہیو ٹو پے زکوۃ۔</w:t>
      </w:r>
    </w:p>
    <w:p>
      <w:r>
        <w:rPr>
          <w:b/>
        </w:rPr>
        <w:t xml:space="preserve">[14:32] </w:t>
      </w:r>
      <w:r>
        <w:t>So, Zakat is, there are several rates of Zakat.</w:t>
      </w:r>
    </w:p>
    <w:p>
      <w:pPr>
        <w:jc w:val="right"/>
      </w:pPr>
      <w:r>
        <w:t>سو، زکوۃ از، دیر ار سیورل ریٹس اف زکوۃ۔</w:t>
      </w:r>
    </w:p>
    <w:p>
      <w:r>
        <w:rPr>
          <w:b/>
        </w:rPr>
        <w:t xml:space="preserve">[14:39] </w:t>
      </w:r>
      <w:r>
        <w:t>Generally, it is, it is</w:t>
      </w:r>
    </w:p>
    <w:p>
      <w:pPr>
        <w:jc w:val="right"/>
      </w:pPr>
      <w:r>
        <w:t>جنرلی، اٹ از، اٹ از</w:t>
      </w:r>
    </w:p>
    <w:p>
      <w:r>
        <w:rPr>
          <w:b/>
        </w:rPr>
        <w:t xml:space="preserve">[14:42] </w:t>
      </w:r>
      <w:r>
        <w:t>2.5 percent from your, from asset, from your, from your money, from your savings, savings 2.5 percent.</w:t>
      </w:r>
    </w:p>
    <w:p>
      <w:pPr>
        <w:jc w:val="right"/>
      </w:pPr>
      <w:r>
        <w:t>25 پرسنٹ فرام یور، فرام اسیٹ، فرام یور، فرام یور منی، فرام یور سیونگز، سیونگز 25 پرسنٹ۔</w:t>
      </w:r>
    </w:p>
    <w:p>
      <w:r>
        <w:rPr>
          <w:b/>
        </w:rPr>
        <w:t xml:space="preserve">[14:56] </w:t>
      </w:r>
      <w:r>
        <w:t>deen, there are some other rates about other things, but generally, it is 25 percent.</w:t>
      </w:r>
    </w:p>
    <w:p>
      <w:pPr>
        <w:jc w:val="right"/>
      </w:pPr>
      <w:r>
        <w:t>دین، دیر ار سم ادر ریٹس اباؤٹ ادر تھنگز، بٹ جنرلی، اٹ از 25 پرسنٹ۔</w:t>
      </w:r>
    </w:p>
    <w:p>
      <w:r>
        <w:rPr>
          <w:b/>
        </w:rPr>
        <w:t xml:space="preserve">[15:06] </w:t>
      </w:r>
      <w:r>
        <w:t>Now, there are two basic aspects: one is haq Allah, and the other one is haq al-ibad.</w:t>
      </w:r>
    </w:p>
    <w:p>
      <w:pPr>
        <w:jc w:val="right"/>
      </w:pPr>
      <w:r>
        <w:t>ناو، دیر ار ٹو بیسک اسپیکٹس: ون از حق اللہ، اینڈ دا ادر ون از حق العباد۔</w:t>
      </w:r>
    </w:p>
    <w:p>
      <w:r>
        <w:rPr>
          <w:b/>
        </w:rPr>
        <w:t xml:space="preserve">[15:17] </w:t>
      </w:r>
      <w:r>
        <w:t>to, in the Quran, there is haq. so, according to the Quran, zakat is haq Allah, right of God, right of God.</w:t>
      </w:r>
    </w:p>
    <w:p>
      <w:pPr>
        <w:jc w:val="right"/>
      </w:pPr>
      <w:r>
        <w:t>تو، ان دے قران، دیر از حق۔ سو، اکارڈنگ ٹو دا قران، زکوۃ از حق اللہ، رائٹ اف گاڈ، رائٹ اف گاڈ۔</w:t>
      </w:r>
    </w:p>
    <w:p>
      <w:r>
        <w:rPr>
          <w:b/>
        </w:rPr>
        <w:t xml:space="preserve">[15:33] </w:t>
      </w:r>
      <w:r>
        <w:t>to, why it is right of God?</w:t>
      </w:r>
    </w:p>
    <w:p>
      <w:pPr>
        <w:jc w:val="right"/>
      </w:pPr>
      <w:r>
        <w:t>تو، وائی اٹ از رائٹ اف گاڈ؟</w:t>
      </w:r>
    </w:p>
    <w:p>
      <w:r>
        <w:rPr>
          <w:b/>
        </w:rPr>
        <w:t xml:space="preserve">[15:36] </w:t>
      </w:r>
      <w:r>
        <w:t>because, it is God who has given you all these money, all these things. your share is very little, less than one percent.</w:t>
      </w:r>
    </w:p>
    <w:p>
      <w:pPr>
        <w:jc w:val="right"/>
      </w:pPr>
      <w:r>
        <w:t>بیکاز، اٹ از گاڈ ہو ہیز گیون یو ال دیز منی، ال دیز تھنگز۔ یور شیئر از ویری لٹل، لیس دین ون پرسنٹ۔</w:t>
      </w:r>
    </w:p>
    <w:p>
      <w:r>
        <w:rPr>
          <w:b/>
        </w:rPr>
        <w:t xml:space="preserve">[15:53] </w:t>
      </w:r>
      <w:r>
        <w:t>because, when you do a business, when you do a job, when you earn any amount of money, it required God's infrastructure, God support system.</w:t>
      </w:r>
    </w:p>
    <w:p>
      <w:pPr>
        <w:jc w:val="right"/>
      </w:pPr>
      <w:r>
        <w:t>بیکاز، وین یو ڈو ا بزنس، وین یو ڈو ا جاب، وین یو ارن اینی اماؤنٹ اف منی، اٹ ریکوائرڈ گاڈز انفراسٹرکچر، گاڈ سپورٹ سسٹم۔</w:t>
      </w:r>
    </w:p>
    <w:p>
      <w:r>
        <w:rPr>
          <w:b/>
        </w:rPr>
        <w:t xml:space="preserve">[16:10] </w:t>
      </w:r>
      <w:r>
        <w:t>without divine support system, you can, you cannot earn anything. for example, you have to move on the earth</w:t>
      </w:r>
    </w:p>
    <w:p>
      <w:pPr>
        <w:jc w:val="right"/>
      </w:pPr>
      <w:r>
        <w:t>وداؤٹ ڈیوائن سپورٹ سسٹم، یو کان، یو کناٹ ارن اینی تھنگ۔ فار ایگزیمپل، یو ہیو ٹو موو ان دی ارتھ</w:t>
      </w:r>
    </w:p>
    <w:p>
      <w:r>
        <w:rPr>
          <w:b/>
        </w:rPr>
        <w:t xml:space="preserve">[16:21] </w:t>
      </w:r>
      <w:r>
        <w:t>. how you can move on the earth without the gravitational pull? you need oxygen. how you can generate oxygen on your own basis?</w:t>
      </w:r>
    </w:p>
    <w:p>
      <w:pPr>
        <w:jc w:val="right"/>
      </w:pPr>
      <w:r>
        <w:t>۔ ہاؤ یو کین موو ان دی ارتھ وداؤٹ دی گریویٹیشنل پل؟ یو نیڈ اکسیجن۔ ہاؤ یو کین جنریٹ اکسیجن ان یور اون بیسس؟</w:t>
      </w:r>
    </w:p>
    <w:p>
      <w:r>
        <w:rPr>
          <w:b/>
        </w:rPr>
        <w:t xml:space="preserve">[16:32] </w:t>
      </w:r>
      <w:r>
        <w:t>oxygen is supplied by God.</w:t>
      </w:r>
    </w:p>
    <w:p>
      <w:pPr>
        <w:jc w:val="right"/>
      </w:pPr>
      <w:r>
        <w:t>اکسیجن از سپلائیڈ بائی گاڈ۔</w:t>
      </w:r>
    </w:p>
    <w:p>
      <w:r>
        <w:rPr>
          <w:b/>
        </w:rPr>
        <w:t xml:space="preserve">[16:36] </w:t>
      </w:r>
      <w:r>
        <w:t>you need light, because without light, you cannot see anything. to, again, it is God who is supplying to you light through the sun.</w:t>
      </w:r>
    </w:p>
    <w:p>
      <w:pPr>
        <w:jc w:val="right"/>
      </w:pPr>
      <w:r>
        <w:t>یو نیڈ لائٹ، بیکاز وداؤٹ لائٹ، یو کناٹ سی اینی تھنگ۔ تو، اگین، اٹ از گاڈ ہو از سپلائینگ ٹو یو لائٹ تھرو دی سن۔</w:t>
      </w:r>
    </w:p>
    <w:p>
      <w:r>
        <w:rPr>
          <w:b/>
        </w:rPr>
        <w:t xml:space="preserve">[16:52] </w:t>
      </w:r>
      <w:r>
        <w:t>to, light and air and oxygen and everything, everything, everything is supplied by God.</w:t>
      </w:r>
    </w:p>
    <w:p>
      <w:pPr>
        <w:jc w:val="right"/>
      </w:pPr>
      <w:r>
        <w:t>تو، لائٹ اینڈ ایئر اینڈ اکسیجن اینڈ ایوری تھنگ، ایوری تھنگ، ایوری تھنگ از سپلائیڈ بائی گاڈ۔</w:t>
      </w:r>
    </w:p>
    <w:p>
      <w:r>
        <w:rPr>
          <w:b/>
        </w:rPr>
        <w:t xml:space="preserve">[17:00] </w:t>
      </w:r>
      <w:r>
        <w:t>so, your effort is very, very little. your, the, your effort, your effort is less than one percent,</w:t>
      </w:r>
    </w:p>
    <w:p>
      <w:pPr>
        <w:jc w:val="right"/>
      </w:pPr>
      <w:r>
        <w:t>سو، یور ایفرٹ از ویری، ویری لٹل۔ یور، دا، یور ایفرٹ، یور ایفرٹ از لیس دین ون پرسنٹ،</w:t>
      </w:r>
    </w:p>
    <w:p>
      <w:r>
        <w:rPr>
          <w:b/>
        </w:rPr>
        <w:t xml:space="preserve">[17:14] </w:t>
      </w:r>
      <w:r>
        <w:t>and God's blessing is more than 99 percent.</w:t>
      </w:r>
    </w:p>
    <w:p>
      <w:pPr>
        <w:jc w:val="right"/>
      </w:pPr>
      <w:r>
        <w:t>اینڈ گاڈز بلیسنگ از مور دین 99 پرسنٹ۔</w:t>
      </w:r>
    </w:p>
    <w:p>
      <w:r>
        <w:rPr>
          <w:b/>
        </w:rPr>
        <w:t xml:space="preserve">[17:18] </w:t>
      </w:r>
      <w:r>
        <w:t>so, you have to pay God share. God share means fi sabilillah, in the way of God, in the way of God, that is in the way of truth, in the way of charity, in the way of dawa work</w:t>
      </w:r>
    </w:p>
    <w:p>
      <w:pPr>
        <w:jc w:val="right"/>
      </w:pPr>
      <w:r>
        <w:t>سو، یو ہیو ٹو پے گاڈ شیئر۔ گاڈ شیئر مینز فی سبیل اللہ، ان دا وے اف گاڈ، ان دا وے اف گاڈ، دیٹ از ان دا وے اف ٹروتھ، ان دا وے اف چیریٹی، ان دا وے اف داوا ورک</w:t>
      </w:r>
    </w:p>
    <w:p>
      <w:r>
        <w:rPr>
          <w:b/>
        </w:rPr>
        <w:t xml:space="preserve">[17:42] </w:t>
      </w:r>
      <w:r>
        <w:t>. this is God's share. so, when you earn money, you have to remind that this money is not, it is not, not,</w:t>
      </w:r>
    </w:p>
    <w:p>
      <w:pPr>
        <w:jc w:val="right"/>
      </w:pPr>
      <w:r>
        <w:t>۔ دس از گاڈز شیئر۔ سو، وین یو ارن منی، یو ہیو ٹو ریمائنڈ دیٹ دس منی از ناٹ، اٹ از ناٹ، ناٹ،</w:t>
      </w:r>
    </w:p>
    <w:p>
      <w:r>
        <w:rPr>
          <w:b/>
        </w:rPr>
        <w:t xml:space="preserve">[18:02] </w:t>
      </w:r>
      <w:r>
        <w:t>you are not, you are not owner of all these money. God is the owner. your share in this money is less than one percent,</w:t>
      </w:r>
    </w:p>
    <w:p>
      <w:pPr>
        <w:jc w:val="right"/>
      </w:pPr>
      <w:r>
        <w:t>یو ار ناٹ، یو ار ناٹ اونر اف ال دیز منی۔ گاڈ از دا اونر۔ یور شیئر ان دس منی از لیس دین ون پرسنٹ،</w:t>
      </w:r>
    </w:p>
    <w:p>
      <w:r>
        <w:rPr>
          <w:b/>
        </w:rPr>
        <w:t xml:space="preserve">[18:16] </w:t>
      </w:r>
      <w:r>
        <w:t>and God share in this money is more than 99 percent.</w:t>
      </w:r>
    </w:p>
    <w:p>
      <w:pPr>
        <w:jc w:val="right"/>
      </w:pPr>
      <w:r>
        <w:t>اینڈ گاڈ شیئر ان دس منی از مور دین 99 پرسنٹ۔</w:t>
      </w:r>
    </w:p>
    <w:p>
      <w:r>
        <w:rPr>
          <w:b/>
        </w:rPr>
        <w:t xml:space="preserve">[18:20] </w:t>
      </w:r>
      <w:r>
        <w:t>so, you have to give the, you have to, you have to give, you have to pay God his share. you have right to, to,</w:t>
      </w:r>
    </w:p>
    <w:p>
      <w:pPr>
        <w:jc w:val="right"/>
      </w:pPr>
      <w:r>
        <w:t>سو، یو ہیو ٹو گیو دا، یو ہیو ٹو، یو ہیو ٹو گیو، یو ہیو ٹو پے گاڈ ہز شیئر۔ یو ہیو رائٹ ٹو، ٹو،</w:t>
      </w:r>
    </w:p>
    <w:p>
      <w:r>
        <w:rPr>
          <w:b/>
        </w:rPr>
        <w:t xml:space="preserve">[18:34] </w:t>
      </w:r>
      <w:r>
        <w:t>to take your share, but it is very little.</w:t>
      </w:r>
    </w:p>
    <w:p>
      <w:pPr>
        <w:jc w:val="right"/>
      </w:pPr>
      <w:r>
        <w:t>ٹو ٹیک یور شیئر، بٹ اٹ از ویری لٹل۔</w:t>
      </w:r>
    </w:p>
    <w:p>
      <w:r>
        <w:rPr>
          <w:b/>
        </w:rPr>
        <w:t xml:space="preserve">[18:41] </w:t>
      </w:r>
      <w:r>
        <w:t>it is God's blessing that he, he said that if you give 2</w:t>
      </w:r>
    </w:p>
    <w:p>
      <w:pPr>
        <w:jc w:val="right"/>
      </w:pPr>
      <w:r>
        <w:t>اٹ از گاڈز بلیسنگ دیٹ ہی، ہی سیڈ دیٹ اف یو گیو 2</w:t>
      </w:r>
    </w:p>
    <w:p>
      <w:r>
        <w:rPr>
          <w:b/>
        </w:rPr>
        <w:t xml:space="preserve">[18:50] </w:t>
      </w:r>
      <w:r>
        <w:t>5 percent, that is enough. although his, his share is 99 percent. although his share is 99 percent, but he, it was his blessing that he directed you to pay just 25 percent.</w:t>
      </w:r>
    </w:p>
    <w:p>
      <w:pPr>
        <w:jc w:val="right"/>
      </w:pPr>
      <w:r>
        <w:t>5 پرسنٹ، دیٹ از انف۔ الدو ہز، ہز شیئر از 99 پرسنٹ۔ الدو ہز شیئر از 99 پرسنٹ، بٹ ہی، اٹ واز ہز بلیسنگ دیٹ ہی ڈائریکٹڈ یو ٹو پے جسٹ 25 پرسنٹ۔</w:t>
      </w:r>
    </w:p>
    <w:p>
      <w:r>
        <w:rPr>
          <w:b/>
        </w:rPr>
        <w:t xml:space="preserve">[19:14] </w:t>
      </w:r>
      <w:r>
        <w:t>is very little. so, you have to, you have to pay this amount for the sake of God.</w:t>
      </w:r>
    </w:p>
    <w:p>
      <w:pPr>
        <w:jc w:val="right"/>
      </w:pPr>
      <w:r>
        <w:t>از ویری لٹل۔ سو، یو ہیو ٹو، یو ہیو ٹو پے دس اماؤنٹ فار دا سیک اف گاڈ۔</w:t>
      </w:r>
    </w:p>
    <w:p>
      <w:r>
        <w:rPr>
          <w:b/>
        </w:rPr>
        <w:t xml:space="preserve">[19:25] </w:t>
      </w:r>
      <w:r>
        <w:t>for the sake of God means in the way of dawa work and in the way of service to humanity, in the way of philanthropy, in the way of all those good deeds.</w:t>
      </w:r>
    </w:p>
    <w:p>
      <w:pPr>
        <w:jc w:val="right"/>
      </w:pPr>
      <w:r>
        <w:t>فار دا سیک اف گاڈ مینز ان دا وے اف داوا ورک اینڈ ان دا وے اف سروس ٹو ہیومینٹی، ان دا وے اف فیلانٹراپی، ان دا وے اف ال دوز گڈ ڈیڈ۔</w:t>
      </w:r>
    </w:p>
    <w:p>
      <w:r>
        <w:rPr>
          <w:b/>
        </w:rPr>
        <w:t xml:space="preserve">[19:46] </w:t>
      </w:r>
      <w:r>
        <w:t>or all those good deeds, all those charity. or when you give your money in, in, in, in the, in the way of good deed, in the way of charity, in the way of dawa work, then you are paying the share of God.</w:t>
      </w:r>
    </w:p>
    <w:p>
      <w:pPr>
        <w:jc w:val="right"/>
      </w:pPr>
      <w:r>
        <w:t>اور ال دوز گڈ ڈیڈ، ال دوز چیریٹی۔ اور وین یو گیو یور منی ان، ان، ان، ان دی، ان دا وے اف گڈ ڈیڈ، ان دا وے اف چیریٹی، ان دا وے اف داوا ورک، دین یو ار پینگ دا شیئر اف گاڈ۔</w:t>
      </w:r>
    </w:p>
    <w:p>
      <w:r>
        <w:rPr>
          <w:b/>
        </w:rPr>
        <w:t xml:space="preserve">[20:13] </w:t>
      </w:r>
      <w:r>
        <w:t>so, God will give you reward for this honesty. it is your honesty that you are paying the share of God.</w:t>
      </w:r>
    </w:p>
    <w:p>
      <w:pPr>
        <w:jc w:val="right"/>
      </w:pPr>
      <w:r>
        <w:t>سو، گاڈ ول گیو یو ریوارڈ فار دس ہونیسٹی۔ اٹ از یور ہونیسٹی دیٹ یو ار پینگ دا شیئر اف گاڈ۔</w:t>
      </w:r>
    </w:p>
    <w:p>
      <w:r>
        <w:rPr>
          <w:b/>
        </w:rPr>
        <w:t xml:space="preserve">[20:24] </w:t>
      </w:r>
      <w:r>
        <w:t>so, god will give you reward</w:t>
      </w:r>
    </w:p>
    <w:p>
      <w:pPr>
        <w:jc w:val="right"/>
      </w:pPr>
      <w:r>
        <w:t>سو، گاڈ ول گیو یو ریوارڈ</w:t>
      </w:r>
    </w:p>
    <w:p>
      <w:r>
        <w:rPr>
          <w:b/>
        </w:rPr>
        <w:t xml:space="preserve">[20:31] </w:t>
      </w:r>
      <w:r>
        <w:t>by acknowledging your honesty. then, it is also haq ul ibad, that is peoples share, peoples right.</w:t>
      </w:r>
    </w:p>
    <w:p>
      <w:pPr>
        <w:jc w:val="right"/>
      </w:pPr>
      <w:r>
        <w:t>بائی ایکنالجنگ یور ہونیسٹی۔ دین، اٹ از السو حق العباد، دیٹ از پیپلز شیئر، پیپلز رائٹ۔</w:t>
      </w:r>
    </w:p>
    <w:p>
      <w:r>
        <w:rPr>
          <w:b/>
        </w:rPr>
        <w:t xml:space="preserve">[20:48] </w:t>
      </w:r>
      <w:r>
        <w:t>then, how it is peoples share? how it is peoples right?</w:t>
      </w:r>
    </w:p>
    <w:p>
      <w:pPr>
        <w:jc w:val="right"/>
      </w:pPr>
      <w:r>
        <w:t>دین، ہاؤ اٹ از پیپلز شیئر؟ ہاؤ اٹ از پیپلز رائٹ؟</w:t>
      </w:r>
    </w:p>
    <w:p>
      <w:r>
        <w:rPr>
          <w:b/>
        </w:rPr>
        <w:t xml:space="preserve">[20:54] </w:t>
      </w:r>
      <w:r>
        <w:t>because, you cannot, you cannot earn anything alone without the assistance of humanity.</w:t>
      </w:r>
    </w:p>
    <w:p>
      <w:pPr>
        <w:jc w:val="right"/>
      </w:pPr>
      <w:r>
        <w:t>بیکاز، یو کناٹ، یو کناٹ ارن اینی تھنگ الون وداؤٹ دی اسسٹنس اف ہیومینٹی۔</w:t>
      </w:r>
    </w:p>
    <w:p>
      <w:r>
        <w:rPr>
          <w:b/>
        </w:rPr>
        <w:t xml:space="preserve">[21:05] </w:t>
      </w:r>
      <w:r>
        <w:t>impossible.</w:t>
      </w:r>
    </w:p>
    <w:p>
      <w:pPr>
        <w:jc w:val="right"/>
      </w:pPr>
      <w:r>
        <w:t>امپوسیبل۔</w:t>
      </w:r>
    </w:p>
    <w:p>
      <w:r>
        <w:rPr>
          <w:b/>
        </w:rPr>
        <w:t xml:space="preserve">[21:08] </w:t>
      </w:r>
      <w:r>
        <w:t>whole society, whole civilization, the, the, the, all, all, the,</w:t>
      </w:r>
    </w:p>
    <w:p>
      <w:pPr>
        <w:jc w:val="right"/>
      </w:pPr>
      <w:r>
        <w:t>ہول سوسائٹی، ہول سولائزیشن، دا، دا، دا، ال، ال، دا،</w:t>
      </w:r>
    </w:p>
    <w:p>
      <w:r>
        <w:rPr>
          <w:b/>
        </w:rPr>
        <w:t xml:space="preserve">[21:22] </w:t>
      </w:r>
      <w:r>
        <w:t>all, all, the, all men and women have some share. otherwise, you cannot do anything. for example, when you do any business or when you do job, you have to travel by car, by train, by airplane.</w:t>
      </w:r>
    </w:p>
    <w:p>
      <w:pPr>
        <w:jc w:val="right"/>
      </w:pPr>
      <w:r>
        <w:t>ال، ال، دا، ال مین اینڈ ویمن ہیو سم شیئر۔ ادروائز، یو کناٹ ڈو اینی تھنگ۔ فار ایگزیمپل، وین یو ڈو اینی بزنس اور وین یو ڈو جاب، یو ہیو ٹو ٹریول بائی کار، بائی ٹرین، بائی ایروپلین۔</w:t>
      </w:r>
    </w:p>
    <w:p>
      <w:r>
        <w:rPr>
          <w:b/>
        </w:rPr>
        <w:t xml:space="preserve">[21:45] </w:t>
      </w:r>
      <w:r>
        <w:t>this who created</w:t>
      </w:r>
    </w:p>
    <w:p>
      <w:pPr>
        <w:jc w:val="right"/>
      </w:pPr>
      <w:r>
        <w:t>دس ہو کریٹڈ</w:t>
      </w:r>
    </w:p>
    <w:p>
      <w:r>
        <w:rPr>
          <w:b/>
        </w:rPr>
        <w:t xml:space="preserve">[21:47] </w:t>
      </w:r>
      <w:r>
        <w:t>who, who is to, who is, who invented all these things.</w:t>
      </w:r>
    </w:p>
    <w:p>
      <w:pPr>
        <w:jc w:val="right"/>
      </w:pPr>
      <w:r>
        <w:t>ہو، ہو از ٹو، ہو از، ہو انوینٹڈ ال دیز تھنگز۔</w:t>
      </w:r>
    </w:p>
    <w:p>
      <w:r>
        <w:rPr>
          <w:b/>
        </w:rPr>
        <w:t xml:space="preserve">[21:58] </w:t>
      </w:r>
      <w:r>
        <w:t>it is civilization. civilization is a combined effort of humanity. what is civilization?</w:t>
      </w:r>
    </w:p>
    <w:p>
      <w:pPr>
        <w:jc w:val="right"/>
      </w:pPr>
      <w:r>
        <w:t>اٹ از سولائزیشن۔ سولائزیشن از ا کمبائنڈ ایفرٹ اف ہیومینٹی۔ واٹ از سولائزیشن؟</w:t>
      </w:r>
    </w:p>
    <w:p>
      <w:r>
        <w:rPr>
          <w:b/>
        </w:rPr>
        <w:t xml:space="preserve">[22:09] </w:t>
      </w:r>
      <w:r>
        <w:t>civilization is a combined effort of humanity. so, the whole civilization is involve</w:t>
      </w:r>
    </w:p>
    <w:p>
      <w:pPr>
        <w:jc w:val="right"/>
      </w:pPr>
      <w:r>
        <w:t>سولائزیشن از ا کمبائنڈ ایفرٹ اف ہیومینٹی۔ سو، دا ہول سولائزیشن از انوالو</w:t>
      </w:r>
    </w:p>
    <w:p>
      <w:r>
        <w:rPr>
          <w:b/>
        </w:rPr>
        <w:t xml:space="preserve">[22:17] </w:t>
      </w:r>
      <w:r>
        <w:t>d. all those things you use in the way of earning money is given to you by civilization.</w:t>
      </w:r>
    </w:p>
    <w:p>
      <w:pPr>
        <w:jc w:val="right"/>
      </w:pPr>
      <w:r>
        <w:t>ڈ۔ ال دوز تھنگز یو یوز ان دا وے اف ارننگ منی از گیون ٹو یو بائی سولائزیشن۔</w:t>
      </w:r>
    </w:p>
    <w:p>
      <w:r>
        <w:rPr>
          <w:b/>
        </w:rPr>
        <w:t xml:space="preserve">[22:30] </w:t>
      </w:r>
      <w:r>
        <w:t>your cloth, your shoes, your convenience.</w:t>
      </w:r>
    </w:p>
    <w:p>
      <w:pPr>
        <w:jc w:val="right"/>
      </w:pPr>
      <w:r>
        <w:t>یور کلاتھ، یور شوز، یور کنوینس۔</w:t>
      </w:r>
    </w:p>
    <w:p>
      <w:r>
        <w:rPr>
          <w:b/>
        </w:rPr>
        <w:t xml:space="preserve">[22:36] </w:t>
      </w:r>
      <w:r>
        <w:t>and all those things, these cities are,</w:t>
      </w:r>
    </w:p>
    <w:p>
      <w:pPr>
        <w:jc w:val="right"/>
      </w:pPr>
      <w:r>
        <w:t>اینڈ ال دوز تھنگز، دیز سٹیز ار،</w:t>
      </w:r>
    </w:p>
    <w:p>
      <w:r>
        <w:rPr>
          <w:b/>
        </w:rPr>
        <w:t xml:space="preserve">[22:45] </w:t>
      </w:r>
      <w:r>
        <w:t>are,</w:t>
      </w:r>
    </w:p>
    <w:p>
      <w:pPr>
        <w:jc w:val="right"/>
      </w:pPr>
      <w:r>
        <w:t>ار،</w:t>
      </w:r>
    </w:p>
    <w:p>
      <w:r>
        <w:rPr>
          <w:b/>
        </w:rPr>
        <w:t xml:space="preserve">[22:52] </w:t>
      </w:r>
      <w:r>
        <w:t>are given to you by civilization. it is, it is contribution of civilization. so, when the humanity contributes</w:t>
      </w:r>
    </w:p>
    <w:p>
      <w:pPr>
        <w:jc w:val="right"/>
      </w:pPr>
      <w:r>
        <w:t>ار گیون ٹو یو بائی سولائزیشن۔ اٹ از، اٹ از کنٹریبیوشن اف سولائزیشن۔ سو، وین دا ہیومینٹی کنٹریبیوٹس</w:t>
      </w:r>
    </w:p>
    <w:p>
      <w:r>
        <w:rPr>
          <w:b/>
        </w:rPr>
        <w:t xml:space="preserve">[23:09] </w:t>
      </w:r>
      <w:r>
        <w:t>to you, when your, your money was due to all these contribution by humanity, so you have to give it a share.</w:t>
      </w:r>
    </w:p>
    <w:p>
      <w:pPr>
        <w:jc w:val="right"/>
      </w:pPr>
      <w:r>
        <w:t>ٹو یو، وین یور، یور منی واز ڈیو ٹو ال دیز کنٹریبیوشن بائی ہیومینٹی، سو یو ہیو ٹو گیو اٹ ا شیئر۔</w:t>
      </w:r>
    </w:p>
    <w:p>
      <w:r>
        <w:rPr>
          <w:b/>
        </w:rPr>
        <w:t xml:space="preserve">[23:28] </w:t>
      </w:r>
      <w:r>
        <w:t>this is an act of honesty. so, when you pay zakat, you are acknowledging the contribution of civilization.</w:t>
      </w:r>
    </w:p>
    <w:p>
      <w:pPr>
        <w:jc w:val="right"/>
      </w:pPr>
      <w:r>
        <w:t>دس از این ایکٹ اف ہونیسٹی۔ سو، وین یو پے زکوۃ، یو ار ایکنالجنگ دا کنٹریبیوشن اف سولائزیشن۔</w:t>
      </w:r>
    </w:p>
    <w:p>
      <w:r>
        <w:rPr>
          <w:b/>
        </w:rPr>
        <w:t xml:space="preserve">[23:41] </w:t>
      </w:r>
      <w:r>
        <w:t>when you pay zakat at one side, you are acknowledging the contribution of god</w:t>
      </w:r>
    </w:p>
    <w:p>
      <w:pPr>
        <w:jc w:val="right"/>
      </w:pPr>
      <w:r>
        <w:t>وین یو پے زکوۃ ایٹ ون سائیڈ، یو ار ایکنالجنگ دا کنٹریبیوشن اف گاڈ</w:t>
      </w:r>
    </w:p>
    <w:p>
      <w:r>
        <w:rPr>
          <w:b/>
        </w:rPr>
        <w:t xml:space="preserve">[23:50] </w:t>
      </w:r>
      <w:r>
        <w:t>in term of life support system. and when you are paying zakat, and in the other side, in the other side where you are paying zakat, you are acknowledging the contribution of humanity or civilization.</w:t>
      </w:r>
    </w:p>
    <w:p>
      <w:pPr>
        <w:jc w:val="right"/>
      </w:pPr>
      <w:r>
        <w:t>ان ٹرم اف لائف سپورٹ سسٹم۔ اینڈ وین یو ار پینگ زکوۃ، اینڈ ان دی ادر سائیڈ، ان دی ادر سائیڈ ویر یو ار پینگ زکوۃ، یو ار ایکنالجنگ دا کنٹریبیوشن اف ہیومینٹی اور سولائزیشن۔</w:t>
      </w:r>
    </w:p>
    <w:p>
      <w:r>
        <w:rPr>
          <w:b/>
        </w:rPr>
        <w:t xml:space="preserve">[24:09] </w:t>
      </w:r>
      <w:r>
        <w:t>so, these are two haq, haq allah or haq ul ibad. so, zakat has two aspect.</w:t>
      </w:r>
    </w:p>
    <w:p>
      <w:pPr>
        <w:jc w:val="right"/>
      </w:pPr>
      <w:r>
        <w:t>سو، دیز ار ٹو حق، حق اللہ اور حق العباد۔ سو، زکوۃ ہیز ٹو اسپیکٹ۔</w:t>
      </w:r>
    </w:p>
    <w:p>
      <w:r>
        <w:rPr>
          <w:b/>
        </w:rPr>
        <w:t xml:space="preserve">[24:20] </w:t>
      </w:r>
      <w:r>
        <w:t>in one aspect, you are paying the haq of god, haq allah.</w:t>
      </w:r>
    </w:p>
    <w:p>
      <w:pPr>
        <w:jc w:val="right"/>
      </w:pPr>
      <w:r>
        <w:t>ان ون اسپیکٹ، یو ار پینگ دا حق اف گاڈ، حق اللہ۔</w:t>
      </w:r>
    </w:p>
    <w:p>
      <w:r>
        <w:rPr>
          <w:b/>
        </w:rPr>
        <w:t xml:space="preserve">[24:27] </w:t>
      </w:r>
      <w:r>
        <w:t>and the other aspect, you are paying the haq of man, haq ul ibad. so, this is the,</w:t>
      </w:r>
    </w:p>
    <w:p>
      <w:pPr>
        <w:jc w:val="right"/>
      </w:pPr>
      <w:r>
        <w:t>اینڈ دی ادر اسپیکٹ، یو ار پینگ دا حق اف مین، حق العباد۔ سو، دس از دا،</w:t>
      </w:r>
    </w:p>
    <w:p>
      <w:r>
        <w:rPr>
          <w:b/>
        </w:rPr>
        <w:t xml:space="preserve">[24:40] </w:t>
      </w:r>
      <w:r>
        <w:t>this is the</w:t>
      </w:r>
    </w:p>
    <w:p>
      <w:pPr>
        <w:jc w:val="right"/>
      </w:pPr>
      <w:r>
        <w:t>دس از دا</w:t>
      </w:r>
    </w:p>
    <w:p>
      <w:r>
        <w:rPr>
          <w:b/>
        </w:rPr>
        <w:t xml:space="preserve">[24:44] </w:t>
      </w:r>
      <w:r>
        <w:t>wisdom of zakat. this is the logic of zakat. this is the philosophy of zakat. this is the ideology of zakat. then,</w:t>
      </w:r>
    </w:p>
    <w:p>
      <w:pPr>
        <w:jc w:val="right"/>
      </w:pPr>
      <w:r>
        <w:t>وزڈم اف زکوۃ۔ دس از دا لاجک اف زکوۃ۔ دس از دا فلاسفی اف زکوۃ۔ دس از دا ائیڈیالوجی اف زکوۃ۔ دین،</w:t>
      </w:r>
    </w:p>
    <w:p>
      <w:r>
        <w:rPr>
          <w:b/>
        </w:rPr>
        <w:t xml:space="preserve">[24:58] </w:t>
      </w:r>
      <w:r>
        <w:t>der az a hadith</w:t>
      </w:r>
    </w:p>
    <w:p>
      <w:pPr>
        <w:jc w:val="right"/>
      </w:pPr>
      <w:r>
        <w:t>دیر از اے حدیث</w:t>
      </w:r>
    </w:p>
    <w:p>
      <w:r>
        <w:rPr>
          <w:b/>
        </w:rPr>
        <w:t xml:space="preserve">[25:00] </w:t>
      </w:r>
      <w:r>
        <w:t>da prophet of islam has said</w:t>
      </w:r>
    </w:p>
    <w:p>
      <w:pPr>
        <w:jc w:val="right"/>
      </w:pPr>
      <w:r>
        <w:t>۔ دا پرافٹ اف اسلام ہیز سیڈ</w:t>
      </w:r>
    </w:p>
    <w:p>
      <w:r>
        <w:rPr>
          <w:b/>
        </w:rPr>
        <w:t xml:space="preserve">[25:06] </w:t>
      </w:r>
      <w:r>
        <w:t>that</w:t>
      </w:r>
    </w:p>
    <w:p>
      <w:pPr>
        <w:jc w:val="right"/>
      </w:pPr>
      <w:r>
        <w:t>دیٹ</w:t>
      </w:r>
    </w:p>
    <w:p>
      <w:r>
        <w:rPr>
          <w:b/>
        </w:rPr>
        <w:t xml:space="preserve">[25:12] </w:t>
      </w:r>
      <w:r>
        <w:t>prophet of islam has said about zakat:</w:t>
      </w:r>
    </w:p>
    <w:p>
      <w:pPr>
        <w:jc w:val="right"/>
      </w:pPr>
      <w:r>
        <w:t>پرافٹ اف اسلام ہیز سیڈ اباؤٹ زکوۃ:</w:t>
      </w:r>
    </w:p>
    <w:p>
      <w:r>
        <w:rPr>
          <w:b/>
        </w:rPr>
        <w:t xml:space="preserve">[25:16] </w:t>
      </w:r>
      <w:r>
        <w:t>"to khuzoo min aghniyaikum</w:t>
      </w:r>
    </w:p>
    <w:p>
      <w:pPr>
        <w:jc w:val="right"/>
      </w:pPr>
      <w:r>
        <w:t>"تو خزو من اغنیائکم</w:t>
      </w:r>
    </w:p>
    <w:p>
      <w:r>
        <w:rPr>
          <w:b/>
        </w:rPr>
        <w:t xml:space="preserve">[25:19] </w:t>
      </w:r>
      <w:r>
        <w:t>wa ruddoo fuqaraiqum." da prophet of islam has said about zakat that</w:t>
      </w:r>
    </w:p>
    <w:p>
      <w:pPr>
        <w:jc w:val="right"/>
      </w:pPr>
      <w:r>
        <w:t>وردو فقرائکم۔" دا پرافٹ اف اسلام ہیز سیڈ اباؤٹ زکوۃ دیٹ</w:t>
      </w:r>
    </w:p>
    <w:p>
      <w:r>
        <w:rPr>
          <w:b/>
        </w:rPr>
        <w:t xml:space="preserve">[25:29] </w:t>
      </w:r>
      <w:r>
        <w:t>zakat is taken</w:t>
      </w:r>
    </w:p>
    <w:p>
      <w:pPr>
        <w:jc w:val="right"/>
      </w:pPr>
      <w:r>
        <w:t>زکوۃ از ٹیکن</w:t>
      </w:r>
    </w:p>
    <w:p>
      <w:r>
        <w:rPr>
          <w:b/>
        </w:rPr>
        <w:t xml:space="preserve">[25:33] </w:t>
      </w:r>
      <w:r>
        <w:t>from rich people and then</w:t>
      </w:r>
    </w:p>
    <w:p>
      <w:pPr>
        <w:jc w:val="right"/>
      </w:pPr>
      <w:r>
        <w:t>فرام رچ پیپل اینڈ دین</w:t>
      </w:r>
    </w:p>
    <w:p>
      <w:r>
        <w:rPr>
          <w:b/>
        </w:rPr>
        <w:t xml:space="preserve">[25:42] </w:t>
      </w:r>
      <w:r>
        <w:t>given to poor people. da</w:t>
      </w:r>
    </w:p>
    <w:p>
      <w:pPr>
        <w:jc w:val="right"/>
      </w:pPr>
      <w:r>
        <w:t>گیون ٹو پور پیپل۔ د</w:t>
      </w:r>
    </w:p>
    <w:p>
      <w:r>
        <w:rPr>
          <w:b/>
        </w:rPr>
        <w:t xml:space="preserve">[25:47] </w:t>
      </w:r>
      <w:r>
        <w:t>s is the zakat. then why, why this division that there are some rich people, there are some poor people, and why there are some needy people?</w:t>
      </w:r>
    </w:p>
    <w:p>
      <w:pPr>
        <w:jc w:val="right"/>
      </w:pPr>
      <w:r>
        <w:t>س از دا زکوۃ۔ دین وائی، وائی دس ڈیویژن دیٹ دیر ار سم رچ پیپل، دیر ار سم پور پیپل، اینڈ وائی دیر ار سم نیڈی پیپل؟</w:t>
      </w:r>
    </w:p>
    <w:p>
      <w:r>
        <w:rPr>
          <w:b/>
        </w:rPr>
        <w:t xml:space="preserve">[26:02] </w:t>
      </w:r>
      <w:r>
        <w:t>why there are some wealthy people or some needy people? this is not a permanent division.</w:t>
      </w:r>
    </w:p>
    <w:p>
      <w:pPr>
        <w:jc w:val="right"/>
      </w:pPr>
      <w:r>
        <w:t>وائی دیر ار سم ویلدی پیپل اور سم نیڈی پیپل؟ دس از ناٹ ا پرماننٹ ڈیویژن۔</w:t>
      </w:r>
    </w:p>
    <w:p>
      <w:r>
        <w:rPr>
          <w:b/>
        </w:rPr>
        <w:t xml:space="preserve">[26:12] </w:t>
      </w:r>
      <w:r>
        <w:t>every term there is a change. today poor become rich for tomorrow, and today rich become poor by tomorrow.</w:t>
      </w:r>
    </w:p>
    <w:p>
      <w:pPr>
        <w:jc w:val="right"/>
      </w:pPr>
      <w:r>
        <w:t>ایوری ٹرم دیر از اے چینج۔ ٹوڈے پور بیکم رچ فار ٹومارو، اینڈ ٹوڈے رچ بیکم پور بائی ٹومارو۔</w:t>
      </w:r>
    </w:p>
    <w:p>
      <w:r>
        <w:rPr>
          <w:b/>
        </w:rPr>
        <w:t xml:space="preserve">[26:32] </w:t>
      </w:r>
      <w:r>
        <w:t>so, every time there is change. now, why this difference</w:t>
      </w:r>
    </w:p>
    <w:p>
      <w:pPr>
        <w:jc w:val="right"/>
      </w:pPr>
      <w:r>
        <w:t>سو، ایوری ٹائم دیر از چینج۔ ناو، وائی دس ڈیفرنس</w:t>
      </w:r>
    </w:p>
    <w:p>
      <w:r>
        <w:rPr>
          <w:b/>
        </w:rPr>
        <w:t xml:space="preserve">[26:39] </w:t>
      </w:r>
      <w:r>
        <w:t>? why this division in the society? it is due to, due to the law of nature. it is god's scheme to create completion in the society.</w:t>
      </w:r>
    </w:p>
    <w:p>
      <w:pPr>
        <w:jc w:val="right"/>
      </w:pPr>
      <w:r>
        <w:t>؟ وائی دس ڈیویژن ان دا سوسائٹی؟ اٹ از ڈیو ٹو، ڈیو ٹو دا لاء اف نیچر۔ اٹ از گاڈز سکیم ٹو کریٹ کمپلیشن ان دا سوسائٹی۔</w:t>
      </w:r>
    </w:p>
    <w:p>
      <w:r>
        <w:rPr>
          <w:b/>
        </w:rPr>
        <w:t xml:space="preserve">[26:55] </w:t>
      </w:r>
      <w:r>
        <w:t>it is god's scheme to create challenge in the different section of society.</w:t>
      </w:r>
    </w:p>
    <w:p>
      <w:pPr>
        <w:jc w:val="right"/>
      </w:pPr>
      <w:r>
        <w:t>اٹ از گاڈز سکیم ٹو کریٹ چیلنج ان دا ڈفرنٹ سیکشن اف سوسائٹی۔</w:t>
      </w:r>
    </w:p>
    <w:p>
      <w:r>
        <w:rPr>
          <w:b/>
        </w:rPr>
        <w:t xml:space="preserve">[27:06] </w:t>
      </w:r>
      <w:r>
        <w:t>so, this is the wisdom</w:t>
      </w:r>
    </w:p>
    <w:p>
      <w:pPr>
        <w:jc w:val="right"/>
      </w:pPr>
      <w:r>
        <w:t>سو، دس از دا وزڈم</w:t>
      </w:r>
    </w:p>
    <w:p>
      <w:r>
        <w:rPr>
          <w:b/>
        </w:rPr>
        <w:t xml:space="preserve">[27:10] </w:t>
      </w:r>
      <w:r>
        <w:t>behind this division</w:t>
      </w:r>
    </w:p>
    <w:p>
      <w:pPr>
        <w:jc w:val="right"/>
      </w:pPr>
      <w:r>
        <w:t>بیہائنڈ دس ڈیویژن</w:t>
      </w:r>
    </w:p>
    <w:p>
      <w:r>
        <w:rPr>
          <w:b/>
        </w:rPr>
        <w:t xml:space="preserve">[27:13] </w:t>
      </w:r>
      <w:r>
        <w:t>. without division, without difference, there was no completion, there was no challenge. so, god put this difference or division in the society only to create challenge, to create completion.</w:t>
      </w:r>
    </w:p>
    <w:p>
      <w:pPr>
        <w:jc w:val="right"/>
      </w:pPr>
      <w:r>
        <w:t>۔ وداؤٹ ڈیویژن، وداؤٹ ڈیفرنس، دیر واز نو کمپلیشن، دیر واز نو چیلنج۔ سو، گاڈ پٹ دس ڈیفرنس اور ڈیویژن ان دا سوسائٹی اونلی ٹو کریٹ چیلنج، ٹو کریٹ کمپلیشن۔</w:t>
      </w:r>
    </w:p>
    <w:p>
      <w:r>
        <w:rPr>
          <w:b/>
        </w:rPr>
        <w:t xml:space="preserve">[27:35] </w:t>
      </w:r>
      <w:r>
        <w:t>then he tried to make balance</w:t>
      </w:r>
    </w:p>
    <w:p>
      <w:pPr>
        <w:jc w:val="right"/>
      </w:pPr>
      <w:r>
        <w:t>دین ہی ٹرائی ٹو میک بیلنس</w:t>
      </w:r>
    </w:p>
    <w:p>
      <w:r>
        <w:rPr>
          <w:b/>
        </w:rPr>
        <w:t xml:space="preserve">[27:40] </w:t>
      </w:r>
      <w:r>
        <w:t>. he commanded to rich people that you have to give the share of poor people. you have to pay zakat so that it will be given to, to, to poor people</w:t>
      </w:r>
    </w:p>
    <w:p>
      <w:pPr>
        <w:jc w:val="right"/>
      </w:pPr>
      <w:r>
        <w:t>۔ ہی کمانڈڈ ٹو رچ پیپل دیٹ یو ہیو ٹو گیو دا شیئر اف پور پیپل۔ یو ہیو ٹو پے زکوۃ سو دیٹ اٹ ول بی گیون ٹو، ٹو، ٹو پور پیپل</w:t>
      </w:r>
    </w:p>
    <w:p>
      <w:r>
        <w:rPr>
          <w:b/>
        </w:rPr>
        <w:t xml:space="preserve">[27:55] </w:t>
      </w:r>
      <w:r>
        <w:t>. so, at one, at one side, god created people and, and he put differences.</w:t>
      </w:r>
    </w:p>
    <w:p>
      <w:pPr>
        <w:jc w:val="right"/>
      </w:pPr>
      <w:r>
        <w:t>۔ سو، ایٹ ون، ایٹ ون سائیڈ، گاڈ کریٹڈ پیپل اینڈ، اینڈ ہی پٹ ڈیفرنسز۔</w:t>
      </w:r>
    </w:p>
    <w:p>
      <w:r>
        <w:rPr>
          <w:b/>
        </w:rPr>
        <w:t xml:space="preserve">[28:08] </w:t>
      </w:r>
      <w:r>
        <w:t>differences by god. this difference that there are poor and there are rich, there are weak, there are weak and there are strong.</w:t>
      </w:r>
    </w:p>
    <w:p>
      <w:pPr>
        <w:jc w:val="right"/>
      </w:pPr>
      <w:r>
        <w:t>ڈیفرنسز بائی گاڈ۔ دس ڈیفرنس دیٹ دیر ار پور اینڈ دیر ار رچ، دیر ار ویک، دیر ار ویک اینڈ دیر ار سٹرونگ۔</w:t>
      </w:r>
    </w:p>
    <w:p>
      <w:r>
        <w:rPr>
          <w:b/>
        </w:rPr>
        <w:t xml:space="preserve">[28:19] </w:t>
      </w:r>
      <w:r>
        <w:t>so, all these differences are due to the scheme, to the creation plan of god.</w:t>
      </w:r>
    </w:p>
    <w:p>
      <w:pPr>
        <w:jc w:val="right"/>
      </w:pPr>
      <w:r>
        <w:t>سو، ال دیز ڈیفرنسز ار ڈیو ٹو دا سکیم، ٹو دا کرشن پلان اف گاڈ۔</w:t>
      </w:r>
    </w:p>
    <w:p>
      <w:r>
        <w:rPr>
          <w:b/>
        </w:rPr>
        <w:t xml:space="preserve">[28:25] </w:t>
      </w:r>
      <w:r>
        <w:t>And the wisdom is that that it is this difference that creates challenge, that creates completion.</w:t>
      </w:r>
    </w:p>
    <w:p>
      <w:pPr>
        <w:jc w:val="right"/>
      </w:pPr>
      <w:r>
        <w:t>اینڈ دا وزڈم از دیٹ دیٹ اٹ از دس ڈیفرنس دیٹ کریٹس چیلنج، دیٹ کریٹس کمپلیشن۔</w:t>
      </w:r>
    </w:p>
    <w:p>
      <w:r>
        <w:rPr>
          <w:b/>
        </w:rPr>
        <w:t xml:space="preserve">[28:35] </w:t>
      </w:r>
      <w:r>
        <w:t>then to establish balance,</w:t>
      </w:r>
    </w:p>
    <w:p>
      <w:pPr>
        <w:jc w:val="right"/>
      </w:pPr>
      <w:r>
        <w:t>دین ٹو اسٹیبلش بیلنس،</w:t>
      </w:r>
    </w:p>
    <w:p>
      <w:r>
        <w:rPr>
          <w:b/>
        </w:rPr>
        <w:t xml:space="preserve">[28:40] </w:t>
      </w:r>
      <w:r>
        <w:t>god has commanded</w:t>
      </w:r>
    </w:p>
    <w:p>
      <w:pPr>
        <w:jc w:val="right"/>
      </w:pPr>
      <w:r>
        <w:t>گاڈ ہیز کمانڈڈ</w:t>
      </w:r>
    </w:p>
    <w:p>
      <w:r>
        <w:rPr>
          <w:b/>
        </w:rPr>
        <w:t xml:space="preserve">[28:42] </w:t>
      </w:r>
      <w:r>
        <w:t>for rich people to pay zakat,</w:t>
      </w:r>
    </w:p>
    <w:p>
      <w:pPr>
        <w:jc w:val="right"/>
      </w:pPr>
      <w:r>
        <w:t>فار رچ پیپل ٹو پے زکوۃ،</w:t>
      </w:r>
    </w:p>
    <w:p>
      <w:r>
        <w:rPr>
          <w:b/>
        </w:rPr>
        <w:t xml:space="preserve">[28:47] </w:t>
      </w:r>
      <w:r>
        <w:t>to pay zakat</w:t>
      </w:r>
    </w:p>
    <w:p>
      <w:pPr>
        <w:jc w:val="right"/>
      </w:pPr>
      <w:r>
        <w:t>ٹو پے زکوۃ</w:t>
      </w:r>
    </w:p>
    <w:p>
      <w:r>
        <w:rPr>
          <w:b/>
        </w:rPr>
        <w:t xml:space="preserve">[28:50] </w:t>
      </w:r>
      <w:r>
        <w:t>so that the poor people may find</w:t>
      </w:r>
    </w:p>
    <w:p>
      <w:pPr>
        <w:jc w:val="right"/>
      </w:pPr>
      <w:r>
        <w:t>سو دیٹ دا پور پیپل می فائنڈ</w:t>
      </w:r>
    </w:p>
    <w:p>
      <w:r>
        <w:rPr>
          <w:b/>
        </w:rPr>
        <w:t xml:space="preserve">[28:55] </w:t>
      </w:r>
      <w:r>
        <w:t>their due shares.</w:t>
      </w:r>
    </w:p>
    <w:p>
      <w:pPr>
        <w:jc w:val="right"/>
      </w:pPr>
      <w:r>
        <w:t>دیٹ ڈو شیئرز۔</w:t>
      </w:r>
    </w:p>
    <w:p>
      <w:r>
        <w:rPr>
          <w:b/>
        </w:rPr>
        <w:t xml:space="preserve">[28:58] </w:t>
      </w:r>
      <w:r>
        <w:t>although this division is not permanent. every day there is challenge, every day,</w:t>
      </w:r>
    </w:p>
    <w:p>
      <w:pPr>
        <w:jc w:val="right"/>
      </w:pPr>
      <w:r>
        <w:t>الدو دس ڈیویژن از ناٹ پرماننٹ۔ ایوری ڈے دیر از چیلنج، ایوری ڈے،</w:t>
      </w:r>
    </w:p>
    <w:p>
      <w:r>
        <w:rPr>
          <w:b/>
        </w:rPr>
        <w:t xml:space="preserve">[29:07] </w:t>
      </w:r>
      <w:r>
        <w:t>because one who is poor today. so, poverty inculcate incentive in his personality.</w:t>
      </w:r>
    </w:p>
    <w:p>
      <w:pPr>
        <w:jc w:val="right"/>
      </w:pPr>
      <w:r>
        <w:t>بیکاز ون ہو از پور ٹوڈے۔ تو، پاورٹی انکلکیٹ انسنٹیو ان ہز پرسنیلٹی۔</w:t>
      </w:r>
    </w:p>
    <w:p>
      <w:r>
        <w:rPr>
          <w:b/>
        </w:rPr>
        <w:t xml:space="preserve">[29:20] </w:t>
      </w:r>
      <w:r>
        <w:t>poverty is not simply poverty. poverty is a mode of motivation.</w:t>
      </w:r>
    </w:p>
    <w:p>
      <w:pPr>
        <w:jc w:val="right"/>
      </w:pPr>
      <w:r>
        <w:t>پاورٹی از ناٹ سمپلی پاورٹی۔ پاورٹی از ا موڈ اف موٹیویشن۔</w:t>
      </w:r>
    </w:p>
    <w:p>
      <w:r>
        <w:rPr>
          <w:b/>
        </w:rPr>
        <w:t xml:space="preserve">[29:31] </w:t>
      </w:r>
      <w:r>
        <w:t>poverty is not simply a poverty. it is poverty that motivates you, that gives you incentive.</w:t>
      </w:r>
    </w:p>
    <w:p>
      <w:pPr>
        <w:jc w:val="right"/>
      </w:pPr>
      <w:r>
        <w:t>پاورٹی از ناٹ سمپلی ا پاورٹی۔ اٹ از پاورٹی دیٹ موٹیویٹس یو، دیٹ گیوز یو انسنٹیو۔</w:t>
      </w:r>
    </w:p>
    <w:p>
      <w:r>
        <w:rPr>
          <w:b/>
        </w:rPr>
        <w:t xml:space="preserve">[29:41] </w:t>
      </w:r>
      <w:r>
        <w:t>without poverty, there was no incentive, no motivation. so, poverty is not a negative point</w:t>
      </w:r>
    </w:p>
    <w:p>
      <w:pPr>
        <w:jc w:val="right"/>
      </w:pPr>
      <w:r>
        <w:t>وداؤٹ پاورٹی، دیر واز نو انسنٹیو، نو موٹیویشن۔ سو، پاورٹی از ناٹ ا نیگیٹیو پوائنٹ</w:t>
      </w:r>
    </w:p>
    <w:p>
      <w:r>
        <w:rPr>
          <w:b/>
        </w:rPr>
        <w:t xml:space="preserve">[29:53] </w:t>
      </w:r>
      <w:r>
        <w:t>poverty also has a positive point</w:t>
      </w:r>
    </w:p>
    <w:p>
      <w:pPr>
        <w:jc w:val="right"/>
      </w:pPr>
      <w:r>
        <w:t>۔ پاورٹی السو ہیز ا پوزیٹیو پوائنٹ</w:t>
      </w:r>
    </w:p>
    <w:p>
      <w:r>
        <w:rPr>
          <w:b/>
        </w:rPr>
        <w:t xml:space="preserve">[29:59] </w:t>
      </w:r>
      <w:r>
        <w:t>that it is poverty which gives you incentive, which gives you motivation.</w:t>
      </w:r>
    </w:p>
    <w:p>
      <w:pPr>
        <w:jc w:val="right"/>
      </w:pPr>
      <w:r>
        <w:t>دیٹ اٹ از پاورٹی وچ گیوز یو انسنٹیو، وچ گیوز یو موٹیویشن۔</w:t>
      </w:r>
    </w:p>
    <w:p>
      <w:r>
        <w:rPr>
          <w:b/>
        </w:rPr>
        <w:t xml:space="preserve">[30:10] </w:t>
      </w:r>
      <w:r>
        <w:t>so, due to this motivation, poor people, poor people</w:t>
      </w:r>
    </w:p>
    <w:p>
      <w:pPr>
        <w:jc w:val="right"/>
      </w:pPr>
      <w:r>
        <w:t>سو، ڈیو ٹو دس موٹیویشن، پور پیپل، پور پیپل</w:t>
      </w:r>
    </w:p>
    <w:p>
      <w:r>
        <w:rPr>
          <w:b/>
        </w:rPr>
        <w:t xml:space="preserve">[30:22] </w:t>
      </w:r>
      <w:r>
        <w:t>do their work on a greater scale. they are able to do more effort than these people.</w:t>
      </w:r>
    </w:p>
    <w:p>
      <w:pPr>
        <w:jc w:val="right"/>
      </w:pPr>
      <w:r>
        <w:t>ڈو دیر ورک ان ا گریٹر سکیل۔ دیر ایبل ٹو ڈو مور ایفرٹ دین دس پیپل۔</w:t>
      </w:r>
    </w:p>
    <w:p>
      <w:r>
        <w:rPr>
          <w:b/>
        </w:rPr>
        <w:t xml:space="preserve">[30:33] </w:t>
      </w:r>
      <w:r>
        <w:t>this is law of nature. there is a, there is a very relevant saying that it is not as that effort, not facility.</w:t>
      </w:r>
    </w:p>
    <w:p>
      <w:pPr>
        <w:jc w:val="right"/>
      </w:pPr>
      <w:r>
        <w:t>دس از لاء اف نیچر۔ دیر از ا سیم، دیر از ا ویری ریلیونٹ سینگ دیٹ اٹ از ناٹ ایز داٹ ایفرٹ، ناٹ فیسلیٹی۔</w:t>
      </w:r>
    </w:p>
    <w:p>
      <w:r>
        <w:rPr>
          <w:b/>
        </w:rPr>
        <w:t xml:space="preserve">[30:48] </w:t>
      </w:r>
      <w:r>
        <w:t>it is as but effort, not facility but difficulty</w:t>
      </w:r>
    </w:p>
    <w:p>
      <w:pPr>
        <w:jc w:val="right"/>
      </w:pPr>
      <w:r>
        <w:t>اٹ از ایز بٹ ایفرٹ، ناٹ فیسلیٹی بٹ ڈیفیکلٹی</w:t>
      </w:r>
    </w:p>
    <w:p>
      <w:r>
        <w:rPr>
          <w:b/>
        </w:rPr>
        <w:t xml:space="preserve">[30:53] </w:t>
      </w:r>
      <w:r>
        <w:t>that makes man. so, poverty, poverty elevates you.</w:t>
      </w:r>
    </w:p>
    <w:p>
      <w:pPr>
        <w:jc w:val="right"/>
      </w:pPr>
      <w:r>
        <w:t>دیٹ میکس مین۔ سو، پاورٹی، پاورٹی ایلیویٹس یو۔</w:t>
      </w:r>
    </w:p>
    <w:p>
      <w:r>
        <w:rPr>
          <w:b/>
        </w:rPr>
        <w:t xml:space="preserve">[31:03] </w:t>
      </w:r>
      <w:r>
        <w:t>it makes you</w:t>
      </w:r>
    </w:p>
    <w:p>
      <w:pPr>
        <w:jc w:val="right"/>
      </w:pPr>
      <w:r>
        <w:t>اٹ میکس یو</w:t>
      </w:r>
    </w:p>
    <w:p>
      <w:r>
        <w:rPr>
          <w:b/>
        </w:rPr>
        <w:t xml:space="preserve">[31:07] </w:t>
      </w:r>
      <w:r>
        <w:t>superman. poverty or difficulty makes you superman. it gives you greater motivation, greater incentive.</w:t>
      </w:r>
    </w:p>
    <w:p>
      <w:pPr>
        <w:jc w:val="right"/>
      </w:pPr>
      <w:r>
        <w:t>سپر مین۔ پاورٹی اور ڈیفیکلٹی میکس یو سپر مین۔ اٹ گیوز یو گریٹر موٹیویشن، گریٹر انسنٹیو۔</w:t>
      </w:r>
    </w:p>
    <w:p>
      <w:r>
        <w:rPr>
          <w:b/>
        </w:rPr>
        <w:t xml:space="preserve">[31:19] </w:t>
      </w:r>
      <w:r>
        <w:t>so, behind poverty, behind this division that there are some, there are some rich or some poor.</w:t>
      </w:r>
    </w:p>
    <w:p>
      <w:pPr>
        <w:jc w:val="right"/>
      </w:pPr>
      <w:r>
        <w:t>سو، بیہائنڈ پاورٹی، بیہائنڈ دس ڈیویژن دیٹ دیر ار سم، دیر ار سم رچ اور سم پور۔</w:t>
      </w:r>
    </w:p>
    <w:p>
      <w:r>
        <w:rPr>
          <w:b/>
        </w:rPr>
        <w:t xml:space="preserve">[31:30] </w:t>
      </w:r>
      <w:r>
        <w:t>behind this division,</w:t>
      </w:r>
    </w:p>
    <w:p>
      <w:pPr>
        <w:jc w:val="right"/>
      </w:pPr>
      <w:r>
        <w:t>بیہائنڈ دس ڈیویژن،</w:t>
      </w:r>
    </w:p>
    <w:p>
      <w:r>
        <w:rPr>
          <w:b/>
        </w:rPr>
        <w:t xml:space="preserve">[31:32] </w:t>
      </w:r>
      <w:r>
        <w:t>there is a great wisdom, great wisdom</w:t>
      </w:r>
    </w:p>
    <w:p>
      <w:pPr>
        <w:jc w:val="right"/>
      </w:pPr>
      <w:r>
        <w:t>دیر از ا گریٹ وزڈم، گریٹ وزڈم</w:t>
      </w:r>
    </w:p>
    <w:p>
      <w:r>
        <w:rPr>
          <w:b/>
        </w:rPr>
        <w:t xml:space="preserve">[31:38] </w:t>
      </w:r>
      <w:r>
        <w:t>. without this division, there was no development. it is this difference, it is this division that</w:t>
      </w:r>
    </w:p>
    <w:p>
      <w:pPr>
        <w:jc w:val="right"/>
      </w:pPr>
      <w:r>
        <w:t>۔ وداؤٹ دس ڈیویژن، دیر واز نو ڈیولپمنٹ۔ اٹ از دس ڈیفرنس، اٹ از دس ڈیویژن دیٹ</w:t>
      </w:r>
    </w:p>
    <w:p>
      <w:r>
        <w:rPr>
          <w:b/>
        </w:rPr>
        <w:t xml:space="preserve">[31:52] </w:t>
      </w:r>
      <w:r>
        <w:t>that is responsible for all kind of development and progress.</w:t>
      </w:r>
    </w:p>
    <w:p>
      <w:pPr>
        <w:jc w:val="right"/>
      </w:pPr>
      <w:r>
        <w:t>دیٹ از ریسپانسبل فار ال کائنڈ اف ڈیولپمنٹ اینڈ پروگریس۔</w:t>
      </w:r>
    </w:p>
    <w:p>
      <w:r>
        <w:rPr>
          <w:b/>
        </w:rPr>
        <w:t xml:space="preserve">[32:01] </w:t>
      </w:r>
      <w:r>
        <w:t>because, without completion, without challenge, there is no progress, no activity, no creativity.</w:t>
      </w:r>
    </w:p>
    <w:p>
      <w:pPr>
        <w:jc w:val="right"/>
      </w:pPr>
      <w:r>
        <w:t>بیکاز، وداؤٹ کمپلیشن، وداؤٹ چیلنج، دیر از نو پروگریس، نو ایکٹیویٹی، نو کریٹیوٹی۔</w:t>
      </w:r>
    </w:p>
    <w:p>
      <w:r>
        <w:rPr>
          <w:b/>
        </w:rPr>
        <w:t xml:space="preserve">[32:12] </w:t>
      </w:r>
      <w:r>
        <w:t>so, at one side, god created people with differences.</w:t>
      </w:r>
    </w:p>
    <w:p>
      <w:pPr>
        <w:jc w:val="right"/>
      </w:pPr>
      <w:r>
        <w:t>سو، ایٹ ون سائیڈ، گاڈ کریٹڈ پیپل ود ڈیفرنسز۔</w:t>
      </w:r>
    </w:p>
    <w:p>
      <w:r>
        <w:rPr>
          <w:b/>
        </w:rPr>
        <w:t xml:space="preserve">[32:21] </w:t>
      </w:r>
      <w:r>
        <w:t>some are rich, some are poor. but, on the other side, god gave commandment that rich people must pay zakat</w:t>
      </w:r>
    </w:p>
    <w:p>
      <w:pPr>
        <w:jc w:val="right"/>
      </w:pPr>
      <w:r>
        <w:t>سم ار رچ، سم ار پور۔ بٹ، ان دی ادر سائیڈ، گاڈ گیو کمانڈمنٹ دیٹ رچ پیپل مسٹ پے زکوۃ</w:t>
      </w:r>
    </w:p>
    <w:p>
      <w:r>
        <w:rPr>
          <w:b/>
        </w:rPr>
        <w:t xml:space="preserve">[32:38] </w:t>
      </w:r>
      <w:r>
        <w:t>and it will be given to to poor people. this</w:t>
      </w:r>
    </w:p>
    <w:p>
      <w:pPr>
        <w:jc w:val="right"/>
      </w:pPr>
      <w:r>
        <w:t>اینڈ اٹ ول بی گیون ٹو ٹو پور پیپل۔ دس</w:t>
      </w:r>
    </w:p>
    <w:p>
      <w:r>
        <w:rPr>
          <w:b/>
        </w:rPr>
        <w:t xml:space="preserve">[32:43] </w:t>
      </w:r>
      <w:r>
        <w:t>, in this sense, zakat is only temporary relief, it is not permanent thing. because, poverty is a temporary phenomena.</w:t>
      </w:r>
    </w:p>
    <w:p>
      <w:pPr>
        <w:jc w:val="right"/>
      </w:pPr>
      <w:r>
        <w:t>، ان دس سینس، زکوۃ از اونلی ٹیمپرری ریلیف، اٹ از ناٹ پرماننٹ تھنگ۔ بیکاز، پاورٹی از ا ٹیمپرری فیناومینا۔</w:t>
      </w:r>
    </w:p>
    <w:p>
      <w:r>
        <w:rPr>
          <w:b/>
        </w:rPr>
        <w:t xml:space="preserve">[32:55] </w:t>
      </w:r>
      <w:r>
        <w:t>poverty is not a permanent phenomena. no, not at all.</w:t>
      </w:r>
    </w:p>
    <w:p>
      <w:pPr>
        <w:jc w:val="right"/>
      </w:pPr>
      <w:r>
        <w:t>پاورٹی از ناٹ ا پرماننٹ فیناومینا۔ نو، ناٹ ایٹ ال۔</w:t>
      </w:r>
    </w:p>
    <w:p>
      <w:r>
        <w:rPr>
          <w:b/>
        </w:rPr>
        <w:t xml:space="preserve">[33:01] </w:t>
      </w:r>
      <w:r>
        <w:t>neither rich are permanently rich, nor poor is permanently poor.</w:t>
      </w:r>
    </w:p>
    <w:p>
      <w:pPr>
        <w:jc w:val="right"/>
      </w:pPr>
      <w:r>
        <w:t>نیدر رچ ار پرماننٹلی رچ، نہ پور از پرماننٹلی پور۔</w:t>
      </w:r>
    </w:p>
    <w:p>
      <w:r>
        <w:rPr>
          <w:b/>
        </w:rPr>
        <w:t xml:space="preserve">[33:12] </w:t>
      </w:r>
      <w:r>
        <w:t>so, both are temporary phenomena. so, it is a temporary relief to poors. it is not permanent adjustment, permanent settlement</w:t>
      </w:r>
    </w:p>
    <w:p>
      <w:pPr>
        <w:jc w:val="right"/>
      </w:pPr>
      <w:r>
        <w:t>سو، بوتھ ار ٹیمپرری فیناومینا۔ سو، اٹ از ا ٹیمپرری ریلیف ٹو پورز۔ اٹ از ناٹ پرماننٹ ایڈجسٹمنٹ، پرماننٹ سیٹلمنٹ</w:t>
      </w:r>
    </w:p>
    <w:p>
      <w:r>
        <w:rPr>
          <w:b/>
        </w:rPr>
        <w:t xml:space="preserve">[33:24] </w:t>
      </w:r>
      <w:r>
        <w:t>. no, it zakat is a temporary relief to those people who are temporary poor.</w:t>
      </w:r>
    </w:p>
    <w:p>
      <w:pPr>
        <w:jc w:val="right"/>
      </w:pPr>
      <w:r>
        <w:t>۔ نو، اٹ زکوۃ از ا ٹیمپرری ریلیف ٹو دوز پیپل ہو ار ٹیمپرری پور۔</w:t>
      </w:r>
    </w:p>
    <w:p>
      <w:r>
        <w:rPr>
          <w:b/>
        </w:rPr>
        <w:t xml:space="preserve">[33:32] </w:t>
      </w:r>
      <w:r>
        <w:t>no one is permanently poor. in this world, no one is permanently poor and also no one is permanently rich.</w:t>
      </w:r>
    </w:p>
    <w:p>
      <w:pPr>
        <w:jc w:val="right"/>
      </w:pPr>
      <w:r>
        <w:t>نو ون از پرماننٹلی پور۔ ان دس ورلڈ، نو ون از پرماننٹلی پور اینڈ السو نو ون از پرماننٹلی رچ۔</w:t>
      </w:r>
    </w:p>
    <w:p>
      <w:r>
        <w:rPr>
          <w:b/>
        </w:rPr>
        <w:t xml:space="preserve">[33:44] </w:t>
      </w:r>
      <w:r>
        <w:t>every term there are change in society. every term there are change in equation.</w:t>
      </w:r>
    </w:p>
    <w:p>
      <w:pPr>
        <w:jc w:val="right"/>
      </w:pPr>
      <w:r>
        <w:t>ایوری ٹرم دیر ار چینج ان سوسائٹی۔ ایوری ٹرم دیر ار چینج ان ایکویشن۔</w:t>
      </w:r>
    </w:p>
    <w:p>
      <w:r>
        <w:rPr>
          <w:b/>
        </w:rPr>
        <w:t xml:space="preserve">[33:54] </w:t>
      </w:r>
      <w:r>
        <w:t>so, god wanted to to make challenge so that people</w:t>
      </w:r>
    </w:p>
    <w:p>
      <w:pPr>
        <w:jc w:val="right"/>
      </w:pPr>
      <w:r>
        <w:t>سو، گاڈ وانٹڈ ٹو ٹو میک چیلنج سو دیٹ پیپل</w:t>
      </w:r>
    </w:p>
    <w:p>
      <w:r>
        <w:rPr>
          <w:b/>
        </w:rPr>
        <w:t xml:space="preserve">[34:08] </w:t>
      </w:r>
      <w:r>
        <w:t>are motivated</w:t>
      </w:r>
    </w:p>
    <w:p>
      <w:pPr>
        <w:jc w:val="right"/>
      </w:pPr>
      <w:r>
        <w:t>ار موٹیویٹڈ</w:t>
      </w:r>
    </w:p>
    <w:p>
      <w:r>
        <w:rPr>
          <w:b/>
        </w:rPr>
        <w:t xml:space="preserve">[34:12] </w:t>
      </w:r>
      <w:r>
        <w:t>. and at the same time, god wanted to to give some zakat as a temporary relief to the poor people.</w:t>
      </w:r>
    </w:p>
    <w:p>
      <w:pPr>
        <w:jc w:val="right"/>
      </w:pPr>
      <w:r>
        <w:t>۔ اینڈ ایٹ دا سیم ٹائم، گاڈ وانٹڈ ٹو ٹو گیو سم زکوۃ ایز ا ٹیمپرری ریلیف ٹو دا پور پیپل۔</w:t>
      </w:r>
    </w:p>
    <w:p>
      <w:r>
        <w:rPr>
          <w:b/>
        </w:rPr>
        <w:t xml:space="preserve">[34:26] </w:t>
      </w:r>
      <w:r>
        <w:t>so, this is the,</w:t>
      </w:r>
    </w:p>
    <w:p>
      <w:pPr>
        <w:jc w:val="right"/>
      </w:pPr>
      <w:r>
        <w:t>سو، دس از دا،</w:t>
      </w:r>
    </w:p>
    <w:p>
      <w:r>
        <w:rPr>
          <w:b/>
        </w:rPr>
        <w:t xml:space="preserve">[34:31] </w:t>
      </w:r>
      <w:r>
        <w:t>this is the creation plan</w:t>
      </w:r>
    </w:p>
    <w:p>
      <w:pPr>
        <w:jc w:val="right"/>
      </w:pPr>
      <w:r>
        <w:t>دس از دا کرشن پل</w:t>
      </w:r>
    </w:p>
    <w:p>
      <w:r>
        <w:rPr>
          <w:b/>
        </w:rPr>
        <w:t xml:space="preserve">[34:33] </w:t>
      </w:r>
      <w:r>
        <w:t>of god. this is the divine scheme. zakat is not simply a charity.</w:t>
      </w:r>
    </w:p>
    <w:p>
      <w:pPr>
        <w:jc w:val="right"/>
      </w:pPr>
      <w:r>
        <w:t>ان اف گاڈ۔ دس از دا ڈیوائن سکیم۔ زکوۃ از ناٹ سمپلی ا چیریٹی۔</w:t>
      </w:r>
    </w:p>
    <w:p>
      <w:r>
        <w:rPr>
          <w:b/>
        </w:rPr>
        <w:t xml:space="preserve">[34:45] </w:t>
      </w:r>
      <w:r>
        <w:t>zakat is not simply a charity. zakat is a, is a part of divine scheme.</w:t>
      </w:r>
    </w:p>
    <w:p>
      <w:pPr>
        <w:jc w:val="right"/>
      </w:pPr>
      <w:r>
        <w:t>زکوۃ از ناٹ سمپلی ا چیریٹی۔ زکوۃ از ا، از ا پارٹ اف ڈیوائن سکیم۔</w:t>
      </w:r>
    </w:p>
    <w:p>
      <w:r>
        <w:rPr>
          <w:b/>
        </w:rPr>
        <w:t xml:space="preserve">[34:54] </w:t>
      </w:r>
      <w:r>
        <w:t>it is a very important point.</w:t>
      </w:r>
    </w:p>
    <w:p>
      <w:pPr>
        <w:jc w:val="right"/>
      </w:pPr>
      <w:r>
        <w:t>اٹ از ا ویری امپورٹنٹ پوائنٹ۔</w:t>
      </w:r>
    </w:p>
    <w:p>
      <w:r>
        <w:rPr>
          <w:b/>
        </w:rPr>
        <w:t xml:space="preserve">[35:00] </w:t>
      </w:r>
      <w:r>
        <w:t>philanthropy means that</w:t>
      </w:r>
    </w:p>
    <w:p>
      <w:pPr>
        <w:jc w:val="right"/>
      </w:pPr>
      <w:r>
        <w:t>فرینتھریفی مینز دیٹ</w:t>
      </w:r>
    </w:p>
    <w:p>
      <w:r>
        <w:rPr>
          <w:b/>
        </w:rPr>
        <w:t xml:space="preserve">[35:08] </w:t>
      </w:r>
      <w:r>
        <w:t>philanthropy is very good, but philanthropy has a negative connotation. but zakat has no negative connotation.</w:t>
      </w:r>
    </w:p>
    <w:p>
      <w:pPr>
        <w:jc w:val="right"/>
      </w:pPr>
      <w:r>
        <w:t>فرینتھریفی از ویری گڈ، بٹ فرینتھریفی ہیز ا نیگیٹیو کونیٹیشن۔ بٹ زکوۃ ہیز نو نیگیٹیو کونیٹیشن۔</w:t>
      </w:r>
    </w:p>
    <w:p>
      <w:r>
        <w:rPr>
          <w:b/>
        </w:rPr>
        <w:t xml:space="preserve">[35:19] </w:t>
      </w:r>
      <w:r>
        <w:t>zakat refers only to to temporary need, temporary relief.</w:t>
      </w:r>
    </w:p>
    <w:p>
      <w:pPr>
        <w:jc w:val="right"/>
      </w:pPr>
      <w:r>
        <w:t>زکوۃ ریفرس اونلی ٹو ٹو ٹیمپرری نیڈ، ٹیمپرری ریلیف۔</w:t>
      </w:r>
    </w:p>
    <w:p>
      <w:r>
        <w:rPr>
          <w:b/>
        </w:rPr>
        <w:t xml:space="preserve">[35:27] </w:t>
      </w:r>
      <w:r>
        <w:t>because, zakat is, zakat is, zakat reminds you the creation plan of god.</w:t>
      </w:r>
    </w:p>
    <w:p>
      <w:pPr>
        <w:jc w:val="right"/>
      </w:pPr>
      <w:r>
        <w:t>بیکاز، زکوۃ از، زکوۃ از، زکوۃ ریمائنڈز یو دا کرشن پلان اف گاڈ۔</w:t>
      </w:r>
    </w:p>
    <w:p>
      <w:r>
        <w:rPr>
          <w:b/>
        </w:rPr>
        <w:t xml:space="preserve">[35:40] </w:t>
      </w:r>
      <w:r>
        <w:t>so, according to the creation plan, so according to the creation plan of god, zakat is a temporary relief.</w:t>
      </w:r>
    </w:p>
    <w:p>
      <w:pPr>
        <w:jc w:val="right"/>
      </w:pPr>
      <w:r>
        <w:t>سو، اکارڈنگ ٹو دا کرشن پلان، سو اکارڈنگ ٹو دا کرشن پلان اف گاڈ، زکوۃ از ا ٹیمپرری ریلیف۔</w:t>
      </w:r>
    </w:p>
    <w:p>
      <w:r>
        <w:rPr>
          <w:b/>
        </w:rPr>
        <w:t xml:space="preserve">[35:55] </w:t>
      </w:r>
      <w:r>
        <w:t>and it is to, it is to offer some temporary help to those people who are temporary poor.</w:t>
      </w:r>
    </w:p>
    <w:p>
      <w:pPr>
        <w:jc w:val="right"/>
      </w:pPr>
      <w:r>
        <w:t>اینڈ اٹ از ٹو، اٹ از ٹو افر سم ٹیمپرری ہیلپ ٹو دوز پیپل ہو ار ٹیمپرری پور۔</w:t>
      </w:r>
    </w:p>
    <w:p>
      <w:r>
        <w:rPr>
          <w:b/>
        </w:rPr>
        <w:t xml:space="preserve">[36:06] </w:t>
      </w:r>
      <w:r>
        <w:t>then, in the quran there are different words in this regard. zakat, sadaqa, infaq.</w:t>
      </w:r>
    </w:p>
    <w:p>
      <w:pPr>
        <w:jc w:val="right"/>
      </w:pPr>
      <w:r>
        <w:t>دین، ان دا قران دیر ار ڈفرنٹ ورڈز ان دس ریگارڈ۔ زکوۃ، صدقہ، انفاق۔</w:t>
      </w:r>
    </w:p>
    <w:p>
      <w:r>
        <w:rPr>
          <w:b/>
        </w:rPr>
        <w:t xml:space="preserve">[36:17] </w:t>
      </w:r>
      <w:r>
        <w:t>these are three words. zakat, sadaqa, infaq.</w:t>
      </w:r>
    </w:p>
    <w:p>
      <w:pPr>
        <w:jc w:val="right"/>
      </w:pPr>
      <w:r>
        <w:t>دس ار تھری ورڈز۔ زکوۃ، صدقہ، انفاق۔</w:t>
      </w:r>
    </w:p>
    <w:p>
      <w:r>
        <w:rPr>
          <w:b/>
        </w:rPr>
        <w:t xml:space="preserve">[36:23] </w:t>
      </w:r>
      <w:r>
        <w:t>according to the quran, zakat is not a charity. it is not simply philanthropy. it is a contribution towards society.</w:t>
      </w:r>
    </w:p>
    <w:p>
      <w:pPr>
        <w:jc w:val="right"/>
      </w:pPr>
      <w:r>
        <w:t>اکارڈنگ ٹو دا قران، زکوۃ از ناٹ ا چیریٹی۔ اٹ از ناٹ سمپلی فرینتھرافی۔ اٹ از ا کنٹریبیوشن ٹورڈز سوسائٹی۔</w:t>
      </w:r>
    </w:p>
    <w:p>
      <w:r>
        <w:rPr>
          <w:b/>
        </w:rPr>
        <w:t xml:space="preserve">[36:36] </w:t>
      </w:r>
      <w:r>
        <w:t>and this, this contribution, there are, there are two, there are two levels of this contribution.</w:t>
      </w:r>
    </w:p>
    <w:p>
      <w:pPr>
        <w:jc w:val="right"/>
      </w:pPr>
      <w:r>
        <w:t>اینڈ دس، دس کنٹریبیوشن، دیر ار، دیر ار ٹو، دیر ار ٹو لیولز اف دس کنٹریبیوشن۔</w:t>
      </w:r>
    </w:p>
    <w:p>
      <w:r>
        <w:rPr>
          <w:b/>
        </w:rPr>
        <w:t xml:space="preserve">[36:46] </w:t>
      </w:r>
      <w:r>
        <w:t>minimum and maximum.</w:t>
      </w:r>
    </w:p>
    <w:p>
      <w:pPr>
        <w:jc w:val="right"/>
      </w:pPr>
      <w:r>
        <w:t>منیمم اینڈ میکسیمم۔</w:t>
      </w:r>
    </w:p>
    <w:p>
      <w:r>
        <w:rPr>
          <w:b/>
        </w:rPr>
        <w:t xml:space="preserve">[36:50] </w:t>
      </w:r>
      <w:r>
        <w:t>minimum contribution is 2</w:t>
      </w:r>
    </w:p>
    <w:p>
      <w:pPr>
        <w:jc w:val="right"/>
      </w:pPr>
      <w:r>
        <w:t>منیمم کنٹریبیوشن از 2</w:t>
      </w:r>
    </w:p>
    <w:p>
      <w:r>
        <w:rPr>
          <w:b/>
        </w:rPr>
        <w:t xml:space="preserve">[36:53] </w:t>
      </w:r>
      <w:r>
        <w:t>5 percent from your earnings, from your asset, from your money, from your savings.</w:t>
      </w:r>
    </w:p>
    <w:p>
      <w:pPr>
        <w:jc w:val="right"/>
      </w:pPr>
      <w:r>
        <w:t>5 پرسنٹ فرام یور ارننگز، فرام یور ایسٹ، فرام یور منی، فرام یور سیونگز۔</w:t>
      </w:r>
    </w:p>
    <w:p>
      <w:r>
        <w:rPr>
          <w:b/>
        </w:rPr>
        <w:t xml:space="preserve">[37:01] </w:t>
      </w:r>
      <w:r>
        <w:t>so, zakat is a contribution towards society, towards mankind. then, there are two different levels.</w:t>
      </w:r>
    </w:p>
    <w:p>
      <w:pPr>
        <w:jc w:val="right"/>
      </w:pPr>
      <w:r>
        <w:t>سو، زکوۃ از ا کنٹریبیوشن ٹورڈز سوسائٹی، ٹورڈز مین کائنڈ۔ دین، دیر ار ٹو ڈفرنٹ لیولز۔</w:t>
      </w:r>
    </w:p>
    <w:p>
      <w:r>
        <w:rPr>
          <w:b/>
        </w:rPr>
        <w:t xml:space="preserve">[37:11] </w:t>
      </w:r>
      <w:r>
        <w:t>minimum and maximum. minimum contribution is 2</w:t>
      </w:r>
    </w:p>
    <w:p>
      <w:pPr>
        <w:jc w:val="right"/>
      </w:pPr>
      <w:r>
        <w:t>منیمم اینڈ میکسیمم۔ منیمم کنٹریبیوشن از 2</w:t>
      </w:r>
    </w:p>
    <w:p>
      <w:r>
        <w:rPr>
          <w:b/>
        </w:rPr>
        <w:t xml:space="preserve">[37:17] </w:t>
      </w:r>
      <w:r>
        <w:t>5 percent from your earnings. then, for the maximum contribution, there is no limit.</w:t>
      </w:r>
    </w:p>
    <w:p>
      <w:pPr>
        <w:jc w:val="right"/>
      </w:pPr>
      <w:r>
        <w:t>5 پرسنٹ فرام یور ارننگز۔ دین، فار دا میکسیمم کنٹریبیوشن، دیر از نو لیمٹ۔</w:t>
      </w:r>
    </w:p>
    <w:p>
      <w:r>
        <w:rPr>
          <w:b/>
        </w:rPr>
        <w:t xml:space="preserve">[37:29] </w:t>
      </w:r>
      <w:r>
        <w:t>no limit. there is a very relevant words in the quran. yes, aloon ka maada, infaqoon. qul al afw.</w:t>
      </w:r>
    </w:p>
    <w:p>
      <w:pPr>
        <w:jc w:val="right"/>
      </w:pPr>
      <w:r>
        <w:t>نو لیمٹ۔ دیر از ا ویری ریلیونٹ ورڈز ان دا قران۔ یس، علون کا مادہ، انفقون۔ قل العف۔</w:t>
      </w:r>
    </w:p>
    <w:p>
      <w:r>
        <w:rPr>
          <w:b/>
        </w:rPr>
        <w:t xml:space="preserve">[37:44] </w:t>
      </w:r>
      <w:r>
        <w:t>people ask you about, about infaq. infaq means giving money for the betterment of society,</w:t>
      </w:r>
    </w:p>
    <w:p>
      <w:pPr>
        <w:jc w:val="right"/>
      </w:pPr>
      <w:r>
        <w:t>پیپل اسک یو اباؤٹ، اباؤٹ انفاق۔ انفاق مینز گیونگ منی فار دا بیٹرمنٹ اف سوسائٹی،</w:t>
      </w:r>
    </w:p>
    <w:p>
      <w:r>
        <w:rPr>
          <w:b/>
        </w:rPr>
        <w:t xml:space="preserve">[37:59] </w:t>
      </w:r>
      <w:r>
        <w:t>for the sake of God. so, people ask you about infaq. madah, infaqoon.</w:t>
      </w:r>
    </w:p>
    <w:p>
      <w:pPr>
        <w:jc w:val="right"/>
      </w:pPr>
      <w:r>
        <w:t>فار دا سیک اف گاڈ۔ سو، پیپل اسک یو اباؤٹ انفاق۔ مادہ، انفقون۔</w:t>
      </w:r>
    </w:p>
    <w:p>
      <w:r>
        <w:rPr>
          <w:b/>
        </w:rPr>
        <w:t xml:space="preserve">[38:09] </w:t>
      </w:r>
      <w:r>
        <w:t>people ask you about infaq</w:t>
      </w:r>
    </w:p>
    <w:p>
      <w:pPr>
        <w:jc w:val="right"/>
      </w:pPr>
      <w:r>
        <w:t>پیپل اسک یو اباؤٹ انفاق</w:t>
      </w:r>
    </w:p>
    <w:p>
      <w:r>
        <w:rPr>
          <w:b/>
        </w:rPr>
        <w:t xml:space="preserve">[38:13] </w:t>
      </w:r>
      <w:r>
        <w:t>. so,</w:t>
      </w:r>
    </w:p>
    <w:p>
      <w:pPr>
        <w:jc w:val="right"/>
      </w:pPr>
      <w:r>
        <w:t>۔ سو،</w:t>
      </w:r>
    </w:p>
    <w:p>
      <w:r>
        <w:rPr>
          <w:b/>
        </w:rPr>
        <w:t xml:space="preserve">[38:17] </w:t>
      </w:r>
      <w:r>
        <w:t>tell them that all that which is, all that which is more than your need.</w:t>
      </w:r>
    </w:p>
    <w:p>
      <w:pPr>
        <w:jc w:val="right"/>
      </w:pPr>
      <w:r>
        <w:t>ٹیل دیم دیٹ ال دیٹ وچ از، ال دیٹ وچ از مور دین یور نیڈ۔</w:t>
      </w:r>
    </w:p>
    <w:p>
      <w:r>
        <w:rPr>
          <w:b/>
        </w:rPr>
        <w:t xml:space="preserve">[38:29] </w:t>
      </w:r>
      <w:r>
        <w:t>madah, infaqoon. qul af</w:t>
      </w:r>
    </w:p>
    <w:p>
      <w:pPr>
        <w:jc w:val="right"/>
      </w:pPr>
      <w:r>
        <w:t>مادہ، انفقون۔ قل اف</w:t>
      </w:r>
    </w:p>
    <w:p>
      <w:r>
        <w:rPr>
          <w:b/>
        </w:rPr>
        <w:t xml:space="preserve">[38:32] </w:t>
      </w:r>
      <w:r>
        <w:t>, you have right only for your basic needs. so, you have to pay everything other than needs.</w:t>
      </w:r>
    </w:p>
    <w:p>
      <w:pPr>
        <w:jc w:val="right"/>
      </w:pPr>
      <w:r>
        <w:t>، یو ہیو رائٹ اونلی فار یور بیسک نیڈز۔ سو، یو ہیو ٹو پے ایوری تھنگ ادر دین نیڈز۔</w:t>
      </w:r>
    </w:p>
    <w:p>
      <w:r>
        <w:rPr>
          <w:b/>
        </w:rPr>
        <w:t xml:space="preserve">[38:43] </w:t>
      </w:r>
      <w:r>
        <w:t>other than needs, this is the maximum. minimum limit of infaq is 25 percent.</w:t>
      </w:r>
    </w:p>
    <w:p>
      <w:pPr>
        <w:jc w:val="right"/>
      </w:pPr>
      <w:r>
        <w:t>ادر دین نیڈز، دس از دا میکسیمم۔ منیمم لیمٹ اف انفاق از 25 پرسنٹ۔</w:t>
      </w:r>
    </w:p>
    <w:p>
      <w:r>
        <w:rPr>
          <w:b/>
        </w:rPr>
        <w:t xml:space="preserve">[38:52] </w:t>
      </w:r>
      <w:r>
        <w:t>and the maximum limit of infaq is</w:t>
      </w:r>
    </w:p>
    <w:p>
      <w:pPr>
        <w:jc w:val="right"/>
      </w:pPr>
      <w:r>
        <w:t>اینڈ دا میکسیمم لیمٹ اف انفاق از</w:t>
      </w:r>
    </w:p>
    <w:p>
      <w:r>
        <w:rPr>
          <w:b/>
        </w:rPr>
        <w:t xml:space="preserve">[39:00] </w:t>
      </w:r>
      <w:r>
        <w:t>all everything that is more than your need. more than your need, more than your basic need.</w:t>
      </w:r>
    </w:p>
    <w:p>
      <w:pPr>
        <w:jc w:val="right"/>
      </w:pPr>
      <w:r>
        <w:t>ال ایوری تھنگ دیٹ از مور دین یور نیڈ۔ مور دین یور نیڈ، مور دین یور بیسک نیڈ۔</w:t>
      </w:r>
    </w:p>
    <w:p>
      <w:r>
        <w:rPr>
          <w:b/>
        </w:rPr>
        <w:t xml:space="preserve">[39:12] </w:t>
      </w:r>
      <w:r>
        <w:t>so, this is the minimum limit and maximum limit.</w:t>
      </w:r>
    </w:p>
    <w:p>
      <w:pPr>
        <w:jc w:val="right"/>
      </w:pPr>
      <w:r>
        <w:t>سو، دس از دا منیمم لیمٹ اینڈ میکسیمم لیمٹ۔</w:t>
      </w:r>
    </w:p>
    <w:p>
      <w:r>
        <w:rPr>
          <w:b/>
        </w:rPr>
        <w:t xml:space="preserve">[39:20] </w:t>
      </w:r>
      <w:r>
        <w:t>here, i would like to give you two examples about the maximum limit. everyone knows what is the minimum limit.</w:t>
      </w:r>
    </w:p>
    <w:p>
      <w:pPr>
        <w:jc w:val="right"/>
      </w:pPr>
      <w:r>
        <w:t>ہیر، ائی وڈ لائک ٹو گیو یو ٹو ایگزیمپلز اباؤٹ دی میکسیمم لیمٹ۔ ایوری ون نوز واٹ از دا منیمم لیمٹ۔</w:t>
      </w:r>
    </w:p>
    <w:p>
      <w:r>
        <w:rPr>
          <w:b/>
        </w:rPr>
        <w:t xml:space="preserve">[39:33] </w:t>
      </w:r>
      <w:r>
        <w:t>everyone knows what is the minimum limit of zakat or infaq or sadaqah. that is 25 percent.</w:t>
      </w:r>
    </w:p>
    <w:p>
      <w:pPr>
        <w:jc w:val="right"/>
      </w:pPr>
      <w:r>
        <w:t>ایوری ون نوز واٹ از دا منیمم لیمٹ اف زکوۃ اور انفاق اور صدقہ۔ دیٹ از 25 پرسنٹ۔</w:t>
      </w:r>
    </w:p>
    <w:p>
      <w:r>
        <w:rPr>
          <w:b/>
        </w:rPr>
        <w:t xml:space="preserve">[39:43] </w:t>
      </w:r>
      <w:r>
        <w:t>now, what is the maximum limit?</w:t>
      </w:r>
    </w:p>
    <w:p>
      <w:pPr>
        <w:jc w:val="right"/>
      </w:pPr>
      <w:r>
        <w:t>ناو، واٹ از دا میکسیمم لیمٹ؟</w:t>
      </w:r>
    </w:p>
    <w:p>
      <w:r>
        <w:rPr>
          <w:b/>
        </w:rPr>
        <w:t xml:space="preserve">[39:48] </w:t>
      </w:r>
      <w:r>
        <w:t>i will give you some example from the, from the example of, of the prophet, of the companions of the prophet of Islam.</w:t>
      </w:r>
    </w:p>
    <w:p>
      <w:pPr>
        <w:jc w:val="right"/>
      </w:pPr>
      <w:r>
        <w:t>ائی ویل گیو یو سم ایگزیمپل فرام دی، فرام دی ایگزیمپل اف، اف دی پرافٹ، اف دی کمپینینز اف دا پرافٹ اف اسلام۔</w:t>
      </w:r>
    </w:p>
    <w:p>
      <w:r>
        <w:rPr>
          <w:b/>
        </w:rPr>
        <w:t xml:space="preserve">[40:02] </w:t>
      </w:r>
      <w:r>
        <w:t>you know,</w:t>
      </w:r>
    </w:p>
    <w:p>
      <w:pPr>
        <w:jc w:val="right"/>
      </w:pPr>
      <w:r>
        <w:t>یو نو،</w:t>
      </w:r>
    </w:p>
    <w:p>
      <w:r>
        <w:rPr>
          <w:b/>
        </w:rPr>
        <w:t xml:space="preserve">[40:08] </w:t>
      </w:r>
      <w:r>
        <w:t>you know, after migration, prophet migrated from mecca to medina. and those who are called muhajir, basically they were immigrants.</w:t>
      </w:r>
    </w:p>
    <w:p>
      <w:pPr>
        <w:jc w:val="right"/>
      </w:pPr>
      <w:r>
        <w:t>یو نو، افٹر مائیگریشن، پرافٹ مائیگریٹڈ فرام مکہ ٹو مدینہ۔ اینڈ دوز ہو ار کالڈ مہاجر، بیسکلی دے وار امیگرنٹس۔</w:t>
      </w:r>
    </w:p>
    <w:p>
      <w:r>
        <w:rPr>
          <w:b/>
        </w:rPr>
        <w:t xml:space="preserve">[40:24] </w:t>
      </w:r>
      <w:r>
        <w:t>in Islamic history, those who are called</w:t>
      </w:r>
    </w:p>
    <w:p>
      <w:pPr>
        <w:jc w:val="right"/>
      </w:pPr>
      <w:r>
        <w:t>ان اسلامک ہسٹری، دوز ہو ار کالڈ</w:t>
      </w:r>
    </w:p>
    <w:p>
      <w:r>
        <w:rPr>
          <w:b/>
        </w:rPr>
        <w:t xml:space="preserve">[40:28] </w:t>
      </w:r>
      <w:r>
        <w:t>muhajir, al-muhajirun, they were immigrants. and it is a history that immigrants always</w:t>
      </w:r>
    </w:p>
    <w:p>
      <w:pPr>
        <w:jc w:val="right"/>
      </w:pPr>
      <w:r>
        <w:t>مہاجر، المہاجرون، دے وار امیگرنٹس۔ اینڈ اٹ از ا ہسٹری دیٹ امیگرنٹس الویز</w:t>
      </w:r>
    </w:p>
    <w:p>
      <w:r>
        <w:rPr>
          <w:b/>
        </w:rPr>
        <w:t xml:space="preserve">[40:43] </w:t>
      </w:r>
      <w:r>
        <w:t>strive more than the locals, more than the other. immigrant people are born hard worker, more</w:t>
      </w:r>
    </w:p>
    <w:p>
      <w:pPr>
        <w:jc w:val="right"/>
      </w:pPr>
      <w:r>
        <w:t>سٹرائیو مور دین دی لوکلز، مور دین دی ادر۔ امیگرنٹ پیپل ار بور ہارڈ ورکر، مور</w:t>
      </w:r>
    </w:p>
    <w:p>
      <w:r>
        <w:rPr>
          <w:b/>
        </w:rPr>
        <w:t xml:space="preserve">[40:57] </w:t>
      </w:r>
      <w:r>
        <w:t>they plan on a greater scale. they are able to do more than the local people,</w:t>
      </w:r>
    </w:p>
    <w:p>
      <w:pPr>
        <w:jc w:val="right"/>
      </w:pPr>
      <w:r>
        <w:t>دے پلان ان ا گریٹر سکیل۔ دے ار ایبل ٹو ڈو مور دین دی لوکل پیپل،</w:t>
      </w:r>
    </w:p>
    <w:p>
      <w:r>
        <w:rPr>
          <w:b/>
        </w:rPr>
        <w:t xml:space="preserve">[41:07] </w:t>
      </w:r>
      <w:r>
        <w:t>because when they are immigrant, they are more motivated people. one who migrates from his home, homeland, and settle some where in, in any other country.</w:t>
      </w:r>
    </w:p>
    <w:p>
      <w:pPr>
        <w:jc w:val="right"/>
      </w:pPr>
      <w:r>
        <w:t>بیکاز وین دے ار امیگرنٹ، دے ار مور موٹیویٹڈ پیپل۔ ون ہو مائیگریٹس فرام ہز ہوم، ہوم لینڈ، اینڈ سیٹل سم ویر ان، ان اینی ادر کنٹری۔</w:t>
      </w:r>
    </w:p>
    <w:p>
      <w:r>
        <w:rPr>
          <w:b/>
        </w:rPr>
        <w:t xml:space="preserve">[41:24] </w:t>
      </w:r>
      <w:r>
        <w:t>so,</w:t>
      </w:r>
    </w:p>
    <w:p>
      <w:pPr>
        <w:jc w:val="right"/>
      </w:pPr>
      <w:r>
        <w:t>سو،</w:t>
      </w:r>
    </w:p>
    <w:p>
      <w:r>
        <w:rPr>
          <w:b/>
        </w:rPr>
        <w:t xml:space="preserve">[41:25] </w:t>
      </w:r>
      <w:r>
        <w:t>he inculcates himself born incentive, born motivation. so, it is a history that immigrant people do more than the locals.</w:t>
      </w:r>
    </w:p>
    <w:p>
      <w:pPr>
        <w:jc w:val="right"/>
      </w:pPr>
      <w:r>
        <w:t>ہی انکلکیٹس ہم سیلف بور انسنٹیو، بور موٹیویشن۔ سو، اٹ از ا ہسٹری دیٹ امیگرنٹ پیپل ڈو مور دین دی لوکلز۔</w:t>
      </w:r>
    </w:p>
    <w:p>
      <w:r>
        <w:rPr>
          <w:b/>
        </w:rPr>
        <w:t xml:space="preserve">[41:37] </w:t>
      </w:r>
      <w:r>
        <w:t>so, when this sahaba, this muhajirun,</w:t>
      </w:r>
    </w:p>
    <w:p>
      <w:pPr>
        <w:jc w:val="right"/>
      </w:pPr>
      <w:r>
        <w:t>سو، وین دس صحابہ، دس مہاجرون،</w:t>
      </w:r>
    </w:p>
    <w:p>
      <w:r>
        <w:rPr>
          <w:b/>
        </w:rPr>
        <w:t xml:space="preserve">[41:42] </w:t>
      </w:r>
      <w:r>
        <w:t>settled in Madina as immigrants, they became, they became</w:t>
      </w:r>
    </w:p>
    <w:p>
      <w:pPr>
        <w:jc w:val="right"/>
      </w:pPr>
      <w:r>
        <w:t>سیٹل ان مدینہ ایز امیگرنٹس، دے بیکم، دے بیکم</w:t>
      </w:r>
    </w:p>
    <w:p>
      <w:r>
        <w:rPr>
          <w:b/>
        </w:rPr>
        <w:t xml:space="preserve">[41:50] </w:t>
      </w:r>
      <w:r>
        <w:t>hard worker, very very hard worker. And at least two Muhajir, two immigrants, were, were the richest men in the,</w:t>
      </w:r>
    </w:p>
    <w:p>
      <w:pPr>
        <w:jc w:val="right"/>
      </w:pPr>
      <w:r>
        <w:t>ہارڈ ورکر، ویری ویری ہارڈ ورکر۔ اینڈ ایٹ لیسٹ ٹو مہاجر، ٹو امیگرنٹس، ویر، ویر دا رچیسٹ مین ان دا،</w:t>
      </w:r>
    </w:p>
    <w:p>
      <w:r>
        <w:rPr>
          <w:b/>
        </w:rPr>
        <w:t xml:space="preserve">[42:06] </w:t>
      </w:r>
      <w:r>
        <w:t>richest men in madina.</w:t>
      </w:r>
    </w:p>
    <w:p>
      <w:pPr>
        <w:jc w:val="right"/>
      </w:pPr>
      <w:r>
        <w:t>رچیسٹ مین ان مدینہ۔</w:t>
      </w:r>
    </w:p>
    <w:p>
      <w:r>
        <w:rPr>
          <w:b/>
        </w:rPr>
        <w:t xml:space="preserve">[42:10] </w:t>
      </w:r>
      <w:r>
        <w:t>richest person in Madina, they were Usman bin Affan and Abdulrehman bin Auf.</w:t>
      </w:r>
    </w:p>
    <w:p>
      <w:pPr>
        <w:jc w:val="right"/>
      </w:pPr>
      <w:r>
        <w:t>رچیسٹ پرسن ان مدینہ، دے ویر عثمان بن عفان اینڈ عبدالرحمن بن عوف۔</w:t>
      </w:r>
    </w:p>
    <w:p>
      <w:r>
        <w:rPr>
          <w:b/>
        </w:rPr>
        <w:t xml:space="preserve">[42:20] </w:t>
      </w:r>
      <w:r>
        <w:t>Usman bin Affan and Abdulrehman bin Auf, both were immigrants, but both were richest person in Madina.</w:t>
      </w:r>
    </w:p>
    <w:p>
      <w:pPr>
        <w:jc w:val="right"/>
      </w:pPr>
      <w:r>
        <w:t>عثمان بن عفان اینڈ عبدالرحمن بن عوف، بوتھ ویر امیگرنٹس، بٹ بوتھ ویر رچیسٹ پرسن ان مدینہ۔</w:t>
      </w:r>
    </w:p>
    <w:p>
      <w:r>
        <w:rPr>
          <w:b/>
        </w:rPr>
        <w:t xml:space="preserve">[42:31] </w:t>
      </w:r>
      <w:r>
        <w:t>So, they used to spend their money for the sake of God, every day and night.</w:t>
      </w:r>
    </w:p>
    <w:p>
      <w:pPr>
        <w:jc w:val="right"/>
      </w:pPr>
      <w:r>
        <w:t>سو، دے یوز ٹو سپینڈ دیر منی فار دا سیک اف گاڈ، ایوری ڈے اینڈ نائٹ</w:t>
      </w:r>
    </w:p>
    <w:p>
      <w:r>
        <w:rPr>
          <w:b/>
        </w:rPr>
        <w:t xml:space="preserve">[42:43] </w:t>
      </w:r>
      <w:r>
        <w:t>. vنس,</w:t>
      </w:r>
    </w:p>
    <w:p>
      <w:pPr>
        <w:jc w:val="right"/>
      </w:pPr>
      <w:r>
        <w:t>۔ ونس،</w:t>
      </w:r>
    </w:p>
    <w:p>
      <w:r>
        <w:rPr>
          <w:b/>
        </w:rPr>
        <w:t xml:space="preserve">[42:46] </w:t>
      </w:r>
      <w:r>
        <w:t>once, both were trader, both were business men.</w:t>
      </w:r>
    </w:p>
    <w:p>
      <w:pPr>
        <w:jc w:val="right"/>
      </w:pPr>
      <w:r>
        <w:t>ونس، بوتھ ویر ٹریڈر، بوتھ ویر بزنس مین۔</w:t>
      </w:r>
    </w:p>
    <w:p>
      <w:r>
        <w:rPr>
          <w:b/>
        </w:rPr>
        <w:t xml:space="preserve">[42:55] </w:t>
      </w:r>
      <w:r>
        <w:t>so, but we're doing import business, import export business.</w:t>
      </w:r>
    </w:p>
    <w:p>
      <w:pPr>
        <w:jc w:val="right"/>
      </w:pPr>
      <w:r>
        <w:t>سو، بوتھ ویر ڈوئنگ امپورٹ بزنس، امپورٹ ایکسپورٹ بزنس۔</w:t>
      </w:r>
    </w:p>
    <w:p>
      <w:r>
        <w:rPr>
          <w:b/>
        </w:rPr>
        <w:t xml:space="preserve">[43:01] </w:t>
      </w:r>
      <w:r>
        <w:t>so, vنس</w:t>
      </w:r>
    </w:p>
    <w:p>
      <w:pPr>
        <w:jc w:val="right"/>
      </w:pPr>
      <w:r>
        <w:t>سو، ونس</w:t>
      </w:r>
    </w:p>
    <w:p>
      <w:r>
        <w:rPr>
          <w:b/>
        </w:rPr>
        <w:t xml:space="preserve">[43:05] </w:t>
      </w:r>
      <w:r>
        <w:t>a caravan came from Syria to Madina, this caravan was. Usman was, it, it, it, this caravan was, was belonging, belonging to Usman.</w:t>
      </w:r>
    </w:p>
    <w:p>
      <w:pPr>
        <w:jc w:val="right"/>
      </w:pPr>
      <w:r>
        <w:t>ا کارواں کیم فرام سیریا ٹو مدینہ، دس کارواں واز۔ عثمان واز، اٹ، اٹ، اٹ، دس کارواں واز، واز بیلنگ، بیلنگ ٹو عثمان۔</w:t>
      </w:r>
    </w:p>
    <w:p>
      <w:r>
        <w:rPr>
          <w:b/>
        </w:rPr>
        <w:t xml:space="preserve">[43:26] </w:t>
      </w:r>
      <w:r>
        <w:t>So, in this caravan, there were perhaps one of the camels. So, one of the camels came to Madina from Syria,</w:t>
      </w:r>
    </w:p>
    <w:p>
      <w:pPr>
        <w:jc w:val="right"/>
      </w:pPr>
      <w:r>
        <w:t>سو، ان دس کارواں، دیر وار پرہیپس ون تھا کیملز۔ سو، ون تھا کیملز کیم ٹو مدینہ فرام سیریا،</w:t>
      </w:r>
    </w:p>
    <w:p>
      <w:r>
        <w:rPr>
          <w:b/>
        </w:rPr>
        <w:t xml:space="preserve">[43:42] </w:t>
      </w:r>
      <w:r>
        <w:t>vad de var lodad</w:t>
      </w:r>
    </w:p>
    <w:p>
      <w:pPr>
        <w:jc w:val="right"/>
      </w:pPr>
      <w:r>
        <w:t>ود دے وار لوڈڈ</w:t>
      </w:r>
    </w:p>
    <w:p>
      <w:r>
        <w:rPr>
          <w:b/>
        </w:rPr>
        <w:t xml:space="preserve">[43:44] </w:t>
      </w:r>
      <w:r>
        <w:t>what different kind of trade item. So, the traders of Madina visited Usman bin Affan and asked, and wanted to</w:t>
      </w:r>
    </w:p>
    <w:p>
      <w:pPr>
        <w:jc w:val="right"/>
      </w:pPr>
      <w:r>
        <w:t>ود ڈفرنٹ کائنڈ اف ٹریڈ ائٹم۔ سو، دا ٹریڈرز اف مدینہ وزٹڈ عثمان بن عفان اینڈ اسکڈ، اینڈ وانٹڈ ٹو</w:t>
      </w:r>
    </w:p>
    <w:p>
      <w:r>
        <w:rPr>
          <w:b/>
        </w:rPr>
        <w:t xml:space="preserve">[44:03] </w:t>
      </w:r>
      <w:r>
        <w:t>parches all those items. So, Usman bin Afan said to these, to these traders, that I have offer more than your, more than yours.</w:t>
      </w:r>
    </w:p>
    <w:p>
      <w:pPr>
        <w:jc w:val="right"/>
      </w:pPr>
      <w:r>
        <w:t>پرچیز ال دوز ائٹمز۔ سو، عثمان بن عفان سیڈ ٹو دیز، ٹو دیز ٹریڈرز، دیٹ ائی ہیو افر مور دین یور، مور دین یورز۔</w:t>
      </w:r>
    </w:p>
    <w:p>
      <w:r>
        <w:rPr>
          <w:b/>
        </w:rPr>
        <w:t xml:space="preserve">[44:24] </w:t>
      </w:r>
      <w:r>
        <w:t>Your offering some rate, but I am, I have already received some offer more than than you.</w:t>
      </w:r>
    </w:p>
    <w:p>
      <w:pPr>
        <w:jc w:val="right"/>
      </w:pPr>
      <w:r>
        <w:t>یو ار افرنگ سم ریٹ، بٹ ائی ایم، ائی ہیو الریڈی ریسیوڈ سم افر مور دین دین یو۔</w:t>
      </w:r>
    </w:p>
    <w:p>
      <w:r>
        <w:rPr>
          <w:b/>
        </w:rPr>
        <w:t xml:space="preserve">[44:41] </w:t>
      </w:r>
      <w:r>
        <w:t>So, they said that all the traders of Madina is here at your house. So, who, who, who, is, who, is going to offer more than our offers?</w:t>
      </w:r>
    </w:p>
    <w:p>
      <w:pPr>
        <w:jc w:val="right"/>
      </w:pPr>
      <w:r>
        <w:t>سو، دے سیڈ دیٹ ال دا ٹریڈرز اف مدینہ از ہیر ایٹ یور ہاؤس۔ سو، ہو، ہو، ہو، از، ہو، از گوئنگ ٹو افر مور دین اور افرز؟</w:t>
      </w:r>
    </w:p>
    <w:p>
      <w:r>
        <w:rPr>
          <w:b/>
        </w:rPr>
        <w:t xml:space="preserve">[44:56] </w:t>
      </w:r>
      <w:r>
        <w:t>hu iz dat parsan?</w:t>
      </w:r>
    </w:p>
    <w:p>
      <w:pPr>
        <w:jc w:val="right"/>
      </w:pPr>
      <w:r>
        <w:t>ہو از دیٹ پرسن؟</w:t>
      </w:r>
    </w:p>
    <w:p>
      <w:r>
        <w:rPr>
          <w:b/>
        </w:rPr>
        <w:t xml:space="preserve">[45:01] </w:t>
      </w:r>
      <w:r>
        <w:t>din he said, he is God Almighty. In the Quran, there is a permanent offer that every one who spends his money,</w:t>
      </w:r>
    </w:p>
    <w:p>
      <w:pPr>
        <w:jc w:val="right"/>
      </w:pPr>
      <w:r>
        <w:t>دین ہی سیڈ، ہی از گاڈ المائٹی۔ ان دا قران، دیر از ا پرماننٹ افر دیٹ ایوری ون ہو سپینڈز ہز منی،</w:t>
      </w:r>
    </w:p>
    <w:p>
      <w:r>
        <w:rPr>
          <w:b/>
        </w:rPr>
        <w:t xml:space="preserve">[45:17] </w:t>
      </w:r>
      <w:r>
        <w:t>his earnings in, in the way of God, for the sake of God, he will be given a reward ten times more</w:t>
      </w:r>
    </w:p>
    <w:p>
      <w:pPr>
        <w:jc w:val="right"/>
      </w:pPr>
      <w:r>
        <w:t>ہز ارننگز ان، ان دا وے اف گاڈ، فار دا سیک اف گاڈ، ہی ویل بی گیون ایوارڈ ٹین ٹائم مور</w:t>
      </w:r>
    </w:p>
    <w:p>
      <w:r>
        <w:rPr>
          <w:b/>
        </w:rPr>
        <w:t xml:space="preserve">[45:33] </w:t>
      </w:r>
      <w:r>
        <w:t>dan di varldli avard.</w:t>
      </w:r>
    </w:p>
    <w:p>
      <w:pPr>
        <w:jc w:val="right"/>
      </w:pPr>
      <w:r>
        <w:t>دین دی ورلڈلی ایوارڈ۔</w:t>
      </w:r>
    </w:p>
    <w:p>
      <w:r>
        <w:rPr>
          <w:b/>
        </w:rPr>
        <w:t xml:space="preserve">[45:36] </w:t>
      </w:r>
      <w:r>
        <w:t>So, he said that you are offering me some money, but God offered me ten times more than this money.</w:t>
      </w:r>
    </w:p>
    <w:p>
      <w:pPr>
        <w:jc w:val="right"/>
      </w:pPr>
      <w:r>
        <w:t>سو، ہی سیڈ دیٹ یو ار افرنگ می سم منی، بٹ گاڈ افرنگ می ٹین ٹائم مور دین دس منی۔</w:t>
      </w:r>
    </w:p>
    <w:p>
      <w:r>
        <w:rPr>
          <w:b/>
        </w:rPr>
        <w:t xml:space="preserve">[45:47] </w:t>
      </w:r>
      <w:r>
        <w:t>So, I will give all these, all these things in the way of God.</w:t>
      </w:r>
    </w:p>
    <w:p>
      <w:pPr>
        <w:jc w:val="right"/>
      </w:pPr>
      <w:r>
        <w:t>سو، ائی ویل گیو ال دیز، ال دیز تھنگز ان دا وے اف گاڈ۔</w:t>
      </w:r>
    </w:p>
    <w:p>
      <w:r>
        <w:rPr>
          <w:b/>
        </w:rPr>
        <w:t xml:space="preserve">[45:58] </w:t>
      </w:r>
      <w:r>
        <w:t>So, Usman bin Affan declared that every one who, who is needy, who is poor,</w:t>
      </w:r>
    </w:p>
    <w:p>
      <w:pPr>
        <w:jc w:val="right"/>
      </w:pPr>
      <w:r>
        <w:t>سو، عثمان بن عفان ڈیکلیئرڈ دیٹ ایوری ون ہو، ہو از نیڈی، ہو از پور،</w:t>
      </w:r>
    </w:p>
    <w:p>
      <w:r>
        <w:rPr>
          <w:b/>
        </w:rPr>
        <w:t xml:space="preserve">[46:10] </w:t>
      </w:r>
      <w:r>
        <w:t>come, come in, come here, and he made me take all these things. So, he,</w:t>
      </w:r>
    </w:p>
    <w:p>
      <w:pPr>
        <w:jc w:val="right"/>
      </w:pPr>
      <w:r>
        <w:t>کم، کم ان، کم ہیر، اینڈ ہی می ٹیک ال دیز تھنگز۔ سو، ہی،</w:t>
      </w:r>
    </w:p>
    <w:p>
      <w:r>
        <w:rPr>
          <w:b/>
        </w:rPr>
        <w:t xml:space="preserve">[46:23] </w:t>
      </w:r>
      <w:r>
        <w:t>he gave all these money in the way of God.</w:t>
      </w:r>
    </w:p>
    <w:p>
      <w:pPr>
        <w:jc w:val="right"/>
      </w:pPr>
      <w:r>
        <w:t>ہی گیو ال دیز منی ان دا وے اف گاڈ۔</w:t>
      </w:r>
    </w:p>
    <w:p>
      <w:r>
        <w:rPr>
          <w:b/>
        </w:rPr>
        <w:t xml:space="preserve">[46:32] </w:t>
      </w:r>
      <w:r>
        <w:t>so, this, this was an example of, of maximum charity, maximum infaq.</w:t>
      </w:r>
    </w:p>
    <w:p>
      <w:pPr>
        <w:jc w:val="right"/>
      </w:pPr>
      <w:r>
        <w:t>سو، دس، دس واز این ایگزیمپل اف، اف میکسیمم چیریٹی، میکسیمم انفاق۔</w:t>
      </w:r>
    </w:p>
    <w:p>
      <w:r>
        <w:rPr>
          <w:b/>
        </w:rPr>
        <w:t xml:space="preserve">[46:43] </w:t>
      </w:r>
      <w:r>
        <w:t>this same happened with Abdul Rahman bin Auf. Abdul Rahman bin Auf was a senior Sahabi,</w:t>
      </w:r>
    </w:p>
    <w:p>
      <w:pPr>
        <w:jc w:val="right"/>
      </w:pPr>
      <w:r>
        <w:t>دس سیم ہیپنڈ ود عبدالرحمن بن عوف۔ عبدالرحمن بن عوف واز ا سینیئر صحابی،</w:t>
      </w:r>
    </w:p>
    <w:p>
      <w:r>
        <w:rPr>
          <w:b/>
        </w:rPr>
        <w:t xml:space="preserve">[46:55] </w:t>
      </w:r>
      <w:r>
        <w:t>a senior companion of the Prophet of Islam.</w:t>
      </w:r>
    </w:p>
    <w:p>
      <w:pPr>
        <w:jc w:val="right"/>
      </w:pPr>
      <w:r>
        <w:t>ا سینیئر کمپینین اف دا پرافٹ اف اسلام۔</w:t>
      </w:r>
    </w:p>
    <w:p>
      <w:r>
        <w:rPr>
          <w:b/>
        </w:rPr>
        <w:t xml:space="preserve">[47:02] </w:t>
      </w:r>
      <w:r>
        <w:t>he was also an immigrant, and he was a great trader in Madinah. So, one day, his caravan reached to Madinah</w:t>
      </w:r>
    </w:p>
    <w:p>
      <w:pPr>
        <w:jc w:val="right"/>
      </w:pPr>
      <w:r>
        <w:t>ہی واز السو این امیگرنٹ، اینڈ ہی واز ا گریٹ ٹریڈر ان مدینہ۔ سو، ون ڈے، ہز کارواں ریچ ٹو مدینہ</w:t>
      </w:r>
    </w:p>
    <w:p>
      <w:r>
        <w:rPr>
          <w:b/>
        </w:rPr>
        <w:t xml:space="preserve">[47:19] </w:t>
      </w:r>
      <w:r>
        <w:t>from Syria. This caravan was</w:t>
      </w:r>
    </w:p>
    <w:p>
      <w:pPr>
        <w:jc w:val="right"/>
      </w:pPr>
      <w:r>
        <w:t>فرام سیریا۔ دس کارواں واز</w:t>
      </w:r>
    </w:p>
    <w:p>
      <w:r>
        <w:rPr>
          <w:b/>
        </w:rPr>
        <w:t xml:space="preserve">[47:27] </w:t>
      </w:r>
      <w:r>
        <w:t>of one thousand camels.</w:t>
      </w:r>
    </w:p>
    <w:p>
      <w:pPr>
        <w:jc w:val="right"/>
      </w:pPr>
      <w:r>
        <w:t>اف ون تھا کیملز۔</w:t>
      </w:r>
    </w:p>
    <w:p>
      <w:r>
        <w:rPr>
          <w:b/>
        </w:rPr>
        <w:t xml:space="preserve">[47:34] </w:t>
      </w:r>
      <w:r>
        <w:t>This caravan was comprised of one thousand camels. All these camels were loaded with with commodities like cereal and other food items.</w:t>
      </w:r>
    </w:p>
    <w:p>
      <w:pPr>
        <w:jc w:val="right"/>
      </w:pPr>
      <w:r>
        <w:t>دس کارواں واز کمپرائزڈ اف ون تھا کیملز۔ ال دیز کیملز ویر لوڈڈ ود ود کمیوڈیٹیز لائک سریل اینڈ ادر فوڈ ائٹمز۔</w:t>
      </w:r>
    </w:p>
    <w:p>
      <w:r>
        <w:rPr>
          <w:b/>
        </w:rPr>
        <w:t xml:space="preserve">[47:51] </w:t>
      </w:r>
      <w:r>
        <w:t>So, Abdul Rahman Auf was a senior Sahabi. He announced at the time, at the time in Madinah, there people were in need of food items.</w:t>
      </w:r>
    </w:p>
    <w:p>
      <w:pPr>
        <w:jc w:val="right"/>
      </w:pPr>
      <w:r>
        <w:t>سو، عبدالرحمن اف واز ا سینیئر صحابی۔ ہی اناؤنسڈ ایٹ دا ٹائم، ایٹ دا ٹائم ان مدینہ، دیر پیپل ویر ان نیڈ اف فوڈ ائٹمز۔</w:t>
      </w:r>
    </w:p>
    <w:p>
      <w:r>
        <w:rPr>
          <w:b/>
        </w:rPr>
        <w:t xml:space="preserve">[48:08] </w:t>
      </w:r>
      <w:r>
        <w:t>there was food items, there was scarcity of food items at the time.</w:t>
      </w:r>
    </w:p>
    <w:p>
      <w:pPr>
        <w:jc w:val="right"/>
      </w:pPr>
      <w:r>
        <w:t>دیر واز فوڈ ائٹمز، ویر اسکیسیٹی اف فوڈ ائٹمز ایٹ دا ٹائم۔</w:t>
      </w:r>
    </w:p>
    <w:p>
      <w:r>
        <w:rPr>
          <w:b/>
        </w:rPr>
        <w:t xml:space="preserve">[48:16] </w:t>
      </w:r>
      <w:r>
        <w:t>So, Abdul Rahman Auf</w:t>
      </w:r>
    </w:p>
    <w:p>
      <w:pPr>
        <w:jc w:val="right"/>
      </w:pPr>
      <w:r>
        <w:t>سو، عبدالرحمن اف</w:t>
      </w:r>
    </w:p>
    <w:p>
      <w:r>
        <w:rPr>
          <w:b/>
        </w:rPr>
        <w:t xml:space="preserve">[48:23] </w:t>
      </w:r>
      <w:r>
        <w:t>decided not to exploit the situation.</w:t>
      </w:r>
    </w:p>
    <w:p>
      <w:pPr>
        <w:jc w:val="right"/>
      </w:pPr>
      <w:r>
        <w:t>ڈیسائیڈڈ ناٹ ٹو ایکسپلائٹ دا سچویشن۔</w:t>
      </w:r>
    </w:p>
    <w:p>
      <w:r>
        <w:rPr>
          <w:b/>
        </w:rPr>
        <w:t xml:space="preserve">[48:30] </w:t>
      </w:r>
      <w:r>
        <w:t>instead, he decided to to distribute freely to all those people without any price.</w:t>
      </w:r>
    </w:p>
    <w:p>
      <w:pPr>
        <w:jc w:val="right"/>
      </w:pPr>
      <w:r>
        <w:t>انسٹیڈ، ہی ڈیسائیڈڈ ٹو ٹو ڈسٹریبیوٹ فریلی ٹو ال دوز پیپل وداؤٹ اینی پرائس۔</w:t>
      </w:r>
    </w:p>
    <w:p>
      <w:r>
        <w:rPr>
          <w:b/>
        </w:rPr>
        <w:t xml:space="preserve">[48:44] </w:t>
      </w:r>
      <w:r>
        <w:t>So, Abdul Rahman bin Auf</w:t>
      </w:r>
    </w:p>
    <w:p>
      <w:pPr>
        <w:jc w:val="right"/>
      </w:pPr>
      <w:r>
        <w:t>سو، عبدالرحمن بن عوف</w:t>
      </w:r>
    </w:p>
    <w:p>
      <w:r>
        <w:rPr>
          <w:b/>
        </w:rPr>
        <w:t xml:space="preserve">[48:47] </w:t>
      </w:r>
      <w:r>
        <w:t>announced in Madinah that all those people who are needy, who are poor, who are in need of food items, they come to my home,</w:t>
      </w:r>
    </w:p>
    <w:p>
      <w:pPr>
        <w:jc w:val="right"/>
      </w:pPr>
      <w:r>
        <w:t>اناؤنسڈ ان مدینہ دیٹ ال دوز پیپل ہو ار نیڈی، ہو ار پور، ہو ار ان نیڈ اف فوڈ ائٹمز، دے کم ٹو مائی ہوم،</w:t>
      </w:r>
    </w:p>
    <w:p>
      <w:r>
        <w:rPr>
          <w:b/>
        </w:rPr>
        <w:t xml:space="preserve">[49:06] </w:t>
      </w:r>
      <w:r>
        <w:t>and I will give them all these food items free, without any cost</w:t>
      </w:r>
    </w:p>
    <w:p>
      <w:pPr>
        <w:jc w:val="right"/>
      </w:pPr>
      <w:r>
        <w:t>اینڈ ائی ویل گیو دیم ال دیز فوڈ ائٹمز فری، وداؤٹ اینی کاسٹ</w:t>
      </w:r>
    </w:p>
    <w:p>
      <w:r>
        <w:rPr>
          <w:b/>
        </w:rPr>
        <w:t xml:space="preserve">[49:13] </w:t>
      </w:r>
      <w:r>
        <w:t>. So, they came, all those needy people came to his office, his house. All those needy people came to his house, and he distributed all those food items free of cost.</w:t>
      </w:r>
    </w:p>
    <w:p>
      <w:pPr>
        <w:jc w:val="right"/>
      </w:pPr>
      <w:r>
        <w:t>۔ سو، دے کیم، ال دوز نیڈی پیپل کیم ٹو ہز افس، ہز ہاؤس۔ ال دوز نیڈی پیپل کیم ٹو ہز ہاؤس، اینڈ ہی ڈسٹریبیوٹڈ ال دوز فوڈ ائٹمز فری اف کاسٹ۔</w:t>
      </w:r>
    </w:p>
    <w:p>
      <w:r>
        <w:rPr>
          <w:b/>
        </w:rPr>
        <w:t xml:space="preserve">[49:37] </w:t>
      </w:r>
      <w:r>
        <w:t>So, this was an example of maximum infaq.</w:t>
      </w:r>
    </w:p>
    <w:p>
      <w:pPr>
        <w:jc w:val="right"/>
      </w:pPr>
      <w:r>
        <w:t>سو، دس واز این ایگزیمپل اف میکسیمم انفاق۔</w:t>
      </w:r>
    </w:p>
    <w:p>
      <w:r>
        <w:rPr>
          <w:b/>
        </w:rPr>
        <w:t xml:space="preserve">[49:44] </w:t>
      </w:r>
      <w:r>
        <w:t>he distributed all those food items</w:t>
      </w:r>
    </w:p>
    <w:p>
      <w:pPr>
        <w:jc w:val="right"/>
      </w:pPr>
      <w:r>
        <w:t>ہی ڈسٹریبیوٹڈ ال دوز فوڈ ائٹمز</w:t>
      </w:r>
    </w:p>
    <w:p>
      <w:r>
        <w:rPr>
          <w:b/>
        </w:rPr>
        <w:t xml:space="preserve">[49:49] </w:t>
      </w:r>
      <w:r>
        <w:t>without, without any cost. So, this was an example of maximum infaq.</w:t>
      </w:r>
    </w:p>
    <w:p>
      <w:pPr>
        <w:jc w:val="right"/>
      </w:pPr>
      <w:r>
        <w:t>وداؤٹ، وداؤٹ اینی کاسٹ۔ سو، دس واز این ایگزیمپل اف میکسیمم انفاق۔</w:t>
      </w:r>
    </w:p>
    <w:p>
      <w:r>
        <w:rPr>
          <w:b/>
        </w:rPr>
        <w:t xml:space="preserve">[50:00] </w:t>
      </w:r>
      <w:r>
        <w:t>this was an example of maximum infaq.</w:t>
      </w:r>
    </w:p>
    <w:p>
      <w:pPr>
        <w:jc w:val="right"/>
      </w:pPr>
      <w:r>
        <w:t>دس واز این ایگزیمپل اف میکسیمم انفاق۔</w:t>
      </w:r>
    </w:p>
    <w:p>
      <w:r>
        <w:rPr>
          <w:b/>
        </w:rPr>
        <w:t xml:space="preserve">[50:07] </w:t>
      </w:r>
      <w:r>
        <w:t>then, there is a verse in the Quran,</w:t>
      </w:r>
    </w:p>
    <w:p>
      <w:pPr>
        <w:jc w:val="right"/>
      </w:pPr>
      <w:r>
        <w:t>دین، دیر از ا ورس ان دا قران،</w:t>
      </w:r>
    </w:p>
    <w:p>
      <w:r>
        <w:rPr>
          <w:b/>
        </w:rPr>
        <w:t xml:space="preserve">[50:18] </w:t>
      </w:r>
      <w:r>
        <w:t>it reads: "yuti malahu yatadhakka, yuti malahu yatadhakka".</w:t>
      </w:r>
    </w:p>
    <w:p>
      <w:pPr>
        <w:jc w:val="right"/>
      </w:pPr>
      <w:r>
        <w:t>اٹ ریٹس: "یوتی مالہ یتذکا، یوتی مالہ یتذکا"۔</w:t>
      </w:r>
    </w:p>
    <w:p>
      <w:r>
        <w:rPr>
          <w:b/>
        </w:rPr>
        <w:t xml:space="preserve">[50:30] </w:t>
      </w:r>
      <w:r>
        <w:t>it means that believers give their money</w:t>
      </w:r>
    </w:p>
    <w:p>
      <w:pPr>
        <w:jc w:val="right"/>
      </w:pPr>
      <w:r>
        <w:t>اٹ مینز دیٹ بیلیورز گیو دیر منی</w:t>
      </w:r>
    </w:p>
    <w:p>
      <w:r>
        <w:rPr>
          <w:b/>
        </w:rPr>
        <w:t xml:space="preserve">[50:38] </w:t>
      </w:r>
      <w:r>
        <w:t>for the purpose of purification, for the purpose of self purification. So, by this Quranic verse, we can understand that what is the real purpose of Zakat,</w:t>
      </w:r>
    </w:p>
    <w:p>
      <w:pPr>
        <w:jc w:val="right"/>
      </w:pPr>
      <w:r>
        <w:t>فار دی پرپس اف پیوریفیکیشن، فار دی پرپس اف سیلف پیوریفیکیشن۔ سو، بائے دس قرانک ورس، وی کین انڈرسٹینڈ دیٹ واٹ از دا ریئل پرپس اف زکوۃ،</w:t>
      </w:r>
    </w:p>
    <w:p>
      <w:r>
        <w:rPr>
          <w:b/>
        </w:rPr>
        <w:t xml:space="preserve">[50:56] </w:t>
      </w:r>
      <w:r>
        <w:t>What is the real purpose of infaq, what is the real purpose of sadqa. It is self purification.</w:t>
      </w:r>
    </w:p>
    <w:p>
      <w:pPr>
        <w:jc w:val="right"/>
      </w:pPr>
      <w:r>
        <w:t>واٹ از دا ریئل پرپس اف انفاق، واٹ از دا ریئل پرپس اف صدقہ۔ اٹ از سیلف پیوریفیکیشن۔</w:t>
      </w:r>
    </w:p>
    <w:p>
      <w:r>
        <w:rPr>
          <w:b/>
        </w:rPr>
        <w:t xml:space="preserve">[51:07] </w:t>
      </w:r>
      <w:r>
        <w:t>you know,</w:t>
      </w:r>
    </w:p>
    <w:p>
      <w:pPr>
        <w:jc w:val="right"/>
      </w:pPr>
      <w:r>
        <w:t>یو نو،</w:t>
      </w:r>
    </w:p>
    <w:p>
      <w:r>
        <w:rPr>
          <w:b/>
        </w:rPr>
        <w:t xml:space="preserve">[51:12] </w:t>
      </w:r>
      <w:r>
        <w:t>you know, money is most important things for every human being. every one is</w:t>
      </w:r>
    </w:p>
    <w:p>
      <w:pPr>
        <w:jc w:val="right"/>
      </w:pPr>
      <w:r>
        <w:t>یو نو، منی از موسٹ امپورٹنٹ تھنگز فار ایوری ہیومن بینگ۔ ایوری ون از</w:t>
      </w:r>
    </w:p>
    <w:p>
      <w:r>
        <w:rPr>
          <w:b/>
        </w:rPr>
        <w:t xml:space="preserve">[51:27] </w:t>
      </w:r>
      <w:r>
        <w:t>a great lover of money, every one loves money, every one.</w:t>
      </w:r>
    </w:p>
    <w:p>
      <w:pPr>
        <w:jc w:val="right"/>
      </w:pPr>
      <w:r>
        <w:t>ا گریٹ لور اف منی، ایوری ون لوز منی، ایوری ون۔</w:t>
      </w:r>
    </w:p>
    <w:p>
      <w:r>
        <w:rPr>
          <w:b/>
        </w:rPr>
        <w:t xml:space="preserve">[51:36] </w:t>
      </w:r>
      <w:r>
        <w:t>there is a saying in in persian language that:</w:t>
      </w:r>
    </w:p>
    <w:p>
      <w:pPr>
        <w:jc w:val="right"/>
      </w:pPr>
      <w:r>
        <w:t>دیر از ا سینگ ان ان پرشین لینگویج دیٹ:</w:t>
      </w:r>
    </w:p>
    <w:p>
      <w:r>
        <w:rPr>
          <w:b/>
        </w:rPr>
        <w:t xml:space="preserve">[51:45] </w:t>
      </w:r>
      <w:r>
        <w:t>"jame talbi mazaeqa nist, zarmi talbi sukhan dareen ast". it means that if you ask my life,</w:t>
      </w:r>
    </w:p>
    <w:p>
      <w:pPr>
        <w:jc w:val="right"/>
      </w:pPr>
      <w:r>
        <w:t>"جامی طلبی مضائقہ نیست، زرمی طلبی سخن درین است"۔ اٹ مینز دیٹ اف یو اسک مائی لائف،</w:t>
      </w:r>
    </w:p>
    <w:p>
      <w:r>
        <w:rPr>
          <w:b/>
        </w:rPr>
        <w:t xml:space="preserve">[52:03] </w:t>
      </w:r>
      <w:r>
        <w:t>then it is okay, i am ready to give you my life.</w:t>
      </w:r>
    </w:p>
    <w:p>
      <w:pPr>
        <w:jc w:val="right"/>
      </w:pPr>
      <w:r>
        <w:t>دین اٹ از اوکے، ائی ایم ریڈی ٹو گیو یو مائی لائف۔</w:t>
      </w:r>
    </w:p>
    <w:p>
      <w:r>
        <w:rPr>
          <w:b/>
        </w:rPr>
        <w:t xml:space="preserve">[52:11] </w:t>
      </w:r>
      <w:r>
        <w:t>jame talbi mazaeqa nist, zarmi talbi sukhan dareen ast. if you ask my life, it is okay, but if you ask money,</w:t>
      </w:r>
    </w:p>
    <w:p>
      <w:pPr>
        <w:jc w:val="right"/>
      </w:pPr>
      <w:r>
        <w:t>جامی طلبی مضائقہ نیست، زرمی طلبی سخن درین است۔ اف یو اسک مائی لائف، اٹ از اوکے، بٹ اف یو اسک منی،</w:t>
      </w:r>
    </w:p>
    <w:p>
      <w:r>
        <w:rPr>
          <w:b/>
        </w:rPr>
        <w:t xml:space="preserve">[52:28] </w:t>
      </w:r>
      <w:r>
        <w:t>so it is not very easy.</w:t>
      </w:r>
    </w:p>
    <w:p>
      <w:pPr>
        <w:jc w:val="right"/>
      </w:pPr>
      <w:r>
        <w:t>سو اٹ از ناٹ ویری ایزی۔</w:t>
      </w:r>
    </w:p>
    <w:p>
      <w:r>
        <w:rPr>
          <w:b/>
        </w:rPr>
        <w:t xml:space="preserve">[52:35] </w:t>
      </w:r>
      <w:r>
        <w:t>it is a difficult question. so, man loves money,</w:t>
      </w:r>
    </w:p>
    <w:p>
      <w:pPr>
        <w:jc w:val="right"/>
      </w:pPr>
      <w:r>
        <w:t>اٹ از ا ڈیفیکلٹ کوئسچن۔ سو، مین لوز منی،</w:t>
      </w:r>
    </w:p>
    <w:p>
      <w:r>
        <w:rPr>
          <w:b/>
        </w:rPr>
        <w:t xml:space="preserve">[52:47] </w:t>
      </w:r>
      <w:r>
        <w:t>no one is ready to give money. fathers, every one want to spend money on his own interest, to fulfill his desires.</w:t>
      </w:r>
    </w:p>
    <w:p>
      <w:pPr>
        <w:jc w:val="right"/>
      </w:pPr>
      <w:r>
        <w:t>نو ون از ریڈی ٹو گیو منی۔ فادرز، ایوری ون وانٹ ٹو سپینڈ منی ان ہز اون انٹرسٹ، ٹو فل فل ہز ڈیزائرز۔</w:t>
      </w:r>
    </w:p>
    <w:p>
      <w:r>
        <w:rPr>
          <w:b/>
        </w:rPr>
        <w:t xml:space="preserve">[53:01] </w:t>
      </w:r>
      <w:r>
        <w:t>so, no one by nature wants to give his money</w:t>
      </w:r>
    </w:p>
    <w:p>
      <w:pPr>
        <w:jc w:val="right"/>
      </w:pPr>
      <w:r>
        <w:t>سو، نو ون بائی نیچر وانٹس ٹو گیو ہز منی</w:t>
      </w:r>
    </w:p>
    <w:p>
      <w:r>
        <w:rPr>
          <w:b/>
        </w:rPr>
        <w:t xml:space="preserve">[53:06] </w:t>
      </w:r>
      <w:r>
        <w:t>to other people.</w:t>
      </w:r>
    </w:p>
    <w:p>
      <w:pPr>
        <w:jc w:val="right"/>
      </w:pPr>
      <w:r>
        <w:t>ٹو ادر پیپل۔</w:t>
      </w:r>
    </w:p>
    <w:p>
      <w:r>
        <w:rPr>
          <w:b/>
        </w:rPr>
        <w:t xml:space="preserve">[53:08] </w:t>
      </w:r>
      <w:r>
        <w:t>so, when you pay zakat or sadqa or infaq, you exercise, you exercising a sacrifice.</w:t>
      </w:r>
    </w:p>
    <w:p>
      <w:pPr>
        <w:jc w:val="right"/>
      </w:pPr>
      <w:r>
        <w:t>سو، وین یو پے زکوۃ اور صدقہ اور انفاق، یو ایکسرسائز، یو ایکسرسائزنگ ا سیکریفائس۔</w:t>
      </w:r>
    </w:p>
    <w:p>
      <w:r>
        <w:rPr>
          <w:b/>
        </w:rPr>
        <w:t xml:space="preserve">[53:24] </w:t>
      </w:r>
      <w:r>
        <w:t>zakat or sadqa or infaq are</w:t>
      </w:r>
    </w:p>
    <w:p>
      <w:pPr>
        <w:jc w:val="right"/>
      </w:pPr>
      <w:r>
        <w:t>زکوۃ اور صدقہ اور انفاق ار</w:t>
      </w:r>
    </w:p>
    <w:p>
      <w:r>
        <w:rPr>
          <w:b/>
        </w:rPr>
        <w:t xml:space="preserve">[53:29] </w:t>
      </w:r>
      <w:r>
        <w:t>an act of sacrifice, because when you pay zakat or sadqa or infaq, you kill your desires, you kill your love.</w:t>
      </w:r>
    </w:p>
    <w:p>
      <w:pPr>
        <w:jc w:val="right"/>
      </w:pPr>
      <w:r>
        <w:t>این ایکٹ اف سیکریفائس، بیکاز وین یو پے زکوۃ اور صدقہ اور انفاق، یو کلرب یور ڈیزائرز، یو کل یور لو۔</w:t>
      </w:r>
    </w:p>
    <w:p>
      <w:r>
        <w:rPr>
          <w:b/>
        </w:rPr>
        <w:t xml:space="preserve">[53:50] </w:t>
      </w:r>
      <w:r>
        <w:t>without sacrifice, one can not give his money to other. so, it is very difficult.</w:t>
      </w:r>
    </w:p>
    <w:p>
      <w:pPr>
        <w:jc w:val="right"/>
      </w:pPr>
      <w:r>
        <w:t>وداؤٹ سیکریفائس، ون کین ناٹ گیو ہز منی ٹو ادر۔ سو، اٹ از ویری ڈیفیکلٹ۔</w:t>
      </w:r>
    </w:p>
    <w:p>
      <w:r>
        <w:rPr>
          <w:b/>
        </w:rPr>
        <w:t xml:space="preserve">[54:02] </w:t>
      </w:r>
      <w:r>
        <w:t>this is the formula of tazkiya or purification.</w:t>
      </w:r>
    </w:p>
    <w:p>
      <w:pPr>
        <w:jc w:val="right"/>
      </w:pPr>
      <w:r>
        <w:t>دس از دا فارمولا اف تزکیہ اور پیوریفیکیشن۔</w:t>
      </w:r>
    </w:p>
    <w:p>
      <w:r>
        <w:rPr>
          <w:b/>
        </w:rPr>
        <w:t xml:space="preserve">[54:10] </w:t>
      </w:r>
      <w:r>
        <w:t>you love money, you want to fulfill your desires, but when you give money to other for the sake of god, then you are you are killing your desire, you are killing your love towards money.</w:t>
      </w:r>
    </w:p>
    <w:p>
      <w:pPr>
        <w:jc w:val="right"/>
      </w:pPr>
      <w:r>
        <w:t>یو لو منی، یو وانٹ ٹو فل فل یور ڈیزائرز، بٹ وین یو گیو منی ٹو ادر فار دا سیک اف گاڈ، دین یو ار یو ار کلربنگ یور ڈیزائر، یو ار کلربنگ یور لو ٹورڈز منی۔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