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with Khaja Kaleemuddin 29 Aug 2021</w:t>
      </w:r>
    </w:p>
    <w:p>
      <w:r>
        <w:t>https://www.youtube.com/watch?v=oKq_ptPZOVE</w:t>
      </w:r>
    </w:p>
    <w:p>
      <w:r>
        <w:rPr>
          <w:b/>
        </w:rPr>
        <w:t xml:space="preserve">[00:11] </w:t>
      </w:r>
      <w:r>
        <w:t>assalam o alaikum every one. today we have a very special guest in cps international delhi centre. we have cps usa chapter head, khwaja kaleemuddin sahib.</w:t>
      </w:r>
    </w:p>
    <w:p>
      <w:pPr>
        <w:jc w:val="right"/>
      </w:pPr>
      <w:r>
        <w:t>السلام علیکم ایوری ون۔ ٹوڈے وی ہیو ا ویری سپیشل گیسٹ ان سی پی ایس انٹرنیشنل ڈیلی سینٹر۔ وی ہیو سی پی ایس یو ایس اے چیپٹر ہیڈ، خواجہ کلیم الدین صاحب۔</w:t>
      </w:r>
    </w:p>
    <w:p>
      <w:r>
        <w:rPr>
          <w:b/>
        </w:rPr>
        <w:t xml:space="preserve">[00:25] </w:t>
      </w:r>
      <w:r>
        <w:t>khwaja kaleemuddin sahib by profession is a teacher, and he has taught in many countries. he started his teaching profession</w:t>
      </w:r>
    </w:p>
    <w:p>
      <w:pPr>
        <w:jc w:val="right"/>
      </w:pPr>
      <w:r>
        <w:t>خواجہ کلیم الدین صاحب بائے پروفیشن از ا ٹیچر، اینڈ ہیز ٹاٹ ان مینی کنٹریز۔ ہی سٹارٹڈ ہز ٹیچنگ پروفیشن</w:t>
      </w:r>
    </w:p>
    <w:p>
      <w:r>
        <w:rPr>
          <w:b/>
        </w:rPr>
        <w:t xml:space="preserve">[00:34] </w:t>
      </w:r>
      <w:r>
        <w:t>in delhi, and then after that he moved to zambia, where he taught for few years. and after zambia, then he moved into nigeria, and then after nigeria he settled down finally in the usa.</w:t>
      </w:r>
    </w:p>
    <w:p>
      <w:pPr>
        <w:jc w:val="right"/>
      </w:pPr>
      <w:r>
        <w:t>ان ڈیلی، اینڈ دین افٹر دیٹ ہی موو ٹو زامبیا، ویر ہی ٹاٹ فار فیو ایئرز۔ اینڈ افٹر زامبیا، دین ہی مووڈ ان ٹو نائجیریا، اینڈ دین افٹر نائجیریا ہی سیٹل ڈاؤن فائنلی ان دا یو ایس۔</w:t>
      </w:r>
    </w:p>
    <w:p>
      <w:r>
        <w:rPr>
          <w:b/>
        </w:rPr>
        <w:t xml:space="preserve">[00:49] </w:t>
      </w:r>
      <w:r>
        <w:t>khwaja kaleemuddin sahib has been associated with Maulana Wahiduddin Khan sahib and his mission for more than forty years. in fact, he is study Maulana sahib ideology very deeply and very minutely.</w:t>
      </w:r>
    </w:p>
    <w:p>
      <w:pPr>
        <w:jc w:val="right"/>
      </w:pPr>
      <w:r>
        <w:t>خواجہ کلیم الدین صاحب ہیز بین ایسوسیٹڈ ود مولانا وحید الدین خان صاحب اینڈ ہز مشن فار مور دین فورٹی ایئرز۔ ان فیکٹ، ہی از سٹڈی مولانا صاحب ائیڈیالوجی ویری ڈیپلی اینڈ ویری مائنوٹلی۔</w:t>
      </w:r>
    </w:p>
    <w:p>
      <w:r>
        <w:rPr>
          <w:b/>
        </w:rPr>
        <w:t xml:space="preserve">[01:04] </w:t>
      </w:r>
      <w:r>
        <w:t>he has been</w:t>
      </w:r>
    </w:p>
    <w:p>
      <w:pPr>
        <w:jc w:val="right"/>
      </w:pPr>
      <w:r>
        <w:t>ہی ہیز بین</w:t>
      </w:r>
    </w:p>
    <w:p>
      <w:r>
        <w:rPr>
          <w:b/>
        </w:rPr>
        <w:t xml:space="preserve">[01:04] </w:t>
      </w:r>
      <w:r>
        <w:t>instrumental in setting up the cps usa chapter and the quran distribution that he has undertaken in a massive way.</w:t>
      </w:r>
    </w:p>
    <w:p>
      <w:pPr>
        <w:jc w:val="right"/>
      </w:pPr>
      <w:r>
        <w:t>انسٹرومنٹل ان سیٹنگ اپ دا سی پی ایس یو ایس اے چیپٹر اینڈ دی قرآن ڈسٹریبیوشن دیٹ ہی ہیز انڈرٹیکن ان ا میسو وے۔</w:t>
      </w:r>
    </w:p>
    <w:p>
      <w:r>
        <w:rPr>
          <w:b/>
        </w:rPr>
        <w:t xml:space="preserve">[01:16] </w:t>
      </w:r>
      <w:r>
        <w:t>in fact, the first time, in fact, if you recall that the attack that happened in New Zealand</w:t>
      </w:r>
    </w:p>
    <w:p>
      <w:pPr>
        <w:jc w:val="right"/>
      </w:pPr>
      <w:r>
        <w:t>ان فیکٹ، دی فرسٹ ٹائم، ان فیکٹ، اف یو ریکال دیٹ دی اٹیک دیٹ ہیپنڈ ان نیوزی لینڈ</w:t>
      </w:r>
    </w:p>
    <w:p>
      <w:r>
        <w:rPr>
          <w:b/>
        </w:rPr>
        <w:t xml:space="preserve">[01:24] </w:t>
      </w:r>
      <w:r>
        <w:t>in the mosque, Kaleem sahib was the first CPS member who responded, and he went to New Zealand. And after that, in subsequent trips, he was able to establish some local Quran distribution.</w:t>
      </w:r>
    </w:p>
    <w:p>
      <w:pPr>
        <w:jc w:val="right"/>
      </w:pPr>
      <w:r>
        <w:t>ان دا مسک، کلیم صاحب واز دا فرسٹ سی پی ایس ممبر ہو ریسپانڈڈ، اینڈ ہی وینٹ ٹو نیوزی لینڈ۔ اینڈ افٹر دیٹ، ان سبسیکونٹ ٹرپس، ہی واز ایبل ٹو اسٹیبلش سم لوکل قرآن ڈسٹریبیوشن۔</w:t>
      </w:r>
    </w:p>
    <w:p>
      <w:r>
        <w:rPr>
          <w:b/>
        </w:rPr>
        <w:t xml:space="preserve">[01:39] </w:t>
      </w:r>
      <w:r>
        <w:t>Today, if you visit the same mosque, you will find a shelf with Quran</w:t>
      </w:r>
    </w:p>
    <w:p>
      <w:pPr>
        <w:jc w:val="right"/>
      </w:pPr>
      <w:r>
        <w:t>ٹوڈے، اف یو وزٹ دا سیم مسک، یو ویل فائنڈ ا شیلف ود قرآن</w:t>
      </w:r>
    </w:p>
    <w:p>
      <w:r>
        <w:rPr>
          <w:b/>
        </w:rPr>
        <w:t xml:space="preserve">[01:45] </w:t>
      </w:r>
      <w:r>
        <w:t>which is distributed to many people in New Zealand. This was in joint effort with good word books. Kaleem sahib has also travel to Brazil, and he has set up a youth team there, and he is very hopeful that this youth team will emerge as a</w:t>
      </w:r>
    </w:p>
    <w:p>
      <w:pPr>
        <w:jc w:val="right"/>
      </w:pPr>
      <w:r>
        <w:t>وچ از ڈسٹریبیوٹڈ ٹو مینی پیپل ان نیوزی لینڈ۔ دس واز ان جوائنٹ ایفرٹ ود گڈ ورڈ بکس۔ کلیم صاحب ہیز السو ٹریول ٹو برازیل، اینڈ ہی ہیز سیٹ اپ ا یوتھ ٹیم دیر، اینڈ ہی از ویری ہوپ فل دیٹ دس یوتھ ٹیم ویل ایمرج ایز ا</w:t>
      </w:r>
    </w:p>
    <w:p>
      <w:r>
        <w:rPr>
          <w:b/>
        </w:rPr>
        <w:t xml:space="preserve">[02:03] </w:t>
      </w:r>
      <w:r>
        <w:t>big dawah team going forward. So, there are many things that we will know from Kaleem sahib today. To aaiye chalte hain Kaleem sahib se baat cheet karte hain.</w:t>
      </w:r>
    </w:p>
    <w:p>
      <w:pPr>
        <w:jc w:val="right"/>
      </w:pPr>
      <w:r>
        <w:t>بگ دعویٰ ٹیم گوئنگ فارورڈ۔ سو، دیر ار مینی تھنگز دیٹ وی ویل نو فرام کلیم صاحب ٹوڈے۔ تو ائیے چلتے ہیں کلیم صاحب سے بات چیت کرتے ہیں۔</w:t>
      </w:r>
    </w:p>
    <w:p>
      <w:r>
        <w:rPr>
          <w:b/>
        </w:rPr>
        <w:t xml:space="preserve">[02:14] </w:t>
      </w:r>
      <w:r>
        <w:t>Assalam o alaikum Kaleem sahib.</w:t>
      </w:r>
    </w:p>
    <w:p>
      <w:pPr>
        <w:jc w:val="right"/>
      </w:pPr>
      <w:r>
        <w:t>السلام علیکم کلیم صاحب۔</w:t>
      </w:r>
    </w:p>
    <w:p>
      <w:r>
        <w:rPr>
          <w:b/>
        </w:rPr>
        <w:t xml:space="preserve">[02:16] </w:t>
      </w:r>
      <w:r>
        <w:t>Walaikum assalam. Kaleem sahib, sab se pehle to hum sab janna chahenge ke aap ka sab se pehle Maulana Wahiduddin Khan sahib se introduction kab hua?</w:t>
      </w:r>
    </w:p>
    <w:p>
      <w:pPr>
        <w:jc w:val="right"/>
      </w:pPr>
      <w:r>
        <w:t>وعلیکم السلام۔ کلیم صاحب، سب سے پہلے تو ہم سب جاننا چاہیں گے کہ آپ کا سب سے پہلے مولانا وحید الدین خان صاحب سے انٹروڈکشن کب ہوا؟</w:t>
      </w:r>
    </w:p>
    <w:p>
      <w:r>
        <w:rPr>
          <w:b/>
        </w:rPr>
        <w:t xml:space="preserve">[02:27] </w:t>
      </w:r>
      <w:r>
        <w:t>Mera introduction un se un ki risale ke through hua, un se milne se das saal pehle. Wahan par jahan main job kar raha tha, wahan ek sahib the, unhon ne is risale ko 1976 mein diya mujhe.</w:t>
      </w:r>
    </w:p>
    <w:p>
      <w:pPr>
        <w:jc w:val="right"/>
      </w:pPr>
      <w:r>
        <w:t>میرا انٹروڈکشن ان سے ان کی رسالے کے تھرو ہوا، ان سے ملنے سے دس سال پہلے۔ وہاں پر جہاں میں جاب کر رہا تھا، وہاں ایک صاحب تھے، انہوں نے اس رسالے کو 1976 میں دیا مجھے۔</w:t>
      </w:r>
    </w:p>
    <w:p>
      <w:r>
        <w:rPr>
          <w:b/>
        </w:rPr>
        <w:t xml:space="preserve">[02:47] </w:t>
      </w:r>
      <w:r>
        <w:t>To us waqt risala parha, to wahan se un se mera introduction hua un ke.</w:t>
      </w:r>
    </w:p>
    <w:p>
      <w:pPr>
        <w:jc w:val="right"/>
      </w:pPr>
      <w:r>
        <w:t>تو اس وقت رسالہ پڑھا، تو وہاں سے ان سے میرا انٹروڈکشن ہوا ان کے۔</w:t>
      </w:r>
    </w:p>
    <w:p>
      <w:r>
        <w:rPr>
          <w:b/>
        </w:rPr>
        <w:t xml:space="preserve">[02:57] </w:t>
      </w:r>
      <w:r>
        <w:t>Ji Ji</w:t>
      </w:r>
    </w:p>
    <w:p>
      <w:pPr>
        <w:jc w:val="right"/>
      </w:pPr>
      <w:r>
        <w:t>جی جی</w:t>
      </w:r>
    </w:p>
    <w:p>
      <w:r>
        <w:rPr>
          <w:b/>
        </w:rPr>
        <w:t xml:space="preserve">[02:58] </w:t>
      </w:r>
      <w:r>
        <w:t>. To Kaleem sahib, mujhe dhyan hai aap bata rahe the ke shayad das saal tak aap parhte rahe Maulana sahib ka literature.</w:t>
      </w:r>
    </w:p>
    <w:p>
      <w:pPr>
        <w:jc w:val="right"/>
      </w:pPr>
      <w:r>
        <w:t>۔ تو کلیم صاحب، مجھے دھیان ہے آپ بتا رہے تھے کہ شاید دس سال تک آپ پڑھتے رہے مولانا صاحب کا لٹریچر۔</w:t>
      </w:r>
    </w:p>
    <w:p>
      <w:r>
        <w:rPr>
          <w:b/>
        </w:rPr>
        <w:t xml:space="preserve">[03:06] </w:t>
      </w:r>
      <w:r>
        <w:t>To Maulana sahib se pehli bar aap kab physical meeting hui aap ki? Is ke bare mein thoda bataiye.</w:t>
      </w:r>
    </w:p>
    <w:p>
      <w:pPr>
        <w:jc w:val="right"/>
      </w:pPr>
      <w:r>
        <w:t>تو مولانا صاحب سے پہلی بار آپ کب فزیکل میٹنگ ہوئی آپ کی؟ اس کے بارے میں تھوڑا بتائیے۔</w:t>
      </w:r>
    </w:p>
    <w:p>
      <w:r>
        <w:rPr>
          <w:b/>
        </w:rPr>
        <w:t xml:space="preserve">[03:14] </w:t>
      </w:r>
      <w:r>
        <w:t>Haan, is se pehle main yeh bataun ke jab pehli dafa woh risala mujhe mila, us waqt mujhe Urdu parhni bhi nahi aati thi.</w:t>
      </w:r>
    </w:p>
    <w:p>
      <w:pPr>
        <w:jc w:val="right"/>
      </w:pPr>
      <w:r>
        <w:t>ہاں، اس سے پہلے میں یہ بتاؤں کہ جب پہلی دفعہ وہ رسالہ مجھے ملا، اس وقت مجھے اردو پڑھنی بھی نہیں آتی تھی۔</w:t>
      </w:r>
    </w:p>
    <w:p>
      <w:r>
        <w:rPr>
          <w:b/>
        </w:rPr>
        <w:t xml:space="preserve">[03:27] </w:t>
      </w:r>
      <w:r>
        <w:t>To madri zaban Urdu thi, aur Arabic parhna mujhe</w:t>
      </w:r>
    </w:p>
    <w:p>
      <w:pPr>
        <w:jc w:val="right"/>
      </w:pPr>
      <w:r>
        <w:t>تو مادری زبان اردو تھی، اور عربی پڑھنا مجھے</w:t>
      </w:r>
    </w:p>
    <w:p>
      <w:r>
        <w:rPr>
          <w:b/>
        </w:rPr>
        <w:t xml:space="preserve">[03:33] </w:t>
      </w:r>
      <w:r>
        <w:t>aati thi. To main ne chunke ab woh kisi ne diya tha, mujhe parhna tha, to parha Arabic script ki madad se.</w:t>
      </w:r>
    </w:p>
    <w:p>
      <w:pPr>
        <w:jc w:val="right"/>
      </w:pPr>
      <w:r>
        <w:t>آتی تھی۔ تو میں نے چونکہ اب وہ کسی نے دیا تھا، مجھے پڑھنا تھا، تو پڑھا عربی سکرپٹ کی مدد سے۔</w:t>
      </w:r>
    </w:p>
    <w:p>
      <w:r>
        <w:rPr>
          <w:b/>
        </w:rPr>
        <w:t xml:space="preserve">[03:46] </w:t>
      </w:r>
      <w:r>
        <w:t>To woh article mein, yani is mein jo articles the, meri fitrat ke mutabiq the. Ji, yani is se pehle</w:t>
      </w:r>
    </w:p>
    <w:p>
      <w:pPr>
        <w:jc w:val="right"/>
      </w:pPr>
      <w:r>
        <w:t>تو وہ آرٹیکل میں، یعنی اس میں جو آرٹیکلز تھے، میری فطرت کے مطابق تھے۔ جی، یعنی اس سے پہلے</w:t>
      </w:r>
    </w:p>
    <w:p>
      <w:r>
        <w:rPr>
          <w:b/>
        </w:rPr>
        <w:t xml:space="preserve">[03:58] </w:t>
      </w:r>
      <w:r>
        <w:t>mujhe ek bechaini si thi religion ko le kar ke. To woh articles jab parha to hikmat ka khazana tha, is ke sab is se kafi lesson mil raha tha.</w:t>
      </w:r>
    </w:p>
    <w:p>
      <w:pPr>
        <w:jc w:val="right"/>
      </w:pPr>
      <w:r>
        <w:t>مجھے ایک بے چینی سی تھی ریلیجن کو لے کر کے۔ تو وہ آرٹیکلز جب پڑھا تو حکمت کا خزانہ تھا، اس کے سب اس سے کافی لیسن مل رہا تھا۔</w:t>
      </w:r>
    </w:p>
    <w:p>
      <w:r>
        <w:rPr>
          <w:b/>
        </w:rPr>
        <w:t xml:space="preserve">[04:09] </w:t>
      </w:r>
      <w:r>
        <w:t>To phir main ne dheere dheere parhna shuru kiya. To</w:t>
      </w:r>
    </w:p>
    <w:p>
      <w:pPr>
        <w:jc w:val="right"/>
      </w:pPr>
      <w:r>
        <w:t>تو پھر میں نے دھیرے دھیرے پڑھنا شروع کیا۔ تو</w:t>
      </w:r>
    </w:p>
    <w:p>
      <w:r>
        <w:rPr>
          <w:b/>
        </w:rPr>
        <w:t xml:space="preserve">[04:15] </w:t>
      </w:r>
      <w:r>
        <w:t>parhte phir is ke baad risala musalsal parhta raha. Phir is ke baad un ki kitabein parhin main ne.</w:t>
      </w:r>
    </w:p>
    <w:p>
      <w:pPr>
        <w:jc w:val="right"/>
      </w:pPr>
      <w:r>
        <w:t>پڑھتے پھر اس کے بعد رسالہ مسلسل پڑھتا رہا۔ پھر اس کے بعد ان کی کتابیں پڑھیں میں نے۔</w:t>
      </w:r>
    </w:p>
    <w:p>
      <w:r>
        <w:rPr>
          <w:b/>
        </w:rPr>
        <w:t xml:space="preserve">[04:26] </w:t>
      </w:r>
      <w:r>
        <w:t>Is ke baad, yani mujhe India chhodna para, yani Zambia shift hua teaching assignment par.</w:t>
      </w:r>
    </w:p>
    <w:p>
      <w:pPr>
        <w:jc w:val="right"/>
      </w:pPr>
      <w:r>
        <w:t>اس کے بعد، یعنی مجھے انڈیا چھوڑنا پڑا، یعنی زامبیا شفٹ ہوا ٹیچنگ اسائنمنٹ پر۔</w:t>
      </w:r>
    </w:p>
    <w:p>
      <w:r>
        <w:rPr>
          <w:b/>
        </w:rPr>
        <w:t xml:space="preserve">[04:35] </w:t>
      </w:r>
      <w:r>
        <w:t>To sath mein risale le gaya logon ko.</w:t>
      </w:r>
    </w:p>
    <w:p>
      <w:pPr>
        <w:jc w:val="right"/>
      </w:pPr>
      <w:r>
        <w:t>تو ساتھ میں رسالے لے گیا لوگوں کو۔</w:t>
      </w:r>
    </w:p>
    <w:p>
      <w:r>
        <w:rPr>
          <w:b/>
        </w:rPr>
        <w:t xml:space="preserve">[04:40] </w:t>
      </w:r>
      <w:r>
        <w:t>Yani musalsal yeh, yani teen char saal to jo hai yeh parhne mein hi nikal gaye. Ek to jo hai slow reading thi, aur is ke baad, yani is mein</w:t>
      </w:r>
    </w:p>
    <w:p>
      <w:pPr>
        <w:jc w:val="right"/>
      </w:pPr>
      <w:r>
        <w:t>یعنی مسلسل یہ، یعنی تین چار سال تو جو ہے یہ پڑھنے میں ہی نکل گئے۔ ایک تو جو ہے سلو ریڈنگ تھی، اور اس کے بعد، یعنی اس میں</w:t>
      </w:r>
    </w:p>
    <w:p>
      <w:r>
        <w:rPr>
          <w:b/>
        </w:rPr>
        <w:t xml:space="preserve">[04:57] </w:t>
      </w:r>
      <w:r>
        <w:t>kafi mujhe,</w:t>
      </w:r>
    </w:p>
    <w:p>
      <w:pPr>
        <w:jc w:val="right"/>
      </w:pPr>
      <w:r>
        <w:t>کافی مجھے،</w:t>
      </w:r>
    </w:p>
    <w:p>
      <w:r>
        <w:rPr>
          <w:b/>
        </w:rPr>
        <w:t xml:space="preserve">[05:01] </w:t>
      </w:r>
      <w:r>
        <w:t>yani apne liye, apni life ke liye kafi lessons mil rahe the. Main khud parhta raha. Is ke baad main ne share karna shuru kiya.</w:t>
      </w:r>
    </w:p>
    <w:p>
      <w:pPr>
        <w:jc w:val="right"/>
      </w:pPr>
      <w:r>
        <w:t>یعنی اپنے لیے، اپنی لائف کے لیے کافی لیسنز مل رہے تھے۔ میں خود پڑھتا رہا۔ اس کے بعد میں نے شیئر کرنا شروع کیا۔</w:t>
      </w:r>
    </w:p>
    <w:p>
      <w:r>
        <w:rPr>
          <w:b/>
        </w:rPr>
        <w:t xml:space="preserve">[05:11] </w:t>
      </w:r>
      <w:r>
        <w:t>Aur is ke baad jab Nigeria, yani is tarah das saal parhta raha, aur das saal ke baad jab Maulana se 1986 mein</w:t>
      </w:r>
    </w:p>
    <w:p>
      <w:pPr>
        <w:jc w:val="right"/>
      </w:pPr>
      <w:r>
        <w:t>اور اس کے بعد جب نائجیریا، یعنی اس طرح دس سال پڑھتا رہا، اور دس سال کے بعد جب مولانا سے 1986 میں</w:t>
      </w:r>
    </w:p>
    <w:p>
      <w:r>
        <w:rPr>
          <w:b/>
        </w:rPr>
        <w:t xml:space="preserve">[05:25] </w:t>
      </w:r>
      <w:r>
        <w:t>yahan jab aaya to un se main ne mulaqat ki.</w:t>
      </w:r>
    </w:p>
    <w:p>
      <w:pPr>
        <w:jc w:val="right"/>
      </w:pPr>
      <w:r>
        <w:t>یہاں جب آیا تو ان سے میں نے ملاقات کی۔</w:t>
      </w:r>
    </w:p>
    <w:p>
      <w:r>
        <w:rPr>
          <w:b/>
        </w:rPr>
        <w:t xml:space="preserve">[05:29] </w:t>
      </w:r>
      <w:r>
        <w:t>to kaleem sahib, aap ko kya woh mulaqat yaad hai? kuch kiya baat cheet hui is ke bare mein? kuch agar aap batain</w:t>
      </w:r>
    </w:p>
    <w:p>
      <w:pPr>
        <w:jc w:val="right"/>
      </w:pPr>
      <w:r>
        <w:t>تو کلیم صاحب، آپ کو کیا وہ ملاقات یاد ہے؟ کچھ کیا بات چیت ہوئی اس کے بارے میں؟ کچھ اگر آپ بتائیں</w:t>
      </w:r>
    </w:p>
    <w:p>
      <w:r>
        <w:rPr>
          <w:b/>
        </w:rPr>
        <w:t xml:space="preserve">[05:37] </w:t>
      </w:r>
      <w:r>
        <w:t>aap humein. main nairiya se wapas ho raha tha, aur hotel mein thehra tha, aur aur jo un ka literature parhne ke baad mujhe mere zehan mein kafi bari picture thi islamic center ki, maulana ke office ki, aur kitne busy hon ge.</w:t>
      </w:r>
    </w:p>
    <w:p>
      <w:pPr>
        <w:jc w:val="right"/>
      </w:pPr>
      <w:r>
        <w:t>آپ ہمیں۔ میں نائجیریا سے واپس ہو رہا تھا، اور ہوٹل میں ٹھہرا تھا، اور اور جو ان کا لٹریچر پڑھنے کے بعد مجھے میرے ذہن میں کافی بڑی پکچر تھی اسلامک سینٹر کی، مولانا کے افس کی، اور کتنے بزی ہوں گے۔</w:t>
      </w:r>
    </w:p>
    <w:p>
      <w:r>
        <w:rPr>
          <w:b/>
        </w:rPr>
        <w:t xml:space="preserve">[05:57] </w:t>
      </w:r>
      <w:r>
        <w:t>aur kafi kuch jo hai unhon ne</w:t>
      </w:r>
    </w:p>
    <w:p>
      <w:pPr>
        <w:jc w:val="right"/>
      </w:pPr>
      <w:r>
        <w:t>اور کافی کچھ جو ہے انہوں نے</w:t>
      </w:r>
    </w:p>
    <w:p>
      <w:r>
        <w:rPr>
          <w:b/>
        </w:rPr>
        <w:t xml:space="preserve">[06:00] </w:t>
      </w:r>
      <w:r>
        <w:t>science and islam pe likha tha, aur aaj ke musalman kis tarah hona chahiye. yeh sab itni baatein thin is mein, to jis se jo hai mere zehan mein aik bohat bari picture thi ke bhai bohat busy aadmi hon ge, aur mujhe un se</w:t>
      </w:r>
    </w:p>
    <w:p>
      <w:pPr>
        <w:jc w:val="right"/>
      </w:pPr>
      <w:r>
        <w:t>سائنس اینڈ اسلام پہ لکھا تھا، اور آج کے مسلمان کس طرح ہونا چاہیے۔ یہ سب اتنی باتیں تھیں اس میں، تو جس سے جو ہے میرے ذہن میں ایک بہت بڑی پکچر تھی کہ بھئی بہت بزی آدمی ہوں گے، اور مجھے ان سے</w:t>
      </w:r>
    </w:p>
    <w:p>
      <w:r>
        <w:rPr>
          <w:b/>
        </w:rPr>
        <w:t xml:space="preserve">[06:17] </w:t>
      </w:r>
      <w:r>
        <w:t>mulaqat ka moqa shayad hi mile. aur mujhe aik hi din thehrna tha kyunke airline ki taraf se hotel mein thehra hua tha, doosre din hyderabad jani thi.</w:t>
      </w:r>
    </w:p>
    <w:p>
      <w:pPr>
        <w:jc w:val="right"/>
      </w:pPr>
      <w:r>
        <w:t>ملاقات کا موقع شاید ہی ملے۔ اور مجھے ایک ہی دن ٹھہرنا تھا کیونکہ ایئر لائن کی طرف سے ہوٹل میں ٹھہرا ہوا تھا، دوسرے دن حیدرآباد جانی تھی۔</w:t>
      </w:r>
    </w:p>
    <w:p>
      <w:r>
        <w:rPr>
          <w:b/>
        </w:rPr>
        <w:t xml:space="preserve">[06:26] </w:t>
      </w:r>
      <w:r>
        <w:t>ji, to main ne phone kiya aur kaha ke main nairiya se aaya hoon. is se already woh mujh se woh mutaarif ho chuke the kyunke risale ko main ne nairiya mein reprint karwaya tha.</w:t>
      </w:r>
    </w:p>
    <w:p>
      <w:pPr>
        <w:jc w:val="right"/>
      </w:pPr>
      <w:r>
        <w:t>جی، تو میں نے فون کیا اور کہا کہ میں نائجیریا سے آیا ہوں۔ اس سے الریڈی وہ مجھ سے وہ متعارف ہو چکے تھے کیونکہ رسالے کو میں نے نائجیریا میں ری پرنٹ کروایا تھا۔</w:t>
      </w:r>
    </w:p>
    <w:p>
      <w:r>
        <w:rPr>
          <w:b/>
        </w:rPr>
        <w:t xml:space="preserve">[06:40] </w:t>
      </w:r>
      <w:r>
        <w:t>woh is ki sample yahan bheja tha, to woh jante the. jab woh mera, main ne kaha to unhon ne fori kaha, yaani main ne</w:t>
      </w:r>
    </w:p>
    <w:p>
      <w:pPr>
        <w:jc w:val="right"/>
      </w:pPr>
      <w:r>
        <w:t>وہ اس کی سیمپل یہاں بھیجا تھا، تو وہ جانتے تھے۔ جب وہ میرا، میں نے کہا تو انہوں نے فوری کہا، یعنی میں نے</w:t>
      </w:r>
    </w:p>
    <w:p>
      <w:r>
        <w:rPr>
          <w:b/>
        </w:rPr>
        <w:t xml:space="preserve">[06:48] </w:t>
      </w:r>
      <w:r>
        <w:t>kaha aap ke paas k</w:t>
      </w:r>
    </w:p>
    <w:p>
      <w:pPr>
        <w:jc w:val="right"/>
      </w:pPr>
      <w:r>
        <w:t>کہا آپ کے پاس ک</w:t>
      </w:r>
    </w:p>
    <w:p>
      <w:r>
        <w:rPr>
          <w:b/>
        </w:rPr>
        <w:t xml:space="preserve">[06:49] </w:t>
      </w:r>
      <w:r>
        <w:t>is waqt waqt hai? main kab aaon? to unhon ne kaha aap ke paas jis waqt waqt hai, aap aa jaiye. to main ne kaha sham mein phir main mulaqat karoon ga aap se.</w:t>
      </w:r>
    </w:p>
    <w:p>
      <w:pPr>
        <w:jc w:val="right"/>
      </w:pPr>
      <w:r>
        <w:t>س وقت وقت ہے؟ میں کب آؤں؟ تو انہوں نے کہا آپ کے پاس جس وقت وقت ہے، آپ آ جائیے۔ تو میں نے کہا شام میں پھر میں ملاقات کروں گا آپ سے۔</w:t>
      </w:r>
    </w:p>
    <w:p>
      <w:r>
        <w:rPr>
          <w:b/>
        </w:rPr>
        <w:t xml:space="preserve">[06:58] </w:t>
      </w:r>
      <w:r>
        <w:t>to yeh soch kar ke ke jo hai woh bohat busy hon ge. jab phone rakh diya to mujhe phir khayal aaya ke bhai woh abhi bula rahe hain, to main kyun phir sham tak intezar karoon?</w:t>
      </w:r>
    </w:p>
    <w:p>
      <w:pPr>
        <w:jc w:val="right"/>
      </w:pPr>
      <w:r>
        <w:t>تو یہ سوچ کر کے کہ جو ہے وہ بہت بزی ہوں گے۔ جب فون رکھ دیا تو مجھے پھر خیال آیا کہ بھئی وہ ابھی بلا رہے ہیں، تو میں کیوں پھر شام تک انتظار کروں؟</w:t>
      </w:r>
    </w:p>
    <w:p>
      <w:r>
        <w:rPr>
          <w:b/>
        </w:rPr>
        <w:t xml:space="preserve">[07:11] </w:t>
      </w:r>
      <w:r>
        <w:t>dobara call kiya aur phir yahan un ke paas puhanch gaya usi waqt. to jab main ne un ko dekha to itne simple office, itni simple aur itni</w:t>
      </w:r>
    </w:p>
    <w:p>
      <w:pPr>
        <w:jc w:val="right"/>
      </w:pPr>
      <w:r>
        <w:t>دوبارہ کال کیا اور پھر یہاں ان کے پاس پہنچ گیا اسی وقت۔ تو جب میں نے ان کو دیکھا تو اتنے سمپل افس، اتنی سمپل اور اتنی</w:t>
      </w:r>
    </w:p>
    <w:p>
      <w:r>
        <w:rPr>
          <w:b/>
        </w:rPr>
        <w:t xml:space="preserve">[07:28] </w:t>
      </w:r>
      <w:r>
        <w:t>simplicity dekh kar ke to mujhe bara taajjub hua ke yaani ultra modern office hogi, kafi log hon ge, aur is tarah.</w:t>
      </w:r>
    </w:p>
    <w:p>
      <w:pPr>
        <w:jc w:val="right"/>
      </w:pPr>
      <w:r>
        <w:t>سمپلیسٹی دیکھ کر کے تو مجھے بڑا تعجب ہوا کہ یعنی الٹرا ماڈرن افس ہوگی، کافی لوگ ہوں گے، اور اس طرح۔</w:t>
      </w:r>
    </w:p>
    <w:p>
      <w:r>
        <w:rPr>
          <w:b/>
        </w:rPr>
        <w:t xml:space="preserve">[07:39] </w:t>
      </w:r>
      <w:r>
        <w:t>aur woh khud se jo hai unhon ne welcome kiya, aur</w:t>
      </w:r>
    </w:p>
    <w:p>
      <w:pPr>
        <w:jc w:val="right"/>
      </w:pPr>
      <w:r>
        <w:t>اور وہ خود سے جو ہے انہوں نے ویلکم کیا، اور</w:t>
      </w:r>
    </w:p>
    <w:p>
      <w:r>
        <w:rPr>
          <w:b/>
        </w:rPr>
        <w:t xml:space="preserve">[07:46] </w:t>
      </w:r>
      <w:r>
        <w:t>kuch dry fruit the, woh plate woh la kar ke unhon ne diya. phir us waqt jo hai unhon ne</w:t>
      </w:r>
    </w:p>
    <w:p>
      <w:pPr>
        <w:jc w:val="right"/>
      </w:pPr>
      <w:r>
        <w:t>کچھ ڈرائی فروٹ تھے، وہ پلیٹ وہ لا کر کے انہوں نے دیا۔ پھر اس وقت جو ہے انہوں نے</w:t>
      </w:r>
    </w:p>
    <w:p>
      <w:r>
        <w:rPr>
          <w:b/>
        </w:rPr>
        <w:t xml:space="preserve">[07:59] </w:t>
      </w:r>
      <w:r>
        <w:t>woh risale ke jo risala un ke hath mein tha, jo ab nigerian edition main ne woh bheja tha, to us ke talluq se woh poochte rahe.</w:t>
      </w:r>
    </w:p>
    <w:p>
      <w:pPr>
        <w:jc w:val="right"/>
      </w:pPr>
      <w:r>
        <w:t>وہ رسالے کے جو رسالہ ان کے ہاتھ میں تھا، جو اب نائجیرین ایڈیشن میں نے وہ بھیجا تھا، تو اس کے تعلق سے وہ پوچھتے رہے۔</w:t>
      </w:r>
    </w:p>
    <w:p>
      <w:r>
        <w:rPr>
          <w:b/>
        </w:rPr>
        <w:t xml:space="preserve">[08:11] </w:t>
      </w:r>
      <w:r>
        <w:t>aur is tarah jo hai baat cheet chalti rahi.</w:t>
      </w:r>
    </w:p>
    <w:p>
      <w:pPr>
        <w:jc w:val="right"/>
      </w:pPr>
      <w:r>
        <w:t>اور اس طرح جو ہے بات چیت چلتی رہی۔</w:t>
      </w:r>
    </w:p>
    <w:p>
      <w:r>
        <w:rPr>
          <w:b/>
        </w:rPr>
        <w:t xml:space="preserve">[08:17] </w:t>
      </w:r>
      <w:r>
        <w:t>phir is ke baad.</w:t>
      </w:r>
    </w:p>
    <w:p>
      <w:pPr>
        <w:jc w:val="right"/>
      </w:pPr>
      <w:r>
        <w:t>پھر اس کے بعد۔</w:t>
      </w:r>
    </w:p>
    <w:p>
      <w:r>
        <w:rPr>
          <w:b/>
        </w:rPr>
        <w:t xml:space="preserve">[08:20] </w:t>
      </w:r>
      <w:r>
        <w:t>ji ji. to kaleem sahib, aap ne maulana ka literature taqreeban das saal parha, aur tab aap ki shayad student life thi.</w:t>
      </w:r>
    </w:p>
    <w:p>
      <w:pPr>
        <w:jc w:val="right"/>
      </w:pPr>
      <w:r>
        <w:t>جی جی۔ تو کلیم صاحب، آپ نے مولانا کا لٹریچر تقریباً دس سال پڑھا، اور تب آپ کی شاید سٹوڈنٹ لائف تھی۔</w:t>
      </w:r>
    </w:p>
    <w:p>
      <w:r>
        <w:rPr>
          <w:b/>
        </w:rPr>
        <w:t xml:space="preserve">[08:30] </w:t>
      </w:r>
      <w:r>
        <w:t>ji, aur aap ne immediately jo jaise us ko accept kiya, aur aap is mein aage barhte rahe, parhte rahe. to aap hamein yeh bataiye ke aap ka school aur college mein kaise kaisa zehan tha</w:t>
      </w:r>
    </w:p>
    <w:p>
      <w:pPr>
        <w:jc w:val="right"/>
      </w:pPr>
      <w:r>
        <w:t>جی، اور آپ نے امیڈیٹلی جو جیسے اس کو ایکسیپٹ کیا، اور آپ اس میں آگے بڑھتے رہے، پڑھتے رہے۔ تو آپ ہمیں یہ بتائیے کہ آپ کا سکول اور کالج میں کیسے کیسا ذہن تھا</w:t>
      </w:r>
    </w:p>
    <w:p>
      <w:r>
        <w:rPr>
          <w:b/>
        </w:rPr>
        <w:t xml:space="preserve">[08:43] </w:t>
      </w:r>
      <w:r>
        <w:t>? kya is ki wajah se aap ko aasani hui, ya phir maulana ko jab aap ne parha to aap ko laga ke yahi mere dil ki awaaz hai</w:t>
      </w:r>
    </w:p>
    <w:p>
      <w:pPr>
        <w:jc w:val="right"/>
      </w:pPr>
      <w:r>
        <w:t>؟ کیا اس کی وجہ سے آپ کو آسانی ہوئی، یا پھر مولانا کو جب آپ نے پڑھا تو آپ کو لگا کہ یہی میرے دل کی آواز ہے</w:t>
      </w:r>
    </w:p>
    <w:p>
      <w:r>
        <w:rPr>
          <w:b/>
        </w:rPr>
        <w:t xml:space="preserve">[08:52] </w:t>
      </w:r>
      <w:r>
        <w:t>? ji, main jab apni zindagi ko ab peechay murr ke dekhta hoon to meri zindagi ke do parts hain.</w:t>
      </w:r>
    </w:p>
    <w:p>
      <w:pPr>
        <w:jc w:val="right"/>
      </w:pPr>
      <w:r>
        <w:t>؟ جی، میں جب اپنی زندگی کو اب پیچھے مڑ کے دیکھتا ہوں تو میری زندگی کے دو پارٹس ہیں۔</w:t>
      </w:r>
    </w:p>
    <w:p>
      <w:r>
        <w:rPr>
          <w:b/>
        </w:rPr>
        <w:t xml:space="preserve">[09:03] </w:t>
      </w:r>
      <w:r>
        <w:t>main village mein grow up hua, us waqt</w:t>
      </w:r>
    </w:p>
    <w:p>
      <w:pPr>
        <w:jc w:val="right"/>
      </w:pPr>
      <w:r>
        <w:t>میں ولیج میں گرو اپ ہوا، اس وقت</w:t>
      </w:r>
    </w:p>
    <w:p>
      <w:r>
        <w:rPr>
          <w:b/>
        </w:rPr>
        <w:t xml:space="preserve">[09:08] </w:t>
      </w:r>
      <w:r>
        <w:t>traditional islam se waqif tha. mujhe mere family se mila. is mein woh to sirf rasoomati religion tha, jis mein bataya jata tha ke bhai is ka itna sawab hai, is ka itna sawab hai, is din kar lo, is waqt kar lo to aur itna sawab barh jayega.</w:t>
      </w:r>
    </w:p>
    <w:p>
      <w:pPr>
        <w:jc w:val="right"/>
      </w:pPr>
      <w:r>
        <w:t>ٹریڈیشنل اسلام سے واقف تھا۔ مجھے میرے فیملی سے ملا۔ اس میں وہ تو صرف رسوماتی ریلیجن تھا، جس میں بتایا جاتا تھا کہ بھئی اس کا اتنا ثواب ہے، اس کا اتنا ثواب ہے، اس دن کر لو، اس وقت کر لو تو اور اتنا ثواب بڑھ جائے گا۔</w:t>
      </w:r>
    </w:p>
    <w:p>
      <w:r>
        <w:rPr>
          <w:b/>
        </w:rPr>
        <w:t xml:space="preserve">[09:28] </w:t>
      </w:r>
      <w:r>
        <w:t>to woh</w:t>
      </w:r>
    </w:p>
    <w:p>
      <w:pPr>
        <w:jc w:val="right"/>
      </w:pPr>
      <w:r>
        <w:t>تو وہ</w:t>
      </w:r>
    </w:p>
    <w:p>
      <w:r>
        <w:rPr>
          <w:b/>
        </w:rPr>
        <w:t xml:space="preserve">[09:29] </w:t>
      </w:r>
      <w:r>
        <w:t>falo to kar raha tha, lekin woh mere zehan mein nahin baith raha tha ke ke khuda ta'ala jo hai un cheezon ka muntazir hai ke bhai yeh kar lo to jo hai yeh de de ga, woh de de ga.</w:t>
      </w:r>
    </w:p>
    <w:p>
      <w:pPr>
        <w:jc w:val="right"/>
      </w:pPr>
      <w:r>
        <w:t>فالو تو کر رہا تھا، لیکن وہ میرے ذہن میں نہیں بیٹھ رہا تھا کہ کہ خدا تعالی جو ہے ان چیزوں کا منتظر ہے کہ بھئی یہ کر لو تو جو ہے یہ دے دے گا، وہ دے دے گا۔</w:t>
      </w:r>
    </w:p>
    <w:p>
      <w:r>
        <w:rPr>
          <w:b/>
        </w:rPr>
        <w:t xml:space="preserve">[09:42] </w:t>
      </w:r>
      <w:r>
        <w:t>aur phir jab mein college mein dakhil hua to</w:t>
      </w:r>
    </w:p>
    <w:p>
      <w:pPr>
        <w:jc w:val="right"/>
      </w:pPr>
      <w:r>
        <w:t>اور پھر جب میں کالج میں داخل ہوا تو</w:t>
      </w:r>
    </w:p>
    <w:p>
      <w:r>
        <w:rPr>
          <w:b/>
        </w:rPr>
        <w:t xml:space="preserve">[09:48] </w:t>
      </w:r>
      <w:r>
        <w:t>wahan par phir mein aik doosre qism ke islam se mutarif hua, aur woh hai</w:t>
      </w:r>
    </w:p>
    <w:p>
      <w:pPr>
        <w:jc w:val="right"/>
      </w:pPr>
      <w:r>
        <w:t>وہاں پر پھر میں ایک دوسرے قسم کے اسلام سے متعارف ہوا، اور وہ ہے</w:t>
      </w:r>
    </w:p>
    <w:p>
      <w:r>
        <w:rPr>
          <w:b/>
        </w:rPr>
        <w:t xml:space="preserve">[09:59] </w:t>
      </w:r>
      <w:r>
        <w:t>political interpretation keh sakte hain is ko. aur woh in mein jo wahan jin logon se mulaqat hui, aur wahan kyunke shehar ja chuka tha, shehar mein jo masjid ko mein namaz parhne jata tha, wahan par yeh idea mil raha tha ke jo hai</w:t>
      </w:r>
    </w:p>
    <w:p>
      <w:pPr>
        <w:jc w:val="right"/>
      </w:pPr>
      <w:r>
        <w:t>پولیٹیکل انٹرپریٹیشن کہہ سکتے ہیں اس کو۔ اور وہ ان میں جو وہاں جن لوگوں سے ملاقات ہوئی، اور وہاں کیونکہ شہر جا چکا تھا، شہر میں جو مسجد کو میں نماز پڑھنے جاتا تھا، وہاں پر یہ آئیڈیا مل رہا تھا کہ جو ہے</w:t>
      </w:r>
    </w:p>
    <w:p>
      <w:r>
        <w:rPr>
          <w:b/>
        </w:rPr>
        <w:t xml:space="preserve">[10:17] </w:t>
      </w:r>
      <w:r>
        <w:t>musalman aur islam jo hai superior religion hai, aur aur</w:t>
      </w:r>
    </w:p>
    <w:p>
      <w:pPr>
        <w:jc w:val="right"/>
      </w:pPr>
      <w:r>
        <w:t>مسلمان اور اسلام جو ہے سپیریئر ریلیجن ہے، اور اور</w:t>
      </w:r>
    </w:p>
    <w:p>
      <w:r>
        <w:rPr>
          <w:b/>
        </w:rPr>
        <w:t xml:space="preserve">[10:27] </w:t>
      </w:r>
      <w:r>
        <w:t>izn yani izn dam ka jo hai tafrqa paida kiya hua tha. aur hum do qaum hain, hum aur hukoomat ilahia qaim karna ji</w:t>
      </w:r>
    </w:p>
    <w:p>
      <w:pPr>
        <w:jc w:val="right"/>
      </w:pPr>
      <w:r>
        <w:t>ازن یعنی ازن دم کا جو ہے تفرقہ پیدا کیا ہوا تھا۔ اور ہم دو قوم ہیں، ہم اور حکومت الہیہ قائم کرنا جی</w:t>
      </w:r>
    </w:p>
    <w:p>
      <w:r>
        <w:rPr>
          <w:b/>
        </w:rPr>
        <w:t xml:space="preserve">[10:43] </w:t>
      </w:r>
      <w:r>
        <w:t>un ka motto tha. aur isi se mera zehan change influence ho raha tha.</w:t>
      </w:r>
    </w:p>
    <w:p>
      <w:pPr>
        <w:jc w:val="right"/>
      </w:pPr>
      <w:r>
        <w:t>ان کا موٹو تھا۔ اور اسی سے میرا ذہن چینج انفلوئنس ہو رہا تھا۔</w:t>
      </w:r>
    </w:p>
    <w:p>
      <w:r>
        <w:rPr>
          <w:b/>
        </w:rPr>
        <w:t xml:space="preserve">[10:52] </w:t>
      </w:r>
      <w:r>
        <w:t>ji ji. to phir yani jab college se farigh hua, jab mein</w:t>
      </w:r>
    </w:p>
    <w:p>
      <w:pPr>
        <w:jc w:val="right"/>
      </w:pPr>
      <w:r>
        <w:t>جی جی۔ تو پھر یعنی جب کالج سے فارغ ہوا، جب میں</w:t>
      </w:r>
    </w:p>
    <w:p>
      <w:r>
        <w:rPr>
          <w:b/>
        </w:rPr>
        <w:t xml:space="preserve">[11:02] </w:t>
      </w:r>
      <w:r>
        <w:t>yani professional life mein shamil hua to wahan par yeh risala mila mujhe.</w:t>
      </w:r>
    </w:p>
    <w:p>
      <w:pPr>
        <w:jc w:val="right"/>
      </w:pPr>
      <w:r>
        <w:t>یعنی پروفیشنل لائف میں شامل ہوا تو وہاں پر یہ رسالہ ملا مجھے۔</w:t>
      </w:r>
    </w:p>
    <w:p>
      <w:r>
        <w:rPr>
          <w:b/>
        </w:rPr>
        <w:t xml:space="preserve">[11:13] </w:t>
      </w:r>
      <w:r>
        <w:t>to ab woh yeh parh raha yani jab das saal ka mutala hua to woh Maulana ki presentation jo islam unhon ne quran aur hadith se kiya, to woh bilkul mere zehan mein baith gaya kyunke isi ka</w:t>
      </w:r>
    </w:p>
    <w:p>
      <w:pPr>
        <w:jc w:val="right"/>
      </w:pPr>
      <w:r>
        <w:t>تو اب وہ یہ پڑھ رہا یعنی جب دس سال کا مطالعہ ہوا تو وہ مولانا کی پریزنٹیشن جو اسلام انہوں نے قرآن اور حدیث سے کیا، تو وہ بالکل میرے ذہن میں بیٹھ گیا کیونکہ اسی کا</w:t>
      </w:r>
    </w:p>
    <w:p>
      <w:r>
        <w:rPr>
          <w:b/>
        </w:rPr>
        <w:t xml:space="preserve">[11:32] </w:t>
      </w:r>
      <w:r>
        <w:t>khayal tha ke yun hona chahiye. ab har page mein yani koi aisi baat nahin thi jo yeh lage ke Maulana apni taraf se koi taweel kar rahe hain.</w:t>
      </w:r>
    </w:p>
    <w:p>
      <w:pPr>
        <w:jc w:val="right"/>
      </w:pPr>
      <w:r>
        <w:t>خیال تھا کہ یوں ہونا چاہیے۔ اب ہر پیج میں یعنی کوئی ایسی بات نہیں تھی جو یہ لگے کہ مولانا اپنی طرف سے کوئی تاویل کر رہے ہیں۔</w:t>
      </w:r>
    </w:p>
    <w:p>
      <w:r>
        <w:rPr>
          <w:b/>
        </w:rPr>
        <w:t xml:space="preserve">[11:46] </w:t>
      </w:r>
      <w:r>
        <w:t>woh quran har page ya to quran ki tafseer hoti thi ya to jo hai hadith ki tafseer hoti thi. phir doosra jo hota tha jo</w:t>
      </w:r>
    </w:p>
    <w:p>
      <w:pPr>
        <w:jc w:val="right"/>
      </w:pPr>
      <w:r>
        <w:t>وہ قرآن ہر پیج یا تو قرآن کی تفسیر ہوتی تھی یا تو جو ہے حدیث کی تفسیر ہوتی تھی۔ پھر دوسرا جو ہوتا تھا جو</w:t>
      </w:r>
    </w:p>
    <w:p>
      <w:r>
        <w:rPr>
          <w:b/>
        </w:rPr>
        <w:t xml:space="preserve">[11:56] </w:t>
      </w:r>
      <w:r>
        <w:t>aap ke liye zindagi mein kaise aage badhein, aur har page pe aap ko sabr o tahammul ka jo hai sabak milta tha, aap aage kaise barh sakte hain.</w:t>
      </w:r>
    </w:p>
    <w:p>
      <w:pPr>
        <w:jc w:val="right"/>
      </w:pPr>
      <w:r>
        <w:t>آپ کے لیے زندگی میں کیسے آگے بڑھیں، اور ہر پیج پہ آپ کو صبر و تحمل کا جو ہے سبق ملتا تھا، آپ آگے کیسے بڑھ سکتے ہیں۔</w:t>
      </w:r>
    </w:p>
    <w:p>
      <w:r>
        <w:rPr>
          <w:b/>
        </w:rPr>
        <w:t xml:space="preserve">[12:10] </w:t>
      </w:r>
      <w:r>
        <w:t>aur woh baatein</w:t>
      </w:r>
    </w:p>
    <w:p>
      <w:pPr>
        <w:jc w:val="right"/>
      </w:pPr>
      <w:r>
        <w:t>اور وہ باتیں</w:t>
      </w:r>
    </w:p>
    <w:p>
      <w:r>
        <w:rPr>
          <w:b/>
        </w:rPr>
        <w:t xml:space="preserve">[12:13] </w:t>
      </w:r>
      <w:r>
        <w:t>woh itni yani dil ko lagen ke waqai isi se jo hai insan taraqqi kar sakta hai. to meri personality mein complete jo hai 180 degree ka change aa gaya jo pehle tha.</w:t>
      </w:r>
    </w:p>
    <w:p>
      <w:pPr>
        <w:jc w:val="right"/>
      </w:pPr>
      <w:r>
        <w:t>وہ اتنی یعنی دل کو لگیں کہ واقعی اسی سے جو ہے انسان ترقی کر سکتا ہے۔ تو میری پرسنیلٹی میں کمپلیٹ جو ہے 180 ڈگری کا چینج آ گیا جو پہلے تھا۔</w:t>
      </w:r>
    </w:p>
    <w:p>
      <w:r>
        <w:rPr>
          <w:b/>
        </w:rPr>
        <w:t xml:space="preserve">[12:29] </w:t>
      </w:r>
      <w:r>
        <w:t>aur is</w:t>
      </w:r>
    </w:p>
    <w:p>
      <w:pPr>
        <w:jc w:val="right"/>
      </w:pPr>
      <w:r>
        <w:t>اور اس</w:t>
      </w:r>
    </w:p>
    <w:p>
      <w:r>
        <w:rPr>
          <w:b/>
        </w:rPr>
        <w:t xml:space="preserve">[12:30] </w:t>
      </w:r>
      <w:r>
        <w:t>is din se aaj tak mein jo kuch bhi hoon, woh Maulana ki literature se meri jo personality bani hai, mein soch bhi nahin sakta tha ke jo hai is qabil insan aur is tarah ka insan mein banoon ga.</w:t>
      </w:r>
    </w:p>
    <w:p>
      <w:pPr>
        <w:jc w:val="right"/>
      </w:pPr>
      <w:r>
        <w:t>اس دن سے آج تک میں جو کچھ بھی ہوں، وہ مولانا کی لٹریچر سے میری جو پرسنیلٹی بنی ہے، میں سوچ بھی نہیں سکتا تھا کہ جو ہے اس قابل انسان اور اس طرح کا انسان میں بنوں گا۔</w:t>
      </w:r>
    </w:p>
    <w:p>
      <w:r>
        <w:rPr>
          <w:b/>
        </w:rPr>
        <w:t xml:space="preserve">[12:50] </w:t>
      </w:r>
      <w:r>
        <w:t>aur</w:t>
      </w:r>
    </w:p>
    <w:p>
      <w:pPr>
        <w:jc w:val="right"/>
      </w:pPr>
      <w:r>
        <w:t>اور</w:t>
      </w:r>
    </w:p>
    <w:p>
      <w:r>
        <w:rPr>
          <w:b/>
        </w:rPr>
        <w:t xml:space="preserve">[12:51] </w:t>
      </w:r>
      <w:r>
        <w:t>aur aik mission mil jaye ga jo ta hayat, ta yani marne tak jo hai yeh mission pe qaim rahoon.</w:t>
      </w:r>
    </w:p>
    <w:p>
      <w:pPr>
        <w:jc w:val="right"/>
      </w:pPr>
      <w:r>
        <w:t>اور ایک مشن مل جائے گا جو تا حیات، تا یعنی مرنے تک جو ہے یہ مشن پہ قائم رہوں۔</w:t>
      </w:r>
    </w:p>
    <w:p>
      <w:r>
        <w:rPr>
          <w:b/>
        </w:rPr>
        <w:t xml:space="preserve">[13:01] </w:t>
      </w:r>
      <w:r>
        <w:t>to yeh changes aaye</w:t>
      </w:r>
    </w:p>
    <w:p>
      <w:pPr>
        <w:jc w:val="right"/>
      </w:pPr>
      <w:r>
        <w:t>تو یہ چینجز آئے</w:t>
      </w:r>
    </w:p>
    <w:p>
      <w:r>
        <w:rPr>
          <w:b/>
        </w:rPr>
        <w:t xml:space="preserve">[13:03] </w:t>
      </w:r>
      <w:r>
        <w:t>ji. masha Allah. Kaleem sahib, aap ne aik bari interesting baat abhi batai ke aap ko urdu nahin aati thi. ji to kis cheez ne motivate kiya ke aap urdu seekhein?</w:t>
      </w:r>
    </w:p>
    <w:p>
      <w:pPr>
        <w:jc w:val="right"/>
      </w:pPr>
      <w:r>
        <w:t>جی۔ ماشاءاللہ۔ کلیم صاحب، آپ نے ایک بڑی انٹرسٹنگ بات ابھی بتائی کہ آپ کو اردو نہیں آتی تھی۔ جی تو کس چیز نے موٹیویٹ کیا کہ آپ اردو سیکھیں؟</w:t>
      </w:r>
    </w:p>
    <w:p>
      <w:r>
        <w:rPr>
          <w:b/>
        </w:rPr>
        <w:t xml:space="preserve">[13:14] </w:t>
      </w:r>
      <w:r>
        <w:t>ab to aap ki urdu masha Allah bohat zabardast hai, aap translation bhi karte hain. ji to yeh yeh change kaise aaya? kya motivation thi is ke peechay?</w:t>
      </w:r>
    </w:p>
    <w:p>
      <w:pPr>
        <w:jc w:val="right"/>
      </w:pPr>
      <w:r>
        <w:t>اب تو آپ کی اردو ماشاءاللہ بہت زبردست ہے، آپ ٹرانسلیشن بھی کرتے ہیں۔ جی تو یہ یہ چینج کیسے آیا؟ کیا موٹیویشن تھی اس کے پیچھے؟</w:t>
      </w:r>
    </w:p>
    <w:p>
      <w:r>
        <w:rPr>
          <w:b/>
        </w:rPr>
        <w:t xml:space="preserve">[13:25] </w:t>
      </w:r>
      <w:r>
        <w:t>yehi ke yani is yani store house of wisdom Maulana ka aik to jo hai aasani se parha jata tha, is liye ke woh aik aik page ke articles the.</w:t>
      </w:r>
    </w:p>
    <w:p>
      <w:pPr>
        <w:jc w:val="right"/>
      </w:pPr>
      <w:r>
        <w:t>یہی کہ یعنی اس یعنی سٹور ہاؤس آف وزڈم مولانا کا ایک تو جو ہے آسانی سے پڑھا جاتا تھا، اس لیے کہ وہ ایک ایک پیج کے آرٹیکلز تھے۔</w:t>
      </w:r>
    </w:p>
    <w:p>
      <w:r>
        <w:rPr>
          <w:b/>
        </w:rPr>
        <w:t xml:space="preserve">[13:38] </w:t>
      </w:r>
      <w:r>
        <w:t>is mein koi thakan nahin hoti thi, aur aik page mein itna sabak milta tha aap ki zindagi ke liye ke aap us ko bhool nahin sakte.</w:t>
      </w:r>
    </w:p>
    <w:p>
      <w:pPr>
        <w:jc w:val="right"/>
      </w:pPr>
      <w:r>
        <w:t>اس میں کوئی تھکن نہیں ہوتی تھی، اور ایک پیج میں اتنا سبق ملتا تھا آپ کی زندگی کے لیے کہ آپ اس کو بھول نہیں سکتے۔</w:t>
      </w:r>
    </w:p>
    <w:p>
      <w:r>
        <w:rPr>
          <w:b/>
        </w:rPr>
        <w:t xml:space="preserve">[13:47] </w:t>
      </w:r>
      <w:r>
        <w:t>mein jab risale parhe, us waqt to mujhe kaun sa article kaun se risale mein hai, yahan tak jo hai mujhe yaad rehta tha.</w:t>
      </w:r>
    </w:p>
    <w:p>
      <w:pPr>
        <w:jc w:val="right"/>
      </w:pPr>
      <w:r>
        <w:t>میں جب رسالے پڑھا، اس وقت تو مجھے کون سا آرٹیکل کون سے رسالے میں ہے، یہاں تک جو ہے مجھے یاد رہتا تھا۔</w:t>
      </w:r>
    </w:p>
    <w:p>
      <w:r>
        <w:rPr>
          <w:b/>
        </w:rPr>
        <w:t xml:space="preserve">[13:57] </w:t>
      </w:r>
      <w:r>
        <w:t>mashallah. jab logon se discussion mein hota to yeh falan is mein hai, yeh falan is mein hai. to is is had tak mujhe mutasir kiya Maulana ka l</w:t>
      </w:r>
    </w:p>
    <w:p>
      <w:pPr>
        <w:jc w:val="right"/>
      </w:pPr>
      <w:r>
        <w:t>ماشاءاللہ۔ جب لوگوں سے ڈسکشن میں ہوتا تو یہ فلاں اس میں ہے، یہ فلاں اس میں ہے۔ تو اس اس حد تک مجھے متاثر کیا مولانا کا ل</w:t>
      </w:r>
    </w:p>
    <w:p>
      <w:r>
        <w:rPr>
          <w:b/>
        </w:rPr>
        <w:t xml:space="preserve">[14:06] </w:t>
      </w:r>
      <w:r>
        <w:t>treacher. ji ji. aur Kaleem sahib, ek aur aham baat yeh bhi hai ke jab bhi koi reader kisi author ki kitaab parhta hai to yeh natural si baat hai ke uska uske uska jo impression hai, woh us author ko le ke banta hai.</w:t>
      </w:r>
    </w:p>
    <w:p>
      <w:pPr>
        <w:jc w:val="right"/>
      </w:pPr>
      <w:r>
        <w:t>ٹریچر۔ جی جی۔ اور کلیم صاحب، ایک اور اہم بات یہ بھی ہے کہ جب بھی کوئی ریڈر کسی آتھر کی کتاب پڑھتا ہے تو یہ نیچرل سی بات ہے کہ اس کا اس کے اس کا جو امپریشن ہے، وہ اس آتھر کو لے کے بنتا ہے۔</w:t>
      </w:r>
    </w:p>
    <w:p>
      <w:r>
        <w:rPr>
          <w:b/>
        </w:rPr>
        <w:t xml:space="preserve">[14:23] </w:t>
      </w:r>
      <w:r>
        <w:t>to jaise aap ne bhi kaha ke aap ne socha tha ke bohat bara office hoga, aur ek mental picture aap ne banai thi. lekin jab aap ki pehli dafa Maulana sahib se mulaqat hui to aap ne kya difference paya jo jaise aap ne unko discover kiya tha unki kitabon ko parh ke</w:t>
      </w:r>
    </w:p>
    <w:p>
      <w:pPr>
        <w:jc w:val="right"/>
      </w:pPr>
      <w:r>
        <w:t>تو جیسے آپ نے بھی کہا کہ آپ نے سوچا تھا کہ بہت بڑا افس ہوگا، اور ایک مینٹل پکچر آپ نے بنائی تھی۔ لیکن جب آپ کی پہلی دفعہ مولانا صاحب سے ملاقات ہوئی تو آپ نے کیا ڈیفرنس پایا جو جیسے آپ نے ان کو ڈسکور کیا تھا ان کی کتابوں کو پڑھ کے</w:t>
      </w:r>
    </w:p>
    <w:p>
      <w:r>
        <w:rPr>
          <w:b/>
        </w:rPr>
        <w:t xml:space="preserve">[14:42] </w:t>
      </w:r>
      <w:r>
        <w:t>, aur jab aap un se rubaru mile to us ke bare mein kuch bataiye. ji, bohat achi baat poochi aap ne.</w:t>
      </w:r>
    </w:p>
    <w:p>
      <w:pPr>
        <w:jc w:val="right"/>
      </w:pPr>
      <w:r>
        <w:t>، اور جب آپ ان سے روبرو ملے تو اس کے بارے میں کچھ بتائیے۔ جی، بہت اچھی بات پوچھی آپ نے۔</w:t>
      </w:r>
    </w:p>
    <w:p>
      <w:r>
        <w:rPr>
          <w:b/>
        </w:rPr>
        <w:t xml:space="preserve">[14:50] </w:t>
      </w:r>
      <w:r>
        <w:t>yeh jab mein pehli dafa mulaqat karu un se to bilkul sunsaan tha,</w:t>
      </w:r>
    </w:p>
    <w:p>
      <w:pPr>
        <w:jc w:val="right"/>
      </w:pPr>
      <w:r>
        <w:t>یہ جب میں پہلی دفعہ ملاقات کری ان سے تو بالکل سنسان تھا،</w:t>
      </w:r>
    </w:p>
    <w:p>
      <w:r>
        <w:rPr>
          <w:b/>
        </w:rPr>
        <w:t xml:space="preserve">[14:58] </w:t>
      </w:r>
      <w:r>
        <w:t>aur mere zehen mein yeh khayal tha ke jo hai yani bohat sare log honge, milne aa rahe honge, aur wahan yani is qism ka ek bara picture tha.</w:t>
      </w:r>
    </w:p>
    <w:p>
      <w:pPr>
        <w:jc w:val="right"/>
      </w:pPr>
      <w:r>
        <w:t>اور میرے ذہن میں یہ خیال تھا کہ جو ہے یعنی بہت سارے لوگ ہوں گے، ملنے آ رہے ہوں گے، اور وہاں یعنی اس قسم کا ایک بڑا پکچر تھا۔</w:t>
      </w:r>
    </w:p>
    <w:p>
      <w:r>
        <w:rPr>
          <w:b/>
        </w:rPr>
        <w:t xml:space="preserve">[15:15] </w:t>
      </w:r>
      <w:r>
        <w:t>phir maine socha ke bhai yeh kyun aisa hua ke main yahan aaya hoon to yahan koi bhi nahi hai, woh tanha baithe hue hain.</w:t>
      </w:r>
    </w:p>
    <w:p>
      <w:pPr>
        <w:jc w:val="right"/>
      </w:pPr>
      <w:r>
        <w:t>پھر میں نے سوچا کہ بھئی یہ کیوں ایسا ہوا کہ میں یہاں آیا ہوں تو یہاں کوئی بھی نہیں ہے، وہ تنہا بیٹھے ہوئے ہیں۔</w:t>
      </w:r>
    </w:p>
    <w:p>
      <w:r>
        <w:rPr>
          <w:b/>
        </w:rPr>
        <w:t xml:space="preserve">[15:26] </w:t>
      </w:r>
      <w:r>
        <w:t>phir aur isi waqt</w:t>
      </w:r>
    </w:p>
    <w:p>
      <w:pPr>
        <w:jc w:val="right"/>
      </w:pPr>
      <w:r>
        <w:t>پھر اور اسی وقت</w:t>
      </w:r>
    </w:p>
    <w:p>
      <w:r>
        <w:rPr>
          <w:b/>
        </w:rPr>
        <w:t xml:space="preserve">[15:31] </w:t>
      </w:r>
      <w:r>
        <w:t>chunki main unki sari writings ko parha tha, aur is apne zehen mein bitha bitha liya tha ke yahi sahi presentation hai Islam ka, aur yeh futuristic hai, to pehli mulaqat mein maine un se</w:t>
      </w:r>
    </w:p>
    <w:p>
      <w:pPr>
        <w:jc w:val="right"/>
      </w:pPr>
      <w:r>
        <w:t>چونکہ میں ان کی ساری رائٹنگز کو پڑھا تھا، اور اس اپنے ذہن میں بٹھا بٹھا لیا تھا کہ یہی صحیح پریزنٹیشن ہے اسلام کا، اور یہ فیوچرسٹک ہے، تو پہلی ملاقات میں میں نے ان سے</w:t>
      </w:r>
    </w:p>
    <w:p>
      <w:r>
        <w:rPr>
          <w:b/>
        </w:rPr>
        <w:t xml:space="preserve">[15:49] </w:t>
      </w:r>
      <w:r>
        <w:t>yani confess kiya, bataya ke jo hai yeh aap jo hai aap ka literature futuristic hai, aur musalmanon ka thinking level jo hai us ke mutabiq nahi hai,</w:t>
      </w:r>
    </w:p>
    <w:p>
      <w:pPr>
        <w:jc w:val="right"/>
      </w:pPr>
      <w:r>
        <w:t>یعنی کنفیس کیا، بتایا کہ جو ہے یہ آپ جو ہے آپ کا لٹریچر فیوچرسٹک ہے، اور مسلمانوں کا تھنکنگ لیول جو ہے اس کے مطابق نہیں ہے،</w:t>
      </w:r>
    </w:p>
    <w:p>
      <w:r>
        <w:rPr>
          <w:b/>
        </w:rPr>
        <w:t xml:space="preserve">[16:04] </w:t>
      </w:r>
      <w:r>
        <w:t>aur yeh literature jo hai ab aage chal kar ke sare logon ki soch yahi banegi, aur yahi sari dunya mein phailay ga.</w:t>
      </w:r>
    </w:p>
    <w:p>
      <w:pPr>
        <w:jc w:val="right"/>
      </w:pPr>
      <w:r>
        <w:t>اور یہ لٹریچر جو ہے اب آگے چل کر کے سارے لوگوں کی سوچ یہی بنے گی، اور یہی ساری دنیا میں پھیلے گا۔</w:t>
      </w:r>
    </w:p>
    <w:p>
      <w:r>
        <w:rPr>
          <w:b/>
        </w:rPr>
        <w:t xml:space="preserve">[16:15] </w:t>
      </w:r>
      <w:r>
        <w:t>to</w:t>
      </w:r>
    </w:p>
    <w:p>
      <w:pPr>
        <w:jc w:val="right"/>
      </w:pPr>
      <w:r>
        <w:t>تو</w:t>
      </w:r>
    </w:p>
    <w:p>
      <w:r>
        <w:rPr>
          <w:b/>
        </w:rPr>
        <w:t xml:space="preserve">[16:16] </w:t>
      </w:r>
      <w:r>
        <w:t>yani jab maine dekha, aur isi waqt jo hai mujhe yeh baat samajh mein aayi ke yahan yeh bilkul khamoshi kyun hai, log itne zyada kyun nahi hain.</w:t>
      </w:r>
    </w:p>
    <w:p>
      <w:pPr>
        <w:jc w:val="right"/>
      </w:pPr>
      <w:r>
        <w:t>یعنی جب میں نے دیکھا، اور اسی وقت جو ہے مجھے یہ بات سمجھ میں آئی کہ یہاں یہ بالکل خاموشی کیوں ہے، لوگ اتنے زیادہ کیوں نہیں ہیں۔</w:t>
      </w:r>
    </w:p>
    <w:p>
      <w:r>
        <w:rPr>
          <w:b/>
        </w:rPr>
        <w:t xml:space="preserve">[16:27] </w:t>
      </w:r>
      <w:r>
        <w:t>yani yahan tak ke is ke baad ki mulaqat mein do teen din mein Maulana ke sath raha. woh har fajar ki namaz ko mujhe kisi</w:t>
      </w:r>
    </w:p>
    <w:p>
      <w:pPr>
        <w:jc w:val="right"/>
      </w:pPr>
      <w:r>
        <w:t>یعنی یہاں تک کہ اس کے بعد کی ملاقات میں دو تین دن میں مولانا کے ساتھ رہا۔ وہ ہر فجر کی نماز کو مجھے کسی</w:t>
      </w:r>
    </w:p>
    <w:p>
      <w:r>
        <w:rPr>
          <w:b/>
        </w:rPr>
        <w:t xml:space="preserve">[16:36] </w:t>
      </w:r>
      <w:r>
        <w:t>har dafa ek different masjid ko le jaya le jaya karte the un ke sath fajar ki namaz parhne jaya karta tha. to wahan bhi jo hai maine yeh note kiya ke ab koi ek jo bari shakhsiyat mere zehen mein hai, to log jo hain line lagate honge musafha karne ke liye, milne ke liye.</w:t>
      </w:r>
    </w:p>
    <w:p>
      <w:pPr>
        <w:jc w:val="right"/>
      </w:pPr>
      <w:r>
        <w:t>ہر دفعہ ایک ڈفرنٹ مسجد کو لے جایا لے جایا کرتے تھے ان کے ساتھ فجر کی نماز پڑھنے جایا کرتا تھا۔ تو وہاں بھی جو ہے میں نے یہ نوٹ کیا کہ اب کوئی ایک جو بڑی شخصیت میرے ذہن میں ہے، تو لوگ جو ہیں لائن لگاتے ہوں گے مصافحہ کرنے کے لیے، ملنے کے لیے۔</w:t>
      </w:r>
    </w:p>
    <w:p>
      <w:r>
        <w:rPr>
          <w:b/>
        </w:rPr>
        <w:t xml:space="preserve">[16:58] </w:t>
      </w:r>
      <w:r>
        <w:t>to</w:t>
      </w:r>
    </w:p>
    <w:p>
      <w:pPr>
        <w:jc w:val="right"/>
      </w:pPr>
      <w:r>
        <w:t>تو</w:t>
      </w:r>
    </w:p>
    <w:p>
      <w:r>
        <w:rPr>
          <w:b/>
        </w:rPr>
        <w:t xml:space="preserve">[16:59] </w:t>
      </w:r>
      <w:r>
        <w:t>yani is cheez se main demotivate nahi hua, kyunke mujhe literature ki ahmiyat, is ka usefulness jo hai, aur is ka level jo hai mere zehen mein tha.</w:t>
      </w:r>
    </w:p>
    <w:p>
      <w:pPr>
        <w:jc w:val="right"/>
      </w:pPr>
      <w:r>
        <w:t>یعنی اس چیز سے میں ڈی موٹیویٹ نہیں ہوا، کیونکہ مجھے لٹریچر کی اہمیت، اس کا یوزفلنس جو ہے، اور اس کا لیول جو ہے میرے ذہن میں تھا۔</w:t>
      </w:r>
    </w:p>
    <w:p>
      <w:r>
        <w:rPr>
          <w:b/>
        </w:rPr>
        <w:t xml:space="preserve">[17:14] </w:t>
      </w:r>
      <w:r>
        <w:t>to jo cheez jis</w:t>
      </w:r>
    </w:p>
    <w:p>
      <w:pPr>
        <w:jc w:val="right"/>
      </w:pPr>
      <w:r>
        <w:t>تو جو چیز جس</w:t>
      </w:r>
    </w:p>
    <w:p>
      <w:r>
        <w:rPr>
          <w:b/>
        </w:rPr>
        <w:t xml:space="preserve">[17:17] </w:t>
      </w:r>
      <w:r>
        <w:t>conclusion pe main pohancha, woh yeh tha ke yeh log is baat ko samajhte hi nahi hain, un ka level yeh hai hi nahi hai.</w:t>
      </w:r>
    </w:p>
    <w:p>
      <w:pPr>
        <w:jc w:val="right"/>
      </w:pPr>
      <w:r>
        <w:t>کنکلوژن پہ میں پہنچا، وہ یہ تھا کہ یہ لوگ اس بات کو سمجھتے ہی نہیں ہیں، ان کا لیول یہ ہے ہی نہیں ہے۔</w:t>
      </w:r>
    </w:p>
    <w:p>
      <w:r>
        <w:rPr>
          <w:b/>
        </w:rPr>
        <w:t xml:space="preserve">[17:25] </w:t>
      </w:r>
      <w:r>
        <w:t>yeh un tak jin jo is baat ko samajhte hain, woh un tak jab pohnchega to woh log khud kaam karte rahenge. to is is tarah aage chal kar ke mujhe is ka confirmation bhi hua ke sari dunya mein jis ko bhi jo hai jo</w:t>
      </w:r>
    </w:p>
    <w:p>
      <w:pPr>
        <w:jc w:val="right"/>
      </w:pPr>
      <w:r>
        <w:t>یہ ان تک جن جو اس بات کو سمجھتے ہیں، وہ ان تک جب پہنچے گا تو وہ لوگ خود کام کرتے رہیں گے۔ تو اس اس طرح آگے چل کر کے مجھے اس کا کنفرمیشن بھی ہوا کہ ساری دنیا میں جس کو بھی جو ہے جو</w:t>
      </w:r>
    </w:p>
    <w:p>
      <w:r>
        <w:rPr>
          <w:b/>
        </w:rPr>
        <w:t xml:space="preserve">[17:41] </w:t>
      </w:r>
      <w:r>
        <w:t>samajhdar log hain, parhte to jin ko bhi yeh literature pohancha, woh is kaam mein lag gaye, aur is ko appreciate kiya. to is ka jo level jo mere zehen mein us waqt tha, woh mujhe zehen mein aaya ke woh aindah hoga.</w:t>
      </w:r>
    </w:p>
    <w:p>
      <w:pPr>
        <w:jc w:val="right"/>
      </w:pPr>
      <w:r>
        <w:t>سمجھدار لوگ ہیں، پڑھتے تو جن کو بھی یہ لٹریچر پہنچا، وہ اس کام میں لگ گئے، اور اس کو ایپریشیٹ کیا۔ تو اس کا جو لیول جو میرے ذہن میں اس وقت تھا، وہ مجھے ذہن میں آیا کہ وہ آئندہ ہوگا۔</w:t>
      </w:r>
    </w:p>
    <w:p>
      <w:r>
        <w:rPr>
          <w:b/>
        </w:rPr>
        <w:t xml:space="preserve">[17:56] </w:t>
      </w:r>
      <w:r>
        <w:t>hmm hmm ji ji, woh aindah hoga. is waqt jo hai, woh un log, woh log jo hain support karenge jo is level ke honge.</w:t>
      </w:r>
    </w:p>
    <w:p>
      <w:pPr>
        <w:jc w:val="right"/>
      </w:pPr>
      <w:r>
        <w:t>ہمم ہمم جی جی، وہ آئندہ ہوگا۔ اس وقت جو ہے، وہ ان لوگ، وہ لوگ جو ہیں سپورٹ کریں گے جو اس لیول کے ہوں گے۔</w:t>
      </w:r>
    </w:p>
    <w:p>
      <w:r>
        <w:rPr>
          <w:b/>
        </w:rPr>
        <w:t xml:space="preserve">[18:05] </w:t>
      </w:r>
      <w:r>
        <w:t>hmm jo is level ke nahi hain, woh to</w:t>
      </w:r>
    </w:p>
    <w:p>
      <w:pPr>
        <w:jc w:val="right"/>
      </w:pPr>
      <w:r>
        <w:t>ہمم جو اس لیول کے نہیں ہیں، وہ تو</w:t>
      </w:r>
    </w:p>
    <w:p>
      <w:r>
        <w:rPr>
          <w:b/>
        </w:rPr>
        <w:t xml:space="preserve">[18:08] </w:t>
      </w:r>
      <w:r>
        <w:t>yani hamesha Maulana parhte the, anasu adabo yani jo baat ko samajhte nahi hain, woh is ke dushman ho jate hain ya care nahi karte.</w:t>
      </w:r>
    </w:p>
    <w:p>
      <w:pPr>
        <w:jc w:val="right"/>
      </w:pPr>
      <w:r>
        <w:t>یعنی ہمیشہ مولانا پڑھتے تھے، اناسو ادابو یعنی جو بات کو سمجھتے نہیں ہیں، وہ اس کے دشمن ہو جاتے ہیں یا کیئر نہیں کرتے۔</w:t>
      </w:r>
    </w:p>
    <w:p>
      <w:r>
        <w:rPr>
          <w:b/>
        </w:rPr>
        <w:t xml:space="preserve">[18:23] </w:t>
      </w:r>
      <w:r>
        <w:t>ji to aisi baat hoti rahi, aur woh aaj confirm hota ja raha hai ke aaj un ke</w:t>
      </w:r>
    </w:p>
    <w:p>
      <w:pPr>
        <w:jc w:val="right"/>
      </w:pPr>
      <w:r>
        <w:t>جی تو ایسی بات ہوتی رہی، اور وہ آج کنفرم ہوتا جا رہا ہے کہ آج ان کے</w:t>
      </w:r>
    </w:p>
    <w:p>
      <w:r>
        <w:rPr>
          <w:b/>
        </w:rPr>
        <w:t xml:space="preserve">[18:29] </w:t>
      </w:r>
      <w:r>
        <w:t>literature ki pazeerai itni ho rahi hai ke itne log parh rahe hain, itne log faida utha rahe hain. yeh to bilkul khuli kitab hai, aap aadmi dekh sakta hai, aur aaenda chal kar ke aur bhi ziyada hoga, inshallah.</w:t>
      </w:r>
    </w:p>
    <w:p>
      <w:pPr>
        <w:jc w:val="right"/>
      </w:pPr>
      <w:r>
        <w:t>لٹریچر کی پذیرائی اتنی ہو رہی ہے کہ اتنے لوگ پڑھ رہے ہیں، اتنے لوگ فائدہ اٹھا رہے ہیں۔ یہ تو بالکل کھلی کتاب ہے، آپ آدمی دیکھ سکتا ہے، اور آئندہ چل کر کے اور بھی زیادہ ہوگا، انشاءاللہ۔</w:t>
      </w:r>
    </w:p>
    <w:p>
      <w:r>
        <w:rPr>
          <w:b/>
        </w:rPr>
        <w:t xml:space="preserve">[18:46] </w:t>
      </w:r>
      <w:r>
        <w:t>ji kaleem sahib, bilkul. balkeh main bhi relate kar kar pa raha hoon ke aap ne jaisay kaha ke Maulana ka literature bohat hi futuristic literature hai.</w:t>
      </w:r>
    </w:p>
    <w:p>
      <w:pPr>
        <w:jc w:val="right"/>
      </w:pPr>
      <w:r>
        <w:t>جی کلیم صاحب، بالکل۔ بلکہ میں بھی ریلیٹ کر کر پا رہا ہوں کہ آپ نے جیسے کہا کہ مولانا کا لٹریچر بہت ہی فیوچرسٹک لٹریچر ہے۔</w:t>
      </w:r>
    </w:p>
    <w:p>
      <w:r>
        <w:rPr>
          <w:b/>
        </w:rPr>
        <w:t xml:space="preserve">[18:57] </w:t>
      </w:r>
      <w:r>
        <w:t>to mujhe yaad aata hai ke dilli mein hi Islamic center mein aik bohat bara program kiya gaya tha, Maulana sahib ko bulaya gaya tha, aur woh program bohat kamyab hua.</w:t>
      </w:r>
    </w:p>
    <w:p>
      <w:pPr>
        <w:jc w:val="right"/>
      </w:pPr>
      <w:r>
        <w:t>تو مجھے یاد آتا ہے کہ دلی میں ہی اسلامک سینٹر میں ایک بہت بڑا پروگرام کیا گیا تھا، مولانا صاحب کو بلایا گیا تھا، اور وہ پروگرام بہت کامیاب ہوا۔</w:t>
      </w:r>
    </w:p>
    <w:p>
      <w:r>
        <w:rPr>
          <w:b/>
        </w:rPr>
        <w:t xml:space="preserve">[19:07] </w:t>
      </w:r>
      <w:r>
        <w:t>to Siraj Qureshi sahib, jo Islamic center ke sadar hain, woh bahar tak chhodne aaye Maulana ko, aur kafi</w:t>
      </w:r>
    </w:p>
    <w:p>
      <w:pPr>
        <w:jc w:val="right"/>
      </w:pPr>
      <w:r>
        <w:t>تو سراج قریشی صاحب، جو اسلامک سینٹر کے صدر ہیں، وہ باہر تک چھوڑنے آئے مولانا کو، اور کافی</w:t>
      </w:r>
    </w:p>
    <w:p>
      <w:r>
        <w:rPr>
          <w:b/>
        </w:rPr>
        <w:t xml:space="preserve">[19:16] </w:t>
      </w:r>
      <w:r>
        <w:t>emotional bhi thay. to unhon ne yahi kaha ke mujhe un ka jumla yaad hai ke Maulana sahib, aap ke literature ki value aap ke baad log bohat karenge.</w:t>
      </w:r>
    </w:p>
    <w:p>
      <w:pPr>
        <w:jc w:val="right"/>
      </w:pPr>
      <w:r>
        <w:t>ایموشنل بھی تھے۔ تو انہوں نے یہی کہا کہ مجھے ان کا جملہ یاد ہے کہ مولانا صاحب، آپ کے لٹریچر کی ویلیو آپ کے بعد لوگ بہت کریں گے۔</w:t>
      </w:r>
    </w:p>
    <w:p>
      <w:r>
        <w:rPr>
          <w:b/>
        </w:rPr>
        <w:t xml:space="preserve">[19:27] </w:t>
      </w:r>
      <w:r>
        <w:t>ji to aur yahi ab hum dekh bhi rahe hain ke sab jagah poori duniya mein literature bohat tezi se phail raha hai. ji translations ho rahe hain, aur</w:t>
      </w:r>
    </w:p>
    <w:p>
      <w:pPr>
        <w:jc w:val="right"/>
      </w:pPr>
      <w:r>
        <w:t>جی تو اور یہی اب ہم دیکھ بھی رہے ہیں کہ سب جگہ پوری دنیا میں لٹریچر بہت تیزی سے پھیل رہا ہے۔ جی ٹرانسلیشنز ہو رہے ہیں، اور</w:t>
      </w:r>
    </w:p>
    <w:p>
      <w:r>
        <w:rPr>
          <w:b/>
        </w:rPr>
        <w:t xml:space="preserve">[19:36] </w:t>
      </w:r>
      <w:r>
        <w:t>ziyada se ziyada log na keval secular world, balkeh even academic world se log Maulana ke literature pe research kar rahe hain, research kari gayi hai.</w:t>
      </w:r>
    </w:p>
    <w:p>
      <w:pPr>
        <w:jc w:val="right"/>
      </w:pPr>
      <w:r>
        <w:t>زیادہ سے زیادہ لوگ نہ کےवल سیکولر ورلڈ، بلکہ ایون اکیڈیمک ورلڈ سے لوگ مولانا کے لٹریچر پہ ریسرچ کر رہے ہیں، ریسرچ کری گئی ہے۔</w:t>
      </w:r>
    </w:p>
    <w:p>
      <w:r>
        <w:rPr>
          <w:b/>
        </w:rPr>
        <w:t xml:space="preserve">[19:46] </w:t>
      </w:r>
      <w:r>
        <w:t>to inshallah yeh ideology to hai, woh kafi spread hogi. Kaleem sahib, kafi log</w:t>
      </w:r>
    </w:p>
    <w:p>
      <w:pPr>
        <w:jc w:val="right"/>
      </w:pPr>
      <w:r>
        <w:t>تو انشاءاللہ یہ آئیڈیالوجی تو ہے، وہ کافی سپریڈ ہوگی۔ کلیم صاحب، کافی لوگ</w:t>
      </w:r>
    </w:p>
    <w:p>
      <w:r>
        <w:rPr>
          <w:b/>
        </w:rPr>
        <w:t xml:space="preserve">[19:53] </w:t>
      </w:r>
      <w:r>
        <w:t>aap aap ko is program ko live dekh rahe hain, Sudan se, Malaysia se, America se, aur comments bhi aa rahe hain. balkeh main viewers ko kahunga ke aap agar kuch Kaleem sahib se question poochna chahte hain ya comment karna chahte hain to zaroor comment section mein aap bhejein, aur apni country ka naam zaroor is mein dalein.</w:t>
      </w:r>
    </w:p>
    <w:p>
      <w:pPr>
        <w:jc w:val="right"/>
      </w:pPr>
      <w:r>
        <w:t>آپ آپ کو اس پروگرام کو لائیو دیکھ رہے ہیں، سوڈان سے، ملیشیا سے، امریکہ سے، اور کمنٹس بھی آ رہے ہیں۔ بلکہ میں ویوورز کو کہوں گا کہ آپ اگر کچھ کلیم صاحب سے کوئسچن پوچھنا چاہتے ہیں یا کمنٹ کرنا چاہتے ہیں تو ضرور کمنٹ سیکشن میں آپ بھیجیں، اور اپنی کنٹری کا نام ضرور اس میں ڈالیں۔</w:t>
      </w:r>
    </w:p>
    <w:p>
      <w:r>
        <w:rPr>
          <w:b/>
        </w:rPr>
        <w:t xml:space="preserve">[20:14] </w:t>
      </w:r>
      <w:r>
        <w:t>Maulana Iqbal Umri ne bheja hai comment aap ki baat ko sun kar ke aap ne sahi kaha, aur simple living, high thinking hi agar ho, simple living aur high thinking ho to infrastructure bara nahi chahiye.</w:t>
      </w:r>
    </w:p>
    <w:p>
      <w:pPr>
        <w:jc w:val="right"/>
      </w:pPr>
      <w:r>
        <w:t>مولانا اقبال عمری نے بھیجا ہے کمنٹ آپ کی بات کو سن کر کہ آپ نے صحیح کہا، اور سمپل لیونگ، ہائی تھنکنگ ہی اگر ہو، سمپل لیونگ اور ہائی تھنکنگ ہو تو انفراسٹرکچر بڑا نہیں چاہیے۔</w:t>
      </w:r>
    </w:p>
    <w:p>
      <w:r>
        <w:rPr>
          <w:b/>
        </w:rPr>
        <w:t xml:space="preserve">[20:28] </w:t>
      </w:r>
      <w:r>
        <w:t>ji main aage badhta hoon, Kaleem sahib.</w:t>
      </w:r>
    </w:p>
    <w:p>
      <w:pPr>
        <w:jc w:val="right"/>
      </w:pPr>
      <w:r>
        <w:t>جی میں آگے بڑھتا ہوں، کلیم صاحب۔</w:t>
      </w:r>
    </w:p>
    <w:p>
      <w:r>
        <w:rPr>
          <w:b/>
        </w:rPr>
        <w:t xml:space="preserve">[20:34] </w:t>
      </w:r>
      <w:r>
        <w:t>Kaleem sahib, aap ne jaisay bataya Maulana ko le ke un ki simplicity ke baray mein, un ki ideology ke baray mein, kaise aap ke andar badlao aaya, aap political interpretation se aage badhkar marifat ki taraf.</w:t>
      </w:r>
    </w:p>
    <w:p>
      <w:pPr>
        <w:jc w:val="right"/>
      </w:pPr>
      <w:r>
        <w:t>کلیم صاحب، آپ نے جیسے بتایا مولانا کو لے کے ان کی سمپلیسٹی کے بارے میں، ان کی آئیڈیالوجی کے بارے میں، کیسے آپ کے اندر بدلاؤ آیا، آپ پولیٹیکل انٹرپریٹیشن سے آگے بڑھ کر معرفت کی طرف۔</w:t>
      </w:r>
    </w:p>
    <w:p>
      <w:r>
        <w:rPr>
          <w:b/>
        </w:rPr>
        <w:t xml:space="preserve">[20:49] </w:t>
      </w:r>
      <w:r>
        <w:t>to Kaleem sahib, Maulana Wahiduddin Khan sahib ke thought process ko ya un ki ideology ko aap kaise describe karenge</w:t>
      </w:r>
    </w:p>
    <w:p>
      <w:pPr>
        <w:jc w:val="right"/>
      </w:pPr>
      <w:r>
        <w:t>تو کلیم صاحب، مولانا وحید الدین خان صاحب کے تھاٹ پروسیس کو یا ان کی آئیڈیالوجی کو آپ کیسے ڈسکرائب کریں گے</w:t>
      </w:r>
    </w:p>
    <w:p>
      <w:r>
        <w:rPr>
          <w:b/>
        </w:rPr>
        <w:t xml:space="preserve">[20:58] </w:t>
      </w:r>
      <w:r>
        <w:t>? aap is ko agar detail mein batayein to bohat acha rahega. yani yeh to main yahi to bata raha tha ji ke</w:t>
      </w:r>
    </w:p>
    <w:p>
      <w:pPr>
        <w:jc w:val="right"/>
      </w:pPr>
      <w:r>
        <w:t>؟ آپ اس کو اگر ڈیٹیل میں بتائیں تو بہت اچھا رہے گا۔ یعنی یہ تو میں یہی تو بتا رہا تھا جی کہ</w:t>
      </w:r>
    </w:p>
    <w:p>
      <w:r>
        <w:rPr>
          <w:b/>
        </w:rPr>
        <w:t xml:space="preserve">[21:14] </w:t>
      </w:r>
      <w:r>
        <w:t>Maulana ne Quran o Hadees se jo baat</w:t>
      </w:r>
    </w:p>
    <w:p>
      <w:pPr>
        <w:jc w:val="right"/>
      </w:pPr>
      <w:r>
        <w:t>مولانا نے قرآن و حدیث سے جو بات</w:t>
      </w:r>
    </w:p>
    <w:p>
      <w:r>
        <w:rPr>
          <w:b/>
        </w:rPr>
        <w:t xml:space="preserve">[21:22] </w:t>
      </w:r>
      <w:r>
        <w:t>muhkam tor pe ya aaj ki zaban mein nahi bataya gaya tha, us ko unhon ne bataya. koi nayi cheez pesh nahi ki hai.</w:t>
      </w:r>
    </w:p>
    <w:p>
      <w:pPr>
        <w:jc w:val="right"/>
      </w:pPr>
      <w:r>
        <w:t>محکم طور پہ یا آج کی زبان میں نہیں بتایا گیا تھا، اس کو انہوں نے بتایا۔ کوئی نئی چیز پیش نہیں کی ہے۔</w:t>
      </w:r>
    </w:p>
    <w:p>
      <w:r>
        <w:rPr>
          <w:b/>
        </w:rPr>
        <w:t xml:space="preserve">[21:30] </w:t>
      </w:r>
      <w:r>
        <w:t>jab yeh kahenge to yeh nahi hai ke jo hai unhon ne jo cheez nahi thi, us ko pesh kiya hai, us ko aaj ki zaban mein pesh kiya hai.</w:t>
      </w:r>
    </w:p>
    <w:p>
      <w:pPr>
        <w:jc w:val="right"/>
      </w:pPr>
      <w:r>
        <w:t>جب یہ کہیں گے تو یہ نہیں ہے کہ جو ہے انہوں نے جو چیز نہیں تھی، اس کو پیش کیا ہے، اس کو آج کی زبان میں پیش کیا ہے۔</w:t>
      </w:r>
    </w:p>
    <w:p>
      <w:r>
        <w:rPr>
          <w:b/>
        </w:rPr>
        <w:t xml:space="preserve">[21:41] </w:t>
      </w:r>
      <w:r>
        <w:t>yani woh khud likhte hain ke jab madrasay se farigh hue to un ko yeh ehsas hua ke jo kuch unhon ne madrasay se seekha hai, woh aaj ke jadeed insaan ko, jadeed insaan ka matlab yahan pe modern man hai, jo western man hai, us ko Islam ke talluq se</w:t>
      </w:r>
    </w:p>
    <w:p>
      <w:pPr>
        <w:jc w:val="right"/>
      </w:pPr>
      <w:r>
        <w:t>یعنی وہ خود لکھتے ہیں کہ جب مدرسے سے فارغ ہوئے تو ان کو یہ احساس ہوا کہ جو کچھ انہوں نے مدرسے سے سیکھا ہے، وہ آج کے جدید انسان کو، جدید انسان کا مطلب یہاں پہ ماڈرن مین ہے، جو ویسٹرن مین ہے، اس کو اسلام کے تعلق سے</w:t>
      </w:r>
    </w:p>
    <w:p>
      <w:r>
        <w:rPr>
          <w:b/>
        </w:rPr>
        <w:t xml:space="preserve">[22:04] </w:t>
      </w:r>
      <w:r>
        <w:t>samjhane ke liye woh jo literature maujood hai, woh nakafi hai. ya jo jo kuch unhon ne seekha hai, woh us se jo hai woh modern man ko convince nahi kar sakte, kar sakte Islam ke talluq se.</w:t>
      </w:r>
    </w:p>
    <w:p>
      <w:pPr>
        <w:jc w:val="right"/>
      </w:pPr>
      <w:r>
        <w:t>سمجھانے کے لیے وہ جو لٹریچر موجود ہے، وہ ناکافی ہے۔ یا جو جو کچھ انہوں نے سیکھا ہے، وہ اس سے جو ہے وہ ماڈرن مین کو کنونس نہیں کر سکتے، کر سکتے اسلام کے تعلق سے۔</w:t>
      </w:r>
    </w:p>
    <w:p>
      <w:r>
        <w:rPr>
          <w:b/>
        </w:rPr>
        <w:t xml:space="preserve">[22:18] </w:t>
      </w:r>
      <w:r>
        <w:t>to jaisa ke aap jante hain, unhon ne khud jo hai mehnat ki aur English seekha aur sare maghribi uloom seekhe.</w:t>
      </w:r>
    </w:p>
    <w:p>
      <w:pPr>
        <w:jc w:val="right"/>
      </w:pPr>
      <w:r>
        <w:t>تو جیسا کہ آپ جانتے ہیں، انہوں نے خود جو ہے محنت کی اور انگلش سیکھا اور سارے مغربی علوم سیکھے۔</w:t>
      </w:r>
    </w:p>
    <w:p>
      <w:r>
        <w:rPr>
          <w:b/>
        </w:rPr>
        <w:t xml:space="preserve">[22:28] </w:t>
      </w:r>
      <w:r>
        <w:t>ji aur unhon ne jana ke jo hai modern man ka thought process kya hai, woh kya sochta</w:t>
      </w:r>
    </w:p>
    <w:p>
      <w:pPr>
        <w:jc w:val="right"/>
      </w:pPr>
      <w:r>
        <w:t>جی اور انہوں نے جانا کہ جو ہے ماڈرن مین کا تھاٹ پراسیس کیا ہے، وہ کیا سوچتا</w:t>
      </w:r>
    </w:p>
    <w:p>
      <w:r>
        <w:rPr>
          <w:b/>
        </w:rPr>
        <w:t xml:space="preserve">[22:34] </w:t>
      </w:r>
      <w:r>
        <w:t>hai, us ko kya chahiye. to woh kafi lamba mutalea kiya, to us ka bohat asar hua mujh par.</w:t>
      </w:r>
    </w:p>
    <w:p>
      <w:pPr>
        <w:jc w:val="right"/>
      </w:pPr>
      <w:r>
        <w:t>ہے، اس کو کیا چاہیے۔ تو وہ کافی لمبا مطالعہ کیا، تو اس کا بہت اثر ہوا مجھ پر۔</w:t>
      </w:r>
    </w:p>
    <w:p>
      <w:r>
        <w:rPr>
          <w:b/>
        </w:rPr>
        <w:t xml:space="preserve">[22:43] </w:t>
      </w:r>
      <w:r>
        <w:t>aur us ke baad unhon ne Islam ko jo pesh kiya, modern style mein aur</w:t>
      </w:r>
    </w:p>
    <w:p>
      <w:pPr>
        <w:jc w:val="right"/>
      </w:pPr>
      <w:r>
        <w:t>اور اس کے بعد انہوں نے اسلام کو جو پیش کیا، ماڈرن سٹائل میں اور</w:t>
      </w:r>
    </w:p>
    <w:p>
      <w:r>
        <w:rPr>
          <w:b/>
        </w:rPr>
        <w:t xml:space="preserve">[22:54] </w:t>
      </w:r>
      <w:r>
        <w:t>modern man ke liye, woh kafi yani woh aaj ke liye, yani aaj ke insaan ke liye kafi yani comprehensible, comprehendible hai.</w:t>
      </w:r>
    </w:p>
    <w:p>
      <w:pPr>
        <w:jc w:val="right"/>
      </w:pPr>
      <w:r>
        <w:t>ماڈرن مین کے لیے، وہ کافی یعنی وہ آج کے لیے، یعنی آج کے انسان کے لیے کافی یعنی کمپرہنسیبل، کمپرہنڈیبل ہے۔</w:t>
      </w:r>
    </w:p>
    <w:p>
      <w:r>
        <w:rPr>
          <w:b/>
        </w:rPr>
        <w:t xml:space="preserve">[23:09] </w:t>
      </w:r>
      <w:r>
        <w:t>to un ki ideology ya un ke literature ki khasoosiyat yahi hai.</w:t>
      </w:r>
    </w:p>
    <w:p>
      <w:pPr>
        <w:jc w:val="right"/>
      </w:pPr>
      <w:r>
        <w:t>تو ان کی آئیڈیالوجی یا ان کے لٹریچر کی خصوصیت یہی ہے۔</w:t>
      </w:r>
    </w:p>
    <w:p>
      <w:r>
        <w:rPr>
          <w:b/>
        </w:rPr>
        <w:t xml:space="preserve">[23:15] </w:t>
      </w:r>
      <w:r>
        <w:t>un ke aivn translation ko bhi dekhiye, woh bhi dekhiye. to woh insaan ko woh apni baat lagti hai. jab parhta hai to woh samajhdar insaan ko, woh uska woh fitri, uski fitrat hoti hai, aur woh uske fitrat ke mutabiq hai.</w:t>
      </w:r>
    </w:p>
    <w:p>
      <w:pPr>
        <w:jc w:val="right"/>
      </w:pPr>
      <w:r>
        <w:t>ان کے ایون ٹرانسلیشن کو بھی دیکھیے، وہ بھی دیکھیے۔ تو وہ انسان کو وہ اپنی بات لگتی ہے۔ جب پڑھتا ہے تو وہ سمجھدار انسان کو، وہ اس کا وہ فطری، اس کی فطرت ہوتی ہے، اور وہ اس کے فطرت کے مطابق ہے۔</w:t>
      </w:r>
    </w:p>
    <w:p>
      <w:r>
        <w:rPr>
          <w:b/>
        </w:rPr>
        <w:t xml:space="preserve">[23:31] </w:t>
      </w:r>
      <w:r>
        <w:t>un ka literature isi liye jo hai parha likha insaan, sochne wala, seekhing person jo hai, us ko fori apna leta hai.</w:t>
      </w:r>
    </w:p>
    <w:p>
      <w:pPr>
        <w:jc w:val="right"/>
      </w:pPr>
      <w:r>
        <w:t>ان کا لٹریچر اسی لیے جو ہے پڑھا لکھا انسان، سوچنے والا، سیکھنگ پرسن جو ہے، اس کو فوری اپنا لیتا ہے۔</w:t>
      </w:r>
    </w:p>
    <w:p>
      <w:r>
        <w:rPr>
          <w:b/>
        </w:rPr>
        <w:t xml:space="preserve">[23:39] </w:t>
      </w:r>
      <w:r>
        <w:t>ji ji ji, jazak Allah kaleem sahib. doctor aslam sahib ne bhi comment bheja hai saharan pur se. unhon ne likha hai ke really mein samajhta hoon ke aap ne apne potential ko Maulana Wahiduddin Khan sahib ke literature ko parh kar actualize kiya hai aur apne aap ko badla hai.</w:t>
      </w:r>
    </w:p>
    <w:p>
      <w:pPr>
        <w:jc w:val="right"/>
      </w:pPr>
      <w:r>
        <w:t>جی جی جی، جزاک اللہ کلیم صاحب۔ ڈاکٹر اسلم صاحب نے بھی کمنٹ بھیجا ہے سہارن پور سے۔ انہوں نے لکھا ہے کہ ریلی میں سمجھتا ہوں کہ آپ نے اپنے پوٹینشل کو مولانا وحید الدین خان صاحب کے لٹریچر کو پڑھ کر ایکچولائز کیا ہے اور اپنے آپ کو بدلا ہے۔</w:t>
      </w:r>
    </w:p>
    <w:p>
      <w:r>
        <w:rPr>
          <w:b/>
        </w:rPr>
        <w:t xml:space="preserve">[23:58] </w:t>
      </w:r>
      <w:r>
        <w:t>alhamdulillah. meri khwahish hai ke hamare doosre cps member aur associates log apni mukammal capabilities ko dawah haq mein tabdeel karen.</w:t>
      </w:r>
    </w:p>
    <w:p>
      <w:pPr>
        <w:jc w:val="right"/>
      </w:pPr>
      <w:r>
        <w:t>الحمدللہ۔ میری خواہش ہے کہ ہمارے دوسرے سی پی ایس ممبر اور ایسوسی ایٹس لوگ اپنی مکمل کیپیبلٹیز کو دعویٰ حق میں تبدیل کریں۔</w:t>
      </w:r>
    </w:p>
    <w:p>
      <w:r>
        <w:rPr>
          <w:b/>
        </w:rPr>
        <w:t xml:space="preserve">[24:09] </w:t>
      </w:r>
      <w:r>
        <w:t>bahut se log jo bahut kuch kar sakte hain, lekin woh superficially kar rahe hain, jabke woh bahut kaam kar sakte hain, lekin</w:t>
      </w:r>
    </w:p>
    <w:p>
      <w:pPr>
        <w:jc w:val="right"/>
      </w:pPr>
      <w:r>
        <w:t>بہت سے لوگ جو بہت کچھ کر سکتے ہیں، لیکن وہ سپرفیشلی کر رہے ہیں، جبکہ وہ بہت کام کر سکتے ہیں، لیکن</w:t>
      </w:r>
    </w:p>
    <w:p>
      <w:r>
        <w:rPr>
          <w:b/>
        </w:rPr>
        <w:t xml:space="preserve">[24:19] </w:t>
      </w:r>
      <w:r>
        <w:t>unhein is khudae mission mein apne aap ko jhonk dena hai, tabhi Allah ka da'oti mansooba poora hoga. kaleem sahib, ek ek sawal aaya hai aap ke liye.</w:t>
      </w:r>
    </w:p>
    <w:p>
      <w:pPr>
        <w:jc w:val="right"/>
      </w:pPr>
      <w:r>
        <w:t>انہیں اس خدائے مشن میں اپنے آپ کو جھونک دینا ہے، تبھی اللہ کا دعوتی منصوبہ پورا ہوگا۔ کلیم صاحب، ایک ایک سوال آیا ہے آپ کے لیے۔</w:t>
      </w:r>
    </w:p>
    <w:p>
      <w:r>
        <w:rPr>
          <w:b/>
        </w:rPr>
        <w:t xml:space="preserve">[24:31] </w:t>
      </w:r>
      <w:r>
        <w:t>doctor junaid sheikh sahib, jo mumbai team se wasta rakhte hain, ji unhon ne likha hai ke kaleem sahib, i have one question.</w:t>
      </w:r>
    </w:p>
    <w:p>
      <w:pPr>
        <w:jc w:val="right"/>
      </w:pPr>
      <w:r>
        <w:t>ڈاکٹر جنید شیخ صاحب، جو ممبئی ٹیم سے واسطہ رکھتے ہیں، جی انہوں نے لکھا ہے کہ کلیم صاحب، آئی ہیو ون کوئسچن۔</w:t>
      </w:r>
    </w:p>
    <w:p>
      <w:r>
        <w:rPr>
          <w:b/>
        </w:rPr>
        <w:t xml:space="preserve">[24:40] </w:t>
      </w:r>
      <w:r>
        <w:t>hmm, we all know that hammering by Maulana is blessing for us because it helps us to correct our self. could you please share any such incident from your life so that we all could take lessons from it</w:t>
      </w:r>
    </w:p>
    <w:p>
      <w:pPr>
        <w:jc w:val="right"/>
      </w:pPr>
      <w:r>
        <w:t>ہمم، وی آل نو دیٹ ہیمرنگ بائے مولانا از بلیسنگ فار اس بیکاز اٹ ہیلپس اس ٹو کریکٹ اور سیلف۔ کڈ یو پلیز شیئر اینی سچ انسیڈنٹ فرام یور لائف سو دیٹ وی آل کڈ ٹیک لیسنز فرام اٹ</w:t>
      </w:r>
    </w:p>
    <w:p>
      <w:r>
        <w:rPr>
          <w:b/>
        </w:rPr>
        <w:t xml:space="preserve">[24:55] </w:t>
      </w:r>
      <w:r>
        <w:t>? main yeh baat to hamesha sochta raha. ji, main Maulana ko dekha, bahut sare logon ko hammering ki. hmm, lekin Maulana mujhe kabhi hammering kiya mauqa nahi aaya.</w:t>
      </w:r>
    </w:p>
    <w:p>
      <w:pPr>
        <w:jc w:val="right"/>
      </w:pPr>
      <w:r>
        <w:t>؟ میں یہ بات تو ہمیشہ سوچتا رہا۔ جی، میں مولانا کو دیکھا، بہت سارے لوگوں کو ہیمرنگ کی۔ ہمم، لیکن مولانا مجھے کبھی ہیمرنگ کیا موقع نہیں آیا۔</w:t>
      </w:r>
    </w:p>
    <w:p>
      <w:r>
        <w:rPr>
          <w:b/>
        </w:rPr>
        <w:t xml:space="preserve">[25:12] </w:t>
      </w:r>
      <w:r>
        <w:t>ji, ya kya cheez hai? main mere saath unhon ne kabhi bhi sakhti se baat nahi ki. ji, kya baat ho</w:t>
      </w:r>
    </w:p>
    <w:p>
      <w:pPr>
        <w:jc w:val="right"/>
      </w:pPr>
      <w:r>
        <w:t>جی، یا کیا چیز ہے؟ میں میرے ساتھ انہوں نے کبھی بھی سختی سے بات نہیں کی۔ جی، کیا بات ہو</w:t>
      </w:r>
    </w:p>
    <w:p>
      <w:r>
        <w:rPr>
          <w:b/>
        </w:rPr>
        <w:t xml:space="preserve">[25:21] </w:t>
      </w:r>
      <w:r>
        <w:t>gi? ab aap log hi bataiye, mujhe nahi maloom. yani kabhi meri hammering nahi hui. ji ji ji ji, yeh to waqai bahut zabardast baat hai.</w:t>
      </w:r>
    </w:p>
    <w:p>
      <w:pPr>
        <w:jc w:val="right"/>
      </w:pPr>
      <w:r>
        <w:t>گی؟ اب آپ لوگ ہی بتائیے، مجھے نہیں معلوم۔ یعنی کبھی میری ہیمرنگ نہیں ہوئی۔ جی جی جی جی، یہ تو واقعی بہت زبردست بات ہے۔</w:t>
      </w:r>
    </w:p>
    <w:p>
      <w:r>
        <w:rPr>
          <w:b/>
        </w:rPr>
        <w:t xml:space="preserve">[25:33] </w:t>
      </w:r>
      <w:r>
        <w:t>kaleem sahib, ab main to is ko aise hi samjhunga ke Maulana sahib ka hamesha se yeh rehta tha ke woh bahut observe karte the, aur isi mein woh size up kar lete the ke samne wala ki kya soch hai, kahan galti kar raha hai.</w:t>
      </w:r>
    </w:p>
    <w:p>
      <w:pPr>
        <w:jc w:val="right"/>
      </w:pPr>
      <w:r>
        <w:t>کلیم صاحب، اب میں تو اس کو ایسے ہی سمجھوں گا کہ مولانا صاحب کا ہمیشہ سے یہ رہتا تھا کہ وہ بہت ابزرو کرتے تھے، اور اسی میں وہ سائز اپ کر لیتے تھے کہ سامنے والا کی کیا سوچ ہے، کہاں غلطی کر رہا ہے۔</w:t>
      </w:r>
    </w:p>
    <w:p>
      <w:r>
        <w:rPr>
          <w:b/>
        </w:rPr>
        <w:t xml:space="preserve">[25:48] </w:t>
      </w:r>
      <w:r>
        <w:t>to woh is galti ko durust karne ke liye hammering karte the. unka hamesha se yeh rehta tha ke kaise is insaan ko main badlun ke yeh seedhe raaste pe chale.</w:t>
      </w:r>
    </w:p>
    <w:p>
      <w:pPr>
        <w:jc w:val="right"/>
      </w:pPr>
      <w:r>
        <w:t>تو وہ اس غلطی کو درست کرنے کے لیے ہیمرنگ کرتے تھے۔ ان کا ہمیشہ سے یہ رہتا تھا کہ کیسے اس انسان کو میں بدلوں کہ یہ سیدھے راستے پہ چلے۔</w:t>
      </w:r>
    </w:p>
    <w:p>
      <w:r>
        <w:rPr>
          <w:b/>
        </w:rPr>
        <w:t xml:space="preserve">[25:59] </w:t>
      </w:r>
      <w:r>
        <w:t>to ab jaise teacher hota hai, woh jo bachcha galat hota hai, us ko zyada hammer karta hai. jo achha bachcha hota hai, use kuch nahi kehta. to shayad aap poori tarah se un ki nazar mein ek achhe bachche the.</w:t>
      </w:r>
    </w:p>
    <w:p>
      <w:pPr>
        <w:jc w:val="right"/>
      </w:pPr>
      <w:r>
        <w:t>تو اب جیسے ٹیچر ہوتا ہے، وہ جو بچہ غلط ہوتا ہے، اس کو زیادہ ہیمر کرتا ہے۔ جو اچھا بچہ ہوتا ہے، اسے کچھ نہیں کہتا۔ تو شاید آپ پوری طریقے سے ان کی نظر میں ایک اچھے بچے تھے۔</w:t>
      </w:r>
    </w:p>
    <w:p>
      <w:r>
        <w:rPr>
          <w:b/>
        </w:rPr>
        <w:t xml:space="preserve">[26:12] </w:t>
      </w:r>
      <w:r>
        <w:t>to</w:t>
      </w:r>
    </w:p>
    <w:p>
      <w:pPr>
        <w:jc w:val="right"/>
      </w:pPr>
      <w:r>
        <w:t>تو</w:t>
      </w:r>
    </w:p>
    <w:p>
      <w:r>
        <w:rPr>
          <w:b/>
        </w:rPr>
        <w:t xml:space="preserve">[26:14] </w:t>
      </w:r>
      <w:r>
        <w:t>nahi maloom, albatt jab bar bar jo hai America aane ke liye aur kahin jaane ke liye, le jaane ke liye un ke program banata tha, to is baat pe jo hai woh ek do dafa sakhti se kaha, bhai kaleem sahib, aap samajhte hain ke main jab abhi jawan hoon, aap yeh sab karte</w:t>
      </w:r>
    </w:p>
    <w:p>
      <w:pPr>
        <w:jc w:val="right"/>
      </w:pPr>
      <w:r>
        <w:t>نہیں معلوم، البتہ جب بار بار جو ہے امریکہ آنے کے لیے اور کہیں جانے کے لیے، لے جانے کے لیے ان کے پروگرام بناتا تھا، تو اس بات پہ جو ہے وہ ایک دو دفعہ سختی سے کہا، بھئی کلیم صاحب، آپ سمجھتے ہیں کہ میں جب ابھی جوان ہوں، آپ یہ سب کرتے</w:t>
      </w:r>
    </w:p>
    <w:p>
      <w:r>
        <w:rPr>
          <w:b/>
        </w:rPr>
        <w:t xml:space="preserve">[26:32] </w:t>
      </w:r>
      <w:r>
        <w:t>kyun? aap log khud kariye, mujhe is ko yeh nahi kariye. to itni si baat woh sakhti thi, woh woh kisi galti ki woh nahi thi. woh strictly woh keh rahe the ke bhai aap yeh sab mat kariye.</w:t>
      </w:r>
    </w:p>
    <w:p>
      <w:pPr>
        <w:jc w:val="right"/>
      </w:pPr>
      <w:r>
        <w:t>کیوں؟ آپ لوگ خود کریے، مجھے اس کو یہ نہیں کریے۔ تو اتنی سی بات وہ سختی تھی، وہ وہ کسی غلطی کی وہ نہیں تھی۔ وہ سٹرکٹلی وہ کہہ رہے تھے کہ بھئی آپ یہ سب مت کریے۔</w:t>
      </w:r>
    </w:p>
    <w:p>
      <w:r>
        <w:rPr>
          <w:b/>
        </w:rPr>
        <w:t xml:space="preserve">[26:43] </w:t>
      </w:r>
      <w:r>
        <w:t>ji ji ji ji, aap se bahut mohabbat thi kaleem sahib, aur aap woh jante the ke aap ne apne aap ko poori tarah se dedicate kar rakha hai.</w:t>
      </w:r>
    </w:p>
    <w:p>
      <w:pPr>
        <w:jc w:val="right"/>
      </w:pPr>
      <w:r>
        <w:t>جی جی جی جی، آپ سے بہت محبت تھی کلیم صاحب، اور آپ وہ جانتے تھے کہ آپ نے اپنے آپ کو پوری طریقے سے ڈیڈیکیٹ کر رکھا ہے۔</w:t>
      </w:r>
    </w:p>
    <w:p>
      <w:r>
        <w:rPr>
          <w:b/>
        </w:rPr>
        <w:t xml:space="preserve">[26:53] </w:t>
      </w:r>
      <w:r>
        <w:t>aap ki taraf se koi news aati thi to bahut khush hote the. to khair, kaleem sahib, chaliye aage badhte hain.</w:t>
      </w:r>
    </w:p>
    <w:p>
      <w:pPr>
        <w:jc w:val="right"/>
      </w:pPr>
      <w:r>
        <w:t>آپ کی طرف سے کوئی نیوز آتی تھی تو بہت خوش ہوتے تھے۔ تو خیر، کلیم صاحب، چلیے آگے بڑھتے ہیں۔</w:t>
      </w:r>
    </w:p>
    <w:p>
      <w:r>
        <w:rPr>
          <w:b/>
        </w:rPr>
        <w:t xml:space="preserve">[27:01] </w:t>
      </w:r>
      <w:r>
        <w:t>ji, ab hum apna rukh karte hain US ki taraf. aap US, aap Nigeria ke baad aap US settle ho gaye, aur aap ne isi nayi opportunity ko ek dawah opportunity ke sense mein bhi aap ne us ko capitalize kiya.</w:t>
      </w:r>
    </w:p>
    <w:p>
      <w:pPr>
        <w:jc w:val="right"/>
      </w:pPr>
      <w:r>
        <w:t>جی، اب ہم اپنا رخ کرتے ہیں یو ایس کی طرف۔ آپ یو ایس، آپ نائجیریا کے بعد آپ یو ایس سیٹل ہو گئے، اور آپ نے اسی نئی اپرچونیٹی کو ایک دعویٰ اپرچونیٹی کے سینس میں بھی آپ نے اس کو کیپیٹلائز کیا۔</w:t>
      </w:r>
    </w:p>
    <w:p>
      <w:r>
        <w:rPr>
          <w:b/>
        </w:rPr>
        <w:t xml:space="preserve">[27:18] </w:t>
      </w:r>
      <w:r>
        <w:t>ji, to mera sawal yeh hai ke ab hum sab ko bataiye ke US mein kaise shuruaat hui? ji, aur US team ke bare mein.</w:t>
      </w:r>
    </w:p>
    <w:p>
      <w:pPr>
        <w:jc w:val="right"/>
      </w:pPr>
      <w:r>
        <w:t>جی، تو میرا سوال یہ ہے کہ اب ہم سب کو بتائیے کہ یو ایس میں کیسے شروعات ہوئی؟ جی، اور یو ایس ٹیم کے بارے میں۔</w:t>
      </w:r>
    </w:p>
    <w:p>
      <w:r>
        <w:rPr>
          <w:b/>
        </w:rPr>
        <w:t xml:space="preserve">[27:26] </w:t>
      </w:r>
      <w:r>
        <w:t>is ko le kar ke poora main apna journey hi batata hoon. ji ji ji, zaroor. ji, to jab bilkul is literature se poora convince ho gaya, aur yahi hai jo yani chuki Maulana ke literature mein bar bar aap ko</w:t>
      </w:r>
    </w:p>
    <w:p>
      <w:pPr>
        <w:jc w:val="right"/>
      </w:pPr>
      <w:r>
        <w:t>اس کو لے کر کے پورا میں اپنا جرنی ہی بتاتا ہوں۔ جی جی جی، ضرور۔ جی، تو جب بالکل اس لٹریچر سے پورا کنونس ہو گیا، اور یہی ہے جو یعنی چونکہ مولانا کے لٹریچر میں بار بار آپ کو</w:t>
      </w:r>
    </w:p>
    <w:p>
      <w:r>
        <w:rPr>
          <w:b/>
        </w:rPr>
        <w:t xml:space="preserve">[27:49] </w:t>
      </w:r>
      <w:r>
        <w:t>dawah, yani is ko aage le kar ke chalne ke liye, message ko jo hai logon tak pahunchane ke liye jo unhon ne inspire kiya hai, waqai koi doosra literature jo hai is tarah inspire nahi karta.</w:t>
      </w:r>
    </w:p>
    <w:p>
      <w:pPr>
        <w:jc w:val="right"/>
      </w:pPr>
      <w:r>
        <w:t>دعوت، یعنی اس کو آگے لے کر کے چلنے کے لیے، میسج کو جو ہے لوگوں تک پہنچانے کے لیے جو انہوں نے انسپائر کیا ہے، واقعی کوئی دوسرا لٹریچر جو ہے اس طرح انسپائر نہیں کرتا۔</w:t>
      </w:r>
    </w:p>
    <w:p>
      <w:r>
        <w:rPr>
          <w:b/>
        </w:rPr>
        <w:t xml:space="preserve">[28:03] </w:t>
      </w:r>
      <w:r>
        <w:t>doosri doosri baatein batata hai, lekin jo hai is message ko le jaane ka to main ne</w:t>
      </w:r>
    </w:p>
    <w:p>
      <w:pPr>
        <w:jc w:val="right"/>
      </w:pPr>
      <w:r>
        <w:t>دوسری دوسری باتیں بتاتا ہے، لیکن جو ہے اس میسج کو لے جانے کا تو میں نے</w:t>
      </w:r>
    </w:p>
    <w:p>
      <w:r>
        <w:rPr>
          <w:b/>
        </w:rPr>
        <w:t xml:space="preserve">[28:09] </w:t>
      </w:r>
      <w:r>
        <w:t>irada kar liya, aur is ko isi munasbat se Nigeria mein jab tha to wahan par yeh kitabein jab yahan se jo le gaya, jo colleagues the, kyunke wahan</w:t>
      </w:r>
    </w:p>
    <w:p>
      <w:pPr>
        <w:jc w:val="right"/>
      </w:pPr>
      <w:r>
        <w:t>ارادہ کر لیا، اور اس کو اسی مناسبت سے نائجیریا میں جب تھا تو وہاں پر یہ کتابیں جب یہاں سے جو لے گیا، جو کولیگز تھے، کیونکہ وہاں</w:t>
      </w:r>
    </w:p>
    <w:p>
      <w:r>
        <w:rPr>
          <w:b/>
        </w:rPr>
        <w:t xml:space="preserve">[28:25] </w:t>
      </w:r>
      <w:r>
        <w:t>contract pe pakistan se, kerala, yani india ke mukhtalif state se log muslims jo aaye the, un se maine share kiya.</w:t>
      </w:r>
    </w:p>
    <w:p>
      <w:pPr>
        <w:jc w:val="right"/>
      </w:pPr>
      <w:r>
        <w:t>کانٹریکٹ پہ پاکستان سے، کیرالہ، یعنی انڈیا کے مختلف سٹیٹ سے لوگ مسلمز جو آئے تھے، ان سے میں نے شیئر کیا۔</w:t>
      </w:r>
    </w:p>
    <w:p>
      <w:r>
        <w:rPr>
          <w:b/>
        </w:rPr>
        <w:t xml:space="preserve">[28:36] </w:t>
      </w:r>
      <w:r>
        <w:t>to un ka reaction jo hai, yani sab ko acha lagta tha, lekin jo log</w:t>
      </w:r>
    </w:p>
    <w:p>
      <w:pPr>
        <w:jc w:val="right"/>
      </w:pPr>
      <w:r>
        <w:t>تو ان کا ری ایکشن جو ہے، یعنی سب کو اچھا لگتا تھا، لیکن جو لوگ</w:t>
      </w:r>
    </w:p>
    <w:p>
      <w:r>
        <w:rPr>
          <w:b/>
        </w:rPr>
        <w:t xml:space="preserve">[28:45] </w:t>
      </w:r>
      <w:r>
        <w:t>koi doosri ideology se, yani jaise political interpretation hai, is literature se mutasir the, un ko is mein</w:t>
      </w:r>
    </w:p>
    <w:p>
      <w:pPr>
        <w:jc w:val="right"/>
      </w:pPr>
      <w:r>
        <w:t>کوئی دوسری آئیڈیالوجی سے، یعنی جیسے پولیٹیکل انٹرپریٹیشن ہے، اس لٹریچر سے متاثر تھے، ان کو اس میں</w:t>
      </w:r>
    </w:p>
    <w:p>
      <w:r>
        <w:rPr>
          <w:b/>
        </w:rPr>
        <w:t xml:space="preserve">[28:56] </w:t>
      </w:r>
      <w:r>
        <w:t>kya, yani wo tareef to karte the. ji, lekin un mein koi main motivation nahi dekha. ji ji ji.</w:t>
      </w:r>
    </w:p>
    <w:p>
      <w:pPr>
        <w:jc w:val="right"/>
      </w:pPr>
      <w:r>
        <w:t>کیا، یعنی وہ تعریف تو کرتے تھے۔ جی، لیکن ان میں کوئی میں موٹیویشن نہیں دیکھا۔ جی جی جی۔</w:t>
      </w:r>
    </w:p>
    <w:p>
      <w:r>
        <w:rPr>
          <w:b/>
        </w:rPr>
        <w:t xml:space="preserve">[29:04] </w:t>
      </w:r>
      <w:r>
        <w:t>ji, kuch log jo hain, is ko yani even</w:t>
      </w:r>
    </w:p>
    <w:p>
      <w:pPr>
        <w:jc w:val="right"/>
      </w:pPr>
      <w:r>
        <w:t>جی، کچھ لوگ جو ہیں، اس کو یعنی ایون</w:t>
      </w:r>
    </w:p>
    <w:p>
      <w:r>
        <w:rPr>
          <w:b/>
        </w:rPr>
        <w:t xml:space="preserve">[29:13] </w:t>
      </w:r>
      <w:r>
        <w:t>wo bhi kya hai ke bhai is ko kyun ye kar rahe hain?</w:t>
      </w:r>
    </w:p>
    <w:p>
      <w:pPr>
        <w:jc w:val="right"/>
      </w:pPr>
      <w:r>
        <w:t>وہ بھی کیا ہے کہ بھئی اس کو کیوں یہ کر رہے ہیں؟</w:t>
      </w:r>
    </w:p>
    <w:p>
      <w:r>
        <w:rPr>
          <w:b/>
        </w:rPr>
        <w:t xml:space="preserve">[29:16] </w:t>
      </w:r>
      <w:r>
        <w:t>already jo hai, hamein jo hai wo khilafat establish karni hai, aur ye to is ke ulta hai.</w:t>
      </w:r>
    </w:p>
    <w:p>
      <w:pPr>
        <w:jc w:val="right"/>
      </w:pPr>
      <w:r>
        <w:t>الریڈی جو ہے، ہمیں جو ہے وہ خلافت اسٹیبلش کرنی ہے، اور یہ تو اس کے الٹا ہے۔</w:t>
      </w:r>
    </w:p>
    <w:p>
      <w:r>
        <w:rPr>
          <w:b/>
        </w:rPr>
        <w:t xml:space="preserve">[29:26] </w:t>
      </w:r>
      <w:r>
        <w:t>ye to maine kaha bhai koi ye karna chahiye, wo karna chahiye. yani quran ki rooh se kya karna chahiye?</w:t>
      </w:r>
    </w:p>
    <w:p>
      <w:pPr>
        <w:jc w:val="right"/>
      </w:pPr>
      <w:r>
        <w:t>یہ تو میں نے کہا بھئی کوئی یہ کرنا چاہیے، وہ کرنا چاہیے۔ یعنی قرآن کی روح سے کیا کرنا چاہیے؟</w:t>
      </w:r>
    </w:p>
    <w:p>
      <w:r>
        <w:rPr>
          <w:b/>
        </w:rPr>
        <w:t xml:space="preserve">[29:34] </w:t>
      </w:r>
      <w:r>
        <w:t>kya ye baat sahi hai ya</w:t>
      </w:r>
    </w:p>
    <w:p>
      <w:pPr>
        <w:jc w:val="right"/>
      </w:pPr>
      <w:r>
        <w:t>کیا یہ بات صحیح ہے یا</w:t>
      </w:r>
    </w:p>
    <w:p>
      <w:r>
        <w:rPr>
          <w:b/>
        </w:rPr>
        <w:t xml:space="preserve">[29:37] </w:t>
      </w:r>
      <w:r>
        <w:t>wo baat sahi hai? to is ka jawab koi wo de nahi paate the. to phir is ke baad maine apna rukh jo hai nigerian ki taraf kiya.</w:t>
      </w:r>
    </w:p>
    <w:p>
      <w:pPr>
        <w:jc w:val="right"/>
      </w:pPr>
      <w:r>
        <w:t>وہ بات صحیح ہے؟ تو اس کا جواب کوئی وہ دے نہیں پاتے تھے۔ تو پھر اس کے بعد میں نے اپنا رخ جو ہے نائجیرین کی طرف کیا۔</w:t>
      </w:r>
    </w:p>
    <w:p>
      <w:r>
        <w:rPr>
          <w:b/>
        </w:rPr>
        <w:t xml:space="preserve">[29:48] </w:t>
      </w:r>
      <w:r>
        <w:t>is ka matlab ye nahi ke un logo se share karna chhod diya. main bar bar zabardasti un ke gharon pe jata, wahan asan tha, chhota sa shehar tha, to drive kar ke jata, wo ek kitab deta, doosri kitab le leta.</w:t>
      </w:r>
    </w:p>
    <w:p>
      <w:pPr>
        <w:jc w:val="right"/>
      </w:pPr>
      <w:r>
        <w:t>اس کا مطلب یہ نہیں کہ ان لوگوں سے شیئر کرنا چھوڑ دیا۔ میں بار بار زبردستی ان کے گھروں پہ جاتا، وہاں آسان تھا، چھوٹا سا شہر تھا، تو ڈرائیو کر کے جاتا، وہ ایک کتاب دیتا، دوسری کتاب لے لیتا۔</w:t>
      </w:r>
    </w:p>
    <w:p>
      <w:r>
        <w:rPr>
          <w:b/>
        </w:rPr>
        <w:t xml:space="preserve">[29:59] </w:t>
      </w:r>
      <w:r>
        <w:t>phir is ke baad jo hai, ye socha ke jo hai, jab english risala aa chuka tha, to maine socha kyunke wahan ek bulk mein mangana wo feasible nahi tha, to is ki jo hai reprint jo hai, maine wahan shuru ki aur nigerian se share kiya.</w:t>
      </w:r>
    </w:p>
    <w:p>
      <w:pPr>
        <w:jc w:val="right"/>
      </w:pPr>
      <w:r>
        <w:t>پھر اس کے بعد جو ہے، یہ سوچا کہ جو ہے، جب انگلش الرسالہ آ چکا تھا، تو میں نے سوچا کیونکہ وہاں ایک بلک میں منگانا وہ فیزیبل نہیں تھا، تو اس کی جو ہے ری پرنٹ جو ہے، میں نے وہاں شروع کی اور نائجیرین سے شیئر کیا۔</w:t>
      </w:r>
    </w:p>
    <w:p>
      <w:r>
        <w:rPr>
          <w:b/>
        </w:rPr>
        <w:t xml:space="preserve">[30:20] </w:t>
      </w:r>
      <w:r>
        <w:t>wahan par kafi jo hai, welcome kiya un logo ne, un ko bohat pasand aaya, aur wo intezar karte the ke bhai next kab aayega</w:t>
      </w:r>
    </w:p>
    <w:p>
      <w:pPr>
        <w:jc w:val="right"/>
      </w:pPr>
      <w:r>
        <w:t>وہاں پر کافی جو ہے، ویلکم کیا ان لوگوں نے، ان کو بہت پسند آیا، اور وہ انتظار کرتے تھے کہ بھئی نیکسٹ کب آئے گا</w:t>
      </w:r>
    </w:p>
    <w:p>
      <w:r>
        <w:rPr>
          <w:b/>
        </w:rPr>
        <w:t xml:space="preserve">[30:32] </w:t>
      </w:r>
      <w:r>
        <w:t>is tarah. lekin ab is ke baad wahan ke economic halaat change ho gaye, aur currency devalue ho gayi, to production cost jo hai, bohat mehnga ho gaya tha, aur mere liye bhi jo hai, wahan</w:t>
      </w:r>
    </w:p>
    <w:p>
      <w:pPr>
        <w:jc w:val="right"/>
      </w:pPr>
      <w:r>
        <w:t>اس طرح۔ لیکن اب اس کے بعد وہاں کے اکنامک حالات چینج ہو گئے، اور کرنسی ڈی ویلیو ہو گئی، تو پروڈکشن کاسٹ جو ہے، بہت مہنگا ہو گیا تھا، اور میرے لیے بھی جو ہے، وہاں</w:t>
      </w:r>
    </w:p>
    <w:p>
      <w:r>
        <w:rPr>
          <w:b/>
        </w:rPr>
        <w:t xml:space="preserve">[30:49] </w:t>
      </w:r>
      <w:r>
        <w:t>itna rehna aur continue karna faida nahi tha. aur itne mein jo hai, US jaane ki baat bhi pakki ho gayi thi. to 1989 mein ab US chala chale gaye, aur is se pehle 84 mein jab nigeria mein hi tha, itna mussam irada tha, aur</w:t>
      </w:r>
    </w:p>
    <w:p>
      <w:pPr>
        <w:jc w:val="right"/>
      </w:pPr>
      <w:r>
        <w:t>اتنا رہنا اور کنٹینیو کرنا فائدہ نہیں تھا۔ اور اتنے میں جو ہے، یو ایس جانے کی بات بھی پکی ہو گئی تھی۔ تو 1989 میں اب یو ایس چلا چلے گئے، اور اس سے پہلے 84 میں جب نائجیریا میں ہی تھا، اتنا مصمم ارادہ تھا، اور</w:t>
      </w:r>
    </w:p>
    <w:p>
      <w:r>
        <w:rPr>
          <w:b/>
        </w:rPr>
        <w:t xml:space="preserve">[31:08] </w:t>
      </w:r>
      <w:r>
        <w:t>84 mein maine hajj kiya, aur sare hajj mein mere yahi dua rahi hamesha ke Allah taala mujh se jo hai, ye kaam le le ke main is ko jo hai, sari duniya mein phaila sakun.</w:t>
      </w:r>
    </w:p>
    <w:p>
      <w:pPr>
        <w:jc w:val="right"/>
      </w:pPr>
      <w:r>
        <w:t>84 میں میں نے حج کیا، اور سارے حج میں میرے یہی دعا رہی ہمیشہ کہ اللہ تعالی مجھ سے جو ہے، یہ کام لے لے کہ میں اس کو جو ہے، ساری دنیا میں پھیلا سکوں۔</w:t>
      </w:r>
    </w:p>
    <w:p>
      <w:r>
        <w:rPr>
          <w:b/>
        </w:rPr>
        <w:t xml:space="preserve">[31:24] </w:t>
      </w:r>
      <w:r>
        <w:t>ji inshallah. no matter what, yani kitni bhi jo hai,</w:t>
      </w:r>
    </w:p>
    <w:p>
      <w:pPr>
        <w:jc w:val="right"/>
      </w:pPr>
      <w:r>
        <w:t>جی انشاءاللہ۔ نو میٹر واٹ، یعنی کتنی بھی جو ہے،</w:t>
      </w:r>
    </w:p>
    <w:p>
      <w:r>
        <w:rPr>
          <w:b/>
        </w:rPr>
        <w:t xml:space="preserve">[31:29] </w:t>
      </w:r>
      <w:r>
        <w:t>log is ko welcome karen ya na karen, is kabhi bhi mere zehen mein nahi aaya. main kisi waqt bhi jo hai, is talluq se de motivate nahi hua ke log welcome nahi kar rahe.</w:t>
      </w:r>
    </w:p>
    <w:p>
      <w:pPr>
        <w:jc w:val="right"/>
      </w:pPr>
      <w:r>
        <w:t>لوگ اس کو ویلکم کریں یا نہ کریں، اس کبھی بھی میرے ذہن میں نہیں آیا۔ میں کسی وقت بھی جو ہے، اس تعلق سے ڈی موٹیویٹ نہیں ہوا کہ لوگ ویلکم نہیں کر رہے۔</w:t>
      </w:r>
    </w:p>
    <w:p>
      <w:r>
        <w:rPr>
          <w:b/>
        </w:rPr>
        <w:t xml:space="preserve">[31:41] </w:t>
      </w:r>
      <w:r>
        <w:t>ye is yani is pe zehen gaya hi nahi hai, aur bohat sari cheezein face karni pari. baz logo ne yahan tak ke reaction kiya,</w:t>
      </w:r>
    </w:p>
    <w:p>
      <w:pPr>
        <w:jc w:val="right"/>
      </w:pPr>
      <w:r>
        <w:t>یہ اس یعنی اس پہ ذہن گیا ہی نہیں ہے، اور بہت ساری چیزیں فیس کرنی پڑی۔ بعض لوگوں نے یہاں تک کہ ری ایکشن کیا،</w:t>
      </w:r>
    </w:p>
    <w:p>
      <w:r>
        <w:rPr>
          <w:b/>
        </w:rPr>
        <w:t xml:space="preserve">[31:50] </w:t>
      </w:r>
      <w:r>
        <w:t>kabhi jo hai, risale la ke wapas dete ya kuch aur kar ke karte. to sirf yehi baat zehen mein aati thi ke ye is baat ko samajhte nahi hain.</w:t>
      </w:r>
    </w:p>
    <w:p>
      <w:pPr>
        <w:jc w:val="right"/>
      </w:pPr>
      <w:r>
        <w:t>کبھی جو ہے، رسالے لا کے واپس دیتے یا کچھ اور کر کے کرتے۔ تو صرف یہی بات ذہن میں آتی تھی کہ یہ اس بات کو سمجھتے نہیں ہیں۔</w:t>
      </w:r>
    </w:p>
    <w:p>
      <w:r>
        <w:rPr>
          <w:b/>
        </w:rPr>
        <w:t xml:space="preserve">[32:01] </w:t>
      </w:r>
      <w:r>
        <w:t>to phir jab america muntaqil hua to zehen mein yehi baat thi. sab se pehle mera</w:t>
      </w:r>
    </w:p>
    <w:p>
      <w:pPr>
        <w:jc w:val="right"/>
      </w:pPr>
      <w:r>
        <w:t>تو پھر جب امریکہ منتقل ہوا تو ذہن میں یہی بات تھی۔ سب سے پہلے میرا</w:t>
      </w:r>
    </w:p>
    <w:p>
      <w:r>
        <w:rPr>
          <w:b/>
        </w:rPr>
        <w:t xml:space="preserve">[32:12] </w:t>
      </w:r>
      <w:r>
        <w:t>yani first jo hai, priority yehi thi ke bhai is ko phailana hai. to maine wahan se Maulana ko call kiya ke jo hai, aap bataein main kya karun, kaise is ko yahan kaam karun.</w:t>
      </w:r>
    </w:p>
    <w:p>
      <w:pPr>
        <w:jc w:val="right"/>
      </w:pPr>
      <w:r>
        <w:t>یعنی فرسٹ جو ہے، پرائرٹی یہی تھی کہ بھئی اس کو پھیلانا ہے۔ تو میں نے وہاں سے مولانا کو کال کیا کہ جو ہے، آپ بتائیں میں کیا کروں، کیسے اس کو یہاں کام کروں۔</w:t>
      </w:r>
    </w:p>
    <w:p>
      <w:r>
        <w:rPr>
          <w:b/>
        </w:rPr>
        <w:t xml:space="preserve">[32:26] </w:t>
      </w:r>
      <w:r>
        <w:t>to unhone kaha ke bhai aap pehle apne job mein settle ho jaiye, apna mustahkam jo hai, bachchon ka aur un ki</w:t>
      </w:r>
    </w:p>
    <w:p>
      <w:pPr>
        <w:jc w:val="right"/>
      </w:pPr>
      <w:r>
        <w:t>تو انہوں نے کہا کہ بھئی آپ پہلے اپنے جاب میں سیٹل ہو جائیے، اپنا استحکام جو ہے، بچوں کا اور ان کی</w:t>
      </w:r>
    </w:p>
    <w:p>
      <w:r>
        <w:rPr>
          <w:b/>
        </w:rPr>
        <w:t xml:space="preserve">[32:36] </w:t>
      </w:r>
      <w:r>
        <w:t>wo kijiye. to maine kaha wo to hota rahega, aap bataiye. baharhal unhone advice yehi kiya ke pehle aap settle ho jaiye. to khair, phir main job to chalti rahi,</w:t>
      </w:r>
    </w:p>
    <w:p>
      <w:pPr>
        <w:jc w:val="right"/>
      </w:pPr>
      <w:r>
        <w:t>وہ کریے۔ تو میں نے کہا وہ تو ہوتا رہے گا، آپ بتائیے۔ بہرحال انہوں نے ایڈوائس یہی کیا کہ پہلے آپ سیٹل ہو جائیے۔ تو خیر، پھر میں جاب تو چلتی رہی،</w:t>
      </w:r>
    </w:p>
    <w:p>
      <w:r>
        <w:rPr>
          <w:b/>
        </w:rPr>
        <w:t xml:space="preserve">[32:51] </w:t>
      </w:r>
      <w:r>
        <w:t>jo bhi</w:t>
      </w:r>
    </w:p>
    <w:p>
      <w:pPr>
        <w:jc w:val="right"/>
      </w:pPr>
      <w:r>
        <w:t>جو بھی</w:t>
      </w:r>
    </w:p>
    <w:p>
      <w:r>
        <w:rPr>
          <w:b/>
        </w:rPr>
        <w:t xml:space="preserve">[32:52] </w:t>
      </w:r>
      <w:r>
        <w:t>yani woh bhi process chalta raha. Ji ji. Aur main ab phir dobara wahi kaam shuru kiya ke logon ko kuch team banayein, kuch logon ko hasil karein, aur yeh literature ko pahunchayein.</w:t>
      </w:r>
    </w:p>
    <w:p>
      <w:pPr>
        <w:jc w:val="right"/>
      </w:pPr>
      <w:r>
        <w:t>یعنی وہ بھی پراسیس چلتا رہا۔ جی جی۔ اور میں اب پھر دوبارہ وہی کام شروع کیا کہ لوگوں کو کچھ ٹیم بنائیں، کچھ لوگوں کو حاصل کریں، اور یہ لٹریچر کو پہنچائیں۔</w:t>
      </w:r>
    </w:p>
    <w:p>
      <w:r>
        <w:rPr>
          <w:b/>
        </w:rPr>
        <w:t xml:space="preserve">[33:07] </w:t>
      </w:r>
      <w:r>
        <w:t>Toh kitab se jo urdu ke hote the, wahan ekna</w:t>
      </w:r>
    </w:p>
    <w:p>
      <w:pPr>
        <w:jc w:val="right"/>
      </w:pPr>
      <w:r>
        <w:t>تو کتاب سے جو اردو کے ہوتے تھے، وہاں ایکنا</w:t>
      </w:r>
    </w:p>
    <w:p>
      <w:r>
        <w:rPr>
          <w:b/>
        </w:rPr>
        <w:t xml:space="preserve">[33:11] </w:t>
      </w:r>
      <w:r>
        <w:t>ki headquarter tha new york mein, aur unke kafi bahut sare meetings hua karte the, jalsay hua karte the. Toh isko maine behtareen mauqa samjha logon tak literature aur yeh pahunchane ka.</w:t>
      </w:r>
    </w:p>
    <w:p>
      <w:pPr>
        <w:jc w:val="right"/>
      </w:pPr>
      <w:r>
        <w:t>کی ہیڈ کوارٹر تھا نیویارک میں، اور ان کے کافی بہت سارے میٹنگز ہوا کرتے تھے، جلسے ہوا کرتے تھے۔ تو اس کو میں نے بہترین موقع سمجھا لوگوں تک لٹریچر اور یہ پہنچانے کا۔</w:t>
      </w:r>
    </w:p>
    <w:p>
      <w:r>
        <w:rPr>
          <w:b/>
        </w:rPr>
        <w:t xml:space="preserve">[33:27] </w:t>
      </w:r>
      <w:r>
        <w:t>Kitab se jaise Islami dawat hai,</w:t>
      </w:r>
    </w:p>
    <w:p>
      <w:pPr>
        <w:jc w:val="right"/>
      </w:pPr>
      <w:r>
        <w:t>کتاب سے جیسے اسلامی دعوت ہے،</w:t>
      </w:r>
    </w:p>
    <w:p>
      <w:r>
        <w:rPr>
          <w:b/>
        </w:rPr>
        <w:t xml:space="preserve">[33:30] </w:t>
      </w:r>
      <w:r>
        <w:t>Taaruf-e-Islam hai, Islam 21vi sadi sadi mein, woh booklet hai. Bahut sare booklets ko le kar ke ek Muslim printer the, unke paas le gaya, unke ek ek hazar copy reprint karwata, isko karwa kar ke un jalson mein taqseem karta.</w:t>
      </w:r>
    </w:p>
    <w:p>
      <w:pPr>
        <w:jc w:val="right"/>
      </w:pPr>
      <w:r>
        <w:t>تعارف اسلام ہے، اسلام اکیسویں صدی صدی میں، وہ بکلیٹ ہے۔ بہت سارے بکلیٹس کو لے کر کے ایک مسلم پرنٹر تھے، ان کے پاس لے گیا، ان کے ایک ایک ہزار کاپی ری پرنٹ کرواتا، اس کو کروا کر کے ان جلسوں میں تقسیم کرتا۔</w:t>
      </w:r>
    </w:p>
    <w:p>
      <w:r>
        <w:rPr>
          <w:b/>
        </w:rPr>
        <w:t xml:space="preserve">[33:48] </w:t>
      </w:r>
      <w:r>
        <w:t>Jo ekna organization, jo ke sare ke sare woh</w:t>
      </w:r>
    </w:p>
    <w:p>
      <w:pPr>
        <w:jc w:val="right"/>
      </w:pPr>
      <w:r>
        <w:t>جو ایکنا ارگنائزیشن، جو کہ سارے کے سارے وہ</w:t>
      </w:r>
    </w:p>
    <w:p>
      <w:r>
        <w:rPr>
          <w:b/>
        </w:rPr>
        <w:t xml:space="preserve">[33:54] </w:t>
      </w:r>
      <w:r>
        <w:t>Jamaat-e-Islami ke ex members hote hain, jo migrate kar ke aa gaye hain. Toh chunke isi isi naam se organization establish nahi kar sakte the, toh unhone Islamic Circle of North America ke naam se jo hai, woh wahi kaam karte hain jo back home</w:t>
      </w:r>
    </w:p>
    <w:p>
      <w:pPr>
        <w:jc w:val="right"/>
      </w:pPr>
      <w:r>
        <w:t>جماعت اسلامی کے ایکس ممبرز ہوتے ہیں، جو مائیگریٹ کر کے آ گئے ہیں۔ تو چونکہ اسی اسی نام سے ارگنائزیشن اسٹیبلش نہیں کر سکتے تھے، تو انہوں نے اسلامک سرکل آف انارتھ امریکہ کے نام سے جو ہے، وہ وہی کام کرتے ہیں جو بیک ہوم</w:t>
      </w:r>
    </w:p>
    <w:p>
      <w:r>
        <w:rPr>
          <w:b/>
        </w:rPr>
        <w:t xml:space="preserve">[34:11] </w:t>
      </w:r>
      <w:r>
        <w:t>ya India mein ya Pakistan mein Jamaat-e-Islami wale karte hain, ke woh sab political kaam ya social service aur is tarah ka kaam karte karte hain.</w:t>
      </w:r>
    </w:p>
    <w:p>
      <w:pPr>
        <w:jc w:val="right"/>
      </w:pPr>
      <w:r>
        <w:t>یا انڈیا میں یا پاکستان میں جماعت اسلامی والے کرتے ہیں، کہ وہ سب پولیٹیکل کام یا سوشل سروس اور اس طرح کا کام کرتے کرتے ہیں۔</w:t>
      </w:r>
    </w:p>
    <w:p>
      <w:r>
        <w:rPr>
          <w:b/>
        </w:rPr>
        <w:t xml:space="preserve">[34:24] </w:t>
      </w:r>
      <w:r>
        <w:t>Woh toh khair, maine unke platforms ko istemal kiya, logon tak pahunchaya. Bas</w:t>
      </w:r>
    </w:p>
    <w:p>
      <w:pPr>
        <w:jc w:val="right"/>
      </w:pPr>
      <w:r>
        <w:t>وہ تو خیر، میں نے ان کے پلیٹ فارمز کو استعمال کیا، لوگوں تک پہنچایا۔ بس</w:t>
      </w:r>
    </w:p>
    <w:p>
      <w:r>
        <w:rPr>
          <w:b/>
        </w:rPr>
        <w:t xml:space="preserve">[34:33] </w:t>
      </w:r>
      <w:r>
        <w:t>Yeh nahi hua ke logon ne un logon ne sakhti se mana nahi kiya, albata woh naraz toh the, yeh aap yeh la rahe hain yahan par.</w:t>
      </w:r>
    </w:p>
    <w:p>
      <w:pPr>
        <w:jc w:val="right"/>
      </w:pPr>
      <w:r>
        <w:t>یہ نہیں ہوا کہ لوگوں نے ان لوگوں نے سختی سے منع نہیں کیا، البتہ وہ ناخوش تو تھے، یہ آپ یہ لا رہے ہیں یہاں پر۔</w:t>
      </w:r>
    </w:p>
    <w:p>
      <w:r>
        <w:rPr>
          <w:b/>
        </w:rPr>
        <w:t xml:space="preserve">[34:45] </w:t>
      </w:r>
      <w:r>
        <w:t>Phir iske baad log milna shuru hue. Ji, ek first</w:t>
      </w:r>
    </w:p>
    <w:p>
      <w:pPr>
        <w:jc w:val="right"/>
      </w:pPr>
      <w:r>
        <w:t>پھر اس کے بعد لوگ ملنا شروع ہوئے۔ جی، ایک فرسٹ</w:t>
      </w:r>
    </w:p>
    <w:p>
      <w:r>
        <w:rPr>
          <w:b/>
        </w:rPr>
        <w:t xml:space="preserve">[34:50] </w:t>
      </w:r>
      <w:r>
        <w:t>Shakhs jo tha, woh hamare rishtedar mein se tha, Farooq Chishti naam tha unka. Ji ji ji. Ji, toh unhone woh woh pehle woh parhe aur mutasir hue.</w:t>
      </w:r>
    </w:p>
    <w:p>
      <w:pPr>
        <w:jc w:val="right"/>
      </w:pPr>
      <w:r>
        <w:t>شخص جو تھا، وہ ہمارے رشتہ دار میں سے تھا، فاروق چشتی نام تھا ان کا۔ جی جی جی۔ جی، تو انہوں نے وہ وہ پہلے وہ پڑھے اور متاثر ہوئے۔</w:t>
      </w:r>
    </w:p>
    <w:p>
      <w:r>
        <w:rPr>
          <w:b/>
        </w:rPr>
        <w:t xml:space="preserve">[35:06] </w:t>
      </w:r>
      <w:r>
        <w:t>Phir 96 mein jab</w:t>
      </w:r>
    </w:p>
    <w:p>
      <w:pPr>
        <w:jc w:val="right"/>
      </w:pPr>
      <w:r>
        <w:t>پھر 96 میں جب</w:t>
      </w:r>
    </w:p>
    <w:p>
      <w:r>
        <w:rPr>
          <w:b/>
        </w:rPr>
        <w:t xml:space="preserve">[35:09] </w:t>
      </w:r>
      <w:r>
        <w:t>Maulana ka aane ka hua, woh is aisa hua ke wahan ek aalim the, Zakiuddin Shafee sahib.</w:t>
      </w:r>
    </w:p>
    <w:p>
      <w:pPr>
        <w:jc w:val="right"/>
      </w:pPr>
      <w:r>
        <w:t>مولانا کا آنے کا ہوا، وہ اس ایسا ہوا کہ وہاں ایک عالم تھے، ذکی الدین شفیع صاحب۔</w:t>
      </w:r>
    </w:p>
    <w:p>
      <w:r>
        <w:rPr>
          <w:b/>
        </w:rPr>
        <w:t xml:space="preserve">[35:18] </w:t>
      </w:r>
      <w:r>
        <w:t>Ji, woh Maulana Modi ke saathi the, woh woh unke saath</w:t>
      </w:r>
    </w:p>
    <w:p>
      <w:pPr>
        <w:jc w:val="right"/>
      </w:pPr>
      <w:r>
        <w:t>جی، وہ مولانا مودی کے ساتھی تھے، وہ وہ ان کے ساتھ</w:t>
      </w:r>
    </w:p>
    <w:p>
      <w:r>
        <w:rPr>
          <w:b/>
        </w:rPr>
        <w:t xml:space="preserve">[35:26] </w:t>
      </w:r>
      <w:r>
        <w:t>Bahut time bitaya aur unhi ke tarah ke tareeqay ka kaam karte the. Yahan journalism karne aaye the aur</w:t>
      </w:r>
    </w:p>
    <w:p>
      <w:pPr>
        <w:jc w:val="right"/>
      </w:pPr>
      <w:r>
        <w:t>بہت ٹائم بتایا اور انہی کے طرح کے طریقے کا کام کرتے تھے۔ یہاں جرنلزم کرنے آئے تھے اور</w:t>
      </w:r>
    </w:p>
    <w:p>
      <w:r>
        <w:rPr>
          <w:b/>
        </w:rPr>
        <w:t xml:space="preserve">[35:36] </w:t>
      </w:r>
      <w:r>
        <w:t>Kafi unhone masjidain banane mein bhi banane mein</w:t>
      </w:r>
    </w:p>
    <w:p>
      <w:pPr>
        <w:jc w:val="right"/>
      </w:pPr>
      <w:r>
        <w:t>کافی انہوں نے مسجدیں بنانے میں بھی بنانے میں</w:t>
      </w:r>
    </w:p>
    <w:p>
      <w:r>
        <w:rPr>
          <w:b/>
        </w:rPr>
        <w:t xml:space="preserve">[35:42] </w:t>
      </w:r>
      <w:r>
        <w:t>Apna hissa ada kiya. Toh wahan par jo hai, yahi extreme ideology phailate the aur unko bhi maine Maulana ka literature diya.</w:t>
      </w:r>
    </w:p>
    <w:p>
      <w:pPr>
        <w:jc w:val="right"/>
      </w:pPr>
      <w:r>
        <w:t>اپنا حصہ ادا کیا۔ تو وہاں پر جو ہے، یہی ایکسٹریم آئیڈیالوجی پھیلاتے تھے اور ان کو بھی میں نے مولانا کا لٹریچر دیا۔</w:t>
      </w:r>
    </w:p>
    <w:p>
      <w:r>
        <w:rPr>
          <w:b/>
        </w:rPr>
        <w:t xml:space="preserve">[35:51] </w:t>
      </w:r>
      <w:r>
        <w:t>Woh pehle se waqif the, woh parh chuke the aur bhi mazeed kitabein liya, woh parha unhone. Toh unhone kaha ke jo hai, main ek conference kar raha hoon, toh</w:t>
      </w:r>
    </w:p>
    <w:p>
      <w:pPr>
        <w:jc w:val="right"/>
      </w:pPr>
      <w:r>
        <w:t>وہ پہلے سے واقف تھے، وہ پڑھ چکے تھے اور بھی مزید کتابیں لیا، وہ پڑھا انہوں نے۔ تو انہوں نے کہا کہ جو ہے، میں ایک کانفرنس کر رہا ہوں، تو</w:t>
      </w:r>
    </w:p>
    <w:p>
      <w:r>
        <w:rPr>
          <w:b/>
        </w:rPr>
        <w:t xml:space="preserve">[36:02] </w:t>
      </w:r>
      <w:r>
        <w:t>Aap agar Maulana ke visit ko facilitate karein aap ke through, toh phir main unko invite karunga.</w:t>
      </w:r>
    </w:p>
    <w:p>
      <w:pPr>
        <w:jc w:val="right"/>
      </w:pPr>
      <w:r>
        <w:t>آپ اگر مولانا کے وزٹ کا فیسلیٹیٹ کریں آپ کے تھرو، تو پھر میں ان کو انوائٹ کروں گا۔</w:t>
      </w:r>
    </w:p>
    <w:p>
      <w:r>
        <w:rPr>
          <w:b/>
        </w:rPr>
        <w:t xml:space="preserve">[36:14] </w:t>
      </w:r>
      <w:r>
        <w:t>Toh maine kaha haan, bilkul tayyar hoon. Aur yeh wahan se mere wahan pahunchne ke paanch saal baad hi hua, yani 89 mein, yani chhe saal ho gaye samjhiye.</w:t>
      </w:r>
    </w:p>
    <w:p>
      <w:pPr>
        <w:jc w:val="right"/>
      </w:pPr>
      <w:r>
        <w:t>تو میں نے کہا ہاں، بالکل تیار ہوں۔ اور یہ وہاں سے میرے وہاں پہنچنے کے پانچ سال بعد ہی ہوا، یعنی 89 میں، یعنی چھ سال ہو گئے سمجھیے۔</w:t>
      </w:r>
    </w:p>
    <w:p>
      <w:r>
        <w:rPr>
          <w:b/>
        </w:rPr>
        <w:t xml:space="preserve">[36:24] </w:t>
      </w:r>
      <w:r>
        <w:t>89 mein main pahuncha, yeh 96 mein tab tak</w:t>
      </w:r>
    </w:p>
    <w:p>
      <w:pPr>
        <w:jc w:val="right"/>
      </w:pPr>
      <w:r>
        <w:t>89 میں میں پہنچا، یہ 96 میں تب تک</w:t>
      </w:r>
    </w:p>
    <w:p>
      <w:r>
        <w:rPr>
          <w:b/>
        </w:rPr>
        <w:t xml:space="preserve">[36:28] </w:t>
      </w:r>
      <w:r>
        <w:t>Kafi literature main distribute kar chuka tha. Aur Maulana jab unhone kaha toh maine badi khushi se kaha haan, bilkul facilitate karunga.</w:t>
      </w:r>
    </w:p>
    <w:p>
      <w:pPr>
        <w:jc w:val="right"/>
      </w:pPr>
      <w:r>
        <w:t>کافی لٹریچر میں ڈسٹریبیوٹ کر چکا تھا۔ اور مولانا جب انہوں نے کہا تو میں نے بڑی خوشی سے کہا ہاں، بالکل فیسلیٹیٹ کروں گا۔</w:t>
      </w:r>
    </w:p>
    <w:p>
      <w:r>
        <w:rPr>
          <w:b/>
        </w:rPr>
        <w:t xml:space="preserve">[36:38] </w:t>
      </w:r>
      <w:r>
        <w:t>Ji, toh ab is jab tak jo hai, yeh Irfan Umar sahib,</w:t>
      </w:r>
    </w:p>
    <w:p>
      <w:pPr>
        <w:jc w:val="right"/>
      </w:pPr>
      <w:r>
        <w:t>جی، تو اب اس جب تک جو ہے، یہ عرفان عمر صاحب،</w:t>
      </w:r>
    </w:p>
    <w:p>
      <w:r>
        <w:rPr>
          <w:b/>
        </w:rPr>
        <w:t xml:space="preserve">[36:46] </w:t>
      </w:r>
      <w:r>
        <w:t>Jo Maulana pe hi research kar rahe the, is unki ideology pe hi unhone PhD ki thi, woh saathi ban gaye. Aur ek aur shakhs, unka naam bhool raha hoon,</w:t>
      </w:r>
    </w:p>
    <w:p>
      <w:pPr>
        <w:jc w:val="right"/>
      </w:pPr>
      <w:r>
        <w:t>جو مولانا پہ ہی ریسرچ کر رہے تھے، اس ان کی آئیڈیالوجی پہ ہی انہوں نے پی ایچ ڈی کی تھی، وہ ساتھی بن گئے۔ اور ایک اور شخص، ان کا نام بھول رہا ہوں،</w:t>
      </w:r>
    </w:p>
    <w:p>
      <w:r>
        <w:rPr>
          <w:b/>
        </w:rPr>
        <w:t xml:space="preserve">[37:01] </w:t>
      </w:r>
      <w:r>
        <w:t>woh bhi</w:t>
      </w:r>
    </w:p>
    <w:p>
      <w:pPr>
        <w:jc w:val="right"/>
      </w:pPr>
      <w:r>
        <w:t>وہ بھی</w:t>
      </w:r>
    </w:p>
    <w:p>
      <w:r>
        <w:rPr>
          <w:b/>
        </w:rPr>
        <w:t xml:space="preserve">[37:03] </w:t>
      </w:r>
      <w:r>
        <w:t>the. to Maulana jab aaye to Maulana ki maujoodgi mein hum ne aik aik team ka yaani tashkeel di, is ka naam rakha, woh yahi naam rakha, Al-Risala Forum International, jo yahan Risala ki mission.</w:t>
      </w:r>
    </w:p>
    <w:p>
      <w:pPr>
        <w:jc w:val="right"/>
      </w:pPr>
      <w:r>
        <w:t>تھے۔ تو مولانا جب آئے تو مولانا کی موجودگی میں ہم نے ایک ایک ٹیم کا یعنی تشکیل دی، اس کا نام رکھا، وہ یہی نام رکھا، الرسالہ فورم انٹرنیشنل، جو یہاں رسالہ کی مشن۔</w:t>
      </w:r>
    </w:p>
    <w:p>
      <w:r>
        <w:rPr>
          <w:b/>
        </w:rPr>
        <w:t xml:space="preserve">[37:22] </w:t>
      </w:r>
      <w:r>
        <w:t>aur</w:t>
      </w:r>
    </w:p>
    <w:p>
      <w:pPr>
        <w:jc w:val="right"/>
      </w:pPr>
      <w:r>
        <w:t>اور</w:t>
      </w:r>
    </w:p>
    <w:p>
      <w:r>
        <w:rPr>
          <w:b/>
        </w:rPr>
        <w:t xml:space="preserve">[37:24] </w:t>
      </w:r>
      <w:r>
        <w:t>is ke baad jab hum ne is ko register karwaya New York mein, incorporate karwaya, phir is ke baad jo hai, Farooq Chishti sahib ne kaha ke bhai is ka hamein website banani chahiye</w:t>
      </w:r>
    </w:p>
    <w:p>
      <w:pPr>
        <w:jc w:val="right"/>
      </w:pPr>
      <w:r>
        <w:t>اس کے بعد جب ہم نے اس کو رجسٹر کروایا نیویارک میں، انکارپوریٹ کروایا، پھر اس کے بعد جو ہے، فاروق چشتی صاحب نے کہا کہ بھئی اس کا ہمیں ویب سائٹ بنانی چاہیے</w:t>
      </w:r>
    </w:p>
    <w:p>
      <w:r>
        <w:rPr>
          <w:b/>
        </w:rPr>
        <w:t xml:space="preserve">[37:41] </w:t>
      </w:r>
      <w:r>
        <w:t>taake is ko bohat saare dunya tak doosre logon tak pohnchne ke liye, kyunke immediate jo log hain, jo is ko welcome karte hain, karte hain, lekin bahir ki dunya mein bohat saare log hain jo is level pe sochte hain, jo is aur is ko welcome karein ge.</w:t>
      </w:r>
    </w:p>
    <w:p>
      <w:pPr>
        <w:jc w:val="right"/>
      </w:pPr>
      <w:r>
        <w:t>تاکہ اس کو بہت سارے دنیا تک دوسرے لوگوں تک پہنچنے کے لیے، کیونکہ امیڈیٹ جو لوگ ہیں، جو اس کو ویلکم کرتے ہیں، کرتے ہیں، لیکن باہر کی دنیا میں بہت سارے لوگ ہیں جو اس لیول پہ سوچتے ہیں، جو اس اور اس کو ویلکم کریں گے۔</w:t>
      </w:r>
    </w:p>
    <w:p>
      <w:r>
        <w:rPr>
          <w:b/>
        </w:rPr>
        <w:t xml:space="preserve">[38:03] </w:t>
      </w:r>
      <w:r>
        <w:t>to</w:t>
      </w:r>
    </w:p>
    <w:p>
      <w:pPr>
        <w:jc w:val="right"/>
      </w:pPr>
      <w:r>
        <w:t>تو</w:t>
      </w:r>
    </w:p>
    <w:p>
      <w:r>
        <w:rPr>
          <w:b/>
        </w:rPr>
        <w:t xml:space="preserve">[38:04] </w:t>
      </w:r>
      <w:r>
        <w:t>idea pasand aaya, hum ne Al-Risala.org website banai aur is par jo hai,</w:t>
      </w:r>
    </w:p>
    <w:p>
      <w:pPr>
        <w:jc w:val="right"/>
      </w:pPr>
      <w:r>
        <w:t>آئیڈیا پسند آیا، ہم نے الرسالہ ڈاٹ ارگ ویب سائٹ بنائی اور اس پر جو ہے،</w:t>
      </w:r>
    </w:p>
    <w:p>
      <w:r>
        <w:rPr>
          <w:b/>
        </w:rPr>
        <w:t xml:space="preserve">[38:13] </w:t>
      </w:r>
      <w:r>
        <w:t>yaani woh unhone initially website banai. aur main jo hai, thoda sa kaam seekh liya tha ke is mein cheezon ko kis tarah dala jaye.</w:t>
      </w:r>
    </w:p>
    <w:p>
      <w:pPr>
        <w:jc w:val="right"/>
      </w:pPr>
      <w:r>
        <w:t>یعنی وہ انہوں نے انیشلی ویب سائٹ بنائی۔ اور میں جو ہے، تھوڑا سا کام سیکھ لیا تھا کہ اس میں چیزوں کو کس طرح ڈالا جائے۔</w:t>
      </w:r>
    </w:p>
    <w:p>
      <w:r>
        <w:rPr>
          <w:b/>
        </w:rPr>
        <w:t xml:space="preserve">[38:23] </w:t>
      </w:r>
      <w:r>
        <w:t>to Maulana ki saari kitabon ke PDF bana kar ke is pe dali aur Al-Risala har mah, dala karta tha.</w:t>
      </w:r>
    </w:p>
    <w:p>
      <w:pPr>
        <w:jc w:val="right"/>
      </w:pPr>
      <w:r>
        <w:t>تو مولانا کی ساری کتابوں کے پی ڈی ایف بنا کر کے اس پہ ڈالی اور الرسالہ ہر ماہ جو ہے، ڈالا کرتا تھا۔</w:t>
      </w:r>
    </w:p>
    <w:p>
      <w:r>
        <w:rPr>
          <w:b/>
        </w:rPr>
        <w:t xml:space="preserve">[38:31] </w:t>
      </w:r>
      <w:r>
        <w:t>aur main apni awaz mein</w:t>
      </w:r>
    </w:p>
    <w:p>
      <w:pPr>
        <w:jc w:val="right"/>
      </w:pPr>
      <w:r>
        <w:t>اور میں اپنی آواز میں</w:t>
      </w:r>
    </w:p>
    <w:p>
      <w:r>
        <w:rPr>
          <w:b/>
        </w:rPr>
        <w:t xml:space="preserve">[38:34] </w:t>
      </w:r>
      <w:r>
        <w:t>woh Al-Risala Saudi edition yaani record karte the, recorded audio version jo hai, is mein dala karta tha.</w:t>
      </w:r>
    </w:p>
    <w:p>
      <w:pPr>
        <w:jc w:val="right"/>
      </w:pPr>
      <w:r>
        <w:t>وہ الرسالہ سعودی ایڈیشن یعنی ریکارڈ کرتے تھے، ریکارڈڈ آڈیو ورژن جو ہے، اس میں ڈالا کرتا تھا۔</w:t>
      </w:r>
    </w:p>
    <w:p>
      <w:r>
        <w:rPr>
          <w:b/>
        </w:rPr>
        <w:t xml:space="preserve">[38:45] </w:t>
      </w:r>
      <w:r>
        <w:t>to dekhiye, yeh to history, Islamic history ka waah hai,</w:t>
      </w:r>
    </w:p>
    <w:p>
      <w:pPr>
        <w:jc w:val="right"/>
      </w:pPr>
      <w:r>
        <w:t>تو دیکھیے، یہ تو ہسٹری، اسلامک ہسٹری کا واہ ہے،</w:t>
      </w:r>
    </w:p>
    <w:p>
      <w:r>
        <w:rPr>
          <w:b/>
        </w:rPr>
        <w:t xml:space="preserve">[38:52] </w:t>
      </w:r>
      <w:r>
        <w:t>yaani Prophet Muhammad Salallaho Alaihe Wasallam Makke mein kaam kar rahe the aur Madine mein jo hai, Islam phail raha tha. Ji, to exactly wahi, yaani kam o besh yahi hua.</w:t>
      </w:r>
    </w:p>
    <w:p>
      <w:pPr>
        <w:jc w:val="right"/>
      </w:pPr>
      <w:r>
        <w:t>یعنی پرافٹ محمد صلی اللہ علیہ وسلم مکے میں کام کر رہے تھے اور مدینے میں جو ہے، اسلام پھیل رہا تھا۔ جی، تو ایگزیکٹلی وہی، یعنی کم و بیش یہی ہوا۔</w:t>
      </w:r>
    </w:p>
    <w:p>
      <w:r>
        <w:rPr>
          <w:b/>
        </w:rPr>
        <w:t xml:space="preserve">[39:05] </w:t>
      </w:r>
      <w:r>
        <w:t>to kaam jo hai, website bani aur koshish ho rahi hai US mein aur yeh message pohnch raha hai Pakistan mein. Pakistan mein? Ji ji.</w:t>
      </w:r>
    </w:p>
    <w:p>
      <w:pPr>
        <w:jc w:val="right"/>
      </w:pPr>
      <w:r>
        <w:t>تو کام جو ہے، ویب سائٹ بنی اور کوشش ہو رہی ہے یو ایس میں اور یہ میسج پہنچ رہا ہے پاکستان میں۔ پاکستان میں؟ جی جی۔</w:t>
      </w:r>
    </w:p>
    <w:p>
      <w:r>
        <w:rPr>
          <w:b/>
        </w:rPr>
        <w:t xml:space="preserve">[39:14] </w:t>
      </w:r>
      <w:r>
        <w:t>to Pakistan mein log itna access karne lage, woh audio version ya PDF waghera. to hum ne to itna bara bandwidth liya nahi tha website ka, to woh baar baar jam ho jata tha aur crash ho jati thi website.</w:t>
      </w:r>
    </w:p>
    <w:p>
      <w:pPr>
        <w:jc w:val="right"/>
      </w:pPr>
      <w:r>
        <w:t>تو پاکستان میں لوگ اتنا ایکسیس کرنے لگے، وہ آڈیو ورژن یا پی ڈی ایف وغیرہ۔ تو ہم نے تو اتنا بڑا بینڈ وڈتھ لیا نہیں تھا ویب سائٹ کا، تو وہ بار بار جام ہو جاتا تھا اور کریش ہو جاتی تھی ویب سائٹ۔</w:t>
      </w:r>
    </w:p>
    <w:p>
      <w:r>
        <w:rPr>
          <w:b/>
        </w:rPr>
        <w:t xml:space="preserve">[39:30] </w:t>
      </w:r>
      <w:r>
        <w:t>to phir pata chalta, hum call karte, lekin phir jo hai,</w:t>
      </w:r>
    </w:p>
    <w:p>
      <w:pPr>
        <w:jc w:val="right"/>
      </w:pPr>
      <w:r>
        <w:t>تو پھر پتہ چلتا، ہم کال کرتے، لیکن پھر جو ہے،</w:t>
      </w:r>
    </w:p>
    <w:p>
      <w:r>
        <w:rPr>
          <w:b/>
        </w:rPr>
        <w:t xml:space="preserve">[39:35] </w:t>
      </w:r>
      <w:r>
        <w:t>wahi Farooq Chishti sahib ne hi ya kisi ne bataya tha ke bhai hum is ko kahin doosri jagah is ko save karte hain aur is ka link lagate hain, to phir yeh nahi hoga.</w:t>
      </w:r>
    </w:p>
    <w:p>
      <w:pPr>
        <w:jc w:val="right"/>
      </w:pPr>
      <w:r>
        <w:t>وہی فاروق چشتی صاحب نے ہی یا کسی نے بتایا تھا کہ بھئی ہم اس کو کہیں دوسری جگہ اس کو سیو کرتے ہیں اور اس کا لنک لگاتے ہیں، تو پھر یہ نہیں ہوگا۔</w:t>
      </w:r>
    </w:p>
    <w:p>
      <w:r>
        <w:rPr>
          <w:b/>
        </w:rPr>
        <w:t xml:space="preserve">[39:47] </w:t>
      </w:r>
      <w:r>
        <w:t>to phir yahi kiya, hum ne archive.org pe jo hai, saara woh kiya. balkeh interestingly, Kaleem sahib, abhi just comment aaya hai thodi der pehle jo aap bata rahe hain, haan haan, ke</w:t>
      </w:r>
    </w:p>
    <w:p>
      <w:pPr>
        <w:jc w:val="right"/>
      </w:pPr>
      <w:r>
        <w:t>تو پھر یہی کیا، ہم نے آرکائیو ڈاٹ ارگ پہ جو ہے، سارا وہ کیا۔ بلکہ انٹرسٹنگلی، کلیم صاحب، ابھی جسٹ کمنٹ آیا ہے تھوڑی دیر پہلے جو آپ بتا رہے ہیں، ہاں ہاں، کہ</w:t>
      </w:r>
    </w:p>
    <w:p>
      <w:r>
        <w:rPr>
          <w:b/>
        </w:rPr>
        <w:t xml:space="preserve">[39:59] </w:t>
      </w:r>
      <w:r>
        <w:t>kaam shuru hua US mein aur is ko zyada padha gaya, access kiya gaya jaise Pakistan mein. Ji haan. to Dr. Alia Farooqi jo Islamabad mein rehti hain, unhone comment bheja hai ke Kaleem sahib aur Dr. Waqar Alam sahib Pakistan aayein.</w:t>
      </w:r>
    </w:p>
    <w:p>
      <w:pPr>
        <w:jc w:val="right"/>
      </w:pPr>
      <w:r>
        <w:t>کام شروع ہوا یو ایس میں اور اس کو زیادہ پڑھا گیا، ایکسیس کیا گیا جیسے پاکستان میں۔ جی ہاں۔ تو ڈاکٹر عالیہ فاروقی جو اسلام آباد میں رہتی ہیں، انہوں نے کمنٹ بھیجا ہے کہ کلیم صاحب اور ڈاکٹر وقار عالم صاحب پاکستان آئیں۔</w:t>
      </w:r>
    </w:p>
    <w:p>
      <w:r>
        <w:rPr>
          <w:b/>
        </w:rPr>
        <w:t xml:space="preserve">[40:15] </w:t>
      </w:r>
      <w:r>
        <w:t>Ji. to phir aap ne phone pe un se baat kari to jaise hi aap ne hello kaha, haan, to unhone likha hai ke "I immediately recognize its Kaleem sahib voice because of his audio books".</w:t>
      </w:r>
    </w:p>
    <w:p>
      <w:pPr>
        <w:jc w:val="right"/>
      </w:pPr>
      <w:r>
        <w:t>جی۔ تو پھر آپ نے فون پہ ان سے بات کری تو جیسے ہی آپ نے ہیلو کہا، ہاں، تو انہوں نے لکھا ہے کہ "آئی امیڈیٹلی ریکگنائز اٹس کلیم صاحب وائس بیکاز آف ہز آڈیو بکس"۔</w:t>
      </w:r>
    </w:p>
    <w:p>
      <w:r>
        <w:rPr>
          <w:b/>
        </w:rPr>
        <w:t xml:space="preserve">[40:25] </w:t>
      </w:r>
      <w:r>
        <w:t>Ji haan. And she is mentioning ke mere ko saal aur mahina yaad nahi</w:t>
      </w:r>
    </w:p>
    <w:p>
      <w:pPr>
        <w:jc w:val="right"/>
      </w:pPr>
      <w:r>
        <w:t>جی ہاں۔ اینڈ شی از مینشن کہ میرے کو سال اور مہینہ یاد نہیں</w:t>
      </w:r>
    </w:p>
    <w:p>
      <w:r>
        <w:rPr>
          <w:b/>
        </w:rPr>
        <w:t xml:space="preserve">[40:29] </w:t>
      </w:r>
      <w:r>
        <w:t>aa raha hai, lekin aap ke hello bolne se unhone foran pehchan liya ke wohi Kaleem sahib hain jo audio books record karte hain. Ji, wohi is baat pe aa raha tha main.</w:t>
      </w:r>
    </w:p>
    <w:p>
      <w:pPr>
        <w:jc w:val="right"/>
      </w:pPr>
      <w:r>
        <w:t>آ رہا ہے، لیکن آپ کے ہیلو بولنے سے انہوں نے فوراً پہچان لیا کہ وہی کلیم صاحب ہیں جو آڈیو بکس ریکارڈ کرتے ہیں۔ جی، وہی اس بات پہ آ رہا تھا میں۔</w:t>
      </w:r>
    </w:p>
    <w:p>
      <w:r>
        <w:rPr>
          <w:b/>
        </w:rPr>
        <w:t xml:space="preserve">[40:39] </w:t>
      </w:r>
      <w:r>
        <w:t>Ji. abhi to jab yeh hua aur yaani yahan wahan bhi America mein bhi phail raha hai, saathi mil rahe hain, lekin hamein response Pakistan se kafi aa raha tha.</w:t>
      </w:r>
    </w:p>
    <w:p>
      <w:pPr>
        <w:jc w:val="right"/>
      </w:pPr>
      <w:r>
        <w:t>جی۔ ابھی تو جب یہ ہوا اور یعنی یہاں وہاں بھی امریکہ میں بھی پھیل رہا ہے، ساتھی مل رہے ہیں، لیکن ہمیں رسپانس پاکستان سے کافی آ رہا تھا۔</w:t>
      </w:r>
    </w:p>
    <w:p>
      <w:r>
        <w:rPr>
          <w:b/>
        </w:rPr>
        <w:t xml:space="preserve">[40:51] </w:t>
      </w:r>
      <w:r>
        <w:t>Ji ji ji. to main ne Waqar Alam sahib ko kaha ke bhai "it is a time", hamein jo hai Pakistan ja kar ke jana chahiye, is ko jo hai thoda sa</w:t>
      </w:r>
    </w:p>
    <w:p>
      <w:pPr>
        <w:jc w:val="right"/>
      </w:pPr>
      <w:r>
        <w:t>جی جی جی۔ تو میں نے وقار عالم صاحب کو کہا کہ بھئی "اٹ از ا ٹائم"، ہمیں جو ہے پاکستان جا کر کے جانا چاہیے، اس کو جو ہے تھوڑا سا</w:t>
      </w:r>
    </w:p>
    <w:p>
      <w:r>
        <w:rPr>
          <w:b/>
        </w:rPr>
        <w:t xml:space="preserve">[40:59] </w:t>
      </w:r>
      <w:r>
        <w:t>organize karna chahiye ke teams banein aur phir woh log kaam karein. to phir unhone bhi haan kahi aur phir hum ne program banaya.</w:t>
      </w:r>
    </w:p>
    <w:p>
      <w:pPr>
        <w:jc w:val="right"/>
      </w:pPr>
      <w:r>
        <w:t>ارگنائز کرنا چاہیے کہ ٹیمز بنے اور پھر وہ لوگ کام کریں۔ تو پھر انہوں نے بھی ہاں کہی اور پھر ہم نے پروگرام بنایا۔</w:t>
      </w:r>
    </w:p>
    <w:p>
      <w:r>
        <w:rPr>
          <w:b/>
        </w:rPr>
        <w:t xml:space="preserve">[41:09] </w:t>
      </w:r>
      <w:r>
        <w:t>yeh air 2013 hai, yeh 2013. ji ji. 2013 mein. to hum wahan</w:t>
      </w:r>
    </w:p>
    <w:p>
      <w:pPr>
        <w:jc w:val="right"/>
      </w:pPr>
      <w:r>
        <w:t>یہ ایئر 2013 ہے، یہ 2013۔ جی جی۔ 2013 میں۔ تو ہم وہاں</w:t>
      </w:r>
    </w:p>
    <w:p>
      <w:r>
        <w:rPr>
          <w:b/>
        </w:rPr>
        <w:t xml:space="preserve">[41:16] </w:t>
      </w:r>
      <w:r>
        <w:t>pehlay karachi gaye aur karachi mein yehi baat samnay aayi. jaisay bhi jaisay mein baat karta jo jo log milnay aaye, arey bilkul aap waisay hi baat karein, koi bhi farq nahi hai, aap ki jaisi awaz hum us pe suntay hain.</w:t>
      </w:r>
    </w:p>
    <w:p>
      <w:pPr>
        <w:jc w:val="right"/>
      </w:pPr>
      <w:r>
        <w:t>پہلے کراچی گئے اور کراچی میں یہی بات سامنے آئی۔ جیسے بھی جیسے میں بات کرتا جو جو لوگ ملنے آئے، ارے بالکل آپ ویسے ہی بات کریں، کوئی بھی فرق نہیں ہے، آپ کی جیسی آواز ہم اس پہ سنتے ہیں۔</w:t>
      </w:r>
    </w:p>
    <w:p>
      <w:r>
        <w:rPr>
          <w:b/>
        </w:rPr>
        <w:t xml:space="preserve">[41:31] </w:t>
      </w:r>
      <w:r>
        <w:t>ji. awaz isi tarah ki hai aap ki.</w:t>
      </w:r>
    </w:p>
    <w:p>
      <w:pPr>
        <w:jc w:val="right"/>
      </w:pPr>
      <w:r>
        <w:t>جی۔ آواز اسی طرح کی ہے آپ کی۔</w:t>
      </w:r>
    </w:p>
    <w:p>
      <w:r>
        <w:rPr>
          <w:b/>
        </w:rPr>
        <w:t xml:space="preserve">[41:34] </w:t>
      </w:r>
      <w:r>
        <w:t>to is tarah unhon ne log kehne lagay. to wahan new york mein doctor alam sahib ne apnay ghar ko office banai.</w:t>
      </w:r>
    </w:p>
    <w:p>
      <w:pPr>
        <w:jc w:val="right"/>
      </w:pPr>
      <w:r>
        <w:t>تو اس طرح انہوں نے لوگ کہنے لگے۔ تو وہاں نیویارک میں ڈاکٹر عالم صاحب نے اپنے گھر کو افس بنائی۔</w:t>
      </w:r>
    </w:p>
    <w:p>
      <w:r>
        <w:rPr>
          <w:b/>
        </w:rPr>
        <w:t xml:space="preserve">[41:46] </w:t>
      </w:r>
      <w:r>
        <w:t>ji. un ka jo ghar tha, khali pada tha, to us ko poora unhon ne re organize kiya, kitabon ka</w:t>
      </w:r>
    </w:p>
    <w:p>
      <w:pPr>
        <w:jc w:val="right"/>
      </w:pPr>
      <w:r>
        <w:t>جی۔ ان کا جو گھر تھا، خالی پڑا تھا، تو اس کو پورا انہوں نے ری ارگنائز کیا، کتابوں کا</w:t>
      </w:r>
    </w:p>
    <w:p>
      <w:r>
        <w:rPr>
          <w:b/>
        </w:rPr>
        <w:t xml:space="preserve">[41:55] </w:t>
      </w:r>
      <w:r>
        <w:t>bhandar rakha wahan par aur kisi ko incharge banaya aur logon ko jama kiya, wahan meeting ki hum ne. logon aur lateef sahib wahin miley.</w:t>
      </w:r>
    </w:p>
    <w:p>
      <w:pPr>
        <w:jc w:val="right"/>
      </w:pPr>
      <w:r>
        <w:t>بھنڈار رکھا وہاں پر اور کسی کو انچارج بنایا اور لوگوں کو جمع کیا، وہاں میٹنگ کی ہم نے۔ لوگوں اور لطیف صاحب وہیں ملے۔</w:t>
      </w:r>
    </w:p>
    <w:p>
      <w:r>
        <w:rPr>
          <w:b/>
        </w:rPr>
        <w:t xml:space="preserve">[42:06] </w:t>
      </w:r>
      <w:r>
        <w:t>lateef sahib pehlay se yehi website se parhtay thay, to hamaray aanay ka pata chala to woh aaye.</w:t>
      </w:r>
    </w:p>
    <w:p>
      <w:pPr>
        <w:jc w:val="right"/>
      </w:pPr>
      <w:r>
        <w:t>لطیف صاحب پہلے سے یہی ویب سائٹ سے پڑھتے تھے، تو ہمارے آنے کا پتہ چلا تو وہ آئے۔</w:t>
      </w:r>
    </w:p>
    <w:p>
      <w:r>
        <w:rPr>
          <w:b/>
        </w:rPr>
        <w:t xml:space="preserve">[42:12] </w:t>
      </w:r>
      <w:r>
        <w:t>aap yaad hoga aap ko apnay lateef sa</w:t>
      </w:r>
    </w:p>
    <w:p>
      <w:pPr>
        <w:jc w:val="right"/>
      </w:pPr>
      <w:r>
        <w:t>آپ یاد ہوگا آپ کو اپنے لطیف ص</w:t>
      </w:r>
    </w:p>
    <w:p>
      <w:r>
        <w:rPr>
          <w:b/>
        </w:rPr>
        <w:t xml:space="preserve">[42:14] </w:t>
      </w:r>
      <w:r>
        <w:t>hib ko? ji ji ji. bilkul bilkul. ji haan. woh to un logon se mulaqat hui. phir us kay baad hum peshawar gaye. peshawar mein bhi jo hai yehi itnay saray log jantay hain.</w:t>
      </w:r>
    </w:p>
    <w:p>
      <w:pPr>
        <w:jc w:val="right"/>
      </w:pPr>
      <w:r>
        <w:t>احب کو؟ جی جی جی۔ بالکل بالکل۔ جی ہاں۔ وہ تو ان لوگوں سے ملاقات ہوئی۔ پھر اس کے بعد ہم پشاور گئے۔ پشاور میں بھی جو ہے یہی اتنے سارے لوگ جانتے ہیں۔</w:t>
      </w:r>
    </w:p>
    <w:p>
      <w:r>
        <w:rPr>
          <w:b/>
        </w:rPr>
        <w:t xml:space="preserve">[42:23] </w:t>
      </w:r>
      <w:r>
        <w:t>ji. ji haan. aur bohat bari meeting hui wahan par aur wahin mursal farman sahib jo</w:t>
      </w:r>
    </w:p>
    <w:p>
      <w:pPr>
        <w:jc w:val="right"/>
      </w:pPr>
      <w:r>
        <w:t>جی۔ جی ہاں۔ اور بہت بڑی میٹنگ ہوئی وہاں پر اور وہیں مرسل فرمان صاحب جو</w:t>
      </w:r>
    </w:p>
    <w:p>
      <w:r>
        <w:rPr>
          <w:b/>
        </w:rPr>
        <w:t xml:space="preserve">[42:30] </w:t>
      </w:r>
      <w:r>
        <w:t>bohat baray supporter hain. ji. is kay aur bohat achi tarah is ideology ko samajhtay hain, woh bhi aaye aur unhon ne woh bohat khush hue kay hum se mil kay aur unhon ne kaha kay jo hai yeh literature ko jo hai ziyada se ziyada phailana chahiye afghanistan mein bhi aur wahan</w:t>
      </w:r>
    </w:p>
    <w:p>
      <w:pPr>
        <w:jc w:val="right"/>
      </w:pPr>
      <w:r>
        <w:t>بہت بڑے سپورٹر ہیں۔ جی۔ اس کے اور بہت اچھی طرح اس آئیڈیالوجی کو سمجھتے ہیں، وہ بھی آئے اور انہوں نے وہ بہت خوش ہوئے کہ ہم سے مل کے اور انہوں نے کہا کہ جو ہے یہ لٹریچر کو جو ہے زیادہ سے زیادہ پھیلانا چاہیے افغانستان میں بھی اور وہاں</w:t>
      </w:r>
    </w:p>
    <w:p>
      <w:r>
        <w:rPr>
          <w:b/>
        </w:rPr>
        <w:t xml:space="preserve">[42:49] </w:t>
      </w:r>
      <w:r>
        <w:t>peshawar mein, is state mein. to phir wahan bhi team organize hui hai kay salman shehzad sahib thay, woh bhi unhon ne yani incharge banay.</w:t>
      </w:r>
    </w:p>
    <w:p>
      <w:pPr>
        <w:jc w:val="right"/>
      </w:pPr>
      <w:r>
        <w:t>پشاور میں، اس اسٹیٹ میں۔ تو پھر وہاں بھی ٹیم ارگنائز ہوئی ہے کہ سلمان شہزاد صاحب تھے، وہ بھی انہوں نے یعنی انچارج بنے۔</w:t>
      </w:r>
    </w:p>
    <w:p>
      <w:r>
        <w:rPr>
          <w:b/>
        </w:rPr>
        <w:t xml:space="preserve">[43:01] </w:t>
      </w:r>
      <w:r>
        <w:t>woh phir wahan se hum islamabad gaye. islamabad mein bhi jo hai bohat saray log milay aur wahan bhi aik team bani. aur</w:t>
      </w:r>
    </w:p>
    <w:p>
      <w:pPr>
        <w:jc w:val="right"/>
      </w:pPr>
      <w:r>
        <w:t>وہ پھر وہاں سے ہم اسلام آباد گئے۔ اسلام آباد میں بھی جو ہے بہت سارے لوگ ملے اور وہاں بھی ایک ٹیم بنی۔ اور</w:t>
      </w:r>
    </w:p>
    <w:p>
      <w:r>
        <w:rPr>
          <w:b/>
        </w:rPr>
        <w:t xml:space="preserve">[43:11] </w:t>
      </w:r>
      <w:r>
        <w:t>last stage jo hai woh lahore tha jahan tariq badr sahib se milna tha. ji ji. tariq badr sahib se mulaqat pehlay hi ho chuki thi meri canada mein.</w:t>
      </w:r>
    </w:p>
    <w:p>
      <w:pPr>
        <w:jc w:val="right"/>
      </w:pPr>
      <w:r>
        <w:t>لاسٹ سٹیج جو ہے وہ لاہور تھا جہاں طارق بدر صاحب سے ملنا تھا۔ جی جی۔ طارق بدر صاحب سے ملاقات پہلے ہی ہو چکی تھی میری کینیڈا میں۔</w:t>
      </w:r>
    </w:p>
    <w:p>
      <w:r>
        <w:rPr>
          <w:b/>
        </w:rPr>
        <w:t xml:space="preserve">[43:19] </w:t>
      </w:r>
      <w:r>
        <w:t>woh wahan par waseem sahib kay sath jo hai kuch distribution ka kaam kartay thay, woh un ko pehlay se thora sa</w:t>
      </w:r>
    </w:p>
    <w:p>
      <w:pPr>
        <w:jc w:val="right"/>
      </w:pPr>
      <w:r>
        <w:t>وہ وہاں پر وسیم صاحب کے ساتھ جو ہے کچھ ڈسٹریبیوشن کا کام کرتے تھے، وہ ان کو پہلے سے تھوڑا سا</w:t>
      </w:r>
    </w:p>
    <w:p>
      <w:r>
        <w:rPr>
          <w:b/>
        </w:rPr>
        <w:t xml:space="preserve">[43:30] </w:t>
      </w:r>
      <w:r>
        <w:t>daawa ka jazba tha un mein. ji. to lekin woh canada mein kar rahay thay, woh yani soch rahay thay kay wahan karein kyunkay wahan log bohat receptive hain.</w:t>
      </w:r>
    </w:p>
    <w:p>
      <w:pPr>
        <w:jc w:val="right"/>
      </w:pPr>
      <w:r>
        <w:t>دعویٰ کا جذبہ تھا ان میں۔ جی۔ تو لیکن وہ کینیڈا میں کر رہے تھے، وہ یعنی سوچ رہے تھے کہ وہاں کریں کیونکہ وہاں لوگ بہت ریسیپٹیو ہیں۔</w:t>
      </w:r>
    </w:p>
    <w:p>
      <w:r>
        <w:rPr>
          <w:b/>
        </w:rPr>
        <w:t xml:space="preserve">[43:42] </w:t>
      </w:r>
      <w:r>
        <w:t>pakistan mein yeh nahi ho sakta, woh is tarah khayal tha aur us canada mein settle honay ka</w:t>
      </w:r>
    </w:p>
    <w:p>
      <w:pPr>
        <w:jc w:val="right"/>
      </w:pPr>
      <w:r>
        <w:t>پاکستان میں یہ نہیں ہو سکتا، وہ اس طرح خیال تھا اور اس کینیڈا میں سیٹل ہونے کا</w:t>
      </w:r>
    </w:p>
    <w:p>
      <w:r>
        <w:rPr>
          <w:b/>
        </w:rPr>
        <w:t xml:space="preserve">[43:49] </w:t>
      </w:r>
      <w:r>
        <w:t>khayal tha un ka. lekin mein ne un ko wahin aik advice di un ko kay jo hai aap ki bohat achi job hai pakistan mein aur pakistan mein yani molana ka sara literature urdu mein hai aur agar aap wahan kaam shuru karein gay aur wahan us ko phailanay ki koshish karein gay to dekhiye ga kay jo hai bohat</w:t>
      </w:r>
    </w:p>
    <w:p>
      <w:pPr>
        <w:jc w:val="right"/>
      </w:pPr>
      <w:r>
        <w:t>خیال تھا ان کا۔ لیکن میں نے ان کو وہیں ایک ایڈوائس دی ان کو کہ جو ہے آپ کی بہت اچھی جاب ہے پاکستان میں اور پاکستان میں یعنی مولانا کا سارا لٹریچر اردو میں ہے اور اگر آپ وہاں کام شروع کریں گے اور وہاں اس کو پھیلانے کی کوشش کریں گے تو دیکھیے گا کہ جو ہے بہت</w:t>
      </w:r>
    </w:p>
    <w:p>
      <w:r>
        <w:rPr>
          <w:b/>
        </w:rPr>
        <w:t xml:space="preserve">[44:12] </w:t>
      </w:r>
      <w:r>
        <w:t>yani phailay ga aur aap kabhi soch bhi nahi saktay kay jo hai jo kaam yahan karna chahtay hain, wahan itni ziyada paimaanay pe karein gay.</w:t>
      </w:r>
    </w:p>
    <w:p>
      <w:pPr>
        <w:jc w:val="right"/>
      </w:pPr>
      <w:r>
        <w:t>یعنی پھیلے گا اور آپ کبھی سوچ بھی نہیں سکتے کہ جو ہے جو کام یہاں کرنا چاہتے ہیں، وہاں اتنی زیادہ پیمانے پہ کریں گے۔</w:t>
      </w:r>
    </w:p>
    <w:p>
      <w:r>
        <w:rPr>
          <w:b/>
        </w:rPr>
        <w:t xml:space="preserve">[44:22] </w:t>
      </w:r>
      <w:r>
        <w:t>to phir woh ja kar kay wahi phir un se yehi baat kahi aur unhon ne is baat ko mana bhi aur woh is</w:t>
      </w:r>
    </w:p>
    <w:p>
      <w:pPr>
        <w:jc w:val="right"/>
      </w:pPr>
      <w:r>
        <w:t>تو پھر وہ جا کر کے وہی پھر ان سے یہی بات کہی اور انہوں نے اس بات کو مانا بھی اور وہ اس</w:t>
      </w:r>
    </w:p>
    <w:p>
      <w:r>
        <w:rPr>
          <w:b/>
        </w:rPr>
        <w:t xml:space="preserve">[44:32] </w:t>
      </w:r>
      <w:r>
        <w:t>waqt se ab tak jo hai woh lagay hue hain. allah ta'ala un ko mazeed jo hai himmat de aur support milay aur bohat kaam aa gaya.</w:t>
      </w:r>
    </w:p>
    <w:p>
      <w:pPr>
        <w:jc w:val="right"/>
      </w:pPr>
      <w:r>
        <w:t>وقت سے اب تک جو ہے وہ لگے ہوئے ہیں۔ اللہ تعالیٰ ان کو مزید جو ہے ہمت دے اور سپورٹ ملے اور بہت کام آگیا۔</w:t>
      </w:r>
    </w:p>
    <w:p>
      <w:r>
        <w:rPr>
          <w:b/>
        </w:rPr>
        <w:t xml:space="preserve">[44:42] </w:t>
      </w:r>
      <w:r>
        <w:t>aur aisa hua bhi, kaleem sahib, pakistan mein bohat tezi se kaam phail raha hai aur haal hi mein tariq badr sahib ne office bhi khola hai wahan pe. ji.</w:t>
      </w:r>
    </w:p>
    <w:p>
      <w:pPr>
        <w:jc w:val="right"/>
      </w:pPr>
      <w:r>
        <w:t>اور ایسا ہوا بھی، کلیم صاحب، پاکستان میں بہت تیزی سے کام پھیل رہا ہے اور حال ہی میں طارق بدر صاحب نے افس بھی کھولا ہے وہاں پہ۔ جی۔</w:t>
      </w:r>
    </w:p>
    <w:p>
      <w:r>
        <w:rPr>
          <w:b/>
        </w:rPr>
        <w:t xml:space="preserve">[44:51] </w:t>
      </w:r>
      <w:r>
        <w:t>aur kal hum logon ki networking meeting thi to us mein unhon ne share kiya. ji. kay bohat achay positive results aa rahay hain. ji. to</w:t>
      </w:r>
    </w:p>
    <w:p>
      <w:pPr>
        <w:jc w:val="right"/>
      </w:pPr>
      <w:r>
        <w:t>اور کل ہم لوگوں کی نیٹ ورکنگ میٹنگ تھی تو اس میں انہوں نے شیئر کیا۔ جی۔ کہ بہت اچھے پوزیٹیو رزلٹس آ رہے ہیں۔ جی۔ تو</w:t>
      </w:r>
    </w:p>
    <w:p>
      <w:r>
        <w:rPr>
          <w:b/>
        </w:rPr>
        <w:t xml:space="preserve">[45:00] </w:t>
      </w:r>
      <w:r>
        <w:t>yeh aik bohat bara sign bhi hai. ji. ji. to is se sabak yehi mila kay jo hai kaam karein jao. ji.</w:t>
      </w:r>
    </w:p>
    <w:p>
      <w:pPr>
        <w:jc w:val="right"/>
      </w:pPr>
      <w:r>
        <w:t>یہ ایک بہت بڑا سائن بھی ہے۔ جی۔ جی۔ تو اس سے سبق یہی ملا کہ جو ہے کام کریں جاؤ۔ جی۔</w:t>
      </w:r>
    </w:p>
    <w:p>
      <w:r>
        <w:rPr>
          <w:b/>
        </w:rPr>
        <w:t xml:space="preserve">[45:08] </w:t>
      </w:r>
      <w:r>
        <w:t>yani is ka yeh dekho mat kay jo hai koi us ko welcome kar raha hai ya nahi kar raha hai, aap ko koi log mil rahay hain ya nahi mil rahay hain, yeh baat ko sochna hi nahi hai kisi ko bhi.</w:t>
      </w:r>
    </w:p>
    <w:p>
      <w:pPr>
        <w:jc w:val="right"/>
      </w:pPr>
      <w:r>
        <w:t>یعنی اس کا یہ دیکھو مت کہ جو ہے کوئی اس کو ویلکم کر رہا ہے یا نہیں کر رہا ہے، آپ کو کوئی لوگ مل رہے ہیں یا نہیں مل رہے ہیں، یہ بات کو سوچنا ہی نہیں ہے کسی کو بھی۔</w:t>
      </w:r>
    </w:p>
    <w:p>
      <w:r>
        <w:rPr>
          <w:b/>
        </w:rPr>
        <w:t xml:space="preserve">[45:18] </w:t>
      </w:r>
      <w:r>
        <w:t>yani</w:t>
      </w:r>
    </w:p>
    <w:p>
      <w:pPr>
        <w:jc w:val="right"/>
      </w:pPr>
      <w:r>
        <w:t>یعنی</w:t>
      </w:r>
    </w:p>
    <w:p>
      <w:r>
        <w:rPr>
          <w:b/>
        </w:rPr>
        <w:t xml:space="preserve">[45:20] </w:t>
      </w:r>
      <w:r>
        <w:t>sabak saray CPS members ko yahi sabak hai ke jo hai yeh nahi dekhna ke bhai kitna kaam aap ka jo hai aap ke samnay bohat hota hua nazar aa raha hai.</w:t>
      </w:r>
    </w:p>
    <w:p>
      <w:pPr>
        <w:jc w:val="right"/>
      </w:pPr>
      <w:r>
        <w:t>سبق سارے سی پی ایس ممبرز کو یہی سبق ہے کہ جو ہے یہ نہیں دیکھنا کہ بھئی کتنا کام آپ کا جو ہے آپ کے سامنے بہت ہوتا ہوا نظر آ رہا ہے۔</w:t>
      </w:r>
    </w:p>
    <w:p>
      <w:r>
        <w:rPr>
          <w:b/>
        </w:rPr>
        <w:t xml:space="preserve">[45:33] </w:t>
      </w:r>
      <w:r>
        <w:t>yani aap aik aadmi bhi reh jaye, phir bhi jo hai aap us ko karte rahen. hmm. to is ka asar</w:t>
      </w:r>
    </w:p>
    <w:p>
      <w:pPr>
        <w:jc w:val="right"/>
      </w:pPr>
      <w:r>
        <w:t>یعنی آپ ایک آدمی بھی رہ جائیں، پھر بھی جو ہے آپ اس کو کرتے رہیں۔ ہمم۔ تو اس کا اثر</w:t>
      </w:r>
    </w:p>
    <w:p>
      <w:r>
        <w:rPr>
          <w:b/>
        </w:rPr>
        <w:t xml:space="preserve">[45:40] </w:t>
      </w:r>
      <w:r>
        <w:t>yani kahin aur jagah hoga. hmm. wohin ho sakta hai, kahin aur ho sakta hai. to is se jo hai demotivate mutlaq nahi hona chahiye.</w:t>
      </w:r>
    </w:p>
    <w:p>
      <w:pPr>
        <w:jc w:val="right"/>
      </w:pPr>
      <w:r>
        <w:t>یعنی کہیں اور جگہ ہوگا۔ ہمم۔ وہیں ہو سکتا ہے، کہیں اور ہو سکتا ہے۔ تو اس سے جو ہے ڈی موٹیویٹ مطلق نہیں ہونا چاہیے۔</w:t>
      </w:r>
    </w:p>
    <w:p>
      <w:r>
        <w:rPr>
          <w:b/>
        </w:rPr>
        <w:t xml:space="preserve">[45:51] </w:t>
      </w:r>
      <w:r>
        <w:t>ji ji. Maulana sahib ka bhi yahi aik advice bhi tha, unhon ne kaha ke apni zindagi mein aisa kijiye ke</w:t>
      </w:r>
    </w:p>
    <w:p>
      <w:pPr>
        <w:jc w:val="right"/>
      </w:pPr>
      <w:r>
        <w:t>جی جی۔ مولانا صاحب کا بھی یہی ایک ایڈوائس بھی تھا، انہوں نے کہا کہ اپنی زندگی میں ایسا کیجئے کہ</w:t>
      </w:r>
    </w:p>
    <w:p>
      <w:r>
        <w:rPr>
          <w:b/>
        </w:rPr>
        <w:t xml:space="preserve">[45:59] </w:t>
      </w:r>
      <w:r>
        <w:t>aik target aap set kar lijiye. Once you have set the target, then fight every thought that tries to derail you from that target.</w:t>
      </w:r>
    </w:p>
    <w:p>
      <w:pPr>
        <w:jc w:val="right"/>
      </w:pPr>
      <w:r>
        <w:t>ایک ٹارگٹ آپ سیٹ کر لیجئے۔ ونس یو ہیو سیٹ دی ٹارگٹ، دین فائٹ ایوری تھاٹ دیٹ ٹرائیز ٹو ڈیریل یو فرام دیٹ ٹارگٹ۔</w:t>
      </w:r>
    </w:p>
    <w:p>
      <w:r>
        <w:rPr>
          <w:b/>
        </w:rPr>
        <w:t xml:space="preserve">[46:08] </w:t>
      </w:r>
      <w:r>
        <w:t>to woh bohat zaroori hai. ji. aksar aisay impulses atay hain jo aap ko mayoos karte hain ya phir aap ko derail karte hain, distract karte hain.</w:t>
      </w:r>
    </w:p>
    <w:p>
      <w:pPr>
        <w:jc w:val="right"/>
      </w:pPr>
      <w:r>
        <w:t>تو وہ بہت ضروری ہے۔ جی۔ اکثر ایسے امپلسز آتے ہیں جو آپ کو مایوس کرتے ہیں یا پھر آپ کو ڈیریل کرتے ہیں، ڈسٹریکٹ کرتے ہیں۔</w:t>
      </w:r>
    </w:p>
    <w:p>
      <w:r>
        <w:rPr>
          <w:b/>
        </w:rPr>
        <w:t xml:space="preserve">[46:17] </w:t>
      </w:r>
      <w:r>
        <w:t>lekin is time pe</w:t>
      </w:r>
    </w:p>
    <w:p>
      <w:pPr>
        <w:jc w:val="right"/>
      </w:pPr>
      <w:r>
        <w:t>لیکن اس ٹائم پہ</w:t>
      </w:r>
    </w:p>
    <w:p>
      <w:r>
        <w:rPr>
          <w:b/>
        </w:rPr>
        <w:t xml:space="preserve">[46:19] </w:t>
      </w:r>
      <w:r>
        <w:t>dua kar ke hamein bas juttay rehna chahiye is target par. aur kamyabi zaroor milti hai. yaad hai yeh Maulana ki advice yaad hai, derailment se bachein.</w:t>
      </w:r>
    </w:p>
    <w:p>
      <w:pPr>
        <w:jc w:val="right"/>
      </w:pPr>
      <w:r>
        <w:t>دعا کر کے ہمیں بس جٹے رہنا چاہیے اس ٹارگٹ پر۔ اور کامیابی ضرور ملتی ہے۔ یاد ہے یہ مولانا کی ایڈوائس یاد ہے، ڈیریلمنٹ سے بچیں۔</w:t>
      </w:r>
    </w:p>
    <w:p>
      <w:r>
        <w:rPr>
          <w:b/>
        </w:rPr>
        <w:t xml:space="preserve">[46:29] </w:t>
      </w:r>
      <w:r>
        <w:t>aur mein hamesha yahi dua karta hoon ke jo hai koi hadsa jo hai mere liye derailment ka</w:t>
      </w:r>
    </w:p>
    <w:p>
      <w:pPr>
        <w:jc w:val="right"/>
      </w:pPr>
      <w:r>
        <w:t>اور میں ہمیشہ یہی دعا کرتا ہوں کہ جو ہے کوئی حادثہ جو ہے میرے لیے ڈیریلمنٹ کا</w:t>
      </w:r>
    </w:p>
    <w:p>
      <w:r>
        <w:rPr>
          <w:b/>
        </w:rPr>
        <w:t xml:space="preserve">[46:36] </w:t>
      </w:r>
      <w:r>
        <w:t>reason na banay. ji. Kaleem sahib, CPS USA mein kafi women members bhi hain aur ji un ka bhi bohat important role hai.</w:t>
      </w:r>
    </w:p>
    <w:p>
      <w:pPr>
        <w:jc w:val="right"/>
      </w:pPr>
      <w:r>
        <w:t>ریزن نہ بنے۔ جی۔ کلیم صاحب، سی پی ایس یو ایس اے میں کافی وومن ممبرز بھی ہیں اور جی ان کا بھی بہت امپورٹنٹ رول ہے۔</w:t>
      </w:r>
    </w:p>
    <w:p>
      <w:r>
        <w:rPr>
          <w:b/>
        </w:rPr>
        <w:t xml:space="preserve">[46:45] </w:t>
      </w:r>
      <w:r>
        <w:t>to kuch un ke baray mein bataiye. to abhi yeh mein is mein aik add bhi karna chahoon ga ke balkay</w:t>
      </w:r>
    </w:p>
    <w:p>
      <w:pPr>
        <w:jc w:val="right"/>
      </w:pPr>
      <w:r>
        <w:t>تو کچھ ان کے بارے میں بتائیے۔ تو ابھی یہ میں اس میں ایک ایڈ بھی کرنا چاہوں گا کہ بلکہ</w:t>
      </w:r>
    </w:p>
    <w:p>
      <w:r>
        <w:rPr>
          <w:b/>
        </w:rPr>
        <w:t xml:space="preserve">[46:53] </w:t>
      </w:r>
      <w:r>
        <w:t>jo Dr. Safeena Tabassum hain, jo bohat senior member hain CPS ki, Saharanpur mein hain. ji. aur unhon ne comment bhi bheja hai ke "you are an inspiration for us, may we become a da'i like you, please share any formula for ladies to do da'wah work".</w:t>
      </w:r>
    </w:p>
    <w:p>
      <w:pPr>
        <w:jc w:val="right"/>
      </w:pPr>
      <w:r>
        <w:t>جو ڈاکٹر سفینہ تبسم ہیں، جو بہت سینئر ممبر ہیں سی پی ایس کی، سارن پور میں ہیں۔ جی۔ اور انہوں نے کمنٹ بھی بھیجا ہے کہ "یو آر این انسپیریشن فار اس، می وی بیکم ا دائی لائک یو، پلیز شیئر اینی فارمولا فار لیڈیز ٹو ڈو داؤ ورک"۔</w:t>
      </w:r>
    </w:p>
    <w:p>
      <w:r>
        <w:rPr>
          <w:b/>
        </w:rPr>
        <w:t xml:space="preserve">[47:08] </w:t>
      </w:r>
      <w:r>
        <w:t>to aur US mein bhi kafi kaam ho raha hai. ji ji. to is hawale se kuch bataiye. wohi ab mein aagay barh raha tha jo pehlay initial team bani.</w:t>
      </w:r>
    </w:p>
    <w:p>
      <w:pPr>
        <w:jc w:val="right"/>
      </w:pPr>
      <w:r>
        <w:t>تو اور یو ایس میں بھی کافی کام ہو رہا ہے۔ جی جی۔ تو اس حوالے سے کچھ بتائیے۔ وہی اب میں آگے بڑھ رہا تھا جو پہلے انیشل ٹیم بنی۔</w:t>
      </w:r>
    </w:p>
    <w:p>
      <w:r>
        <w:rPr>
          <w:b/>
        </w:rPr>
        <w:t xml:space="preserve">[47:18] </w:t>
      </w:r>
      <w:r>
        <w:t>ji. aur</w:t>
      </w:r>
    </w:p>
    <w:p>
      <w:pPr>
        <w:jc w:val="right"/>
      </w:pPr>
      <w:r>
        <w:t>جی۔ اور</w:t>
      </w:r>
    </w:p>
    <w:p>
      <w:r>
        <w:rPr>
          <w:b/>
        </w:rPr>
        <w:t xml:space="preserve">[47:20] </w:t>
      </w:r>
      <w:r>
        <w:t>aur woh team yani Allah taala ne itni help ki hamein ke registration bhi asan ho gaya aur us ke baad hamein woh status bhi mila.</w:t>
      </w:r>
    </w:p>
    <w:p>
      <w:pPr>
        <w:jc w:val="right"/>
      </w:pPr>
      <w:r>
        <w:t>اور وہ ٹیم یعنی اللہ تعالیٰ نے اتنی ہیلپ کی ہمیں کہ رجسٹریشن بھی آسان ہو گیا اور اس کے بعد ہمیں وہ سٹیٹس بھی ملا۔</w:t>
      </w:r>
    </w:p>
    <w:p>
      <w:r>
        <w:rPr>
          <w:b/>
        </w:rPr>
        <w:t xml:space="preserve">[47:35] </w:t>
      </w:r>
      <w:r>
        <w:t>year to yani yeh registration hua 1997 mein. Maulana 96 mein aaye thay. hum un ke samnay hum ne yeh</w:t>
      </w:r>
    </w:p>
    <w:p>
      <w:pPr>
        <w:jc w:val="right"/>
      </w:pPr>
      <w:r>
        <w:t>ایئر ٹو یعنی یہ رجسٹریشن ہوا 1997 میں۔ مولانا 96 میں آئے تھے۔ ہم ان کے سامنے ہم نے یہ</w:t>
      </w:r>
    </w:p>
    <w:p>
      <w:r>
        <w:rPr>
          <w:b/>
        </w:rPr>
        <w:t xml:space="preserve">[47:44] </w:t>
      </w:r>
      <w:r>
        <w:t>organization form kiya aur un ke janay ke baad register karwaya 97 August mein. aur mein chutti pe yahan aa kar ke phir wapas gaya tha.</w:t>
      </w:r>
    </w:p>
    <w:p>
      <w:pPr>
        <w:jc w:val="right"/>
      </w:pPr>
      <w:r>
        <w:t>ارگنائزیشن فارم کیا اور ان کے جانے کے بعد رجسٹر کروایا 97 اگست میں۔ اور میں چھٹی پہ یہاں آ کر کے پھر واپس گیا تھا۔</w:t>
      </w:r>
    </w:p>
    <w:p>
      <w:r>
        <w:rPr>
          <w:b/>
        </w:rPr>
        <w:t xml:space="preserve">[47:55] </w:t>
      </w:r>
      <w:r>
        <w:t>phir wapas janay tak woh registration woh accepted tha, maujood tha.</w:t>
      </w:r>
    </w:p>
    <w:p>
      <w:pPr>
        <w:jc w:val="right"/>
      </w:pPr>
      <w:r>
        <w:t>پھر واپس جانے تک وہ رجسٹریشن وہ ایکسیپٹڈ تھا، موجود تھا۔</w:t>
      </w:r>
    </w:p>
    <w:p>
      <w:r>
        <w:rPr>
          <w:b/>
        </w:rPr>
        <w:t xml:space="preserve">[48:00] </w:t>
      </w:r>
      <w:r>
        <w:t>phir us ke baad hum ne wohi woh kaam chalta raha literature distribute karne ka. to sab se pehlay jo women member bani hain, woh sister Zeeba Gul Zeeba Ahmed hain.</w:t>
      </w:r>
    </w:p>
    <w:p>
      <w:pPr>
        <w:jc w:val="right"/>
      </w:pPr>
      <w:r>
        <w:t>پھر اس کے بعد ہم نے وہی وہ کام چلتا رہا لٹریچر ڈسٹریبیوٹ کرنے کا۔ تو سب سے پہلے جو وومن ممبر بنی ہیں، وہ سسٹر زیبہ گل زیبہ احمد ہیں۔</w:t>
      </w:r>
    </w:p>
    <w:p>
      <w:r>
        <w:rPr>
          <w:b/>
        </w:rPr>
        <w:t xml:space="preserve">[48:18] </w:t>
      </w:r>
      <w:r>
        <w:t>ji ji ji ji.</w:t>
      </w:r>
    </w:p>
    <w:p>
      <w:pPr>
        <w:jc w:val="right"/>
      </w:pPr>
      <w:r>
        <w:t>جی جی جی جی۔</w:t>
      </w:r>
    </w:p>
    <w:p>
      <w:r>
        <w:rPr>
          <w:b/>
        </w:rPr>
        <w:t xml:space="preserve">[48:20] </w:t>
      </w:r>
      <w:r>
        <w:t>unhon ne Maulana ke literature ko yani literature aur Dr. Fahad Hashmi ki class se mila.</w:t>
      </w:r>
    </w:p>
    <w:p>
      <w:pPr>
        <w:jc w:val="right"/>
      </w:pPr>
      <w:r>
        <w:t>انہوں نے مولانا کے لٹریچر کو یعنی لٹریچر اور ڈاکٹر فہد ہاشمی کی کلاس سے ملا۔</w:t>
      </w:r>
    </w:p>
    <w:p>
      <w:r>
        <w:rPr>
          <w:b/>
        </w:rPr>
        <w:t xml:space="preserve">[48:30] </w:t>
      </w:r>
      <w:r>
        <w:t>woh ji un ki classes attend karti theen. to wahan Maulana ki kitabon ki classes hua karti theen. to un ko bohat pasand aaya. to shayad yahan contact kiya ya kahan se</w:t>
      </w:r>
    </w:p>
    <w:p>
      <w:pPr>
        <w:jc w:val="right"/>
      </w:pPr>
      <w:r>
        <w:t>وہ جی ان کی کلاسز اٹینڈ کرتی تھیں۔ تو وہاں مولانا کی کتابوں کی کلاسز ہوا کرتی تھیں۔ تو ان کو بہت پسند آیا۔ تو شاید یہاں کانٹیکٹ کیا یا کہاں سے</w:t>
      </w:r>
    </w:p>
    <w:p>
      <w:r>
        <w:rPr>
          <w:b/>
        </w:rPr>
        <w:t xml:space="preserve">[48:42] </w:t>
      </w:r>
      <w:r>
        <w:t>somehow un ko mera number mila. ji. to unhon ne call kiya aur unhon ne kaha ke bhai mujhe kya karna chahiye?</w:t>
      </w:r>
    </w:p>
    <w:p>
      <w:pPr>
        <w:jc w:val="right"/>
      </w:pPr>
      <w:r>
        <w:t>سم ہاؤ ان کو میرا نمبر ملا۔ جی۔ تو انہوں نے کال کیا اور انہوں نے کہا کہ بھئی مجھے کیا کرنا چاہیے؟</w:t>
      </w:r>
    </w:p>
    <w:p>
      <w:r>
        <w:rPr>
          <w:b/>
        </w:rPr>
        <w:t xml:space="preserve">[48:52] </w:t>
      </w:r>
      <w:r>
        <w:t>to mein ne pehlay mera yeh hamesha yeh yani advice hoti hai jo bhi naya member hota hai. to mein kehta hoon aap aik</w:t>
      </w:r>
    </w:p>
    <w:p>
      <w:pPr>
        <w:jc w:val="right"/>
      </w:pPr>
      <w:r>
        <w:t>تو میں نے پہلے میرا یہ ہمیشہ یہ یعنی ایڈوائس ہوتی ہے جو بھی نیا ممبر ہوتا ہے۔ تو میں کہتا ہوں آپ ایک</w:t>
      </w:r>
    </w:p>
    <w:p>
      <w:r>
        <w:rPr>
          <w:b/>
        </w:rPr>
        <w:t xml:space="preserve">[49:03] </w:t>
      </w:r>
      <w:r>
        <w:t>chaar paanch chhay mahinay jo hai kuch na kijiye aur sirf Maulana ka literature padhiye. Ji. Ji. Yaani aap poori tarah convince ho jaiye.</w:t>
      </w:r>
    </w:p>
    <w:p>
      <w:pPr>
        <w:jc w:val="right"/>
      </w:pPr>
      <w:r>
        <w:t>چار پانچ چھ مہینے جو ہے کچھ نہ کیجئے اور صرف مولانا کا لٹریچر پڑھیے۔ جی۔ جی۔ یعنی آپ پوری طرح کنونس ہو جائیے۔</w:t>
      </w:r>
    </w:p>
    <w:p>
      <w:r>
        <w:rPr>
          <w:b/>
        </w:rPr>
        <w:t xml:space="preserve">[49:14] </w:t>
      </w:r>
      <w:r>
        <w:t>phir is ke baad jo hai aap hi ko samajh mein aayega ke aap ko kya karna hai. Yaani kyunke Maulana khud kehte thay ke</w:t>
      </w:r>
    </w:p>
    <w:p>
      <w:pPr>
        <w:jc w:val="right"/>
      </w:pPr>
      <w:r>
        <w:t>پھر اس کے بعد جو ہے آپ ہی کو سمجھ میں آئے گا کہ آپ کو کیا کرنا ہے۔ یعنی کیونکہ مولانا خود کہتے تھے کہ</w:t>
      </w:r>
    </w:p>
    <w:p>
      <w:r>
        <w:rPr>
          <w:b/>
        </w:rPr>
        <w:t xml:space="preserve">[49:22] </w:t>
      </w:r>
      <w:r>
        <w:t>yeh meham aisi hai jo program makers ki hai. Right. Yeh program dene ki dene ki meham nahi hai. Meham nahi hai. Ji.</w:t>
      </w:r>
    </w:p>
    <w:p>
      <w:pPr>
        <w:jc w:val="right"/>
      </w:pPr>
      <w:r>
        <w:t>یہ مہم ایسی ہے جو پروگرام میکرز کی ہے۔ رائٹ۔ یہ پروگرام دینے کی دینے کی مہم نہیں ہے۔ مہم نہیں ہے۔ جی۔</w:t>
      </w:r>
    </w:p>
    <w:p>
      <w:r>
        <w:rPr>
          <w:b/>
        </w:rPr>
        <w:t xml:space="preserve">[49:30] </w:t>
      </w:r>
      <w:r>
        <w:t>to un ko baat pasand aayi. Yaani woh yahan tak ke woh college wapas jana chah rahi theen ke main</w:t>
      </w:r>
    </w:p>
    <w:p>
      <w:pPr>
        <w:jc w:val="right"/>
      </w:pPr>
      <w:r>
        <w:t>تو ان کو بات پسند آئی۔ یعنی وہ یہاں تک کہ وہ کالج واپس جانا چاہ رہی تھیں کہ میں</w:t>
      </w:r>
    </w:p>
    <w:p>
      <w:r>
        <w:rPr>
          <w:b/>
        </w:rPr>
        <w:t xml:space="preserve">[49:38] </w:t>
      </w:r>
      <w:r>
        <w:t>yahan ki degree lena chahti hoon. Maulana aap time waste kar rahe hain. Aap isi kaam mein lag jaiye. Is ka koi faida nahi hoga. To unhon ne baat ko mana bhi aur unhon ne phir woh aur woh kaam mein lag gaein.</w:t>
      </w:r>
    </w:p>
    <w:p>
      <w:pPr>
        <w:jc w:val="right"/>
      </w:pPr>
      <w:r>
        <w:t>یہاں کی ڈگری لینا چاہتی ہوں۔ مولانا آپ ٹائم ویسٹ کر رہے ہیں۔ آپ اسی کام میں لگ جائیے۔ اس کا کوئی فائدہ نہیں ہوگا۔ تو انہوں نے بات کو مانا بھی اور انہوں نے پھر وہ اور وہ کام میں لگ گئیں۔</w:t>
      </w:r>
    </w:p>
    <w:p>
      <w:r>
        <w:rPr>
          <w:b/>
        </w:rPr>
        <w:t xml:space="preserve">[49:50] </w:t>
      </w:r>
      <w:r>
        <w:t>aur woh apne tareeqay se aaj jo hai</w:t>
      </w:r>
    </w:p>
    <w:p>
      <w:pPr>
        <w:jc w:val="right"/>
      </w:pPr>
      <w:r>
        <w:t>اور وہ اپنے طریقے سے آج جو ہے</w:t>
      </w:r>
    </w:p>
    <w:p>
      <w:r>
        <w:rPr>
          <w:b/>
        </w:rPr>
        <w:t xml:space="preserve">[49:54] </w:t>
      </w:r>
      <w:r>
        <w:t>poora apna ek empire establish kar liya. Itnay classes itni busy hoti hain. Bachon ki classes hain, women classes hain.</w:t>
      </w:r>
    </w:p>
    <w:p>
      <w:pPr>
        <w:jc w:val="right"/>
      </w:pPr>
      <w:r>
        <w:t>پورا اپنا ایک ایمپائر اسٹیبلش کر لیا۔ اتنے کلاسز اتنی بزی ہوتی ہیں۔ بچوں کی کلاسز ہیں، وومن کلاسز ہیں۔</w:t>
      </w:r>
    </w:p>
    <w:p>
      <w:r>
        <w:rPr>
          <w:b/>
        </w:rPr>
        <w:t xml:space="preserve">[50:03] </w:t>
      </w:r>
      <w:r>
        <w:t>phir un ke baad is ke baad jo hai sister Kausar shamil huin. Sister Kausar ko bhi isi tarah</w:t>
      </w:r>
    </w:p>
    <w:p>
      <w:pPr>
        <w:jc w:val="right"/>
      </w:pPr>
      <w:r>
        <w:t>پھر ان کے بعد اس کے بعد جو ہے سسٹر کوثر شامل ہوئیں۔ سسٹر کوثر کو بھی اسی طرح</w:t>
      </w:r>
    </w:p>
    <w:p>
      <w:r>
        <w:rPr>
          <w:b/>
        </w:rPr>
        <w:t xml:space="preserve">[50:11] </w:t>
      </w:r>
      <w:r>
        <w:t>shayad Farahhat Hashmi ki class se ya kisi se woh waqif hue thay. Is waqt mein yahin India ke trip pe tha. Ji. To unhon ne mere phone pe call kiya to main ne yahan dekha.</w:t>
      </w:r>
    </w:p>
    <w:p>
      <w:pPr>
        <w:jc w:val="right"/>
      </w:pPr>
      <w:r>
        <w:t>شاید فرحت ہاشمی کی کلاس سے یا کسی سے وہ واقف ہوئے تھے۔ اس وقت میں یہیں انڈیا کے ٹرپ پہ تھا۔ جی۔ تو انہوں نے میرے فون پہ کال کیا تو میں نے یہاں دیکھا۔</w:t>
      </w:r>
    </w:p>
    <w:p>
      <w:r>
        <w:rPr>
          <w:b/>
        </w:rPr>
        <w:t xml:space="preserve">[50:22] </w:t>
      </w:r>
      <w:r>
        <w:t>to phir un se kaha ke jo hai main yahan trip pe hoon, wapas aanay ke baad baat karunga. To woh bhi bari enthusiastic nikli.</w:t>
      </w:r>
    </w:p>
    <w:p>
      <w:pPr>
        <w:jc w:val="right"/>
      </w:pPr>
      <w:r>
        <w:t>تو پھر ان سے کہا کہ جو ہے میں یہاں ٹرپ پہ ہوں، واپس آنے کے بعد بات کروں گا۔ تو وہ بھی بڑی انتھوزیاسٹک نکلی۔</w:t>
      </w:r>
    </w:p>
    <w:p>
      <w:r>
        <w:rPr>
          <w:b/>
        </w:rPr>
        <w:t xml:space="preserve">[50:31] </w:t>
      </w:r>
      <w:r>
        <w:t>aur</w:t>
      </w:r>
    </w:p>
    <w:p>
      <w:pPr>
        <w:jc w:val="right"/>
      </w:pPr>
      <w:r>
        <w:t>اور</w:t>
      </w:r>
    </w:p>
    <w:p>
      <w:r>
        <w:rPr>
          <w:b/>
        </w:rPr>
        <w:t xml:space="preserve">[50:32] </w:t>
      </w:r>
      <w:r>
        <w:t>aur woh already aik doosri tehreek se wabasta theen, woh positive thinkers for MPTC, kuch is tarah ka naam tha.</w:t>
      </w:r>
    </w:p>
    <w:p>
      <w:pPr>
        <w:jc w:val="right"/>
      </w:pPr>
      <w:r>
        <w:t>اور وہ الریڈی ایک دوسری تحریک سے وابستہ تھیں، وہ پازیٹیو تھنکرز فور ایم پی ٹی سی، کچھ اس طرح کا نام تھا۔</w:t>
      </w:r>
    </w:p>
    <w:p>
      <w:r>
        <w:rPr>
          <w:b/>
        </w:rPr>
        <w:t xml:space="preserve">[50:42] </w:t>
      </w:r>
      <w:r>
        <w:t>Hmm. To slowly slowly jo hai main ne un ko yaani un ko bhi yahi kaha aap parhein aur time le ke parhein.</w:t>
      </w:r>
    </w:p>
    <w:p>
      <w:pPr>
        <w:jc w:val="right"/>
      </w:pPr>
      <w:r>
        <w:t>ہمم۔ تو سلولی سلولی جو ہے میں نے ان کو یعنی ان کو بھی یہی کہا آپ پڑھیں اور ٹائم لے کے پڑھیں۔</w:t>
      </w:r>
    </w:p>
    <w:p>
      <w:r>
        <w:rPr>
          <w:b/>
        </w:rPr>
        <w:t xml:space="preserve">[50:52] </w:t>
      </w:r>
      <w:r>
        <w:t>aur</w:t>
      </w:r>
    </w:p>
    <w:p>
      <w:pPr>
        <w:jc w:val="right"/>
      </w:pPr>
      <w:r>
        <w:t>اور</w:t>
      </w:r>
    </w:p>
    <w:p>
      <w:r>
        <w:rPr>
          <w:b/>
        </w:rPr>
        <w:t xml:space="preserve">[50:53] </w:t>
      </w:r>
      <w:r>
        <w:t>doosre doosre kaam mein jo aap kaam kar rahi hain, yaani Allah ke fazal se yeh convince ho gaein ke is doosre meham se ab woh ji free ho chuki hain.</w:t>
      </w:r>
    </w:p>
    <w:p>
      <w:pPr>
        <w:jc w:val="right"/>
      </w:pPr>
      <w:r>
        <w:t>دوسرے دوسرے کاموں میں جو آپ کام کر رہی ہیں، یعنی اللہ کے فضل سے یہ کنونس ہو گئیں کہ اس دوسرے مہم سے اب وہ جی فری ہو چکی ہیں۔</w:t>
      </w:r>
    </w:p>
    <w:p>
      <w:r>
        <w:rPr>
          <w:b/>
        </w:rPr>
        <w:t xml:space="preserve">[51:05] </w:t>
      </w:r>
      <w:r>
        <w:t>ab woh wahan nahi balkay ab hundred percent jo hai yahan kaam karti hain. Aur un ke</w:t>
      </w:r>
    </w:p>
    <w:p>
      <w:pPr>
        <w:jc w:val="right"/>
      </w:pPr>
      <w:r>
        <w:t>اب وہ وہاں نہیں بلکہ اب ہنڈرڈ پرسنٹ جو ہے یہاں کام کرتی ہیں۔ اور ان کے</w:t>
      </w:r>
    </w:p>
    <w:p>
      <w:r>
        <w:rPr>
          <w:b/>
        </w:rPr>
        <w:t xml:space="preserve">[51:11] </w:t>
      </w:r>
      <w:r>
        <w:t>bhi jo hai enthusiasm ka level itna hai ke woh kahin bhi puhanch jaati hain. Literature dekh ke.</w:t>
      </w:r>
    </w:p>
    <w:p>
      <w:pPr>
        <w:jc w:val="right"/>
      </w:pPr>
      <w:r>
        <w:t>بھی جو ہے انتھوزیازم کا لیول اتنا ہے کہ وہ کہیں بھی پہنچ جاتی ہیں۔ لٹریچر دیکھ کے۔</w:t>
      </w:r>
    </w:p>
    <w:p>
      <w:r>
        <w:rPr>
          <w:b/>
        </w:rPr>
        <w:t xml:space="preserve">[51:20] </w:t>
      </w:r>
      <w:r>
        <w:t>Ji. Kahin bhi puhanch jaati hain. To yeh Allah ka fazal raha, yeh team is tarah barhti rahi. Barhti rahi. Ji haan.</w:t>
      </w:r>
    </w:p>
    <w:p>
      <w:pPr>
        <w:jc w:val="right"/>
      </w:pPr>
      <w:r>
        <w:t>جی۔ کہیں بھی پہنچ جاتی ہیں۔ تو یہ اللہ کا فضل رہا، یہ ٹیم اس طرح بڑھتی رہی۔ بڑھتی رہی۔ جی ہاں۔</w:t>
      </w:r>
    </w:p>
    <w:p>
      <w:r>
        <w:rPr>
          <w:b/>
        </w:rPr>
        <w:t xml:space="preserve">[51:27] </w:t>
      </w:r>
      <w:r>
        <w:t>aur mera bhi un se interaction raha hai Kausar apa aur Gul Zeeba apa se. Aur yeh bilkul sahi hai Kaleem sahib ki dono ka hi enthusiasm level aur jo sincerity level hai, woh bohat hi unparalleled hai.</w:t>
      </w:r>
    </w:p>
    <w:p>
      <w:pPr>
        <w:jc w:val="right"/>
      </w:pPr>
      <w:r>
        <w:t>اور میرا بھی ان سے انٹریکشن رہا ہے کوثر آپا اور گل زیبہ آپا سے۔ اور یہ بالکل صحیح ہے کلیم صاحب کی دونوں کا ہی انتھوزیازم لیول اور جو سنسیئرٹی لیول ہے، وہ بہت ہی ان پیرلل ہے۔</w:t>
      </w:r>
    </w:p>
    <w:p>
      <w:r>
        <w:rPr>
          <w:b/>
        </w:rPr>
        <w:t xml:space="preserve">[51:40] </w:t>
      </w:r>
      <w:r>
        <w:t>Ji haan. Aur Gul Zeeba apa to abhi kuch waqt se Pakistan mein hain, kai libraries set up kari hain unhon ne. Ji. Aur bohat</w:t>
      </w:r>
    </w:p>
    <w:p>
      <w:pPr>
        <w:jc w:val="right"/>
      </w:pPr>
      <w:r>
        <w:t>جی ہاں۔ اور گل زیبہ آپا تو ابھی کچھ وقت سے پاکستان میں ہیں، کئی لائبریریز سیٹ اپ کری ہیں انہوں نے۔ جی۔ اور بہت</w:t>
      </w:r>
    </w:p>
    <w:p>
      <w:r>
        <w:rPr>
          <w:b/>
        </w:rPr>
        <w:t xml:space="preserve">[51:48] </w:t>
      </w:r>
      <w:r>
        <w:t>jaise aap ne kaha ke woh dono mil ke kahin bhi chali jaati hain. Aur aur mission ka jo kaam hai, us ko bohat hi hikmat ke sath, planning ke sath aagay le ke ja rahi hain.</w:t>
      </w:r>
    </w:p>
    <w:p>
      <w:pPr>
        <w:jc w:val="right"/>
      </w:pPr>
      <w:r>
        <w:t>جیسے آپ نے کہا کہ وہ دونوں مل کے کہیں بھی چلی جاتی ہیں۔ اور اور مشن کا جو کام ہے، اس کو بہت ہی حکمت کے ساتھ، پلاننگ کے ساتھ آگے لے کے جا رہی ہیں۔</w:t>
      </w:r>
    </w:p>
    <w:p>
      <w:r>
        <w:rPr>
          <w:b/>
        </w:rPr>
        <w:t xml:space="preserve">[52:00] </w:t>
      </w:r>
      <w:r>
        <w:t>CPS members ki yeh khusoosiyat hai jo convince ho jaate hain. Haan.</w:t>
      </w:r>
    </w:p>
    <w:p>
      <w:pPr>
        <w:jc w:val="right"/>
      </w:pPr>
      <w:r>
        <w:t>سی پی ایس ممبرز کی یہ خصوصیت ہے جو کنونس ہو جاتے ہیں۔ ہاں۔</w:t>
      </w:r>
    </w:p>
    <w:p>
      <w:r>
        <w:rPr>
          <w:b/>
        </w:rPr>
        <w:t xml:space="preserve">[52:04] </w:t>
      </w:r>
      <w:r>
        <w:t>woh jahan bhi jaate hain. Hmm. Pehla kaam yahi karte hain. Ji. Yeh zehan mein hota hai ke yeh priority jo hai, us ko aagay barhanay ki, us mission ke aagay barhanay ka hi un ke zehan mein hota hai.</w:t>
      </w:r>
    </w:p>
    <w:p>
      <w:pPr>
        <w:jc w:val="right"/>
      </w:pPr>
      <w:r>
        <w:t>وہ جہاں بھی جاتے ہیں۔ ہمم۔ پہلا کام یہی کرتے ہیں۔ جی۔ یہ ذہن میں ہوتا ہے کہ یہ پرائرٹی جو ہے، اس کو آگے بڑھانے کی، اس مشن کے آگے بڑھانے کا ہی ان کے ذہن میں ہوتا ہے۔</w:t>
      </w:r>
    </w:p>
    <w:p>
      <w:r>
        <w:rPr>
          <w:b/>
        </w:rPr>
        <w:t xml:space="preserve">[52:19] </w:t>
      </w:r>
      <w:r>
        <w:t>to abhi Gul Zeeba sahibah wahan gayi hui hain. To wahan bhi classes chala rahi hain. Classes chala rahi hain. Ji Ji Ji. Ji pata chala ke. Khusoosiyat se hi aik sawal aaya hai Kaleem sahib aap ke liye.</w:t>
      </w:r>
    </w:p>
    <w:p>
      <w:pPr>
        <w:jc w:val="right"/>
      </w:pPr>
      <w:r>
        <w:t>تو ابھی گل زیبہ صاحبہ وہاں گئی ہوئی ہیں۔ تو وہاں بھی کلاسز چلا رہی ہیں۔ کلاسز چلا رہی ہیں۔ جی جی جی۔ جی پتہ چلا کہ۔ خصوصیت سے ہی ایک سوال آیا ہے کلیم صاحب آپ کے لیے۔</w:t>
      </w:r>
    </w:p>
    <w:p>
      <w:r>
        <w:rPr>
          <w:b/>
        </w:rPr>
        <w:t xml:space="preserve">[52:29] </w:t>
      </w:r>
      <w:r>
        <w:t>Professor Fareeda Khanam ne poocha hai. Unhon ne kaha hai ke aap ke andar kya khaas khusoosiyat</w:t>
      </w:r>
    </w:p>
    <w:p>
      <w:pPr>
        <w:jc w:val="right"/>
      </w:pPr>
      <w:r>
        <w:t>پروفیسر فریدہ خانم نے پوچھا ہے۔ انہوں نے کہا ہے کہ آپ کے اندر کیا خاص خصوصیت</w:t>
      </w:r>
    </w:p>
    <w:p>
      <w:r>
        <w:rPr>
          <w:b/>
        </w:rPr>
        <w:t xml:space="preserve">[52:34] </w:t>
      </w:r>
      <w:r>
        <w:t>hai ke aap apne aap ko fully dedicate kar saken jo ke bohat kam log kar paate hain</w:t>
      </w:r>
    </w:p>
    <w:p>
      <w:pPr>
        <w:jc w:val="right"/>
      </w:pPr>
      <w:r>
        <w:t>ہے کہ آپ اپنے آپ کو فلی ڈیڈیکیٹ کر سکیں جو کہ بہت کم لوگ کر پاتے ہیں</w:t>
      </w:r>
    </w:p>
    <w:p>
      <w:r>
        <w:rPr>
          <w:b/>
        </w:rPr>
        <w:t xml:space="preserve">[52:40] </w:t>
      </w:r>
      <w:r>
        <w:t>? yeh is ka kya raaz hai kaleem sahib? woh to mein khud bhi nahi bata sakta. woh yani day one se itna convince ho gaya tha.</w:t>
      </w:r>
    </w:p>
    <w:p>
      <w:pPr>
        <w:jc w:val="right"/>
      </w:pPr>
      <w:r>
        <w:t>؟ یہ اس کا کیا راز ہے کلیم صاحب؟ وہ تو میں خود بھی نہیں بتا سکتا۔ وہ یعنی ڈے ون سے اتنا کنونس ہو گیا تھا۔</w:t>
      </w:r>
    </w:p>
    <w:p>
      <w:r>
        <w:rPr>
          <w:b/>
        </w:rPr>
        <w:t xml:space="preserve">[52:52] </w:t>
      </w:r>
      <w:r>
        <w:t>ji. ke mein jaise mein ne kaha, koi bhi cheez jo hai mujhe</w:t>
      </w:r>
    </w:p>
    <w:p>
      <w:pPr>
        <w:jc w:val="right"/>
      </w:pPr>
      <w:r>
        <w:t>جی۔ کہ میں جیسے میں نے کہا، کوئی بھی چیز جو ہے مجھے</w:t>
      </w:r>
    </w:p>
    <w:p>
      <w:r>
        <w:rPr>
          <w:b/>
        </w:rPr>
        <w:t xml:space="preserve">[52:58] </w:t>
      </w:r>
      <w:r>
        <w:t>demotivating nahi ban saki. hmm. ke is ki haqaniyat itni zehan mein baith gayi ke yeh aaj nahi to kal chalega.</w:t>
      </w:r>
    </w:p>
    <w:p>
      <w:pPr>
        <w:jc w:val="right"/>
      </w:pPr>
      <w:r>
        <w:t>ڈی موٹیویٹنگ نہیں بن سکا۔ ہمم۔ کہ اس کی حقانیت اتنی ذہن میں بیٹھ گئی کہ یہ آج نہیں تو کل چلے گا۔</w:t>
      </w:r>
    </w:p>
    <w:p>
      <w:r>
        <w:rPr>
          <w:b/>
        </w:rPr>
        <w:t xml:space="preserve">[53:07] </w:t>
      </w:r>
      <w:r>
        <w:t>hmm. is ko value karne wale log hain. milenge. hmm. aur is ko</w:t>
      </w:r>
    </w:p>
    <w:p>
      <w:pPr>
        <w:jc w:val="right"/>
      </w:pPr>
      <w:r>
        <w:t>ہمم۔ اس کو ویلیو کرنے والے لوگ ہیں۔ ملیں گے۔ ہمم۔ اور اس کو</w:t>
      </w:r>
    </w:p>
    <w:p>
      <w:r>
        <w:rPr>
          <w:b/>
        </w:rPr>
        <w:t xml:space="preserve">[53:15] </w:t>
      </w:r>
      <w:r>
        <w:t>musalsal kaam karte rehna chahiye. hmm. yahi kiya warna warna bohat sare jo hai beech mein derailment ke waqiyat pesh aaye.</w:t>
      </w:r>
    </w:p>
    <w:p>
      <w:pPr>
        <w:jc w:val="right"/>
      </w:pPr>
      <w:r>
        <w:t>مسلسل کام کرتے رہنا چاہیے۔ ہمم۔ یہی کیا ورنہ ورنہ بہت سارے جو ہے بیچ میں ڈیریلمنٹ کے واقعات پیش آئے۔</w:t>
      </w:r>
    </w:p>
    <w:p>
      <w:r>
        <w:rPr>
          <w:b/>
        </w:rPr>
        <w:t xml:space="preserve">[53:26] </w:t>
      </w:r>
      <w:r>
        <w:t>ji. ji. lekin woh hua nahi hai. yeh Allah taala ki khaas jo hai. ji.</w:t>
      </w:r>
    </w:p>
    <w:p>
      <w:pPr>
        <w:jc w:val="right"/>
      </w:pPr>
      <w:r>
        <w:t>جی۔ جی۔ لیکن وہ ہوا نہیں ہے۔ یہ اللہ تعالیٰ کی خاص جو ہے۔ جی۔</w:t>
      </w:r>
    </w:p>
    <w:p>
      <w:r>
        <w:rPr>
          <w:b/>
        </w:rPr>
        <w:t xml:space="preserve">[53:34] </w:t>
      </w:r>
      <w:r>
        <w:t>rehmat hai. ji. ji. balkeh kaleem sahib, mein ne khud bhi observe karaya hai Maulana ko dekh kar ke kitne logon ne un ko jaise mayoos karne ki koshish kari ya demoralize karne ki koshish kari.</w:t>
      </w:r>
    </w:p>
    <w:p>
      <w:pPr>
        <w:jc w:val="right"/>
      </w:pPr>
      <w:r>
        <w:t>رحمت ہے۔ جی۔ جی۔ بلکہ کلیم صاحب، میں نے خود بھی ابزرو کرایا ہے مولانا کو دیکھ کر کہ کتنے لوگوں نے ان کو جیسے مایوس کرنے کی کوشش کری یا ڈی موریلائز کرنے کی کوشش کری۔</w:t>
      </w:r>
    </w:p>
    <w:p>
      <w:r>
        <w:rPr>
          <w:b/>
        </w:rPr>
        <w:t xml:space="preserve">[53:49] </w:t>
      </w:r>
      <w:r>
        <w:t>ek incident to mujhe bhi yaad hai ke</w:t>
      </w:r>
    </w:p>
    <w:p>
      <w:pPr>
        <w:jc w:val="right"/>
      </w:pPr>
      <w:r>
        <w:t>ایک انسیڈنٹ تو مجھے بھی یاد ہے کہ</w:t>
      </w:r>
    </w:p>
    <w:p>
      <w:r>
        <w:rPr>
          <w:b/>
        </w:rPr>
        <w:t xml:space="preserve">[53:52] </w:t>
      </w:r>
      <w:r>
        <w:t>sunday ko Maulana ko mein le ke yahan aaya karta tha hall mein. to tabhi us waqt subah ka waqt tha aur ek khat aaya tha Maulana ko.</w:t>
      </w:r>
    </w:p>
    <w:p>
      <w:pPr>
        <w:jc w:val="right"/>
      </w:pPr>
      <w:r>
        <w:t>سنڈے کو مولانا کو میں لے کے یہاں آیا کرتا تھا ہال میں۔ تو تبھی اس وقت صبح کا وقت تھا اور ایک خط آیا تھا مولانا کو۔</w:t>
      </w:r>
    </w:p>
    <w:p>
      <w:r>
        <w:rPr>
          <w:b/>
        </w:rPr>
        <w:t xml:space="preserve">[54:02] </w:t>
      </w:r>
      <w:r>
        <w:t>to woh khat parha gaya aur woh khat bohat hi planning ke sath jaise likha gaya ho ke Maulana ki writings Al-Risala ko le ke bohat pointed andaaz mein</w:t>
      </w:r>
    </w:p>
    <w:p>
      <w:pPr>
        <w:jc w:val="right"/>
      </w:pPr>
      <w:r>
        <w:t>تو وہ خط پڑھا گیا اور وہ خط بہت ہی پلاننگ کے ساتھ جیسے لکھا گیا ہو کہ مولانا کی رائٹنگز الرسالہ کو لے کے بہت پوائنٹڈ انداز میں</w:t>
      </w:r>
    </w:p>
    <w:p>
      <w:r>
        <w:rPr>
          <w:b/>
        </w:rPr>
        <w:t xml:space="preserve">[54:13] </w:t>
      </w:r>
      <w:r>
        <w:t>is shakhs ne woh khat likha tha. aur bilkul jaise koi agar aam insan agar is khat ko le kar parhe aur apne aap ko le kar soche to woh demoralize ho jayega.</w:t>
      </w:r>
    </w:p>
    <w:p>
      <w:pPr>
        <w:jc w:val="right"/>
      </w:pPr>
      <w:r>
        <w:t>اس شخص نے وہ خط لکھا تھا۔ اور بالکل جیسے کوئی اگر عام انسان اگر اس خط کو لے کر پڑھے اور اپنے آپ کو لے کر سوچے تو وہ ڈی موریلائز ہو جائے گا۔</w:t>
      </w:r>
    </w:p>
    <w:p>
      <w:r>
        <w:rPr>
          <w:b/>
        </w:rPr>
        <w:t xml:space="preserve">[54:24] </w:t>
      </w:r>
      <w:r>
        <w:t>Maulana ka ek dum bilkul normal the Maulana aur us ke baad woh aa ke unhon ne bohat hi zabardast class kari. to Maulana se jab bhi hum poochte the ke bhai aap kyun</w:t>
      </w:r>
    </w:p>
    <w:p>
      <w:pPr>
        <w:jc w:val="right"/>
      </w:pPr>
      <w:r>
        <w:t>مولانا کا ایک دم بالکل نارمل تھے مولانا اور اس کے بعد وہ آ کے انہوں نے بہت ہی زبردست کلاس کری۔ تو مولانا سے جب بھی ہم پوچھتے تھے کہ بھئی آپ کیوں</w:t>
      </w:r>
    </w:p>
    <w:p>
      <w:r>
        <w:rPr>
          <w:b/>
        </w:rPr>
        <w:t xml:space="preserve">[54:36] </w:t>
      </w:r>
      <w:r>
        <w:t>matlab aap ko log demoraliZe</w:t>
      </w:r>
    </w:p>
    <w:p>
      <w:pPr>
        <w:jc w:val="right"/>
      </w:pPr>
      <w:r>
        <w:t>مطلب آپ کو لوگ ڈی موریلائز</w:t>
      </w:r>
    </w:p>
    <w:p>
      <w:r>
        <w:rPr>
          <w:b/>
        </w:rPr>
        <w:t xml:space="preserve">[54:38] </w:t>
      </w:r>
      <w:r>
        <w:t>karte hain, aap hote hi nahi to Maulana hamesha kehte the ke bas Allah ke liye khara hona hai aur jab bhi aap kamzor mehsoos karen apne aap ko, aap bas khare ho jayen aur us ke foran baad farishton ki bheed jo hai woh toot paregi aap ki madad ke liye.</w:t>
      </w:r>
    </w:p>
    <w:p>
      <w:pPr>
        <w:jc w:val="right"/>
      </w:pPr>
      <w:r>
        <w:t>کرتے ہیں، آپ ہوتے ہی نہیں تو مولانا ہمیشہ کہتے تھے کہ بس اللہ کے لیے کھڑا ہونا ہے اور جب بھی آپ کمزور محسوس کریں اپنے آپ کو، آپ بس کھڑے ہو جائیں اور اس کے فوراً بعد فرشتوں کی بھیڑ جو ہے وہ ٹوٹ پڑے گی آپ کی مدد کے لیے۔</w:t>
      </w:r>
    </w:p>
    <w:p>
      <w:r>
        <w:rPr>
          <w:b/>
        </w:rPr>
        <w:t xml:space="preserve">[54:53] </w:t>
      </w:r>
      <w:r>
        <w:t>to Maulana ki zindagi se bhi hum ne yeh dekha aur aap ne wahi apni zindagi mein bhi is ko utara hai</w:t>
      </w:r>
    </w:p>
    <w:p>
      <w:pPr>
        <w:jc w:val="right"/>
      </w:pPr>
      <w:r>
        <w:t>تو مولانا کی زندگی سے بھی ہم نے یہ دیکھا اور آپ نے وہی اپنی زندگی میں بھی اس کو اتارا ہے</w:t>
      </w:r>
    </w:p>
    <w:p>
      <w:r>
        <w:rPr>
          <w:b/>
        </w:rPr>
        <w:t xml:space="preserve">[55:00] </w:t>
      </w:r>
      <w:r>
        <w:t>jis wajah se aap hamesha positive rehte hain. koi pareshani aap ko nahi hoti hai. Maulana hi source of inspiration the kyunke mein un ke yani Risala parhte parhte aur aur aur jo Maulana ko</w:t>
      </w:r>
    </w:p>
    <w:p>
      <w:pPr>
        <w:jc w:val="right"/>
      </w:pPr>
      <w:r>
        <w:t>جس وجہ سے آپ ہمیشہ پوزیٹیو رہتے ہیں۔ کوئی پریشانی آپ کو نہیں ہوتی ہے۔ مولانا ہی سورس آف انسپیریشن تھے کیونکہ میں ان کے یعنی رسالہ پڑھتے پڑھتے اور اور اور جو مولانا کو</w:t>
      </w:r>
    </w:p>
    <w:p>
      <w:r>
        <w:rPr>
          <w:b/>
        </w:rPr>
        <w:t xml:space="preserve">[55:19] </w:t>
      </w:r>
      <w:r>
        <w:t>shuru se yani koi is tarah yani jo mein ne bataya ke jo hai itni pazirai itni nazar nahi aayi aur Risala ke through jo hai woh</w:t>
      </w:r>
    </w:p>
    <w:p>
      <w:pPr>
        <w:jc w:val="right"/>
      </w:pPr>
      <w:r>
        <w:t>شروع سے یعنی کوئی اس طرح یعنی جو میں نے بتایا کہ جو ہے اتنی پذیرائی اتنی نظر نہیں آئی اور رسالے کے تھرو جو ہے وہ</w:t>
      </w:r>
    </w:p>
    <w:p>
      <w:r>
        <w:rPr>
          <w:b/>
        </w:rPr>
        <w:t xml:space="preserve">[55:35] </w:t>
      </w:r>
      <w:r>
        <w:t>jo cheez advice kar rahe the un un mein مطلق jo hai derailment ki kisi wajah se yani insani fitrat hai jab agar log jo hain itna us ko welcome nahi kar rahe hain to apni yani thoda sa</w:t>
      </w:r>
    </w:p>
    <w:p>
      <w:pPr>
        <w:jc w:val="right"/>
      </w:pPr>
      <w:r>
        <w:t>جو چیز ایڈوائس کر رہے تھے ان ان میں جو مطلق جو ہے ڈیریلمنٹ کی کسی وجہ سے یعنی انسانی فطرت ہے جب اگر لوگ جو ہیں اتنا اس کو ویلکم نہیں کر رہے ہیں تو اپنی یعنی تھوڑا سا</w:t>
      </w:r>
    </w:p>
    <w:p>
      <w:r>
        <w:rPr>
          <w:b/>
        </w:rPr>
        <w:t xml:space="preserve">[55:53] </w:t>
      </w:r>
      <w:r>
        <w:t>policy badal dete hain. yeh mein ne bohat doosre ulama mein paya hai. to yeh cheez mein ne Maulana mein nahi dekhi.</w:t>
      </w:r>
    </w:p>
    <w:p>
      <w:pPr>
        <w:jc w:val="right"/>
      </w:pPr>
      <w:r>
        <w:t>پالیسی بدل دیتے ہیں۔ یہ میں نے بہت دوسرے علماء میں پایا ہے۔ تو یہ چیز میں نے مولانا میں نہیں دیکھی۔</w:t>
      </w:r>
    </w:p>
    <w:p>
      <w:r>
        <w:rPr>
          <w:b/>
        </w:rPr>
        <w:t xml:space="preserve">[56:02] </w:t>
      </w:r>
      <w:r>
        <w:t>jo cheez woh kehne se pehle bohat woh study karte hain,</w:t>
      </w:r>
    </w:p>
    <w:p>
      <w:pPr>
        <w:jc w:val="right"/>
      </w:pPr>
      <w:r>
        <w:t>جو چیز وہ کہنے سے پہلے بہت وہ سٹڈی کرتے ہیں،</w:t>
      </w:r>
    </w:p>
    <w:p>
      <w:r>
        <w:rPr>
          <w:b/>
        </w:rPr>
        <w:t xml:space="preserve">[56:10] </w:t>
      </w:r>
      <w:r>
        <w:t>sochte hain, phir ek conclusion pe pahunchte hain. us ke baad jo hai phir woh baat ko keh dete hain ya likh dete hain. aur woh chahe is ka kitna bhi opposition ho to woh yahi hota hai ke yeh aage chal ke log is baat ko baad mein samjhenge.</w:t>
      </w:r>
    </w:p>
    <w:p>
      <w:pPr>
        <w:jc w:val="right"/>
      </w:pPr>
      <w:r>
        <w:t>سوچتے ہیں، پھر ایک کنکلوژن پہ پہنچتے ہیں۔ اس کے بعد جو ہے پھر وہ بات کو کہہ دیتے ہیں یا لکھ دیتے ہیں۔ اور وہ چاہے اس کا کتنا بھی اپوزیشن ہو تو وہ یہی ہوتا ہے کہ یہ آگے چل کے لوگ اس بات کو بعد میں سمجھیں گے۔</w:t>
      </w:r>
    </w:p>
    <w:p>
      <w:r>
        <w:rPr>
          <w:b/>
        </w:rPr>
        <w:t xml:space="preserve">[56:29] </w:t>
      </w:r>
      <w:r>
        <w:t>ji. aaj woh is</w:t>
      </w:r>
    </w:p>
    <w:p>
      <w:pPr>
        <w:jc w:val="right"/>
      </w:pPr>
      <w:r>
        <w:t>جی۔ آج وہ اس</w:t>
      </w:r>
    </w:p>
    <w:p>
      <w:r>
        <w:rPr>
          <w:b/>
        </w:rPr>
        <w:t xml:space="preserve">[56:31] </w:t>
      </w:r>
      <w:r>
        <w:t>logon ka level woh nahi hai. hmm. hmm. to yeh musalsal sabit hota raha mujhe. ji. ji. kai incidents hue hain. un ko yani ek to jo hai un ki yani jo oppositions mostly jo hui hain</w:t>
      </w:r>
    </w:p>
    <w:p>
      <w:pPr>
        <w:jc w:val="right"/>
      </w:pPr>
      <w:r>
        <w:t>لوگوں کا لیول وہ نہیں ہے۔ ہمم۔ ہمم۔ تو یہ مسلسل ثابت ہوتا رہا مجھے۔ جی۔ جی۔ کئی انسیڈنٹس ہوئے ہیں۔ ان کو یعنی ایک تو جو ہے ان کی یعنی جو اپوزیشنز موسٹلی جو ہوئی ہیں</w:t>
      </w:r>
    </w:p>
    <w:p>
      <w:r>
        <w:rPr>
          <w:b/>
        </w:rPr>
        <w:t xml:space="preserve">[56:50] </w:t>
      </w:r>
      <w:r>
        <w:t>yahan ke Muslim problems ko le kar ke aur doosri cheezon ko le kar ke un ka ek khaas jo hai idea tha aur woh bhi jo hai Huzoor اکرم Sallallahu Alaihi Wasallam se un ki zindagi se extracted tha ke</w:t>
      </w:r>
    </w:p>
    <w:p>
      <w:pPr>
        <w:jc w:val="right"/>
      </w:pPr>
      <w:r>
        <w:t>یہاں کے مسلم پرابلمز کو لے کر کے اور دوسری چیزوں کو لے کر کے ان کا ایک خاص جو ہے آئیڈیا تھا اور وہ بھی جو ہے حضور اکرم صلی اللہ علیہ وسلم سے ان کی زندگی سے ایکسٹریکٹڈ تھا کہ</w:t>
      </w:r>
    </w:p>
    <w:p>
      <w:r>
        <w:rPr>
          <w:b/>
        </w:rPr>
        <w:t xml:space="preserve">[57:07] </w:t>
      </w:r>
      <w:r>
        <w:t>woh aisa nahi tha ke jo hai woh unhon ne koi apni nai baat pesh ki ho lekin isi isi ko bohat andaaz mein sabr ke karna aur big bird approach rakhna aur jo hai positive rakhna aur</w:t>
      </w:r>
    </w:p>
    <w:p>
      <w:pPr>
        <w:jc w:val="right"/>
      </w:pPr>
      <w:r>
        <w:t>وہ ایسا نہیں تھا کہ جو ہے وہ انہوں نے کوئی اپنی نئی بات پیش کی ہو لیکن اسی اسی کو بہت انداز میں صبر کے کرنا اور بگ برڈ اپروچ رکھنا اور جو ہے پازیٹیو رکھنا اور</w:t>
      </w:r>
    </w:p>
    <w:p>
      <w:r>
        <w:rPr>
          <w:b/>
        </w:rPr>
        <w:t xml:space="preserve">[57:25] </w:t>
      </w:r>
      <w:r>
        <w:t>cheezon ko yani yak tarfa tor par jo hai logon ki nadaniyon ko bardasht karna.</w:t>
      </w:r>
    </w:p>
    <w:p>
      <w:pPr>
        <w:jc w:val="right"/>
      </w:pPr>
      <w:r>
        <w:t>چیزوں کو یعنی یکطرفہ طور پر جو ہے لوگوں کی نادانیوں کو برداشت کرنا۔</w:t>
      </w:r>
    </w:p>
    <w:p>
      <w:r>
        <w:rPr>
          <w:b/>
        </w:rPr>
        <w:t xml:space="preserve">[57:35] </w:t>
      </w:r>
      <w:r>
        <w:t>ji. ji. ji. yeh aage chal kar ke aap ko jo hai itna welcoming bana de ga to is se bohat hi</w:t>
      </w:r>
    </w:p>
    <w:p>
      <w:pPr>
        <w:jc w:val="right"/>
      </w:pPr>
      <w:r>
        <w:t>جی۔ جی۔ جی۔ یہ آگے چل کر کے آپ کو جو ہے اتنا ویلکمنگ بنا دے گا تو اس سے بہت ہی</w:t>
      </w:r>
    </w:p>
    <w:p>
      <w:r>
        <w:rPr>
          <w:b/>
        </w:rPr>
        <w:t xml:space="preserve">[57:45] </w:t>
      </w:r>
      <w:r>
        <w:t>convinced thay woh conviction tha aur is se woh hatay nahi hain kabhi bhi. ji. ji. halankay chahay kitni bhi opposition kyun na ho. ji. to wohi source of inspiration hai.</w:t>
      </w:r>
    </w:p>
    <w:p>
      <w:pPr>
        <w:jc w:val="right"/>
      </w:pPr>
      <w:r>
        <w:t>کنونس تھے وہ کنوکشن تھا اور اس سے وہ ہٹے نہیں ہیں کبھی بھی۔ جی۔ جی۔ حالانکہ چاہے کتنی بھی اپوزیشن کیوں نہ ہو۔ جی۔ تو وہی سورس آف انسپیریشن ہے۔</w:t>
      </w:r>
    </w:p>
    <w:p>
      <w:r>
        <w:rPr>
          <w:b/>
        </w:rPr>
        <w:t xml:space="preserve">[57:54] </w:t>
      </w:r>
      <w:r>
        <w:t>ji. ji. and these these are principles Kaleem sahib I feel that they will not only change a person at an individual level but nations can progress if they adopt such principles aur hum ne dekha bhi yeh.</w:t>
      </w:r>
    </w:p>
    <w:p>
      <w:pPr>
        <w:jc w:val="right"/>
      </w:pPr>
      <w:r>
        <w:t>جی۔ جی۔ اینڈ دی دیز آر پرنسپلز کلیم صاحب آئی فیل دیٹ دے ویل ناٹ اونلی چینج ا پرسن ایٹ ان انڈیویجول لیول بٹ نیشنز کین پروگریس اف دے اڈاپٹ سچ پرنسپلز اور ہم نے دیکھا بھی یہ۔</w:t>
      </w:r>
    </w:p>
    <w:p>
      <w:r>
        <w:rPr>
          <w:b/>
        </w:rPr>
        <w:t xml:space="preserve">[58:07] </w:t>
      </w:r>
      <w:r>
        <w:t>dekh rahay hain. ji. ji. ji. ke sara nation ne</w:t>
      </w:r>
    </w:p>
    <w:p>
      <w:pPr>
        <w:jc w:val="right"/>
      </w:pPr>
      <w:r>
        <w:t>دیکھ رہے ہیں۔ جی۔ جی۔ جی۔ کہ سارا نیشن نے</w:t>
      </w:r>
    </w:p>
    <w:p>
      <w:r>
        <w:rPr>
          <w:b/>
        </w:rPr>
        <w:t xml:space="preserve">[58:12] </w:t>
      </w:r>
      <w:r>
        <w:t>jab jab aa ke visit karta kabhi jo hai aa ke meetings ko le jatay to doosray itnay baray baray scholars Muslims non Muslims jo hain woh atay jo itni adab se jo un se miltay hain aur</w:t>
      </w:r>
    </w:p>
    <w:p>
      <w:pPr>
        <w:jc w:val="right"/>
      </w:pPr>
      <w:r>
        <w:t>جب جب آ کے وزٹ کرتا کبھی جو ہے آ کے میٹنگز کو لے جاتے تو دوسرے اتنے بڑے بڑے سکالرز مسلمز نان مسلمز جو ہیں وہ آتے جو اتنی ادب سے جو ان سے ملتے ہیں اور</w:t>
      </w:r>
    </w:p>
    <w:p>
      <w:r>
        <w:rPr>
          <w:b/>
        </w:rPr>
        <w:t xml:space="preserve">[58:30] </w:t>
      </w:r>
      <w:r>
        <w:t>un ke articles jo speaking tree mein ya times of India ke main section mein jab atay hain to woh comments jo hain ziyada tar positive comments jo hain woh non Muslims ke hotay hain.</w:t>
      </w:r>
    </w:p>
    <w:p>
      <w:pPr>
        <w:jc w:val="right"/>
      </w:pPr>
      <w:r>
        <w:t>ان کے آرٹیکلز جو سپیکنگ ٹری میں یا ٹائمز آف انڈیا کے مین سیکشن میں جب آتے ہیں تو وہ کمنٹس جو ہیں زیادہ تر پازیٹیو کمنٹس جو ہیں وہ نان مسلمز کے ہوتے ہیں۔</w:t>
      </w:r>
    </w:p>
    <w:p>
      <w:r>
        <w:rPr>
          <w:b/>
        </w:rPr>
        <w:t xml:space="preserve">[58:43] </w:t>
      </w:r>
      <w:r>
        <w:t>non Muslims ke hotay hain. ji. to itni pazirai</w:t>
      </w:r>
    </w:p>
    <w:p>
      <w:pPr>
        <w:jc w:val="right"/>
      </w:pPr>
      <w:r>
        <w:t>نان مسلمز کے ہوتے ہیں۔ جی۔ تو اتنی پذیرائی</w:t>
      </w:r>
    </w:p>
    <w:p>
      <w:r>
        <w:rPr>
          <w:b/>
        </w:rPr>
        <w:t xml:space="preserve">[58:47] </w:t>
      </w:r>
      <w:r>
        <w:t>yani hui aur woh hoti rahi aur inshallah aindah aur bohat hogi woh hamaray samnay aa raha hai. ji. Kaleem sahib US team ka aik bara hissa yeh bhi raha ke Quran distribution bohat hi massive way mein aap logon ne US mein spread kiya.</w:t>
      </w:r>
    </w:p>
    <w:p>
      <w:pPr>
        <w:jc w:val="right"/>
      </w:pPr>
      <w:r>
        <w:t>یعنی ہوئی اور وہ ہوتی رہی اور انشاءاللہ آئندہ اور بہت ہوگی وہ ہمارے سامنے آ رہا ہے۔ جی۔ کلیم صاحب یو ایس ٹیم کا ایک بڑا حصہ یہ بھی رہا کہ قرآن ڈسٹریبیوشن بہت ہی میسو وے میں آپ لوگوں نے یو ایس میں سپریڈ کیا۔</w:t>
      </w:r>
    </w:p>
    <w:p>
      <w:r>
        <w:rPr>
          <w:b/>
        </w:rPr>
        <w:t xml:space="preserve">[59:07] </w:t>
      </w:r>
      <w:r>
        <w:t>jo containers yahan se good word se jatay hain aap ne jaisay aik bar yeh bataya bhi tha ke kai containers itnay baray hotay hain jo hum viewers ko batana chahengay ke aik container mein 80 hazar jo Quran hain woh puhanch jati hain.</w:t>
      </w:r>
    </w:p>
    <w:p>
      <w:pPr>
        <w:jc w:val="right"/>
      </w:pPr>
      <w:r>
        <w:t>جو کنٹینرز یہاں سے گڈ ورڈ سے جاتے ہیں آپ نے جیسے ایک بار یہ بتایا بھی تھا کہ کئی کنٹینرز اتنے بڑے ہوتے ہیں جو ہم ویوورز کو بتانا چاہیں گے کہ ایک کنٹینر میں 80 ہزار جو قرآن ہیں وہ پہنچ جاتی ہیں۔</w:t>
      </w:r>
    </w:p>
    <w:p>
      <w:r>
        <w:rPr>
          <w:b/>
        </w:rPr>
        <w:t xml:space="preserve">[59:21] </w:t>
      </w:r>
      <w:r>
        <w:t>aur Kaleem sahib ke ghar bhi mein khud do dafa gaya hoon agar aap Kaleem sahib ke ghar jayengay to woh</w:t>
      </w:r>
    </w:p>
    <w:p>
      <w:pPr>
        <w:jc w:val="right"/>
      </w:pPr>
      <w:r>
        <w:t>اور کلیم صاحب کے گھر بھی میں خود دو دفعہ گیا ہوں اگر آپ کلیم صاحب کے گھر جائیں گے تو وہ</w:t>
      </w:r>
    </w:p>
    <w:p>
      <w:r>
        <w:rPr>
          <w:b/>
        </w:rPr>
        <w:t xml:space="preserve">[59:28] </w:t>
      </w:r>
      <w:r>
        <w:t>ghar kam aur daawa center ziyada hai. Kaleem sahib ka jo ghar ki jo basement hai woh bohat bari basement hai. matlab normally jaisay aap aik office mein dekhtay hain ke is mein bohat saman dala ja sakta hai to kafi lambi basement hai aur is basement mein sirf Quran aur</w:t>
      </w:r>
    </w:p>
    <w:p>
      <w:pPr>
        <w:jc w:val="right"/>
      </w:pPr>
      <w:r>
        <w:t>گھر کم اور دعویٰ سینٹر زیادہ ہے۔ کلیم صاحب کا جو گھر کی جو بیسمنٹ ہے وہ بہت بڑی بیسمنٹ ہے۔ مطلب نارملی جیسے آپ ایک آفس میں دیکھتے ہیں کہ اس میں بہت سامان ڈالا جا سکتا ہے تو کافی لمبی بیسمنٹ ہے اور اس بیسمنٹ میں صرف قرآن اور</w:t>
      </w:r>
    </w:p>
    <w:p>
      <w:r>
        <w:rPr>
          <w:b/>
        </w:rPr>
        <w:t xml:space="preserve">[59:46] </w:t>
      </w:r>
      <w:r>
        <w:t>literature daawa literature Maulana ki books ke ilawa aur kuch nahi. to mujhe yaad aata hai ke Maulana ke sath hum log sab CPS members jo Kaleem sahib ke haan gaye to tabhi is doran aik bara container aaya aur is container se</w:t>
      </w:r>
    </w:p>
    <w:p>
      <w:pPr>
        <w:jc w:val="right"/>
      </w:pPr>
      <w:r>
        <w:t>لٹریچر دعویٰ لٹریچر مولانا کی بکس کے علاوہ اور کچھ نہیں۔ تو مجھے یاد آتا ہے کہ مولانا کے ساتھ ہم لوگ سب سی پی ایس ممبرز جو کلیم صاحب کے ہاں گئے تو تبھی اس دوران ایک بڑا کنٹینر آیا اور اس کنٹینر سے</w:t>
      </w:r>
    </w:p>
    <w:p>
      <w:r>
        <w:rPr>
          <w:b/>
        </w:rPr>
        <w:t xml:space="preserve">[1:00:04] </w:t>
      </w:r>
      <w:r>
        <w:t>kai hazaron Quran copies utari gaein. to woh jahan pe utara wahan se us ko basement pe le ke jana tha. to us ko trolley mein rakh rakh ke le ke jatay thay.</w:t>
      </w:r>
    </w:p>
    <w:p>
      <w:pPr>
        <w:jc w:val="right"/>
      </w:pPr>
      <w:r>
        <w:t>کئی ہزاروں قرآن کاپیز اتاری گئیں۔ تو وہ جہاں پہ اتارا وہاں سے اس کو بیسمنٹ پہ لے کے جانا تھا۔ تو اس کو ٹرالی میں رکھ رکھ کے لے کے جاتے تھے۔</w:t>
      </w:r>
    </w:p>
    <w:p>
      <w:r>
        <w:rPr>
          <w:b/>
        </w:rPr>
        <w:t xml:space="preserve">[1:00:14] </w:t>
      </w:r>
      <w:r>
        <w:t>to bohat hi touching scene tha ke itni bhari books jab trolley mein rakh rakh ke hum us ko</w:t>
      </w:r>
    </w:p>
    <w:p>
      <w:pPr>
        <w:jc w:val="right"/>
      </w:pPr>
      <w:r>
        <w:t>تو بہت ہی ٹچنگ سین تھا کہ اتنی بھاری بکس جب ٹرالی میں رکھ رکھ کے ہم اس کو</w:t>
      </w:r>
    </w:p>
    <w:p>
      <w:r>
        <w:rPr>
          <w:b/>
        </w:rPr>
        <w:t xml:space="preserve">[1:00:22] </w:t>
      </w:r>
      <w:r>
        <w:t>dhakel rahay thay to Maulana jo taqreeban I think us waqt 85 years ke hongay Maulana bhi us ko dhakelnay lagay. Maulana bhi hum logon ke sath lag gay.</w:t>
      </w:r>
    </w:p>
    <w:p>
      <w:pPr>
        <w:jc w:val="right"/>
      </w:pPr>
      <w:r>
        <w:t>دھکیل رہے تھے تو مولانا جو تقریباً آئی تھنک اس وقت 85 ایئرز کے ہوں گے مولانا بھی اس کو دھکیلنے لگے۔ مولانا بھی ہم لوگوں کے ساتھ لگ گئے۔</w:t>
      </w:r>
    </w:p>
    <w:p>
      <w:r>
        <w:rPr>
          <w:b/>
        </w:rPr>
        <w:t xml:space="preserve">[1:00:33] </w:t>
      </w:r>
      <w:r>
        <w:t>aur hamara aik bar mana karnay ke baad unhon ne bilkul kaha ke nahi mere ko bhi karna hai. to Kaleem sahib aap ko yaad hai yeh incident is ke baray mein kuch aap bata</w:t>
      </w:r>
    </w:p>
    <w:p>
      <w:pPr>
        <w:jc w:val="right"/>
      </w:pPr>
      <w:r>
        <w:t>اور ہمارا ایک بار منع کرنے کے بعد انہوں نے بالکل کہا کہ نہیں میرے کو بھی کرنا ہے۔ تو کلیم صاحب آپ کو یاد ہے یہ انسیڈنٹ اس کے بارے میں کچھ آپ بت</w:t>
      </w:r>
    </w:p>
    <w:p>
      <w:r>
        <w:rPr>
          <w:b/>
        </w:rPr>
        <w:t xml:space="preserve">[1:00:43] </w:t>
      </w:r>
      <w:r>
        <w:t>ana chahengay? ji haan. ji. yeh 2011 ki baat hai. ji. jab aap log sab aaye thay as a team. to woh ittefaq se woh delivery bhi jo hai usi waqt aayi.</w:t>
      </w:r>
    </w:p>
    <w:p>
      <w:pPr>
        <w:jc w:val="right"/>
      </w:pPr>
      <w:r>
        <w:t>انا چاہیں گے؟ جی ہاں۔ جی۔ یہ 2011 کی بات ہے۔ جی۔ جب آپ لوگ سب آئے تھے ایز اے ٹیم۔ تو وہ اتفاق سے وہ ڈیلیوری بھی جو ہے اسی وقت آئی۔</w:t>
      </w:r>
    </w:p>
    <w:p>
      <w:r>
        <w:rPr>
          <w:b/>
        </w:rPr>
        <w:t xml:space="preserve">[1:00:54] </w:t>
      </w:r>
      <w:r>
        <w:t>ji. books order kiye huay thay. to un ki maujoodgi mein woh</w:t>
      </w:r>
    </w:p>
    <w:p>
      <w:pPr>
        <w:jc w:val="right"/>
      </w:pPr>
      <w:r>
        <w:t>جی۔ بکس آرڈر کیے ہوئے تھے۔ تو ان کی موجودگی میں وہ</w:t>
      </w:r>
    </w:p>
    <w:p>
      <w:r>
        <w:rPr>
          <w:b/>
        </w:rPr>
        <w:t xml:space="preserve">[1:01:00] </w:t>
      </w:r>
      <w:r>
        <w:t>truck aaya. ji. to truck jo hai woh pallets ko jo hai woh us ke pallet jack se jo hai utar kar ke khench kar ke to woh Maulana ke liye aik yani</w:t>
      </w:r>
    </w:p>
    <w:p>
      <w:pPr>
        <w:jc w:val="right"/>
      </w:pPr>
      <w:r>
        <w:t>ٹرک آیا۔ جی۔ تو ٹرک جو ہے وہ پیلیٹس کو جو ہے وہ اس کے پیلیٹ جیک سے جو ہے اتار کر کے کھینچ کر کے تو وہ مولانا کے لیے ایک یعنی</w:t>
      </w:r>
    </w:p>
    <w:p>
      <w:r>
        <w:rPr>
          <w:b/>
        </w:rPr>
        <w:t xml:space="preserve">[1:01:16] </w:t>
      </w:r>
      <w:r>
        <w:t>wajdani aik un ke woh feelings thay un ke. ji. unhon ne woh yani yeh kaam ko yani jab dekh kar ke woh to baith wahan drakht ke neechay baithay aur poora ka poora woh jo unload hua woh sara watch kartay rahay.</w:t>
      </w:r>
    </w:p>
    <w:p>
      <w:pPr>
        <w:jc w:val="right"/>
      </w:pPr>
      <w:r>
        <w:t>وجدانی ایک ان کے وہ فیلنگز تھے ان کے۔ جی۔ انہوں نے وہ یعنی یہ کام کو یعنی جب دیکھ کر کے وہ تو بیٹھ وہاں درخت کے نیچے بیٹھے اور پورا کا پورا وہ جو ان لوڈ ہوا وہ سارا واچ کرتے رہے۔</w:t>
      </w:r>
    </w:p>
    <w:p>
      <w:r>
        <w:rPr>
          <w:b/>
        </w:rPr>
        <w:t xml:space="preserve">[1:01:37] </w:t>
      </w:r>
      <w:r>
        <w:t>watch kartay rahay. ji. sara watch kartay rahay aur tareef kartay rahay aur kaha ke unhon ne aik jumla kaha Kaleem sahib aap ne yahan daawa industry khol li hai. ji.</w:t>
      </w:r>
    </w:p>
    <w:p>
      <w:pPr>
        <w:jc w:val="right"/>
      </w:pPr>
      <w:r>
        <w:t>واچ کرتے رہے۔ جی۔ سارا واچ کرتے رہے اور تعریف کرتے رہے اور کہا کہ انہوں نے ایک جملہ کہا کلیم صاحب آپ نے یہاں دعویٰ انڈسٹری کھول لی ہے۔ جی۔</w:t>
      </w:r>
    </w:p>
    <w:p>
      <w:r>
        <w:rPr>
          <w:b/>
        </w:rPr>
        <w:t xml:space="preserve">[1:01:45] </w:t>
      </w:r>
      <w:r>
        <w:t>ji. ji. ji. ji haan.</w:t>
      </w:r>
    </w:p>
    <w:p>
      <w:pPr>
        <w:jc w:val="right"/>
      </w:pPr>
      <w:r>
        <w:t>جی۔ جی۔ جی۔ جی ہاں۔</w:t>
      </w:r>
    </w:p>
    <w:p>
      <w:r>
        <w:rPr>
          <w:b/>
        </w:rPr>
        <w:t xml:space="preserve">[1:01:47] </w:t>
      </w:r>
      <w:r>
        <w:t>bohat khush khush thay woh. ji haan. to aik woh pallet ko jo hai woh dhakka dena tha woh woh kuch yani woh toot gaya tha ya kuch woh hua tha to sab ko hum aap bhi waghera sab jo hai dhakka de rahay thay khud Maulana bhi uth ke aaye hain.</w:t>
      </w:r>
    </w:p>
    <w:p>
      <w:pPr>
        <w:jc w:val="right"/>
      </w:pPr>
      <w:r>
        <w:t>بہت خوش خوش تھے وہ۔ جی ہاں۔ تو ایک وہ پیلیٹ کو جو ہے وہ دھکا دینا تھا وہ وہ کچھ یعنی وہ ٹوٹ گیا تھا یا کچھ وہ ہوا تھا تو سب کو ہم آپ بھی وغیرہ سب جو ہے دھکا دے رہے تھے خود مولانا بھی اٹھ کے آئے ہیں۔</w:t>
      </w:r>
    </w:p>
    <w:p>
      <w:r>
        <w:rPr>
          <w:b/>
        </w:rPr>
        <w:t xml:space="preserve">[1:02:02] </w:t>
      </w:r>
      <w:r>
        <w:t>is ko dhakka de rahe hain. hath lagaya woh kaha ke jo hai yani mujhe bhi is sawab mein shamil ho raha hai. ji. ji. ji.</w:t>
      </w:r>
    </w:p>
    <w:p>
      <w:pPr>
        <w:jc w:val="right"/>
      </w:pPr>
      <w:r>
        <w:t>اس کو دھکا دے رہے ہیں۔ ہاتھ لگایا وہ کہا کہ جو ہے یعنی مجھے بھی اس ثواب میں شامل ہو رہا ہے۔ جی۔ جی۔ جی۔</w:t>
      </w:r>
    </w:p>
    <w:p>
      <w:r>
        <w:rPr>
          <w:b/>
        </w:rPr>
        <w:t xml:space="preserve">[1:02:10] </w:t>
      </w:r>
      <w:r>
        <w:t>ji. ab</w:t>
      </w:r>
    </w:p>
    <w:p>
      <w:pPr>
        <w:jc w:val="right"/>
      </w:pPr>
      <w:r>
        <w:t>جی۔ اب</w:t>
      </w:r>
    </w:p>
    <w:p>
      <w:r>
        <w:rPr>
          <w:b/>
        </w:rPr>
        <w:t xml:space="preserve">[1:02:12] </w:t>
      </w:r>
      <w:r>
        <w:t>to. to kaleem sahib quran distribution ke hawale se hi ek aur cheez mere zehn mein aa rahi hai ke wahan ke post office mein aap jate the aur quran ke parcels dete the.</w:t>
      </w:r>
    </w:p>
    <w:p>
      <w:pPr>
        <w:jc w:val="right"/>
      </w:pPr>
      <w:r>
        <w:t>تو۔ تو کلیم صاحب قرآن ڈسٹریبیوشن کے حوالے سے ہی ایک اور چیز میرے ذہن میں آ رہی ہے کہ وہاں کے پوسٹ آفس میں آپ جاتے تھے اور قرآن کے پارسلز دیتے تھے۔</w:t>
      </w:r>
    </w:p>
    <w:p>
      <w:r>
        <w:rPr>
          <w:b/>
        </w:rPr>
        <w:t xml:space="preserve">[1:02:26] </w:t>
      </w:r>
      <w:r>
        <w:t>ab to bohat organize ho gaya hai lekin us waqt aap khud le ke jate the. to jo wahan ke local post office hai unhone aap ko ek khitab bhi diya tha.</w:t>
      </w:r>
    </w:p>
    <w:p>
      <w:pPr>
        <w:jc w:val="right"/>
      </w:pPr>
      <w:r>
        <w:t>اب تو بہت آرگنائز ہو گیا ہے لیکن اس وقت آپ خود لے کے جاتے تھے۔ تو جو وہاں کے لوکل پوسٹ آفس ہے انہوں نے آپ کو ایک خطاب بھی دیا تھا۔</w:t>
      </w:r>
    </w:p>
    <w:p>
      <w:r>
        <w:rPr>
          <w:b/>
        </w:rPr>
        <w:t xml:space="preserve">[1:02:36] </w:t>
      </w:r>
      <w:r>
        <w:t>is ke bare mein hum sab ko bataiye woh kya khitab tha?</w:t>
      </w:r>
    </w:p>
    <w:p>
      <w:pPr>
        <w:jc w:val="right"/>
      </w:pPr>
      <w:r>
        <w:t>اس کے بارے میں ہم سب کو بتائیے وہ کیا خطاب تھا؟</w:t>
      </w:r>
    </w:p>
    <w:p>
      <w:r>
        <w:rPr>
          <w:b/>
        </w:rPr>
        <w:t xml:space="preserve">[1:02:41] </w:t>
      </w:r>
      <w:r>
        <w:t>yeh aur Maulana ne is ko likha bhi hai Al-Risala mein. ji. quran distribution ka kaam 2010 mein yani yahan Maulana ne launch kiya tha.</w:t>
      </w:r>
    </w:p>
    <w:p>
      <w:pPr>
        <w:jc w:val="right"/>
      </w:pPr>
      <w:r>
        <w:t>یہ اور مولانا نے اس کو لکھا بھی ہے الرسالہ میں۔ جی۔ قرآن ڈسٹریبیوشن کا کام 2010 میں یعنی یہاں مولانا نے لانچ کیا تھا۔</w:t>
      </w:r>
    </w:p>
    <w:p>
      <w:r>
        <w:rPr>
          <w:b/>
        </w:rPr>
        <w:t xml:space="preserve">[1:02:53] </w:t>
      </w:r>
      <w:r>
        <w:t>2010 mein quran ko different languages mein sari duniya mein karna hai. to is ko wahan hum ne bhi quran ke initially to jo hai koi paanch sau hazar aaya karte the mangwa.</w:t>
      </w:r>
    </w:p>
    <w:p>
      <w:pPr>
        <w:jc w:val="right"/>
      </w:pPr>
      <w:r>
        <w:t>2010 میں قرآن کو ڈفرنٹ لینگویجز میں ساری دنیا میں کرنا ہے۔ تو اس کو وہاں ہم نے بھی قرآن کے انیشلی تو جو ہے کوئی پانچ سو ہزار آیا کرتے تھے منگوا۔</w:t>
      </w:r>
    </w:p>
    <w:p>
      <w:r>
        <w:rPr>
          <w:b/>
        </w:rPr>
        <w:t xml:space="preserve">[1:03:12] </w:t>
      </w:r>
      <w:r>
        <w:t>ji. phir jo hai woh hathi se likh kar ke label bana kar ke woh kar ke jo hai khud post office jo hai hand truck se le ja ke diya karte the.</w:t>
      </w:r>
    </w:p>
    <w:p>
      <w:pPr>
        <w:jc w:val="right"/>
      </w:pPr>
      <w:r>
        <w:t>جی۔ پھر جو ہے وہ ہاتھی سے لکھ کر کے لیبل بنا کر کے وہ کر کے جو ہے خود پوسٹ آفس جو ہے ہینڈ ٹرک سے لے جا کے دیا کرتے تھے۔</w:t>
      </w:r>
    </w:p>
    <w:p>
      <w:r>
        <w:rPr>
          <w:b/>
        </w:rPr>
        <w:t xml:space="preserve">[1:03:22] </w:t>
      </w:r>
      <w:r>
        <w:t>to mera bar bar wahan woh pahunchta tha to dekhte to un logon ko bata</w:t>
      </w:r>
    </w:p>
    <w:p>
      <w:pPr>
        <w:jc w:val="right"/>
      </w:pPr>
      <w:r>
        <w:t>تو میرا بار بار وہاں وہ پہنچتا تھا تو دیکھتے تو ان لوگوں کو بت</w:t>
      </w:r>
    </w:p>
    <w:p>
      <w:r>
        <w:rPr>
          <w:b/>
        </w:rPr>
        <w:t xml:space="preserve">[1:03:28] </w:t>
      </w:r>
      <w:r>
        <w:t>aya is mein kya hai yeh aap le ke aate hain is mein kuch nahi hai quran hai yeh to ab woh bar bar ke aane mein woh dekhte hi jo hai woh kehte hain here comes quran man.</w:t>
      </w:r>
    </w:p>
    <w:p>
      <w:pPr>
        <w:jc w:val="right"/>
      </w:pPr>
      <w:r>
        <w:t>ایا اس میں کیا ہے یہ آپ لے کے آتے ہیں اس میں کچھ نہیں ہے قرآن ہے یہ تو اب وہ بار بار کے آنے میں وہ دیکھتے ہی جو ہے وہ کہتے ہیں ہیئر کمز قرآن مین۔</w:t>
      </w:r>
    </w:p>
    <w:p>
      <w:r>
        <w:rPr>
          <w:b/>
        </w:rPr>
        <w:t xml:space="preserve">[1:03:38] </w:t>
      </w:r>
      <w:r>
        <w:t>here comes the quran man. ji. ji. to yeh kaha mein ne Maulana ko sunaya yeh qissa ke is tarah</w:t>
      </w:r>
    </w:p>
    <w:p>
      <w:pPr>
        <w:jc w:val="right"/>
      </w:pPr>
      <w:r>
        <w:t>ہیئر کمز دی قرآن مین۔ جی۔ جی۔ تو یہ کہا میں نے مولانا کو سنایا یہ قصہ کہ اس طرح</w:t>
      </w:r>
    </w:p>
    <w:p>
      <w:r>
        <w:rPr>
          <w:b/>
        </w:rPr>
        <w:t xml:space="preserve">[1:03:47] </w:t>
      </w:r>
      <w:r>
        <w:t>woh kaha unhone. to mere khayal se kaleem sahib is se acha title nahi ho sakta hai ke aap ko yeh kaha jaye ke here comes the quran man.</w:t>
      </w:r>
    </w:p>
    <w:p>
      <w:pPr>
        <w:jc w:val="right"/>
      </w:pPr>
      <w:r>
        <w:t>وہ کہا انہوں نے۔ تو میرے خیال سے کلیم صاحب اس سے اچھا ٹائٹل نہیں ہو سکتا ہے کہ آپ کو یہ کہا جائے کہ ہیئر کمز دی قرآن مین۔</w:t>
      </w:r>
    </w:p>
    <w:p>
      <w:r>
        <w:rPr>
          <w:b/>
        </w:rPr>
        <w:t xml:space="preserve">[1:03:57] </w:t>
      </w:r>
      <w:r>
        <w:t>ab is ke baad jo hai na yeh quran ka</w:t>
      </w:r>
    </w:p>
    <w:p>
      <w:pPr>
        <w:jc w:val="right"/>
      </w:pPr>
      <w:r>
        <w:t>اب اس کے بعد جو ہے نا یہ قرآن کا</w:t>
      </w:r>
    </w:p>
    <w:p>
      <w:r>
        <w:rPr>
          <w:b/>
        </w:rPr>
        <w:t xml:space="preserve">[1:04:02] </w:t>
      </w:r>
      <w:r>
        <w:t>distribution itna zyada ho gaya ke is ko hum ne ek system banaya yani ghar pe hi woh print hota hai advance mein paise dete hain woh post office wala aa ke khud pick karte hain.</w:t>
      </w:r>
    </w:p>
    <w:p>
      <w:pPr>
        <w:jc w:val="right"/>
      </w:pPr>
      <w:r>
        <w:t>ڈسٹریبیوشن اتنا زیادہ ہو گیا کہ اس کو ہم نے ایک سسٹم بنایا یعنی گھر پہ ہی وہ پرنٹ ہوتا ہے ایڈوانس میں پیسے دیتے ہیں وہ پوسٹ آفس والا آ کے خود پک کرتے ہیں۔</w:t>
      </w:r>
    </w:p>
    <w:p>
      <w:r>
        <w:rPr>
          <w:b/>
        </w:rPr>
        <w:t xml:space="preserve">[1:04:15] </w:t>
      </w:r>
      <w:r>
        <w:t>ji. to label jo hai khud print ho ke aata hai. to isi munasibat se to naam to jo hai upar center for peace and spirituality USA phir mera ghar ka address hua karta tha.</w:t>
      </w:r>
    </w:p>
    <w:p>
      <w:pPr>
        <w:jc w:val="right"/>
      </w:pPr>
      <w:r>
        <w:t>جی۔ تو لیبل جو ہے خود پرنٹ ہو کے آتا ہے۔ تو اسی مناسبت سے تو نام تو جو ہے اوپر سینٹر فار پیس اینڈ سپرچویلٹی یو ایس اے پھر میرا گھر کا ایڈریس ہوا کرتا تھا۔</w:t>
      </w:r>
    </w:p>
    <w:p>
      <w:r>
        <w:rPr>
          <w:b/>
        </w:rPr>
        <w:t xml:space="preserve">[1:04:26] </w:t>
      </w:r>
      <w:r>
        <w:t>ab mein ne change kar ke ek line is mein add ki</w:t>
      </w:r>
    </w:p>
    <w:p>
      <w:pPr>
        <w:jc w:val="right"/>
      </w:pPr>
      <w:r>
        <w:t>اب میں نے چینج کر کے ایک لائن اس میں ایڈ کی</w:t>
      </w:r>
    </w:p>
    <w:p>
      <w:r>
        <w:rPr>
          <w:b/>
        </w:rPr>
        <w:t xml:space="preserve">[1:04:30] </w:t>
      </w:r>
      <w:r>
        <w:t>center for peace and spirituality USA quran house 2665. acha mashallah. ji. to ab yani mein to yahi samajhta hoon ke yeh woh dua bhi karta hoon ke yeh house jo hai yeh quran center hi hamesha bana rahe.</w:t>
      </w:r>
    </w:p>
    <w:p>
      <w:pPr>
        <w:jc w:val="right"/>
      </w:pPr>
      <w:r>
        <w:t>سینٹر فار پیس اینڈ سپرچویلٹی یو ایس اے قرآن ہاؤس 2665۔ اچھا ماشاءاللہ۔ جی۔ تو اب یعنی میں تو یہی سمجھتا ہوں کہ یہ وہ دعا بھی کرتا ہوں کہ یہ ہاؤس جو ہے یہ قرآن سینٹر ہی ہمیشہ بنا رہے۔</w:t>
      </w:r>
    </w:p>
    <w:p>
      <w:r>
        <w:rPr>
          <w:b/>
        </w:rPr>
        <w:t xml:space="preserve">[1:04:49] </w:t>
      </w:r>
      <w:r>
        <w:t>inshallah. inshallah.</w:t>
      </w:r>
    </w:p>
    <w:p>
      <w:pPr>
        <w:jc w:val="right"/>
      </w:pPr>
      <w:r>
        <w:t>انشاءاللہ۔ انشاءاللہ۔</w:t>
      </w:r>
    </w:p>
    <w:p>
      <w:r>
        <w:rPr>
          <w:b/>
        </w:rPr>
        <w:t xml:space="preserve">[1:04:51] </w:t>
      </w:r>
      <w:r>
        <w:t>kaleem sahib to ab tak kitni quran distribute ho gayi hain taqreeban US mein?</w:t>
      </w:r>
    </w:p>
    <w:p>
      <w:pPr>
        <w:jc w:val="right"/>
      </w:pPr>
      <w:r>
        <w:t>کلیم صاحب تو اب تک کتنی قرآن ڈسٹریبیوٹ ہو گئی ہیں تقریباً یو ایس میں؟</w:t>
      </w:r>
    </w:p>
    <w:p>
      <w:r>
        <w:rPr>
          <w:b/>
        </w:rPr>
        <w:t xml:space="preserve">[1:04:57] </w:t>
      </w:r>
      <w:r>
        <w:t>yani mere andaze ke lehaz se 13 million se zaid hui hai. alhamdulillah. 13 million copy se zaid hui hain. aur hamare jo yeh yani logon ko fori woh khayal aata hai ke bhai kahan distribute karte hain aap?</w:t>
      </w:r>
    </w:p>
    <w:p>
      <w:pPr>
        <w:jc w:val="right"/>
      </w:pPr>
      <w:r>
        <w:t>یعنی میرے اندازے کے لحاظ سے 13 ملین سے زائد ہوئی ہے۔ الحمدللہ۔ 13 ملین کاپی سے زائد ہوئی ہیں۔ اور ہمارے جو یہ یعنی لوگوں کو فوری وہ خیال آتا ہے کہ بھئی کہاں ڈسٹریبیوٹ کرتے ہیں آپ؟</w:t>
      </w:r>
    </w:p>
    <w:p>
      <w:r>
        <w:rPr>
          <w:b/>
        </w:rPr>
        <w:t xml:space="preserve">[1:05:13] </w:t>
      </w:r>
      <w:r>
        <w:t>ji. haan yani aap kis ko le aa ke diya</w:t>
      </w:r>
    </w:p>
    <w:p>
      <w:pPr>
        <w:jc w:val="right"/>
      </w:pPr>
      <w:r>
        <w:t>جی۔ ہاں یعنی آپ کس کو لے آ کے دیا</w:t>
      </w:r>
    </w:p>
    <w:p>
      <w:r>
        <w:rPr>
          <w:b/>
        </w:rPr>
        <w:t xml:space="preserve">[1:05:16] </w:t>
      </w:r>
      <w:r>
        <w:t>? ji. to mein ne kaha yeh to farishton ka kaam hai hamein andaza bhi nahi tha ke is tarah ho sakta ho hua. hum ja kar ke jo hai street mein jo hai distribute to nahi kiya 1</w:t>
      </w:r>
    </w:p>
    <w:p>
      <w:pPr>
        <w:jc w:val="right"/>
      </w:pPr>
      <w:r>
        <w:t>؟ جی۔ تو میں نے کہا یہ تو فرشتوں کا کام ہے ہمیں اندازہ بھی نہیں تھا کہ اس طرح ہو سکتا ہو ہوئے گا۔ ہم جا کر کے جو ہے سٹریٹ میں جو ہے ڈسٹریبیوٹ تو نہیں کیا 1</w:t>
      </w:r>
    </w:p>
    <w:p>
      <w:r>
        <w:rPr>
          <w:b/>
        </w:rPr>
        <w:t xml:space="preserve">[1:05:30] </w:t>
      </w:r>
      <w:r>
        <w:t>3 million by hand distribute karna woh humanly impossible hota hai lekin Allah taala ne is ko ab wahan par kai daawa organizations hain woh prisons mein le ja ke dete hain hospitals mein dete hain woh to woh log jo hain hum se woh quran lete hain aur</w:t>
      </w:r>
    </w:p>
    <w:p>
      <w:pPr>
        <w:jc w:val="right"/>
      </w:pPr>
      <w:r>
        <w:t>3 ملین بائے ہینڈ ڈسٹریبیوٹ کرنا وہ ہیومنلی امپاسیبل ہوتا ہے لیکن اللہ تعالی نے اس کو اب وہاں پر کئی دعویٰ آرگنائزیشنز ہیں وہ پریزنز میں لے جا کے دیتے ہیں ہاسپٹلز میں دیتے ہیں وہ تو وہ لوگ جو ہیں ہم سے وہ قرآن لیتے ہیں اور</w:t>
      </w:r>
    </w:p>
    <w:p>
      <w:r>
        <w:rPr>
          <w:b/>
        </w:rPr>
        <w:t xml:space="preserve">[1:05:49] </w:t>
      </w:r>
      <w:r>
        <w:t>bohat bare paimane pe lete hain. abhi sab se zyada yeh guzashta mahine mein jo hai quran nikla hai.</w:t>
      </w:r>
    </w:p>
    <w:p>
      <w:pPr>
        <w:jc w:val="right"/>
      </w:pPr>
      <w:r>
        <w:t>بہت بڑے پیمانے پہ لیتے ہیں۔ ابھی سب سے زیادہ یہ گزشتہ مہینے میں جو ہے قرآن نکلا ہے۔</w:t>
      </w:r>
    </w:p>
    <w:p>
      <w:r>
        <w:rPr>
          <w:b/>
        </w:rPr>
        <w:t xml:space="preserve">[1:05:59] </w:t>
      </w:r>
      <w:r>
        <w:t>ji. jo das das hazar plus quran jab</w:t>
      </w:r>
    </w:p>
    <w:p>
      <w:pPr>
        <w:jc w:val="right"/>
      </w:pPr>
      <w:r>
        <w:t>جی۔ جو دس دس ہزار پلس قرآن جب</w:t>
      </w:r>
    </w:p>
    <w:p>
      <w:r>
        <w:rPr>
          <w:b/>
        </w:rPr>
        <w:t xml:space="preserve">[1:06:06] </w:t>
      </w:r>
      <w:r>
        <w:t>woh aaya woh mahina deir mahine mein saare khatm ho gaye achha mashallah aur gyarah hazaar quran mazeed isi douran yaani yeh do shipments jo hai ek california ab ab yeh karna shuru kiya maine ke shipments jo hai apne ghar pe mangwane ke bajaye ab itne toh aa nahi sakte bahut demand badh gaya toh maine in logon ko suggest kiya ke main direct jo hai</w:t>
      </w:r>
    </w:p>
    <w:p>
      <w:pPr>
        <w:jc w:val="right"/>
      </w:pPr>
      <w:r>
        <w:t>وہ آیا وہ مہینہ ڈیڑھ مہینے میں سارے ختم ہو گئے۔ اچھا ماشاءاللہ۔ اور گیارہ ہزار قرآن مزید اسی دوران یعنی یہ دو شپمنٹس جو ہے ایک کیلیفورنیا اب اب یہ کرنا شروع کیا میں نے کہ شپمنٹس جو ہے اپنے گھر پہ منگوانے کے بجائے اب اتنے تو آ نہیں سکتے بہت ڈیمانڈ بڑھ گیا تو میں نے ان لوگوں کو سجیسٹ کیا کہ میں ڈائریکٹ جو ہے</w:t>
      </w:r>
    </w:p>
    <w:p>
      <w:r>
        <w:rPr>
          <w:b/>
        </w:rPr>
        <w:t xml:space="preserve">[1:06:32] </w:t>
      </w:r>
      <w:r>
        <w:t>indya se aap hi ke paas ship karwa deta hoon ji ji toh yeh quran meri jab aayi thi uske baad jo hai california mein gyarah hazaar copy jo hai woh wahan bhi khatm hua toh yeh mahine ke jo hai taqreeban bees hazaar quran ek hi mahina deir mahine mein</w:t>
      </w:r>
    </w:p>
    <w:p>
      <w:pPr>
        <w:jc w:val="right"/>
      </w:pPr>
      <w:r>
        <w:t>انڈیا سے آپ ہی کے پاس شپ کروا دیتا ہوں۔ جی۔ جی۔ تو یہ قرآن میری جب آئی تھی اس کے بعد جو ہے کیلیفورنیا میں گیارہ ہزار کاپی جو ہے وہ وہاں بھی ختم ہوا تو یہ مہینے کے جو ہے تقریباً بیس ہزار قرآن ایک ہی مہینہ ڈیڑھ مہینے میں</w:t>
      </w:r>
    </w:p>
    <w:p>
      <w:r>
        <w:rPr>
          <w:b/>
        </w:rPr>
        <w:t xml:space="preserve">[1:06:52] </w:t>
      </w:r>
      <w:r>
        <w:t>distribute hue hain ji mashallah toh andaza kar sakte hain</w:t>
      </w:r>
    </w:p>
    <w:p>
      <w:pPr>
        <w:jc w:val="right"/>
      </w:pPr>
      <w:r>
        <w:t>ڈسٹریبیوٹ ہوئے ہیں۔ جی۔ ماشاءاللہ۔ تو اندازہ کر سکتے ہیں</w:t>
      </w:r>
    </w:p>
    <w:p>
      <w:r>
        <w:rPr>
          <w:b/>
        </w:rPr>
        <w:t xml:space="preserve">[1:06:56] </w:t>
      </w:r>
      <w:r>
        <w:t>ke 13 million kis tarah hue ji ji ji so if there are many viewers who watching us if you want to become quran distributor you can write to us at info at cpsglobal dot org we will contact you we will help you and support you in terms of how you can take the distribution of quran forward you just heard claim sahib 1</w:t>
      </w:r>
    </w:p>
    <w:p>
      <w:pPr>
        <w:jc w:val="right"/>
      </w:pPr>
      <w:r>
        <w:t>کہ 13 ملین کس طرح ہوئے۔ جی۔ جی۔ جی۔ سو اف دیر آر مینی ویوورز ہو واچنگ اس اف یو وانٹ ٹو بیکم قرآن ڈسٹریبیوٹر یو کین رائٹ ٹو اس ایٹ انفو ایٹ سی پی ایس گلوبل ڈاٹ او آر جی وی ویل کانٹیکٹ یو وی ویل ہیلپ یو اینڈ سپورٹ یو ان ٹرمز آف ہاؤ یو کین ٹیک دی ڈسٹریبیوشن آف قرآن فارورڈ یو جسٹ ہرڈ کلیم صاحب 1</w:t>
      </w:r>
    </w:p>
    <w:p>
      <w:r>
        <w:rPr>
          <w:b/>
        </w:rPr>
        <w:t xml:space="preserve">[1:07:19] </w:t>
      </w:r>
      <w:r>
        <w:t>3 million quran copies have been distributed in us alone but if you look at worldwide millions of copies have already been distributed and if you want to join in this dawah work then please write to us and we will contact you</w:t>
      </w:r>
    </w:p>
    <w:p>
      <w:pPr>
        <w:jc w:val="right"/>
      </w:pPr>
      <w:r>
        <w:t>3 ملین قرآن کاپیز ہیو بین ڈسٹریبیوٹڈ ان یو ایس الون بٹ اف یو لوک ایٹ ورلڈ وائیڈ ملینز آف کاپیز ہیو الریڈی بین ڈسٹریبیوٹڈ اینڈ اف یو وانٹ ٹو جوائن ان دس دعویٰ ورک دین پلیز رائٹ ٹو اس اینڈ وی ویل کانٹیکٹ یو</w:t>
      </w:r>
    </w:p>
    <w:p>
      <w:r>
        <w:rPr>
          <w:b/>
        </w:rPr>
        <w:t xml:space="preserve">[1:07:38] </w:t>
      </w:r>
      <w:r>
        <w:t>claim sahib maulana ka kai baar kai baar unki journey hui us mein toh koi aisa incident jo aap ke zehen mein aata hai jo aap hum se share kar bahut se incident hain bahut sare lekin koi ek do char koi ek aap share kariye</w:t>
      </w:r>
    </w:p>
    <w:p>
      <w:pPr>
        <w:jc w:val="right"/>
      </w:pPr>
      <w:r>
        <w:t>کلیم صاحب مولانا کا کئی بار کئی بار ان کی جرنی ہوئی یو ایس میں تو کوئی ایسا انسیڈنٹ جو آپ کے ذہن میں آتا ہے جو آپ ہم سے شیئر کر بہت سے انسیڈنٹ ہیں بہت سارے لیکن کوئی ایک دو چار کوئی ایک آپ شیئر کریے۔</w:t>
      </w:r>
    </w:p>
    <w:p>
      <w:r>
        <w:rPr>
          <w:b/>
        </w:rPr>
        <w:t xml:space="preserve">[1:07:55] </w:t>
      </w:r>
      <w:r>
        <w:t>share karta hoon ji ji ek toh jo hai</w:t>
      </w:r>
    </w:p>
    <w:p>
      <w:pPr>
        <w:jc w:val="right"/>
      </w:pPr>
      <w:r>
        <w:t>شیئر کرتا ہوں۔ جی۔ جی۔ ایک تو جو ہے</w:t>
      </w:r>
    </w:p>
    <w:p>
      <w:r>
        <w:rPr>
          <w:b/>
        </w:rPr>
        <w:t xml:space="preserve">[1:07:58] </w:t>
      </w:r>
      <w:r>
        <w:t>96 ke ki first trip mein hi jo hai woh jab aaye toh kisi ne wahan detroit se contact kiya usne kaha ke jo hai main abhi pakistan se aa raha tha kisi ne mujhe islam kitab di toh maine padha toh</w:t>
      </w:r>
    </w:p>
    <w:p>
      <w:pPr>
        <w:jc w:val="right"/>
      </w:pPr>
      <w:r>
        <w:t>96 کے کی فرسٹ ٹرپ میں ہی جو ہے وہ جب آئے تو کسی نے وہاں ڈیٹرائٹ سے کانٹیکٹ کیا اس نے کہا کہ جو ہے میں ابھی پاکستان سے آ رہا تھا کسی نے مجھے الاسلام کتاب دی تو میں نے پڑھا تو</w:t>
      </w:r>
    </w:p>
    <w:p>
      <w:r>
        <w:rPr>
          <w:b/>
        </w:rPr>
        <w:t xml:space="preserve">[1:08:16] </w:t>
      </w:r>
      <w:r>
        <w:t>kaafi mutasir hua aap ke paas woh us pe har kitab pe mera phone number hota hai toh usne call kiya bataya ke mazeed kitabein hongi aap ke paas toh maine kaha ke kitabein bhi hain main aap ko bhejunga aur ittefaq se woh kitab ke author bhi jo hai yahan aa rahe hain do teen din ke baad toh</w:t>
      </w:r>
    </w:p>
    <w:p>
      <w:pPr>
        <w:jc w:val="right"/>
      </w:pPr>
      <w:r>
        <w:t>کافی متاثر ہوا آپ کے پاس وہ اس پہ ہر کتاب پہ میرا فون نمبر ہوتا ہے تو اس نے کال کیا بتایا کہ مزید کتابیں ہوں گی آپ کے پاس تو میں نے کہا کہ کتابیں بھی ہیں میں آپ کو بھیجوں گا اور اتفاق سے وہ کتاب کے اتھر بھی جو ہے یہاں آ رہے ہیں دو تین دن کے بعد تو</w:t>
      </w:r>
    </w:p>
    <w:p>
      <w:r>
        <w:rPr>
          <w:b/>
        </w:rPr>
        <w:t xml:space="preserve">[1:08:39] </w:t>
      </w:r>
      <w:r>
        <w:t>sirf information di toh unhone kaha ke main zaroor un se milna chahunga toh aap kuch arrange kar sakte hain meeting toh ek jagah jo hai toh poore do din maulana ke saath rahe woh log aur main hafiz woh hafiz saeed naam tha unka aur koi aur toh woh</w:t>
      </w:r>
    </w:p>
    <w:p>
      <w:pPr>
        <w:jc w:val="right"/>
      </w:pPr>
      <w:r>
        <w:t>صرف انفارمیشن دی تو انہوں نے کہا کہ میں ضرور ان سے ملنا چاہوں گا تو آپ کچھ ارینج کر سکتے ہیں میٹنگ تو ایک جگہ جو ہے تو پورے دو دن مولانا کے ساتھ رہے وہ لوگ اور میں حافظ وہ حافظ سعید نام تھا ان کا اور کوئی اور تو وہ</w:t>
      </w:r>
    </w:p>
    <w:p>
      <w:r>
        <w:rPr>
          <w:b/>
        </w:rPr>
        <w:t xml:space="preserve">[1:08:57] </w:t>
      </w:r>
      <w:r>
        <w:t>aaye aur woh woh woh log yahi yaani unke yaani woh hukumat ilahia jihad uski qism ki ideology ke log the toh douran baat cheet jo hai maulana se poocha ke</w:t>
      </w:r>
    </w:p>
    <w:p>
      <w:pPr>
        <w:jc w:val="right"/>
      </w:pPr>
      <w:r>
        <w:t>آئے اور وہ وہ وہ لوگ یہی یعنی ان کے یعنی وہ حکومت الہیہ جہاد اس کی قسم کی آئیڈیالوجی کے لوگ تھے تو دوران بات چیت جو ہے مولانا سے پوچھا کہ</w:t>
      </w:r>
    </w:p>
    <w:p>
      <w:r>
        <w:rPr>
          <w:b/>
        </w:rPr>
        <w:t xml:space="preserve">[1:09:16] </w:t>
      </w:r>
      <w:r>
        <w:t>kyunki maulana ki sari ideology jo hai woh peaceful ideology thi aur non confrontational hai toh unhone kaha ke kya aap ko shaheed hone ko hone ki tamanna nahi</w:t>
      </w:r>
    </w:p>
    <w:p>
      <w:pPr>
        <w:jc w:val="right"/>
      </w:pPr>
      <w:r>
        <w:t>کیونکہ مولانا کی ساری آئیڈیالوجی جو ہے وہ پیس فل آئیڈیالوجی تھی اور نان کنفرنٹیشنل ہے تو انہوں نے کہا کہ کیا آپ کو شہید ہونے کو ہونے کی تمنا نہیں</w:t>
      </w:r>
    </w:p>
    <w:p>
      <w:r>
        <w:rPr>
          <w:b/>
        </w:rPr>
        <w:t xml:space="preserve">[1:09:30] </w:t>
      </w:r>
      <w:r>
        <w:t>hai aap ko ji toh maulana ne fori short back kiya ke aap samajhte hain ke main zinda hoon ji ji toh toh woh kyunki aalim the woh fori samajh gaye ek dum jo hai khamosh ho gaye woh woh aur doosri baat jo hai</w:t>
      </w:r>
    </w:p>
    <w:p>
      <w:pPr>
        <w:jc w:val="right"/>
      </w:pPr>
      <w:r>
        <w:t>ہے آپ کو جی تو مولانا نے فوری شارٹ بیک کیا کہ آپ سمجھتے ہیں کہ میں زندہ ہوں جی جی تو تو وہ کیونکہ عالم تھے وہ فوری سمجھ گئے ایک دم جو ہے خاموش ہو گئے وہ وہ اور دوسری بات جو ہے</w:t>
      </w:r>
    </w:p>
    <w:p>
      <w:r>
        <w:rPr>
          <w:b/>
        </w:rPr>
        <w:t xml:space="preserve">[1:09:47] </w:t>
      </w:r>
      <w:r>
        <w:t>hum doosri trip mein 500 miles maulana kahin bhi jaane ke liye woh tayyar hote toh ek program rakha hum ne north carolina mein humm raleigh north carolina toh unko hum drive kar ke le gaye gaadi mein irfan omar the farooq chishti aur</w:t>
      </w:r>
    </w:p>
    <w:p>
      <w:pPr>
        <w:jc w:val="right"/>
      </w:pPr>
      <w:r>
        <w:t>ہم دوسری ٹرپ میں 500 مائلز مولانا کہیں بھی جانے کے لیے وہ تیار ہوتے تو ایک پروگرام رکھا ہم نے نارتھ کیرولائنا میں ہمم رائے لے نارتھ کیرولائنا تو ان کو ہم ڈرائیو کر کے لے گئے گاڑی میں عرفان عمر تھے فاروق چشتی اور</w:t>
      </w:r>
    </w:p>
    <w:p>
      <w:r>
        <w:rPr>
          <w:b/>
        </w:rPr>
        <w:t xml:space="preserve">[1:10:10] </w:t>
      </w:r>
      <w:r>
        <w:t>main drive kar raha tha aur irfan omar jo hai woh audio cassettes us pe jo hai unki cheezein toh unhone al risala magazine kis tarah shuru kiya ji uski story batai unhone achha ji haan toh</w:t>
      </w:r>
    </w:p>
    <w:p>
      <w:pPr>
        <w:jc w:val="right"/>
      </w:pPr>
      <w:r>
        <w:t>میں ڈرائیو کر رہا تھا اور عرفان عمر جو ہے وہ آڈیو کیسٹس اس پہ جو ہے ان کی چیزیں تو انہوں نے الرسالہ میگزین کس طرح شروع کیا جی اس کی سٹوری بتائی انہوں نے اچھا جی ہاں تو</w:t>
      </w:r>
    </w:p>
    <w:p>
      <w:r>
        <w:rPr>
          <w:b/>
        </w:rPr>
        <w:t xml:space="preserve">[1:10:27] </w:t>
      </w:r>
      <w:r>
        <w:t>toh woh kehne lage jo hai al risala jab main shuru karna chah raha tha toh logon ne mujhe suggest kiya ke jo hai aap ka risala nahi chalega kyunke hum jante hain jo aap al jameeyat weekly mein hain aur woh likh rahe hain toh aap ke articles jo hain suggestive hote hain informative nahi hote aur aaj ka aadmi jo hai sirf information chahta hai woh koi suggestion nahi chahta</w:t>
      </w:r>
    </w:p>
    <w:p>
      <w:pPr>
        <w:jc w:val="right"/>
      </w:pPr>
      <w:r>
        <w:t>تو وہ کہنے لگے جو ہے الرسالہ جب میں شروع کرنا چاہ رہا تھا تو لوگوں نے مجھے سجیسٹ کیا کہ جو ہے آپ کا رسالہ نہیں چلے گا کیونکہ ہم جانتے ہیں جو آپ الجمعیت ویکلی میں ہیں اور وہ لکھ رہے ہیں تو آپ کے آرٹیکلز جو ہیں سجیسٹو ہوتے ہیں انفارمیٹیو نہیں ہوتے اور آج کا آدمی جو ہے صرف انفارمیشن چاہتا ہے وہ کوئی سجیشن نہیں چاہتا</w:t>
      </w:r>
    </w:p>
    <w:p>
      <w:r>
        <w:rPr>
          <w:b/>
        </w:rPr>
        <w:t xml:space="preserve">[1:10:56] </w:t>
      </w:r>
      <w:r>
        <w:t>yaani woh kyunke aap ke articles jo hai insaan ko change hone ke liye kehte hain humm yaani woh pasand nahi karta is liye aap ka risala nahi chalega woh aap ka risala jo hai woh chalne se pehle hi woh mar jayega toh maulana ne ek jumla bada</w:t>
      </w:r>
    </w:p>
    <w:p>
      <w:pPr>
        <w:jc w:val="right"/>
      </w:pPr>
      <w:r>
        <w:t>یعنی وہ کیونکہ آپ کے آرٹیکلز جو ہے انسان کو چینج ہونے کے لیے کہتے ہیں ہمم یعنی وہ پسند نہیں کرتا اس لیے آپ کا رسالہ نہیں چلے گا وہ آپ کا رسالہ جو ہے وہ چلنے سے پہلے ہی وہ مر جائے گا تو مولانا نے ایک جملہ بڑا</w:t>
      </w:r>
    </w:p>
    <w:p>
      <w:r>
        <w:rPr>
          <w:b/>
        </w:rPr>
        <w:t xml:space="preserve">[1:11:18] </w:t>
      </w:r>
      <w:r>
        <w:t>woh kaha ke yaani mazameen ki itni baarish hoti thi mere zehen par ke main us ko kahan undelu humm agar main risala nikalun toh risala mar jayega agar na nikalun toh main mar jaunga achha</w:t>
      </w:r>
    </w:p>
    <w:p>
      <w:pPr>
        <w:jc w:val="right"/>
      </w:pPr>
      <w:r>
        <w:t>وہ کہا کہ یعنی مضامین کی اتنی بارش ہوتی تھی میرے ذہن پر کہ میں اس کو کہاں انڈیلوں ہمم اگر میں رسالہ نکالوں تو رسالہ مر جائے گا اگر نہ نکالوں تو میں مر جاؤں گا اچھا</w:t>
      </w:r>
    </w:p>
    <w:p>
      <w:r>
        <w:rPr>
          <w:b/>
        </w:rPr>
        <w:t xml:space="preserve">[1:11:34] </w:t>
      </w:r>
      <w:r>
        <w:t>ji toh phir unhone batai ke readers digest jo hai unhone kis tarah strategy ka woh liya aur isi tarah unhone us ko chala kar ke shuru kiya aur alhamdulillah aaj jo hai sari duniya mein padha jata hai ji mashallah claim sahib there are many viewers</w:t>
      </w:r>
    </w:p>
    <w:p>
      <w:pPr>
        <w:jc w:val="right"/>
      </w:pPr>
      <w:r>
        <w:t>جی تو پھر انہوں نے بتائی کہ ریڈرز ڈائجسٹ جو ہے انہوں نے کس طرح سٹریٹیجی کا وہ لیا اور اسی طرح انہوں نے اس کو چلا کر کے شروع کیا اور الحمدللہ آج جو ہے ساری دنیا میں پڑھا جاتا ہے جی ماشاءاللہ کلیم صاحب دیر آر مینی ویوورز</w:t>
      </w:r>
    </w:p>
    <w:p>
      <w:r>
        <w:rPr>
          <w:b/>
        </w:rPr>
        <w:t xml:space="preserve">[1:11:54] </w:t>
      </w:r>
      <w:r>
        <w:t>who want to hear you reply in english as well achha kyunke woh urdu nahi jante hain haan toh maybe ek do questions jo aa rahe hain main aapse poochta hoon aap is ka agar english mein jawab dein farooq ahmad sahib jo bahut senior cps member hain</w:t>
      </w:r>
    </w:p>
    <w:p>
      <w:pPr>
        <w:jc w:val="right"/>
      </w:pPr>
      <w:r>
        <w:t>ہو وانٹ ٹو ہیئر یو ریپلائی ان انگلش ایز ویل اچھا کیونکہ وہ اردو نہیں جانتے ہیں ہاں تو می بی ایک دو کوئسچنز جو آ رہے ہیں میں آپ سے پوچھتا ہوں آپ اس کا اگر انگلش میں جواب دیں فاروق احمد صاحب جو بہت سینئر سی پی ایس ممبر ہیں</w:t>
      </w:r>
    </w:p>
    <w:p>
      <w:r>
        <w:rPr>
          <w:b/>
        </w:rPr>
        <w:t xml:space="preserve">[1:12:12] </w:t>
      </w:r>
      <w:r>
        <w:t>aur kafi kaam kar rahe hain unki aur unki family jodhpur mein humm unka ek sawal hai unhone aapse poocha hai please share your one marifat experience with all of us</w:t>
      </w:r>
    </w:p>
    <w:p>
      <w:pPr>
        <w:jc w:val="right"/>
      </w:pPr>
      <w:r>
        <w:t>اور کافی کام کر رہے ہیں ان کی اور ان کی فیملی جوधپور میں ہمم ان کا ایک سوال ہے انہوں نے آپ سے پوچھا ہے پلیز شیئر یور ون معرفت ایکسپیرینس ود ال اف اس</w:t>
      </w:r>
    </w:p>
    <w:p>
      <w:r>
        <w:rPr>
          <w:b/>
        </w:rPr>
        <w:t xml:space="preserve">[1:12:31] </w:t>
      </w:r>
      <w:r>
        <w:t>yaani maulana ki ek recently ek article padh raha tha haan maybe you can reply this in english karein sir sorry haan bhooliye ga ji ya i was recently came across with maulana one article that you know</w:t>
      </w:r>
    </w:p>
    <w:p>
      <w:pPr>
        <w:jc w:val="right"/>
      </w:pPr>
      <w:r>
        <w:t>یعنی مولانا کی ایک ریسنٹلی ایک آرٹیکل پڑھ رہا تھا ہاں می بی یو کین ریپلائی دس ان انگلش کریں سر او سوری ہاں بھولیے گا جی یا آئی واز ریسنٹلی کیم اکراس ود مولانا ون آرٹیکل دیٹ یو نو</w:t>
      </w:r>
    </w:p>
    <w:p>
      <w:r>
        <w:rPr>
          <w:b/>
        </w:rPr>
        <w:t xml:space="preserve">[1:12:50] </w:t>
      </w:r>
      <w:r>
        <w:t>every time whenever i whenever i remember got article i you know go into deep thinking humm he wrote in that article that we you know if you stand in front of a queue and you don't you know that there is no one inside of a man walks out o he first started that article with the his own experience</w:t>
      </w:r>
    </w:p>
    <w:p>
      <w:pPr>
        <w:jc w:val="right"/>
      </w:pPr>
      <w:r>
        <w:t>ایوری ٹائم وین ایور آئی وین ایور آئی ریممبر گٹ آرٹیکل آئی یو نو گو انٹو ڈیپ تھنکنگ ہمم ہی روٹ ان دیٹ آرٹیکل دیٹ وی یو نو اف یو سٹینڈ ان فرنٹ آف اے کیو اینڈ یو ڈونٹ یو نو دیٹ دیر از نو ون انسائیڈ اف اے مین واکس آؤٹ او ہی فرسٹ سٹارٹڈ دیٹ آرٹیکل ود دی ہز اون ایکسپیرینس</w:t>
      </w:r>
    </w:p>
    <w:p>
      <w:r>
        <w:rPr>
          <w:b/>
        </w:rPr>
        <w:t xml:space="preserve">[1:13:19] </w:t>
      </w:r>
      <w:r>
        <w:t>when he was in libya so libyan president not libya morocco i think right a presidential palace where right he he you know participants are asked to meet with the king humm so once he entered</w:t>
      </w:r>
    </w:p>
    <w:p>
      <w:pPr>
        <w:jc w:val="right"/>
      </w:pPr>
      <w:r>
        <w:t>وین ہی واز ان لیبیا سو لیبین پریزیڈنٹ ناٹ لیبیا مراکو آئی تھنک رائٹ اے پریزیڈینشل پیلس ویر رائٹ ہی ہی یو نو پارٹیسپینٹس آر اسکڈ ٹو میٹ ود دی کنگ ہمم سو ونس ہی انٹرڈ</w:t>
      </w:r>
    </w:p>
    <w:p>
      <w:r>
        <w:rPr>
          <w:b/>
        </w:rPr>
        <w:t xml:space="preserve">[1:13:39] </w:t>
      </w:r>
      <w:r>
        <w:t>in the you know the whole group entered and walking in that palace and their emotions you know completely changed and they were walking with full ah the before seeing the</w:t>
      </w:r>
    </w:p>
    <w:p>
      <w:pPr>
        <w:jc w:val="right"/>
      </w:pPr>
      <w:r>
        <w:t>ان دی یو نو دا ہول گروپ انٹرڈ اینڈ واکنگ ان دیٹ پیلس اینڈ دیر ایموشنز یو نو کمپلیٹلی چینجڈ اینڈ دے وار واکنگ ود فل اہ دی بیفور سینگ دی</w:t>
      </w:r>
    </w:p>
    <w:p>
      <w:r>
        <w:rPr>
          <w:b/>
        </w:rPr>
        <w:t xml:space="preserve">[1:13:56] </w:t>
      </w:r>
      <w:r>
        <w:t>king they were you know king was on their mind right how grand he would be looking at the palace right you know that thinking you know is a thinking of marifa humm so similar at a greater level marifa people won't get</w:t>
      </w:r>
    </w:p>
    <w:p>
      <w:pPr>
        <w:jc w:val="right"/>
      </w:pPr>
      <w:r>
        <w:t>کنگ دے وار یو نو کنگ واز ان دیر مائنڈ رائٹ ہاؤ گرینڈ ہی وڈ بی لوکنگ ایٹ دی پیلس رائٹ یو نو دیٹ تھنکنگ یو نو از اے تھنکنگ آف معرفہ ہمم سو سیمیلر ایٹ اے گریٹر لیول معرفہ پیپل وونٹ گیٹ</w:t>
      </w:r>
    </w:p>
    <w:p>
      <w:r>
        <w:rPr>
          <w:b/>
        </w:rPr>
        <w:t xml:space="preserve">[1:14:16] </w:t>
      </w:r>
      <w:r>
        <w:t>because this is the experience that they are materially observing here, I mean affecting, but when they are walking every day, hmm, in the streets, hmm, or around the house, when they see people, hmm,</w:t>
      </w:r>
    </w:p>
    <w:p>
      <w:pPr>
        <w:jc w:val="right"/>
      </w:pPr>
      <w:r>
        <w:t>بیکاز دس از دا ایکسپیرینس دیٹ دے آر مٹیریلی ابزروونگ ہیر آئی مین افیکٹنگ بٹ وین دے آر واکنگ ایوری ڈے ہمم ان دا سٹریٹس ہمم اور اراؤنڈ دا ہاؤس وین دے سی پیپل ہمم</w:t>
      </w:r>
    </w:p>
    <w:p>
      <w:r>
        <w:rPr>
          <w:b/>
        </w:rPr>
        <w:t xml:space="preserve">[1:14:35] </w:t>
      </w:r>
      <w:r>
        <w:t>because they have taken for granted in a much more grand manner Allah subhana wa taala is expressing humm and for that one example he gave was that when you stand in front of a queue and a man walks out of that queue from nowhere humm everyone will you know see how has he come from where has he come from all of a sudden and then Maulana said</w:t>
      </w:r>
    </w:p>
    <w:p>
      <w:pPr>
        <w:jc w:val="right"/>
      </w:pPr>
      <w:r>
        <w:t>بیکاز دے ہیو ٹیکن فار گرانٹڈ ان اے مچ مور گرینڈ مینر اللہ سبحانہ و تعالی از ایکسپریسنگ ہمم اینڈ فار دیٹ ون ایگزیمپل ہی گیو واز دیٹ وین یو سٹینڈ ان فرنٹ آف اے کیو اینڈ اے مین واکس آؤٹ آف دیٹ کیو فرام نو ویر ہمم ایوری ون ویل یو نو سی ہاؤ ہیز ہی کم فرام ویئر ہیز ہی کم فرام ال اف اے سڈن اینڈ دین مولانا سیڈ</w:t>
      </w:r>
    </w:p>
    <w:p>
      <w:r>
        <w:rPr>
          <w:b/>
        </w:rPr>
        <w:t xml:space="preserve">[1:15:04] </w:t>
      </w:r>
      <w:r>
        <w:t>you know that's the incident only for the first time they are seeing or they do not know that every time when a child is born</w:t>
      </w:r>
    </w:p>
    <w:p>
      <w:pPr>
        <w:jc w:val="right"/>
      </w:pPr>
      <w:r>
        <w:t>یو نو دیٹس دا انسیڈنٹ اونلی فار دا فرسٹ ٹائم دے آر سی آر دے ناٹ ڈو دے ناٹ نو دیٹ ایوری ٹائم وین اے چائلڈ از بورن</w:t>
      </w:r>
    </w:p>
    <w:p>
      <w:r>
        <w:rPr>
          <w:b/>
        </w:rPr>
        <w:t xml:space="preserve">[1:15:20] </w:t>
      </w:r>
      <w:r>
        <w:t>Why don't they wonder where is it coming from? From nowhere. How a child was born and walking out of a mother's womb, you know. So these type of things, these are the incidents, you know, it teaches us.</w:t>
      </w:r>
    </w:p>
    <w:p>
      <w:pPr>
        <w:jc w:val="right"/>
      </w:pPr>
      <w:r>
        <w:t>وائی ڈونٹ دے وانڈر ویری از اٹ کمنگ فرام فرام نو ویر ہاؤ چائلڈ واز بورن اینڈ واکنگ آؤٹ آف اے مدرز ووم یو نو سو دیز ٹائپ آف تھنگز دی آر دی انسیڈنٹس یو نو اٹ ٹیچز اس</w:t>
      </w:r>
    </w:p>
    <w:p>
      <w:r>
        <w:rPr>
          <w:b/>
        </w:rPr>
        <w:t xml:space="preserve">[1:15:37] </w:t>
      </w:r>
      <w:r>
        <w:t>to be you know cognizant of the greatness of God right from the daily lessons you get the marifatullah and as Maulana said marifat is iman ji Maulana would you know often drive very deep lessons from simple instances that happen around us and so this is a very good example that you give Qaim sahib</w:t>
      </w:r>
    </w:p>
    <w:p>
      <w:pPr>
        <w:jc w:val="right"/>
      </w:pPr>
      <w:r>
        <w:t>ٹو بی یو نو کاگنیشنٹ آف دی گریٹنس آف گاڈ رائٹ فرام دی ڈیلی لیسنز یو گیٹ دی معرفت اللہ اینڈ ایز مولانا سیڈ معرفہ از ایمان جی مولانا وڈ یو نو افن ڈرائیو ویری ڈیپ لیسنز فرام سمپل انسٹنسز دیٹ ہیپن اراؤنڈ اس اینڈ سو دس ا ویری گڈ ایگزیمپل دیٹ یو گیو کلیم صاحب</w:t>
      </w:r>
    </w:p>
    <w:p>
      <w:r>
        <w:rPr>
          <w:b/>
        </w:rPr>
        <w:t xml:space="preserve">[1:16:04] </w:t>
      </w:r>
      <w:r>
        <w:t>claim sahib may be one or two more questions you can reply in English so there is one question that is come from Malaysia Waqas Ahmed Sheikh sahib he's sent this question and he's written that how to use Maulana's lectures to do personality development of young generation in Islamic world I think</w:t>
      </w:r>
    </w:p>
    <w:p>
      <w:pPr>
        <w:jc w:val="right"/>
      </w:pPr>
      <w:r>
        <w:t>کلیم صاحب می بی ون اور ٹو مور کوئسچنز یو کین ریپلائی ان انگلش سو دیر از ون کوئسچن دیٹ از کم فرام ملیشیا وقاص احمد شیخ صاحب ہیز سینٹ دس کوئسچن اینڈ ہیز رٹن دیٹ ہاؤ ٹو یوز مولانا لیکچرز ٹو ڈو پرسنیلٹی ڈیویلپمنٹ آفینگ جنریشن ان اسلامک ورلڈ آئی تھنک</w:t>
      </w:r>
    </w:p>
    <w:p>
      <w:r>
        <w:rPr>
          <w:b/>
        </w:rPr>
        <w:t xml:space="preserve">[1:16:25] </w:t>
      </w:r>
      <w:r>
        <w:t>ah it's a world wide phenomena these are concerned that youth today are more into living more into material culture so how to get them into the right</w:t>
      </w:r>
    </w:p>
    <w:p>
      <w:pPr>
        <w:jc w:val="right"/>
      </w:pPr>
      <w:r>
        <w:t>اہ اٹس ا ورلڈ ورلڈ وائیڈ فیناومینا دائز آر کنسرنڈ دیٹ یوتھ ٹوڈے آر مور انٹو لیونگ مور انٹو مٹیریل کلچر سو ہاؤ ٹو گیٹ دیم ان ٹو دا رائٹ</w:t>
      </w:r>
    </w:p>
    <w:p>
      <w:r>
        <w:rPr>
          <w:b/>
        </w:rPr>
        <w:t xml:space="preserve">[1:16:38] </w:t>
      </w:r>
      <w:r>
        <w:t>path how to get their thinking aligned with their work how we can do you know personality development Maulana's literature is available which touches every aspect so any thought any advice that you have that how he can probably reach out to young generation and help them in understanding the importance of this mission importance of the literature</w:t>
      </w:r>
    </w:p>
    <w:p>
      <w:pPr>
        <w:jc w:val="right"/>
      </w:pPr>
      <w:r>
        <w:t>پاتھ ہاؤ ٹو گیٹ دیر تھنکنگ الائنڈ ود داور ورک ہاؤ وی کین ڈو یو نو پرسنیلٹی ڈیویلپمنٹ مولانا لٹریچر از اویلیبل وچ ٹچز ایوری ایسپیکٹ سو اینی تھاٹ اینی ایڈوائس دیٹ یو ہیو دیٹ ہاؤ ہی کین پروبیبلی ریچ آؤٹ ٹوینگ جنریشن اینڈ ہیلپ دیم ان انڈرسٹینڈنگ دی امپورٹنس آف دس مشن امپورٹنس آف دی لٹریچ</w:t>
      </w:r>
    </w:p>
    <w:p>
      <w:r>
        <w:rPr>
          <w:b/>
        </w:rPr>
        <w:t xml:space="preserve">[1:17:06] </w:t>
      </w:r>
      <w:r>
        <w:t>are so any thought advice in that claim sahib this question I faced many a time and in different way that they ask you know we are in this Western world how can we save our youth hmm ji they ask you know do you have anything for our young children children children</w:t>
      </w:r>
    </w:p>
    <w:p>
      <w:pPr>
        <w:jc w:val="right"/>
      </w:pPr>
      <w:r>
        <w:t>ر سو اینی تھاٹ ایڈوائس ان دیٹ کلیم صاحب دس کوئسچن آئی فیس فیسڈ مینی ٹائمز اینڈ ان ڈفرنٹ وے دیٹ دے اسک یو نو وی آر ان دس ویسٹرن ورلڈ ہاؤ کین وی سیو اور یوتھ ہمم جی دے اسک یو نو ڈو یو ہیو اینی تھنگ فار اورینگ چلڈرن چلڈرن چلڈرن</w:t>
      </w:r>
    </w:p>
    <w:p>
      <w:r>
        <w:rPr>
          <w:b/>
        </w:rPr>
        <w:t xml:space="preserve">[1:17:33] </w:t>
      </w:r>
      <w:r>
        <w:t>the books I said the best way to keep you know make children discover Islam is to you know by your own example where you home they you know</w:t>
      </w:r>
    </w:p>
    <w:p>
      <w:pPr>
        <w:jc w:val="right"/>
      </w:pPr>
      <w:r>
        <w:t>ز بکس آئی سیڈ دا بیسٹ وے ٹو کیپ یو نو میک چلڈرن ڈسکور اسلام از ٹو یو نو بائی یور اون ایگزیمپل ایوری ہوم دے یو نو</w:t>
      </w:r>
    </w:p>
    <w:p>
      <w:r>
        <w:rPr>
          <w:b/>
        </w:rPr>
        <w:t xml:space="preserve">[1:17:52] </w:t>
      </w:r>
      <w:r>
        <w:t>you cannot I mean you cannot make them Islamic just merely establishing Muslim schools or training them that will not go down in their you know throat so but first of all adults have to completely you know understand and follow Islam</w:t>
      </w:r>
    </w:p>
    <w:p>
      <w:pPr>
        <w:jc w:val="right"/>
      </w:pPr>
      <w:r>
        <w:t>یو کین ناٹ آئی مین یو کین ناٹ میک دیم اسلامک جسٹ میر اسٹیبلشنگ مسلم سکولز اور ٹریننگ دیم دیٹ ویل ناٹ گو ڈاؤن ان دیر یو نو تھروٹ سو بٹ فرسٹ آف آل ایڈلٹس ہیو ٹو کمپلیٹلی یو نو انڈرسٹینڈ اینڈ فالو اسلام</w:t>
      </w:r>
    </w:p>
    <w:p>
      <w:r>
        <w:rPr>
          <w:b/>
        </w:rPr>
        <w:t xml:space="preserve">[1:18:14] </w:t>
      </w:r>
      <w:r>
        <w:t>in true sense with all sincerity the children are talent absorbs of their elders hmm so that's how this you know you can sow or you can bring youth to</w:t>
      </w:r>
    </w:p>
    <w:p>
      <w:pPr>
        <w:jc w:val="right"/>
      </w:pPr>
      <w:r>
        <w:t>ان ٹرو سینس ود آل سنسیرٹی دی چلڈرنز آر ٹیلنٹ ابزرور ابزرورز آف دیر ایلڈرز ہمم سو دیٹس ہاؤ دس یو نو یو کین سیو اور یو کین برنگ یوتھ ٹو</w:t>
      </w:r>
    </w:p>
    <w:p>
      <w:r>
        <w:rPr>
          <w:b/>
        </w:rPr>
        <w:t xml:space="preserve">[1:18:31] </w:t>
      </w:r>
      <w:r>
        <w:t>The right path, right, start from yourself, start from yourself. Yeah, yeah, ji. And that is my experience also. I have seen our own CPS, right, families, they are not specifically training them, leaving them self.</w:t>
      </w:r>
    </w:p>
    <w:p>
      <w:pPr>
        <w:jc w:val="right"/>
      </w:pPr>
      <w:r>
        <w:t>دا رائٹ پاتھ رائٹ سٹارٹ فرام یور سیلف سٹارٹ فرام یور سیلف یا یا جی اینڈ دیٹ از مائی ایکسپیرینس السو آئی ہیو سین اور اون سی پی ایس رائٹ فیملیز دے آر ناٹ سپیسیفیکلی ٹریننگ دیم لیونگ دیم سیلف</w:t>
      </w:r>
    </w:p>
    <w:p>
      <w:r>
        <w:rPr>
          <w:b/>
        </w:rPr>
        <w:t xml:space="preserve">[1:18:50] </w:t>
      </w:r>
      <w:r>
        <w:t>and they are starting from themselves, right? So, and claim sahib also the youth today, he is a rational mind. You cannot just, you know, talk in any abstract manner. You need to reason his mind and Maulana's literature is something which is very unique.</w:t>
      </w:r>
    </w:p>
    <w:p>
      <w:pPr>
        <w:jc w:val="right"/>
      </w:pPr>
      <w:r>
        <w:t>آؤٹ دے آر سٹارٹنگ فرام دیم سیلف رائٹ سو اینڈ کلیم صاحب السو دی یوتھ ٹوڈے ہیز اے ریشنل مائنڈ یا یو کین ناٹ جسٹ یو نو ٹاک ان اینی ابسٹریکٹ مینر یو نیڈ ٹو ریزن ہز مائنڈ اینڈ مولانا لٹریچر از سمتھنگ وچ از ویری یونیک</w:t>
      </w:r>
    </w:p>
    <w:p>
      <w:r>
        <w:rPr>
          <w:b/>
        </w:rPr>
        <w:t xml:space="preserve">[1:19:11] </w:t>
      </w:r>
      <w:r>
        <w:t>it addresses a person's mind and Maulana used to say that you know youth have so much of energy, enthusiasm, you need to channelize it in the right direction. So if somehow they get to read Maulana's books, a specific target that can be given.</w:t>
      </w:r>
    </w:p>
    <w:p>
      <w:pPr>
        <w:jc w:val="right"/>
      </w:pPr>
      <w:r>
        <w:t>اٹ ایڈریسز ا پرسن مائنڈ اینڈ مولانا یوز ٹو سے دیٹ یو نو یوتھ ہیو سو مچ آف انرجی انتھوزیازم یو نیڈ ٹو چینلائز اٹ ان دا رائٹ ڈائریکشن سو اف سم ہاؤ دے گیٹ ٹو ریڈ مولانا بکس ا سپیسیفک ٹارگٹ دیٹ کین بی گیون</w:t>
      </w:r>
    </w:p>
    <w:p>
      <w:r>
        <w:rPr>
          <w:b/>
        </w:rPr>
        <w:t xml:space="preserve">[1:19:28] </w:t>
      </w:r>
      <w:r>
        <w:t>like even you know Quran distribution target that requires lot of hands it's not an easy task to make Quran available you know in among seven billion people so and youth can play a very significant and important part so I think maybe Waqas Sheikh sahib should also give a target ya and this is a target that they will not you know refuse</w:t>
      </w:r>
    </w:p>
    <w:p>
      <w:pPr>
        <w:jc w:val="right"/>
      </w:pPr>
      <w:r>
        <w:t>لائک ایون یو نو قرآن ڈسٹریبیوشن ٹارگٹ دیٹ ریکوائرز لاٹ آف ہینڈز اٹس ناٹ این ایزی ٹاسک ٹو میک قرآن اویلیبل یو نو ان امنگ سیون بلین پیپل سو اینڈ یوتھ کین پلے ا ویری سگنیفیکنٹ اینڈ امپورٹنٹ پارٹ سو آئی تھنک می بی وقاص شیخ صاحب شوڈ السو گیو ا ٹارگٹ یا اینڈ دس از ا ٹارگٹ دیٹ دے ویل ناٹ یو نو ریفیوز</w:t>
      </w:r>
    </w:p>
    <w:p>
      <w:r>
        <w:rPr>
          <w:b/>
        </w:rPr>
        <w:t xml:space="preserve">[1:19:55] </w:t>
      </w:r>
      <w:r>
        <w:t>they will definitely come forward and help you by demonstrating themselves that they are following or doing this job and taking the when you take the help of the youth</w:t>
      </w:r>
    </w:p>
    <w:p>
      <w:pPr>
        <w:jc w:val="right"/>
      </w:pPr>
      <w:r>
        <w:t>دے ویل ڈیفینیٹلی کم فارورڈ اینڈ ہیلپ یا بائی ڈیمونسٹریٹنگ دیم سیلف دیٹ دے فالونگ اور ڈوئنگ دس جاب اینڈ ٹیکنگ دا وین یو ٹیک دا ہیلپ آف دا یوتھ</w:t>
      </w:r>
    </w:p>
    <w:p>
      <w:r>
        <w:rPr>
          <w:b/>
        </w:rPr>
        <w:t xml:space="preserve">[1:20:12] </w:t>
      </w:r>
      <w:r>
        <w:t>de understand de si de si you as a madal humm of dai so den de folow and at da sim taim de wil lern and den ji kuch kments hain claim sahib muhammad irfan rashidi sahib ne nakpur se bheja hai claim sahib aap ki yeh bat boht motivating hai ke log aap ke sath atay hain ya ya nahi</w:t>
      </w:r>
    </w:p>
    <w:p>
      <w:pPr>
        <w:jc w:val="right"/>
      </w:pPr>
      <w:r>
        <w:t>دے انڈرسٹینڈ دے سی دے سی یو ایز اے ماڈل ہمم آف دائی سو دین دے فالو اینڈ ایٹ دا سیم ٹائم دے ویل لرن اینڈ دین جی کچھ کمنٹس ہیں کلیم صاحب محمد عرفان رشیدی صاحب نے ناکپور سے بھیجا ہے کلیم صاحب آپ کی یہ بات بہت موٹیویٹنگ ہے کہ لوگ آپ کے ساتھ آتے ہیں یا یا نہیں</w:t>
      </w:r>
    </w:p>
    <w:p>
      <w:r>
        <w:rPr>
          <w:b/>
        </w:rPr>
        <w:t xml:space="preserve">[1:20:40] </w:t>
      </w:r>
      <w:r>
        <w:t>is se discraj nahi hona chahiye balkay kam kartay rehna chahiye rizalt aap ko milay ga ah azizullah sahib ne likha hai ke ah yes Maulana was a man who explained islam in the modern adim ah miss safia khanoom ne</w:t>
      </w:r>
    </w:p>
    <w:p>
      <w:pPr>
        <w:jc w:val="right"/>
      </w:pPr>
      <w:r>
        <w:t>اس سے ڈسکرج نہیں ہونا چاہیے بلکہ کام کرتے رہنا چاہیے رزلٹ آپ کو ملے گا اہ عزیز اللہ صاحب نے لکھا ہے کہ اہ یس مولانا واز ا مین ہو ایکسپلینڈ اسلام ان دا ماڈرن ایڈیم اہ مس صفیہ خانم نے</w:t>
      </w:r>
    </w:p>
    <w:p>
      <w:r>
        <w:rPr>
          <w:b/>
        </w:rPr>
        <w:t xml:space="preserve">[1:20:58] </w:t>
      </w:r>
      <w:r>
        <w:t>firozabad se likha hai claim sir aap ko dekh kar lagta hai ke aap daawa boht dedication ke sath kartay hain sir pliz shair kijiye humain kuch sugession dijiye ke how kan wi bakam sincere for dawer work</w:t>
      </w:r>
    </w:p>
    <w:p>
      <w:pPr>
        <w:jc w:val="right"/>
      </w:pPr>
      <w:r>
        <w:t>فیروز آباد سے لکھا ہے کلیم سر آپ کو دیکھ کر لگتا ہے کہ آپ دعویٰ بہت ڈیڈیکیشن کے ساتھ کرتے ہیں سر پلیز شیئر کیجئے ہمیں کچھ سجیشن دیجئے کہ ہاؤ کین وی بیکم سنسیئر فار داور ورک</w:t>
      </w:r>
    </w:p>
    <w:p>
      <w:r>
        <w:rPr>
          <w:b/>
        </w:rPr>
        <w:t xml:space="preserve">[1:21:17] </w:t>
      </w:r>
      <w:r>
        <w:t>main har aik ke liye yahi mera sugession hai ke aap Maulana ki kitaben bar bar partay rahen ji jab aap daawa ka kam sirf jo hai wo kartay rahen aur yeh bhool jayen apni jo hai</w:t>
      </w:r>
    </w:p>
    <w:p>
      <w:pPr>
        <w:jc w:val="right"/>
      </w:pPr>
      <w:r>
        <w:t>میں ہر ایک کے لیے یہی میرا سجیشن ہے کہ آپ مولانا کی کتابیں بار بار پڑھتے رہیں جی جب آپ دعویٰ کا کام صرف جو ہے وہ کرتے رہیں اور یہ بھول جائیں اپنی جو ہے</w:t>
      </w:r>
    </w:p>
    <w:p>
      <w:r>
        <w:rPr>
          <w:b/>
        </w:rPr>
        <w:t xml:space="preserve">[1:21:33] </w:t>
      </w:r>
      <w:r>
        <w:t>yani to ah fas ah job hai yeh aap ne apni personality develpment ya apni marifa ko barhana aur phir logon se shair karna to yeh donon kam honay ke liye Maulana ka litrature bhi parhen aur quran bhi taqsim karen to jo hai ah aap</w:t>
      </w:r>
    </w:p>
    <w:p>
      <w:pPr>
        <w:jc w:val="right"/>
      </w:pPr>
      <w:r>
        <w:t>یعنی ٹو اہ فیس اہ جاب ہے یہ آپ نے اپنی پرسنیلٹی ڈیویلپمنٹ یا اپنی معرفت کو بڑھانا اور پھر لوگوں سے شیئر کرنا تو یہ دونوں کام ہونے کے لیے مولانا کا لٹریچر بھی پڑھیں اور قرآن بھی تقسیم کریں تو جو ہے اہ آپ</w:t>
      </w:r>
    </w:p>
    <w:p>
      <w:r>
        <w:rPr>
          <w:b/>
        </w:rPr>
        <w:t xml:space="preserve">[1:21:54] </w:t>
      </w:r>
      <w:r>
        <w:t>ah de motivate nahi honge qyonke woh aap ko itna confidence dilay ah dilay ga litrature ah ke aap kabhi bhi jo hai derilment aye ga nahi ji ah mehtab ah sahib ne dhampur se likha hai khwaja claim sahib ah ah aaj aap ko dekh kar boht khushi hui jazaak allah mahboob bhai ah ne mumbai se likha hai ah claim sahib ah</w:t>
      </w:r>
    </w:p>
    <w:p>
      <w:pPr>
        <w:jc w:val="right"/>
      </w:pPr>
      <w:r>
        <w:t>اہ ڈی موٹیویٹ نہیں ہوں گے کیونکہ وہ آپ کو اتنا کانفیڈنس دلائے اہ دلائے گا لٹریچر اہ کہ آپ کبھی بھی جو ہے ڈیریلمنٹ آئے گا نہیں جی اہ مہتاب اہ صاحب نے دھامپور سے لکھا ہے خواجہ کلیم صاحب اہ اہ آج آپ کو دیکھ کر بہت خوشی ہوئی جزاک اللہ محبوب بھائی اہ نے ممبئی سے لکھا ہے اہ کلیم صاحب اہ</w:t>
      </w:r>
    </w:p>
    <w:p>
      <w:r>
        <w:rPr>
          <w:b/>
        </w:rPr>
        <w:t xml:space="preserve">[1:22:24] </w:t>
      </w:r>
      <w:r>
        <w:t>unhon ne likha hai ke claim sahib Maulana ki wafat ke baad aap ko aaj is platform pe dekhna ah kafi khushi ki bat hai ah sath is is mission ka future allah ne bright rakha hai aisa mujhe mahsus ho raha hai mera sawal yeh hai ke</w:t>
      </w:r>
    </w:p>
    <w:p>
      <w:pPr>
        <w:jc w:val="right"/>
      </w:pPr>
      <w:r>
        <w:t>انہوں نے لکھا ہے کہ کلیم صاحب مولانا کی وفات کے بعد آپ کو آج اس پلیٹ فارم پہ دیکھنا اہ کافی خوشی کی بات ہے اہ ساتھ اس اس مشن کا فیوچر اللہ نے برائٹ رکھا ہے ایسا مجھے محسوس ہو رہا ہے میرا سوال یہ ہے کہ</w:t>
      </w:r>
    </w:p>
    <w:p>
      <w:r>
        <w:rPr>
          <w:b/>
        </w:rPr>
        <w:t xml:space="preserve">[1:22:41] </w:t>
      </w:r>
      <w:r>
        <w:t>aaj jab you es mishan aap ne jab you es mishan shuru kiya aur aaj jo jo mishan hai is mein kitna farq aa gaya hai ah is ko is ka reason kya hai is ke bare mein bataein matlab bohat barh gaya hai aur reason kya hai</w:t>
      </w:r>
    </w:p>
    <w:p>
      <w:pPr>
        <w:jc w:val="right"/>
      </w:pPr>
      <w:r>
        <w:t>آج جب یو ایس مشن آپ نے جب یو ایس مشن شروع کیا اور آج جو جو مشن ہے اس میں کتنا فرق آ گیا ہے اہ اس کو اس کا ریزن کیا ہے اس کے بارے میں بتائیں مطلب بہت بڑھ گیا ہے اور ریزن کیا ہے</w:t>
      </w:r>
    </w:p>
    <w:p>
      <w:r>
        <w:rPr>
          <w:b/>
        </w:rPr>
        <w:t xml:space="preserve">[1:23:00] </w:t>
      </w:r>
      <w:r>
        <w:t>bohat ji jo shuru kiya hai aur aaj jis ah stage par hai jo yani phenomenal jo hai ah mein keh sakta hoon advancement hua hai is mein log kafi sare mile hain ab wo</w:t>
      </w:r>
    </w:p>
    <w:p>
      <w:pPr>
        <w:jc w:val="right"/>
      </w:pPr>
      <w:r>
        <w:t>بہت جی جو شروع کیا ہے اور آج جس اہ سٹیج پر ہے جو یعنی فیناومینل جو ہے اہ میں کہہ سکتا ہوں ایڈوانسمنٹ ہوا ہے اس میں لوگ کافی سارے ملے ہیں اب وہ</w:t>
      </w:r>
    </w:p>
    <w:p>
      <w:r>
        <w:rPr>
          <w:b/>
        </w:rPr>
        <w:t xml:space="preserve">[1:23:16] </w:t>
      </w:r>
      <w:r>
        <w:t>yani electronic age mein gaya hai aur jaise recently hamein hamein saathi ek naujawan saathi asad parvez mile hain aur ji wo ah yani itne</w:t>
      </w:r>
    </w:p>
    <w:p>
      <w:pPr>
        <w:jc w:val="right"/>
      </w:pPr>
      <w:r>
        <w:t>یعنی الیکٹرانک ایج میں گیا ہے اور جیسے ریسنٹلی ہمیں ہمیں ساتھی ایک نوجوان ساتھی اسد پرویز ملے ہیں اور جی وہ اہ یعنی اتنے</w:t>
      </w:r>
    </w:p>
    <w:p>
      <w:r>
        <w:rPr>
          <w:b/>
        </w:rPr>
        <w:t xml:space="preserve">[1:23:33] </w:t>
      </w:r>
      <w:r>
        <w:t>ah creative hain ke unhon ne ah bohat sari aisi cheezein shuru keen jo mein khud nahi kar sakta tha ji ji to wo bhi wo bhi youth ka example hai youth ka youth ka example hai ji to ah</w:t>
      </w:r>
    </w:p>
    <w:p>
      <w:pPr>
        <w:jc w:val="right"/>
      </w:pPr>
      <w:r>
        <w:t>اہ کریٹیو ہیں کہ انہوں نے اہ بہت ساری ایسی چیزیں شروع کیں جو میں خود نہیں کر سکتا تھا جی جی تو وہ بھی وہ بھی یوتھ کا ایگزیمپل ہے یوتھ کا یوتھ کا ایگزیمپل ہے جی تو اہ</w:t>
      </w:r>
    </w:p>
    <w:p>
      <w:r>
        <w:rPr>
          <w:b/>
        </w:rPr>
        <w:t xml:space="preserve">[1:23:50] </w:t>
      </w:r>
      <w:r>
        <w:t>ah wahi nahi aur bohat sari cheezein hain yani jab aap kaam karte jayein to ye sochna hi nahi hai maulana ne yahi target diya hai aur quran ne bhi yahi target diya hai ke aap kaam karein jayein aur is ka muawza aap ko kaam karne pe sincerity pe hi mile milega ah is pe nahi milega ke jo hai aap ka kaam kitna aage barha aur kitna volume hai is ka to</w:t>
      </w:r>
    </w:p>
    <w:p>
      <w:pPr>
        <w:jc w:val="right"/>
      </w:pPr>
      <w:r>
        <w:t>اہ وہی نہیں اور بہت ساری چیزیں ہیں یعنی جب آپ کام کرتے جائیں تو یہ سوچنا ہی نہیں ہے مولانا نے یہی ٹارگٹ دیا ہے اور قرآن نے بھی یہی ٹارگٹ دیا ہے کہ آپ کام کریں جائیں اور اس کا معاوضہ آپ کو کام کرنے پہ سنسیرٹی پہ ہی ملے ملے گا اہ اس پہ نہیں ملے گا کہ جو ہے آپ کا کام کتنا اگے بڑھا اور کتنا والیوم ہے اس کا تو</w:t>
      </w:r>
    </w:p>
    <w:p>
      <w:r>
        <w:rPr>
          <w:b/>
        </w:rPr>
        <w:t xml:space="preserve">[1:24:18] </w:t>
      </w:r>
      <w:r>
        <w:t>yeh sab allah ke planning mein hai ah humein is par focus nahi karna chahiye ke jo</w:t>
      </w:r>
    </w:p>
    <w:p>
      <w:pPr>
        <w:jc w:val="right"/>
      </w:pPr>
      <w:r>
        <w:t>یہ سب اہ اللہ کے پلاننگ میں ہے اہ ہمیں اس پر فوکس نہیں کرنا چاہیے کہ جو</w:t>
      </w:r>
    </w:p>
    <w:p>
      <w:r>
        <w:rPr>
          <w:b/>
        </w:rPr>
        <w:t xml:space="preserve">[1:24:25] </w:t>
      </w:r>
      <w:r>
        <w:t>hai ek ah ah amount of work humein karna hai nahi aap ko sirf jo hai ah kaam</w:t>
      </w:r>
    </w:p>
    <w:p>
      <w:pPr>
        <w:jc w:val="right"/>
      </w:pPr>
      <w:r>
        <w:t>ہے ایک اہ اہ اماؤنٹ آف ورک ہمیں کرنا ہے نہیں آپ کو صرف جو ہے اہ کام</w:t>
      </w:r>
    </w:p>
    <w:p>
      <w:r>
        <w:rPr>
          <w:b/>
        </w:rPr>
        <w:t xml:space="preserve">[1:24:32] </w:t>
      </w:r>
      <w:r>
        <w:t>karna hai jo kaha gaya hai obedience mein wohi kaam karte jayen ah isi se jo hai aap</w:t>
      </w:r>
    </w:p>
    <w:p>
      <w:pPr>
        <w:jc w:val="right"/>
      </w:pPr>
      <w:r>
        <w:t>کرنا ہے جو کہا گیا ہے اوبیڈینس میں وہی کام کرتے جائیں اہ اسی سے جو ہے آپ</w:t>
      </w:r>
    </w:p>
    <w:p>
      <w:r>
        <w:rPr>
          <w:b/>
        </w:rPr>
        <w:t xml:space="preserve">[1:24:37] </w:t>
      </w:r>
      <w:r>
        <w:t>ko motivation milega aur allah ne chaha to is kaam ko bohat aage barhaya aur hamare sath</w:t>
      </w:r>
    </w:p>
    <w:p>
      <w:pPr>
        <w:jc w:val="right"/>
      </w:pPr>
      <w:r>
        <w:t>کو موٹیویشن ملے گا اور اللہ نے چاہا تو اس کام کو بہت اگے بڑھایا اور ہمارے ساتھ</w:t>
      </w:r>
    </w:p>
    <w:p>
      <w:r>
        <w:rPr>
          <w:b/>
        </w:rPr>
        <w:t xml:space="preserve">[1:24:44] </w:t>
      </w:r>
      <w:r>
        <w:t>yahi hua hai ji aaj mein keh sakta hoon ke</w:t>
      </w:r>
    </w:p>
    <w:p>
      <w:pPr>
        <w:jc w:val="right"/>
      </w:pPr>
      <w:r>
        <w:t>یہی ہوا ہے جی آج میں کہہ سکتا ہوں کہ</w:t>
      </w:r>
    </w:p>
    <w:p>
      <w:r>
        <w:rPr>
          <w:b/>
        </w:rPr>
        <w:t xml:space="preserve">[1:24:49] </w:t>
      </w:r>
      <w:r>
        <w:t>yani ab hamara potential itna barh gaya hai ke mein hamesha sochta hoon ke doosre doosre organizations jo wahan america mein muslims kar rahe hain jaise helping hands hai ah itna wo kai charity organizations hain they are global organizations yani un ke un ka budget millions of dollars mein hai to</w:t>
      </w:r>
    </w:p>
    <w:p>
      <w:pPr>
        <w:jc w:val="right"/>
      </w:pPr>
      <w:r>
        <w:t>یعنی اب ہمارا پوٹینشل اتنا بڑھ گیا ہے کہ میں ہمیشہ سوچتا ہوں کہ دوسرے دوسرے ارگنائزیشنز جو وہاں امریکہ میں مسلمز کر رہے ہیں جیسے ہیلپنگ ہینڈز ہے اہ اتنا وہ کئی چیریٹی ارگنائزیشنز ہیں دے آر گلوبل ارگنائزیشنز یعنی ان کے ان کا بجٹ ملینز آف ڈالرز میں ہے تو</w:t>
      </w:r>
    </w:p>
    <w:p>
      <w:r>
        <w:rPr>
          <w:b/>
        </w:rPr>
        <w:t xml:space="preserve">[1:25:12] </w:t>
      </w:r>
      <w:r>
        <w:t>mujhe bara afsos hota hai ke jo kaam ah hamein karna chahiye tha global level pe is ko nahi kiya aur wo kaam kar rahe hain jis ke liye ek specific hidayat ah quran o hadith mein nahi hai mujhe abhi mein kisi se share kar raha tha ke</w:t>
      </w:r>
    </w:p>
    <w:p>
      <w:pPr>
        <w:jc w:val="right"/>
      </w:pPr>
      <w:r>
        <w:t>مجھے بڑا افسوس ہوتا ہے کہ جو کام اہ ہمیں کرنا چاہیے تھا گلوبل لیول پہ اس کو نہیں کیا اور وہ کام کر رہے ہیں جس کے لیے ایک سپیسیفک ہدایت اہ قرآن و حدیث میں نہیں ہے مجھے ابھی میں کسی سے شیئر کر رہا تھا کہ</w:t>
      </w:r>
    </w:p>
    <w:p>
      <w:r>
        <w:rPr>
          <w:b/>
        </w:rPr>
        <w:t xml:space="preserve">[1:25:34] </w:t>
      </w:r>
      <w:r>
        <w:t>huzoor akram sallallahu alaihi wasallam ne hazrat aisha se farmaya tha ke ah jab nabuwat se pehle halaf ul fudool ek organization bani thi jo rights organization jo logon ke rights dilane ke liye kisi ke sath na-insaafi hui hai wo karne ke liye to</w:t>
      </w:r>
    </w:p>
    <w:p>
      <w:pPr>
        <w:jc w:val="right"/>
      </w:pPr>
      <w:r>
        <w:t>حضور اکرم صلی اللہ علیہ وسلم نے حضرت عائشہ سے فرمایا تھا کہ اہ جب نبوت سے پہلے حلف الفضول ایک ارگنائزیشن بنی تھی جو رائٹس ارگنائزیشن جو لوگوں کے رائٹس دلانے کے لیے کسی کے ساتھ ناانصافی ہوئی ہے وہ کرنے کے لیے تو</w:t>
      </w:r>
    </w:p>
    <w:p>
      <w:r>
        <w:rPr>
          <w:b/>
        </w:rPr>
        <w:t xml:space="preserve">[1:25:52] </w:t>
      </w:r>
      <w:r>
        <w:t>is par agar is tarah ka koi organization agar aaj ho to mein in participate karunga hmm to maulana ne is se ye lesson diya end mein ke jo hai muslims jo hain is tarah ke organization mein</w:t>
      </w:r>
    </w:p>
    <w:p>
      <w:pPr>
        <w:jc w:val="right"/>
      </w:pPr>
      <w:r>
        <w:t>اس پر اگر اس طرح کا کوئی ارگنائزیشن اگر آج ہو تو میں ان پارٹیسپیٹ کروں گا ہمم تو مولانا نے اس سے یہ لیسن دیا اینڈ میں کہ جو ہے مسلمز جو ہیں اس طرح کے ارگنائزیشن میں</w:t>
      </w:r>
    </w:p>
    <w:p>
      <w:r>
        <w:rPr>
          <w:b/>
        </w:rPr>
        <w:t xml:space="preserve">[1:26:09] </w:t>
      </w:r>
      <w:r>
        <w:t>aap hissa lenge you will be led by other lekin dawah ka kaam mein aap leader banenge aap is ko le ke chalenge ji ji ji to lekin ye ulta kaam ho raha hai bohat aham baat hai ye ulta kaam ho raha hai to mein ab hamare ah is cps usa ko dekhta hoon ah jo</w:t>
      </w:r>
    </w:p>
    <w:p>
      <w:pPr>
        <w:jc w:val="right"/>
      </w:pPr>
      <w:r>
        <w:t>آپ حصہ لیں گے یو ویل بی لیڈ بائے ادر لیکن دعویٰ کا کام میں آپ لیڈر بنیں گے آپ اس کو لے کے چلیں گے جی جی جی تو لیکن یہ الٹا کام ہو رہا ہے بہت اہم بات ہے یہ الٹا کام ہو رہا ہے تو میں اب ہمارے اہ اس سی پی ایس یو ایس اے کو دیکھتا ہوں اہ جو</w:t>
      </w:r>
    </w:p>
    <w:p>
      <w:r>
        <w:rPr>
          <w:b/>
        </w:rPr>
        <w:t xml:space="preserve">[1:26:28] </w:t>
      </w:r>
      <w:r>
        <w:t>quran distribution mein ah sab se aage hai wahan quran distribution ke aur bhi organizations hain ji ji ji un wo un se kahin zyada hamara kaam hai aur sara kaam voluntary level pe hai hmm wo doosre log jo hain</w:t>
      </w:r>
    </w:p>
    <w:p>
      <w:pPr>
        <w:jc w:val="right"/>
      </w:pPr>
      <w:r>
        <w:t>قرآن ڈسٹریبیوشن میں اہ سب سے اگے ہے وہاں قرآن ڈسٹریبیوشن کے اور بھی ارگنائزیشنز ہیں جی جی جی ان وہ ان سے کہیں زیادہ ہمارا کام ہے اور سارا کام والنٹری لیول پہ ہے ہمم وہ دوسرے لوگ جو ہیں</w:t>
      </w:r>
    </w:p>
    <w:p>
      <w:r>
        <w:rPr>
          <w:b/>
        </w:rPr>
        <w:t xml:space="preserve">[1:26:45] </w:t>
      </w:r>
      <w:r>
        <w:t>hmm voluntary level pe nahi hain un ke jo kaam karte hain bari bari tankhwahien hain un ki aur bara budget bhi hai ah to ah inshallah agar isi tarah in dua hai ah allah taala se ke hamare organization organization ko is se bhi zyada</w:t>
      </w:r>
    </w:p>
    <w:p>
      <w:pPr>
        <w:jc w:val="right"/>
      </w:pPr>
      <w:r>
        <w:t>ہمم والنٹری لیول پہ نہیں ہیں ان کے جو کام کرتے ہیں بڑی بڑی تنخواہیں ہیں ان کی اور بڑے بڑا بجٹ بھی ہے اہ تو اہ انشاءاللہ اگر اسی طرح ان دعا ہے اہ اللہ تعالی سے کہ ہمارے ارگنائزیشن ارگنائزیشن کو اس سے بھی زیادہ</w:t>
      </w:r>
    </w:p>
    <w:p>
      <w:r>
        <w:rPr>
          <w:b/>
        </w:rPr>
        <w:t xml:space="preserve">[1:27:06] </w:t>
      </w:r>
      <w:r>
        <w:t>global level pe yani global organization banaye ke har jagah duniya mein inshallah wo pehchana jaye inshallah amin ah kahlil sahib hum us mein the jab baat cheet ho rahi thi phir maine questions lene shuru kar diye ah maulana ka kai dafa us mein jaisa ke aap ne bataya ke ah un ka safar hua</w:t>
      </w:r>
    </w:p>
    <w:p>
      <w:pPr>
        <w:jc w:val="right"/>
      </w:pPr>
      <w:r>
        <w:t>گلوبل لیول پہ یعنی گلوبل ارگنائزیشن بنائے کہ ہر جگہ دنیا میں انشاءاللہ وہ پہچانا جائے انشاءاللہ امین اہ کلیم صاحب ہم یو ایس میں تھے جب بات چیت ہو رہی تھی پھر میں نے کوئسچنز لینے شروع کر دیے اہ مولانا کا کئی دفعہ یو ایس میں جیسا کہ آپ نے بتایا کہ اہ ان کا سفر ہوا</w:t>
      </w:r>
    </w:p>
    <w:p>
      <w:r>
        <w:rPr>
          <w:b/>
        </w:rPr>
        <w:t xml:space="preserve">[1:27:28] </w:t>
      </w:r>
      <w:r>
        <w:t>ah ek mujhe dhyan aa raha hai aap ne ah kuch pehle bataya bhi tha ke ek church ka bhi incident tha ji ji hum log bhi gaye the ji ji ke church mein maulana ka ek talk rakha gaya to us ke bare mein hum sab ko bataiye wo kya incident tha ji</w:t>
      </w:r>
    </w:p>
    <w:p>
      <w:pPr>
        <w:jc w:val="right"/>
      </w:pPr>
      <w:r>
        <w:t>اہ ایک مجھے دھیان آ رہا ہے آپ نے اہ کچھ پہلے بتایا بھی تھا کہ ایک چرچ کا بھی انسیڈنٹ تھا جی جی ہم لوگ بھی گئے تھے جی جی کہ چرچ میں مولانا کا ایک ٹاک رکھا گیا تو اس کے بارے میں ہم سب کو بتائیے وہ کیا انسیڈنٹ تھا جی</w:t>
      </w:r>
    </w:p>
    <w:p>
      <w:r>
        <w:rPr>
          <w:b/>
        </w:rPr>
        <w:t xml:space="preserve">[1:27:44] </w:t>
      </w:r>
      <w:r>
        <w:t>wahan ah church wo wo us church ko mein jo hai hamare pehle interfaith programs hote the to us ki ah wajah se maine maulana ka jab aaye the to aap log bhi aaye the to ek program rakha wahan par to maulana ka lecture hua</w:t>
      </w:r>
    </w:p>
    <w:p>
      <w:pPr>
        <w:jc w:val="right"/>
      </w:pPr>
      <w:r>
        <w:t>وہاں اہ چرچ وہ وہ اس چرچ کو میں جو ہے ہمارے پہلے انٹرفیتھ پروگرامز ہوتے تھے تو اس کی اہ وجہ سے میں نے مولانا کا جب آئے تھے تو آپ لوگ بھی آئے تھے تو ایک پروگرام رکھا وہاں پر تو مولانا کا لیکچر ہوا</w:t>
      </w:r>
    </w:p>
    <w:p>
      <w:r>
        <w:rPr>
          <w:b/>
        </w:rPr>
        <w:t xml:space="preserve">[1:28:05] </w:t>
      </w:r>
      <w:r>
        <w:t>lecture ke baad question answers ah time par ek aadmi ah khada hua aur kaha ke jo hai ah maulana you are the ah translator translator of ah in the quran ah ah ke ah i am curious to know that christianity mein jo hai</w:t>
      </w:r>
    </w:p>
    <w:p>
      <w:pPr>
        <w:jc w:val="right"/>
      </w:pPr>
      <w:r>
        <w:t>لیکچر کے بعد کوئسچن انسرز اہ ٹائم پر ایک آدمی اہ کھڑا ہوا اور کہا کہ جو ہے اہ مولانا یو آر دی اہ ٹرانسلیشن ٹرانسلیٹر آف اہ ان دا قرآن اہ اہ کہ اہ آئی ایم کیوریس ٹو نو دیٹ کرسچینٹی میں جو ہے</w:t>
      </w:r>
    </w:p>
    <w:p>
      <w:r>
        <w:rPr>
          <w:b/>
        </w:rPr>
        <w:t xml:space="preserve">[1:28:28] </w:t>
      </w:r>
      <w:r>
        <w:t>ah ah love your enemy aisa kuch yaad aa raha hai haan love your enemy ka concept hai ji ji to is ka equivalent quran mein kya hai</w:t>
      </w:r>
    </w:p>
    <w:p>
      <w:pPr>
        <w:jc w:val="right"/>
      </w:pPr>
      <w:r>
        <w:t>اہ اہ لو یور اینمی ایسا کچھ یاد آ رہا ہے ہاں لو یور اینمی کا کانسیپٹ ہے جی جی تو اس کا ایکویلنٹ قرآن میں کیا ہے</w:t>
      </w:r>
    </w:p>
    <w:p>
      <w:r>
        <w:rPr>
          <w:b/>
        </w:rPr>
        <w:t xml:space="preserve">[1:28:42] </w:t>
      </w:r>
      <w:r>
        <w:t>aap to jante hain sara quran aap ne translate kiya hai to maulana ne thoda sa time le kar ke phir ah unhon ne surah saffat ki wo ayat padhi jis mein good deed and bad deeds are not equal and ah for ah ah bad deed you repel evil with what is good what is good haan ah and you will find you will find ah ah that your enemy has become your</w:t>
      </w:r>
    </w:p>
    <w:p>
      <w:pPr>
        <w:jc w:val="right"/>
      </w:pPr>
      <w:r>
        <w:t>آپ تو جانتے ہیں سارا قرآن آپ نے ٹرانسلیٹ کیا ہے تو مولانا نے تھوڑا سا ٹائم لے کر کے پھر اہ انہوں نے سورۃ الصافات کی وہ آیت پڑھی جس میں گڈ ڈیڈ اینڈ بائی ڈیڈز آر ناٹ ایکول اینڈ اہ فار اہ اہ بیڈ ڈیڈ یو ریپیل ایول ود واٹ از گڈ واٹ از گڈ ہاں اہ اینڈ یو ویل فائنڈ یو ویل فائنڈ اہ اہ دیٹ یور اینمی ہیز بیکم یور</w:t>
      </w:r>
    </w:p>
    <w:p>
      <w:r>
        <w:rPr>
          <w:b/>
        </w:rPr>
        <w:t xml:space="preserve">[1:29:07] </w:t>
      </w:r>
      <w:r>
        <w:t>dear dear ji ji ji ji ji to wo itna impress hua is se ke wo fori wo keh pada ke maulana let us know how can we become the hands and legs of your mission oho ji ji</w:t>
      </w:r>
    </w:p>
    <w:p>
      <w:pPr>
        <w:jc w:val="right"/>
      </w:pPr>
      <w:r>
        <w:t>ڈیئرز ڈیئرز جی جی جی جی جی تو وہ اتنا امپریس ہوا اس سے کہ وہ فوری وہ کہہ پڑا کہ مولانا لیٹ اس نو ہاؤ کین وی بیکم دی ہینڈز اینڈ لیگز آف یور مشن اوہو جی جی</w:t>
      </w:r>
    </w:p>
    <w:p>
      <w:r>
        <w:rPr>
          <w:b/>
        </w:rPr>
        <w:t xml:space="preserve">[1:29:24] </w:t>
      </w:r>
      <w:r>
        <w:t>to aur us ne baad mein aur local akhbar mein ek article bhi likha ke maulana ke talluq se aur us article ka title tha islam is is the religion of peace karke to is tarah ke</w:t>
      </w:r>
    </w:p>
    <w:p>
      <w:pPr>
        <w:jc w:val="right"/>
      </w:pPr>
      <w:r>
        <w:t>تو اور اس نے بعد میں اور لوکل اخبار میں ایک آرٹیکل بھی لکھا کہ مولانا کے تعلق سے اور اس آرٹیکل کا ٹائٹل تھا اسلام از از دا ریلیجن آف پیس کر کے تو اس طرح کے</w:t>
      </w:r>
    </w:p>
    <w:p>
      <w:r>
        <w:rPr>
          <w:b/>
        </w:rPr>
        <w:t xml:space="preserve">[1:29:41] </w:t>
      </w:r>
      <w:r>
        <w:t>ji haan to yeh examples bhi hain kailm sahib hum logon ke liye ke ah interfaith ah dialogue</w:t>
      </w:r>
    </w:p>
    <w:p>
      <w:pPr>
        <w:jc w:val="right"/>
      </w:pPr>
      <w:r>
        <w:t>جی ہاں تو یہ ایگزیمپلز بھی ہیں کلیم صاحب ہم لوگوں کے لیے کہ اہ انٹرفیتھ اہ ڈائیلاگ</w:t>
      </w:r>
    </w:p>
    <w:p>
      <w:r>
        <w:rPr>
          <w:b/>
        </w:rPr>
        <w:t xml:space="preserve">[1:29:48] </w:t>
      </w:r>
      <w:r>
        <w:t>agar hum khair khwahi ke sath karen ah hikmat ke sath karen aur is tarike se karen ke</w:t>
      </w:r>
    </w:p>
    <w:p>
      <w:pPr>
        <w:jc w:val="right"/>
      </w:pPr>
      <w:r>
        <w:t>اگر ہم خیر خواہی کے ساتھ کریں اہ حکمت کے ساتھ کریں اور اس طریقے سے کریں کہ</w:t>
      </w:r>
    </w:p>
    <w:p>
      <w:r>
        <w:rPr>
          <w:b/>
        </w:rPr>
        <w:t xml:space="preserve">[1:29:54] </w:t>
      </w:r>
      <w:r>
        <w:t>samne wala jo hai uska mind address ho ji to woh kitna positively respond karega balkeh</w:t>
      </w:r>
    </w:p>
    <w:p>
      <w:pPr>
        <w:jc w:val="right"/>
      </w:pPr>
      <w:r>
        <w:t>سامنے والا جو ہے اس کا مائنڈ ایڈریس ہو جی تو وہ کتنا پوزیٹیولی ریسپانڈ کرے گا بلکہ</w:t>
      </w:r>
    </w:p>
    <w:p>
      <w:r>
        <w:rPr>
          <w:b/>
        </w:rPr>
        <w:t xml:space="preserve">[1:30:00] </w:t>
      </w:r>
      <w:r>
        <w:t>yeh ayat jo Maulana ne batai ji ah waisa hi woh sabit ho gaya us waqt ke jab</w:t>
      </w:r>
    </w:p>
    <w:p>
      <w:pPr>
        <w:jc w:val="right"/>
      </w:pPr>
      <w:r>
        <w:t>یہ آیت جو مولانا نے بتائی جی اہ ویسا ہی وہ ثابت ہو گیا اس وقت کہ جب</w:t>
      </w:r>
    </w:p>
    <w:p>
      <w:r>
        <w:rPr>
          <w:b/>
        </w:rPr>
        <w:t xml:space="preserve">[1:30:05] </w:t>
      </w:r>
      <w:r>
        <w:t>unhon ne kaha ji haan ke tell me how can i become hands and legs of your mission</w:t>
      </w:r>
    </w:p>
    <w:p>
      <w:pPr>
        <w:jc w:val="right"/>
      </w:pPr>
      <w:r>
        <w:t>انہوں نے کہا جی ہاں کہ ٹیل می ہاؤ کین آئی بیکم ہینڈز اینڈ لیگز آف یور مشن</w:t>
      </w:r>
    </w:p>
    <w:p>
      <w:r>
        <w:rPr>
          <w:b/>
        </w:rPr>
        <w:t xml:space="preserve">[1:30:10] </w:t>
      </w:r>
      <w:r>
        <w:t>right aur phir wahan tak</w:t>
      </w:r>
    </w:p>
    <w:p>
      <w:pPr>
        <w:jc w:val="right"/>
      </w:pPr>
      <w:r>
        <w:t>رائٹ اور پھر وہاں تک</w:t>
      </w:r>
    </w:p>
    <w:p>
      <w:r>
        <w:rPr>
          <w:b/>
        </w:rPr>
        <w:t xml:space="preserve">[1:30:11] </w:t>
      </w:r>
      <w:r>
        <w:t>bhi nahi ruke unhon ne aap ne share kiya jaise ke article likha article likha to ye bohat bara sabak hai hum sab ke liye ke ah ke kaise hum dilon ko jeet sakte hain ji haan mujhe yaad aa raha hai ke maulana ne apne ek talk mein kaha tha ke generally jo psychology hai ah wo ek</w:t>
      </w:r>
    </w:p>
    <w:p>
      <w:pPr>
        <w:jc w:val="right"/>
      </w:pPr>
      <w:r>
        <w:t>بھی نہیں رکے انہوں نے آپ نے شیئر کیا جیسے کہ آرٹیکل لکھا آرٹیکل لکھا تو یہ بہت بڑا سبق ہے ہم سب کے لیے کہ اہ کہ کیسے ہم دلوں کو جیت سکتے ہیں جی ہاں مجھے یاد آ رہا ہے کہ مولانا نے اپنے ایک ٹاک میں کہا تھا کہ جنرلی جو سائیکالوجی ہے اہ وہ ایک</w:t>
      </w:r>
    </w:p>
    <w:p>
      <w:r>
        <w:rPr>
          <w:b/>
        </w:rPr>
        <w:t xml:space="preserve">[1:30:31] </w:t>
      </w:r>
      <w:r>
        <w:t>ah ego pe build ho jati hai ya arrogance pe build ho jati hai ke bulldoze them all ji is tarah se zuban bolte hain ke wo ye sochte hain ke is se ah hamari superiority ya hamari taqat ka andaz andaza samne wali party ko ho sakta hai par maulana ne jo jumla diya maulana ne kaha ke prophet ka ye tareeqa nahi tha ke bulldoze them all prophet ka tareeqa tha impress them all to ah ye hum logon ke andar ye ehsas ye jazba hona chahiye</w:t>
      </w:r>
    </w:p>
    <w:p>
      <w:pPr>
        <w:jc w:val="right"/>
      </w:pPr>
      <w:r>
        <w:t>اہ ایگو پہ بلٹ ہو جاتی ہے یا ایروگنس پہ بلٹ ہو جاتی ہے کہ بلڈوز دیم ال جی اس طریقے سے زبان بولتے ہیں کہ وہ یہ سوچتے ہیں کہ اس سے اہ ہماری سپیریورٹی یا ہماری طاقت کا انداز اندازہ سامنے والی پارٹی کو ہو سکتا ہے پر مولانا نے جو جملہ دیا مولانا نے کہا کہ پرافٹ کا یہ طریقہ نہیں تھا کہ بلڈوز دیم ال پرافٹ کا طریقہ تھا امپریس دیم ال تو اہ یہ ہم لوگوں کے اندر یہ احساس یہ جذبہ ہونا چاہیے</w:t>
      </w:r>
    </w:p>
    <w:p>
      <w:r>
        <w:rPr>
          <w:b/>
        </w:rPr>
        <w:t xml:space="preserve">[1:31:00] </w:t>
      </w:r>
      <w:r>
        <w:t>ah kyunke hamari hesiyat dai ki hesiyat hai aur ah aur hamein samne wale ko ah ah ye ehsas dena hai ke hum us ki khair khwahi ke liye hi aaye hain aur wo tabhi ho sakta hai ke jab hum impress them all wali psychology rakhein bulldoze them all wali psychology nahi bohat acha ji haan ji sahi kaha aap ah kahlil sahib ah kafi waqt bhi ho gaya hai ah ji ab bas ek chhote chhote do sawal aap se karunga ah</w:t>
      </w:r>
    </w:p>
    <w:p>
      <w:pPr>
        <w:jc w:val="right"/>
      </w:pPr>
      <w:r>
        <w:t>اہ کیونکہ ہماری حیثیت دائی کی حیثیت ہے اور اہ اور ہمیں سامنے والے کو اہ اہ یہ احساس دینا ہے کہ ہم اس کی خیر خواہی کے لیے ہی آئے ہیں اور وہ تبھی ہو سکتا ہے کہ جب ہم امپریس دیم ال والی سائیکالوجی رکھیں بلڈوز دیم ال والی سائیکالوجی نہیں بہت اچھا جی ہاں جی صحیح کہا آپ اہ کلیم صاحب اہ کافی وقت بھی ہو گیا ہے اہ جی اب بس ایک چھوٹے چھوٹے دو سوال آپ سے کروں گا اہ</w:t>
      </w:r>
    </w:p>
    <w:p>
      <w:r>
        <w:rPr>
          <w:b/>
        </w:rPr>
        <w:t xml:space="preserve">[1:31:29] </w:t>
      </w:r>
      <w:r>
        <w:t>aik to yeh ke der ar quite a few people ho ar watching us me be far da first time and ah laṭ of cps members ar watching ah koi aisi kitabein ah sari kitabein Maulana ki boht mahbub hain achhi hain ah to in mein se chunnna boht mushkil hai lekin phir bhi</w:t>
      </w:r>
    </w:p>
    <w:p>
      <w:pPr>
        <w:jc w:val="right"/>
      </w:pPr>
      <w:r>
        <w:t>ایک تو یہ کہ دیر آر کوائٹ ا فیو پیپل ہو آر واچنگ اس می بی فار دا فرسٹ ٹائم اینڈ اہ لاٹ اف سی پی ایس ممبرز آر واچنگ اہ کوئی ایسی کتابیں اہ ساری کتابیں مولانا کی بہت محبوب ہیں اچھی ہیں اہ تو ان میں سے چننا بڑا مشکل ہے لیکن پھر بھی</w:t>
      </w:r>
    </w:p>
    <w:p>
      <w:r>
        <w:rPr>
          <w:b/>
        </w:rPr>
        <w:t xml:space="preserve">[1:31:48] </w:t>
      </w:r>
      <w:r>
        <w:t>ah kuch kitabein jo aap recommend karein ge ke woh hamein zaroor bar bar hi paṛhni chahiye ah to woh kuch aap title bataiye hum sab ko abhi jo ah Maulana ki jo latest kitab aayi hai</w:t>
      </w:r>
    </w:p>
    <w:p>
      <w:pPr>
        <w:jc w:val="right"/>
      </w:pPr>
      <w:r>
        <w:t>اہ کچھ کتابیں جو آپ ریکمنڈ کریں گے کہ وہ ہمیں ضرور بار بار ہی پڑھنی چاہیے اہ تو وہ کچھ آپ ٹائٹل بتائیے ہم سب کو ابھی جو اہ مولانا کی جو لیٹسٹ کتاب آئی ہے</w:t>
      </w:r>
    </w:p>
    <w:p>
      <w:r>
        <w:rPr>
          <w:b/>
        </w:rPr>
        <w:t xml:space="preserve">[1:32:05] </w:t>
      </w:r>
      <w:r>
        <w:t>is ko woh kafi zakhim. dor dawat mein to kahoon ga dor dawat jo hai phir unhon ne apni sari kitabon ka aur jo cheez jo hai advice karte hue khayal zahir kiya is ko sara ka sara summarize kiya</w:t>
      </w:r>
    </w:p>
    <w:p>
      <w:pPr>
        <w:jc w:val="right"/>
      </w:pPr>
      <w:r>
        <w:t>اس کو وہ کافی زخیم. دور دعوت میں تو کہوں گا دور دعوت جو ہے پھر انہوں نے اپنی ساری کتابوں کا اور جو چیز جو ہے ایڈوائس کرتے ہوئے خیال ظاہر کیا اس کو سارا کا سارا سمرائز کیا</w:t>
      </w:r>
    </w:p>
    <w:p>
      <w:r>
        <w:rPr>
          <w:b/>
        </w:rPr>
        <w:t xml:space="preserve">[1:32:23] </w:t>
      </w:r>
      <w:r>
        <w:t>yani yeh Pakistan mein bhi chhape hain shuru mein yahan chhapne se pehle wahan chhapi woh title bhi pasand hai yeh title bhi pasand hai lekin is ka content jo hai boht zabardast hai is ko maine apni awaz mein pura record bhi kiya hai ke mujhe jo cheez achhi lagti hai main fori paṛhne lagta hoon is ko to is se jo hai aap ko</w:t>
      </w:r>
    </w:p>
    <w:p>
      <w:pPr>
        <w:jc w:val="right"/>
      </w:pPr>
      <w:r>
        <w:t>یعنی یہ پاکستان میں بھی چھاپے ہیں شروع میں یہاں چھپنے سے پہلے وہاں چھپی وہ ٹائٹل بھی پسند ہے یہ ٹائٹل بھی پسند ہے لیکن اس کا کنٹینٹ جو ہے بہت زبردست ہے اس کو میں نے اپنی آواز میں پورا ریکارڈ بھی کیا ہے کہ مجھے جو چیز اچھی لگتی ہے میں فوری پڑھنے لگتا ہوں اس کو تو اس سے جو ہے آپ کو</w:t>
      </w:r>
    </w:p>
    <w:p>
      <w:r>
        <w:rPr>
          <w:b/>
        </w:rPr>
        <w:t xml:space="preserve">[1:32:46] </w:t>
      </w:r>
      <w:r>
        <w:t>Maulana ka sara mission pata chalega acha haan ji woh us ki woh nichod hai un ke</w:t>
      </w:r>
    </w:p>
    <w:p>
      <w:pPr>
        <w:jc w:val="right"/>
      </w:pPr>
      <w:r>
        <w:t>مولانا کا سارا مشن پتہ چلے گا اچھا ہاں جی وہ اس کی وہ نچوڑ ہے ان کے</w:t>
      </w:r>
    </w:p>
    <w:p>
      <w:r>
        <w:rPr>
          <w:b/>
        </w:rPr>
        <w:t xml:space="preserve">[1:32:55] </w:t>
      </w:r>
      <w:r>
        <w:t>ah innovation ka to kam se kam teen dafa to padhni chahiye ji kam se kam teen dafa</w:t>
      </w:r>
    </w:p>
    <w:p>
      <w:pPr>
        <w:jc w:val="right"/>
      </w:pPr>
      <w:r>
        <w:t>اہ انویشن کا تو کم سے کم تین دفعہ تو پڑھنی چاہیے جی کم سے کم تین دفعہ</w:t>
      </w:r>
    </w:p>
    <w:p>
      <w:r>
        <w:rPr>
          <w:b/>
        </w:rPr>
        <w:t xml:space="preserve">[1:33:00] </w:t>
      </w:r>
      <w:r>
        <w:t>padhni chahiye yani mein to isi liye record karta hoon mein doosron ke liye nahi karta hoon mein</w:t>
      </w:r>
    </w:p>
    <w:p>
      <w:pPr>
        <w:jc w:val="right"/>
      </w:pPr>
      <w:r>
        <w:t>پڑھنی چاہیے یعنی میں تو اسی لیے ریکارڈ کرتا ہوں میں دوسروں کے لیے نہیں کرتا ہوں میں</w:t>
      </w:r>
    </w:p>
    <w:p>
      <w:r>
        <w:rPr>
          <w:b/>
        </w:rPr>
        <w:t xml:space="preserve">[1:33:05] </w:t>
      </w:r>
      <w:r>
        <w:t>apne liye is ko mein bar bar sunta hoon walk karte hue woh kaan mein laga liya ji</w:t>
      </w:r>
    </w:p>
    <w:p>
      <w:pPr>
        <w:jc w:val="right"/>
      </w:pPr>
      <w:r>
        <w:t>اپنے لیے اس کو میں بار بار سنتا ہوں واک کرتے ہوئے وہ کان میں لگا لیا جی</w:t>
      </w:r>
    </w:p>
    <w:p>
      <w:r>
        <w:rPr>
          <w:b/>
        </w:rPr>
        <w:t xml:space="preserve">[1:33:09] </w:t>
      </w:r>
      <w:r>
        <w:t>aur mein mera record kiya hua hi ji ji phir mein is ko sunta hoon is liye ke</w:t>
      </w:r>
    </w:p>
    <w:p>
      <w:pPr>
        <w:jc w:val="right"/>
      </w:pPr>
      <w:r>
        <w:t>اور میں میرا ریکارڈ کیا ہوا ہی جی جی پھر میں اس کو سنتا ہوں اس لیے کہ</w:t>
      </w:r>
    </w:p>
    <w:p>
      <w:r>
        <w:rPr>
          <w:b/>
        </w:rPr>
        <w:t xml:space="preserve">[1:33:15] </w:t>
      </w:r>
      <w:r>
        <w:t>missing points jo hai mujhe</w:t>
      </w:r>
    </w:p>
    <w:p>
      <w:pPr>
        <w:jc w:val="right"/>
      </w:pPr>
      <w:r>
        <w:t>مسنگ پوائنٹس جو ہے مجھے</w:t>
      </w:r>
    </w:p>
    <w:p>
      <w:r>
        <w:rPr>
          <w:b/>
        </w:rPr>
        <w:t xml:space="preserve">[1:33:16] </w:t>
      </w:r>
      <w:r>
        <w:t>har dafa ek naya point milta hai ji ji har dafa ek naya motivation milta hai achha koi aur kitab bhi Kaleem sahib aap ke zehn mein aa rahi hai is waqt</w:t>
      </w:r>
    </w:p>
    <w:p>
      <w:pPr>
        <w:jc w:val="right"/>
      </w:pPr>
      <w:r>
        <w:t>ہر دفعہ ایک نیا پوائنٹ ملتا ہے جی جی ہر دفعہ ایک نیا موٹیویشن ملتا ہے اچھا کوئی اور کتاب بھی کلیم صاحب آپ کے ذہن میں آ رہی ہے اس وقت</w:t>
      </w:r>
    </w:p>
    <w:p>
      <w:r>
        <w:rPr>
          <w:b/>
        </w:rPr>
        <w:t xml:space="preserve">[1:33:27] </w:t>
      </w:r>
      <w:r>
        <w:t>yani ab jo is se pehle jo do kitabein aayi theen kitab marifat aur izhar deen hmm yeh jo hai ah do different aspects pe likha gaya yani aap ko kitab marifat se jo hai aap pe psychologically jo hai boht effect hoga Khuda ki azmat aur ji woh hoga aur izhar deen jo hai woh aap ko</w:t>
      </w:r>
    </w:p>
    <w:p>
      <w:pPr>
        <w:jc w:val="right"/>
      </w:pPr>
      <w:r>
        <w:t>یعنی اب جو اس سے پہلے جو دو کتابیں آئی تھیں کتاب معرفت اور اظہار دین ہمم یہ جو ہے اہ دو ڈفرنٹ ایسپیکٹس پہ لکھا گیا یعنی آپ کو کتاب معرفت سے جو ہے آپ پہ سائیکالوجیکلی جو ہے بہت ایفیکٹ ہوگا خدا کی عظمت اور جی وہ ہوگا اور اظہار دین جو ہے وہ آپ کو</w:t>
      </w:r>
    </w:p>
    <w:p>
      <w:r>
        <w:rPr>
          <w:b/>
        </w:rPr>
        <w:t xml:space="preserve">[1:33:56] </w:t>
      </w:r>
      <w:r>
        <w:t>ah scientific proof milega hmm ke wahan kab sabit ah kiya gaya ke jo hai yeh ah existence of God existence of God yani har aspect of religion ke ta'alluq se jo hai ji ji aur is mein behs ki gayi</w:t>
      </w:r>
    </w:p>
    <w:p>
      <w:pPr>
        <w:jc w:val="right"/>
      </w:pPr>
      <w:r>
        <w:t>اہ سائنٹیفک پروف ملے گا ہمم کہ وہاں کب ثابت اہ کیا گیا کہ جو ہے یہ اہ ایگزسٹنس آف گاڈ ایگزسٹنس آف گاڈ یعنی ہر ایسپیکٹ آف ریلیجن کے تعلق سے جو ہے جی جی اور اس میں بحث کی گئی</w:t>
      </w:r>
    </w:p>
    <w:p>
      <w:r>
        <w:rPr>
          <w:b/>
        </w:rPr>
        <w:t xml:space="preserve">[1:34:16] </w:t>
      </w:r>
      <w:r>
        <w:t>aur woh paṛhe likhe yani jo aadmi science ka graduate hai woh kitab jo hai woh is se jo hai us ko kafi conviction hoga ah ji ji shukriya Kaleem sahib aakhri sawal ah aap kya message dena chahein ge ah CPS family ko jo puri duniya mein phail chuki hai</w:t>
      </w:r>
    </w:p>
    <w:p>
      <w:pPr>
        <w:jc w:val="right"/>
      </w:pPr>
      <w:r>
        <w:t>اور وہ پڑھے لکھے یعنی جو آدمی سائنس کا گریجویٹ ہے وہ کتاب جو ہے وہ اس سے جو ہے اس کو کافی کنوکشن ہوگا اہ جی جی شکریہ کلیم صاحب آخری سوال اہ آپ کیا میسج دینا چاہیں گے اہ سی پی ایس فیملی کو جو پوری دنیا میں پھیل چکی ہے</w:t>
      </w:r>
    </w:p>
    <w:p>
      <w:r>
        <w:rPr>
          <w:b/>
        </w:rPr>
        <w:t xml:space="preserve">[1:34:39] </w:t>
      </w:r>
      <w:r>
        <w:t>yani aap sincerely yani kaam karte jayein yahi baat ab yani message baat cheet ke darmayan bhi hua hai yani aap ah is literature ko bar bar paṛhte rahein aur kisi baat se demotivate ah na hon derailment na hon aur kaam karte jayein ah aur ta hayaat ah is ko kaam karne ka tehya karein aur</w:t>
      </w:r>
    </w:p>
    <w:p>
      <w:pPr>
        <w:jc w:val="right"/>
      </w:pPr>
      <w:r>
        <w:t>یعنی آپ سنسیرلی یعنی کام کرتے جائیں یہی بات اب یعنی میسج بات چیت کے دوران بھی ہوا ہے یعنی آپ اہ اس لٹریچر کو بار بار پڑھتے رہیں اور کسی بات سے ڈی موٹیویٹ اہ نہ ہوں ڈیریلمنٹ نہ ہوں اور کام کرتے جائیں اہ اور تاحیات اہ اس کو کام کرنے کا تہیہ کریں اور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