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Principles of Revolution 14 May 2007 - Maulana Wahiduddin Khan</w:t>
      </w:r>
    </w:p>
    <w:p>
      <w:r>
        <w:t>https://www.youtube.com/watch?v=2qdUPZbBW28</w:t>
      </w:r>
    </w:p>
    <w:p>
      <w:r>
        <w:rPr>
          <w:b/>
        </w:rPr>
        <w:t xml:space="preserve">[00:10] </w:t>
      </w:r>
      <w:r>
        <w:t>bismillah rahman rahim, wasalli allah ala nabiyil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[00:29] </w:t>
      </w:r>
      <w:r>
        <w:t>The theme for the present talk is the principles of revolution.</w:t>
      </w:r>
    </w:p>
    <w:p>
      <w:pPr>
        <w:jc w:val="right"/>
      </w:pPr>
      <w:r>
        <w:t>دا تھیم فار دی پریزنٹ ٹاک از دا پرنسپلز آف ریولوشن۔</w:t>
      </w:r>
    </w:p>
    <w:p>
      <w:r>
        <w:rPr>
          <w:b/>
        </w:rPr>
        <w:t xml:space="preserve">[00:40] </w:t>
      </w:r>
      <w:r>
        <w:t>historians generally</w:t>
      </w:r>
    </w:p>
    <w:p>
      <w:pPr>
        <w:jc w:val="right"/>
      </w:pPr>
      <w:r>
        <w:t>ہسٹورینز جنرلی</w:t>
      </w:r>
    </w:p>
    <w:p>
      <w:r>
        <w:rPr>
          <w:b/>
        </w:rPr>
        <w:t xml:space="preserve">[00:45] </w:t>
      </w:r>
      <w:r>
        <w:t>maintain that all the revolutions were</w:t>
      </w:r>
    </w:p>
    <w:p>
      <w:pPr>
        <w:jc w:val="right"/>
      </w:pPr>
      <w:r>
        <w:t>مینٹین دیٹ آل دا ریولوشنز ویر</w:t>
      </w:r>
    </w:p>
    <w:p>
      <w:r>
        <w:rPr>
          <w:b/>
        </w:rPr>
        <w:t xml:space="preserve">[00:58] </w:t>
      </w:r>
      <w:r>
        <w:t>all da revolutions failed.</w:t>
      </w:r>
    </w:p>
    <w:p>
      <w:pPr>
        <w:jc w:val="right"/>
      </w:pPr>
      <w:r>
        <w:t>آل دا ریولوشنز فیلڈ۔</w:t>
      </w:r>
    </w:p>
    <w:p>
      <w:r>
        <w:rPr>
          <w:b/>
        </w:rPr>
        <w:t xml:space="preserve">[01:03] </w:t>
      </w:r>
      <w:r>
        <w:t>one western scholar has rightly said that all the revolutions were coup.</w:t>
      </w:r>
    </w:p>
    <w:p>
      <w:pPr>
        <w:jc w:val="right"/>
      </w:pPr>
      <w:r>
        <w:t>ون ویسٹرن سکالر ہیز رائٹلی سیڈ دیٹ آل دا ریولوشنز ویر کو سی او یو پی۔</w:t>
      </w:r>
    </w:p>
    <w:p>
      <w:r>
        <w:rPr>
          <w:b/>
        </w:rPr>
        <w:t xml:space="preserve">[01:16] </w:t>
      </w:r>
      <w:r>
        <w:t>all the revolutions were coup rather than revolution.</w:t>
      </w:r>
    </w:p>
    <w:p>
      <w:pPr>
        <w:jc w:val="right"/>
      </w:pPr>
      <w:r>
        <w:t>آل دا ریولوشنز ویر کو رادر دین ریولوشن۔</w:t>
      </w:r>
    </w:p>
    <w:p>
      <w:r>
        <w:rPr>
          <w:b/>
        </w:rPr>
        <w:t xml:space="preserve">[01:25] </w:t>
      </w:r>
      <w:r>
        <w:t>it means that</w:t>
      </w:r>
    </w:p>
    <w:p>
      <w:pPr>
        <w:jc w:val="right"/>
      </w:pPr>
      <w:r>
        <w:t>اٹ مینز دیٹ</w:t>
      </w:r>
    </w:p>
    <w:p>
      <w:r>
        <w:rPr>
          <w:b/>
        </w:rPr>
        <w:t xml:space="preserve">[01:30] </w:t>
      </w:r>
      <w:r>
        <w:t>those reformers and thinkers and leaders who bring about revolution, who struggle for some revolutions, they were successful in coup and not in revolution.</w:t>
      </w:r>
    </w:p>
    <w:p>
      <w:pPr>
        <w:jc w:val="right"/>
      </w:pPr>
      <w:r>
        <w:t>دوز ریفارمرز اینڈ تھنکرز اینڈ لیڈرز ہو برنگ اباؤٹ ریولوشن، ہو سٹرگل فار سم ریولوشنز، دے ویر سکسیس فل ان ان کو اینڈ ناٹ ان ریولوشن۔</w:t>
      </w:r>
    </w:p>
    <w:p>
      <w:r>
        <w:rPr>
          <w:b/>
        </w:rPr>
        <w:t xml:space="preserve">[01:53] </w:t>
      </w:r>
      <w:r>
        <w:t>revolution means. what is the difference between revolution and coup?</w:t>
      </w:r>
    </w:p>
    <w:p>
      <w:pPr>
        <w:jc w:val="right"/>
      </w:pPr>
      <w:r>
        <w:t>ریولوشن مینز۔ واٹ از دا ڈیفرنس بٹوین ریولوشن اینڈ کو؟</w:t>
      </w:r>
    </w:p>
    <w:p>
      <w:r>
        <w:rPr>
          <w:b/>
        </w:rPr>
        <w:t xml:space="preserve">[02:01] </w:t>
      </w:r>
      <w:r>
        <w:t>coup means sudden change,</w:t>
      </w:r>
    </w:p>
    <w:p>
      <w:pPr>
        <w:jc w:val="right"/>
      </w:pPr>
      <w:r>
        <w:t>کو مینز سڈن چینج،</w:t>
      </w:r>
    </w:p>
    <w:p>
      <w:r>
        <w:rPr>
          <w:b/>
        </w:rPr>
        <w:t xml:space="preserve">[02:06] </w:t>
      </w:r>
      <w:r>
        <w:t>but revolution means complete change.</w:t>
      </w:r>
    </w:p>
    <w:p>
      <w:pPr>
        <w:jc w:val="right"/>
      </w:pPr>
      <w:r>
        <w:t>بٹ ریولوشن مینز کمپلیٹ چینج۔</w:t>
      </w:r>
    </w:p>
    <w:p>
      <w:r>
        <w:rPr>
          <w:b/>
        </w:rPr>
        <w:t xml:space="preserve">[02:15] </w:t>
      </w:r>
      <w:r>
        <w:t>When there is a change in government, in rulers, without change in society, then it is coup.</w:t>
      </w:r>
    </w:p>
    <w:p>
      <w:pPr>
        <w:jc w:val="right"/>
      </w:pPr>
      <w:r>
        <w:t>وین دیر از ا چینج ان گورنمنٹ، ان رولرز، وداؤٹ چینج ان سوسائٹی، دین اٹ از کو۔</w:t>
      </w:r>
    </w:p>
    <w:p>
      <w:r>
        <w:rPr>
          <w:b/>
        </w:rPr>
        <w:t xml:space="preserve">[02:29] </w:t>
      </w:r>
      <w:r>
        <w:t>and when there is a complete change in politics, in society, in all walk of life, then it is revolution.</w:t>
      </w:r>
    </w:p>
    <w:p>
      <w:pPr>
        <w:jc w:val="right"/>
      </w:pPr>
      <w:r>
        <w:t>اینڈ وین دیر از ا کمپلیٹ چینج ان پولیٹکس، ان سوسائٹی، ان آل واک آف لائف، دین اٹ از ریولوشن۔</w:t>
      </w:r>
    </w:p>
    <w:p>
      <w:r>
        <w:rPr>
          <w:b/>
        </w:rPr>
        <w:t xml:space="preserve">[02:41] </w:t>
      </w:r>
      <w:r>
        <w:t>so all those leaders were successful in</w:t>
      </w:r>
    </w:p>
    <w:p>
      <w:pPr>
        <w:jc w:val="right"/>
      </w:pPr>
      <w:r>
        <w:t>سو آل دوز لیڈرز ویر سکسیس فل ان</w:t>
      </w:r>
    </w:p>
    <w:p>
      <w:r>
        <w:rPr>
          <w:b/>
        </w:rPr>
        <w:t xml:space="preserve">[02:54] </w:t>
      </w:r>
      <w:r>
        <w:t>ko, but not in revolution. This is the</w:t>
      </w:r>
    </w:p>
    <w:p>
      <w:pPr>
        <w:jc w:val="right"/>
      </w:pPr>
      <w:r>
        <w:t>کو، بٹ ناٹ ان ریولوشن۔ دس از دا</w:t>
      </w:r>
    </w:p>
    <w:p>
      <w:r>
        <w:rPr>
          <w:b/>
        </w:rPr>
        <w:t xml:space="preserve">[03:05] </w:t>
      </w:r>
      <w:r>
        <w:t>a side aspect of the history of revolution.</w:t>
      </w:r>
    </w:p>
    <w:p>
      <w:pPr>
        <w:jc w:val="right"/>
      </w:pPr>
      <w:r>
        <w:t>اسائیڈ اسپیکٹ آف دا ہسٹری آف ریولوشن۔</w:t>
      </w:r>
    </w:p>
    <w:p>
      <w:r>
        <w:rPr>
          <w:b/>
        </w:rPr>
        <w:t xml:space="preserve">[03:14] </w:t>
      </w:r>
      <w:r>
        <w:t>Now, there is only one exception in this rule, that is Islamic revolution</w:t>
      </w:r>
    </w:p>
    <w:p>
      <w:pPr>
        <w:jc w:val="right"/>
      </w:pPr>
      <w:r>
        <w:t>ناؤ، دیر از اونلی ون ایکسیپشن ان دس رول، دیٹ از اسلامک ریولوشن</w:t>
      </w:r>
    </w:p>
    <w:p>
      <w:r>
        <w:rPr>
          <w:b/>
        </w:rPr>
        <w:t xml:space="preserve">[03:30] </w:t>
      </w:r>
      <w:r>
        <w:t>of the early</w:t>
      </w:r>
    </w:p>
    <w:p>
      <w:pPr>
        <w:jc w:val="right"/>
      </w:pPr>
      <w:r>
        <w:t>آف دا ارلی</w:t>
      </w:r>
    </w:p>
    <w:p>
      <w:r>
        <w:rPr>
          <w:b/>
        </w:rPr>
        <w:t xml:space="preserve">[03:36] </w:t>
      </w:r>
      <w:r>
        <w:t>early period of seven century.</w:t>
      </w:r>
    </w:p>
    <w:p>
      <w:pPr>
        <w:jc w:val="right"/>
      </w:pPr>
      <w:r>
        <w:t>ارلی پیریڈ آف سیون سینچری۔</w:t>
      </w:r>
    </w:p>
    <w:p>
      <w:r>
        <w:rPr>
          <w:b/>
        </w:rPr>
        <w:t xml:space="preserve">[03:42] </w:t>
      </w:r>
      <w:r>
        <w:t>Almost all the historians have accepted that Islamic revolution was a complete revolution, not simply a co.</w:t>
      </w:r>
    </w:p>
    <w:p>
      <w:pPr>
        <w:jc w:val="right"/>
      </w:pPr>
      <w:r>
        <w:t>الموسٹ آل دا ہسٹورینز ہیو ایکسیپٹڈ دیٹ اسلامک ریولوشن واز ا کمپلیٹ ریولوشن، ناٹ سمپلی ا کو۔</w:t>
      </w:r>
    </w:p>
    <w:p>
      <w:r>
        <w:rPr>
          <w:b/>
        </w:rPr>
        <w:t xml:space="preserve">[04:01] </w:t>
      </w:r>
      <w:r>
        <w:t>For example,</w:t>
      </w:r>
    </w:p>
    <w:p>
      <w:pPr>
        <w:jc w:val="right"/>
      </w:pPr>
      <w:r>
        <w:t>فار ایگزامپل،</w:t>
      </w:r>
    </w:p>
    <w:p>
      <w:r>
        <w:rPr>
          <w:b/>
        </w:rPr>
        <w:t xml:space="preserve">[04:08] </w:t>
      </w:r>
      <w:r>
        <w:t>this is</w:t>
      </w:r>
    </w:p>
    <w:p>
      <w:pPr>
        <w:jc w:val="right"/>
      </w:pPr>
      <w:r>
        <w:t>دس از</w:t>
      </w:r>
    </w:p>
    <w:p>
      <w:r>
        <w:rPr>
          <w:b/>
        </w:rPr>
        <w:t xml:space="preserve">[04:14] </w:t>
      </w:r>
      <w:r>
        <w:t>the historical role of Islam,</w:t>
      </w:r>
    </w:p>
    <w:p>
      <w:pPr>
        <w:jc w:val="right"/>
      </w:pPr>
      <w:r>
        <w:t>دا ہسٹاریکل رول آف اسلام،</w:t>
      </w:r>
    </w:p>
    <w:p>
      <w:r>
        <w:rPr>
          <w:b/>
        </w:rPr>
        <w:t xml:space="preserve">[04:19] </w:t>
      </w:r>
      <w:r>
        <w:t>compiled by a Bengali scholar, M N Roy. M N Roy.</w:t>
      </w:r>
    </w:p>
    <w:p>
      <w:pPr>
        <w:jc w:val="right"/>
      </w:pPr>
      <w:r>
        <w:t>کمپائلڈ بائی ا بنگالی سکالر، ایم این روئے۔ ایم این روئے۔</w:t>
      </w:r>
    </w:p>
    <w:p>
      <w:r>
        <w:rPr>
          <w:b/>
        </w:rPr>
        <w:t xml:space="preserve">[04:30] </w:t>
      </w:r>
      <w:r>
        <w:t>In this book,</w:t>
      </w:r>
    </w:p>
    <w:p>
      <w:pPr>
        <w:jc w:val="right"/>
      </w:pPr>
      <w:r>
        <w:t>ان دس بک،</w:t>
      </w:r>
    </w:p>
    <w:p>
      <w:r>
        <w:rPr>
          <w:b/>
        </w:rPr>
        <w:t xml:space="preserve">[04:36] </w:t>
      </w:r>
      <w:r>
        <w:t>the historical role of Islam. In this book, M N Roy clearly maintains that the Islamic revolution was</w:t>
      </w:r>
    </w:p>
    <w:p>
      <w:pPr>
        <w:jc w:val="right"/>
      </w:pPr>
      <w:r>
        <w:t>دا ہسٹاریکل رول آف اسلام۔ ان دس بک، ایم این روئے کلیئرلی مینٹینز دیٹ دیٹ اسلامک ریولوشن واز</w:t>
      </w:r>
    </w:p>
    <w:p>
      <w:r>
        <w:rPr>
          <w:b/>
        </w:rPr>
        <w:t xml:space="preserve">[04:54] </w:t>
      </w:r>
      <w:r>
        <w:t>the most miraculous of all miracles. Islamic revolution was the most miraculous of all miracles.</w:t>
      </w:r>
    </w:p>
    <w:p>
      <w:pPr>
        <w:jc w:val="right"/>
      </w:pPr>
      <w:r>
        <w:t>دا موسٹ میریکولس آف آل میریکلز۔ اسلامک ریولوشن واز دا موسٹ میریکولس آف آل میریکلز۔</w:t>
      </w:r>
    </w:p>
    <w:p>
      <w:r>
        <w:rPr>
          <w:b/>
        </w:rPr>
        <w:t xml:space="preserve">[05:12] </w:t>
      </w:r>
      <w:r>
        <w:t>Not only B N Roy, but almost all the historians have accepted this fact.</w:t>
      </w:r>
    </w:p>
    <w:p>
      <w:pPr>
        <w:jc w:val="right"/>
      </w:pPr>
      <w:r>
        <w:t>ناٹ اونلی بی این روئے، بٹ الموسٹ آل دا ہسٹورینز ہیو ایکسیپٹڈ دس فیکٹ۔</w:t>
      </w:r>
    </w:p>
    <w:p>
      <w:r>
        <w:rPr>
          <w:b/>
        </w:rPr>
        <w:t xml:space="preserve">[05:26] </w:t>
      </w:r>
      <w:r>
        <w:t>For example, Swami Vivekananda,</w:t>
      </w:r>
    </w:p>
    <w:p>
      <w:pPr>
        <w:jc w:val="right"/>
      </w:pPr>
      <w:r>
        <w:t>فار ایگزامپل، سوامی ویکانند،</w:t>
      </w:r>
    </w:p>
    <w:p>
      <w:r>
        <w:rPr>
          <w:b/>
        </w:rPr>
        <w:t xml:space="preserve">[05:34] </w:t>
      </w:r>
      <w:r>
        <w:t>one of the great scholars of India, he has observed</w:t>
      </w:r>
    </w:p>
    <w:p>
      <w:pPr>
        <w:jc w:val="right"/>
      </w:pPr>
      <w:r>
        <w:t>ون آف دا گریٹ سکالرز آف انڈیا، ہی ہیز ابزروڈ</w:t>
      </w:r>
    </w:p>
    <w:p>
      <w:r>
        <w:rPr>
          <w:b/>
        </w:rPr>
        <w:t xml:space="preserve">[05:43] </w:t>
      </w:r>
      <w:r>
        <w:t>that if ever any religion approach to this equality, it is Islam and Islam alone.</w:t>
      </w:r>
    </w:p>
    <w:p>
      <w:pPr>
        <w:jc w:val="right"/>
      </w:pPr>
      <w:r>
        <w:t>دیٹ اف ایور اینی ریلیجن اپروچ ٹو دس ایکولٹی، اٹ از اسلام اینڈ اسلام الون۔</w:t>
      </w:r>
    </w:p>
    <w:p>
      <w:r>
        <w:rPr>
          <w:b/>
        </w:rPr>
        <w:t xml:space="preserve">[06:04] </w:t>
      </w:r>
      <w:r>
        <w:t>Mahatma Gandhi has said</w:t>
      </w:r>
    </w:p>
    <w:p>
      <w:pPr>
        <w:jc w:val="right"/>
      </w:pPr>
      <w:r>
        <w:t>مہاتما گاندھی ہیز سیڈ</w:t>
      </w:r>
    </w:p>
    <w:p>
      <w:r>
        <w:rPr>
          <w:b/>
        </w:rPr>
        <w:t xml:space="preserve">[06:11] </w:t>
      </w:r>
      <w:r>
        <w:t>in one of his articles addressing to Congressi leaders that you have to follow Abu Bakr and Umar.</w:t>
      </w:r>
    </w:p>
    <w:p>
      <w:pPr>
        <w:jc w:val="right"/>
      </w:pPr>
      <w:r>
        <w:t>ان ون آف ہز ارٹیکلز ایڈریسنگ ٹو کانگریسی لیڈرز دیٹ یو ہیو ٹو فالو ابوبکر اینڈ عمر۔</w:t>
      </w:r>
    </w:p>
    <w:p>
      <w:r>
        <w:rPr>
          <w:b/>
        </w:rPr>
        <w:t xml:space="preserve">[06:24] </w:t>
      </w:r>
      <w:r>
        <w:t>They were, you know, Abu Bakr Umar were Khalifa. First Khalifa was Abu Bakr, second Khalifa was Umar, after the Prophet of Islam.</w:t>
      </w:r>
    </w:p>
    <w:p>
      <w:pPr>
        <w:jc w:val="right"/>
      </w:pPr>
      <w:r>
        <w:t>دے ویر، یو نو، ابوبکر عمر وار خلیفہ۔ فرسٹ خلیفہ واز ابوبکر، سیکنڈ خلیفہ واز عمر، افٹر دی پرافٹ آف اسلام۔</w:t>
      </w:r>
    </w:p>
    <w:p>
      <w:r>
        <w:rPr>
          <w:b/>
        </w:rPr>
        <w:t xml:space="preserve">[06:37] </w:t>
      </w:r>
      <w:r>
        <w:t>So he refers to Abu Bakr and Umar and says they were</w:t>
      </w:r>
    </w:p>
    <w:p>
      <w:pPr>
        <w:jc w:val="right"/>
      </w:pPr>
      <w:r>
        <w:t>سو ہی ریفرز ٹو ابوبکر اینڈ عمر اینڈ سیز دے ویر</w:t>
      </w:r>
    </w:p>
    <w:p>
      <w:r>
        <w:rPr>
          <w:b/>
        </w:rPr>
        <w:t xml:space="preserve">[06:43] </w:t>
      </w:r>
      <w:r>
        <w:t>masters of vast empire, but they lived a life of a pauper.</w:t>
      </w:r>
    </w:p>
    <w:p>
      <w:pPr>
        <w:jc w:val="right"/>
      </w:pPr>
      <w:r>
        <w:t>ماسٹرز آف واسٹ ایمپائر، بٹ دے لیوڈ ا لائف آف ا پاپرز۔</w:t>
      </w:r>
    </w:p>
    <w:p>
      <w:r>
        <w:rPr>
          <w:b/>
        </w:rPr>
        <w:t xml:space="preserve">[07:00] </w:t>
      </w:r>
      <w:r>
        <w:t>So is the case of all scholars. You know, American scholar Dr. Michael Hart has published a book, the Hundred.</w:t>
      </w:r>
    </w:p>
    <w:p>
      <w:pPr>
        <w:jc w:val="right"/>
      </w:pPr>
      <w:r>
        <w:t>سو از دا کیس آف آل سکالرز۔ یو نو، امریکن سکالر ڈاکٹر مائیکل ہارٹ ہیز پبلشڈ ا بک، دا ہنڈرڈ۔</w:t>
      </w:r>
    </w:p>
    <w:p>
      <w:r>
        <w:rPr>
          <w:b/>
        </w:rPr>
        <w:t xml:space="preserve">[07:14] </w:t>
      </w:r>
      <w:r>
        <w:t>In this book,</w:t>
      </w:r>
    </w:p>
    <w:p>
      <w:pPr>
        <w:jc w:val="right"/>
      </w:pPr>
      <w:r>
        <w:t>ان دس بک،</w:t>
      </w:r>
    </w:p>
    <w:p>
      <w:r>
        <w:rPr>
          <w:b/>
        </w:rPr>
        <w:t xml:space="preserve">[07:17] </w:t>
      </w:r>
      <w:r>
        <w:t>he says that</w:t>
      </w:r>
    </w:p>
    <w:p>
      <w:pPr>
        <w:jc w:val="right"/>
      </w:pPr>
      <w:r>
        <w:t>ہی سیز دیٹ</w:t>
      </w:r>
    </w:p>
    <w:p>
      <w:r>
        <w:rPr>
          <w:b/>
        </w:rPr>
        <w:t xml:space="preserve">[07:23] </w:t>
      </w:r>
      <w:r>
        <w:t>Muhammad was supremely successful person in the history, in both the secular and religious levels.</w:t>
      </w:r>
    </w:p>
    <w:p>
      <w:pPr>
        <w:jc w:val="right"/>
      </w:pPr>
      <w:r>
        <w:t>محمد واز سپریملی سکسیس فل پرسن ان دا ہسٹری، ان بوتھ دا سیکولر اینڈ ڈینجرس لیولز۔</w:t>
      </w:r>
    </w:p>
    <w:p>
      <w:r>
        <w:rPr>
          <w:b/>
        </w:rPr>
        <w:t xml:space="preserve">[07:36] </w:t>
      </w:r>
      <w:r>
        <w:t>these are only few quotations from the vast literature.</w:t>
      </w:r>
    </w:p>
    <w:p>
      <w:pPr>
        <w:jc w:val="right"/>
      </w:pPr>
      <w:r>
        <w:t>دس ار اونلی فیو کوٹیشنز فرام دا واسٹ لٹریچر۔</w:t>
      </w:r>
    </w:p>
    <w:p>
      <w:r>
        <w:rPr>
          <w:b/>
        </w:rPr>
        <w:t xml:space="preserve">[07:47] </w:t>
      </w:r>
      <w:r>
        <w:t>in today's talk, I want to deal with this question: how Muhammad was success?</w:t>
      </w:r>
    </w:p>
    <w:p>
      <w:pPr>
        <w:jc w:val="right"/>
      </w:pPr>
      <w:r>
        <w:t>ان ٹوڈے ٹاک، ائی وانٹ ٹو ڈیل ود دس کوئسچن: ہاؤ محمد واز سکسیس؟</w:t>
      </w:r>
    </w:p>
    <w:p>
      <w:r>
        <w:rPr>
          <w:b/>
        </w:rPr>
        <w:t xml:space="preserve">[07:59] </w:t>
      </w:r>
      <w:r>
        <w:t>how Muhammad was successful? and why other were</w:t>
      </w:r>
    </w:p>
    <w:p>
      <w:pPr>
        <w:jc w:val="right"/>
      </w:pPr>
      <w:r>
        <w:t>ہاؤ محمد واز سکسیس فل؟ اینڈ وائی ادر ویر</w:t>
      </w:r>
    </w:p>
    <w:p>
      <w:r>
        <w:rPr>
          <w:b/>
        </w:rPr>
        <w:t xml:space="preserve">[08:05] </w:t>
      </w:r>
      <w:r>
        <w:t>other? why other fail? is a question. I have studied a lot in this to understand this to this point.</w:t>
      </w:r>
    </w:p>
    <w:p>
      <w:pPr>
        <w:jc w:val="right"/>
      </w:pPr>
      <w:r>
        <w:t>ادر؟ وائی ادر فیل؟ از ا کوئسچن۔ ائی ہیو سٹڈی ا لاٹ ان دس ٹو انڈرسٹینڈ دس ٹو دس پوائنٹ۔</w:t>
      </w:r>
    </w:p>
    <w:p>
      <w:r>
        <w:rPr>
          <w:b/>
        </w:rPr>
        <w:t xml:space="preserve">[08:21] </w:t>
      </w:r>
      <w:r>
        <w:t>i can see</w:t>
      </w:r>
    </w:p>
    <w:p>
      <w:pPr>
        <w:jc w:val="right"/>
      </w:pPr>
      <w:r>
        <w:t>ائی کین سی</w:t>
      </w:r>
    </w:p>
    <w:p>
      <w:r>
        <w:rPr>
          <w:b/>
        </w:rPr>
        <w:t xml:space="preserve">[08:23] </w:t>
      </w:r>
      <w:r>
        <w:t>in a single word that</w:t>
      </w:r>
    </w:p>
    <w:p>
      <w:pPr>
        <w:jc w:val="right"/>
      </w:pPr>
      <w:r>
        <w:t>ان ا سنگل ورڈ دیٹ</w:t>
      </w:r>
    </w:p>
    <w:p>
      <w:r>
        <w:rPr>
          <w:b/>
        </w:rPr>
        <w:t xml:space="preserve">[08:30] </w:t>
      </w:r>
      <w:r>
        <w:t>Muhammad sallallahu alaihi wasallam was all, all were, all were revolutionary. All those reformers, all leaders were discussing here,</w:t>
      </w:r>
    </w:p>
    <w:p>
      <w:pPr>
        <w:jc w:val="right"/>
      </w:pPr>
      <w:r>
        <w:t>محمد صلی اللہ علیہ وسلم واز ال، ال ویر، ال ویر ریولوشنری۔ ال دوز ریفارمرز، ال لیڈرز ویر ڈسکسنگ ہیر،</w:t>
      </w:r>
    </w:p>
    <w:p>
      <w:r>
        <w:rPr>
          <w:b/>
        </w:rPr>
        <w:t xml:space="preserve">[08:45] </w:t>
      </w:r>
      <w:r>
        <w:t>they were revolutionary, but</w:t>
      </w:r>
    </w:p>
    <w:p>
      <w:pPr>
        <w:jc w:val="right"/>
      </w:pPr>
      <w:r>
        <w:t>دے ویر ریولوشنری، بٹ</w:t>
      </w:r>
    </w:p>
    <w:p>
      <w:r>
        <w:rPr>
          <w:b/>
        </w:rPr>
        <w:t xml:space="preserve">[08:48] </w:t>
      </w:r>
      <w:r>
        <w:t>there was a difference. muhammad was a positive revolutionary, and other were negative revolutionary.</w:t>
      </w:r>
    </w:p>
    <w:p>
      <w:pPr>
        <w:jc w:val="right"/>
      </w:pPr>
      <w:r>
        <w:t>دیر واز ا ڈیفرنس۔ محمد واز ا پوزیٹیو ریولوشنری، اینڈ ادر ویر نیگیٹیو ریولوشنری۔</w:t>
      </w:r>
    </w:p>
    <w:p>
      <w:r>
        <w:rPr>
          <w:b/>
        </w:rPr>
        <w:t xml:space="preserve">[09:01] </w:t>
      </w:r>
      <w:r>
        <w:t>what is the difference between positive revolutionary and negative revolutionary?</w:t>
      </w:r>
    </w:p>
    <w:p>
      <w:pPr>
        <w:jc w:val="right"/>
      </w:pPr>
      <w:r>
        <w:t>واٹ از دا ڈیفرنس بٹوین پوزیٹیو ریولوشنری اینڈ نیگیٹیو ریولوشنری؟</w:t>
      </w:r>
    </w:p>
    <w:p>
      <w:r>
        <w:rPr>
          <w:b/>
        </w:rPr>
        <w:t xml:space="preserve">[09:11] </w:t>
      </w:r>
      <w:r>
        <w:t>the difference is that every leader and reformer was born in a</w:t>
      </w:r>
    </w:p>
    <w:p>
      <w:pPr>
        <w:jc w:val="right"/>
      </w:pPr>
      <w:r>
        <w:t>دا ڈیفرنس از دیٹ ایوری لیڈر اینڈ ریفارمر واز born ان ا</w:t>
      </w:r>
    </w:p>
    <w:p>
      <w:r>
        <w:rPr>
          <w:b/>
        </w:rPr>
        <w:t xml:space="preserve">[09:19] </w:t>
      </w:r>
      <w:r>
        <w:t>society, in a situation where there was exploitation, there were problems, there were hardships.</w:t>
      </w:r>
    </w:p>
    <w:p>
      <w:pPr>
        <w:jc w:val="right"/>
      </w:pPr>
      <w:r>
        <w:t>سوسائٹی، ان ا سچویشن ویر دیر واز ایکسپلائٹیشن، دیر ویر پرابلمز، دیر ویر ہارڈشپس۔</w:t>
      </w:r>
    </w:p>
    <w:p>
      <w:r>
        <w:rPr>
          <w:b/>
        </w:rPr>
        <w:t xml:space="preserve">[09:30] </w:t>
      </w:r>
      <w:r>
        <w:t>so all these leaders reacted to their</w:t>
      </w:r>
    </w:p>
    <w:p>
      <w:pPr>
        <w:jc w:val="right"/>
      </w:pPr>
      <w:r>
        <w:t>سو ال دیس لیڈرز ری ایکٹڈ ٹو دیر</w:t>
      </w:r>
    </w:p>
    <w:p>
      <w:r>
        <w:rPr>
          <w:b/>
        </w:rPr>
        <w:t xml:space="preserve">[09:38] </w:t>
      </w:r>
      <w:r>
        <w:t>situation. so their struggle was a reaction to their situation.</w:t>
      </w:r>
    </w:p>
    <w:p>
      <w:pPr>
        <w:jc w:val="right"/>
      </w:pPr>
      <w:r>
        <w:t>سچویشن۔ سو دیر سٹرگل واز ا ری ایکشن ٹو دیر سچویشن۔</w:t>
      </w:r>
    </w:p>
    <w:p>
      <w:r>
        <w:rPr>
          <w:b/>
        </w:rPr>
        <w:t xml:space="preserve">[09:53] </w:t>
      </w:r>
      <w:r>
        <w:t>because of this, i said that they were negative revolutionary.</w:t>
      </w:r>
    </w:p>
    <w:p>
      <w:pPr>
        <w:jc w:val="right"/>
      </w:pPr>
      <w:r>
        <w:t>بیکاز اف دس، ائی سیڈ دیٹ دے ویر نیگیٹیو ریولوشنری۔</w:t>
      </w:r>
    </w:p>
    <w:p>
      <w:r>
        <w:rPr>
          <w:b/>
        </w:rPr>
        <w:t xml:space="preserve">[10:00] </w:t>
      </w:r>
      <w:r>
        <w:t>but prophet muhammad was quite different. he never reacted.</w:t>
      </w:r>
    </w:p>
    <w:p>
      <w:pPr>
        <w:jc w:val="right"/>
      </w:pPr>
      <w:r>
        <w:t>بٹ پرافٹ محمد واز کوائٹ ڈفرنٹ۔ ہی نیور ری ایکٹڈ۔</w:t>
      </w:r>
    </w:p>
    <w:p>
      <w:r>
        <w:rPr>
          <w:b/>
        </w:rPr>
        <w:t xml:space="preserve">[10:10] </w:t>
      </w:r>
      <w:r>
        <w:t>he adopted his method without any reaction.</w:t>
      </w:r>
    </w:p>
    <w:p>
      <w:pPr>
        <w:jc w:val="right"/>
      </w:pPr>
      <w:r>
        <w:t>ہی اڈاپٹڈ ہز میتھڈ وداؤٹ اینی ری ایکشن۔</w:t>
      </w:r>
    </w:p>
    <w:p>
      <w:r>
        <w:rPr>
          <w:b/>
        </w:rPr>
        <w:t xml:space="preserve">[10:18] </w:t>
      </w:r>
      <w:r>
        <w:t>so he was a positive revolutionary. he was not a negative revolutionary. this is the secret of the difference between the two categories of revolutionaries.</w:t>
      </w:r>
    </w:p>
    <w:p>
      <w:pPr>
        <w:jc w:val="right"/>
      </w:pPr>
      <w:r>
        <w:t>سو ہی واز ا پوزیٹیو ریولوشنری۔ ہی واز ناٹ ا نیگیٹیو ریولوشنری۔ دس از دا سیکرٹ اف دا ڈفرنس بین دا ٹو کیٹگریز اف ریولوشنریز۔</w:t>
      </w:r>
    </w:p>
    <w:p>
      <w:r>
        <w:rPr>
          <w:b/>
        </w:rPr>
        <w:t xml:space="preserve">[10:40] </w:t>
      </w:r>
      <w:r>
        <w:t>now, what happened?</w:t>
      </w:r>
    </w:p>
    <w:p>
      <w:pPr>
        <w:jc w:val="right"/>
      </w:pPr>
      <w:r>
        <w:t>ناؤ، واٹ ہیپن؟</w:t>
      </w:r>
    </w:p>
    <w:p>
      <w:r>
        <w:rPr>
          <w:b/>
        </w:rPr>
        <w:t xml:space="preserve">[10:45] </w:t>
      </w:r>
      <w:r>
        <w:t>those leaders who were negative revolutionary, they spent their life to remove some obstacles.</w:t>
      </w:r>
    </w:p>
    <w:p>
      <w:pPr>
        <w:jc w:val="right"/>
      </w:pPr>
      <w:r>
        <w:t>دوز لیڈرز ہو ویر نیگیٹیو ریولوشنری، دے سپینڈ دیر لائف ٹو ریموو سم ابسٹیکلز۔</w:t>
      </w:r>
    </w:p>
    <w:p>
      <w:r>
        <w:rPr>
          <w:b/>
        </w:rPr>
        <w:t xml:space="preserve">[11:00] </w:t>
      </w:r>
      <w:r>
        <w:t>obstacles.</w:t>
      </w:r>
    </w:p>
    <w:p>
      <w:pPr>
        <w:jc w:val="right"/>
      </w:pPr>
      <w:r>
        <w:t>ابسٹیکلز۔</w:t>
      </w:r>
    </w:p>
    <w:p>
      <w:r>
        <w:rPr>
          <w:b/>
        </w:rPr>
        <w:t xml:space="preserve">[11:03] </w:t>
      </w:r>
      <w:r>
        <w:t>for example, rousseau was a revolutionary. he spent his life to remove the kingship.</w:t>
      </w:r>
    </w:p>
    <w:p>
      <w:pPr>
        <w:jc w:val="right"/>
      </w:pPr>
      <w:r>
        <w:t>فار ایگزامپل، روسو واز ا ریولوشنری۔ ہی سپینڈ ہز لائف ٹو ریموو دا کنگ شپ۔</w:t>
      </w:r>
    </w:p>
    <w:p>
      <w:r>
        <w:rPr>
          <w:b/>
        </w:rPr>
        <w:t xml:space="preserve">[11:15] </w:t>
      </w:r>
      <w:r>
        <w:t>according to him, kingship was the source of all evil, and democracy was source of all good.</w:t>
      </w:r>
    </w:p>
    <w:p>
      <w:pPr>
        <w:jc w:val="right"/>
      </w:pPr>
      <w:r>
        <w:t>اکارڈنگ ٹو ہم، کنگ شپ واز دا سورس اف ال ایول، اینڈ ڈیموکریسی واز سورس اف ال گڈ۔</w:t>
      </w:r>
    </w:p>
    <w:p>
      <w:r>
        <w:rPr>
          <w:b/>
        </w:rPr>
        <w:t xml:space="preserve">[11:24] </w:t>
      </w:r>
      <w:r>
        <w:t>so he spent all of his life to remove the kingship. but when the kingship was removed, then rousseau was not there to build a new society.</w:t>
      </w:r>
    </w:p>
    <w:p>
      <w:pPr>
        <w:jc w:val="right"/>
      </w:pPr>
      <w:r>
        <w:t>سو ہی سپینڈ ال اف ہز لائف ٹو ریموو دا کنگ شپ۔ بٹ وین دا کنگ شپ واز ریمووڈ، دین روسو واز ناٹ دیر ٹو بلڈ ا نیو سوسائٹی۔</w:t>
      </w:r>
    </w:p>
    <w:p>
      <w:r>
        <w:rPr>
          <w:b/>
        </w:rPr>
        <w:t xml:space="preserve">[11:47] </w:t>
      </w:r>
      <w:r>
        <w:t>so is the case of marks. karl marx. karl marx was a revolutionary.</w:t>
      </w:r>
    </w:p>
    <w:p>
      <w:pPr>
        <w:jc w:val="right"/>
      </w:pPr>
      <w:r>
        <w:t>سو از دا کیس اف مارکس۔ کارل مارکس۔ کارل مارکس واز ا ریولوشنری۔</w:t>
      </w:r>
    </w:p>
    <w:p>
      <w:r>
        <w:rPr>
          <w:b/>
        </w:rPr>
        <w:t xml:space="preserve">[11:57] </w:t>
      </w:r>
      <w:r>
        <w:t>at his time, there was economic exploitation, industrial exploitation. so he reacted to the situation.</w:t>
      </w:r>
    </w:p>
    <w:p>
      <w:pPr>
        <w:jc w:val="right"/>
      </w:pPr>
      <w:r>
        <w:t>ایٹ ہز ٹائم، دیر واز اکنامک ایکسپلائٹیشن، انڈسٹریل ایکسپلائٹیشن۔ سو ہی ری ایکٹڈ ٹو دا سچویشن۔</w:t>
      </w:r>
    </w:p>
    <w:p>
      <w:r>
        <w:rPr>
          <w:b/>
        </w:rPr>
        <w:t xml:space="preserve">[12:08] </w:t>
      </w:r>
      <w:r>
        <w:t>he wanted to bring about change. but when change occurred, then marx was not</w:t>
      </w:r>
    </w:p>
    <w:p>
      <w:pPr>
        <w:jc w:val="right"/>
      </w:pPr>
      <w:r>
        <w:t>ہی وانٹڈ ٹو برنگ اباؤٹ چینج۔ بٹ وین چینج اکرڈ، دین مارکس واز ناٹ</w:t>
      </w:r>
    </w:p>
    <w:p>
      <w:r>
        <w:rPr>
          <w:b/>
        </w:rPr>
        <w:t xml:space="preserve">[12:18] </w:t>
      </w:r>
      <w:r>
        <w:t>there to rebuild the society. it is not a simple thing. it means that all the revolutions</w:t>
      </w:r>
    </w:p>
    <w:p>
      <w:pPr>
        <w:jc w:val="right"/>
      </w:pPr>
      <w:r>
        <w:t>دیر ٹو ری بلڈ دا سوسائٹی۔ اٹ از ناٹ ا سمپل تھنگ۔ اٹ مینز دیٹ ال دا ریولوشنز</w:t>
      </w:r>
    </w:p>
    <w:p>
      <w:r>
        <w:rPr>
          <w:b/>
        </w:rPr>
        <w:t xml:space="preserve">[12:32] </w:t>
      </w:r>
      <w:r>
        <w:t>fail to find. it means that all the revolutions were when the when all when these revolutions came out.</w:t>
      </w:r>
    </w:p>
    <w:p>
      <w:pPr>
        <w:jc w:val="right"/>
      </w:pPr>
      <w:r>
        <w:t>فیل ٹو فائنڈ۔ اٹ مینز دیٹ ال دا ریولوشنز ویر وین دا وین ال وین دیز ریولوشنز کیم اؤٹ۔</w:t>
      </w:r>
    </w:p>
    <w:p>
      <w:r>
        <w:rPr>
          <w:b/>
        </w:rPr>
        <w:t xml:space="preserve">[12:48] </w:t>
      </w:r>
      <w:r>
        <w:t>so the first generation was not there.</w:t>
      </w:r>
    </w:p>
    <w:p>
      <w:pPr>
        <w:jc w:val="right"/>
      </w:pPr>
      <w:r>
        <w:t>سو دا فرسٹ جنریشن واز ناٹ دیر۔</w:t>
      </w:r>
    </w:p>
    <w:p>
      <w:r>
        <w:rPr>
          <w:b/>
        </w:rPr>
        <w:t xml:space="preserve">[12:52] </w:t>
      </w:r>
      <w:r>
        <w:t>you know, first generation is the best generation. the leaders of first generation are full of his spirit.</w:t>
      </w:r>
    </w:p>
    <w:p>
      <w:pPr>
        <w:jc w:val="right"/>
      </w:pPr>
      <w:r>
        <w:t>یو نو، فرسٹ جنریشن از دا بیسٹ جنریشن۔ دا لیڈرز اف فرسٹ جنریشن ار فل اف ہز سپرٹ۔</w:t>
      </w:r>
    </w:p>
    <w:p>
      <w:r>
        <w:rPr>
          <w:b/>
        </w:rPr>
        <w:t xml:space="preserve">[13:03] </w:t>
      </w:r>
      <w:r>
        <w:t>they have clear ideals. they have</w:t>
      </w:r>
    </w:p>
    <w:p>
      <w:pPr>
        <w:jc w:val="right"/>
      </w:pPr>
      <w:r>
        <w:t>دے ہیو کلیئر ائیڈیالز۔ دے ہیو</w:t>
      </w:r>
    </w:p>
    <w:p>
      <w:r>
        <w:rPr>
          <w:b/>
        </w:rPr>
        <w:t xml:space="preserve">[13:11] </w:t>
      </w:r>
      <w:r>
        <w:t>sacrifice for their mission. but they were engaged to remove the obstacles. and you know, when the revolution came, they were old.</w:t>
      </w:r>
    </w:p>
    <w:p>
      <w:pPr>
        <w:jc w:val="right"/>
      </w:pPr>
      <w:r>
        <w:t>سیکریفائس فار دیر مشن۔ بٹ دے ویر انگیج ٹو ریموو دا ابسٹیکلز۔ اینڈ یو نو، وین دا ریولوشن کیم، دے ویر اولڈ۔</w:t>
      </w:r>
    </w:p>
    <w:p>
      <w:r>
        <w:rPr>
          <w:b/>
        </w:rPr>
        <w:t xml:space="preserve">[13:28] </w:t>
      </w:r>
      <w:r>
        <w:t>they were, they died.</w:t>
      </w:r>
    </w:p>
    <w:p>
      <w:pPr>
        <w:jc w:val="right"/>
      </w:pPr>
      <w:r>
        <w:t>دے ویر، دے ڈائیڈ۔</w:t>
      </w:r>
    </w:p>
    <w:p>
      <w:r>
        <w:rPr>
          <w:b/>
        </w:rPr>
        <w:t xml:space="preserve">[13:34] </w:t>
      </w:r>
      <w:r>
        <w:t>they died. when the revolution, when the time of revolution came, they died. russo died, marx died, even mahatma gandhi died.</w:t>
      </w:r>
    </w:p>
    <w:p>
      <w:pPr>
        <w:jc w:val="right"/>
      </w:pPr>
      <w:r>
        <w:t>دے ڈائیڈ۔ وین دا ریولوشن، وین دا ٹائم اف ریولوشن کیم، دے ڈائیڈ۔ روسو ڈائیڈ، مارکس ڈائیڈ، ایون مہاتما گاندھی ڈائیڈ۔</w:t>
      </w:r>
    </w:p>
    <w:p>
      <w:r>
        <w:rPr>
          <w:b/>
        </w:rPr>
        <w:t xml:space="preserve">[13:47] </w:t>
      </w:r>
      <w:r>
        <w:t>so all these leaders spend their life</w:t>
      </w:r>
    </w:p>
    <w:p>
      <w:pPr>
        <w:jc w:val="right"/>
      </w:pPr>
      <w:r>
        <w:t>سو ال دیس لیڈرز سپینڈ لیر لائف</w:t>
      </w:r>
    </w:p>
    <w:p>
      <w:r>
        <w:rPr>
          <w:b/>
        </w:rPr>
        <w:t xml:space="preserve">[13:53] </w:t>
      </w:r>
      <w:r>
        <w:t>to remove the obstacles. obstacle of kingship, obstacle of economic exploitation, obstacle of british rule.</w:t>
      </w:r>
    </w:p>
    <w:p>
      <w:pPr>
        <w:jc w:val="right"/>
      </w:pPr>
      <w:r>
        <w:t>ٹو ریموو دا ابسٹیکلز۔ ابسٹیکل اف کنگ شپ، ابسٹیکل اف اکنامک ایکسپلائٹیشن، ابسٹیکل اف برٹش رول۔</w:t>
      </w:r>
    </w:p>
    <w:p>
      <w:r>
        <w:rPr>
          <w:b/>
        </w:rPr>
        <w:t xml:space="preserve">[14:05] </w:t>
      </w:r>
      <w:r>
        <w:t>their thinking was based on this formula</w:t>
      </w:r>
    </w:p>
    <w:p>
      <w:pPr>
        <w:jc w:val="right"/>
      </w:pPr>
      <w:r>
        <w:t>دیر تھنکنگ واز بیسڈ ان دس فارمولا</w:t>
      </w:r>
    </w:p>
    <w:p>
      <w:r>
        <w:rPr>
          <w:b/>
        </w:rPr>
        <w:t xml:space="preserve">[14:10] </w:t>
      </w:r>
      <w:r>
        <w:t>that this is the source of all evils. so if we, if you remove, if we remove this source of evil, then there is, then be able to establish all good.</w:t>
      </w:r>
    </w:p>
    <w:p>
      <w:pPr>
        <w:jc w:val="right"/>
      </w:pPr>
      <w:r>
        <w:t>دیٹ دس از دا سورس اف ال ایولز۔ سو اف وی، اف یو ریموو، اف وی ریموو دس سورس اف ایول، دین دیر از، دین بی ایبل ٹو اسٹیبلش ال گڈ۔</w:t>
      </w:r>
    </w:p>
    <w:p>
      <w:r>
        <w:rPr>
          <w:b/>
        </w:rPr>
        <w:t xml:space="preserve">[14:28] </w:t>
      </w:r>
      <w:r>
        <w:t>but they were not able to establish all good, because when they remove the obstacle, they died.</w:t>
      </w:r>
    </w:p>
    <w:p>
      <w:pPr>
        <w:jc w:val="right"/>
      </w:pPr>
      <w:r>
        <w:t>بٹ دے ویر ناٹ ایبل ٹو اسٹیبلش ال گڈ، بیکاز وین دے ریموو دا ابسٹیکل، دے ڈائیڈ۔</w:t>
      </w:r>
    </w:p>
    <w:p>
      <w:r>
        <w:rPr>
          <w:b/>
        </w:rPr>
        <w:t xml:space="preserve">[14:41] </w:t>
      </w:r>
      <w:r>
        <w:t>russo died, marx died, gandhi died, everyone.</w:t>
      </w:r>
    </w:p>
    <w:p>
      <w:pPr>
        <w:jc w:val="right"/>
      </w:pPr>
      <w:r>
        <w:t>روسو ڈائیڈ، مارکس ڈائیڈ، گاندھی ڈائیڈ، ایوری ون۔</w:t>
      </w:r>
    </w:p>
    <w:p>
      <w:r>
        <w:rPr>
          <w:b/>
        </w:rPr>
        <w:t xml:space="preserve">[14:50] </w:t>
      </w:r>
      <w:r>
        <w:t>so prophet muhammad was positive revolutionary. it means that he never wasted his time in removing the obstacles.</w:t>
      </w:r>
    </w:p>
    <w:p>
      <w:pPr>
        <w:jc w:val="right"/>
      </w:pPr>
      <w:r>
        <w:t>سو پرافٹ محمد واز پوزیٹیو ریولوشنری۔ اٹ مینز دیٹ ہی نیور ویسٹ ہز ٹائم ان ریموونگ دا ابسٹیکلز۔</w:t>
      </w:r>
    </w:p>
    <w:p>
      <w:r>
        <w:rPr>
          <w:b/>
        </w:rPr>
        <w:t xml:space="preserve">[15:05] </w:t>
      </w:r>
      <w:r>
        <w:t>he ignored the obstacles, he avoided the obstacles. his formula was avoid the obstacles and availed opportunities.</w:t>
      </w:r>
    </w:p>
    <w:p>
      <w:pPr>
        <w:jc w:val="right"/>
      </w:pPr>
      <w:r>
        <w:t>ہی اگنور دا ابسٹیکلز، ہی اوائڈ دا ابسٹیکلز۔ ہز فارمولا واز اوائڈ دا ابسٹیکلز اینڈ اویلڈ اپرچونیٹیز۔</w:t>
      </w:r>
    </w:p>
    <w:p>
      <w:r>
        <w:rPr>
          <w:b/>
        </w:rPr>
        <w:t xml:space="preserve">[15:20] </w:t>
      </w:r>
      <w:r>
        <w:t>so he availed all of his life, all of his time to reconstruct the society.</w:t>
      </w:r>
    </w:p>
    <w:p>
      <w:pPr>
        <w:jc w:val="right"/>
      </w:pPr>
      <w:r>
        <w:t>سو ہی اویلڈ ال اف ہز لائف، ال اف ہز ٹائم ٹو ریکنسٹرکٹ دا سوسائٹی۔</w:t>
      </w:r>
    </w:p>
    <w:p>
      <w:r>
        <w:rPr>
          <w:b/>
        </w:rPr>
        <w:t xml:space="preserve">[15:31] </w:t>
      </w:r>
      <w:r>
        <w:t>to illustrate this point, i will go an example.</w:t>
      </w:r>
    </w:p>
    <w:p>
      <w:pPr>
        <w:jc w:val="right"/>
      </w:pPr>
      <w:r>
        <w:t>ٹو الیسٹرٹ دس پوائنٹ، ائی ویل گو این ایگزامپل۔</w:t>
      </w:r>
    </w:p>
    <w:p>
      <w:r>
        <w:rPr>
          <w:b/>
        </w:rPr>
        <w:t xml:space="preserve">[15:37] </w:t>
      </w:r>
      <w:r>
        <w:t>for example, prophet muhammad was prophet of tawheed. his mission was based on the belief that god is one.</w:t>
      </w:r>
    </w:p>
    <w:p>
      <w:pPr>
        <w:jc w:val="right"/>
      </w:pPr>
      <w:r>
        <w:t>فار ایگزامپل، پرافٹ محمد واز پرافٹ اف توحید۔ ہز مشن واز بیسڈ ان دا بیلیف دیٹ گاڈ از ون۔</w:t>
      </w:r>
    </w:p>
    <w:p>
      <w:r>
        <w:rPr>
          <w:b/>
        </w:rPr>
        <w:t xml:space="preserve">[15:48] </w:t>
      </w:r>
      <w:r>
        <w:t>there is no god but one god. this was his mission to establish tawheed.</w:t>
      </w:r>
    </w:p>
    <w:p>
      <w:pPr>
        <w:jc w:val="right"/>
      </w:pPr>
      <w:r>
        <w:t>دیر از نو گاڈ بٹ ون گاڈ۔ دس واز ہز مشن ٹو اسٹیبلش توحید۔</w:t>
      </w:r>
    </w:p>
    <w:p>
      <w:r>
        <w:rPr>
          <w:b/>
        </w:rPr>
        <w:t xml:space="preserve">[15:56] </w:t>
      </w:r>
      <w:r>
        <w:t>then when he started his mission in mecca in 610 ad, at that time mecca was city of idols.</w:t>
      </w:r>
    </w:p>
    <w:p>
      <w:pPr>
        <w:jc w:val="right"/>
      </w:pPr>
      <w:r>
        <w:t>دین وین ہی سٹارٹڈ ہز مشن ان مکہ ان 610 ایڈی، ایٹ دا ٹائم مکہ واز سٹی اف ائیڈلز۔</w:t>
      </w:r>
    </w:p>
    <w:p>
      <w:r>
        <w:rPr>
          <w:b/>
        </w:rPr>
        <w:t xml:space="preserve">[16:09] </w:t>
      </w:r>
      <w:r>
        <w:t>mecca was city of idols. at that time, there was only,</w:t>
      </w:r>
    </w:p>
    <w:p>
      <w:pPr>
        <w:jc w:val="right"/>
      </w:pPr>
      <w:r>
        <w:t>مکہ واز سٹی اف ائیڈلز۔ ایٹ دا ٹائم، دیر واز اونلی،</w:t>
      </w:r>
    </w:p>
    <w:p>
      <w:r>
        <w:rPr>
          <w:b/>
        </w:rPr>
        <w:t xml:space="preserve">[16:16] </w:t>
      </w:r>
      <w:r>
        <w:t>At the time, there was only one place that was Kaaba. Kaaba, Kaaba was a holy place.</w:t>
      </w:r>
    </w:p>
    <w:p>
      <w:pPr>
        <w:jc w:val="right"/>
      </w:pPr>
      <w:r>
        <w:t>ایٹ دا ٹائم، دیر واز اونلی ون پلیس دیٹ واز کعبہ۔ کعبہ، کعبہ واز ا ہولی پلیس۔</w:t>
      </w:r>
    </w:p>
    <w:p>
      <w:r>
        <w:rPr>
          <w:b/>
        </w:rPr>
        <w:t xml:space="preserve">[16:28] </w:t>
      </w:r>
      <w:r>
        <w:t>so makkah people have placed</w:t>
      </w:r>
    </w:p>
    <w:p>
      <w:pPr>
        <w:jc w:val="right"/>
      </w:pPr>
      <w:r>
        <w:t>سو مکہ پیپل ہیو پلیسڈ</w:t>
      </w:r>
    </w:p>
    <w:p>
      <w:r>
        <w:rPr>
          <w:b/>
        </w:rPr>
        <w:t xml:space="preserve">[16:35] </w:t>
      </w:r>
      <w:r>
        <w:t>360 idols in Kaaba. So the center of Kaaba was full of idols.</w:t>
      </w:r>
    </w:p>
    <w:p>
      <w:pPr>
        <w:jc w:val="right"/>
      </w:pPr>
      <w:r>
        <w:t>360 ائیڈلز ان کعبہ۔ سو دا سینٹر اف کعبہ واز فل اف ائیڈلز۔</w:t>
      </w:r>
    </w:p>
    <w:p>
      <w:r>
        <w:rPr>
          <w:b/>
        </w:rPr>
        <w:t xml:space="preserve">[16:51] </w:t>
      </w:r>
      <w:r>
        <w:t>So this was a problem. Prophet of Islam wanted to make people worshipper of God.</w:t>
      </w:r>
    </w:p>
    <w:p>
      <w:pPr>
        <w:jc w:val="right"/>
      </w:pPr>
      <w:r>
        <w:t>سو دس واز ا پرابلم۔ پرافٹ اف اسلام وانٹڈ ٹو میک پیپل ورشپر اف گاڈ۔</w:t>
      </w:r>
    </w:p>
    <w:p>
      <w:r>
        <w:rPr>
          <w:b/>
        </w:rPr>
        <w:t xml:space="preserve">[17:00] </w:t>
      </w:r>
      <w:r>
        <w:t>So here was an obstacle that the holiest place, that is Kaaba, was full of idols.</w:t>
      </w:r>
    </w:p>
    <w:p>
      <w:pPr>
        <w:jc w:val="right"/>
      </w:pPr>
      <w:r>
        <w:t>سو ہیر واز این ابسٹیکل دیٹ دا ہولیسٹ پلیس دیٹ از کعبہ واز فل اف ائیڈلز۔</w:t>
      </w:r>
    </w:p>
    <w:p>
      <w:r>
        <w:rPr>
          <w:b/>
        </w:rPr>
        <w:t xml:space="preserve">[17:14] </w:t>
      </w:r>
      <w:r>
        <w:t>but he never touched those idols. He never tried to destroy all those idols.</w:t>
      </w:r>
    </w:p>
    <w:p>
      <w:pPr>
        <w:jc w:val="right"/>
      </w:pPr>
      <w:r>
        <w:t>بٹ ہی نیور ٹچ دوز ائیڈلز۔ ہی نیور ٹرائی ٹو ڈسٹرائے ال دوز ائیڈلز۔</w:t>
      </w:r>
    </w:p>
    <w:p>
      <w:r>
        <w:rPr>
          <w:b/>
        </w:rPr>
        <w:t xml:space="preserve">[17:23] </w:t>
      </w:r>
      <w:r>
        <w:t>he simply ignored.</w:t>
      </w:r>
    </w:p>
    <w:p>
      <w:pPr>
        <w:jc w:val="right"/>
      </w:pPr>
      <w:r>
        <w:t>ہی سمپلی اگنورڈ۔</w:t>
      </w:r>
    </w:p>
    <w:p>
      <w:r>
        <w:rPr>
          <w:b/>
        </w:rPr>
        <w:t xml:space="preserve">[17:27] </w:t>
      </w:r>
      <w:r>
        <w:t>he simply ignored.</w:t>
      </w:r>
    </w:p>
    <w:p>
      <w:pPr>
        <w:jc w:val="right"/>
      </w:pPr>
      <w:r>
        <w:t>ہی سمپلی اگنورڈ۔</w:t>
      </w:r>
    </w:p>
    <w:p>
      <w:r>
        <w:rPr>
          <w:b/>
        </w:rPr>
        <w:t xml:space="preserve">[17:30] </w:t>
      </w:r>
      <w:r>
        <w:t>and he availed opportunities available at the time. This was a new formula.</w:t>
      </w:r>
    </w:p>
    <w:p>
      <w:pPr>
        <w:jc w:val="right"/>
      </w:pPr>
      <w:r>
        <w:t>اینڈ ہی اویلڈ اپرچونیٹیز اویلیبل ایٹ دا ٹائم۔ دس واز ا نیو فارمولا۔</w:t>
      </w:r>
    </w:p>
    <w:p>
      <w:r>
        <w:rPr>
          <w:b/>
        </w:rPr>
        <w:t xml:space="preserve">[17:42] </w:t>
      </w:r>
      <w:r>
        <w:t>all the people, all the leaders of history, even today,</w:t>
      </w:r>
    </w:p>
    <w:p>
      <w:pPr>
        <w:jc w:val="right"/>
      </w:pPr>
      <w:r>
        <w:t>ال دا پیپل، ال دا لیڈرز اف ہسٹری، ایون ٹوڈے،</w:t>
      </w:r>
    </w:p>
    <w:p>
      <w:r>
        <w:rPr>
          <w:b/>
        </w:rPr>
        <w:t xml:space="preserve">[17:49] </w:t>
      </w:r>
      <w:r>
        <w:t>They adopted the method. They adopted only one method that first of all we have to remove the obstacle.</w:t>
      </w:r>
    </w:p>
    <w:p>
      <w:pPr>
        <w:jc w:val="right"/>
      </w:pPr>
      <w:r>
        <w:t>دے دے اڈاپٹڈ دا میتھڈ۔ دے اڈاپٹڈ اونلی ون میتھڈ دیٹ فرسٹ اف ال وی ہیو ٹو ریموو دا ابسٹیکل۔</w:t>
      </w:r>
    </w:p>
    <w:p>
      <w:r>
        <w:rPr>
          <w:b/>
        </w:rPr>
        <w:t xml:space="preserve">[18:02] </w:t>
      </w:r>
      <w:r>
        <w:t>First of all, we have to remove the obstacle. For example, Rousseau wanted to remove the kingship. Marx wanted to remove the economic exploiters.</w:t>
      </w:r>
    </w:p>
    <w:p>
      <w:pPr>
        <w:jc w:val="right"/>
      </w:pPr>
      <w:r>
        <w:t>فرسٹ اف ال وی ہیو ٹو ریموو دا ابسٹیکل۔ فار ایگزامپل، روسو وانٹڈ ٹو ریموو دا کنگ شپ۔ مارکس وانٹڈ ٹو ریموو دا اکنامک ایکسپلائٹرز۔</w:t>
      </w:r>
    </w:p>
    <w:p>
      <w:r>
        <w:rPr>
          <w:b/>
        </w:rPr>
        <w:t xml:space="preserve">[18:16] </w:t>
      </w:r>
      <w:r>
        <w:t>Gandhi wanted to remove the British rulers.</w:t>
      </w:r>
    </w:p>
    <w:p>
      <w:pPr>
        <w:jc w:val="right"/>
      </w:pPr>
      <w:r>
        <w:t>گاندھی وانٹڈ ٹو ریموو دا برٹش رولرز۔</w:t>
      </w:r>
    </w:p>
    <w:p>
      <w:r>
        <w:rPr>
          <w:b/>
        </w:rPr>
        <w:t xml:space="preserve">[18:22] </w:t>
      </w:r>
      <w:r>
        <w:t>Nelson Mandela wanted to remove the European occupiers.</w:t>
      </w:r>
    </w:p>
    <w:p>
      <w:pPr>
        <w:jc w:val="right"/>
      </w:pPr>
      <w:r>
        <w:t>نیسل منڈیلا وانٹڈ ٹو ریموو دا یورپین اکوپائرز۔</w:t>
      </w:r>
    </w:p>
    <w:p>
      <w:r>
        <w:rPr>
          <w:b/>
        </w:rPr>
        <w:t xml:space="preserve">[18:32] </w:t>
      </w:r>
      <w:r>
        <w:t>even Jinnah wanted to remove the minority rule.</w:t>
      </w:r>
    </w:p>
    <w:p>
      <w:pPr>
        <w:jc w:val="right"/>
      </w:pPr>
      <w:r>
        <w:t>ایون جناح وانٹڈ ٹو ریموو دا مائنورٹی رول۔</w:t>
      </w:r>
    </w:p>
    <w:p>
      <w:r>
        <w:rPr>
          <w:b/>
        </w:rPr>
        <w:t xml:space="preserve">[18:41] </w:t>
      </w:r>
      <w:r>
        <w:t>Mujibur Rahman wanted to remove the Pakistani rule over Bangladesh.</w:t>
      </w:r>
    </w:p>
    <w:p>
      <w:pPr>
        <w:jc w:val="right"/>
      </w:pPr>
      <w:r>
        <w:t>مجیب الرحمن وانٹڈ ٹو ریموو دا پاکستانی رول اوور بنگلہ دیش۔</w:t>
      </w:r>
    </w:p>
    <w:p>
      <w:r>
        <w:rPr>
          <w:b/>
        </w:rPr>
        <w:t xml:space="preserve">[18:49] </w:t>
      </w:r>
      <w:r>
        <w:t>so all these leaders spent their life to remove the obstacles</w:t>
      </w:r>
    </w:p>
    <w:p>
      <w:pPr>
        <w:jc w:val="right"/>
      </w:pPr>
      <w:r>
        <w:t>سو ال دیس لیڈرز سپینڈ دیر لائف ٹو ریموو دا ابسٹیکلز</w:t>
      </w:r>
    </w:p>
    <w:p>
      <w:r>
        <w:rPr>
          <w:b/>
        </w:rPr>
        <w:t xml:space="preserve">[19:00] </w:t>
      </w:r>
      <w:r>
        <w:t>until they died. So it means that the first generation died before a revolution.</w:t>
      </w:r>
    </w:p>
    <w:p>
      <w:pPr>
        <w:jc w:val="right"/>
      </w:pPr>
      <w:r>
        <w:t>انٹل دے ڈائیڈ۔ سو اٹ مینز دیٹ دا فرسٹ جنریشن ڈائیڈ بیفور اے ریولوشن۔</w:t>
      </w:r>
    </w:p>
    <w:p>
      <w:r>
        <w:rPr>
          <w:b/>
        </w:rPr>
        <w:t xml:space="preserve">[19:12] </w:t>
      </w:r>
      <w:r>
        <w:t>Only second generation, third generation was able to reconstruct the society.</w:t>
      </w:r>
    </w:p>
    <w:p>
      <w:pPr>
        <w:jc w:val="right"/>
      </w:pPr>
      <w:r>
        <w:t>اونلی سیکنڈ جنریشن، تھرڈ جنریشن واز ایبل ٹو ریکنسٹرکٹ دا سوسائٹی۔</w:t>
      </w:r>
    </w:p>
    <w:p>
      <w:r>
        <w:rPr>
          <w:b/>
        </w:rPr>
        <w:t xml:space="preserve">[19:20] </w:t>
      </w:r>
      <w:r>
        <w:t>and you know, law of nature that only the first generation had spirit and dedication and motivation.</w:t>
      </w:r>
    </w:p>
    <w:p>
      <w:pPr>
        <w:jc w:val="right"/>
      </w:pPr>
      <w:r>
        <w:t>اینڈ یو نو، لاء اف نیچر دیٹ اونلی دا فرسٹ جنریشن ہیڈ سپرٹ اینڈ ڈیڈیکیشن اینڈ موٹیویشن۔</w:t>
      </w:r>
    </w:p>
    <w:p>
      <w:r>
        <w:rPr>
          <w:b/>
        </w:rPr>
        <w:t xml:space="preserve">[19:37] </w:t>
      </w:r>
      <w:r>
        <w:t>second generation or third generation is the degenerated generation, degenerated people, degenerated people.</w:t>
      </w:r>
    </w:p>
    <w:p>
      <w:pPr>
        <w:jc w:val="right"/>
      </w:pPr>
      <w:r>
        <w:t>سیکنڈ جنریشن اور تھرڈ جنریشن از ڈی ڈی جنریشن، ڈی جنریٹڈ پیپل، ڈی جنریٹڈ پیپل۔</w:t>
      </w:r>
    </w:p>
    <w:p>
      <w:r>
        <w:rPr>
          <w:b/>
        </w:rPr>
        <w:t xml:space="preserve">[19:47] </w:t>
      </w:r>
      <w:r>
        <w:t>So first generation was full of his spirit, but they died.</w:t>
      </w:r>
    </w:p>
    <w:p>
      <w:pPr>
        <w:jc w:val="right"/>
      </w:pPr>
      <w:r>
        <w:t>سو فرسٹ جنریشن واز فل اف ہز سپرٹ، بٹ دے ڈائیڈ۔</w:t>
      </w:r>
    </w:p>
    <w:p>
      <w:r>
        <w:rPr>
          <w:b/>
        </w:rPr>
        <w:t xml:space="preserve">[19:56] </w:t>
      </w:r>
      <w:r>
        <w:t>and second generation or third generation were</w:t>
      </w:r>
    </w:p>
    <w:p>
      <w:pPr>
        <w:jc w:val="right"/>
      </w:pPr>
      <w:r>
        <w:t>اینڈ سیکنڈ جنریشن اور تھرڈ جنریشن ویر</w:t>
      </w:r>
    </w:p>
    <w:p>
      <w:r>
        <w:rPr>
          <w:b/>
        </w:rPr>
        <w:t xml:space="preserve">[20:05] </w:t>
      </w:r>
      <w:r>
        <w:t>deprived of his spirit. they have no such dedication. to they fail to reconstruct the society.</w:t>
      </w:r>
    </w:p>
    <w:p>
      <w:pPr>
        <w:jc w:val="right"/>
      </w:pPr>
      <w:r>
        <w:t>ڈیپرائیوڈ اف ہز سپرٹ۔ دے ہیو نو سچ ڈیڈیکیشن۔ تو دے فیل ٹو ریکنسٹرکٹ دا سوسائٹی۔</w:t>
      </w:r>
    </w:p>
    <w:p>
      <w:r>
        <w:rPr>
          <w:b/>
        </w:rPr>
        <w:t xml:space="preserve">[20:15] </w:t>
      </w:r>
      <w:r>
        <w:t>you can see the example in India, in Pakistan, in Bangladesh, in South Africa, in France, in Russia, everywhere.</w:t>
      </w:r>
    </w:p>
    <w:p>
      <w:pPr>
        <w:jc w:val="right"/>
      </w:pPr>
      <w:r>
        <w:t>یو کین سی دا ایگزیمپل ان انڈیا، ان پاکستان، ان بنگلہ دیش، ان ساؤتھ افریقہ، ان فرانس، ان رشیا، ایوری ویر۔</w:t>
      </w:r>
    </w:p>
    <w:p>
      <w:r>
        <w:rPr>
          <w:b/>
        </w:rPr>
        <w:t xml:space="preserve">[20:28] </w:t>
      </w:r>
      <w:r>
        <w:t>The Prophet of Islam adopted a very unique formula that was: avoid the obstacles, avoid the problems and avail the opportunities.</w:t>
      </w:r>
    </w:p>
    <w:p>
      <w:pPr>
        <w:jc w:val="right"/>
      </w:pPr>
      <w:r>
        <w:t>تو پرافٹ اف اسلام اڈاپٹڈ ا ویری یونیک فارمولا دیٹ واز اوائڈ دا ابسٹیکلز، اوائڈ دا پرابلم اینڈ اویل دا اپرچونیٹیز۔</w:t>
      </w:r>
    </w:p>
    <w:p>
      <w:r>
        <w:rPr>
          <w:b/>
        </w:rPr>
        <w:t xml:space="preserve">[20:47] </w:t>
      </w:r>
      <w:r>
        <w:t>So Prophet of Islam when he was in Makkah</w:t>
      </w:r>
    </w:p>
    <w:p>
      <w:pPr>
        <w:jc w:val="right"/>
      </w:pPr>
      <w:r>
        <w:t>سو پرافٹ اف اسلام وین ہی واز ان مکہ</w:t>
      </w:r>
    </w:p>
    <w:p>
      <w:r>
        <w:rPr>
          <w:b/>
        </w:rPr>
        <w:t xml:space="preserve">[20:51] </w:t>
      </w:r>
      <w:r>
        <w:t>and there was 360 idols in kaaba, so he completely ignored.</w:t>
      </w:r>
    </w:p>
    <w:p>
      <w:pPr>
        <w:jc w:val="right"/>
      </w:pPr>
      <w:r>
        <w:t>اینڈ دیر واز 360 ائیڈلز ان کعبہ، سو ہی کمپلیٹلی اگنورڈ۔</w:t>
      </w:r>
    </w:p>
    <w:p>
      <w:r>
        <w:rPr>
          <w:b/>
        </w:rPr>
        <w:t xml:space="preserve">[21:04] </w:t>
      </w:r>
      <w:r>
        <w:t>he engaged himself in preaching rather than destroying the idols. It means that at the very first day, he he he was he was able to</w:t>
      </w:r>
    </w:p>
    <w:p>
      <w:pPr>
        <w:jc w:val="right"/>
      </w:pPr>
      <w:r>
        <w:t>ہی انگیج ہم سیلف ان پریچنگ رادر دین ڈسٹرائنگ دا ائیڈلز۔ اٹ مینز دیٹ ایٹ دا ویری فرسٹ ڈے، ہی ہی ہی واز ہی واز ایبل ٹو</w:t>
      </w:r>
    </w:p>
    <w:p>
      <w:r>
        <w:rPr>
          <w:b/>
        </w:rPr>
        <w:t xml:space="preserve">[21:21] </w:t>
      </w:r>
      <w:r>
        <w:t>to find the starting point at the very first day. Others found starting point after a long time, after 25 years, 30 years, 50 years.</w:t>
      </w:r>
    </w:p>
    <w:p>
      <w:pPr>
        <w:jc w:val="right"/>
      </w:pPr>
      <w:r>
        <w:t>ٹو فائنڈ دا اسٹارٹنگ پوائنٹ ایٹ دا ویری فرسٹ ڈے۔ ادر فاؤنڈ اسٹارٹنگ پوائنٹ افٹر ا لانگ ٹائم، افٹر 25 ایئرز، 30 ایئرز، 50 ایئرز۔</w:t>
      </w:r>
    </w:p>
    <w:p>
      <w:r>
        <w:rPr>
          <w:b/>
        </w:rPr>
        <w:t xml:space="preserve">[21:39] </w:t>
      </w:r>
      <w:r>
        <w:t>but the prophet of Islam adopted a unique method. and under this method, he was able to found, able to find the starting point at the very first day.</w:t>
      </w:r>
    </w:p>
    <w:p>
      <w:pPr>
        <w:jc w:val="right"/>
      </w:pPr>
      <w:r>
        <w:t>بٹ دا پرافٹ اف اسلام اڈاپٹڈ ا یونیک میتھڈ۔ اینڈ انڈر دس میتھڈ، ہی واز ایبل ٹو فاؤنڈ، ایبل ٹو فائنڈ دی سٹارٹنگ پوائنٹ ایٹ دا ویری فرسٹ ڈے۔</w:t>
      </w:r>
    </w:p>
    <w:p>
      <w:r>
        <w:rPr>
          <w:b/>
        </w:rPr>
        <w:t xml:space="preserve">[22:00] </w:t>
      </w:r>
      <w:r>
        <w:t>So when he died in 632, he was, he was, he was, he completed the revolution.</w:t>
      </w:r>
    </w:p>
    <w:p>
      <w:pPr>
        <w:jc w:val="right"/>
      </w:pPr>
      <w:r>
        <w:t>سو وین ہی ڈائیڈ ان 632، ہی واز، ہی واز، ہی واز، ہی کمپلیٹڈ دا ریولوشن۔</w:t>
      </w:r>
    </w:p>
    <w:p>
      <w:r>
        <w:rPr>
          <w:b/>
        </w:rPr>
        <w:t xml:space="preserve">[22:13] </w:t>
      </w:r>
      <w:r>
        <w:t>revolution was completed at the time</w:t>
      </w:r>
    </w:p>
    <w:p>
      <w:pPr>
        <w:jc w:val="right"/>
      </w:pPr>
      <w:r>
        <w:t>ریولوشن واز کمپلیٹڈ ایٹ دا ٹائم</w:t>
      </w:r>
    </w:p>
    <w:p>
      <w:r>
        <w:rPr>
          <w:b/>
        </w:rPr>
        <w:t xml:space="preserve">[22:18] </w:t>
      </w:r>
      <w:r>
        <w:t>because he spent his life to to build the society rather than to destroy obstacles.</w:t>
      </w:r>
    </w:p>
    <w:p>
      <w:pPr>
        <w:jc w:val="right"/>
      </w:pPr>
      <w:r>
        <w:t>بیکاز ہی سپینڈ ہز لائف ٹو ٹو بلڈ دا سوسائٹی رادر دین ٹو ڈسٹرائے ابسٹیکلز۔</w:t>
      </w:r>
    </w:p>
    <w:p>
      <w:r>
        <w:rPr>
          <w:b/>
        </w:rPr>
        <w:t xml:space="preserve">[22:34] </w:t>
      </w:r>
      <w:r>
        <w:t>so the basic point is that only first generation is aspired generation, is dedicated generation.</w:t>
      </w:r>
    </w:p>
    <w:p>
      <w:pPr>
        <w:jc w:val="right"/>
      </w:pPr>
      <w:r>
        <w:t>سو دا بیسک پوائنٹ از دیٹ اونلی فرسٹ جنریشن از اسپیٹڈ جنریشن، از ڈیڈیکیٹڈ جنریشن۔</w:t>
      </w:r>
    </w:p>
    <w:p>
      <w:r>
        <w:rPr>
          <w:b/>
        </w:rPr>
        <w:t xml:space="preserve">[22:45] </w:t>
      </w:r>
      <w:r>
        <w:t>and in every revolution, in every revolution, this</w:t>
      </w:r>
    </w:p>
    <w:p>
      <w:pPr>
        <w:jc w:val="right"/>
      </w:pPr>
      <w:r>
        <w:t>اینڈ ان ایوری ریولوشن، ان ایوری ریولوشن، دس</w:t>
      </w:r>
    </w:p>
    <w:p>
      <w:r>
        <w:rPr>
          <w:b/>
        </w:rPr>
        <w:t xml:space="preserve">[22:52] </w:t>
      </w:r>
      <w:r>
        <w:t>in every revolution, this first generation was, was,</w:t>
      </w:r>
    </w:p>
    <w:p>
      <w:pPr>
        <w:jc w:val="right"/>
      </w:pPr>
      <w:r>
        <w:t>ان ایوری ریولوشن، دس فرسٹ جنریشن واز، واز،</w:t>
      </w:r>
    </w:p>
    <w:p>
      <w:r>
        <w:rPr>
          <w:b/>
        </w:rPr>
        <w:t xml:space="preserve">[22:59] </w:t>
      </w:r>
      <w:r>
        <w:t>was lost because when when came the change, they were died.</w:t>
      </w:r>
    </w:p>
    <w:p>
      <w:pPr>
        <w:jc w:val="right"/>
      </w:pPr>
      <w:r>
        <w:t>واز لاسٹ بیکاز وین وین کیم دا چینج، دے ویر ڈائیڈ۔</w:t>
      </w:r>
    </w:p>
    <w:p>
      <w:r>
        <w:rPr>
          <w:b/>
        </w:rPr>
        <w:t xml:space="preserve">[23:14] </w:t>
      </w:r>
      <w:r>
        <w:t>So all other revolutionaries were negative revolutionaries, and the Prophet of Islam was a positive revolutionary.</w:t>
      </w:r>
    </w:p>
    <w:p>
      <w:pPr>
        <w:jc w:val="right"/>
      </w:pPr>
      <w:r>
        <w:t>سو ادر ال ادر ریولوشنریز ویر نیگیٹیو ریولوشنری، اینڈ پرافٹ اف اسلام واز پوزیٹیو ریولوشنری۔</w:t>
      </w:r>
    </w:p>
    <w:p>
      <w:r>
        <w:rPr>
          <w:b/>
        </w:rPr>
        <w:t xml:space="preserve">[23:26] </w:t>
      </w:r>
      <w:r>
        <w:t>this was the secret of his success.</w:t>
      </w:r>
    </w:p>
    <w:p>
      <w:pPr>
        <w:jc w:val="right"/>
      </w:pPr>
      <w:r>
        <w:t>دس واز دا سیکرٹ اف ہز سکسیس۔</w:t>
      </w:r>
    </w:p>
    <w:p>
      <w:r>
        <w:rPr>
          <w:b/>
        </w:rPr>
        <w:t xml:space="preserve">[23:33] </w:t>
      </w:r>
      <w:r>
        <w:t>you can see,</w:t>
      </w:r>
    </w:p>
    <w:p>
      <w:pPr>
        <w:jc w:val="right"/>
      </w:pPr>
      <w:r>
        <w:t>یو کین سی،</w:t>
      </w:r>
    </w:p>
    <w:p>
      <w:r>
        <w:rPr>
          <w:b/>
        </w:rPr>
        <w:t xml:space="preserve">[23:37] </w:t>
      </w:r>
      <w:r>
        <w:t>if you read the history of revolution, you will find that in every revolution, this mistake was repeated</w:t>
      </w:r>
    </w:p>
    <w:p>
      <w:pPr>
        <w:jc w:val="right"/>
      </w:pPr>
      <w:r>
        <w:t>اف یو ریڈ دا ہسٹری اف ریولوشن، یو ویل فائنڈ دیٹ ان ایوری ریولوشن، دس مسٹیک واز ریپیٹڈ</w:t>
      </w:r>
    </w:p>
    <w:p>
      <w:r>
        <w:rPr>
          <w:b/>
        </w:rPr>
        <w:t xml:space="preserve">[23:53] </w:t>
      </w:r>
      <w:r>
        <w:t>because their thinking was based on negative reaction. so they became rebel, they became negative thinker.</w:t>
      </w:r>
    </w:p>
    <w:p>
      <w:pPr>
        <w:jc w:val="right"/>
      </w:pPr>
      <w:r>
        <w:t>بیکاز دیر تھنکنگ واز بیسڈ ان نیگیٹیو ری ایکشن۔ سو دے بیکم ریبل، دے بیکم نیگیٹیو تھنکر۔</w:t>
      </w:r>
    </w:p>
    <w:p>
      <w:r>
        <w:rPr>
          <w:b/>
        </w:rPr>
        <w:t xml:space="preserve">[24:09] </w:t>
      </w:r>
      <w:r>
        <w:t>But Prophet Islam was not rebel. You cannot say that he was rebel. He was positive thinker.</w:t>
      </w:r>
    </w:p>
    <w:p>
      <w:pPr>
        <w:jc w:val="right"/>
      </w:pPr>
      <w:r>
        <w:t>بٹ پرافٹ اسلام واز ناٹ ریبل۔ یو کین ناٹ سے دیٹ ہی واز ریبل۔ ہی واز پوزیٹیو تھنکر۔</w:t>
      </w:r>
    </w:p>
    <w:p>
      <w:r>
        <w:rPr>
          <w:b/>
        </w:rPr>
        <w:t xml:space="preserve">[24:17] </w:t>
      </w:r>
      <w:r>
        <w:t>he was positive thinker from the from very from the very first day. positive thinker, positive revolutionary,</w:t>
      </w:r>
    </w:p>
    <w:p>
      <w:pPr>
        <w:jc w:val="right"/>
      </w:pPr>
      <w:r>
        <w:t>ہی واز پوزیٹیو تھنکر فرام دا فرام ویری فرام دا ویری فرسٹ ڈے۔ پوزیٹیو تھنکر، پوزیٹیو ریولوشنری،</w:t>
      </w:r>
    </w:p>
    <w:p>
      <w:r>
        <w:rPr>
          <w:b/>
        </w:rPr>
        <w:t xml:space="preserve">[24:29] </w:t>
      </w:r>
      <w:r>
        <w:t>while all other leaders were negative thinkers, negative revolutionaries. So the last was that.</w:t>
      </w:r>
    </w:p>
    <w:p>
      <w:pPr>
        <w:jc w:val="right"/>
      </w:pPr>
      <w:r>
        <w:t>وائل ال ادر لیڈرز ویر نیگیٹیو تھنکر، نیگیٹیو ریولوشنری۔ سو دا لاسٹ واز داٹ۔</w:t>
      </w:r>
    </w:p>
    <w:p>
      <w:r>
        <w:rPr>
          <w:b/>
        </w:rPr>
        <w:t xml:space="preserve">[24:41] </w:t>
      </w:r>
      <w:r>
        <w:t>the last was that revolution</w:t>
      </w:r>
    </w:p>
    <w:p>
      <w:pPr>
        <w:jc w:val="right"/>
      </w:pPr>
      <w:r>
        <w:t>دا لاسٹ واز دیٹ ریولوشن</w:t>
      </w:r>
    </w:p>
    <w:p>
      <w:r>
        <w:rPr>
          <w:b/>
        </w:rPr>
        <w:t xml:space="preserve">[24:48] </w:t>
      </w:r>
      <w:r>
        <w:t>failed to find the first generation to build the required society.</w:t>
      </w:r>
    </w:p>
    <w:p>
      <w:pPr>
        <w:jc w:val="right"/>
      </w:pPr>
      <w:r>
        <w:t>فیل ٹو فائنڈ دا فرسٹ جنریشن ٹو بلڈ دا ریکوائرڈ سوسائٹی۔</w:t>
      </w:r>
    </w:p>
    <w:p>
      <w:r>
        <w:rPr>
          <w:b/>
        </w:rPr>
        <w:t xml:space="preserve">[25:01] </w:t>
      </w:r>
      <w:r>
        <w:t>This was the unique formula applied by the Prophet of Islam. Then I would like to give some more examples.</w:t>
      </w:r>
    </w:p>
    <w:p>
      <w:pPr>
        <w:jc w:val="right"/>
      </w:pPr>
      <w:r>
        <w:t>دس واز دا یونیک فارمولا اپلائیڈ بائی دا پرافٹ اف اسلام۔ دین ائی وڈ لائک ٹو گیو سم مور ایگزامپل۔</w:t>
      </w:r>
    </w:p>
    <w:p>
      <w:r>
        <w:rPr>
          <w:b/>
        </w:rPr>
        <w:t xml:space="preserve">[25:15] </w:t>
      </w:r>
      <w:r>
        <w:t>you see, when Prophet started his mission and adopted this formula, and he avoided the problems and availed the opportunities</w:t>
      </w:r>
    </w:p>
    <w:p>
      <w:pPr>
        <w:jc w:val="right"/>
      </w:pPr>
      <w:r>
        <w:t>یو سی، وین پرافٹ اسٹارٹڈ ہز مشن اینڈ اڈاپٹڈ دس فارمولا، اینڈ ہی اوائڈ دا پرابلم اینڈ اویل دا اپرچونیٹیز</w:t>
      </w:r>
    </w:p>
    <w:p>
      <w:r>
        <w:rPr>
          <w:b/>
        </w:rPr>
        <w:t xml:space="preserve">[25:32] </w:t>
      </w:r>
      <w:r>
        <w:t>by following this formula, he</w:t>
      </w:r>
    </w:p>
    <w:p>
      <w:pPr>
        <w:jc w:val="right"/>
      </w:pPr>
      <w:r>
        <w:t>بائی فالونگ دس فارمولا، ہی</w:t>
      </w:r>
    </w:p>
    <w:p>
      <w:r>
        <w:rPr>
          <w:b/>
        </w:rPr>
        <w:t xml:space="preserve">[25:42] </w:t>
      </w:r>
      <w:r>
        <w:t>he successful, he he successfully</w:t>
      </w:r>
    </w:p>
    <w:p>
      <w:pPr>
        <w:jc w:val="right"/>
      </w:pPr>
      <w:r>
        <w:t>ہی سکسیس فل، ہی ہی سکسیس فلی</w:t>
      </w:r>
    </w:p>
    <w:p>
      <w:r>
        <w:rPr>
          <w:b/>
        </w:rPr>
        <w:t xml:space="preserve">[25:48] </w:t>
      </w:r>
      <w:r>
        <w:t>carried his mission in Mecca. and within thirty years, he was able to extract all the good people, all those people, all those persons</w:t>
      </w:r>
    </w:p>
    <w:p>
      <w:pPr>
        <w:jc w:val="right"/>
      </w:pPr>
      <w:r>
        <w:t>کیریڈ ہز مشن ان مکہ۔ اینڈ ودن تھرٹی ایئرز، ہی واز ایبل ٹو ایکسٹریکٹ ال دا گڈ پیپل، ال دوز پیپل، ال دوز پرسنز</w:t>
      </w:r>
    </w:p>
    <w:p>
      <w:r>
        <w:rPr>
          <w:b/>
        </w:rPr>
        <w:t xml:space="preserve">[26:04] </w:t>
      </w:r>
      <w:r>
        <w:t>who, were sincere, who, were serious, who, were seeker of truth. they accepted his mission, his message.</w:t>
      </w:r>
    </w:p>
    <w:p>
      <w:pPr>
        <w:jc w:val="right"/>
      </w:pPr>
      <w:r>
        <w:t>ہو، ویر سنسیر، ہو، ویر سیریس، ہو، ویر سیکر اف ٹروتھ۔ دے ایکسیپٹڈ ہز مشن، ہز میسج۔</w:t>
      </w:r>
    </w:p>
    <w:p>
      <w:r>
        <w:rPr>
          <w:b/>
        </w:rPr>
        <w:t xml:space="preserve">[26:19] </w:t>
      </w:r>
      <w:r>
        <w:t>they became his followers.</w:t>
      </w:r>
    </w:p>
    <w:p>
      <w:pPr>
        <w:jc w:val="right"/>
      </w:pPr>
      <w:r>
        <w:t>دے بیکم ہز فالوورز۔</w:t>
      </w:r>
    </w:p>
    <w:p>
      <w:r>
        <w:rPr>
          <w:b/>
        </w:rPr>
        <w:t xml:space="preserve">[26:24] </w:t>
      </w:r>
      <w:r>
        <w:t>so this was a break of this kind of formula.</w:t>
      </w:r>
    </w:p>
    <w:p>
      <w:pPr>
        <w:jc w:val="right"/>
      </w:pPr>
      <w:r>
        <w:t>سو دس واز ا بریکل اف دس کائنڈ اف فارمولا۔</w:t>
      </w:r>
    </w:p>
    <w:p>
      <w:r>
        <w:rPr>
          <w:b/>
        </w:rPr>
        <w:t xml:space="preserve">[26:30] </w:t>
      </w:r>
      <w:r>
        <w:t>this formula was given in the Quran in these words: "Al-husna khair". which is the best?</w:t>
      </w:r>
    </w:p>
    <w:p>
      <w:pPr>
        <w:jc w:val="right"/>
      </w:pPr>
      <w:r>
        <w:t>دس فارمولا واز گیون ان دا قران ان دیز ورڈز: "الحسن خیر"۔ وچ از دا بیسٹ؟</w:t>
      </w:r>
    </w:p>
    <w:p>
      <w:r>
        <w:rPr>
          <w:b/>
        </w:rPr>
        <w:t xml:space="preserve">[26:41] </w:t>
      </w:r>
      <w:r>
        <w:t>which is the best? here i would like to say that all the thinkers, all the leaders,</w:t>
      </w:r>
    </w:p>
    <w:p>
      <w:pPr>
        <w:jc w:val="right"/>
      </w:pPr>
      <w:r>
        <w:t>وچ از دا بیسٹ؟ ہیر ائی وڈ لائک ٹو سے دیٹ ال دا تھنکرز، ال دا لیڈرز،</w:t>
      </w:r>
    </w:p>
    <w:p>
      <w:r>
        <w:rPr>
          <w:b/>
        </w:rPr>
        <w:t xml:space="preserve">[26:55] </w:t>
      </w:r>
      <w:r>
        <w:t>were were believers of a mistaken notion, they always said that, for example, European thinkers said, said that "freedom is summum bonum".</w:t>
      </w:r>
    </w:p>
    <w:p>
      <w:pPr>
        <w:jc w:val="right"/>
      </w:pPr>
      <w:r>
        <w:t>ویر ویر بیلیورز اف ا مسٹیکن نوشن، دے الویز سیڈ دیٹ، فار ایگزامپل، یورپین تھنکر سیڈ، سیڈ دیٹ "فریڈم از سمم بونم"۔</w:t>
      </w:r>
    </w:p>
    <w:p>
      <w:r>
        <w:rPr>
          <w:b/>
        </w:rPr>
        <w:t xml:space="preserve">[27:18] </w:t>
      </w:r>
      <w:r>
        <w:t>"freedom is summum bonum". some say that "justice is summum bonum". some say that "economic equality is summum bonum".</w:t>
      </w:r>
    </w:p>
    <w:p>
      <w:pPr>
        <w:jc w:val="right"/>
      </w:pPr>
      <w:r>
        <w:t>"فریڈم از سمم بونم"۔ سم سے دیٹ "جسٹس از سمم بونم"۔ سم سے دیٹ "اکنامک ایکولٹی از سمم بونم"۔</w:t>
      </w:r>
    </w:p>
    <w:p>
      <w:r>
        <w:rPr>
          <w:b/>
        </w:rPr>
        <w:t xml:space="preserve">[27:34] </w:t>
      </w:r>
      <w:r>
        <w:t>so all these people have adopted some other thing that is according to them, according to their thinking, summum bonum.</w:t>
      </w:r>
    </w:p>
    <w:p>
      <w:pPr>
        <w:jc w:val="right"/>
      </w:pPr>
      <w:r>
        <w:t>سو ال دیز پیپل ہیو اڈاپٹڈ سم ادر تھنگ دیٹ از اکارڈنگ ٹو دین، اکارڈنگ ٹو دیر تھنکنگ، سمم بونم۔</w:t>
      </w:r>
    </w:p>
    <w:p>
      <w:r>
        <w:rPr>
          <w:b/>
        </w:rPr>
        <w:t xml:space="preserve">[27:43] </w:t>
      </w:r>
      <w:r>
        <w:t>but these kinds cannot be summum bonum. summum bonum means highest good. Quran says that only one thing is summum bonum, that is peace.</w:t>
      </w:r>
    </w:p>
    <w:p>
      <w:pPr>
        <w:jc w:val="right"/>
      </w:pPr>
      <w:r>
        <w:t>بٹ دیز کائنڈز کین ناٹ بی سمم بونم۔ سمم بونم مینز ہائیسٹ گڈ۔ قران سیز دیٹ اونلی ون تھنگ از سمم بونم، دیٹ از پیس۔</w:t>
      </w:r>
    </w:p>
    <w:p>
      <w:r>
        <w:rPr>
          <w:b/>
        </w:rPr>
        <w:t xml:space="preserve">[27:56] </w:t>
      </w:r>
      <w:r>
        <w:t>"Al-husna khair". peace is summum bonum.</w:t>
      </w:r>
    </w:p>
    <w:p>
      <w:pPr>
        <w:jc w:val="right"/>
      </w:pPr>
      <w:r>
        <w:t>"الحسن خیر"۔ پیس از سمم بونم۔</w:t>
      </w:r>
    </w:p>
    <w:p>
      <w:r>
        <w:rPr>
          <w:b/>
        </w:rPr>
        <w:t xml:space="preserve">[28:02] </w:t>
      </w:r>
      <w:r>
        <w:t>"freedom is not summum bonum". why? because when you want, when you say this "freedom is summum bonum", to then from the first</w:t>
      </w:r>
    </w:p>
    <w:p>
      <w:pPr>
        <w:jc w:val="right"/>
      </w:pPr>
      <w:r>
        <w:t>"فریڈم از ناٹ سمم بونم"۔ وائی؟ بیکاز وین یو وان، وین یو سے دس "فریڈم از سمم بونم"، تو دین فرام دا فرسٹ</w:t>
      </w:r>
    </w:p>
    <w:p>
      <w:r>
        <w:rPr>
          <w:b/>
        </w:rPr>
        <w:t xml:space="preserve">[28:17] </w:t>
      </w:r>
      <w:r>
        <w:t>day, you can, you can, you have to adopt confrontational approach.</w:t>
      </w:r>
    </w:p>
    <w:p>
      <w:pPr>
        <w:jc w:val="right"/>
      </w:pPr>
      <w:r>
        <w:t>ڈے، یو کین، یو کین، یو ہیو ٹو اڈاپٹ کنٹریفرٹیشنل اپروچ۔</w:t>
      </w:r>
    </w:p>
    <w:p>
      <w:r>
        <w:rPr>
          <w:b/>
        </w:rPr>
        <w:t xml:space="preserve">[28:28] </w:t>
      </w:r>
      <w:r>
        <w:t>for example, in India, our leaders said that, that</w:t>
      </w:r>
    </w:p>
    <w:p>
      <w:pPr>
        <w:jc w:val="right"/>
      </w:pPr>
      <w:r>
        <w:t>فار ایگزامپل، ان انڈیا، ہم اور لیڈرز سیڈ دیٹ، دیٹ</w:t>
      </w:r>
    </w:p>
    <w:p>
      <w:r>
        <w:rPr>
          <w:b/>
        </w:rPr>
        <w:t xml:space="preserve">[28:37] </w:t>
      </w:r>
      <w:r>
        <w:t>"freedom slavery" or "freedom choose" between the two. so our freedom was under the control of Britishers. so when we said that "freedom is summum bonum", we have to confront with Britishers.</w:t>
      </w:r>
    </w:p>
    <w:p>
      <w:pPr>
        <w:jc w:val="right"/>
      </w:pPr>
      <w:r>
        <w:t>"فریڈم سلیوری" اور "فریڈم چوز" بٹوین دا ٹو۔ سو اور فریڈم واز انڈر دا کنٹرول اف برٹشرز۔ سو وین وی سیڈ دیٹ "فریڈم از سمم بونم"، وی ہیو ٹو کنفرنٹ ود برٹشرز۔</w:t>
      </w:r>
    </w:p>
    <w:p>
      <w:r>
        <w:rPr>
          <w:b/>
        </w:rPr>
        <w:t xml:space="preserve">[28:54] </w:t>
      </w:r>
      <w:r>
        <w:t>without removing British rule, there was no freedom.</w:t>
      </w:r>
    </w:p>
    <w:p>
      <w:pPr>
        <w:jc w:val="right"/>
      </w:pPr>
      <w:r>
        <w:t>وداؤٹ ریموونگ برٹش رول، دیر واز نو فریڈم۔</w:t>
      </w:r>
    </w:p>
    <w:p>
      <w:r>
        <w:rPr>
          <w:b/>
        </w:rPr>
        <w:t xml:space="preserve">[29:00] </w:t>
      </w:r>
      <w:r>
        <w:t>so for achieving the political freedom, we adopted the confrontational method from the very first beginning.</w:t>
      </w:r>
    </w:p>
    <w:p>
      <w:pPr>
        <w:jc w:val="right"/>
      </w:pPr>
      <w:r>
        <w:t>سو فار اچیونگ دا پولیٹیکل فریڈم، وی اڈاپٹڈ دا کنفرنٹیشنل میتھڈ فرام دا ویری فرسٹ بگننگ۔</w:t>
      </w:r>
    </w:p>
    <w:p>
      <w:r>
        <w:rPr>
          <w:b/>
        </w:rPr>
        <w:t xml:space="preserve">[29:16] </w:t>
      </w:r>
      <w:r>
        <w:t>but but but Quran gives us</w:t>
      </w:r>
    </w:p>
    <w:p>
      <w:pPr>
        <w:jc w:val="right"/>
      </w:pPr>
      <w:r>
        <w:t>بٹ بٹ بٹ قران گیوز اس</w:t>
      </w:r>
    </w:p>
    <w:p>
      <w:r>
        <w:rPr>
          <w:b/>
        </w:rPr>
        <w:t xml:space="preserve">[29:20] </w:t>
      </w:r>
      <w:r>
        <w:t>other other different formula that "peace is the summum bonum". it means that you have to ignore all those problems, freedom or anything.</w:t>
      </w:r>
    </w:p>
    <w:p>
      <w:pPr>
        <w:jc w:val="right"/>
      </w:pPr>
      <w:r>
        <w:t>ادر ادر ڈفرنٹ فارمولا دیٹ "پیس از دا سمم بونم"۔ اٹ مینز دیٹ یو ہیو ٹو اگنور ال دوز پرابلمز، فریڈم اور اینی تھنگ۔</w:t>
      </w:r>
    </w:p>
    <w:p>
      <w:r>
        <w:rPr>
          <w:b/>
        </w:rPr>
        <w:t xml:space="preserve">[29:37] </w:t>
      </w:r>
      <w:r>
        <w:t>so it means that in all other issues, you have to accept the status quo.</w:t>
      </w:r>
    </w:p>
    <w:p>
      <w:pPr>
        <w:jc w:val="right"/>
      </w:pPr>
      <w:r>
        <w:t>سو اٹ مینز دیٹ ان ال ادر ایشوز، یو ہیو ٹو ایکسیپٹ دا اسٹیٹس کو۔</w:t>
      </w:r>
    </w:p>
    <w:p>
      <w:r>
        <w:rPr>
          <w:b/>
        </w:rPr>
        <w:t xml:space="preserve">[29:46] </w:t>
      </w:r>
      <w:r>
        <w:t>"Al-husna khair" means you have to accept the status quo about all the other issues, so that you find peace.</w:t>
      </w:r>
    </w:p>
    <w:p>
      <w:pPr>
        <w:jc w:val="right"/>
      </w:pPr>
      <w:r>
        <w:t>"الحسن خیر" مینز یو ہیو ٹو ایکسیپٹ دا اسٹیٹس کو اباؤٹ ال دا ادر ایشوز، سو دیٹ یو فائنڈ پیس۔</w:t>
      </w:r>
    </w:p>
    <w:p>
      <w:r>
        <w:rPr>
          <w:b/>
        </w:rPr>
        <w:t xml:space="preserve">[29:59] </w:t>
      </w:r>
      <w:r>
        <w:t>for example, when prophet of Islam accepted the status quo</w:t>
      </w:r>
    </w:p>
    <w:p>
      <w:pPr>
        <w:jc w:val="right"/>
      </w:pPr>
      <w:r>
        <w:t>فار ایگزامپل، وین پرافٹ اف اسلام ایکسیپٹڈ دا اسٹیٹس کو</w:t>
      </w:r>
    </w:p>
    <w:p>
      <w:r>
        <w:rPr>
          <w:b/>
        </w:rPr>
        <w:t xml:space="preserve">[30:06] </w:t>
      </w:r>
      <w:r>
        <w:t>in Kaaba, at the time, there were 600, 360 idols. so this was the status quo.</w:t>
      </w:r>
    </w:p>
    <w:p>
      <w:pPr>
        <w:jc w:val="right"/>
      </w:pPr>
      <w:r>
        <w:t>ان کعبہ، ایٹ دا ٹائم، دیر وار 600، 360 ائیڈلز۔ سو دس واز دا اسٹیٹس کو۔</w:t>
      </w:r>
    </w:p>
    <w:p>
      <w:r>
        <w:rPr>
          <w:b/>
        </w:rPr>
        <w:t xml:space="preserve">[30:17] </w:t>
      </w:r>
      <w:r>
        <w:t>The presence of idol, presence of 360 idols was status quo. So when prophet accepted this status quo,</w:t>
      </w:r>
    </w:p>
    <w:p>
      <w:pPr>
        <w:jc w:val="right"/>
      </w:pPr>
      <w:r>
        <w:t>دا پریزنس اف ائیڈل، پریزنس اف 360 ائیڈلز واز اسٹیٹس کو۔ سو وین پرافٹ ایکسیپٹڈ دس اسٹیٹس کو،</w:t>
      </w:r>
    </w:p>
    <w:p>
      <w:r>
        <w:rPr>
          <w:b/>
        </w:rPr>
        <w:t xml:space="preserve">[30:27] </w:t>
      </w:r>
      <w:r>
        <w:t>he achieved peace. simple formula to achieve peace is that accept the status quo, and there is peace</w:t>
      </w:r>
    </w:p>
    <w:p>
      <w:pPr>
        <w:jc w:val="right"/>
      </w:pPr>
      <w:r>
        <w:t>ہی اچیوڈ پیس۔ سمپل فارمولا ٹو اچیو پیس از دیٹ ایکسیپٹ دا اسٹیٹس کو، اینڈ دیر از پیس</w:t>
      </w:r>
    </w:p>
    <w:p>
      <w:r>
        <w:rPr>
          <w:b/>
        </w:rPr>
        <w:t xml:space="preserve">[30:41] </w:t>
      </w:r>
      <w:r>
        <w:t>without fighting. This was the formula of prophet of Islam. He said that peace is the summ bonum.</w:t>
      </w:r>
    </w:p>
    <w:p>
      <w:pPr>
        <w:jc w:val="right"/>
      </w:pPr>
      <w:r>
        <w:t>وداؤٹ فائٹنگ۔ دس واز دا فارمولا اف پرافٹ اف اسلام۔ ہی سیڈ دیٹ پیس از دا سمم بونم۔</w:t>
      </w:r>
    </w:p>
    <w:p>
      <w:r>
        <w:rPr>
          <w:b/>
        </w:rPr>
        <w:t xml:space="preserve">[30:52] </w:t>
      </w:r>
      <w:r>
        <w:t>peace is the highest good. all other things are secondary.</w:t>
      </w:r>
    </w:p>
    <w:p>
      <w:pPr>
        <w:jc w:val="right"/>
      </w:pPr>
      <w:r>
        <w:t>پیس از دا ہائیسٹ گڈ۔ ال ادر تھنگز ار سیکنڈری۔</w:t>
      </w:r>
    </w:p>
    <w:p>
      <w:r>
        <w:rPr>
          <w:b/>
        </w:rPr>
        <w:t xml:space="preserve">[31:00] </w:t>
      </w:r>
      <w:r>
        <w:t>so in all other issues, you have to accept the status quo, and then there is peace.</w:t>
      </w:r>
    </w:p>
    <w:p>
      <w:pPr>
        <w:jc w:val="right"/>
      </w:pPr>
      <w:r>
        <w:t>سو ان ال ادر ایشوز، یو ہیو ٹو ایکسیپٹ دی اسٹیٹس کو، اینڈ دین دیر از پیس۔</w:t>
      </w:r>
    </w:p>
    <w:p>
      <w:r>
        <w:rPr>
          <w:b/>
        </w:rPr>
        <w:t xml:space="preserve">[31:09] </w:t>
      </w:r>
      <w:r>
        <w:t>you know, when the prophet of Islam was faced atrocities in Mecca, even they wanted to kill him, then he</w:t>
      </w:r>
    </w:p>
    <w:p>
      <w:pPr>
        <w:jc w:val="right"/>
      </w:pPr>
      <w:r>
        <w:t>یو نو، وین دا پرافٹ اف اسلام واز فیسڈ ایٹراسٹیز ان مکہ، ایون دے وانٹڈ ٹو کل ہم، دین ہی</w:t>
      </w:r>
    </w:p>
    <w:p>
      <w:r>
        <w:rPr>
          <w:b/>
        </w:rPr>
        <w:t xml:space="preserve">[31:21] </w:t>
      </w:r>
      <w:r>
        <w:t>he decided to leave Mecca and settle in Medina.</w:t>
      </w:r>
    </w:p>
    <w:p>
      <w:pPr>
        <w:jc w:val="right"/>
      </w:pPr>
      <w:r>
        <w:t>ہی ڈیسائیڈڈ ٹو لیو مکہ اینڈ سیٹل ان مدینہ۔</w:t>
      </w:r>
    </w:p>
    <w:p>
      <w:r>
        <w:rPr>
          <w:b/>
        </w:rPr>
        <w:t xml:space="preserve">[31:27] </w:t>
      </w:r>
      <w:r>
        <w:t>so he avoided confrontation. they wanted to kill Prophet Muhammad, but he avoided confrontation.</w:t>
      </w:r>
    </w:p>
    <w:p>
      <w:pPr>
        <w:jc w:val="right"/>
      </w:pPr>
      <w:r>
        <w:t>سو ہی اوائڈڈ کنفرنٹیشن۔ دے وانٹڈ ٹو کل پرافٹ اف محمد، بٹ ہی اوائڈڈ کنفرنٹیشن۔</w:t>
      </w:r>
    </w:p>
    <w:p>
      <w:r>
        <w:rPr>
          <w:b/>
        </w:rPr>
        <w:t xml:space="preserve">[31:41] </w:t>
      </w:r>
      <w:r>
        <w:t>he</w:t>
      </w:r>
    </w:p>
    <w:p>
      <w:pPr>
        <w:jc w:val="right"/>
      </w:pPr>
      <w:r>
        <w:t>ہی</w:t>
      </w:r>
    </w:p>
    <w:p>
      <w:r>
        <w:rPr>
          <w:b/>
        </w:rPr>
        <w:t xml:space="preserve">[31:45] </w:t>
      </w:r>
      <w:r>
        <w:t>left Mecca and settle in Medina. So there was no confrontation. By simple way of migration, he again was able to achieve peace.</w:t>
      </w:r>
    </w:p>
    <w:p>
      <w:pPr>
        <w:jc w:val="right"/>
      </w:pPr>
      <w:r>
        <w:t>لیفٹ مکہ اینڈ سیٹل ان مدینہ۔ سو دیر واز نو کنفرنٹیشن۔ بائی سمپل وے اف مائیگریشن، ہی اگین واز ایبل ٹو اچیو پیس۔</w:t>
      </w:r>
    </w:p>
    <w:p>
      <w:r>
        <w:rPr>
          <w:b/>
        </w:rPr>
        <w:t xml:space="preserve">[31:59] </w:t>
      </w:r>
      <w:r>
        <w:t>achieve peace.</w:t>
      </w:r>
    </w:p>
    <w:p>
      <w:pPr>
        <w:jc w:val="right"/>
      </w:pPr>
      <w:r>
        <w:t>اچیو پیس۔</w:t>
      </w:r>
    </w:p>
    <w:p>
      <w:r>
        <w:rPr>
          <w:b/>
        </w:rPr>
        <w:t xml:space="preserve">[32:03] </w:t>
      </w:r>
      <w:r>
        <w:t>then when he settle in Medina, then Mecca people wanted to. their Mecca people war against prophet Islam.</w:t>
      </w:r>
    </w:p>
    <w:p>
      <w:pPr>
        <w:jc w:val="right"/>
      </w:pPr>
      <w:r>
        <w:t>دین وین ہی سیٹل ان مدینہ، دین مکہ پیپل وانٹڈ ٹو۔ دیر مکہ پیپل وار اگینسٹ پرافٹ اسلام۔</w:t>
      </w:r>
    </w:p>
    <w:p>
      <w:r>
        <w:rPr>
          <w:b/>
        </w:rPr>
        <w:t xml:space="preserve">[32:16] </w:t>
      </w:r>
      <w:r>
        <w:t>there waz battle of Badr, battle of Uhud. but</w:t>
      </w:r>
    </w:p>
    <w:p>
      <w:pPr>
        <w:jc w:val="right"/>
      </w:pPr>
      <w:r>
        <w:t>دیر واز بیٹل اف بدر، بیٹل اف احد۔ بٹ</w:t>
      </w:r>
    </w:p>
    <w:p>
      <w:r>
        <w:rPr>
          <w:b/>
        </w:rPr>
        <w:t xml:space="preserve">[32:20] </w:t>
      </w:r>
      <w:r>
        <w:t>after some, after some skirmish, these were not war.</w:t>
      </w:r>
    </w:p>
    <w:p>
      <w:pPr>
        <w:jc w:val="right"/>
      </w:pPr>
      <w:r>
        <w:t>افٹر سم، افٹر سم اسکرمیشن، دیز وار، دیز ویر ناٹ وار۔</w:t>
      </w:r>
    </w:p>
    <w:p>
      <w:r>
        <w:rPr>
          <w:b/>
        </w:rPr>
        <w:t xml:space="preserve">[32:29] </w:t>
      </w:r>
      <w:r>
        <w:t>it was skirmish. he settle the peace. he adopted, he accepted all those conditions they wanted.</w:t>
      </w:r>
    </w:p>
    <w:p>
      <w:pPr>
        <w:jc w:val="right"/>
      </w:pPr>
      <w:r>
        <w:t>اٹ واز اسکرمیشن۔ ہی سیٹل دا پیس۔ ہی اڈاپٹڈ، ہی ایکسیپٹڈ ال دوز کنڈیشنز دے وانٹڈ۔</w:t>
      </w:r>
    </w:p>
    <w:p>
      <w:r>
        <w:rPr>
          <w:b/>
        </w:rPr>
        <w:t xml:space="preserve">[32:44] </w:t>
      </w:r>
      <w:r>
        <w:t>he never adopted the confrontational method. he said that he accepted all the conditions laid down by Mecca people.</w:t>
      </w:r>
    </w:p>
    <w:p>
      <w:pPr>
        <w:jc w:val="right"/>
      </w:pPr>
      <w:r>
        <w:t>ہی نیور اڈاپٹڈ دا کنفرنٹیشنل میتھڈ۔ ہی سیڈ دیٹ ہی ایکسیپٹڈ ال دا کنڈیشنز لیڈ ڈاؤن بائی مکہ پیپل۔</w:t>
      </w:r>
    </w:p>
    <w:p>
      <w:r>
        <w:rPr>
          <w:b/>
        </w:rPr>
        <w:t xml:space="preserve">[33:01] </w:t>
      </w:r>
      <w:r>
        <w:t>then there waz a agreement, peace treaty of called Hudaybiyyah principle. it waz a peace treaty.</w:t>
      </w:r>
    </w:p>
    <w:p>
      <w:pPr>
        <w:jc w:val="right"/>
      </w:pPr>
      <w:r>
        <w:t>دین دیر واز ا ایگریمنٹ، پیس ٹریٹی اف کالڈ حدیبیہ پرنسپل۔ اٹ واز ا پیس ٹریٹی۔</w:t>
      </w:r>
    </w:p>
    <w:p>
      <w:r>
        <w:rPr>
          <w:b/>
        </w:rPr>
        <w:t xml:space="preserve">[33:13] </w:t>
      </w:r>
      <w:r>
        <w:t>it was no war pact. So again, he by accepting their conditions, he</w:t>
      </w:r>
    </w:p>
    <w:p>
      <w:pPr>
        <w:jc w:val="right"/>
      </w:pPr>
      <w:r>
        <w:t>اٹ واز نو وار پیکٹ۔ سو اگین، ہی بائی ایکسیپٹنگ دیر کنڈیشنز، ہی</w:t>
      </w:r>
    </w:p>
    <w:p>
      <w:r>
        <w:rPr>
          <w:b/>
        </w:rPr>
        <w:t xml:space="preserve">[33:25] </w:t>
      </w:r>
      <w:r>
        <w:t>He was able to establish peace. To the formula of prophet of Islam was that peace is the summ bonum.</w:t>
      </w:r>
    </w:p>
    <w:p>
      <w:pPr>
        <w:jc w:val="right"/>
      </w:pPr>
      <w:r>
        <w:t>ہی واز ایبل ٹو اسٹیبلش پیس۔ تو دا فارمولا اف پرافٹ اف اسلام واز دیٹ پیس از دا سمم بونم۔</w:t>
      </w:r>
    </w:p>
    <w:p>
      <w:r>
        <w:rPr>
          <w:b/>
        </w:rPr>
        <w:t xml:space="preserve">[33:40] </w:t>
      </w:r>
      <w:r>
        <w:t>all other things are</w:t>
      </w:r>
    </w:p>
    <w:p>
      <w:pPr>
        <w:jc w:val="right"/>
      </w:pPr>
      <w:r>
        <w:t>ال ادر تھنگز ار</w:t>
      </w:r>
    </w:p>
    <w:p>
      <w:r>
        <w:rPr>
          <w:b/>
        </w:rPr>
        <w:t xml:space="preserve">[33:42] </w:t>
      </w:r>
      <w:r>
        <w:t>secondary. all the issues are secondary. so you have to accept the status quo in all in other issues.</w:t>
      </w:r>
    </w:p>
    <w:p>
      <w:pPr>
        <w:jc w:val="right"/>
      </w:pPr>
      <w:r>
        <w:t>سیکنڈری۔ ال دا ایشوز ار سیکنڈری۔ سو یو ہیو ٹو ایکسیپٹ دا اسٹیٹس کو ان ال ان ادر ایشوز۔</w:t>
      </w:r>
    </w:p>
    <w:p>
      <w:r>
        <w:rPr>
          <w:b/>
        </w:rPr>
        <w:t xml:space="preserve">[33:53] </w:t>
      </w:r>
      <w:r>
        <w:t>then there is peace. if you are ready to accept</w:t>
      </w:r>
    </w:p>
    <w:p>
      <w:pPr>
        <w:jc w:val="right"/>
      </w:pPr>
      <w:r>
        <w:t>دین دیر از پیس۔ اف یو ار ریڈی ٹو ایکسیپٹ</w:t>
      </w:r>
    </w:p>
    <w:p>
      <w:r>
        <w:rPr>
          <w:b/>
        </w:rPr>
        <w:t xml:space="preserve">[34:01] </w:t>
      </w:r>
      <w:r>
        <w:t>status quo in other issues, then there is peace. then there is peace.</w:t>
      </w:r>
    </w:p>
    <w:p>
      <w:pPr>
        <w:jc w:val="right"/>
      </w:pPr>
      <w:r>
        <w:t>اسٹیٹس کو ان ادر ایشوز، دین دیر از پیس۔ دین دیر از پیس۔</w:t>
      </w:r>
    </w:p>
    <w:p>
      <w:r>
        <w:rPr>
          <w:b/>
        </w:rPr>
        <w:t xml:space="preserve">[34:13] </w:t>
      </w:r>
      <w:r>
        <w:t>So this was the formula of the Prophet of Islam. And because of this, I said that others were</w:t>
      </w:r>
    </w:p>
    <w:p>
      <w:pPr>
        <w:jc w:val="right"/>
      </w:pPr>
      <w:r>
        <w:t>سو دس واز دا فارمولا اف پرافٹ اف اسلام۔ اینڈ بیکاز اف دس، ائی سیڈ دیٹ ادر ویر</w:t>
      </w:r>
    </w:p>
    <w:p>
      <w:r>
        <w:rPr>
          <w:b/>
        </w:rPr>
        <w:t xml:space="preserve">[34:23] </w:t>
      </w:r>
      <w:r>
        <w:t>were negative revolutionary, and prophet of Islam was positive revolutionary.</w:t>
      </w:r>
    </w:p>
    <w:p>
      <w:pPr>
        <w:jc w:val="right"/>
      </w:pPr>
      <w:r>
        <w:t>ویر نیگیٹیو ریولیشنری، اینڈ پرافٹ اف اسلام واز پوزیٹیو ریولیشنری۔</w:t>
      </w:r>
    </w:p>
    <w:p>
      <w:r>
        <w:rPr>
          <w:b/>
        </w:rPr>
        <w:t xml:space="preserve">[34:33] </w:t>
      </w:r>
      <w:r>
        <w:t>so by adopting this formula, it became possible to use the first generation to rebuild the society.</w:t>
      </w:r>
    </w:p>
    <w:p>
      <w:pPr>
        <w:jc w:val="right"/>
      </w:pPr>
      <w:r>
        <w:t>سو بائی اڈاپٹنگ دس فارمولا، اٹ بیکم پوسیبل ٹو یوز دا فرسٹ جنریشن ٹو ریبیل دا سوسائٹی۔</w:t>
      </w:r>
    </w:p>
    <w:p>
      <w:r>
        <w:rPr>
          <w:b/>
        </w:rPr>
        <w:t xml:space="preserve">[34:48] </w:t>
      </w:r>
      <w:r>
        <w:t>my point is that in every movement, in every, in every revelations, there are first generation, and then there are second or third generation.</w:t>
      </w:r>
    </w:p>
    <w:p>
      <w:pPr>
        <w:jc w:val="right"/>
      </w:pPr>
      <w:r>
        <w:t>مائی پوائنٹ از دیٹ ان ایوری موومنٹ، ان ایوری، ان ایوری ریولیشنز، دیر ار فرسٹ جنریشن، اینڈ دین دیر ار سیکنڈ اور تھرڈ جنریشن۔</w:t>
      </w:r>
    </w:p>
    <w:p>
      <w:r>
        <w:rPr>
          <w:b/>
        </w:rPr>
        <w:t xml:space="preserve">[35:06] </w:t>
      </w:r>
      <w:r>
        <w:t>the first generation is spirited generation, is dedicated generation. first generation are those who sacrifice for their mission.</w:t>
      </w:r>
    </w:p>
    <w:p>
      <w:pPr>
        <w:jc w:val="right"/>
      </w:pPr>
      <w:r>
        <w:t>دا فرسٹ جنریشن از اسپیریٹڈ جنریشن، از ڈیڈیکیٹڈ جنریشن۔ فرسٹ جنریشن ار دوز ہو سکریفائس فار دیر مشن۔</w:t>
      </w:r>
    </w:p>
    <w:p>
      <w:r>
        <w:rPr>
          <w:b/>
        </w:rPr>
        <w:t xml:space="preserve">[35:22] </w:t>
      </w:r>
      <w:r>
        <w:t>so they are sincere people. but</w:t>
      </w:r>
    </w:p>
    <w:p>
      <w:pPr>
        <w:jc w:val="right"/>
      </w:pPr>
      <w:r>
        <w:t>سو دے ار سنسیر پیپل۔ بٹ</w:t>
      </w:r>
    </w:p>
    <w:p>
      <w:r>
        <w:rPr>
          <w:b/>
        </w:rPr>
        <w:t xml:space="preserve">[35:30] </w:t>
      </w:r>
      <w:r>
        <w:t>when you adopt that formula, that we have to remove first of all, we have to remove the obstacles.</w:t>
      </w:r>
    </w:p>
    <w:p>
      <w:pPr>
        <w:jc w:val="right"/>
      </w:pPr>
      <w:r>
        <w:t>وین یو اڈاپٹ دیٹ فارمولا، دیٹ وی ہیو ٹو ریموو فرسٹ اف ال، وی ہیو ٹو ریموو دا ابسٹیکلز۔</w:t>
      </w:r>
    </w:p>
    <w:p>
      <w:r>
        <w:rPr>
          <w:b/>
        </w:rPr>
        <w:t xml:space="preserve">[35:39] </w:t>
      </w:r>
      <w:r>
        <w:t>then well, then it is bound to lose the first generation.</w:t>
      </w:r>
    </w:p>
    <w:p>
      <w:pPr>
        <w:jc w:val="right"/>
      </w:pPr>
      <w:r>
        <w:t>دین ویل، دین اٹ از باؤنڈ ٹو لوز دا فرسٹ جنریشن۔</w:t>
      </w:r>
    </w:p>
    <w:p>
      <w:r>
        <w:rPr>
          <w:b/>
        </w:rPr>
        <w:t xml:space="preserve">[35:47] </w:t>
      </w:r>
      <w:r>
        <w:t>because when you, when you,</w:t>
      </w:r>
    </w:p>
    <w:p>
      <w:pPr>
        <w:jc w:val="right"/>
      </w:pPr>
      <w:r>
        <w:t>بیکاز وین یو، وین یو،</w:t>
      </w:r>
    </w:p>
    <w:p>
      <w:r>
        <w:rPr>
          <w:b/>
        </w:rPr>
        <w:t xml:space="preserve">[35:55] </w:t>
      </w:r>
      <w:r>
        <w:t>when you adopt this formula, that first of all, you have to remove the obstacle. all these people</w:t>
      </w:r>
    </w:p>
    <w:p>
      <w:pPr>
        <w:jc w:val="right"/>
      </w:pPr>
      <w:r>
        <w:t>وین یو اڈاپٹ دس فارمولا، دیٹ فرسٹ اف ال، یو ہیو ٹو ریموو دا ابسٹیکل۔ ال دیز پیپل</w:t>
      </w:r>
    </w:p>
    <w:p>
      <w:r>
        <w:rPr>
          <w:b/>
        </w:rPr>
        <w:t xml:space="preserve">[36:08] </w:t>
      </w:r>
      <w:r>
        <w:t>will, will die. because they are not going to live for thousand years.</w:t>
      </w:r>
    </w:p>
    <w:p>
      <w:pPr>
        <w:jc w:val="right"/>
      </w:pPr>
      <w:r>
        <w:t>ول، ول ڈائی۔ بیکاز دے ار ناٹ گوئنگ ٹو لیو فار تھاؤزنڈ ایئرز۔</w:t>
      </w:r>
    </w:p>
    <w:p>
      <w:r>
        <w:rPr>
          <w:b/>
        </w:rPr>
        <w:t xml:space="preserve">[36:19] </w:t>
      </w:r>
      <w:r>
        <w:t>man is not going to live thousand years. everyone, everyone</w:t>
      </w:r>
    </w:p>
    <w:p>
      <w:pPr>
        <w:jc w:val="right"/>
      </w:pPr>
      <w:r>
        <w:t>من از ناٹ گوئنگ ٹو لیو تھاؤزنڈ ایئرز۔ ایوری ون، ایوری ون</w:t>
      </w:r>
    </w:p>
    <w:p>
      <w:r>
        <w:rPr>
          <w:b/>
        </w:rPr>
        <w:t xml:space="preserve">[36:27] </w:t>
      </w:r>
      <w:r>
        <w:t>dies after seventy years, eighty years. so when you adopt this formula, that first of all, we have to remove the obstacles.</w:t>
      </w:r>
    </w:p>
    <w:p>
      <w:pPr>
        <w:jc w:val="right"/>
      </w:pPr>
      <w:r>
        <w:t>ڈائز افٹر سیونٹی ایئرز، ایٹی ایئرز۔ سو وین یو اڈاپٹ دس فارمولا، دیٹ فرسٹ اف ال، وی ہیو ٹو ریموو دا ابسٹیکلز۔</w:t>
      </w:r>
    </w:p>
    <w:p>
      <w:r>
        <w:rPr>
          <w:b/>
        </w:rPr>
        <w:t xml:space="preserve">[36:40] </w:t>
      </w:r>
      <w:r>
        <w:t>you lose the first generation. so in every revolution, they lost the first generation.</w:t>
      </w:r>
    </w:p>
    <w:p>
      <w:pPr>
        <w:jc w:val="right"/>
      </w:pPr>
      <w:r>
        <w:t>یو لوز دا فرسٹ جنریشن۔ سو ان ایوری ریولیشن، دے لاسٹ دا فرسٹ جنریشن۔</w:t>
      </w:r>
    </w:p>
    <w:p>
      <w:r>
        <w:rPr>
          <w:b/>
        </w:rPr>
        <w:t xml:space="preserve">[36:50] </w:t>
      </w:r>
      <w:r>
        <w:t>then only second generation or third generation was left to rebuild the society. and they were not spirited people.</w:t>
      </w:r>
    </w:p>
    <w:p>
      <w:pPr>
        <w:jc w:val="right"/>
      </w:pPr>
      <w:r>
        <w:t>دین اونلی سیکنڈ جنریشن اور تھرڈ جنریشن واز لیفٹ ٹو ریبیل دا سوسائٹی۔ اینڈ دے ویر ناٹ اسپیریٹڈ پیپل۔</w:t>
      </w:r>
    </w:p>
    <w:p>
      <w:r>
        <w:rPr>
          <w:b/>
        </w:rPr>
        <w:t xml:space="preserve">[37:00] </w:t>
      </w:r>
      <w:r>
        <w:t>they were not dedicated people. their first, their first concern was their interest.</w:t>
      </w:r>
    </w:p>
    <w:p>
      <w:pPr>
        <w:jc w:val="right"/>
      </w:pPr>
      <w:r>
        <w:t>دے ویر ناٹ ڈیڈیکیٹڈ پیپل۔ دیر فرسٹ، دیر فرسٹ کنسرن واز دیر انٹرسٹ۔</w:t>
      </w:r>
    </w:p>
    <w:p>
      <w:r>
        <w:rPr>
          <w:b/>
        </w:rPr>
        <w:t xml:space="preserve">[37:09] </w:t>
      </w:r>
      <w:r>
        <w:t>you know, difference between the two. for the first generation, their supreme concern is mission, mission, mission.</w:t>
      </w:r>
    </w:p>
    <w:p>
      <w:pPr>
        <w:jc w:val="right"/>
      </w:pPr>
      <w:r>
        <w:t>یو نو، ڈیفرنس بٹوین دا ٹو۔ فار دا فرسٹ جنریشن، دیر سپریم کنسرن از مشن، مشن، مشن۔</w:t>
      </w:r>
    </w:p>
    <w:p>
      <w:r>
        <w:rPr>
          <w:b/>
        </w:rPr>
        <w:t xml:space="preserve">[37:21] </w:t>
      </w:r>
      <w:r>
        <w:t>but for the second generation or third generation or fourth generation,</w:t>
      </w:r>
    </w:p>
    <w:p>
      <w:pPr>
        <w:jc w:val="right"/>
      </w:pPr>
      <w:r>
        <w:t>بٹ فار دا سیکنڈ جنریشن اور تھرڈ جنریشن اور فورتھ جنریشن،</w:t>
      </w:r>
    </w:p>
    <w:p>
      <w:r>
        <w:rPr>
          <w:b/>
        </w:rPr>
        <w:t xml:space="preserve">[37:28] </w:t>
      </w:r>
      <w:r>
        <w:t>their concern is simply their interest, not mission.</w:t>
      </w:r>
    </w:p>
    <w:p>
      <w:pPr>
        <w:jc w:val="right"/>
      </w:pPr>
      <w:r>
        <w:t>دیر کنسرن از سمپلی دیر انٹرسٹ، ناٹ مشن۔</w:t>
      </w:r>
    </w:p>
    <w:p>
      <w:r>
        <w:rPr>
          <w:b/>
        </w:rPr>
        <w:t xml:space="preserve">[37:35] </w:t>
      </w:r>
      <w:r>
        <w:t>for the first generation, mission is the, mission is their supreme concern. but for the second generation or third generation, there is their interest is the supreme concern.</w:t>
      </w:r>
    </w:p>
    <w:p>
      <w:pPr>
        <w:jc w:val="right"/>
      </w:pPr>
      <w:r>
        <w:t>فار دا فرسٹ جنریشن، مشن از دا، مشن از دیر سپریم کنسرن۔ بٹ فار دا سیکنڈ جنریشن اور تھرڈ جنریشن، دیر از دیر انٹرسٹ از دا سپریم کنسرن۔</w:t>
      </w:r>
    </w:p>
    <w:p>
      <w:r>
        <w:rPr>
          <w:b/>
        </w:rPr>
        <w:t xml:space="preserve">[37:51] </w:t>
      </w:r>
      <w:r>
        <w:t>it is this, it is this reason</w:t>
      </w:r>
    </w:p>
    <w:p>
      <w:pPr>
        <w:jc w:val="right"/>
      </w:pPr>
      <w:r>
        <w:t>اٹ از دس، اٹ از دس ریزن</w:t>
      </w:r>
    </w:p>
    <w:p>
      <w:r>
        <w:rPr>
          <w:b/>
        </w:rPr>
        <w:t xml:space="preserve">[37:56] </w:t>
      </w:r>
      <w:r>
        <w:t>by which you can explain that phenomena, that why all the revolutions were failed. and only one the the prophetic revolution was successful.</w:t>
      </w:r>
    </w:p>
    <w:p>
      <w:pPr>
        <w:jc w:val="right"/>
      </w:pPr>
      <w:r>
        <w:t>بائی وچ یو کین ایکسپلین دیٹ فیناومینا، دیٹ وائی ال دا ریولیشنز ویر فیل۔ اینڈ اونلی ون دی دا پرافٹک ریولیشن واز سکسیس فل۔</w:t>
      </w:r>
    </w:p>
    <w:p>
      <w:r>
        <w:rPr>
          <w:b/>
        </w:rPr>
        <w:t xml:space="preserve">[38:15] </w:t>
      </w:r>
      <w:r>
        <w:t>so this is the principle of revolution that was given by the prophet of Islam.</w:t>
      </w:r>
    </w:p>
    <w:p>
      <w:pPr>
        <w:jc w:val="right"/>
      </w:pPr>
      <w:r>
        <w:t>سو دس از دا پرنسپل اف ریولیوشن دیٹ واز گیون بائی دا پرافٹ اف اسلام۔</w:t>
      </w:r>
    </w:p>
    <w:p>
      <w:r>
        <w:rPr>
          <w:b/>
        </w:rPr>
        <w:t xml:space="preserve">[38:26] </w:t>
      </w:r>
      <w:r>
        <w:t>god almighty wanted to give you, to provide guidance, provide guidance how to bring about a revolution, how to rebuild a society,</w:t>
      </w:r>
    </w:p>
    <w:p>
      <w:pPr>
        <w:jc w:val="right"/>
      </w:pPr>
      <w:r>
        <w:t>گاڈ المائٹی وانٹڈ ٹو گیو یو، ٹو پرووائیڈ گائیڈنس، پرووائیڈ گائیڈنس ہاؤ ٹو برنگ اباؤٹ ا ریولیوشن، ہاؤ ٹو ریبیلڈ ا سوسائٹی،</w:t>
      </w:r>
    </w:p>
    <w:p>
      <w:r>
        <w:rPr>
          <w:b/>
        </w:rPr>
        <w:t xml:space="preserve">[38:44] </w:t>
      </w:r>
      <w:r>
        <w:t>how to build a better society. so god almighty wanted to lead mankind.</w:t>
      </w:r>
    </w:p>
    <w:p>
      <w:pPr>
        <w:jc w:val="right"/>
      </w:pPr>
      <w:r>
        <w:t>ہاؤ ٹو بلڈ ا بیٹر سوسائٹی۔ سو گاڈ المائٹی وانٹڈ ٹو لیڈ مین کائنڈ۔</w:t>
      </w:r>
    </w:p>
    <w:p>
      <w:r>
        <w:rPr>
          <w:b/>
        </w:rPr>
        <w:t xml:space="preserve">[38:56] </w:t>
      </w:r>
      <w:r>
        <w:t>so god gave this formula: "al-hasan khair". make the peace your first, make the peace your supreme concern.</w:t>
      </w:r>
    </w:p>
    <w:p>
      <w:pPr>
        <w:jc w:val="right"/>
      </w:pPr>
      <w:r>
        <w:t>سو گاڈ گیو دس فارمولا: "الحسن خیر"۔ میک دا پیس یور فرسٹ، میک دا پیس یور سپریم کنسرن۔</w:t>
      </w:r>
    </w:p>
    <w:p>
      <w:r>
        <w:rPr>
          <w:b/>
        </w:rPr>
        <w:t xml:space="preserve">[39:13] </w:t>
      </w:r>
      <w:r>
        <w:t>adopt the formula of avoiding obstacles and availing the opportunities.</w:t>
      </w:r>
    </w:p>
    <w:p>
      <w:pPr>
        <w:jc w:val="right"/>
      </w:pPr>
      <w:r>
        <w:t>اڈاپٹ دا فارمولا اف اوائڈنگ ابسٹیکلز اینڈ اویلنگ دا اپرچونیٹیز۔</w:t>
      </w:r>
    </w:p>
    <w:p>
      <w:r>
        <w:rPr>
          <w:b/>
        </w:rPr>
        <w:t xml:space="preserve">[39:24] </w:t>
      </w:r>
      <w:r>
        <w:t>so god almighty gave this formula. and then prophet of islam</w:t>
      </w:r>
    </w:p>
    <w:p>
      <w:pPr>
        <w:jc w:val="right"/>
      </w:pPr>
      <w:r>
        <w:t>سو گاڈ المائٹی گیو دس فارمولا۔ اینڈ دین پرافٹ اف اسلام</w:t>
      </w:r>
    </w:p>
    <w:p>
      <w:r>
        <w:rPr>
          <w:b/>
        </w:rPr>
        <w:t xml:space="preserve">[39:33] </w:t>
      </w:r>
      <w:r>
        <w:t>set an example. he himself engaged in this mission. and by his, by his life, by his dedicated life, he set an example.</w:t>
      </w:r>
    </w:p>
    <w:p>
      <w:pPr>
        <w:jc w:val="right"/>
      </w:pPr>
      <w:r>
        <w:t>سیٹ این ایگزامپل۔ ہی ہم سیلف انگیج ان دس مشن۔ اینڈ بائے ہز، بائے ہز لائف، بائے ہز ڈیڈیکیٹڈ لائف، ہی سیٹ این ایگزامپل۔</w:t>
      </w:r>
    </w:p>
    <w:p>
      <w:r>
        <w:rPr>
          <w:b/>
        </w:rPr>
        <w:t xml:space="preserve">[39:51] </w:t>
      </w:r>
      <w:r>
        <w:t>but it is very sad that even muslims fail to understand this, this wisdom.</w:t>
      </w:r>
    </w:p>
    <w:p>
      <w:pPr>
        <w:jc w:val="right"/>
      </w:pPr>
      <w:r>
        <w:t>بٹ اٹ از ویری سیڈ دیٹ ایون مسلمز فیل ٹو انڈرسٹینڈ دس، دس وزڈم۔</w:t>
      </w:r>
    </w:p>
    <w:p>
      <w:r>
        <w:rPr>
          <w:b/>
        </w:rPr>
        <w:t xml:space="preserve">[40:02] </w:t>
      </w:r>
      <w:r>
        <w:t>no muslim, i don't know any muslim who was able to discover this formula.</w:t>
      </w:r>
    </w:p>
    <w:p>
      <w:pPr>
        <w:jc w:val="right"/>
      </w:pPr>
      <w:r>
        <w:t>نو مسلم، ائی ڈونٹ نو اینی مسلم ہو واز ایبل ٹو ڈسکور دس فارمولا۔</w:t>
      </w:r>
    </w:p>
    <w:p>
      <w:r>
        <w:rPr>
          <w:b/>
        </w:rPr>
        <w:t xml:space="preserve">[40:10] </w:t>
      </w:r>
      <w:r>
        <w:t>for example, let us take Maulana Room. Maulana Room was very, Maulana Room is a very popular figure in islamic history.</w:t>
      </w:r>
    </w:p>
    <w:p>
      <w:pPr>
        <w:jc w:val="right"/>
      </w:pPr>
      <w:r>
        <w:t>فار ایگزامپل، لیٹ اس ٹیک مولانا روم۔ مولانا روم واز ویری، مولانا روم از ا ویری پاپولر فگر ان اسلامک ہسٹری۔</w:t>
      </w:r>
    </w:p>
    <w:p>
      <w:r>
        <w:rPr>
          <w:b/>
        </w:rPr>
        <w:t xml:space="preserve">[40:26] </w:t>
      </w:r>
      <w:r>
        <w:t>his book is very famous book: "Masnavi Maulana Room".</w:t>
      </w:r>
    </w:p>
    <w:p>
      <w:pPr>
        <w:jc w:val="right"/>
      </w:pPr>
      <w:r>
        <w:t>ہز بک از ویری فیمس بک: "مسنوی مولانا روم"۔</w:t>
      </w:r>
    </w:p>
    <w:p>
      <w:r>
        <w:rPr>
          <w:b/>
        </w:rPr>
        <w:t xml:space="preserve">[40:32] </w:t>
      </w:r>
      <w:r>
        <w:t>in this book, he says that</w:t>
      </w:r>
    </w:p>
    <w:p>
      <w:pPr>
        <w:jc w:val="right"/>
      </w:pPr>
      <w:r>
        <w:t>ان دس بک، ہی سیز دیٹ</w:t>
      </w:r>
    </w:p>
    <w:p>
      <w:r>
        <w:rPr>
          <w:b/>
        </w:rPr>
        <w:t xml:space="preserve">[40:43] </w:t>
      </w:r>
      <w:r>
        <w:t>it is his line in persian:</w:t>
      </w:r>
    </w:p>
    <w:p>
      <w:pPr>
        <w:jc w:val="right"/>
      </w:pPr>
      <w:r>
        <w:t>اٹ از ہز لائن ان پرشین:</w:t>
      </w:r>
    </w:p>
    <w:p>
      <w:r>
        <w:rPr>
          <w:b/>
        </w:rPr>
        <w:t xml:space="preserve">[40:49] </w:t>
      </w:r>
      <w:r>
        <w:t>"cho banaye kohna abada kunan". cho banaye kohna abada kunan, awla ta'meer ra wera kunan.</w:t>
      </w:r>
    </w:p>
    <w:p>
      <w:pPr>
        <w:jc w:val="right"/>
      </w:pPr>
      <w:r>
        <w:t>"چو بنائے کونہ ابادہ کنن"۔ چو بنائے کونہ ابادہ کنن، اولا تعمیر را ویرا کنن۔</w:t>
      </w:r>
    </w:p>
    <w:p>
      <w:r>
        <w:rPr>
          <w:b/>
        </w:rPr>
        <w:t xml:space="preserve">[41:05] </w:t>
      </w:r>
      <w:r>
        <w:t>it means that</w:t>
      </w:r>
    </w:p>
    <w:p>
      <w:pPr>
        <w:jc w:val="right"/>
      </w:pPr>
      <w:r>
        <w:t>اٹ مینز دیٹ</w:t>
      </w:r>
    </w:p>
    <w:p>
      <w:r>
        <w:rPr>
          <w:b/>
        </w:rPr>
        <w:t xml:space="preserve">[41:07] </w:t>
      </w:r>
      <w:r>
        <w:t>when we want to build a new build, when we want to build a new society, when we want to build a new construction, first of all, we have to destroy the older one.</w:t>
      </w:r>
    </w:p>
    <w:p>
      <w:pPr>
        <w:jc w:val="right"/>
      </w:pPr>
      <w:r>
        <w:t>وین وی وانٹ ٹو بلڈ ا نیو بلڈ، وین وی وانٹ ٹو بلڈ ا نیو سوسائٹی، وین وی وانٹ ٹو بلڈ ا نیو کنسٹرکشن، فرسٹ اف ال، وی ہیو ٹو ڈسٹروئے دا اولڈر ون۔</w:t>
      </w:r>
    </w:p>
    <w:p>
      <w:r>
        <w:rPr>
          <w:b/>
        </w:rPr>
        <w:t xml:space="preserve">[41:32] </w:t>
      </w:r>
      <w:r>
        <w:t>it means the first of all, you have to remove the obstacles. remove the obstacles. first of all, you have to destroy the old building, then you will be able to construct the new building.</w:t>
      </w:r>
    </w:p>
    <w:p>
      <w:pPr>
        <w:jc w:val="right"/>
      </w:pPr>
      <w:r>
        <w:t>اٹ مینز دا فرسٹ اف ال، یو ہیو ٹو ریموو دا ابسٹیکلز۔ ریموو دا ابسٹیکلز۔ فرسٹ اف ال، یو ہیو ٹو ڈسٹروئے دا اولڈ بلڈنگ، دین یو ویل ایبل ٹو کنسٹرکٹ دا نیو بلڈنگ۔</w:t>
      </w:r>
    </w:p>
    <w:p>
      <w:r>
        <w:rPr>
          <w:b/>
        </w:rPr>
        <w:t xml:space="preserve">[41:48] </w:t>
      </w:r>
      <w:r>
        <w:t>in other words, the same formula</w:t>
      </w:r>
    </w:p>
    <w:p>
      <w:pPr>
        <w:jc w:val="right"/>
      </w:pPr>
      <w:r>
        <w:t>ان ادر ورڈز، دا سیم فارمولا</w:t>
      </w:r>
    </w:p>
    <w:p>
      <w:r>
        <w:rPr>
          <w:b/>
        </w:rPr>
        <w:t xml:space="preserve">[41:52] </w:t>
      </w:r>
      <w:r>
        <w:t>that first of all, you have to remove the obstacles. the same was repeated by Iqbal, Allama Iqbal: "goftam jahan ma, aya batumi sa'adat".</w:t>
      </w:r>
    </w:p>
    <w:p>
      <w:pPr>
        <w:jc w:val="right"/>
      </w:pPr>
      <w:r>
        <w:t>دیٹ فرسٹ اف ال، یو ہیو ٹو ریموو دا ابسٹیکلز۔ دا سیم واز ریپیٹڈ بائے اقبال، علامہ اقبال: "گفتن جہان ماں، ایا بتومی سعادت"۔</w:t>
      </w:r>
    </w:p>
    <w:p>
      <w:r>
        <w:rPr>
          <w:b/>
        </w:rPr>
        <w:t xml:space="preserve">[42:08] </w:t>
      </w:r>
      <w:r>
        <w:t>goftam ke nami sa'adat, goftam ke barham zan.</w:t>
      </w:r>
    </w:p>
    <w:p>
      <w:pPr>
        <w:jc w:val="right"/>
      </w:pPr>
      <w:r>
        <w:t>گفتم کے نمی سعادت، گفتن کے برہم زن۔</w:t>
      </w:r>
    </w:p>
    <w:p>
      <w:r>
        <w:rPr>
          <w:b/>
        </w:rPr>
        <w:t xml:space="preserve">[42:13] </w:t>
      </w:r>
      <w:r>
        <w:t>if you see, you will find all the muslim leaders of our present world have adopted this kind of formula, which was rejected by quran.</w:t>
      </w:r>
    </w:p>
    <w:p>
      <w:pPr>
        <w:jc w:val="right"/>
      </w:pPr>
      <w:r>
        <w:t>اف یو سی، یو ویل فائنڈ ال دا مسلم لیڈرز اف اور پریزنٹ ورلڈ ہیو اڈاپٹڈ دس کائنڈ اف فارمولا، وچ واز ریجیکٹڈ بائے قران۔</w:t>
      </w:r>
    </w:p>
    <w:p>
      <w:r>
        <w:rPr>
          <w:b/>
        </w:rPr>
        <w:t xml:space="preserve">[42:26] </w:t>
      </w:r>
      <w:r>
        <w:t>yani quran rejected this formula and said that: "don't</w:t>
      </w:r>
    </w:p>
    <w:p>
      <w:pPr>
        <w:jc w:val="right"/>
      </w:pPr>
      <w:r>
        <w:t>یعنی قران ریجیکٹڈ دس فارمولا اینڈ سیڈ دیٹ: "ڈونٹ</w:t>
      </w:r>
    </w:p>
    <w:p>
      <w:r>
        <w:rPr>
          <w:b/>
        </w:rPr>
        <w:t xml:space="preserve">[42:33] </w:t>
      </w:r>
      <w:r>
        <w:t>waste time in removing the obstacles, but avail opportunities". but you see, in in palestine, for example,</w:t>
      </w:r>
    </w:p>
    <w:p>
      <w:pPr>
        <w:jc w:val="right"/>
      </w:pPr>
      <w:r>
        <w:t>ویسٹ ٹائم ان ریموونگ دا ابسٹیکلز، بٹ اویل اپرچونیٹیز"۔ بٹ یو سی، ان ان پیلسٹائن، فار ایگزامپل،</w:t>
      </w:r>
    </w:p>
    <w:p>
      <w:r>
        <w:rPr>
          <w:b/>
        </w:rPr>
        <w:t xml:space="preserve">[42:47] </w:t>
      </w:r>
      <w:r>
        <w:t>all arab world is engaged to remove the obstacle, to kill the jews, to finish the israeli state.</w:t>
      </w:r>
    </w:p>
    <w:p>
      <w:pPr>
        <w:jc w:val="right"/>
      </w:pPr>
      <w:r>
        <w:t>ال عرب ورلڈ از انگیجڈ ٹو ریموو دا ابسٹیکل، ٹو کل دا جیوز، ٹو فنش دا اسرائیلی اسٹیٹ۔</w:t>
      </w:r>
    </w:p>
    <w:p>
      <w:r>
        <w:rPr>
          <w:b/>
        </w:rPr>
        <w:t xml:space="preserve">[43:03] </w:t>
      </w:r>
      <w:r>
        <w:t>to whole arab is engaged in the</w:t>
      </w:r>
    </w:p>
    <w:p>
      <w:pPr>
        <w:jc w:val="right"/>
      </w:pPr>
      <w:r>
        <w:t>تو ہول عرب از انگیجڈ ان دی</w:t>
      </w:r>
    </w:p>
    <w:p>
      <w:r>
        <w:rPr>
          <w:b/>
        </w:rPr>
        <w:t xml:space="preserve">[43:08] </w:t>
      </w:r>
      <w:r>
        <w:t>whole arab have adopted the same formula, which was rejected by the quran.</w:t>
      </w:r>
    </w:p>
    <w:p>
      <w:pPr>
        <w:jc w:val="right"/>
      </w:pPr>
      <w:r>
        <w:t>ہول عرب ہیو اڈاپٹڈ دا سیم فارمولا، وچ واز ریجیکٹڈ بائے دا قران۔</w:t>
      </w:r>
    </w:p>
    <w:p>
      <w:r>
        <w:rPr>
          <w:b/>
        </w:rPr>
        <w:t xml:space="preserve">[43:16] </w:t>
      </w:r>
      <w:r>
        <w:t>the quranic formula was that: "i accept the status quo in palestine and avail the opportunities".</w:t>
      </w:r>
    </w:p>
    <w:p>
      <w:pPr>
        <w:jc w:val="right"/>
      </w:pPr>
      <w:r>
        <w:t>دا قرانک فارمولا واز دیٹ: "ائی ایکسیپٹ دا اسٹیٹس کو ان پیلسٹائن اینڈ اویل دا اپرچونیٹیز"۔</w:t>
      </w:r>
    </w:p>
    <w:p>
      <w:r>
        <w:rPr>
          <w:b/>
        </w:rPr>
        <w:t xml:space="preserve">[43:28] </w:t>
      </w:r>
      <w:r>
        <w:t>you know, when in in 1948, when israel was established,</w:t>
      </w:r>
    </w:p>
    <w:p>
      <w:pPr>
        <w:jc w:val="right"/>
      </w:pPr>
      <w:r>
        <w:t>یو نو، وین ان ان 1948، وین اسرائیل واز اسٹیبلش،</w:t>
      </w:r>
    </w:p>
    <w:p>
      <w:r>
        <w:rPr>
          <w:b/>
        </w:rPr>
        <w:t xml:space="preserve">[43:35] </w:t>
      </w:r>
      <w:r>
        <w:t>there were enormous opportunities,</w:t>
      </w:r>
    </w:p>
    <w:p>
      <w:pPr>
        <w:jc w:val="right"/>
      </w:pPr>
      <w:r>
        <w:t>دیر وار انارمز اپرچونیٹیز،</w:t>
      </w:r>
    </w:p>
    <w:p>
      <w:r>
        <w:rPr>
          <w:b/>
        </w:rPr>
        <w:t xml:space="preserve">[43:40] </w:t>
      </w:r>
      <w:r>
        <w:t>because israel was only,</w:t>
      </w:r>
    </w:p>
    <w:p>
      <w:pPr>
        <w:jc w:val="right"/>
      </w:pPr>
      <w:r>
        <w:t>بیکاز اسرائیل واز اونلی،</w:t>
      </w:r>
    </w:p>
    <w:p>
      <w:r>
        <w:rPr>
          <w:b/>
        </w:rPr>
        <w:t xml:space="preserve">[43:45] </w:t>
      </w:r>
      <w:r>
        <w:t>israel was able to occupy only one third of palestine. two third of palestine, two third of palestinian land was in the hand of arab.</w:t>
      </w:r>
    </w:p>
    <w:p>
      <w:pPr>
        <w:jc w:val="right"/>
      </w:pPr>
      <w:r>
        <w:t>اسرائیل واز ایبل ٹو اکوپائی اونلی ون تھرڈ اف پیلسٹائن۔ ٹو تھرڈ اف پیلسٹائن، ٹو تھرڈ اف پیلسٹینین لیڈ واز ان دا ہینڈ اف عرب۔</w:t>
      </w:r>
    </w:p>
    <w:p>
      <w:r>
        <w:rPr>
          <w:b/>
        </w:rPr>
        <w:t xml:space="preserve">[43:59] </w:t>
      </w:r>
      <w:r>
        <w:t>so there were enormous opportunities,</w:t>
      </w:r>
    </w:p>
    <w:p>
      <w:pPr>
        <w:jc w:val="right"/>
      </w:pPr>
      <w:r>
        <w:t>سو دیر وار انارمز اپرچونیٹیز،</w:t>
      </w:r>
    </w:p>
    <w:p>
      <w:r>
        <w:rPr>
          <w:b/>
        </w:rPr>
        <w:t xml:space="preserve">[44:04] </w:t>
      </w:r>
      <w:r>
        <w:t>although there was a problem, problem israeli occupation, but this occupation was only in partial occupation.</w:t>
      </w:r>
    </w:p>
    <w:p>
      <w:pPr>
        <w:jc w:val="right"/>
      </w:pPr>
      <w:r>
        <w:t>الدو دیر واز ا پرابلم، پرابلم اسرائیلی اکوپیشن، بٹ دس اکوپیشن واز اونلی ان پارشل اکوپیشن۔</w:t>
      </w:r>
    </w:p>
    <w:p>
      <w:r>
        <w:rPr>
          <w:b/>
        </w:rPr>
        <w:t xml:space="preserve">[44:19] </w:t>
      </w:r>
      <w:r>
        <w:t>only,</w:t>
      </w:r>
    </w:p>
    <w:p>
      <w:pPr>
        <w:jc w:val="right"/>
      </w:pPr>
      <w:r>
        <w:t>اونلی،</w:t>
      </w:r>
    </w:p>
    <w:p>
      <w:r>
        <w:rPr>
          <w:b/>
        </w:rPr>
        <w:t xml:space="preserve">[44:21] </w:t>
      </w:r>
      <w:r>
        <w:t>only a small part of palestine was occupied by jew.</w:t>
      </w:r>
    </w:p>
    <w:p>
      <w:pPr>
        <w:jc w:val="right"/>
      </w:pPr>
      <w:r>
        <w:t>اونلی ا اسمال پارٹ اف پیلسٹائن واز اکوپائیڈ بائے جیو۔</w:t>
      </w:r>
    </w:p>
    <w:p>
      <w:r>
        <w:rPr>
          <w:b/>
        </w:rPr>
        <w:t xml:space="preserve">[44:30] </w:t>
      </w:r>
      <w:r>
        <w:t>more than half was in the hand of arab. so there were opportunities,</w:t>
      </w:r>
    </w:p>
    <w:p>
      <w:pPr>
        <w:jc w:val="right"/>
      </w:pPr>
      <w:r>
        <w:t>مور دین ہاف واز ان دا ہینڈ اف عرب۔ سو دیر وار اپرچونیٹیز،</w:t>
      </w:r>
    </w:p>
    <w:p>
      <w:r>
        <w:rPr>
          <w:b/>
        </w:rPr>
        <w:t xml:space="preserve">[44:41] </w:t>
      </w:r>
      <w:r>
        <w:t>even after establish israeli state, there were enormous opportunities in every field.</w:t>
      </w:r>
    </w:p>
    <w:p>
      <w:pPr>
        <w:jc w:val="right"/>
      </w:pPr>
      <w:r>
        <w:t>ایون افٹر اسٹیبلش اسرائیلی اسٹیٹ، دیر وار انارمز اپرچونیٹیز ان ایوری فیلڈ۔</w:t>
      </w:r>
    </w:p>
    <w:p>
      <w:r>
        <w:rPr>
          <w:b/>
        </w:rPr>
        <w:t xml:space="preserve">[44:51] </w:t>
      </w:r>
      <w:r>
        <w:t>in every field, in educational field, in political field, in agriculture, in horticulture, in industry.</w:t>
      </w:r>
    </w:p>
    <w:p>
      <w:pPr>
        <w:jc w:val="right"/>
      </w:pPr>
      <w:r>
        <w:t>ان ایوری فیلڈ، ان ایجوکیشنل فیلڈ، ان پولیٹیکل فیلڈ، ان ایگریکلچر، ان ہارٹیکلچر، ان انڈسٹری۔</w:t>
      </w:r>
    </w:p>
    <w:p>
      <w:r>
        <w:rPr>
          <w:b/>
        </w:rPr>
        <w:t xml:space="preserve">[45:00] </w:t>
      </w:r>
      <w:r>
        <w:t>in every field, there were enormous opportunities, but the whole arab world engaged in confrontation.</w:t>
      </w:r>
    </w:p>
    <w:p>
      <w:pPr>
        <w:jc w:val="right"/>
      </w:pPr>
      <w:r>
        <w:t>ان ایوری فیلڈ، دیر وار انارمز اپرچونیٹیز، بٹ دا ہول عرب ورلڈ انگیجڈ ان کنفronٹیشن۔</w:t>
      </w:r>
    </w:p>
    <w:p>
      <w:r>
        <w:rPr>
          <w:b/>
        </w:rPr>
        <w:t xml:space="preserve">[45:14] </w:t>
      </w:r>
      <w:r>
        <w:t>they adopted the so rejected formula</w:t>
      </w:r>
    </w:p>
    <w:p>
      <w:pPr>
        <w:jc w:val="right"/>
      </w:pPr>
      <w:r>
        <w:t>دے اڈاپٹڈ دا سیو ریجیکٹڈ فارمولا</w:t>
      </w:r>
    </w:p>
    <w:p>
      <w:r>
        <w:rPr>
          <w:b/>
        </w:rPr>
        <w:t xml:space="preserve">[45:18] </w:t>
      </w:r>
      <w:r>
        <w:t>that: "first of all, we have to remove the obstacles, then we will be able to achieve the, then we will be able to avail the opportunities".</w:t>
      </w:r>
    </w:p>
    <w:p>
      <w:pPr>
        <w:jc w:val="right"/>
      </w:pPr>
      <w:r>
        <w:t>دیٹ: "فرسٹ اف ال، وی ہیو ٹو ریموو دا ابسٹیکلز، دین وی ویل بی ایبل ٹو اچیو دا، دین وی ویل بی ایبل ٹو اویل دا اپرچونیٹیز"۔</w:t>
      </w:r>
    </w:p>
    <w:p>
      <w:r>
        <w:rPr>
          <w:b/>
        </w:rPr>
        <w:t xml:space="preserve">[45:30] </w:t>
      </w:r>
      <w:r>
        <w:t>this formula was rejected by the quran, but</w:t>
      </w:r>
    </w:p>
    <w:p>
      <w:pPr>
        <w:jc w:val="right"/>
      </w:pPr>
      <w:r>
        <w:t>دس فارمولا واز ریجیکٹڈ بائے دا قران، بٹ</w:t>
      </w:r>
    </w:p>
    <w:p>
      <w:r>
        <w:rPr>
          <w:b/>
        </w:rPr>
        <w:t xml:space="preserve">[45:37] </w:t>
      </w:r>
      <w:r>
        <w:t>they are repeating the same formula. maulana rum, iqbal, arab leaders and other muslim leaders are engaged.</w:t>
      </w:r>
    </w:p>
    <w:p>
      <w:pPr>
        <w:jc w:val="right"/>
      </w:pPr>
      <w:r>
        <w:t>دے ار ریپیٹنگ دا سیم فارمولا۔ مولانا روم، اقبال، عرب لیڈرز اینڈ ادر مسلم لیڈرز ار انگیجڈ۔</w:t>
      </w:r>
    </w:p>
    <w:p>
      <w:r>
        <w:rPr>
          <w:b/>
        </w:rPr>
        <w:t xml:space="preserve">[45:53] </w:t>
      </w:r>
      <w:r>
        <w:t>so although quran gave us a very successful formula,</w:t>
      </w:r>
    </w:p>
    <w:p>
      <w:pPr>
        <w:jc w:val="right"/>
      </w:pPr>
      <w:r>
        <w:t>سو الدو قران گیو اس ا ویری سکسیس فل فارمولا،</w:t>
      </w:r>
    </w:p>
    <w:p>
      <w:r>
        <w:rPr>
          <w:b/>
        </w:rPr>
        <w:t xml:space="preserve">[46:03] </w:t>
      </w:r>
      <w:r>
        <w:t>but it was followed only once during the prophet of islam. only once after the prophet of islam, muslims forget, forgot this formula</w:t>
      </w:r>
    </w:p>
    <w:p>
      <w:pPr>
        <w:jc w:val="right"/>
      </w:pPr>
      <w:r>
        <w:t>بٹ اٹ واز فالوڈ اونلی ونس ڈیورنگ دا پرافٹ اف اسلام۔ اونلی ونس افٹر دی پرافٹ اف اسلام، مسلمز فارگیٹ، فارگاٹ دس فارمولا</w:t>
      </w:r>
    </w:p>
    <w:p>
      <w:r>
        <w:rPr>
          <w:b/>
        </w:rPr>
        <w:t xml:space="preserve">[46:20] </w:t>
      </w:r>
      <w:r>
        <w:t>until this date. they don't know what is the formula given by the quran.</w:t>
      </w:r>
    </w:p>
    <w:p>
      <w:pPr>
        <w:jc w:val="right"/>
      </w:pPr>
      <w:r>
        <w:t>انٹل دس ڈیٹ۔ دے ڈونٹ نو واٹ از دا فارمولا گیون بائے دا قران۔</w:t>
      </w:r>
    </w:p>
    <w:p>
      <w:r>
        <w:rPr>
          <w:b/>
        </w:rPr>
        <w:t xml:space="preserve">[46:31] </w:t>
      </w:r>
      <w:r>
        <w:t>so all muslim mind are engaged</w:t>
      </w:r>
    </w:p>
    <w:p>
      <w:pPr>
        <w:jc w:val="right"/>
      </w:pPr>
      <w:r>
        <w:t>سو ال مسلم مائن ار انگیجڈ</w:t>
      </w:r>
    </w:p>
    <w:p>
      <w:r>
        <w:rPr>
          <w:b/>
        </w:rPr>
        <w:t xml:space="preserve">[46:38] </w:t>
      </w:r>
      <w:r>
        <w:t>in</w:t>
      </w:r>
    </w:p>
    <w:p>
      <w:pPr>
        <w:jc w:val="right"/>
      </w:pPr>
      <w:r>
        <w:t>ان</w:t>
      </w:r>
    </w:p>
    <w:p>
      <w:r>
        <w:rPr>
          <w:b/>
        </w:rPr>
        <w:t xml:space="preserve">[46:39] </w:t>
      </w:r>
      <w:r>
        <w:t>in removing the obstacles. so our present muslim revolutionaries are negative revolutionary, they are not positive revolutionary.</w:t>
      </w:r>
    </w:p>
    <w:p>
      <w:pPr>
        <w:jc w:val="right"/>
      </w:pPr>
      <w:r>
        <w:t>ان ریموونگ دا ابسٹیکلز۔ تو اور پریزنٹ مسلم ریولوشنریز ار نیگیٹیو ریولوشنری، دے ار ناٹ پازیٹیو ریولوشنری۔</w:t>
      </w:r>
    </w:p>
    <w:p>
      <w:r>
        <w:rPr>
          <w:b/>
        </w:rPr>
        <w:t xml:space="preserve">[46:53] </w:t>
      </w:r>
      <w:r>
        <w:t>what a great tragedy!</w:t>
      </w:r>
    </w:p>
    <w:p>
      <w:pPr>
        <w:jc w:val="right"/>
      </w:pPr>
      <w:r>
        <w:t>واٹ ا گریٹ ٹریجڈی!</w:t>
      </w:r>
    </w:p>
    <w:p>
      <w:r>
        <w:rPr>
          <w:b/>
        </w:rPr>
        <w:t xml:space="preserve">[46:59] </w:t>
      </w:r>
      <w:r>
        <w:t>there are no, there are hundreds and hundreds muslim revolutionary in our present world, but all are negative revolutionary.</w:t>
      </w:r>
    </w:p>
    <w:p>
      <w:pPr>
        <w:jc w:val="right"/>
      </w:pPr>
      <w:r>
        <w:t>دیر ار نو، دیر ار ہنڈرڈز اینڈ ہنڈرڈز مسلم ریولوشنری ان اور پریزنٹ ورلڈ، بٹ ال ار نیگیٹیو ریولوشنری۔</w:t>
      </w:r>
    </w:p>
    <w:p>
      <w:r>
        <w:rPr>
          <w:b/>
        </w:rPr>
        <w:t xml:space="preserve">[47:11] </w:t>
      </w:r>
      <w:r>
        <w:t>i don't know a single muslim who can be said positive revolutionary. what a great tragedy!</w:t>
      </w:r>
    </w:p>
    <w:p>
      <w:pPr>
        <w:jc w:val="right"/>
      </w:pPr>
      <w:r>
        <w:t>ائی ڈونٹ نو ا سنگل مسلم ہو کین بی سیڈ پازیٹیو ریولوشنری۔ واٹ ا گریٹ ٹریجڈی!</w:t>
      </w:r>
    </w:p>
    <w:p>
      <w:r>
        <w:rPr>
          <w:b/>
        </w:rPr>
        <w:t xml:space="preserve">[47:23] </w:t>
      </w:r>
      <w:r>
        <w:t>they fail to discover</w:t>
      </w:r>
    </w:p>
    <w:p>
      <w:pPr>
        <w:jc w:val="right"/>
      </w:pPr>
      <w:r>
        <w:t>دے فیل ٹو ڈسکور</w:t>
      </w:r>
    </w:p>
    <w:p>
      <w:r>
        <w:rPr>
          <w:b/>
        </w:rPr>
        <w:t xml:space="preserve">[47:28] </w:t>
      </w:r>
      <w:r>
        <w:t>what was mentioned in the quran, what was followed by the prophet of islam. so they are quite unaware in term of theory, in term of practice, both.</w:t>
      </w:r>
    </w:p>
    <w:p>
      <w:pPr>
        <w:jc w:val="right"/>
      </w:pPr>
      <w:r>
        <w:t>واٹ واز مینشن ان دا قران، واٹ واز فالوڈ بائے دا پرافٹ اف اسلام۔ سو دے ار کوائٹ ان ان اویئر ان ٹرم اف تھیوری، ان ٹرم اف پریکٹس، بوتھ۔</w:t>
      </w:r>
    </w:p>
    <w:p>
      <w:r>
        <w:rPr>
          <w:b/>
        </w:rPr>
        <w:t xml:space="preserve">[47:52] </w:t>
      </w:r>
      <w:r>
        <w:t>so</w:t>
      </w:r>
    </w:p>
    <w:p>
      <w:pPr>
        <w:jc w:val="right"/>
      </w:pPr>
      <w:r>
        <w:t>سو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