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 of Hajj 15 May 2007 - Maulana Wahiduddin Khan</w:t>
      </w:r>
    </w:p>
    <w:p>
      <w:r>
        <w:t>https://www.youtube.com/watch?v=ZoOJXrOeYww</w:t>
      </w:r>
    </w:p>
    <w:p>
      <w:r>
        <w:rPr>
          <w:b/>
        </w:rPr>
        <w:t xml:space="preserve">[00:10] </w:t>
      </w:r>
      <w:r>
        <w:t>bismillah hir rahman nir rahim, wa salallahu ala an nabiyyil karim. rab ishrah li sadri, wa yassir li amri, wah lul uqdatan min lisani yafqahu qawli.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today i want to say a few words about hajj.</w:t>
      </w:r>
    </w:p>
    <w:p>
      <w:pPr>
        <w:jc w:val="right"/>
      </w:pPr>
      <w:r>
        <w:t>ٹوڈے آئی وانٹ ٹو سے ا فیو ورڈز اباؤٹ حج۔</w:t>
      </w:r>
    </w:p>
    <w:p>
      <w:r>
        <w:rPr>
          <w:b/>
        </w:rPr>
        <w:t xml:space="preserve">[00:42] </w:t>
      </w:r>
      <w:r>
        <w:t>you know, according to hadith, there are five pillars of islam.</w:t>
      </w:r>
    </w:p>
    <w:p>
      <w:pPr>
        <w:jc w:val="right"/>
      </w:pPr>
      <w:r>
        <w:t>یو نو، اکارڈنگ ٹو حدیث، دیر آر فائیو پلرز آف اسلام۔</w:t>
      </w:r>
    </w:p>
    <w:p>
      <w:r>
        <w:rPr>
          <w:b/>
        </w:rPr>
        <w:t xml:space="preserve">[00:52] </w:t>
      </w:r>
      <w:r>
        <w:t>hajj is one of these five pillars. hajj literally means to undertake a journey.</w:t>
      </w:r>
    </w:p>
    <w:p>
      <w:pPr>
        <w:jc w:val="right"/>
      </w:pPr>
      <w:r>
        <w:t>حج از ون آف دیز فائیو پلرز۔ حج لٹرلی مینز ٹو انڈرٹیک ا جرنی۔</w:t>
      </w:r>
    </w:p>
    <w:p>
      <w:r>
        <w:rPr>
          <w:b/>
        </w:rPr>
        <w:t xml:space="preserve">[01:10] </w:t>
      </w:r>
      <w:r>
        <w:t>in islamic shariah, hajj means traveling to mecca in the month of dhul hijjah.</w:t>
      </w:r>
    </w:p>
    <w:p>
      <w:pPr>
        <w:jc w:val="right"/>
      </w:pPr>
      <w:r>
        <w:t>ان اسلامک شریعہ، حج مینز ٹریولنگ ٹو مکہ ان دی منتھ آف ذوالحجہ۔</w:t>
      </w:r>
    </w:p>
    <w:p>
      <w:r>
        <w:rPr>
          <w:b/>
        </w:rPr>
        <w:t xml:space="preserve">[01:25] </w:t>
      </w:r>
      <w:r>
        <w:t>you know, hajj is an</w:t>
      </w:r>
    </w:p>
    <w:p>
      <w:pPr>
        <w:jc w:val="right"/>
      </w:pPr>
      <w:r>
        <w:t>یو نو، حج از این</w:t>
      </w:r>
    </w:p>
    <w:p>
      <w:r>
        <w:rPr>
          <w:b/>
        </w:rPr>
        <w:t xml:space="preserve">[01:27] </w:t>
      </w:r>
      <w:r>
        <w:t>annual worship</w:t>
      </w:r>
    </w:p>
    <w:p>
      <w:pPr>
        <w:jc w:val="right"/>
      </w:pPr>
      <w:r>
        <w:t>اینول ورشپ</w:t>
      </w:r>
    </w:p>
    <w:p>
      <w:r>
        <w:rPr>
          <w:b/>
        </w:rPr>
        <w:t xml:space="preserve">[01:33] </w:t>
      </w:r>
      <w:r>
        <w:t>in the month of dhul hijjah. so, believers from every part of the world travel to reach mecca and perform hajj.</w:t>
      </w:r>
    </w:p>
    <w:p>
      <w:pPr>
        <w:jc w:val="right"/>
      </w:pPr>
      <w:r>
        <w:t>ان دی منتھ آف ذوالحجہ۔ سو، بیلیورز فرام ایوری پارٹ آف دا ورلڈ ٹریول ٹو ریچ مکہ اینڈ پرفارم حج۔</w:t>
      </w:r>
    </w:p>
    <w:p>
      <w:r>
        <w:rPr>
          <w:b/>
        </w:rPr>
        <w:t xml:space="preserve">[01:53] </w:t>
      </w:r>
      <w:r>
        <w:t>in this sense, it is</w:t>
      </w:r>
    </w:p>
    <w:p>
      <w:pPr>
        <w:jc w:val="right"/>
      </w:pPr>
      <w:r>
        <w:t>ان دس سینس، اٹ از</w:t>
      </w:r>
    </w:p>
    <w:p>
      <w:r>
        <w:rPr>
          <w:b/>
        </w:rPr>
        <w:t xml:space="preserve">[01:58] </w:t>
      </w:r>
      <w:r>
        <w:t>a pilgrimage of travel. now, there are two different aspects of hajj. one is called masail, masail hajj,</w:t>
      </w:r>
    </w:p>
    <w:p>
      <w:pPr>
        <w:jc w:val="right"/>
      </w:pPr>
      <w:r>
        <w:t>ا پیلیگریمج آف ٹریول۔ ناؤ، دیر آر ٹو ڈفرنٹ اسپیکٹ آف حج۔ ون از کالڈ مسائل، مسائل حج،</w:t>
      </w:r>
    </w:p>
    <w:p>
      <w:r>
        <w:rPr>
          <w:b/>
        </w:rPr>
        <w:t xml:space="preserve">[02:11] </w:t>
      </w:r>
      <w:r>
        <w:t>and the second is called haqiqat. there is haqiqat hajj. so, as far as the masail is concerned, people generally know about masail.</w:t>
      </w:r>
    </w:p>
    <w:p>
      <w:pPr>
        <w:jc w:val="right"/>
      </w:pPr>
      <w:r>
        <w:t>اینڈ دی سیکنڈ از کالڈ حقیقت۔ دیر از حقیقت حج۔ سو، ایز فار ایز دا مسائل از کنسرن، پیپل جنرلی نو اباؤٹ مسائل۔</w:t>
      </w:r>
    </w:p>
    <w:p>
      <w:r>
        <w:rPr>
          <w:b/>
        </w:rPr>
        <w:t xml:space="preserve">[02:27] </w:t>
      </w:r>
      <w:r>
        <w:t>masail are well known.</w:t>
      </w:r>
    </w:p>
    <w:p>
      <w:pPr>
        <w:jc w:val="right"/>
      </w:pPr>
      <w:r>
        <w:t>مسائل ار ویل نون۔</w:t>
      </w:r>
    </w:p>
    <w:p>
      <w:r>
        <w:rPr>
          <w:b/>
        </w:rPr>
        <w:t xml:space="preserve">[02:31] </w:t>
      </w:r>
      <w:r>
        <w:t>so, now, i would like to say something about the haqiqat of hajj, that is meaning of hajj, or wisdom of hajj.</w:t>
      </w:r>
    </w:p>
    <w:p>
      <w:pPr>
        <w:jc w:val="right"/>
      </w:pPr>
      <w:r>
        <w:t>سو، ناؤ، آئی وڈ لائک ٹو سے سمتھنگ اباؤٹ دی حقیقت آف حج، دیٹ از میننگ آف حج، اور وزڈم آف حج۔</w:t>
      </w:r>
    </w:p>
    <w:p>
      <w:r>
        <w:rPr>
          <w:b/>
        </w:rPr>
        <w:t xml:space="preserve">[02:46] </w:t>
      </w:r>
      <w:r>
        <w:t>now,</w:t>
      </w:r>
    </w:p>
    <w:p>
      <w:pPr>
        <w:jc w:val="right"/>
      </w:pPr>
      <w:r>
        <w:t>ناؤ،</w:t>
      </w:r>
    </w:p>
    <w:p>
      <w:r>
        <w:rPr>
          <w:b/>
        </w:rPr>
        <w:t xml:space="preserve">[02:50] </w:t>
      </w:r>
      <w:r>
        <w:t>there are different aspects of hajj. first of all, is travel, traveling.</w:t>
      </w:r>
    </w:p>
    <w:p>
      <w:pPr>
        <w:jc w:val="right"/>
      </w:pPr>
      <w:r>
        <w:t>دیر آر ڈفرنٹ اسپیکٹ آف حج۔ فرسٹ آف آل، از ٹریول، ٹریولنگ۔</w:t>
      </w:r>
    </w:p>
    <w:p>
      <w:r>
        <w:rPr>
          <w:b/>
        </w:rPr>
        <w:t xml:space="preserve">[03:03] </w:t>
      </w:r>
      <w:r>
        <w:t>in hajj, everyone must travel. you cannot perform hajj in your at your house, or at your hometown.</w:t>
      </w:r>
    </w:p>
    <w:p>
      <w:pPr>
        <w:jc w:val="right"/>
      </w:pPr>
      <w:r>
        <w:t>ان حج، ایوری ون مسٹ ٹریول۔ یو کین ناٹ پرفارم حج ان یور ایٹ یور ہاؤس، اور ایٹ یور ہوم ٹاؤن۔</w:t>
      </w:r>
    </w:p>
    <w:p>
      <w:r>
        <w:rPr>
          <w:b/>
        </w:rPr>
        <w:t xml:space="preserve">[03:16] </w:t>
      </w:r>
      <w:r>
        <w:t>you have to travel to reach mecca. traveling is also a worship.</w:t>
      </w:r>
    </w:p>
    <w:p>
      <w:pPr>
        <w:jc w:val="right"/>
      </w:pPr>
      <w:r>
        <w:t>یو ہیو ٹو ٹریول ٹو ریچ مکہ۔ ٹریولنگ از السو ا ورشپ۔</w:t>
      </w:r>
    </w:p>
    <w:p>
      <w:r>
        <w:rPr>
          <w:b/>
        </w:rPr>
        <w:t xml:space="preserve">[03:26] </w:t>
      </w:r>
      <w:r>
        <w:t>you know, there is a verse in the quran in which momin and mominat both are defined in these words:</w:t>
      </w:r>
    </w:p>
    <w:p>
      <w:pPr>
        <w:jc w:val="right"/>
      </w:pPr>
      <w:r>
        <w:t>یو نو، دیر از ا ورس ان دا قرآن ان وچ مومن اینڈ مومنات بوتھ ار ڈیفائن ان دیز ورڈز:</w:t>
      </w:r>
    </w:p>
    <w:p>
      <w:r>
        <w:rPr>
          <w:b/>
        </w:rPr>
        <w:t xml:space="preserve">[03:42] </w:t>
      </w:r>
      <w:r>
        <w:t>assaihoon wassaihaat.</w:t>
      </w:r>
    </w:p>
    <w:p>
      <w:pPr>
        <w:jc w:val="right"/>
      </w:pPr>
      <w:r>
        <w:t>السایحون والسایحات۔</w:t>
      </w:r>
    </w:p>
    <w:p>
      <w:r>
        <w:rPr>
          <w:b/>
        </w:rPr>
        <w:t xml:space="preserve">[03:48] </w:t>
      </w:r>
      <w:r>
        <w:t>it means that those who travel, then there is a verse in the quran that call sayro fil ard</w:t>
      </w:r>
    </w:p>
    <w:p>
      <w:pPr>
        <w:jc w:val="right"/>
      </w:pPr>
      <w:r>
        <w:t>اٹ مینز دیٹ دوز ہو ٹریول، دین دیر از ا ورس ان دا قرآن دیٹ کل سیرو فیلڈرز</w:t>
      </w:r>
    </w:p>
    <w:p>
      <w:r>
        <w:rPr>
          <w:b/>
        </w:rPr>
        <w:t xml:space="preserve">[04:02] </w:t>
      </w:r>
      <w:r>
        <w:t>see the earth, see the events of earth</w:t>
      </w:r>
    </w:p>
    <w:p>
      <w:pPr>
        <w:jc w:val="right"/>
      </w:pPr>
      <w:r>
        <w:t>سی دا ارتھ، سی دا ایونٹس آف ارتھ</w:t>
      </w:r>
    </w:p>
    <w:p>
      <w:r>
        <w:rPr>
          <w:b/>
        </w:rPr>
        <w:t xml:space="preserve">[04:08] </w:t>
      </w:r>
      <w:r>
        <w:t>. so, why it is so important? because travel is a source of experience.</w:t>
      </w:r>
    </w:p>
    <w:p>
      <w:pPr>
        <w:jc w:val="right"/>
      </w:pPr>
      <w:r>
        <w:t>۔ سو، وائی اٹ از سو امپورٹنٹ؟ بیکاز ٹریول از ا سورس آف ایکسپیرینس۔</w:t>
      </w:r>
    </w:p>
    <w:p>
      <w:r>
        <w:rPr>
          <w:b/>
        </w:rPr>
        <w:t xml:space="preserve">[04:23] </w:t>
      </w:r>
      <w:r>
        <w:t>travel means going out of your familiar place.</w:t>
      </w:r>
    </w:p>
    <w:p>
      <w:pPr>
        <w:jc w:val="right"/>
      </w:pPr>
      <w:r>
        <w:t>ٹریول مینز گوئنگ آؤٹ آف یور فیمیلیئر پلیس۔</w:t>
      </w:r>
    </w:p>
    <w:p>
      <w:r>
        <w:rPr>
          <w:b/>
        </w:rPr>
        <w:t xml:space="preserve">[04:33] </w:t>
      </w:r>
      <w:r>
        <w:t>it means moving from familiar place to unfamiliar place. this is travel. so, it is very important.</w:t>
      </w:r>
    </w:p>
    <w:p>
      <w:pPr>
        <w:jc w:val="right"/>
      </w:pPr>
      <w:r>
        <w:t>اٹ مینز موونگ فرام فیمیلیئر پلیس ٹو ان فیمیلیئر پلیس۔ دس از ٹریول۔ سو، اٹ از ویری امپورٹنٹ۔</w:t>
      </w:r>
    </w:p>
    <w:p>
      <w:r>
        <w:rPr>
          <w:b/>
        </w:rPr>
        <w:t xml:space="preserve">[04:45] </w:t>
      </w:r>
      <w:r>
        <w:t>because when you are in your familiar place, so you are used to.</w:t>
      </w:r>
    </w:p>
    <w:p>
      <w:pPr>
        <w:jc w:val="right"/>
      </w:pPr>
      <w:r>
        <w:t>بیکاز وین یو آر ان یور فیمیلیئر پلیس، سو یو آر یوز ٹو۔</w:t>
      </w:r>
    </w:p>
    <w:p>
      <w:r>
        <w:rPr>
          <w:b/>
        </w:rPr>
        <w:t xml:space="preserve">[04:54] </w:t>
      </w:r>
      <w:r>
        <w:t>for everything,</w:t>
      </w:r>
    </w:p>
    <w:p>
      <w:pPr>
        <w:jc w:val="right"/>
      </w:pPr>
      <w:r>
        <w:t>فار ایوری تھنگ،</w:t>
      </w:r>
    </w:p>
    <w:p>
      <w:r>
        <w:rPr>
          <w:b/>
        </w:rPr>
        <w:t xml:space="preserve">[04:57] </w:t>
      </w:r>
      <w:r>
        <w:t>you become habitual. but when you move from familiar place to unfamiliar place, then you experience new things,</w:t>
      </w:r>
    </w:p>
    <w:p>
      <w:pPr>
        <w:jc w:val="right"/>
      </w:pPr>
      <w:r>
        <w:t>یو بیکم ہیبیچول۔ بٹ وین یو موو فرام فیمیلیئر پلیس ٹو ان فیمیلیئر پلیس، دین یو ایکسپیرینس نیو تھنگز،</w:t>
      </w:r>
    </w:p>
    <w:p>
      <w:r>
        <w:rPr>
          <w:b/>
        </w:rPr>
        <w:t xml:space="preserve">[05:10] </w:t>
      </w:r>
      <w:r>
        <w:t>new experiences, new inspirations, new lesson, new observations,</w:t>
      </w:r>
    </w:p>
    <w:p>
      <w:pPr>
        <w:jc w:val="right"/>
      </w:pPr>
      <w:r>
        <w:t>نیو ایکسپیرینسز، نیو انسپیریشنز، نیو لیسن، نیو ابزرویشنز،</w:t>
      </w:r>
    </w:p>
    <w:p>
      <w:r>
        <w:rPr>
          <w:b/>
        </w:rPr>
        <w:t xml:space="preserve">[05:17] </w:t>
      </w:r>
      <w:r>
        <w:t>new contact. so, when you are in travel, you are experiencing a new life.</w:t>
      </w:r>
    </w:p>
    <w:p>
      <w:pPr>
        <w:jc w:val="right"/>
      </w:pPr>
      <w:r>
        <w:t>نیو کنٹیکٹ۔ سو، وین یو آر ان ٹریول، یو آر ایکسپیرینسنگ ا نیو لائف۔</w:t>
      </w:r>
    </w:p>
    <w:p>
      <w:r>
        <w:rPr>
          <w:b/>
        </w:rPr>
        <w:t xml:space="preserve">[05:29] </w:t>
      </w:r>
      <w:r>
        <w:t>so, if if you are a believer, if you are</w:t>
      </w:r>
    </w:p>
    <w:p>
      <w:pPr>
        <w:jc w:val="right"/>
      </w:pPr>
      <w:r>
        <w:t>سو، اف اف یو آر ا بیلیور، اف یو آر</w:t>
      </w:r>
    </w:p>
    <w:p>
      <w:r>
        <w:rPr>
          <w:b/>
        </w:rPr>
        <w:t xml:space="preserve">[05:37] </w:t>
      </w:r>
      <w:r>
        <w:t>a qawi,</w:t>
      </w:r>
    </w:p>
    <w:p>
      <w:pPr>
        <w:jc w:val="right"/>
      </w:pPr>
      <w:r>
        <w:t>ا کوی،</w:t>
      </w:r>
    </w:p>
    <w:p>
      <w:r>
        <w:rPr>
          <w:b/>
        </w:rPr>
        <w:t xml:space="preserve">[05:39] </w:t>
      </w:r>
      <w:r>
        <w:t>if you have awaken mind, if your spirituality is alive, then you can take lesson every moment, every day and night</w:t>
      </w:r>
    </w:p>
    <w:p>
      <w:pPr>
        <w:jc w:val="right"/>
      </w:pPr>
      <w:r>
        <w:t>اف یو ہیو اویکن مائنڈ، اف یور سپرچولٹی از الائیو، دین یو کین ٹیک لیسن ایوری مومنٹ، ایوری ڈے اینڈ نائٹ</w:t>
      </w:r>
    </w:p>
    <w:p>
      <w:r>
        <w:rPr>
          <w:b/>
        </w:rPr>
        <w:t xml:space="preserve">[05:54] </w:t>
      </w:r>
      <w:r>
        <w:t>. because living in un familiar place it self invoke your personal, your spirituality.</w:t>
      </w:r>
    </w:p>
    <w:p>
      <w:pPr>
        <w:jc w:val="right"/>
      </w:pPr>
      <w:r>
        <w:t>۔ بیکاز لیونگ ان ان فیمیلیئر پلیس اٹ سیلف انوک یور پرسنل، یور سپرچولٹی۔</w:t>
      </w:r>
    </w:p>
    <w:p>
      <w:r>
        <w:rPr>
          <w:b/>
        </w:rPr>
        <w:t xml:space="preserve">[06:05] </w:t>
      </w:r>
      <w:r>
        <w:t>when you are in un familiar place, you are</w:t>
      </w:r>
    </w:p>
    <w:p>
      <w:pPr>
        <w:jc w:val="right"/>
      </w:pPr>
      <w:r>
        <w:t>وین یو آر ان ان فیمیلیئر پلیس، یو آر</w:t>
      </w:r>
    </w:p>
    <w:p>
      <w:r>
        <w:rPr>
          <w:b/>
        </w:rPr>
        <w:t xml:space="preserve">[06:14] </w:t>
      </w:r>
      <w:r>
        <w:t>invoke by the environment every time. so, you receive new kind of experiences, new kind of inspirations.</w:t>
      </w:r>
    </w:p>
    <w:p>
      <w:pPr>
        <w:jc w:val="right"/>
      </w:pPr>
      <w:r>
        <w:t>انوک بائی دا انوائرمنٹ ایوری ٹائم۔ سو، یو ریسیو نیو کائنڈ آف ایکسپیرینسز، نیو کائنڈ آف انسپیریشنز۔</w:t>
      </w:r>
    </w:p>
    <w:p>
      <w:r>
        <w:rPr>
          <w:b/>
        </w:rPr>
        <w:t xml:space="preserve">[06:30] </w:t>
      </w:r>
      <w:r>
        <w:t>so, this is the first benefit of</w:t>
      </w:r>
    </w:p>
    <w:p>
      <w:pPr>
        <w:jc w:val="right"/>
      </w:pPr>
      <w:r>
        <w:t>سو، دس از دا فرسٹ بینیفٹ آف</w:t>
      </w:r>
    </w:p>
    <w:p>
      <w:r>
        <w:rPr>
          <w:b/>
        </w:rPr>
        <w:t xml:space="preserve">[06:34] </w:t>
      </w:r>
      <w:r>
        <w:t>hajj. then, after a long travel, you reach to the miqat.</w:t>
      </w:r>
    </w:p>
    <w:p>
      <w:pPr>
        <w:jc w:val="right"/>
      </w:pPr>
      <w:r>
        <w:t>حج۔ دین، افٹر ا لانگ ٹریول، یو ریچ ٹو دا میقات۔</w:t>
      </w:r>
    </w:p>
    <w:p>
      <w:r>
        <w:rPr>
          <w:b/>
        </w:rPr>
        <w:t xml:space="preserve">[06:45] </w:t>
      </w:r>
      <w:r>
        <w:t>miqat means that place where you are required to wear ahram.</w:t>
      </w:r>
    </w:p>
    <w:p>
      <w:pPr>
        <w:jc w:val="right"/>
      </w:pPr>
      <w:r>
        <w:t>میقات مینز دیٹ پلیس ویر یو آر ریکوائرڈ ٹو ویئر احرام۔</w:t>
      </w:r>
    </w:p>
    <w:p>
      <w:r>
        <w:rPr>
          <w:b/>
        </w:rPr>
        <w:t xml:space="preserve">[06:56] </w:t>
      </w:r>
      <w:r>
        <w:t>ahram means un tailored cloth, basically two pieces like sheet, both white.</w:t>
      </w:r>
    </w:p>
    <w:p>
      <w:pPr>
        <w:jc w:val="right"/>
      </w:pPr>
      <w:r>
        <w:t>احرام مینز ان ٹیلرڈ کلاتھ، بیسکلی ٹو پیسز لائک شیٹ، بوتھ وائٹ۔</w:t>
      </w:r>
    </w:p>
    <w:p>
      <w:r>
        <w:rPr>
          <w:b/>
        </w:rPr>
        <w:t xml:space="preserve">[07:11] </w:t>
      </w:r>
      <w:r>
        <w:t>so, when you reach miqat,</w:t>
      </w:r>
    </w:p>
    <w:p>
      <w:pPr>
        <w:jc w:val="right"/>
      </w:pPr>
      <w:r>
        <w:t>سو، وین یو ریچ میقات،</w:t>
      </w:r>
    </w:p>
    <w:p>
      <w:r>
        <w:rPr>
          <w:b/>
        </w:rPr>
        <w:t xml:space="preserve">[07:14] </w:t>
      </w:r>
      <w:r>
        <w:t>you</w:t>
      </w:r>
    </w:p>
    <w:p>
      <w:pPr>
        <w:jc w:val="right"/>
      </w:pPr>
      <w:r>
        <w:t>یو</w:t>
      </w:r>
    </w:p>
    <w:p>
      <w:r>
        <w:rPr>
          <w:b/>
        </w:rPr>
        <w:t xml:space="preserve">[07:18] </w:t>
      </w:r>
      <w:r>
        <w:t>take this kind of dress.</w:t>
      </w:r>
    </w:p>
    <w:p>
      <w:pPr>
        <w:jc w:val="right"/>
      </w:pPr>
      <w:r>
        <w:t>ٹیک دس کائنڈ آف ڈریس۔</w:t>
      </w:r>
    </w:p>
    <w:p>
      <w:r>
        <w:rPr>
          <w:b/>
        </w:rPr>
        <w:t xml:space="preserve">[07:23] </w:t>
      </w:r>
      <w:r>
        <w:t>ahram was the dress of prophet ibrahim, and it is a symbol of simple culture, simplicity.</w:t>
      </w:r>
    </w:p>
    <w:p>
      <w:pPr>
        <w:jc w:val="right"/>
      </w:pPr>
      <w:r>
        <w:t>احرام واز دا ڈریس آف پرافٹ ابراہیم، اینڈ اٹ از ا سمبل آف سمپل کلچر، سمپلیسٹی۔</w:t>
      </w:r>
    </w:p>
    <w:p>
      <w:r>
        <w:rPr>
          <w:b/>
        </w:rPr>
        <w:t xml:space="preserve">[07:39] </w:t>
      </w:r>
      <w:r>
        <w:t>ahram is a symbol of simplicity,</w:t>
      </w:r>
    </w:p>
    <w:p>
      <w:pPr>
        <w:jc w:val="right"/>
      </w:pPr>
      <w:r>
        <w:t>احرام از ا سمبل آف سمپلیسٹی،</w:t>
      </w:r>
    </w:p>
    <w:p>
      <w:r>
        <w:rPr>
          <w:b/>
        </w:rPr>
        <w:t xml:space="preserve">[07:42] </w:t>
      </w:r>
      <w:r>
        <w:t>simple living. it not a ritual. ahram is not a ritual. ahram is a symbol of culture of simplicity.</w:t>
      </w:r>
    </w:p>
    <w:p>
      <w:pPr>
        <w:jc w:val="right"/>
      </w:pPr>
      <w:r>
        <w:t>سمپل لیونگ۔ اٹ ناٹ ا ریچول۔ احرام از ناٹ ا ریچول۔ احرام از ا سمبل آف کلچر آف سمپلیسٹی۔</w:t>
      </w:r>
    </w:p>
    <w:p>
      <w:r>
        <w:rPr>
          <w:b/>
        </w:rPr>
        <w:t xml:space="preserve">[08:00] </w:t>
      </w:r>
      <w:r>
        <w:t>so, here you</w:t>
      </w:r>
    </w:p>
    <w:p>
      <w:pPr>
        <w:jc w:val="right"/>
      </w:pPr>
      <w:r>
        <w:t>سو، ہیر یو</w:t>
      </w:r>
    </w:p>
    <w:p>
      <w:r>
        <w:rPr>
          <w:b/>
        </w:rPr>
        <w:t xml:space="preserve">[08:06] </w:t>
      </w:r>
      <w:r>
        <w:t>decide that from this day, i will adopt the culture of simplicity.</w:t>
      </w:r>
    </w:p>
    <w:p>
      <w:pPr>
        <w:jc w:val="right"/>
      </w:pPr>
      <w:r>
        <w:t>ڈیسائیڈ دیٹ فرام دس ڈے، آئی ویل اڈاپٹ دا کلچر آف سمپلیسٹی۔</w:t>
      </w:r>
    </w:p>
    <w:p>
      <w:r>
        <w:rPr>
          <w:b/>
        </w:rPr>
        <w:t xml:space="preserve">[08:17] </w:t>
      </w:r>
      <w:r>
        <w:t>so, it is very important. you know,</w:t>
      </w:r>
    </w:p>
    <w:p>
      <w:pPr>
        <w:jc w:val="right"/>
      </w:pPr>
      <w:r>
        <w:t>سو، اٹ از ویری امپورٹنٹ۔ یو نو،</w:t>
      </w:r>
    </w:p>
    <w:p>
      <w:r>
        <w:rPr>
          <w:b/>
        </w:rPr>
        <w:t xml:space="preserve">[08:24] </w:t>
      </w:r>
      <w:r>
        <w:t>there is a hadith: w</w:t>
      </w:r>
    </w:p>
    <w:p>
      <w:pPr>
        <w:jc w:val="right"/>
      </w:pPr>
      <w:r>
        <w:t>دیر از ا حدیث: و</w:t>
      </w:r>
    </w:p>
    <w:p>
      <w:r>
        <w:rPr>
          <w:b/>
        </w:rPr>
        <w:t xml:space="preserve">[08:26] </w:t>
      </w:r>
      <w:r>
        <w:t>hen the prophet of islam was asked, what are the sacrifices in hajj? maaz al-azahi, ya rasulullah.</w:t>
      </w:r>
    </w:p>
    <w:p>
      <w:pPr>
        <w:jc w:val="right"/>
      </w:pPr>
      <w:r>
        <w:t>نس دا پرافٹ آف اسلام واز اسکڈ، واٹ آر دی سیکریفائسز ان حج؟ ماضی الاضاحی، یا رسول اللہ۔</w:t>
      </w:r>
    </w:p>
    <w:p>
      <w:r>
        <w:rPr>
          <w:b/>
        </w:rPr>
        <w:t xml:space="preserve">[08:38] </w:t>
      </w:r>
      <w:r>
        <w:t>profit of Islam replied: sunnat-e-ab ikram ibrahim, the tradition of your, the tradition of your father ibrahim</w:t>
      </w:r>
    </w:p>
    <w:p>
      <w:pPr>
        <w:jc w:val="right"/>
      </w:pPr>
      <w:r>
        <w:t>پرافٹ آف اسلام ریپلائیڈ: سنت ابیکم ابراہیم، دا ٹریڈیشن آف یور، دا ٹریڈیشن آف یور فادر ابراہیم</w:t>
      </w:r>
    </w:p>
    <w:p>
      <w:r>
        <w:rPr>
          <w:b/>
        </w:rPr>
        <w:t xml:space="preserve">[08:54] </w:t>
      </w:r>
      <w:r>
        <w:t>. so, the Hajj is a kind of rehearsal of Prophet Ibrahim life.</w:t>
      </w:r>
    </w:p>
    <w:p>
      <w:pPr>
        <w:jc w:val="right"/>
      </w:pPr>
      <w:r>
        <w:t>۔ سو، دا حج از ا کائنڈ آف ریہیلسل آف پرافٹ ابراہیم لائف۔</w:t>
      </w:r>
    </w:p>
    <w:p>
      <w:r>
        <w:rPr>
          <w:b/>
        </w:rPr>
        <w:t xml:space="preserve">[09:03] </w:t>
      </w:r>
      <w:r>
        <w:t>profit ibrahim was a very,</w:t>
      </w:r>
    </w:p>
    <w:p>
      <w:pPr>
        <w:jc w:val="right"/>
      </w:pPr>
      <w:r>
        <w:t>پرافٹ ابراہیم واز ا ویری،</w:t>
      </w:r>
    </w:p>
    <w:p>
      <w:r>
        <w:rPr>
          <w:b/>
        </w:rPr>
        <w:t xml:space="preserve">[09:09] </w:t>
      </w:r>
      <w:r>
        <w:t>was a great profit. his life was and wonderful life. he organized international, he organize the work in international level.</w:t>
      </w:r>
    </w:p>
    <w:p>
      <w:pPr>
        <w:jc w:val="right"/>
      </w:pPr>
      <w:r>
        <w:t>واز ا گریٹ پرافٹ۔ ہز لائف واز اینڈ وین فل لائف۔ ہی ارگنائزڈ انٹرنیشنل، ہی ارگنائز دا ورک ان انٹرنیشنل لیول۔</w:t>
      </w:r>
    </w:p>
    <w:p>
      <w:r>
        <w:rPr>
          <w:b/>
        </w:rPr>
        <w:t xml:space="preserve">[09:26] </w:t>
      </w:r>
      <w:r>
        <w:t>so, when a believer performs hajj, he repeats all those happenings which was experience by profit ibrahim.</w:t>
      </w:r>
    </w:p>
    <w:p>
      <w:pPr>
        <w:jc w:val="right"/>
      </w:pPr>
      <w:r>
        <w:t>سو، وین ا بیلیور پرفارمز حج، ہی ریپیٹس ال دوز ہیپننگز وچ واز ایکسپیرینس بائی پرافٹ ابراہیم۔</w:t>
      </w:r>
    </w:p>
    <w:p>
      <w:r>
        <w:rPr>
          <w:b/>
        </w:rPr>
        <w:t xml:space="preserve">[09:44] </w:t>
      </w:r>
      <w:r>
        <w:t>so, all those rituals of hajj are rehearsal of profit ibrahim. so, ehram is also the dress of profit ibrahim.</w:t>
      </w:r>
    </w:p>
    <w:p>
      <w:pPr>
        <w:jc w:val="right"/>
      </w:pPr>
      <w:r>
        <w:t>سو، ال دوز ریچولز آف حج ار ریہیلسر آف پرافٹ ابراہیم۔ سو، احرام از السو دا ڈریس آف پرافٹ ابراہیم۔</w:t>
      </w:r>
    </w:p>
    <w:p>
      <w:r>
        <w:rPr>
          <w:b/>
        </w:rPr>
        <w:t xml:space="preserve">[09:58] </w:t>
      </w:r>
      <w:r>
        <w:t>so, when you take this dress, you take a pledge that i will adopt that kind of simple life which was adopted by profit ibrahim.</w:t>
      </w:r>
    </w:p>
    <w:p>
      <w:pPr>
        <w:jc w:val="right"/>
      </w:pPr>
      <w:r>
        <w:t>سو، وین یو ٹیک دس ڈریس، یو ٹیک ا پلیس دیٹ آئی ویل اڈاپٹ دیٹ کائنڈ آف سمپل لائف وچ واز اڈاپٹڈ بائی پرافٹ ابراہیم۔</w:t>
      </w:r>
    </w:p>
    <w:p>
      <w:r>
        <w:rPr>
          <w:b/>
        </w:rPr>
        <w:t xml:space="preserve">[10:18] </w:t>
      </w:r>
      <w:r>
        <w:t>this is the, this is the</w:t>
      </w:r>
    </w:p>
    <w:p>
      <w:pPr>
        <w:jc w:val="right"/>
      </w:pPr>
      <w:r>
        <w:t>دس از دا، دس از دا</w:t>
      </w:r>
    </w:p>
    <w:p>
      <w:r>
        <w:rPr>
          <w:b/>
        </w:rPr>
        <w:t xml:space="preserve">[10:25] </w:t>
      </w:r>
      <w:r>
        <w:t>lesson of ehram. so, when you reach makkah,</w:t>
      </w:r>
    </w:p>
    <w:p>
      <w:pPr>
        <w:jc w:val="right"/>
      </w:pPr>
      <w:r>
        <w:t>لیسن آف احرام۔ سو، وین یو ریچ مکہ،</w:t>
      </w:r>
    </w:p>
    <w:p>
      <w:r>
        <w:rPr>
          <w:b/>
        </w:rPr>
        <w:t xml:space="preserve">[10:36] </w:t>
      </w:r>
      <w:r>
        <w:t>you know, in makkah there is the oldest mosque, that is baitullah or kaaba. so, when you reach makkah, that is your destination in hajj.</w:t>
      </w:r>
    </w:p>
    <w:p>
      <w:pPr>
        <w:jc w:val="right"/>
      </w:pPr>
      <w:r>
        <w:t>یو نو، ان مکہ دیر از دا اولڈسٹ مسک، دیٹ از بیت اللہ اور کعبہ۔ سو، وین یو ریچ مکہ، دیٹ از یور ڈیسٹینیشن ان حج۔</w:t>
      </w:r>
    </w:p>
    <w:p>
      <w:r>
        <w:rPr>
          <w:b/>
        </w:rPr>
        <w:t xml:space="preserve">[10:53] </w:t>
      </w:r>
      <w:r>
        <w:t>so, when you reach makkah, first of all, you make wudu, and then you do tawaf</w:t>
      </w:r>
    </w:p>
    <w:p>
      <w:pPr>
        <w:jc w:val="right"/>
      </w:pPr>
      <w:r>
        <w:t>سو، وین یو ریچ مکہ، فرسٹ آف آل، یو میک وضو، اینڈ دین یو ڈو طواف</w:t>
      </w:r>
    </w:p>
    <w:p>
      <w:r>
        <w:rPr>
          <w:b/>
        </w:rPr>
        <w:t xml:space="preserve">[11:07] </w:t>
      </w:r>
      <w:r>
        <w:t>. tawaf means,</w:t>
      </w:r>
    </w:p>
    <w:p>
      <w:pPr>
        <w:jc w:val="right"/>
      </w:pPr>
      <w:r>
        <w:t>۔ طواف مینز،</w:t>
      </w:r>
    </w:p>
    <w:p>
      <w:r>
        <w:rPr>
          <w:b/>
        </w:rPr>
        <w:t xml:space="preserve">[11:12] </w:t>
      </w:r>
      <w:r>
        <w:t>tawaf means and circling around the kaaba. kaaba, present kaaba, is a square building.</w:t>
      </w:r>
    </w:p>
    <w:p>
      <w:pPr>
        <w:jc w:val="right"/>
      </w:pPr>
      <w:r>
        <w:t>طواف مینز اینڈ سرکلنگ اراؤنڈ دی کعبہ۔ کعبہ، پریزنٹ کعبہ، از ا سکوئر بلڈنگ۔</w:t>
      </w:r>
    </w:p>
    <w:p>
      <w:r>
        <w:rPr>
          <w:b/>
        </w:rPr>
        <w:t xml:space="preserve">[11:25] </w:t>
      </w:r>
      <w:r>
        <w:t>square building. this kaaba, the kaaba was built by abraham and his son ismail.</w:t>
      </w:r>
    </w:p>
    <w:p>
      <w:pPr>
        <w:jc w:val="right"/>
      </w:pPr>
      <w:r>
        <w:t>سکوئر بلڈنگ۔ دس کعبہ، دا کعبہ واز بلٹ بائی ابراہم اینڈ ہز سن اسماعیل۔</w:t>
      </w:r>
    </w:p>
    <w:p>
      <w:r>
        <w:rPr>
          <w:b/>
        </w:rPr>
        <w:t xml:space="preserve">[11:40] </w:t>
      </w:r>
      <w:r>
        <w:t>so, when you reach makkah, first of all, you do tawaf,</w:t>
      </w:r>
    </w:p>
    <w:p>
      <w:pPr>
        <w:jc w:val="right"/>
      </w:pPr>
      <w:r>
        <w:t>سو، وین یو ریچ مکہ، فرسٹ آف آل، یو ڈو طواف،</w:t>
      </w:r>
    </w:p>
    <w:p>
      <w:r>
        <w:rPr>
          <w:b/>
        </w:rPr>
        <w:t xml:space="preserve">[11:47] </w:t>
      </w:r>
      <w:r>
        <w:t>that is going around the kaaba seven times.</w:t>
      </w:r>
    </w:p>
    <w:p>
      <w:pPr>
        <w:jc w:val="right"/>
      </w:pPr>
      <w:r>
        <w:t>دیٹ از گوئنگ اراؤنڈ دی کعبہ سیون ٹائمز۔</w:t>
      </w:r>
    </w:p>
    <w:p>
      <w:r>
        <w:rPr>
          <w:b/>
        </w:rPr>
        <w:t xml:space="preserve">[11:55] </w:t>
      </w:r>
      <w:r>
        <w:t>what is, what is this? you say: labbaik allahumma labbaik. o god, i am here.</w:t>
      </w:r>
    </w:p>
    <w:p>
      <w:pPr>
        <w:jc w:val="right"/>
      </w:pPr>
      <w:r>
        <w:t>واٹ از، واٹ از دس؟ یو سے: لبیک اللہم لبیک۔ او گاڈ، آئی ایم ہیر۔</w:t>
      </w:r>
    </w:p>
    <w:p>
      <w:r>
        <w:rPr>
          <w:b/>
        </w:rPr>
        <w:t xml:space="preserve">[12:04] </w:t>
      </w:r>
      <w:r>
        <w:t>o god, i am here. this is response of haji. and when he, when he goes around the kaaba,</w:t>
      </w:r>
    </w:p>
    <w:p>
      <w:pPr>
        <w:jc w:val="right"/>
      </w:pPr>
      <w:r>
        <w:t>او گاڈ، آئی ایم ہیر۔ دس از ریسپانس آف حاجی۔ اینڈ وین ہی، وین ہی گوز اراؤنڈ دی کعبہ،</w:t>
      </w:r>
    </w:p>
    <w:p>
      <w:r>
        <w:rPr>
          <w:b/>
        </w:rPr>
        <w:t xml:space="preserve">[12:17] </w:t>
      </w:r>
      <w:r>
        <w:t>he decides that: my life will be</w:t>
      </w:r>
    </w:p>
    <w:p>
      <w:pPr>
        <w:jc w:val="right"/>
      </w:pPr>
      <w:r>
        <w:t>ہی ڈیسائیڈز دیٹ: مائی لائف ول بی</w:t>
      </w:r>
    </w:p>
    <w:p>
      <w:r>
        <w:rPr>
          <w:b/>
        </w:rPr>
        <w:t xml:space="preserve">[12:26] </w:t>
      </w:r>
      <w:r>
        <w:t>the center of my life, will be, will be god almighty. i will adopt god centered life.</w:t>
      </w:r>
    </w:p>
    <w:p>
      <w:pPr>
        <w:jc w:val="right"/>
      </w:pPr>
      <w:r>
        <w:t>دا سینٹر آف مائی لائف، ول بی، ول بی گاڈ المائٹی۔ آئی ویل اڈاپٹ گاڈ سینٹرڈ لائف۔</w:t>
      </w:r>
    </w:p>
    <w:p>
      <w:r>
        <w:rPr>
          <w:b/>
        </w:rPr>
        <w:t xml:space="preserve">[12:38] </w:t>
      </w:r>
      <w:r>
        <w:t>so, this is the, this is the meaning of tawaf.</w:t>
      </w:r>
    </w:p>
    <w:p>
      <w:pPr>
        <w:jc w:val="right"/>
      </w:pPr>
      <w:r>
        <w:t>سو، دس از دا، دس از دا میننگ آف طواف۔</w:t>
      </w:r>
    </w:p>
    <w:p>
      <w:r>
        <w:rPr>
          <w:b/>
        </w:rPr>
        <w:t xml:space="preserve">[12:45] </w:t>
      </w:r>
      <w:r>
        <w:t>tawaf is a pledge. tawaf, tawaf is a determination. by doing tawaf, you decide that:</w:t>
      </w:r>
    </w:p>
    <w:p>
      <w:pPr>
        <w:jc w:val="right"/>
      </w:pPr>
      <w:r>
        <w:t>طواف از ا پلیج۔ طواف، طواف از ا ڈیٹرمینیشن۔ بائی ڈوئنگ طواف، یو ڈیسائیڈ دیٹ:</w:t>
      </w:r>
    </w:p>
    <w:p>
      <w:r>
        <w:rPr>
          <w:b/>
        </w:rPr>
        <w:t xml:space="preserve">[12:58] </w:t>
      </w:r>
      <w:r>
        <w:t>god is the center of my life. i will</w:t>
      </w:r>
    </w:p>
    <w:p>
      <w:pPr>
        <w:jc w:val="right"/>
      </w:pPr>
      <w:r>
        <w:t>گاڈ از دا سینٹر آف مائی لائف۔ آئی ویل</w:t>
      </w:r>
    </w:p>
    <w:p>
      <w:r>
        <w:rPr>
          <w:b/>
        </w:rPr>
        <w:t xml:space="preserve">[13:04] </w:t>
      </w:r>
      <w:r>
        <w:t>adopt that form of life which was adopted by profit ibrahim and profit ismail and his wife hajra.</w:t>
      </w:r>
    </w:p>
    <w:p>
      <w:pPr>
        <w:jc w:val="right"/>
      </w:pPr>
      <w:r>
        <w:t>اڈاپٹ دیٹ فارم آف لائف وچ واز اڈاپٹڈ بائی پرافٹ ابراہیم اینڈ پرافٹ اسماعیل اینڈ ہز وائف ہاجرہ۔</w:t>
      </w:r>
    </w:p>
    <w:p>
      <w:r>
        <w:rPr>
          <w:b/>
        </w:rPr>
        <w:t xml:space="preserve">[13:17] </w:t>
      </w:r>
      <w:r>
        <w:t>so, this is a pledge. tawaf is not simply</w:t>
      </w:r>
    </w:p>
    <w:p>
      <w:pPr>
        <w:jc w:val="right"/>
      </w:pPr>
      <w:r>
        <w:t>سو، دس از ا پلیج۔ طواف از ناٹ سمپلی</w:t>
      </w:r>
    </w:p>
    <w:p>
      <w:r>
        <w:rPr>
          <w:b/>
        </w:rPr>
        <w:t xml:space="preserve">[13:22] </w:t>
      </w:r>
      <w:r>
        <w:t>a ritual. tawaf-e-kaaba is not simply a ritual.</w:t>
      </w:r>
    </w:p>
    <w:p>
      <w:pPr>
        <w:jc w:val="right"/>
      </w:pPr>
      <w:r>
        <w:t>ا ریچول۔ طواف کعبہ از ناٹ سمپلی ا ریچول۔</w:t>
      </w:r>
    </w:p>
    <w:p>
      <w:r>
        <w:rPr>
          <w:b/>
        </w:rPr>
        <w:t xml:space="preserve">[13:34] </w:t>
      </w:r>
      <w:r>
        <w:t>no, it is a reality. it is a pledge.</w:t>
      </w:r>
    </w:p>
    <w:p>
      <w:pPr>
        <w:jc w:val="right"/>
      </w:pPr>
      <w:r>
        <w:t>نو، اٹ از ا ریلیٹی۔ اٹ از ا پلیج۔</w:t>
      </w:r>
    </w:p>
    <w:p>
      <w:r>
        <w:rPr>
          <w:b/>
        </w:rPr>
        <w:t xml:space="preserve">[13:41] </w:t>
      </w:r>
      <w:r>
        <w:t>it is to decide about your life pattern.</w:t>
      </w:r>
    </w:p>
    <w:p>
      <w:pPr>
        <w:jc w:val="right"/>
      </w:pPr>
      <w:r>
        <w:t>اٹ از ٹو ڈیسائیڈ اباؤٹ یور لائف پیٹرن۔</w:t>
      </w:r>
    </w:p>
    <w:p>
      <w:r>
        <w:rPr>
          <w:b/>
        </w:rPr>
        <w:t xml:space="preserve">[13:49] </w:t>
      </w:r>
      <w:r>
        <w:t>by doing tawaf, you remember the prophet of Islam. you remember the prophet Ibrahim.</w:t>
      </w:r>
    </w:p>
    <w:p>
      <w:pPr>
        <w:jc w:val="right"/>
      </w:pPr>
      <w:r>
        <w:t>بائی ڈوئنگ طواف، یو ریممبر دا پرافٹ آف اسلام۔ یو ریممبر دا پرافٹ ابراہیم۔</w:t>
      </w:r>
    </w:p>
    <w:p>
      <w:r>
        <w:rPr>
          <w:b/>
        </w:rPr>
        <w:t xml:space="preserve">[14:00] </w:t>
      </w:r>
      <w:r>
        <w:t>and then you decide that: I will, I will adopt that kind of life style that was adopted by prophet Ibrahim.</w:t>
      </w:r>
    </w:p>
    <w:p>
      <w:pPr>
        <w:jc w:val="right"/>
      </w:pPr>
      <w:r>
        <w:t>اینڈ دین یو ڈیسائیڈ دیٹ: آئی ویل، آئی ویل اڈاپٹ دیٹ کائنڈ آف لائف اسٹائل دیٹ واز اڈاپٹڈ بائی پرافٹ ابراہیم۔</w:t>
      </w:r>
    </w:p>
    <w:p>
      <w:r>
        <w:rPr>
          <w:b/>
        </w:rPr>
        <w:t xml:space="preserve">[14:11] </w:t>
      </w:r>
      <w:r>
        <w:t>and that was God centered life. God centered life. this is the tawaf-e-kaaba.</w:t>
      </w:r>
    </w:p>
    <w:p>
      <w:pPr>
        <w:jc w:val="right"/>
      </w:pPr>
      <w:r>
        <w:t>اینڈ دیٹ واز گاڈ سینٹرڈ لائف۔ گاڈ سینٹرڈ لائف۔ دس از دا طواف کعبہ۔</w:t>
      </w:r>
    </w:p>
    <w:p>
      <w:r>
        <w:rPr>
          <w:b/>
        </w:rPr>
        <w:t xml:space="preserve">[14:23] </w:t>
      </w:r>
      <w:r>
        <w:t>then, after tawaf,</w:t>
      </w:r>
    </w:p>
    <w:p>
      <w:pPr>
        <w:jc w:val="right"/>
      </w:pPr>
      <w:r>
        <w:t>دین، افٹر طواف،</w:t>
      </w:r>
    </w:p>
    <w:p>
      <w:r>
        <w:rPr>
          <w:b/>
        </w:rPr>
        <w:t xml:space="preserve">[14:28] </w:t>
      </w:r>
      <w:r>
        <w:t>you</w:t>
      </w:r>
    </w:p>
    <w:p>
      <w:pPr>
        <w:jc w:val="right"/>
      </w:pPr>
      <w:r>
        <w:t>یو</w:t>
      </w:r>
    </w:p>
    <w:p>
      <w:r>
        <w:rPr>
          <w:b/>
        </w:rPr>
        <w:t xml:space="preserve">[14:32] </w:t>
      </w:r>
      <w:r>
        <w:t>visit Safa and Marwa. Safa aur Marwa are two rocks. the distance between the two rocks is near about seven furlong.</w:t>
      </w:r>
    </w:p>
    <w:p>
      <w:pPr>
        <w:jc w:val="right"/>
      </w:pPr>
      <w:r>
        <w:t>وزٹ صفا اینڈ مروہ۔ صفا اور مروہ ار ٹو راکس۔ دا ڈسٹنس بٹوین دا ٹو راکس از نیئر اباؤٹ سیون فار لانگ۔</w:t>
      </w:r>
    </w:p>
    <w:p>
      <w:r>
        <w:rPr>
          <w:b/>
        </w:rPr>
        <w:t xml:space="preserve">[14:49] </w:t>
      </w:r>
      <w:r>
        <w:t>both are very dear from Kaaba. both are small rocks. so, this is the distance between the two rocks is near about seven furlong.</w:t>
      </w:r>
    </w:p>
    <w:p>
      <w:pPr>
        <w:jc w:val="right"/>
      </w:pPr>
      <w:r>
        <w:t>بوتھ ار ویری ڈیئر فرام کعبہ۔ بوتھ ار اسمال راکس۔ سو، دس از دا ڈسٹنس بٹوین دا ٹو راکس از نیئر اباؤٹ سیون فار لانگ۔</w:t>
      </w:r>
    </w:p>
    <w:p>
      <w:r>
        <w:rPr>
          <w:b/>
        </w:rPr>
        <w:t xml:space="preserve">[15:03]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[15:04] </w:t>
      </w:r>
      <w:r>
        <w:t>, every haji walks between the two, between the Safa and Marwa seven times.</w:t>
      </w:r>
    </w:p>
    <w:p>
      <w:pPr>
        <w:jc w:val="right"/>
      </w:pPr>
      <w:r>
        <w:t>، ایوری حاجی واکس بٹوین دا ٹو، بٹوین دا صفا اینڈ مروہ سیون ٹائمز۔</w:t>
      </w:r>
    </w:p>
    <w:p>
      <w:r>
        <w:rPr>
          <w:b/>
        </w:rPr>
        <w:t xml:space="preserve">[15:15] </w:t>
      </w:r>
      <w:r>
        <w:t>every haji walks between Safa and Marwa seven times.</w:t>
      </w:r>
    </w:p>
    <w:p>
      <w:pPr>
        <w:jc w:val="right"/>
      </w:pPr>
      <w:r>
        <w:t>ایوری حاجی واکس بٹوین صفا اینڈ مروہ سیون ٹائمز۔</w:t>
      </w:r>
    </w:p>
    <w:p>
      <w:r>
        <w:rPr>
          <w:b/>
        </w:rPr>
        <w:t xml:space="preserve">[15:24] </w:t>
      </w:r>
      <w:r>
        <w:t>now, what is this walk</w:t>
      </w:r>
    </w:p>
    <w:p>
      <w:pPr>
        <w:jc w:val="right"/>
      </w:pPr>
      <w:r>
        <w:t>ناو، واٹ از دس واک</w:t>
      </w:r>
    </w:p>
    <w:p>
      <w:r>
        <w:rPr>
          <w:b/>
        </w:rPr>
        <w:t xml:space="preserve">[15:28] </w:t>
      </w:r>
      <w:r>
        <w:t>? it is again a symbolic pledge.</w:t>
      </w:r>
    </w:p>
    <w:p>
      <w:pPr>
        <w:jc w:val="right"/>
      </w:pPr>
      <w:r>
        <w:t>؟ اٹ از اگین ا سمبلک پلیج۔</w:t>
      </w:r>
    </w:p>
    <w:p>
      <w:r>
        <w:rPr>
          <w:b/>
        </w:rPr>
        <w:t xml:space="preserve">[15:35] </w:t>
      </w:r>
      <w:r>
        <w:t>by doing this, you pledge, you take pledge. you decide that, you decide about your activities</w:t>
      </w:r>
    </w:p>
    <w:p>
      <w:pPr>
        <w:jc w:val="right"/>
      </w:pPr>
      <w:r>
        <w:t>بائی ڈوئنگ دس، یو پلے، یو ٹیک پلیج۔ یو ڈیسائیڈ دیٹ، یو ڈیسائیڈ اباؤٹ یور ایکٹیویٹیز</w:t>
      </w:r>
    </w:p>
    <w:p>
      <w:r>
        <w:rPr>
          <w:b/>
        </w:rPr>
        <w:t xml:space="preserve">[15:52] </w:t>
      </w:r>
      <w:r>
        <w:t>by walking between Safa and Marwa. you decide that: my activities will be,</w:t>
      </w:r>
    </w:p>
    <w:p>
      <w:pPr>
        <w:jc w:val="right"/>
      </w:pPr>
      <w:r>
        <w:t>بائی واکنگ بٹوین صفا اینڈ مروہ۔ یو ڈیسائیڈ دیٹ: مائی ایکٹیویٹیز ول بی،</w:t>
      </w:r>
    </w:p>
    <w:p>
      <w:r>
        <w:rPr>
          <w:b/>
        </w:rPr>
        <w:t xml:space="preserve">[16:02] </w:t>
      </w:r>
      <w:r>
        <w:t>will, will be for the sake of God. all my activities will be in the, in the path of God for the sake of God</w:t>
      </w:r>
    </w:p>
    <w:p>
      <w:pPr>
        <w:jc w:val="right"/>
      </w:pPr>
      <w:r>
        <w:t>ول، ول بی فار دا سیک اف گاڈ۔ ال مائی ایکٹیویٹیز ول بی ان دا، ان دا پاتھ اف گاڈ فار دا سیک اف گاڈ</w:t>
      </w:r>
    </w:p>
    <w:p>
      <w:r>
        <w:rPr>
          <w:b/>
        </w:rPr>
        <w:t xml:space="preserve">[16:20] </w:t>
      </w:r>
      <w:r>
        <w:t>. in other words, for dawah work, the greatest, greatest mission adopted by prophet Ibrahim was dawah mission.</w:t>
      </w:r>
    </w:p>
    <w:p>
      <w:pPr>
        <w:jc w:val="right"/>
      </w:pPr>
      <w:r>
        <w:t>۔ ان ادر ورڈز، فار داوا ورک، دا گریٹسٹ، گریٹسٹ مشن اڈاپٹڈ بائی پرافٹ ابراہیم واز داوا مشن۔</w:t>
      </w:r>
    </w:p>
    <w:p>
      <w:r>
        <w:rPr>
          <w:b/>
        </w:rPr>
        <w:t xml:space="preserve">[16:36] </w:t>
      </w:r>
      <w:r>
        <w:t>so, when you walk between Safa aur Marwa, you decide that: I will dedicate my life in that kind of mission which was adopted by prophet Ibrahim.</w:t>
      </w:r>
    </w:p>
    <w:p>
      <w:pPr>
        <w:jc w:val="right"/>
      </w:pPr>
      <w:r>
        <w:t>سو، وین یو واک بٹوین صفا اور مروہ، یو ڈیسائیڈ دیٹ: آئی ویل ڈیڈیکیٹ مائی لائف ان دیٹ کائنڈ آف مشن وچ واز اڈاپٹڈ بائی پرافٹ ابراہیم۔</w:t>
      </w:r>
    </w:p>
    <w:p>
      <w:r>
        <w:rPr>
          <w:b/>
        </w:rPr>
        <w:t xml:space="preserve">[16:54] </w:t>
      </w:r>
      <w:r>
        <w:t>because all these things are shaar-e-Ibrahim. every thing you do during Hajj, shaar-e-Ibrahim</w:t>
      </w:r>
    </w:p>
    <w:p>
      <w:pPr>
        <w:jc w:val="right"/>
      </w:pPr>
      <w:r>
        <w:t>بیکاز ال دیز تھنگز ار شار ابراہیم۔ ایوری تھنگ یو ڈو ڈیورنگ حج، اشعار ابراہیم</w:t>
      </w:r>
    </w:p>
    <w:p>
      <w:r>
        <w:rPr>
          <w:b/>
        </w:rPr>
        <w:t xml:space="preserve">[17:05] </w:t>
      </w:r>
      <w:r>
        <w:t>. it means that all these things are repetition of, of the life style of prophet Ibrahim.</w:t>
      </w:r>
    </w:p>
    <w:p>
      <w:pPr>
        <w:jc w:val="right"/>
      </w:pPr>
      <w:r>
        <w:t>۔ اٹ مینز دیٹ ال دیز تھنگز ار ریپیٹیشن اف، اف دا لائف اسٹائل اف پرافٹ ابراہیم۔</w:t>
      </w:r>
    </w:p>
    <w:p>
      <w:r>
        <w:rPr>
          <w:b/>
        </w:rPr>
        <w:t xml:space="preserve">[17:17] </w:t>
      </w:r>
      <w:r>
        <w:t>prophet Ibrahim does tawaf. so, you are doing tawaf</w:t>
      </w:r>
    </w:p>
    <w:p>
      <w:pPr>
        <w:jc w:val="right"/>
      </w:pPr>
      <w:r>
        <w:t>پرافٹ ابراہیم ڈز طواف۔ سو، یو آر ڈوئنگ طواف</w:t>
      </w:r>
    </w:p>
    <w:p>
      <w:r>
        <w:rPr>
          <w:b/>
        </w:rPr>
        <w:t xml:space="preserve">[17:23] </w:t>
      </w:r>
      <w:r>
        <w:t>. prophet Ibrahim and Hajra did sa'i between Safa aur Marwa.</w:t>
      </w:r>
    </w:p>
    <w:p>
      <w:pPr>
        <w:jc w:val="right"/>
      </w:pPr>
      <w:r>
        <w:t>۔ پرافٹ ابراہیم اینڈ ہاجرہ ڈیڈ صاحب بٹوین صفا اور مروہ۔</w:t>
      </w:r>
    </w:p>
    <w:p>
      <w:r>
        <w:rPr>
          <w:b/>
        </w:rPr>
        <w:t xml:space="preserve">[17:33] </w:t>
      </w:r>
      <w:r>
        <w:t>so, you are doing, you are doing sa'i between Safa aur Marwa. so, all these things are, are shaar-e-Ibrahim and prophet Ibrahim, prophet Ismail and also Hajra,</w:t>
      </w:r>
    </w:p>
    <w:p>
      <w:pPr>
        <w:jc w:val="right"/>
      </w:pPr>
      <w:r>
        <w:t>سو، یو آر ڈوئنگ، یو آر ڈوئنگ صاحب بین صفا اور مروہ۔ سو، ال دیز تھنگز ار، ار شار اف ابراہیم اینڈ پرافٹ ابراہیم، پرافٹ اسماعیل اینڈ السو ہاجرہ،</w:t>
      </w:r>
    </w:p>
    <w:p>
      <w:r>
        <w:rPr>
          <w:b/>
        </w:rPr>
        <w:t xml:space="preserve">[17:56] </w:t>
      </w:r>
      <w:r>
        <w:t>the pious lady who was wife of the prophet Ibrahim.</w:t>
      </w:r>
    </w:p>
    <w:p>
      <w:pPr>
        <w:jc w:val="right"/>
      </w:pPr>
      <w:r>
        <w:t>دا پائس لیڈی ہو واز وائف اف دا پرافٹ ابراہیم۔</w:t>
      </w:r>
    </w:p>
    <w:p>
      <w:r>
        <w:rPr>
          <w:b/>
        </w:rPr>
        <w:t xml:space="preserve">[18:06] </w:t>
      </w:r>
      <w:r>
        <w:t>so, Kaaba, tawaf Kaaba and sa'i Safa wal Marwa both are symbolic pledge.</w:t>
      </w:r>
    </w:p>
    <w:p>
      <w:pPr>
        <w:jc w:val="right"/>
      </w:pPr>
      <w:r>
        <w:t>سو، کعبہ، طواف کعبہ اینڈ صاحب صفا والمروہ بوتھ ار سمبلک پلیج۔</w:t>
      </w:r>
    </w:p>
    <w:p>
      <w:r>
        <w:rPr>
          <w:b/>
        </w:rPr>
        <w:t xml:space="preserve">[18:20] </w:t>
      </w:r>
      <w:r>
        <w:t>that you will adopt the same pattern for your life that was adopted by Abraham family, Hazrat Ibrahim, Hazrat Ismail, Hazrat Hajra.</w:t>
      </w:r>
    </w:p>
    <w:p>
      <w:pPr>
        <w:jc w:val="right"/>
      </w:pPr>
      <w:r>
        <w:t>دیٹ یو ویل اڈاپٹ دا سیم پیٹرن فار یور لائف دیٹ واز اڈاپٹڈ بائی ابراہم فیملی، حضرت ابراہیم، حضرت اسماعیل، حضرت ہاجرہ۔</w:t>
      </w:r>
    </w:p>
    <w:p>
      <w:r>
        <w:rPr>
          <w:b/>
        </w:rPr>
        <w:t xml:space="preserve">[18:35] </w:t>
      </w:r>
      <w:r>
        <w:t>de dedicated life for the sake of God.</w:t>
      </w:r>
    </w:p>
    <w:p>
      <w:pPr>
        <w:jc w:val="right"/>
      </w:pPr>
      <w:r>
        <w:t>دے ڈیڈیکیٹڈ لائف فار دا سیک اف گاڈ۔</w:t>
      </w:r>
    </w:p>
    <w:p>
      <w:r>
        <w:rPr>
          <w:b/>
        </w:rPr>
        <w:t xml:space="preserve">[18:39] </w:t>
      </w:r>
      <w:r>
        <w:t>So, you are seeing also that: I will dedicate my life for the sake of God.</w:t>
      </w:r>
    </w:p>
    <w:p>
      <w:pPr>
        <w:jc w:val="right"/>
      </w:pPr>
      <w:r>
        <w:t>سو، یو آر سینگ السو دیٹ: آئی ویل ڈیڈیکیٹ مائی لائف فار دا سیک اف گاڈ۔</w:t>
      </w:r>
    </w:p>
    <w:p>
      <w:r>
        <w:rPr>
          <w:b/>
        </w:rPr>
        <w:t xml:space="preserve">[18:48] </w:t>
      </w:r>
      <w:r>
        <w:t>their life was God centered life. So, you are deciding your life will be God centered life.</w:t>
      </w:r>
    </w:p>
    <w:p>
      <w:pPr>
        <w:jc w:val="right"/>
      </w:pPr>
      <w:r>
        <w:t>دیر لائف واز گاڈ سینٹرڈ لائف۔ سو، یو آر ڈیسائیڈنگ یور لائف ول بی گاڈ سینٹرڈ لائف۔</w:t>
      </w:r>
    </w:p>
    <w:p>
      <w:r>
        <w:rPr>
          <w:b/>
        </w:rPr>
        <w:t xml:space="preserve">[19:02] </w:t>
      </w:r>
      <w:r>
        <w:t>her, you drink zamzam. zamzam is a, a very,</w:t>
      </w:r>
    </w:p>
    <w:p>
      <w:pPr>
        <w:jc w:val="right"/>
      </w:pPr>
      <w:r>
        <w:t>ہیر، یو ڈرنک زمزم۔ زمزم از ا، ا ویری،</w:t>
      </w:r>
    </w:p>
    <w:p>
      <w:r>
        <w:rPr>
          <w:b/>
        </w:rPr>
        <w:t xml:space="preserve">[19:16] </w:t>
      </w:r>
      <w:r>
        <w:t>zamzam has a very unique history. you know, da prophet ibrahim</w:t>
      </w:r>
    </w:p>
    <w:p>
      <w:pPr>
        <w:jc w:val="right"/>
      </w:pPr>
      <w:r>
        <w:t>زمزم ہیز ا ویری یونیک ہسٹری۔ یو نو، دا پرافٹ ابراہیم</w:t>
      </w:r>
    </w:p>
    <w:p>
      <w:r>
        <w:rPr>
          <w:b/>
        </w:rPr>
        <w:t xml:space="preserve">[19:27] </w:t>
      </w:r>
      <w:r>
        <w:t>settled his family her before four thousand years ago.</w:t>
      </w:r>
    </w:p>
    <w:p>
      <w:pPr>
        <w:jc w:val="right"/>
      </w:pPr>
      <w:r>
        <w:t>سیٹلڈ ہز فیملی ہیر بیفور فور تھا ایرز اگو۔</w:t>
      </w:r>
    </w:p>
    <w:p>
      <w:r>
        <w:rPr>
          <w:b/>
        </w:rPr>
        <w:t xml:space="preserve">[19:39] </w:t>
      </w:r>
      <w:r>
        <w:t>he settled his family her for thousand years ago. at dat time, her was nothing,</w:t>
      </w:r>
    </w:p>
    <w:p>
      <w:pPr>
        <w:jc w:val="right"/>
      </w:pPr>
      <w:r>
        <w:t>ہی سیٹلڈ ہز فیملی ہیر فور تھا ایرز اگو۔ ایٹ دیٹ ٹائم، ہیر واز نتھنگ،</w:t>
      </w:r>
    </w:p>
    <w:p>
      <w:r>
        <w:rPr>
          <w:b/>
        </w:rPr>
        <w:t xml:space="preserve">[19:51] </w:t>
      </w:r>
      <w:r>
        <w:t>only desert, no water, no greenery, no agriculture, no horticulture.</w:t>
      </w:r>
    </w:p>
    <w:p>
      <w:pPr>
        <w:jc w:val="right"/>
      </w:pPr>
      <w:r>
        <w:t>اونلی ڈیزرٹ، نو واٹر، نو گرینری، نو ایگریکلچر، نو ہارٹیکلچر۔</w:t>
      </w:r>
    </w:p>
    <w:p>
      <w:r>
        <w:rPr>
          <w:b/>
        </w:rPr>
        <w:t xml:space="preserve">[20:01] </w:t>
      </w:r>
      <w:r>
        <w:t>so, it was a water less place at dat time. but,</w:t>
      </w:r>
    </w:p>
    <w:p>
      <w:pPr>
        <w:jc w:val="right"/>
      </w:pPr>
      <w:r>
        <w:t>سو، اٹ واز ا واٹر لیس پلیس ایٹ دیٹ ٹائم۔ بٹ،</w:t>
      </w:r>
    </w:p>
    <w:p>
      <w:r>
        <w:rPr>
          <w:b/>
        </w:rPr>
        <w:t xml:space="preserve">[20:12] </w:t>
      </w:r>
      <w:r>
        <w:t>prophet ibrahim settle his wife Hajra and his son Ismail at this place, and he make dua.</w:t>
      </w:r>
    </w:p>
    <w:p>
      <w:pPr>
        <w:jc w:val="right"/>
      </w:pPr>
      <w:r>
        <w:t>پرافٹ ابراہیم سیٹل ہز وائف ہاجرہ اینڈ ہز سن اسماعیل ایٹ دس پلیس، اینڈ ہی میک دعا۔</w:t>
      </w:r>
    </w:p>
    <w:p>
      <w:r>
        <w:rPr>
          <w:b/>
        </w:rPr>
        <w:t xml:space="preserve">[20:27] </w:t>
      </w:r>
      <w:r>
        <w:t>to, God accepted his dua,</w:t>
      </w:r>
    </w:p>
    <w:p>
      <w:pPr>
        <w:jc w:val="right"/>
      </w:pPr>
      <w:r>
        <w:t>تو، گاڈ ایکسیپٹڈ ہز دعا،</w:t>
      </w:r>
    </w:p>
    <w:p>
      <w:r>
        <w:rPr>
          <w:b/>
        </w:rPr>
        <w:t xml:space="preserve">[20:30] </w:t>
      </w:r>
      <w:r>
        <w:t>and miraculously, there was a stream dat is zamzam.</w:t>
      </w:r>
    </w:p>
    <w:p>
      <w:pPr>
        <w:jc w:val="right"/>
      </w:pPr>
      <w:r>
        <w:t>اینڈ میریکولسلی، دیر واز ا سٹریم دیٹ از زمزم۔</w:t>
      </w:r>
    </w:p>
    <w:p>
      <w:r>
        <w:rPr>
          <w:b/>
        </w:rPr>
        <w:t xml:space="preserve">[20:40] </w:t>
      </w:r>
      <w:r>
        <w:t>zamzam was a miraculous stream. so, when you</w:t>
      </w:r>
    </w:p>
    <w:p>
      <w:pPr>
        <w:jc w:val="right"/>
      </w:pPr>
      <w:r>
        <w:t>زمزم واز ا میریکولس سٹریم۔ سو، وین یو</w:t>
      </w:r>
    </w:p>
    <w:p>
      <w:r>
        <w:rPr>
          <w:b/>
        </w:rPr>
        <w:t xml:space="preserve">[20:48] </w:t>
      </w:r>
      <w:r>
        <w:t>drink zamzam, you take the water of zamzam, you remind all those history.</w:t>
      </w:r>
    </w:p>
    <w:p>
      <w:pPr>
        <w:jc w:val="right"/>
      </w:pPr>
      <w:r>
        <w:t>ڈرنک زمزم، یو ٹیک دا واٹر اف زمزم، یو ریمائنڈ ال دوز ہسٹری۔</w:t>
      </w:r>
    </w:p>
    <w:p>
      <w:r>
        <w:rPr>
          <w:b/>
        </w:rPr>
        <w:t xml:space="preserve">[20:58] </w:t>
      </w:r>
      <w:r>
        <w:t>you do dua dat: o God, i am also in need of blessing, in need of your grace.</w:t>
      </w:r>
    </w:p>
    <w:p>
      <w:pPr>
        <w:jc w:val="right"/>
      </w:pPr>
      <w:r>
        <w:t>یو ڈو دعا دیٹ: او گاڈ، آئی ایم السو ان نیڈ اف بلیسنگ، ان نیڈ اف یور گریس۔</w:t>
      </w:r>
    </w:p>
    <w:p>
      <w:r>
        <w:rPr>
          <w:b/>
        </w:rPr>
        <w:t xml:space="preserve">[21:10] </w:t>
      </w:r>
      <w:r>
        <w:t>please, grace me all dose blessings.</w:t>
      </w:r>
    </w:p>
    <w:p>
      <w:pPr>
        <w:jc w:val="right"/>
      </w:pPr>
      <w:r>
        <w:t>پلیز، گریس می ال دوز بلیسنگز۔</w:t>
      </w:r>
    </w:p>
    <w:p>
      <w:r>
        <w:rPr>
          <w:b/>
        </w:rPr>
        <w:t xml:space="preserve">[21:17] </w:t>
      </w:r>
      <w:r>
        <w:t>i am also waiting for your grace, for your blessings. so, when you take zamzam, you do this dua.</w:t>
      </w:r>
    </w:p>
    <w:p>
      <w:pPr>
        <w:jc w:val="right"/>
      </w:pPr>
      <w:r>
        <w:t>آئی ایم السو ویٹنگ فار یور گریس، فار یور بلیسنگز۔ سو، وین یو ٹیک زمزم، یو ڈو دس دعا۔</w:t>
      </w:r>
    </w:p>
    <w:p>
      <w:r>
        <w:rPr>
          <w:b/>
        </w:rPr>
        <w:t xml:space="preserve">[21:33] </w:t>
      </w:r>
      <w:r>
        <w:t>to, zamzam becomes the point of reference for a unique type of dua.</w:t>
      </w:r>
    </w:p>
    <w:p>
      <w:pPr>
        <w:jc w:val="right"/>
      </w:pPr>
      <w:r>
        <w:t>تو، زمزم بیکمز دا پوائنٹ اف ریفرنس فار ا یونیک ٹائپ اف دعا۔</w:t>
      </w:r>
    </w:p>
    <w:p>
      <w:r>
        <w:rPr>
          <w:b/>
        </w:rPr>
        <w:t xml:space="preserve">[21:41] </w:t>
      </w:r>
      <w:r>
        <w:t>Zamzam, the history of Zamzam, the history of Zamzam becomes a point of reference for you to make a very unique type of dua.</w:t>
      </w:r>
    </w:p>
    <w:p>
      <w:pPr>
        <w:jc w:val="right"/>
      </w:pPr>
      <w:r>
        <w:t>زمزم، دا ہسٹری اف زمزم، دا ہسٹری اف زمزم بیکمز ا پوائنٹ اف ریفرنس فار یو ٹو میک ا ویری یونیک ٹائپ اف دعا۔</w:t>
      </w:r>
    </w:p>
    <w:p>
      <w:r>
        <w:rPr>
          <w:b/>
        </w:rPr>
        <w:t xml:space="preserve">[21:55] </w:t>
      </w:r>
      <w:r>
        <w:t>that: O God, bless me with the same grace again, which you have blessed, blessed you for prophet Ibrahim, Ismail and Hajra.</w:t>
      </w:r>
    </w:p>
    <w:p>
      <w:pPr>
        <w:jc w:val="right"/>
      </w:pPr>
      <w:r>
        <w:t>دیٹ: او گاڈ، بلیس می ود دا سیم گریس اگین، وچ یو ہیو بلیسڈ، بلیسڈ یو فار پرافٹ ابراہیم، اسماعیل اینڈ ہاجرہ۔</w:t>
      </w:r>
    </w:p>
    <w:p>
      <w:r>
        <w:rPr>
          <w:b/>
        </w:rPr>
        <w:t xml:space="preserve">[22:11] </w:t>
      </w:r>
      <w:r>
        <w:t>unique experience,</w:t>
      </w:r>
    </w:p>
    <w:p>
      <w:pPr>
        <w:jc w:val="right"/>
      </w:pPr>
      <w:r>
        <w:t>یونیک ایکسپیرینس،</w:t>
      </w:r>
    </w:p>
    <w:p>
      <w:r>
        <w:rPr>
          <w:b/>
        </w:rPr>
        <w:t xml:space="preserve">[22:15] </w:t>
      </w:r>
      <w:r>
        <w:t>unique experience. so, when you perform prayer, when you perform salat in haram, in masjid, masjid haram, there is baitullah.</w:t>
      </w:r>
    </w:p>
    <w:p>
      <w:pPr>
        <w:jc w:val="right"/>
      </w:pPr>
      <w:r>
        <w:t>یونیک ایکسپیرینس۔ سو، وین یو پرفارم پریئر، وین یو پرفارم صلاۃ ان حرم، ان مسجد، مسجد حرام، دیر از بیت اللہ۔</w:t>
      </w:r>
    </w:p>
    <w:p>
      <w:r>
        <w:rPr>
          <w:b/>
        </w:rPr>
        <w:t xml:space="preserve">[22:33] </w:t>
      </w:r>
      <w:r>
        <w:t>at also gives you great experience.</w:t>
      </w:r>
    </w:p>
    <w:p>
      <w:pPr>
        <w:jc w:val="right"/>
      </w:pPr>
      <w:r>
        <w:t>اٹ السو گوز یو گریٹ ایکسپیرینس۔</w:t>
      </w:r>
    </w:p>
    <w:p>
      <w:r>
        <w:rPr>
          <w:b/>
        </w:rPr>
        <w:t xml:space="preserve">[22:39] </w:t>
      </w:r>
      <w:r>
        <w:t>wen yu perform salat in masjid haram araund kaaba, yu feel that this is the place where prophet ibrahim perform salat, where</w:t>
      </w:r>
    </w:p>
    <w:p>
      <w:pPr>
        <w:jc w:val="right"/>
      </w:pPr>
      <w:r>
        <w:t>وین یو پرفارم صلاۃ ان مسجد حرام اراؤنڈ کعبہ، یو فیل دیٹ دس از دا پلیس ویئر پرافٹ ابراہیم پرفارم صلاۃ، ویئر</w:t>
      </w:r>
    </w:p>
    <w:p>
      <w:r>
        <w:rPr>
          <w:b/>
        </w:rPr>
        <w:t xml:space="preserve">[22:59] </w:t>
      </w:r>
      <w:r>
        <w:t>Prophet Ismail performed salat, where the pious lady Hajra performed salat. Then, Prophet Muhammad sallallahu alaihi wasallam performed salat there,</w:t>
      </w:r>
    </w:p>
    <w:p>
      <w:pPr>
        <w:jc w:val="right"/>
      </w:pPr>
      <w:r>
        <w:t>پرافٹ اسماعیل پرفارم صلاۃ، ویئر دا پائس لیڈی ہاجرہ پرفارم صلاۃ۔ دین، پرافٹ محمد صلی اللہ علیہ وسلم پرفارم صلاۃ ہیر،</w:t>
      </w:r>
    </w:p>
    <w:p>
      <w:r>
        <w:rPr>
          <w:b/>
        </w:rPr>
        <w:t xml:space="preserve">[23:13] </w:t>
      </w:r>
      <w:r>
        <w:t>and all the companions,</w:t>
      </w:r>
    </w:p>
    <w:p>
      <w:pPr>
        <w:jc w:val="right"/>
      </w:pPr>
      <w:r>
        <w:t>اینڈ ال دا کمپینینز،</w:t>
      </w:r>
    </w:p>
    <w:p>
      <w:r>
        <w:rPr>
          <w:b/>
        </w:rPr>
        <w:t xml:space="preserve">[23:16] </w:t>
      </w:r>
      <w:r>
        <w:t>and all the companions of the companion perform salat heir in this masjid, masjid haram.</w:t>
      </w:r>
    </w:p>
    <w:p>
      <w:pPr>
        <w:jc w:val="right"/>
      </w:pPr>
      <w:r>
        <w:t>اینڈ ال دا کمپینینز اف دا کمپینین پرفارم صلاۃ ہیر ان دس مسجد، مسجد حرام۔</w:t>
      </w:r>
    </w:p>
    <w:p>
      <w:r>
        <w:rPr>
          <w:b/>
        </w:rPr>
        <w:t xml:space="preserve">[23:26] </w:t>
      </w:r>
      <w:r>
        <w:t>so, this. so, wen yu recall all these historical events, wen yu remember</w:t>
      </w:r>
    </w:p>
    <w:p>
      <w:pPr>
        <w:jc w:val="right"/>
      </w:pPr>
      <w:r>
        <w:t>سو، دس۔ سو، وین یو ریکال ال دیز ہسٹوریکل ایونٹس، وین یو ریممبر</w:t>
      </w:r>
    </w:p>
    <w:p>
      <w:r>
        <w:rPr>
          <w:b/>
        </w:rPr>
        <w:t xml:space="preserve">[23:34] </w:t>
      </w:r>
      <w:r>
        <w:t>all these, all this history, yu find a very unique type of inspiration.</w:t>
      </w:r>
    </w:p>
    <w:p>
      <w:pPr>
        <w:jc w:val="right"/>
      </w:pPr>
      <w:r>
        <w:t>ال دیز، ال دس ہسٹری، یو فائنڈ ا ویری یونیک ٹائپ اف انسپریشن۔</w:t>
      </w:r>
    </w:p>
    <w:p>
      <w:r>
        <w:rPr>
          <w:b/>
        </w:rPr>
        <w:t xml:space="preserve">[23:50] </w:t>
      </w:r>
      <w:r>
        <w:t>this history is unique. there is a verse in the quran</w:t>
      </w:r>
    </w:p>
    <w:p>
      <w:pPr>
        <w:jc w:val="right"/>
      </w:pPr>
      <w:r>
        <w:t>دس ہسٹری از یونیک۔ دیر از ا ورس ان دا قران</w:t>
      </w:r>
    </w:p>
    <w:p>
      <w:r>
        <w:rPr>
          <w:b/>
        </w:rPr>
        <w:t xml:space="preserve">[23:59] </w:t>
      </w:r>
      <w:r>
        <w:t>for haji: "ashhad manafi". it means that, so that they witness the benefits for them.</w:t>
      </w:r>
    </w:p>
    <w:p>
      <w:pPr>
        <w:jc w:val="right"/>
      </w:pPr>
      <w:r>
        <w:t>فار حاجی: "اشہد منافع"۔ اٹ مینز دیٹ، سو دیٹ دے وٹنس دا بینیفٹس فار دیم۔</w:t>
      </w:r>
    </w:p>
    <w:p>
      <w:r>
        <w:rPr>
          <w:b/>
        </w:rPr>
        <w:t xml:space="preserve">[24:20] </w:t>
      </w:r>
      <w:r>
        <w:t>so, wen believers</w:t>
      </w:r>
    </w:p>
    <w:p>
      <w:pPr>
        <w:jc w:val="right"/>
      </w:pPr>
      <w:r>
        <w:t>سو، وین بیلیورز</w:t>
      </w:r>
    </w:p>
    <w:p>
      <w:r>
        <w:rPr>
          <w:b/>
        </w:rPr>
        <w:t xml:space="preserve">[24:27] </w:t>
      </w:r>
      <w:r>
        <w:t>travel from their home place and they visit kaaba and baitullah, they see all those benefits.</w:t>
      </w:r>
    </w:p>
    <w:p>
      <w:pPr>
        <w:jc w:val="right"/>
      </w:pPr>
      <w:r>
        <w:t>ٹریول فرام دیر ہوم پلیس اینڈ دے وزٹ کعبہ اینڈ بیت اللہ، دے سی ال دوز بینیفٹس۔</w:t>
      </w:r>
    </w:p>
    <w:p>
      <w:r>
        <w:rPr>
          <w:b/>
        </w:rPr>
        <w:t xml:space="preserve">[24:39] </w:t>
      </w:r>
      <w:r>
        <w:t>manafi, manafi benefits means historical monument, historical references.</w:t>
      </w:r>
    </w:p>
    <w:p>
      <w:pPr>
        <w:jc w:val="right"/>
      </w:pPr>
      <w:r>
        <w:t>منافع، منافع بینیفٹس مینز ہسٹوریکل مونومنٹ، ہسٹوریکل ریفرنسز۔</w:t>
      </w:r>
    </w:p>
    <w:p>
      <w:r>
        <w:rPr>
          <w:b/>
        </w:rPr>
        <w:t xml:space="preserve">[24:51] </w:t>
      </w:r>
      <w:r>
        <w:t>this area, mecca and the adjacent area, is a very important historical place,</w:t>
      </w:r>
    </w:p>
    <w:p>
      <w:pPr>
        <w:jc w:val="right"/>
      </w:pPr>
      <w:r>
        <w:t>دس ایریا، مکہ اینڈ دا ایڈجسنٹ ایریا، از ا ویری امپورٹنٹ ہسٹوریکل پلیس،</w:t>
      </w:r>
    </w:p>
    <w:p>
      <w:r>
        <w:rPr>
          <w:b/>
        </w:rPr>
        <w:t xml:space="preserve">[25:01] </w:t>
      </w:r>
      <w:r>
        <w:t>beginning from hajra and ismail and ibrahim, up to the companions and the companions of the companions and four palaces.</w:t>
      </w:r>
    </w:p>
    <w:p>
      <w:pPr>
        <w:jc w:val="right"/>
      </w:pPr>
      <w:r>
        <w:t>بگننگ فرام ہاجرہ اینڈ اسماعیل اینڈ ابراہیم، اپ ٹو دا کمپینینز اینڈ دا کمپینز اف دا کمپینز اینڈ فور پیلس۔</w:t>
      </w:r>
    </w:p>
    <w:p>
      <w:r>
        <w:rPr>
          <w:b/>
        </w:rPr>
        <w:t xml:space="preserve">[25:13] </w:t>
      </w:r>
      <w:r>
        <w:t>there are a long history. there is, there is a long history.</w:t>
      </w:r>
    </w:p>
    <w:p>
      <w:pPr>
        <w:jc w:val="right"/>
      </w:pPr>
      <w:r>
        <w:t>دیر ار ا لانگ ہسٹری۔ دیر از، دیر از ا لانگ ہسٹری۔</w:t>
      </w:r>
    </w:p>
    <w:p>
      <w:r>
        <w:rPr>
          <w:b/>
        </w:rPr>
        <w:t xml:space="preserve">[25:21] </w:t>
      </w:r>
      <w:r>
        <w:t>every part of this place reminds you some kind of history, some very important part of history.</w:t>
      </w:r>
    </w:p>
    <w:p>
      <w:pPr>
        <w:jc w:val="right"/>
      </w:pPr>
      <w:r>
        <w:t>ایوری پارٹ اف دس پلیس ریمائنڈز یو سم کائنڈ اف ہسٹری، سم ویری امپورٹنٹ پارٹ اف ہسٹری۔</w:t>
      </w:r>
    </w:p>
    <w:p>
      <w:r>
        <w:rPr>
          <w:b/>
        </w:rPr>
        <w:t xml:space="preserve">[25:35] </w:t>
      </w:r>
      <w:r>
        <w:t>so, this place, mecca and adjacent area,</w:t>
      </w:r>
    </w:p>
    <w:p>
      <w:pPr>
        <w:jc w:val="right"/>
      </w:pPr>
      <w:r>
        <w:t>سو، دس پلیس، مکہ اینڈ اڈجسنٹ ایریا،</w:t>
      </w:r>
    </w:p>
    <w:p>
      <w:r>
        <w:rPr>
          <w:b/>
        </w:rPr>
        <w:t xml:space="preserve">[25:40] </w:t>
      </w:r>
      <w:r>
        <w:t>is a historical place. Here, you remind the history of prophets.</w:t>
      </w:r>
    </w:p>
    <w:p>
      <w:pPr>
        <w:jc w:val="right"/>
      </w:pPr>
      <w:r>
        <w:t>از ا ہسٹوریکل پلیس۔ ہیر، یو ریمائنڈ دا ہسٹری اف پرافٹس۔</w:t>
      </w:r>
    </w:p>
    <w:p>
      <w:r>
        <w:rPr>
          <w:b/>
        </w:rPr>
        <w:t xml:space="preserve">[25:50] </w:t>
      </w:r>
      <w:r>
        <w:t>heir, yu remind the history of pious people.</w:t>
      </w:r>
    </w:p>
    <w:p>
      <w:pPr>
        <w:jc w:val="right"/>
      </w:pPr>
      <w:r>
        <w:t>ہیر، یو ریمائنڈ دا ہسٹری اف پوائس پیپل۔</w:t>
      </w:r>
    </w:p>
    <w:p>
      <w:r>
        <w:rPr>
          <w:b/>
        </w:rPr>
        <w:t xml:space="preserve">[25:56] </w:t>
      </w:r>
      <w:r>
        <w:t>heir, yu remind the history of companions. heir, yu remind the history of companions of the companions.</w:t>
      </w:r>
    </w:p>
    <w:p>
      <w:pPr>
        <w:jc w:val="right"/>
      </w:pPr>
      <w:r>
        <w:t>ہیر، یو ریمائنڈ دا ہسٹری اف کمپینینز۔ ہیر، یو ریمائنڈ دا ہسٹری اف کمپینینز اف دا کمپینینز۔</w:t>
      </w:r>
    </w:p>
    <w:p>
      <w:r>
        <w:rPr>
          <w:b/>
        </w:rPr>
        <w:t xml:space="preserve">[26:07] </w:t>
      </w:r>
      <w:r>
        <w:t>heir, yu remind the history of khalifa abubakar, khalifa umar, khalifa usman, khalifa ali.</w:t>
      </w:r>
    </w:p>
    <w:p>
      <w:pPr>
        <w:jc w:val="right"/>
      </w:pPr>
      <w:r>
        <w:t>ہیر، یو ریمائنڈ دا ہسٹری اف خلیفہ ابوبکر، خلیفہ عمر، خلیفہ عثمان، خلیفہ علی۔</w:t>
      </w:r>
    </w:p>
    <w:p>
      <w:r>
        <w:rPr>
          <w:b/>
        </w:rPr>
        <w:t xml:space="preserve">[26:19] </w:t>
      </w:r>
      <w:r>
        <w:t>so, this place is not simply a place,</w:t>
      </w:r>
    </w:p>
    <w:p>
      <w:pPr>
        <w:jc w:val="right"/>
      </w:pPr>
      <w:r>
        <w:t>سو، دس پلیس از ناٹ سمپلی ا پلیس،</w:t>
      </w:r>
    </w:p>
    <w:p>
      <w:r>
        <w:rPr>
          <w:b/>
        </w:rPr>
        <w:t xml:space="preserve">[26:24] </w:t>
      </w:r>
      <w:r>
        <w:t>a part of the earth. it is a history, a precious history, history of prophets, history of truth</w:t>
      </w:r>
    </w:p>
    <w:p>
      <w:pPr>
        <w:jc w:val="right"/>
      </w:pPr>
      <w:r>
        <w:t>ا پارٹ اف دی ارتھ۔ اٹ از ا ہسٹری، ا پریشیس ہسٹری، ہسٹری اف پرافٹس، ہسٹری اف ٹروتھ</w:t>
      </w:r>
    </w:p>
    <w:p>
      <w:r>
        <w:rPr>
          <w:b/>
        </w:rPr>
        <w:t xml:space="preserve">[26:35] </w:t>
      </w:r>
      <w:r>
        <w:t>. it is a divine history. You may call it divine history. So, when you find yourself in this place, you recall all those events of history,</w:t>
      </w:r>
    </w:p>
    <w:p>
      <w:pPr>
        <w:jc w:val="right"/>
      </w:pPr>
      <w:r>
        <w:t>۔ اٹ از ا ڈیوائن ہسٹری۔ یو می کال اٹ ڈیوائن ہسٹری۔ سو، وین یو فائنڈ یور سیلف ان دس پلیس، یو ریکال ال دوز ایونٹس اف ہسٹری،</w:t>
      </w:r>
    </w:p>
    <w:p>
      <w:r>
        <w:rPr>
          <w:b/>
        </w:rPr>
        <w:t xml:space="preserve">[26:51] </w:t>
      </w:r>
      <w:r>
        <w:t>and yu become thrilled.</w:t>
      </w:r>
    </w:p>
    <w:p>
      <w:pPr>
        <w:jc w:val="right"/>
      </w:pPr>
      <w:r>
        <w:t>اینڈ یو بیکم تھرلڈ۔</w:t>
      </w:r>
    </w:p>
    <w:p>
      <w:r>
        <w:rPr>
          <w:b/>
        </w:rPr>
        <w:t xml:space="preserve">[26:57] </w:t>
      </w:r>
      <w:r>
        <w:t>you receive inspirations. it is a spiritual experience, high kind of,</w:t>
      </w:r>
    </w:p>
    <w:p>
      <w:pPr>
        <w:jc w:val="right"/>
      </w:pPr>
      <w:r>
        <w:t>یو ریسیو انسپریشنز۔ اٹ از ا سپریچول ایکسپیرینس، ہائی کائنڈ اف،</w:t>
      </w:r>
    </w:p>
    <w:p>
      <w:r>
        <w:rPr>
          <w:b/>
        </w:rPr>
        <w:t xml:space="preserve">[27:08] </w:t>
      </w:r>
      <w:r>
        <w:t>high kind of spiritual experience. living in this area, living in this place, is</w:t>
      </w:r>
    </w:p>
    <w:p>
      <w:pPr>
        <w:jc w:val="right"/>
      </w:pPr>
      <w:r>
        <w:t>ہائی کائنڈ اف سپریچول ایکسپیرینس۔ لیونگ ان دس ایریا، لیونگ ان دس پلیس، از</w:t>
      </w:r>
    </w:p>
    <w:p>
      <w:r>
        <w:rPr>
          <w:b/>
        </w:rPr>
        <w:t xml:space="preserve">[27:18] </w:t>
      </w:r>
      <w:r>
        <w:t>living in this area, gives you a high kind of spiritual experience, a high kind of intellectual awakening, high kind of intellectual development, high kind of</w:t>
      </w:r>
    </w:p>
    <w:p>
      <w:pPr>
        <w:jc w:val="right"/>
      </w:pPr>
      <w:r>
        <w:t>لیونگ ان دس ایریا، گوز یو ا ہائی کائنڈ اف سپریچول ایکسپیرینس، ا ہائی کائنڈ اف انٹلیکچول اویکننگ، ہائی کائنڈ اف انٹلیکچول ڈیولپمنٹ، ہائی کائنڈ اف</w:t>
      </w:r>
    </w:p>
    <w:p>
      <w:r>
        <w:rPr>
          <w:b/>
        </w:rPr>
        <w:t xml:space="preserve">[27:35] </w:t>
      </w:r>
      <w:r>
        <w:t>divine inspirations.</w:t>
      </w:r>
    </w:p>
    <w:p>
      <w:pPr>
        <w:jc w:val="right"/>
      </w:pPr>
      <w:r>
        <w:t>ڈیوائن انسپریشنز۔</w:t>
      </w:r>
    </w:p>
    <w:p>
      <w:r>
        <w:rPr>
          <w:b/>
        </w:rPr>
        <w:t xml:space="preserve">[27:40] </w:t>
      </w:r>
      <w:r>
        <w:t>all these things are related to the, to the history. so, it's very important.</w:t>
      </w:r>
    </w:p>
    <w:p>
      <w:pPr>
        <w:jc w:val="right"/>
      </w:pPr>
      <w:r>
        <w:t>ال دیز تھنگز ار ریلیٹڈ ٹو دا، ٹو دا ہسٹری۔ سو، اٹس ویری امپورٹنٹ۔</w:t>
      </w:r>
    </w:p>
    <w:p>
      <w:r>
        <w:rPr>
          <w:b/>
        </w:rPr>
        <w:t xml:space="preserve">[27:50] </w:t>
      </w:r>
      <w:r>
        <w:t>then,</w:t>
      </w:r>
    </w:p>
    <w:p>
      <w:pPr>
        <w:jc w:val="right"/>
      </w:pPr>
      <w:r>
        <w:t>دین،</w:t>
      </w:r>
    </w:p>
    <w:p>
      <w:r>
        <w:rPr>
          <w:b/>
        </w:rPr>
        <w:t xml:space="preserve">[27:53] </w:t>
      </w:r>
      <w:r>
        <w:t>there are several, several other rituals, several other rituals.</w:t>
      </w:r>
    </w:p>
    <w:p>
      <w:pPr>
        <w:jc w:val="right"/>
      </w:pPr>
      <w:r>
        <w:t>دیر ار سیورل، سیورل ادر ریچولز، سیورل ادر ریچولز۔</w:t>
      </w:r>
    </w:p>
    <w:p>
      <w:r>
        <w:rPr>
          <w:b/>
        </w:rPr>
        <w:t xml:space="preserve">[28:00] </w:t>
      </w:r>
      <w:r>
        <w:t>for example, you,</w:t>
      </w:r>
    </w:p>
    <w:p>
      <w:pPr>
        <w:jc w:val="right"/>
      </w:pPr>
      <w:r>
        <w:t>فار ایگزیمپل، یو،</w:t>
      </w:r>
    </w:p>
    <w:p>
      <w:r>
        <w:rPr>
          <w:b/>
        </w:rPr>
        <w:t xml:space="preserve">[28:05] </w:t>
      </w:r>
      <w:r>
        <w:t>you do rami. Rami, rami means there are three symbolic setn</w:t>
      </w:r>
    </w:p>
    <w:p>
      <w:pPr>
        <w:jc w:val="right"/>
      </w:pPr>
      <w:r>
        <w:t>یو ڈو رمی۔ رمی، رمی مینز دیر ار تھری سمبلک سیٹن</w:t>
      </w:r>
    </w:p>
    <w:p>
      <w:r>
        <w:rPr>
          <w:b/>
        </w:rPr>
        <w:t xml:space="preserve">[28:22] </w:t>
      </w:r>
      <w:r>
        <w:t>. there are three pillars that symbolize three setns. so, you do rami.</w:t>
      </w:r>
    </w:p>
    <w:p>
      <w:pPr>
        <w:jc w:val="right"/>
      </w:pPr>
      <w:r>
        <w:t>۔ دیر ار تھری پلرز دیٹ سمبلائز تھری سیٹنز۔ سو، یو ڈو رمی۔</w:t>
      </w:r>
    </w:p>
    <w:p>
      <w:r>
        <w:rPr>
          <w:b/>
        </w:rPr>
        <w:t xml:space="preserve">[28:31] </w:t>
      </w:r>
      <w:r>
        <w:t>rami means stoning, symbolic stoning.</w:t>
      </w:r>
    </w:p>
    <w:p>
      <w:pPr>
        <w:jc w:val="right"/>
      </w:pPr>
      <w:r>
        <w:t>رمی مینز سٹوننگ، سمبلک سٹوننگ۔</w:t>
      </w:r>
    </w:p>
    <w:p>
      <w:r>
        <w:rPr>
          <w:b/>
        </w:rPr>
        <w:t xml:space="preserve">[28:39] </w:t>
      </w:r>
      <w:r>
        <w:t>so, you do stoning here.</w:t>
      </w:r>
    </w:p>
    <w:p>
      <w:pPr>
        <w:jc w:val="right"/>
      </w:pPr>
      <w:r>
        <w:t>سو، یو ڈو سٹوننگ ہیر۔</w:t>
      </w:r>
    </w:p>
    <w:p>
      <w:r>
        <w:rPr>
          <w:b/>
        </w:rPr>
        <w:t xml:space="preserve">[28:46] </w:t>
      </w:r>
      <w:r>
        <w:t>rami means stoning. although it is symbolic stoning, but it is very important</w:t>
      </w:r>
    </w:p>
    <w:p>
      <w:pPr>
        <w:jc w:val="right"/>
      </w:pPr>
      <w:r>
        <w:t>رمی مینز سٹوننگ۔ التhough اٹ از سمبلک سٹوننگ، بٹ اٹ از ویری امپورٹنٹ</w:t>
      </w:r>
    </w:p>
    <w:p>
      <w:r>
        <w:rPr>
          <w:b/>
        </w:rPr>
        <w:t xml:space="preserve">[28:57] </w:t>
      </w:r>
      <w:r>
        <w:t>. by doing this stoning, you remember that verse of the quran: "in shaitan lak ma'dub mubin".</w:t>
      </w:r>
    </w:p>
    <w:p>
      <w:pPr>
        <w:jc w:val="right"/>
      </w:pPr>
      <w:r>
        <w:t>۔ بائی ڈوئنگ دس سٹوننگ، یو ریممبر دیٹ ورس اف دا قران: "ان شیطان لک معدوب مبین"۔</w:t>
      </w:r>
    </w:p>
    <w:p>
      <w:r>
        <w:rPr>
          <w:b/>
        </w:rPr>
        <w:t xml:space="preserve">[29:09] </w:t>
      </w:r>
      <w:r>
        <w:t>it means that satan is your open enemy.</w:t>
      </w:r>
    </w:p>
    <w:p>
      <w:pPr>
        <w:jc w:val="right"/>
      </w:pPr>
      <w:r>
        <w:t>اٹ مینز دیٹ سیٹن از یور اوپن اینمی۔</w:t>
      </w:r>
    </w:p>
    <w:p>
      <w:r>
        <w:rPr>
          <w:b/>
        </w:rPr>
        <w:t xml:space="preserve">[29:20] </w:t>
      </w:r>
      <w:r>
        <w:t>when god cater adam and when god settle</w:t>
      </w:r>
    </w:p>
    <w:p>
      <w:pPr>
        <w:jc w:val="right"/>
      </w:pPr>
      <w:r>
        <w:t>وین گاڈ کیٹر ادم اینڈ وین گاڈ سیٹل</w:t>
      </w:r>
    </w:p>
    <w:p>
      <w:r>
        <w:rPr>
          <w:b/>
        </w:rPr>
        <w:t xml:space="preserve">[29:29] </w:t>
      </w:r>
      <w:r>
        <w:t>adam and his wife and his children in this earth, at that time, god said: "in shaitan lak ma'dub mubin".</w:t>
      </w:r>
    </w:p>
    <w:p>
      <w:pPr>
        <w:jc w:val="right"/>
      </w:pPr>
      <w:r>
        <w:t>ادم اینڈ ہز وائف اینڈ ہز چلڈرن ان دس ارتھ، ایٹ دیٹ ٹائم، گاڈ سیڈ: "ان شیطان لک معدوب مبین"۔</w:t>
      </w:r>
    </w:p>
    <w:p>
      <w:r>
        <w:rPr>
          <w:b/>
        </w:rPr>
        <w:t xml:space="preserve">[29:43] </w:t>
      </w:r>
      <w:r>
        <w:t>you have to save yourself from satan.</w:t>
      </w:r>
    </w:p>
    <w:p>
      <w:pPr>
        <w:jc w:val="right"/>
      </w:pPr>
      <w:r>
        <w:t>یو ہیو ٹو سیو یور سیلف فرام سیٹن۔</w:t>
      </w:r>
    </w:p>
    <w:p>
      <w:r>
        <w:rPr>
          <w:b/>
        </w:rPr>
        <w:t xml:space="preserve">[29:48] </w:t>
      </w:r>
      <w:r>
        <w:t>satan is your open enemy. here is a comparison in the quran.</w:t>
      </w:r>
    </w:p>
    <w:p>
      <w:pPr>
        <w:jc w:val="right"/>
      </w:pPr>
      <w:r>
        <w:t>سیٹن از یور اوپن اینمی۔ ہیر از ا کمپیریزن ان دی قران۔</w:t>
      </w:r>
    </w:p>
    <w:p>
      <w:r>
        <w:rPr>
          <w:b/>
        </w:rPr>
        <w:t xml:space="preserve">[29:59] </w:t>
      </w:r>
      <w:r>
        <w:t>there is a verse in the quran that says that: "fa la rafas wa la fusooq wa la jidala fil hajj".</w:t>
      </w:r>
    </w:p>
    <w:p>
      <w:pPr>
        <w:jc w:val="right"/>
      </w:pPr>
      <w:r>
        <w:t>دیر از ا ورس ان دا قران دیٹ سیز دیٹ: "فلا رفس ولا فسوق ولا جدال فی الحج"۔</w:t>
      </w:r>
    </w:p>
    <w:p>
      <w:r>
        <w:rPr>
          <w:b/>
        </w:rPr>
        <w:t xml:space="preserve">[30:10] </w:t>
      </w:r>
      <w:r>
        <w:t>when you are in hajj, so, there is no abuse, there is no quarrel, do, there is no evil talk during the, during, during</w:t>
      </w:r>
    </w:p>
    <w:p>
      <w:pPr>
        <w:jc w:val="right"/>
      </w:pPr>
      <w:r>
        <w:t>وین یو ار ان حج، سو، دیر از نو ابیوز، دیر از نو کوئل، دو، دیر از نو ایول ٹاک ڈیورنگ دا، ڈیورنگ، ڈیورنگ</w:t>
      </w:r>
    </w:p>
    <w:p>
      <w:r>
        <w:rPr>
          <w:b/>
        </w:rPr>
        <w:t xml:space="preserve">[30:28] </w:t>
      </w:r>
      <w:r>
        <w:t>hajj travel. now, you hear, you can hear, you may compare that as far as satan is concerned,</w:t>
      </w:r>
    </w:p>
    <w:p>
      <w:pPr>
        <w:jc w:val="right"/>
      </w:pPr>
      <w:r>
        <w:t>حج ٹریول۔ ناو، یو ہیر، یو کین ہیر، یو می کمپیئر دیٹ ایز فار سیٹن از کنسرن،</w:t>
      </w:r>
    </w:p>
    <w:p>
      <w:r>
        <w:rPr>
          <w:b/>
        </w:rPr>
        <w:t xml:space="preserve">[30:43] </w:t>
      </w:r>
      <w:r>
        <w:t>you are stoning those setans.</w:t>
      </w:r>
    </w:p>
    <w:p>
      <w:pPr>
        <w:jc w:val="right"/>
      </w:pPr>
      <w:r>
        <w:t>یو ار سٹوننگ دوز سیٹنز۔</w:t>
      </w:r>
    </w:p>
    <w:p>
      <w:r>
        <w:rPr>
          <w:b/>
        </w:rPr>
        <w:t xml:space="preserve">[30:47] </w:t>
      </w:r>
      <w:r>
        <w:t>it means that you are saying that satan is my enemy. i will fight satan. but as far as the mankind is concerned, here, you recall the gods,</w:t>
      </w:r>
    </w:p>
    <w:p>
      <w:pPr>
        <w:jc w:val="right"/>
      </w:pPr>
      <w:r>
        <w:t>اٹ مینز دیٹ یو ار سینگ دیٹ سیٹن از مائی اینمی۔ ائی ویل فائٹ سیٹن۔ بٹ ایز فار دا مین کائنڈ از کنسرن، ہیر، یو ریکال دا گاڈز،</w:t>
      </w:r>
    </w:p>
    <w:p>
      <w:r>
        <w:rPr>
          <w:b/>
        </w:rPr>
        <w:t xml:space="preserve">[31:03] </w:t>
      </w:r>
      <w:r>
        <w:t>gods</w:t>
      </w:r>
    </w:p>
    <w:p>
      <w:pPr>
        <w:jc w:val="right"/>
      </w:pPr>
      <w:r>
        <w:t>گاڈز</w:t>
      </w:r>
    </w:p>
    <w:p>
      <w:r>
        <w:rPr>
          <w:b/>
        </w:rPr>
        <w:t xml:space="preserve">[31:04] </w:t>
      </w:r>
      <w:r>
        <w:t>injections that leave with, with, with people, with peace, with tolerance, without quarrel,</w:t>
      </w:r>
    </w:p>
    <w:p>
      <w:pPr>
        <w:jc w:val="right"/>
      </w:pPr>
      <w:r>
        <w:t>انجنکشنز دیٹ لیو ود، ود، ود پیپل، ود پیس، ود ٹولرنس، وداؤٹ کوئل،</w:t>
      </w:r>
    </w:p>
    <w:p>
      <w:r>
        <w:rPr>
          <w:b/>
        </w:rPr>
        <w:t xml:space="preserve">[31:20] </w:t>
      </w:r>
      <w:r>
        <w:t>without abusing.</w:t>
      </w:r>
    </w:p>
    <w:p>
      <w:pPr>
        <w:jc w:val="right"/>
      </w:pPr>
      <w:r>
        <w:t>وداؤٹ ابوزنگ۔</w:t>
      </w:r>
    </w:p>
    <w:p>
      <w:r>
        <w:rPr>
          <w:b/>
        </w:rPr>
        <w:t xml:space="preserve">[31:22] </w:t>
      </w:r>
      <w:r>
        <w:t>here is a comparison Satan, man Satan. So, Hajj gives you two different kind of lesson</w:t>
      </w:r>
    </w:p>
    <w:p>
      <w:pPr>
        <w:jc w:val="right"/>
      </w:pPr>
      <w:r>
        <w:t>ہیر از ا کمپیریزن سیٹن، مین سیٹن۔ سو، حج گوز یو ٹو ڈفرنٹ کائنڈ اف لیسن</w:t>
      </w:r>
    </w:p>
    <w:p>
      <w:r>
        <w:rPr>
          <w:b/>
        </w:rPr>
        <w:t xml:space="preserve">[31:36] </w:t>
      </w:r>
      <w:r>
        <w:t>that you are living between two kind of, of creature, man and satan in this world.</w:t>
      </w:r>
    </w:p>
    <w:p>
      <w:pPr>
        <w:jc w:val="right"/>
      </w:pPr>
      <w:r>
        <w:t>دیٹ یو ار لیونگ بٹوین ٹو کائنڈ اف، اف کریچر، مین اینڈ سیٹن ان دس ورلڈ۔</w:t>
      </w:r>
    </w:p>
    <w:p>
      <w:r>
        <w:rPr>
          <w:b/>
        </w:rPr>
        <w:t xml:space="preserve">[31:50] </w:t>
      </w:r>
      <w:r>
        <w:t>this world is a testing ground</w:t>
      </w:r>
    </w:p>
    <w:p>
      <w:pPr>
        <w:jc w:val="right"/>
      </w:pPr>
      <w:r>
        <w:t>دس ورلڈ از ا ٹیسٹنگ گراؤنڈ</w:t>
      </w:r>
    </w:p>
    <w:p>
      <w:r>
        <w:rPr>
          <w:b/>
        </w:rPr>
        <w:t xml:space="preserve">[31:53] </w:t>
      </w:r>
      <w:r>
        <w:t>. so, in this world, you are living between two type of creatures, man and satan.</w:t>
      </w:r>
    </w:p>
    <w:p>
      <w:pPr>
        <w:jc w:val="right"/>
      </w:pPr>
      <w:r>
        <w:t>۔ سو، ان دس ورلڈ، یو ار لیونگ بٹوین ٹو ٹائپ اف کریچرز، مین اینڈ سیٹن۔</w:t>
      </w:r>
    </w:p>
    <w:p>
      <w:r>
        <w:rPr>
          <w:b/>
        </w:rPr>
        <w:t xml:space="preserve">[32:03] </w:t>
      </w:r>
      <w:r>
        <w:t>although satan is not observable, but it is there. it is every satan is every time with us</w:t>
      </w:r>
    </w:p>
    <w:p>
      <w:pPr>
        <w:jc w:val="right"/>
      </w:pPr>
      <w:r>
        <w:t>التhough سیٹن از ناٹ ابزرو ایبل، بٹ اٹ از دیر۔ اٹ از ایوری سیٹن از ایوری ٹائم ود اس</w:t>
      </w:r>
    </w:p>
    <w:p>
      <w:r>
        <w:rPr>
          <w:b/>
        </w:rPr>
        <w:t xml:space="preserve">[32:13] </w:t>
      </w:r>
      <w:r>
        <w:t>, and then every time we are with man and women.</w:t>
      </w:r>
    </w:p>
    <w:p>
      <w:pPr>
        <w:jc w:val="right"/>
      </w:pPr>
      <w:r>
        <w:t>، اینڈ دین ایوری ٹائم وی ار ود مین اینڈ وومن۔</w:t>
      </w:r>
    </w:p>
    <w:p>
      <w:r>
        <w:rPr>
          <w:b/>
        </w:rPr>
        <w:t xml:space="preserve">[32:20] </w:t>
      </w:r>
      <w:r>
        <w:t>so, in this world, we live between two creatures, satan and man. quran says that when you are with, with people, with man and women,</w:t>
      </w:r>
    </w:p>
    <w:p>
      <w:pPr>
        <w:jc w:val="right"/>
      </w:pPr>
      <w:r>
        <w:t>سو، ان دس ورلڈ، وی لیو بٹوین ٹو کریچرز، سیٹن اینڈ مین۔ قران سیز دیٹ وین یو ار ود، ود پیپل، ود مین اینڈ وومن،</w:t>
      </w:r>
    </w:p>
    <w:p>
      <w:r>
        <w:rPr>
          <w:b/>
        </w:rPr>
        <w:t xml:space="preserve">[32:36] </w:t>
      </w:r>
      <w:r>
        <w:t>you have to adopt the culture of peace, culture of tolerance, culture of love, culture of compassion.</w:t>
      </w:r>
    </w:p>
    <w:p>
      <w:pPr>
        <w:jc w:val="right"/>
      </w:pPr>
      <w:r>
        <w:t>یو ہیو ٹو اڈاپٹ دا کلچر اف پیس، کلچر اف ٹولرنس، کلچر اف لو، کلچر اف کمپیشن۔</w:t>
      </w:r>
    </w:p>
    <w:p>
      <w:r>
        <w:rPr>
          <w:b/>
        </w:rPr>
        <w:t xml:space="preserve">[32:47] </w:t>
      </w:r>
      <w:r>
        <w:t>but as far the satan concern, you have to treat satan as your enemy.</w:t>
      </w:r>
    </w:p>
    <w:p>
      <w:pPr>
        <w:jc w:val="right"/>
      </w:pPr>
      <w:r>
        <w:t>بٹ ایز فار دا سیٹن کنسرن، یو ہیو ٹو ٹریٹ سیٹن ایز یور اینمی۔</w:t>
      </w:r>
    </w:p>
    <w:p>
      <w:r>
        <w:rPr>
          <w:b/>
        </w:rPr>
        <w:t xml:space="preserve">[32:57] </w:t>
      </w:r>
      <w:r>
        <w:t>so, at one side, you, you are stoning the Satan</w:t>
      </w:r>
    </w:p>
    <w:p>
      <w:pPr>
        <w:jc w:val="right"/>
      </w:pPr>
      <w:r>
        <w:t>سو، ایٹ ون سائیڈ، یو، یو ار سٹوننگ دا سیٹ</w:t>
      </w:r>
    </w:p>
    <w:p>
      <w:r>
        <w:rPr>
          <w:b/>
        </w:rPr>
        <w:t xml:space="preserve">[33:03] </w:t>
      </w:r>
      <w:r>
        <w:t>ans. in the other side, you are, you are showing your compassion towards, towards man and women.</w:t>
      </w:r>
    </w:p>
    <w:p>
      <w:pPr>
        <w:jc w:val="right"/>
      </w:pPr>
      <w:r>
        <w:t>نز۔ ان دا ادر سائیڈ، یو ار، یو ار شوئنگ یور کمپیشن ٹورڈز، ٹورڈز مین اینڈ وومن۔</w:t>
      </w:r>
    </w:p>
    <w:p>
      <w:r>
        <w:rPr>
          <w:b/>
        </w:rPr>
        <w:t xml:space="preserve">[33:14] </w:t>
      </w:r>
      <w:r>
        <w:t>this is the greatest lesson given in the hajj.</w:t>
      </w:r>
    </w:p>
    <w:p>
      <w:pPr>
        <w:jc w:val="right"/>
      </w:pPr>
      <w:r>
        <w:t>دس از دا گیٹسٹ لیسن گیون ان دا حج۔</w:t>
      </w:r>
    </w:p>
    <w:p>
      <w:r>
        <w:rPr>
          <w:b/>
        </w:rPr>
        <w:t xml:space="preserve">[33:20] </w:t>
      </w:r>
      <w:r>
        <w:t>greatest lesson hajj reminds you that</w:t>
      </w:r>
    </w:p>
    <w:p>
      <w:pPr>
        <w:jc w:val="right"/>
      </w:pPr>
      <w:r>
        <w:t>گیٹسٹ لیسن حج ریمائنڈز یو دیٹ</w:t>
      </w:r>
    </w:p>
    <w:p>
      <w:r>
        <w:rPr>
          <w:b/>
        </w:rPr>
        <w:t xml:space="preserve">[33:27] </w:t>
      </w:r>
      <w:r>
        <w:t>you are living between two creatures, satan and man, and your behavior towards satan is to fight and give him defeat.</w:t>
      </w:r>
    </w:p>
    <w:p>
      <w:pPr>
        <w:jc w:val="right"/>
      </w:pPr>
      <w:r>
        <w:t>یو ار لیونگ بٹوین ٹو کریچرز، سیٹن اینڈ مین، اینڈ یور بیہیویئر ٹورڈز سیٹن از ٹو فائٹ اینڈ گیو ہم ڈیفیٹ۔</w:t>
      </w:r>
    </w:p>
    <w:p>
      <w:r>
        <w:rPr>
          <w:b/>
        </w:rPr>
        <w:t xml:space="preserve">[33:48] </w:t>
      </w:r>
      <w:r>
        <w:t>you have to throw a stone that is. you have to, you have to declare that i am not going to follow your, follow satans.</w:t>
      </w:r>
    </w:p>
    <w:p>
      <w:pPr>
        <w:jc w:val="right"/>
      </w:pPr>
      <w:r>
        <w:t>یو ہیو ٹو تھرو ا سٹون دیٹ از۔ یو ہیو ٹو، یو ہیو ٹو ڈیکلیئر دیٹ ائی ایم ناٹ گوئنگ ٹو فالو یور، فالو سیٹنز۔</w:t>
      </w:r>
    </w:p>
    <w:p>
      <w:r>
        <w:rPr>
          <w:b/>
        </w:rPr>
        <w:t xml:space="preserve">[34:00] </w:t>
      </w:r>
      <w:r>
        <w:t>but as far people are concern, you have to feel</w:t>
      </w:r>
    </w:p>
    <w:p>
      <w:pPr>
        <w:jc w:val="right"/>
      </w:pPr>
      <w:r>
        <w:t>بٹ ایز فار پیپل ار کنسرن، یو ہیو ٹو فیل</w:t>
      </w:r>
    </w:p>
    <w:p>
      <w:r>
        <w:rPr>
          <w:b/>
        </w:rPr>
        <w:t xml:space="preserve">[34:06] </w:t>
      </w:r>
      <w:r>
        <w:t>sentiment of love in your heart and tolerance and compassion and peace</w:t>
      </w:r>
    </w:p>
    <w:p>
      <w:pPr>
        <w:jc w:val="right"/>
      </w:pPr>
      <w:r>
        <w:t>سینٹیمنٹ اف لو ان یور ہارٹ اینڈ ٹولرنس اینڈ کمپیشن اینڈ پیس</w:t>
      </w:r>
    </w:p>
    <w:p>
      <w:r>
        <w:rPr>
          <w:b/>
        </w:rPr>
        <w:t xml:space="preserve">[34:18] </w:t>
      </w:r>
      <w:r>
        <w:t>. so, the, the two different treatment, two different dealing, one pertains to satan and the second pertains to, to mankind.</w:t>
      </w:r>
    </w:p>
    <w:p>
      <w:pPr>
        <w:jc w:val="right"/>
      </w:pPr>
      <w:r>
        <w:t>۔ تو، دا، دا ٹو ڈفرنٹ ٹریٹمنٹ، ٹو ڈفرنٹ ڈیلنگ، ون پرٹینز ٹو سیٹن اینڈ دا سیکنڈ پرٹینز ٹو، ٹو مین کائنڈ۔</w:t>
      </w:r>
    </w:p>
    <w:p>
      <w:r>
        <w:rPr>
          <w:b/>
        </w:rPr>
        <w:t xml:space="preserve">[34:39] </w:t>
      </w:r>
      <w:r>
        <w:t>then, you make sacrifice of animal.</w:t>
      </w:r>
    </w:p>
    <w:p>
      <w:pPr>
        <w:jc w:val="right"/>
      </w:pPr>
      <w:r>
        <w:t>دین، یو میک سیکریفائس اف اینیمل۔</w:t>
      </w:r>
    </w:p>
    <w:p>
      <w:r>
        <w:rPr>
          <w:b/>
        </w:rPr>
        <w:t xml:space="preserve">[34:47] </w:t>
      </w:r>
      <w:r>
        <w:t>what, what are these? what is the, what, what is this sacrifice? it is also a symbolic act.</w:t>
      </w:r>
    </w:p>
    <w:p>
      <w:pPr>
        <w:jc w:val="right"/>
      </w:pPr>
      <w:r>
        <w:t>واٹ، واٹ ار دیز؟ واٹ از دی، واٹ، واٹ از دس سیکریفائس؟ اٹ از السو ا سمبلک ایکٹ۔</w:t>
      </w:r>
    </w:p>
    <w:p>
      <w:r>
        <w:rPr>
          <w:b/>
        </w:rPr>
        <w:t xml:space="preserve">[35:00] </w:t>
      </w:r>
      <w:r>
        <w:t>by sacrificing animals, you are taking a pledge that you will dedicate your life in the way of god.</w:t>
      </w:r>
    </w:p>
    <w:p>
      <w:pPr>
        <w:jc w:val="right"/>
      </w:pPr>
      <w:r>
        <w:t>بائی سیکریفائسنگ اینیملز، یو ار ٹیکنگ ا پلیس دیٹ یو ویل ڈیڈیکیٹ یور لائف ان دا وے اف گاڈ۔</w:t>
      </w:r>
    </w:p>
    <w:p>
      <w:r>
        <w:rPr>
          <w:b/>
        </w:rPr>
        <w:t xml:space="preserve">[35:18] </w:t>
      </w:r>
      <w:r>
        <w:t>you, you will do the work</w:t>
      </w:r>
    </w:p>
    <w:p>
      <w:pPr>
        <w:jc w:val="right"/>
      </w:pPr>
      <w:r>
        <w:t>یو، یو ویل ڈو دا ورک</w:t>
      </w:r>
    </w:p>
    <w:p>
      <w:r>
        <w:rPr>
          <w:b/>
        </w:rPr>
        <w:t xml:space="preserve">[35:23] </w:t>
      </w:r>
      <w:r>
        <w:t>. you will dedicate your life in the for the sake of god.</w:t>
      </w:r>
    </w:p>
    <w:p>
      <w:pPr>
        <w:jc w:val="right"/>
      </w:pPr>
      <w:r>
        <w:t>۔ یو ویل ڈیڈیکیٹ یور لائف ان دا فار دا سیک اف گاڈ۔</w:t>
      </w:r>
    </w:p>
    <w:p>
      <w:r>
        <w:rPr>
          <w:b/>
        </w:rPr>
        <w:t xml:space="preserve">[35:33] </w:t>
      </w:r>
      <w:r>
        <w:t>end, end, end, end, end, end, end, end, you will do,</w:t>
      </w:r>
    </w:p>
    <w:p>
      <w:pPr>
        <w:jc w:val="right"/>
      </w:pPr>
      <w:r>
        <w:t>اینڈ، اینڈ، اینڈ، اینڈ، اینڈ، اینڈ، اینڈ، اینڈ، یو ویل ڈو،</w:t>
      </w:r>
    </w:p>
    <w:p>
      <w:r>
        <w:rPr>
          <w:b/>
        </w:rPr>
        <w:t xml:space="preserve">[35:44] </w:t>
      </w:r>
      <w:r>
        <w:t>you will take it as a mission.</w:t>
      </w:r>
    </w:p>
    <w:p>
      <w:pPr>
        <w:jc w:val="right"/>
      </w:pPr>
      <w:r>
        <w:t>یو ویل ٹیک اٹ ایز ا مشن۔</w:t>
      </w:r>
    </w:p>
    <w:p>
      <w:r>
        <w:rPr>
          <w:b/>
        </w:rPr>
        <w:t xml:space="preserve">[35:48] </w:t>
      </w:r>
      <w:r>
        <w:t>you will take it as a mission at any cost, at any cost, even at the cost of sacrifice.</w:t>
      </w:r>
    </w:p>
    <w:p>
      <w:pPr>
        <w:jc w:val="right"/>
      </w:pPr>
      <w:r>
        <w:t>یو ویل ٹیک اٹ ایز ا مشن ایٹ اینی کاسٹ، ایٹ اینی کاسٹ، ایون ایٹ دا کاسٹ اف سیکریفائس۔</w:t>
      </w:r>
    </w:p>
    <w:p>
      <w:r>
        <w:rPr>
          <w:b/>
        </w:rPr>
        <w:t xml:space="preserve">[36:00] </w:t>
      </w:r>
      <w:r>
        <w:t>by sacrificing animal, you say Allah will accept.</w:t>
      </w:r>
    </w:p>
    <w:p>
      <w:pPr>
        <w:jc w:val="right"/>
      </w:pPr>
      <w:r>
        <w:t>بائی سیکریفائسنگ اینیمل، یو سے اللہ منک ولک۔</w:t>
      </w:r>
    </w:p>
    <w:p>
      <w:r>
        <w:rPr>
          <w:b/>
        </w:rPr>
        <w:t xml:space="preserve">[36:08] </w:t>
      </w:r>
      <w:r>
        <w:t>it means that i will sacrifice my life</w:t>
      </w:r>
    </w:p>
    <w:p>
      <w:pPr>
        <w:jc w:val="right"/>
      </w:pPr>
      <w:r>
        <w:t>اٹ مینز دیٹ ائی ویل سیکریفائس مائی لائف</w:t>
      </w:r>
    </w:p>
    <w:p>
      <w:r>
        <w:rPr>
          <w:b/>
        </w:rPr>
        <w:t xml:space="preserve">[36:16] </w:t>
      </w:r>
      <w:r>
        <w:t>for the sake of god.</w:t>
      </w:r>
    </w:p>
    <w:p>
      <w:pPr>
        <w:jc w:val="right"/>
      </w:pPr>
      <w:r>
        <w:t>فار دا سیک اف گاڈ۔</w:t>
      </w:r>
    </w:p>
    <w:p>
      <w:r>
        <w:rPr>
          <w:b/>
        </w:rPr>
        <w:t xml:space="preserve">[36:20] </w:t>
      </w:r>
      <w:r>
        <w:t>so, although, so apparently you are sacrificing an animal, but in spirit you are presenting yourself.</w:t>
      </w:r>
    </w:p>
    <w:p>
      <w:pPr>
        <w:jc w:val="right"/>
      </w:pPr>
      <w:r>
        <w:t>سو، التhough، سو اپرینٹلی یو ار سیکریفائسنگ این اینیمل، بٹ ان سپرٹ یو ار پریزنٹنگ یور سیلف۔</w:t>
      </w:r>
    </w:p>
    <w:p>
      <w:r>
        <w:rPr>
          <w:b/>
        </w:rPr>
        <w:t xml:space="preserve">[36:34] </w:t>
      </w:r>
      <w:r>
        <w:t>you are sacrificing yourself. you are giving a place that i will sacrifice my, my life</w:t>
      </w:r>
    </w:p>
    <w:p>
      <w:pPr>
        <w:jc w:val="right"/>
      </w:pPr>
      <w:r>
        <w:t>یو ار سیکریفائسنگ یور سیلف۔ یو ار گیونگ ا پلیس دیٹ ائی ویل سیکریفائس مائی، مائی لائف</w:t>
      </w:r>
    </w:p>
    <w:p>
      <w:r>
        <w:rPr>
          <w:b/>
        </w:rPr>
        <w:t xml:space="preserve">[36:46] </w:t>
      </w:r>
      <w:r>
        <w:t>in the way of god.</w:t>
      </w:r>
    </w:p>
    <w:p>
      <w:pPr>
        <w:jc w:val="right"/>
      </w:pPr>
      <w:r>
        <w:t>ان دا وے اف گاڈ۔</w:t>
      </w:r>
    </w:p>
    <w:p>
      <w:r>
        <w:rPr>
          <w:b/>
        </w:rPr>
        <w:t xml:space="preserve">[36:51] </w:t>
      </w:r>
      <w:r>
        <w:t>so, this is the,</w:t>
      </w:r>
    </w:p>
    <w:p>
      <w:pPr>
        <w:jc w:val="right"/>
      </w:pPr>
      <w:r>
        <w:t>سو، دس از دا،</w:t>
      </w:r>
    </w:p>
    <w:p>
      <w:r>
        <w:rPr>
          <w:b/>
        </w:rPr>
        <w:t xml:space="preserve">[36:56] </w:t>
      </w:r>
      <w:r>
        <w:t>this is the meaning of hajj.</w:t>
      </w:r>
    </w:p>
    <w:p>
      <w:pPr>
        <w:jc w:val="right"/>
      </w:pPr>
      <w:r>
        <w:t>دس از دا میننگ اف حج۔</w:t>
      </w:r>
    </w:p>
    <w:p>
      <w:r>
        <w:rPr>
          <w:b/>
        </w:rPr>
        <w:t xml:space="preserve">[37:04] </w:t>
      </w:r>
      <w:r>
        <w:t>during all these rituals, you say labbaik allahumma labbaik. o god, i am here.</w:t>
      </w:r>
    </w:p>
    <w:p>
      <w:pPr>
        <w:jc w:val="right"/>
      </w:pPr>
      <w:r>
        <w:t>ڈیورنگ ال دیز ریچولز، یو سے لبیک اللہم لبیک۔ او گاڈ، ائی ایم ہیر۔</w:t>
      </w:r>
    </w:p>
    <w:p>
      <w:r>
        <w:rPr>
          <w:b/>
        </w:rPr>
        <w:t xml:space="preserve">[37:14] </w:t>
      </w:r>
      <w:r>
        <w:t>then, you, then, all the, all the haji gather</w:t>
      </w:r>
    </w:p>
    <w:p>
      <w:pPr>
        <w:jc w:val="right"/>
      </w:pPr>
      <w:r>
        <w:t>دین، یو، دین، ال دا، ال دا حاجی گیدر</w:t>
      </w:r>
    </w:p>
    <w:p>
      <w:r>
        <w:rPr>
          <w:b/>
        </w:rPr>
        <w:t xml:space="preserve">[37:22] </w:t>
      </w:r>
      <w:r>
        <w:t>in the field of arafat. arafat is a vast place. so, all the people, all the haji gather</w:t>
      </w:r>
    </w:p>
    <w:p>
      <w:pPr>
        <w:jc w:val="right"/>
      </w:pPr>
      <w:r>
        <w:t>ان دا فیلڈ اف عرفات۔ عرفات از ا واسٹ پلیس۔ سو، ال دا پیپل، ال دا حاجی گیدر</w:t>
      </w:r>
    </w:p>
    <w:p>
      <w:r>
        <w:rPr>
          <w:b/>
        </w:rPr>
        <w:t xml:space="preserve">[37:38] </w:t>
      </w:r>
      <w:r>
        <w:t>at this place. that's all are saying, all are reciting this, this verse: labbaik allahumma labbaik, allah labbaik allahumma labbaik.</w:t>
      </w:r>
    </w:p>
    <w:p>
      <w:pPr>
        <w:jc w:val="right"/>
      </w:pPr>
      <w:r>
        <w:t>ایٹ دس پلیس۔ دیٹس ال ار سینگ، ال ار ریسائٹنگ دس، دس ورس: لبیک اللہم لبیک، اللہ لبیک اللہم لبیک۔</w:t>
      </w:r>
    </w:p>
    <w:p>
      <w:r>
        <w:rPr>
          <w:b/>
        </w:rPr>
        <w:t xml:space="preserve">[37:56] </w:t>
      </w:r>
      <w:r>
        <w:t>o god, i am here. o god, i am here. it means that everyone is declaring labbaik allahumma labbaik.</w:t>
      </w:r>
    </w:p>
    <w:p>
      <w:pPr>
        <w:jc w:val="right"/>
      </w:pPr>
      <w:r>
        <w:t>او گاڈ، ائی ایم ہیر۔ او گاڈ، ائی ایم ہیر۔ اٹ مینز دیٹ ایوری ون از ڈیکلیئرنگ لبیک اللہم لبیک۔</w:t>
      </w:r>
    </w:p>
    <w:p>
      <w:r>
        <w:rPr>
          <w:b/>
        </w:rPr>
        <w:t xml:space="preserve">[38:10] </w:t>
      </w:r>
      <w:r>
        <w:t>is not simply service.</w:t>
      </w:r>
    </w:p>
    <w:p>
      <w:pPr>
        <w:jc w:val="right"/>
      </w:pPr>
      <w:r>
        <w:t>از ناٹ سمپلی سروس۔</w:t>
      </w:r>
    </w:p>
    <w:p>
      <w:r>
        <w:rPr>
          <w:b/>
        </w:rPr>
        <w:t xml:space="preserve">[38:13] </w:t>
      </w:r>
      <w:r>
        <w:t>no, it is not a ritual. no, it is a reality.</w:t>
      </w:r>
    </w:p>
    <w:p>
      <w:pPr>
        <w:jc w:val="right"/>
      </w:pPr>
      <w:r>
        <w:t>نو، اٹ از ناٹ ا ریچول۔ نو، اٹ از ا ریلیٹی۔</w:t>
      </w:r>
    </w:p>
    <w:p>
      <w:r>
        <w:rPr>
          <w:b/>
        </w:rPr>
        <w:t xml:space="preserve">[38:25] </w:t>
      </w:r>
      <w:r>
        <w:t>it is presenting yourself for the sake of god.</w:t>
      </w:r>
    </w:p>
    <w:p>
      <w:pPr>
        <w:jc w:val="right"/>
      </w:pPr>
      <w:r>
        <w:t>اٹ از پریزنٹنگ یور سیلف فار دا سیک اف گاڈ۔</w:t>
      </w:r>
    </w:p>
    <w:p>
      <w:r>
        <w:rPr>
          <w:b/>
        </w:rPr>
        <w:t xml:space="preserve">[38:30] </w:t>
      </w:r>
      <w:r>
        <w:t>where you say labbaik allahumma labbaik? you are declaring that: o god, i am here for your cause, for the, for the, for the cause of god.</w:t>
      </w:r>
    </w:p>
    <w:p>
      <w:pPr>
        <w:jc w:val="right"/>
      </w:pPr>
      <w:r>
        <w:t>ویر یو سے لبیک اللہم لبیک؟ یو ار ڈیکلیئرنگ دیٹ: او گاڈ، ائی ایم ہیر فار یور کاز، فار دا، فار دا، فار دا کاز اف گاڈ۔</w:t>
      </w:r>
    </w:p>
    <w:p>
      <w:r>
        <w:rPr>
          <w:b/>
        </w:rPr>
        <w:t xml:space="preserve">[38:49] </w:t>
      </w:r>
      <w:r>
        <w:t>a</w:t>
      </w:r>
    </w:p>
    <w:p>
      <w:pPr>
        <w:jc w:val="right"/>
      </w:pPr>
      <w:r>
        <w:t>ا</w:t>
      </w:r>
    </w:p>
    <w:p>
      <w:r>
        <w:rPr>
          <w:b/>
        </w:rPr>
        <w:t xml:space="preserve">[38:50] </w:t>
      </w:r>
      <w:r>
        <w:t>i will sacrifice my, i will sacrifice my life in the cause of god. so, labbaik allahumma labbaik is not simply a lip service.</w:t>
      </w:r>
    </w:p>
    <w:p>
      <w:pPr>
        <w:jc w:val="right"/>
      </w:pPr>
      <w:r>
        <w:t>ئی ویل سیکریفائس مائی، ائی ویل سیکریفائس مائی لائف ان دا کاز اف گاڈ۔ سو، لبیک اللہم لبیک از ناٹ سمپلی ا لپ سروس۔</w:t>
      </w:r>
    </w:p>
    <w:p>
      <w:r>
        <w:rPr>
          <w:b/>
        </w:rPr>
        <w:t xml:space="preserve">[39:04] </w:t>
      </w:r>
      <w:r>
        <w:t>it is more than that.</w:t>
      </w:r>
    </w:p>
    <w:p>
      <w:pPr>
        <w:jc w:val="right"/>
      </w:pPr>
      <w:r>
        <w:t>اٹ از مور دین دیٹ۔</w:t>
      </w:r>
    </w:p>
    <w:p>
      <w:r>
        <w:rPr>
          <w:b/>
        </w:rPr>
        <w:t xml:space="preserve">[39:09] </w:t>
      </w:r>
      <w:r>
        <w:t>it is a symbol of dedication.</w:t>
      </w:r>
    </w:p>
    <w:p>
      <w:pPr>
        <w:jc w:val="right"/>
      </w:pPr>
      <w:r>
        <w:t>اٹ از ا سمبل اف ڈیڈیکیشن۔</w:t>
      </w:r>
    </w:p>
    <w:p>
      <w:r>
        <w:rPr>
          <w:b/>
        </w:rPr>
        <w:t xml:space="preserve">[39:14] </w:t>
      </w:r>
      <w:r>
        <w:t>it is symbol of determination. it is a symbol of place.</w:t>
      </w:r>
    </w:p>
    <w:p>
      <w:pPr>
        <w:jc w:val="right"/>
      </w:pPr>
      <w:r>
        <w:t>اٹ از سمبل اف ڈیٹرمینیشن۔ اٹ از ا سمبل اف پلیس۔</w:t>
      </w:r>
    </w:p>
    <w:p>
      <w:r>
        <w:rPr>
          <w:b/>
        </w:rPr>
        <w:t xml:space="preserve">[39:23] </w:t>
      </w:r>
      <w:r>
        <w:t>so, it is very important. when you are in, when you are in Arafat, you remember the Hajjat-ul-Wida.</w:t>
      </w:r>
    </w:p>
    <w:p>
      <w:pPr>
        <w:jc w:val="right"/>
      </w:pPr>
      <w:r>
        <w:t>سو، اٹ از ویری امپورٹنٹ۔ وین یو ار ان، وین یو ار ان عرفات، یو ریممبر دا حجۃ الوداع۔</w:t>
      </w:r>
    </w:p>
    <w:p>
      <w:r>
        <w:rPr>
          <w:b/>
        </w:rPr>
        <w:t xml:space="preserve">[39:37] </w:t>
      </w:r>
      <w:r>
        <w:t>when you are in Arafat, you recall that history of the Prophet of Islam</w:t>
      </w:r>
    </w:p>
    <w:p>
      <w:pPr>
        <w:jc w:val="right"/>
      </w:pPr>
      <w:r>
        <w:t>وین یو ار ان عرفات، یو ریکال دیٹ ہسٹری اف دا پرافٹ اف اسلام</w:t>
      </w:r>
    </w:p>
    <w:p>
      <w:r>
        <w:rPr>
          <w:b/>
        </w:rPr>
        <w:t xml:space="preserve">[39:46] </w:t>
      </w:r>
      <w:r>
        <w:t>. you know, Prophet of Islam in his latter days performed Hajj with all his companions.</w:t>
      </w:r>
    </w:p>
    <w:p>
      <w:pPr>
        <w:jc w:val="right"/>
      </w:pPr>
      <w:r>
        <w:t>۔ یو نو، پرافٹ اف اسلام ان ہز لیٹر ڈیز پرفارم حج ود ال ہز کمپینینز۔</w:t>
      </w:r>
    </w:p>
    <w:p>
      <w:r>
        <w:rPr>
          <w:b/>
        </w:rPr>
        <w:t xml:space="preserve">[39:58] </w:t>
      </w:r>
      <w:r>
        <w:t>at the time, his companions were, his companions were one lakh forty thousand, one lakh forty thousand.</w:t>
      </w:r>
    </w:p>
    <w:p>
      <w:pPr>
        <w:jc w:val="right"/>
      </w:pPr>
      <w:r>
        <w:t>ایٹ دا ٹائم، ہز کمپینینز وار، ہز کمپینینز ویر ون لاکھ فورٹی تھا، ون لاکھ فورٹی تھا۔</w:t>
      </w:r>
    </w:p>
    <w:p>
      <w:r>
        <w:rPr>
          <w:b/>
        </w:rPr>
        <w:t xml:space="preserve">[40:16] </w:t>
      </w:r>
      <w:r>
        <w:t>now, the number of Hajjis is more than thirty thousand.</w:t>
      </w:r>
    </w:p>
    <w:p>
      <w:pPr>
        <w:jc w:val="right"/>
      </w:pPr>
      <w:r>
        <w:t>ناو، دا نمبر اف حاجی از مور دین تھرٹی تھا۔</w:t>
      </w:r>
    </w:p>
    <w:p>
      <w:r>
        <w:rPr>
          <w:b/>
        </w:rPr>
        <w:t xml:space="preserve">[40:28] </w:t>
      </w:r>
      <w:r>
        <w:t>this year, the number of Hajjis was more than thirty thousand.</w:t>
      </w:r>
    </w:p>
    <w:p>
      <w:pPr>
        <w:jc w:val="right"/>
      </w:pPr>
      <w:r>
        <w:t>دس ایئر، دا نمبر اف حاجی واز مور دین تھرٹی تھا۔</w:t>
      </w:r>
    </w:p>
    <w:p>
      <w:r>
        <w:rPr>
          <w:b/>
        </w:rPr>
        <w:t xml:space="preserve">[40:35] </w:t>
      </w:r>
      <w:r>
        <w:t>so, when you are in, in, in Arafat, in Maidan Arafat, you remember the Hajjat-ul-Wida.</w:t>
      </w:r>
    </w:p>
    <w:p>
      <w:pPr>
        <w:jc w:val="right"/>
      </w:pPr>
      <w:r>
        <w:t>سو، وین یو ار ان، ان، ان عرفات، ان میدان عرفات، یو ریممبر دا حجۃ الوداع۔</w:t>
      </w:r>
    </w:p>
    <w:p>
      <w:r>
        <w:rPr>
          <w:b/>
        </w:rPr>
        <w:t xml:space="preserve">[40:45] </w:t>
      </w:r>
      <w:r>
        <w:t>when Prophet of Islam was here, after performing Hajj,</w:t>
      </w:r>
    </w:p>
    <w:p>
      <w:pPr>
        <w:jc w:val="right"/>
      </w:pPr>
      <w:r>
        <w:t>وین پرافٹ اف اسلام واز ہیر، افٹر پرفارمنگ حج،</w:t>
      </w:r>
    </w:p>
    <w:p>
      <w:r>
        <w:rPr>
          <w:b/>
        </w:rPr>
        <w:t xml:space="preserve">[40:54] </w:t>
      </w:r>
      <w:r>
        <w:t>he addressed</w:t>
      </w:r>
    </w:p>
    <w:p>
      <w:pPr>
        <w:jc w:val="right"/>
      </w:pPr>
      <w:r>
        <w:t>ہی ایڈریسڈ</w:t>
      </w:r>
    </w:p>
    <w:p>
      <w:r>
        <w:rPr>
          <w:b/>
        </w:rPr>
        <w:t xml:space="preserve">[41:01] </w:t>
      </w:r>
      <w:r>
        <w:t>those people who present at the time. he said: la fazla</w:t>
      </w:r>
    </w:p>
    <w:p>
      <w:pPr>
        <w:jc w:val="right"/>
      </w:pPr>
      <w:r>
        <w:t>دوز پیپل ہو پریزنٹ ایٹ دا ٹائم۔ ہی سیڈ: لا فضل</w:t>
      </w:r>
    </w:p>
    <w:p>
      <w:r>
        <w:rPr>
          <w:b/>
        </w:rPr>
        <w:t xml:space="preserve">[41:10] </w:t>
      </w:r>
      <w:r>
        <w:t>aswadin ala ardin. he said that no</w:t>
      </w:r>
    </w:p>
    <w:p>
      <w:pPr>
        <w:jc w:val="right"/>
      </w:pPr>
      <w:r>
        <w:t>اسودرا۔ ہی سیڈ دیٹ نو</w:t>
      </w:r>
    </w:p>
    <w:p>
      <w:r>
        <w:rPr>
          <w:b/>
        </w:rPr>
        <w:t xml:space="preserve">[41:19] </w:t>
      </w:r>
      <w:r>
        <w:t>one is superior and no one is inferior.</w:t>
      </w:r>
    </w:p>
    <w:p>
      <w:pPr>
        <w:jc w:val="right"/>
      </w:pPr>
      <w:r>
        <w:t>ون از سپیریئر اینڈ نو ون از انفیریئر۔</w:t>
      </w:r>
    </w:p>
    <w:p>
      <w:r>
        <w:rPr>
          <w:b/>
        </w:rPr>
        <w:t xml:space="preserve">[41:28] </w:t>
      </w:r>
      <w:r>
        <w:t>all are equal, all are equal,</w:t>
      </w:r>
    </w:p>
    <w:p>
      <w:pPr>
        <w:jc w:val="right"/>
      </w:pPr>
      <w:r>
        <w:t>ال ار ایکول، ال ار ایکول،</w:t>
      </w:r>
    </w:p>
    <w:p>
      <w:r>
        <w:rPr>
          <w:b/>
        </w:rPr>
        <w:t xml:space="preserve">[41:37] </w:t>
      </w:r>
      <w:r>
        <w:t>are respective of colour, are respective of colour and, and, and, and, and, and, and, and, race and</w:t>
      </w:r>
    </w:p>
    <w:p>
      <w:pPr>
        <w:jc w:val="right"/>
      </w:pPr>
      <w:r>
        <w:t>ار ریسپیکٹیو اف کلر، ار ریسپیکٹیو اف کلر اینڈ، اینڈ، اینڈ، اینڈ، اینڈ، اینڈ، اینڈ، اینڈ، ریس اینڈ</w:t>
      </w:r>
    </w:p>
    <w:p>
      <w:r>
        <w:rPr>
          <w:b/>
        </w:rPr>
        <w:t xml:space="preserve">[41:53] </w:t>
      </w:r>
      <w:r>
        <w:t>wealth. or every human being is equal. so, he declared first time in the history that all are equal.</w:t>
      </w:r>
    </w:p>
    <w:p>
      <w:pPr>
        <w:jc w:val="right"/>
      </w:pPr>
      <w:r>
        <w:t>ویلتھ۔ اور ایوری ہیومن بینگ از ایکول۔ سو، ہی ڈیکلیئرڈ فرسٹ ٹائم ان دا ہسٹری دیٹ ال ار ایکول۔</w:t>
      </w:r>
    </w:p>
    <w:p>
      <w:r>
        <w:rPr>
          <w:b/>
        </w:rPr>
        <w:t xml:space="preserve">[42:10] </w:t>
      </w:r>
      <w:r>
        <w:t>no difference between,</w:t>
      </w:r>
    </w:p>
    <w:p>
      <w:pPr>
        <w:jc w:val="right"/>
      </w:pPr>
      <w:r>
        <w:t>نو ڈیفرنس بٹوین،</w:t>
      </w:r>
    </w:p>
    <w:p>
      <w:r>
        <w:rPr>
          <w:b/>
        </w:rPr>
        <w:t xml:space="preserve">[42:15] </w:t>
      </w:r>
      <w:r>
        <w:t>between white and black and rich and poor.</w:t>
      </w:r>
    </w:p>
    <w:p>
      <w:pPr>
        <w:jc w:val="right"/>
      </w:pPr>
      <w:r>
        <w:t>بٹوین وائٹ اینڈ بلیک اینڈ ریچ اینڈ پور۔</w:t>
      </w:r>
    </w:p>
    <w:p>
      <w:r>
        <w:rPr>
          <w:b/>
        </w:rPr>
        <w:t xml:space="preserve">[42:26] </w:t>
      </w:r>
      <w:r>
        <w:t>or all the difference, all the differences are simply to recognize, for recognition</w:t>
      </w:r>
    </w:p>
    <w:p>
      <w:pPr>
        <w:jc w:val="right"/>
      </w:pPr>
      <w:r>
        <w:t>اور ال دا ڈیفرنس، ال دا ڈیفرنسز ار سمپلی ٹو ریکگنائز، فار ریکگنیشن</w:t>
      </w:r>
    </w:p>
    <w:p>
      <w:r>
        <w:rPr>
          <w:b/>
        </w:rPr>
        <w:t xml:space="preserve">[42:39] </w:t>
      </w:r>
      <w:r>
        <w:t>. so, this was the declaration of equality.</w:t>
      </w:r>
    </w:p>
    <w:p>
      <w:pPr>
        <w:jc w:val="right"/>
      </w:pPr>
      <w:r>
        <w:t>۔ سو، دس واز دا ڈیکلیریشن اف ایکولٹی۔</w:t>
      </w:r>
    </w:p>
    <w:p>
      <w:r>
        <w:rPr>
          <w:b/>
        </w:rPr>
        <w:t xml:space="preserve">[42:47] </w:t>
      </w:r>
      <w:r>
        <w:t>then, the Prophet of Islam said addressing to his companions:</w:t>
      </w:r>
    </w:p>
    <w:p>
      <w:pPr>
        <w:jc w:val="right"/>
      </w:pPr>
      <w:r>
        <w:t>دین، دا پرافٹ اف اسلام سیڈ ایڈریسنگ ٹو ہز کمپینینز:</w:t>
      </w:r>
    </w:p>
    <w:p>
      <w:r>
        <w:rPr>
          <w:b/>
        </w:rPr>
        <w:t xml:space="preserve">[42:57] </w:t>
      </w:r>
      <w:r>
        <w:t>Ayyuha-n-nas, inna Allaha ba'athani ila kaffati-n-nas.</w:t>
      </w:r>
    </w:p>
    <w:p>
      <w:pPr>
        <w:jc w:val="right"/>
      </w:pPr>
      <w:r>
        <w:t>ایہا الناس، ان اللہ باسنی کافت الناسنی۔</w:t>
      </w:r>
    </w:p>
    <w:p>
      <w:r>
        <w:rPr>
          <w:b/>
        </w:rPr>
        <w:t xml:space="preserve">[43:08] </w:t>
      </w:r>
      <w:r>
        <w:t>O people, God has sent me for all mankind.</w:t>
      </w:r>
    </w:p>
    <w:p>
      <w:pPr>
        <w:jc w:val="right"/>
      </w:pPr>
      <w:r>
        <w:t>او پیپل، گاڈ ہیز سینڈ می فار ال مین کائنڈ۔</w:t>
      </w:r>
    </w:p>
    <w:p>
      <w:r>
        <w:rPr>
          <w:b/>
        </w:rPr>
        <w:t xml:space="preserve">[43:19] </w:t>
      </w:r>
      <w:r>
        <w:t>I am Prophet to all mankind.</w:t>
      </w:r>
    </w:p>
    <w:p>
      <w:pPr>
        <w:jc w:val="right"/>
      </w:pPr>
      <w:r>
        <w:t>ائی ایم پرافٹ ٹو ال مین کائنڈ۔</w:t>
      </w:r>
    </w:p>
    <w:p>
      <w:r>
        <w:rPr>
          <w:b/>
        </w:rPr>
        <w:t xml:space="preserve">[43:25] </w:t>
      </w:r>
      <w:r>
        <w:t>so, convey my message to all the nations everywhere in the world. this was Prophet's last message.</w:t>
      </w:r>
    </w:p>
    <w:p>
      <w:pPr>
        <w:jc w:val="right"/>
      </w:pPr>
      <w:r>
        <w:t>سو، کنوے مائی میسج ٹو ال دا نیشنز ایوری ویر ان دا ورلڈ۔ دس واز پرافٹس لاسٹ میسج۔</w:t>
      </w:r>
    </w:p>
    <w:p>
      <w:r>
        <w:rPr>
          <w:b/>
        </w:rPr>
        <w:t xml:space="preserve">[43:39] </w:t>
      </w:r>
      <w:r>
        <w:t>this was Prophet's last message. so, what happened?</w:t>
      </w:r>
    </w:p>
    <w:p>
      <w:pPr>
        <w:jc w:val="right"/>
      </w:pPr>
      <w:r>
        <w:t>دس واز پرافٹس لاسٹ میسج۔ سو، واٹ ہیپنڈ؟</w:t>
      </w:r>
    </w:p>
    <w:p>
      <w:r>
        <w:rPr>
          <w:b/>
        </w:rPr>
        <w:t xml:space="preserve">[43:47] </w:t>
      </w:r>
      <w:r>
        <w:t>after performing hajj, the majority of the companions went out of Arabia.</w:t>
      </w:r>
    </w:p>
    <w:p>
      <w:pPr>
        <w:jc w:val="right"/>
      </w:pPr>
      <w:r>
        <w:t>افٹر پرفارمنگ حج، دا میجورٹی اف دا کمپینینز وینٹ آؤٹ اف عربیہ۔</w:t>
      </w:r>
    </w:p>
    <w:p>
      <w:r>
        <w:rPr>
          <w:b/>
        </w:rPr>
        <w:t xml:space="preserve">[43:58] </w:t>
      </w:r>
      <w:r>
        <w:t>the majority of the companions</w:t>
      </w:r>
    </w:p>
    <w:p>
      <w:pPr>
        <w:jc w:val="right"/>
      </w:pPr>
      <w:r>
        <w:t>دا میجورٹی اف دا کمپینینز</w:t>
      </w:r>
    </w:p>
    <w:p>
      <w:r>
        <w:rPr>
          <w:b/>
        </w:rPr>
        <w:t xml:space="preserve">[44:03] </w:t>
      </w:r>
      <w:r>
        <w:t>took this as a mission</w:t>
      </w:r>
    </w:p>
    <w:p>
      <w:pPr>
        <w:jc w:val="right"/>
      </w:pPr>
      <w:r>
        <w:t>ٹوک دس ایز ا مشن</w:t>
      </w:r>
    </w:p>
    <w:p>
      <w:r>
        <w:rPr>
          <w:b/>
        </w:rPr>
        <w:t xml:space="preserve">[44:07] </w:t>
      </w:r>
      <w:r>
        <w:t>that we are messenger of God. we have to convey the prophet's message to all mankind.</w:t>
      </w:r>
    </w:p>
    <w:p>
      <w:pPr>
        <w:jc w:val="right"/>
      </w:pPr>
      <w:r>
        <w:t>دیٹ وی ار میسنجر اف گاڈ۔ وی ہیو ٹو کنوے دا پرافٹس میسج ٹو ال مین کائنڈ۔</w:t>
      </w:r>
    </w:p>
    <w:p>
      <w:r>
        <w:rPr>
          <w:b/>
        </w:rPr>
        <w:t xml:space="preserve">[44:20] </w:t>
      </w:r>
      <w:r>
        <w:t>so, they went out of Arabia and in all countries, they settled in the adjacent countries and began their dawa.</w:t>
      </w:r>
    </w:p>
    <w:p>
      <w:pPr>
        <w:jc w:val="right"/>
      </w:pPr>
      <w:r>
        <w:t>سو، دے وینٹ آؤٹ اف عربیہ اینڈ ان ال کنٹریز، دے سیٹلڈ ان دا ایڈجسنٹ کنٹریز اینڈ بیگن دیر داوا۔</w:t>
      </w:r>
    </w:p>
    <w:p>
      <w:r>
        <w:rPr>
          <w:b/>
        </w:rPr>
        <w:t xml:space="preserve">[44:38] </w:t>
      </w:r>
      <w:r>
        <w:t>now, you know, it was not a very easy task. there was no sources, there was no roads,</w:t>
      </w:r>
    </w:p>
    <w:p>
      <w:pPr>
        <w:jc w:val="right"/>
      </w:pPr>
      <w:r>
        <w:t>ناو، یو نو، اٹ واز ناٹ ا ویری ایزی ٹاسک۔ دیر واز نو سورسز، دیر واز نو روڈز،</w:t>
      </w:r>
    </w:p>
    <w:p>
      <w:r>
        <w:rPr>
          <w:b/>
        </w:rPr>
        <w:t xml:space="preserve">[44:52] </w:t>
      </w:r>
      <w:r>
        <w:t>there were no cars and airplanes.</w:t>
      </w:r>
    </w:p>
    <w:p>
      <w:pPr>
        <w:jc w:val="right"/>
      </w:pPr>
      <w:r>
        <w:t>دیر وار نو کارز اینڈ ایروپلینز۔</w:t>
      </w:r>
    </w:p>
    <w:p>
      <w:r>
        <w:rPr>
          <w:b/>
        </w:rPr>
        <w:t xml:space="preserve">[44:57] </w:t>
      </w:r>
      <w:r>
        <w:t>difficult to travel, so many difficulties, so many difficulties for strangers. then, i think the most difficult part of this mission was that</w:t>
      </w:r>
    </w:p>
    <w:p>
      <w:pPr>
        <w:jc w:val="right"/>
      </w:pPr>
      <w:r>
        <w:t>ڈیفیکلٹ ٹو ٹریول، سو مینی ڈیفیکلٹیز، سو مینی ڈیفیکلٹیز فار سٹرینجرز۔ دین، ائی تھنک دا موسٹ ڈیفیکلٹ پارٹ اف دس مشن واز دیٹ</w:t>
      </w:r>
    </w:p>
    <w:p>
      <w:r>
        <w:rPr>
          <w:b/>
        </w:rPr>
        <w:t xml:space="preserve">[45:16] </w:t>
      </w:r>
      <w:r>
        <w:t>these companions were speaking Arabic language and the language of those people who audience different.</w:t>
      </w:r>
    </w:p>
    <w:p>
      <w:pPr>
        <w:jc w:val="right"/>
      </w:pPr>
      <w:r>
        <w:t>دس کمپینینز ویر سپیکنگ عربک لینگویج اینڈ دا لینگویج اف دوز پیپل ہو اڈینس ڈفرنٹ۔</w:t>
      </w:r>
    </w:p>
    <w:p>
      <w:r>
        <w:rPr>
          <w:b/>
        </w:rPr>
        <w:t xml:space="preserve">[45:32] </w:t>
      </w:r>
      <w:r>
        <w:t>so, there was a language gap. you know, in Syria people speaking the language of Syriac.</w:t>
      </w:r>
    </w:p>
    <w:p>
      <w:pPr>
        <w:jc w:val="right"/>
      </w:pPr>
      <w:r>
        <w:t>سو، دیر واز ا لینگویج گیپ۔ یو نو، ان سیریا پیپل سپیکنگ دا لینگویج اف سرائپ۔</w:t>
      </w:r>
    </w:p>
    <w:p>
      <w:r>
        <w:rPr>
          <w:b/>
        </w:rPr>
        <w:t xml:space="preserve">[45:44] </w:t>
      </w:r>
      <w:r>
        <w:t>in Palestine, the language of the language was Hebrew.</w:t>
      </w:r>
    </w:p>
    <w:p>
      <w:pPr>
        <w:jc w:val="right"/>
      </w:pPr>
      <w:r>
        <w:t>ان فلسطین، دا لینگویج اف دا لینگویج واز ہیبرو۔</w:t>
      </w:r>
    </w:p>
    <w:p>
      <w:r>
        <w:rPr>
          <w:b/>
        </w:rPr>
        <w:t xml:space="preserve">[45:53] </w:t>
      </w:r>
      <w:r>
        <w:t>in Egypt, the language was Coptic. in Libya, the language was Berber.</w:t>
      </w:r>
    </w:p>
    <w:p>
      <w:pPr>
        <w:jc w:val="right"/>
      </w:pPr>
      <w:r>
        <w:t>ان ایجپٹ، دا لینگویج واز کاپٹک۔ ان لیبیا، دا لینگویج واز بربر۔</w:t>
      </w:r>
    </w:p>
    <w:p>
      <w:r>
        <w:rPr>
          <w:b/>
        </w:rPr>
        <w:t xml:space="preserve">[46:11] </w:t>
      </w:r>
      <w:r>
        <w:t>so, all those people were speaking different languages, not Arabic. at present, these people speak Arabic language in every country,</w:t>
      </w:r>
    </w:p>
    <w:p>
      <w:pPr>
        <w:jc w:val="right"/>
      </w:pPr>
      <w:r>
        <w:t>سو، ال دوز پیپل ویر سپیکنگ ڈفرنٹ لینگویجز، ناٹ عربک۔ ایٹ پریزنٹ، دس پیپل سپیک عربک لینگویج ان ایوری کنٹری،</w:t>
      </w:r>
    </w:p>
    <w:p>
      <w:r>
        <w:rPr>
          <w:b/>
        </w:rPr>
        <w:t xml:space="preserve">[46:28] </w:t>
      </w:r>
      <w:r>
        <w:t>but at the time, there were speaking some different languages. so, it was very difficult to address these people.</w:t>
      </w:r>
    </w:p>
    <w:p>
      <w:pPr>
        <w:jc w:val="right"/>
      </w:pPr>
      <w:r>
        <w:t>بٹ ایٹ دا ٹائم، دیر وار سپیکنگ سم ڈفرنٹ لینگویجز۔ سو، اٹ واز ویری ڈیفیکلٹ ٹو ایڈریس دس پیپل۔</w:t>
      </w:r>
    </w:p>
    <w:p>
      <w:r>
        <w:rPr>
          <w:b/>
        </w:rPr>
        <w:t xml:space="preserve">[46:40] </w:t>
      </w:r>
      <w:r>
        <w:t>a person rightly said that zuban yar man turki o man turki nabi dan. The language of my friend is Turkish.</w:t>
      </w:r>
    </w:p>
    <w:p>
      <w:pPr>
        <w:jc w:val="right"/>
      </w:pPr>
      <w:r>
        <w:t>ا پرسن رائٹلی سیڈ دیٹ زبان یار من ترکی و من ترکی نبی دان۔ دا لینگویج اف مائی فرینڈ از ترکش۔</w:t>
      </w:r>
    </w:p>
    <w:p>
      <w:r>
        <w:rPr>
          <w:b/>
        </w:rPr>
        <w:t xml:space="preserve">[46:51] </w:t>
      </w:r>
      <w:r>
        <w:t>i don't know Turkish.</w:t>
      </w:r>
    </w:p>
    <w:p>
      <w:pPr>
        <w:jc w:val="right"/>
      </w:pPr>
      <w:r>
        <w:t>ائی ڈونٹ نو ترکش۔</w:t>
      </w:r>
    </w:p>
    <w:p>
      <w:r>
        <w:rPr>
          <w:b/>
        </w:rPr>
        <w:t xml:space="preserve">[46:54] </w:t>
      </w:r>
      <w:r>
        <w:t>same situation was there. the language of companions was Arabic and the language of their audience was different.</w:t>
      </w:r>
    </w:p>
    <w:p>
      <w:pPr>
        <w:jc w:val="right"/>
      </w:pPr>
      <w:r>
        <w:t>سیم سچوئیشن واز دیر۔ دا لینگویج اف کمپینینز واز عربک اینڈ دا لینگویج اف دیر اڈینس واز ڈفرنٹ۔</w:t>
      </w:r>
    </w:p>
    <w:p>
      <w:r>
        <w:rPr>
          <w:b/>
        </w:rPr>
        <w:t xml:space="preserve">[47:10] </w:t>
      </w:r>
      <w:r>
        <w:t>so, it was very very difficult to address these people</w:t>
      </w:r>
    </w:p>
    <w:p>
      <w:pPr>
        <w:jc w:val="right"/>
      </w:pPr>
      <w:r>
        <w:t>سو، اٹ واز ویری ویری ڈیفیکلٹ ٹو ایڈریس دس پیپل</w:t>
      </w:r>
    </w:p>
    <w:p>
      <w:r>
        <w:rPr>
          <w:b/>
        </w:rPr>
        <w:t xml:space="preserve">[47:17] </w:t>
      </w:r>
      <w:r>
        <w:t>. so, there was difficulty in term of travel, difficulty in term of stay, difficulty in term of earning, difficulty in term of food, difficulty in term of</w:t>
      </w:r>
    </w:p>
    <w:p>
      <w:pPr>
        <w:jc w:val="right"/>
      </w:pPr>
      <w:r>
        <w:t>۔ سو، دیر واز ڈیفیکلٹی ان ٹرم اف ٹریول، ڈیفیکلٹی ان ٹرم اف اسٹے، ڈیفیکلٹی ان ٹرم اف ارننگ، ڈیفیکلٹی ان ٹرم اف فوڈ، ڈیفیکلٹی ان ٹرم اف</w:t>
      </w:r>
    </w:p>
    <w:p>
      <w:r>
        <w:rPr>
          <w:b/>
        </w:rPr>
        <w:t xml:space="preserve">[47:35] </w:t>
      </w:r>
      <w:r>
        <w:t>everything. was difficult</w:t>
      </w:r>
    </w:p>
    <w:p>
      <w:pPr>
        <w:jc w:val="right"/>
      </w:pPr>
      <w:r>
        <w:t>ایوری تھنگ۔ واز ڈیفیکلٹ</w:t>
      </w:r>
    </w:p>
    <w:p>
      <w:r>
        <w:rPr>
          <w:b/>
        </w:rPr>
        <w:t xml:space="preserve">[47:41] </w:t>
      </w:r>
      <w:r>
        <w:t>and the greatest difficulty was that there was a language gap between companions and the other people.</w:t>
      </w:r>
    </w:p>
    <w:p>
      <w:pPr>
        <w:jc w:val="right"/>
      </w:pPr>
      <w:r>
        <w:t>اینڈ دا گریٹسٹ ڈیفیکلٹی واز دیٹ دیر واز ا لینگویج گیپ بٹوین کمپینینز اینڈ دی ادر پیپل۔</w:t>
      </w:r>
    </w:p>
    <w:p>
      <w:r>
        <w:rPr>
          <w:b/>
        </w:rPr>
        <w:t xml:space="preserve">[47:54] </w:t>
      </w:r>
      <w:r>
        <w:t>but by the grace of God, they overcome all these difficulties.</w:t>
      </w:r>
    </w:p>
    <w:p>
      <w:pPr>
        <w:jc w:val="right"/>
      </w:pPr>
      <w:r>
        <w:t>بٹ بائی دا گریس اف گاڈ، دے اوورکم ال دیز ڈیفیکلٹیز۔</w:t>
      </w:r>
    </w:p>
    <w:p>
      <w:r>
        <w:rPr>
          <w:b/>
        </w:rPr>
        <w:t xml:space="preserve">[48:04] </w:t>
      </w:r>
      <w:r>
        <w:t>they engage them self in the work</w:t>
      </w:r>
    </w:p>
    <w:p>
      <w:pPr>
        <w:jc w:val="right"/>
      </w:pPr>
      <w:r>
        <w:t>دے انگیج دیم سیلف ان دا ورک</w:t>
      </w:r>
    </w:p>
    <w:p>
      <w:r>
        <w:rPr>
          <w:b/>
        </w:rPr>
        <w:t xml:space="preserve">[48:08] </w:t>
      </w:r>
      <w:r>
        <w:t>. we cannot imagine how they, how they perform the work in such a situation.</w:t>
      </w:r>
    </w:p>
    <w:p>
      <w:pPr>
        <w:jc w:val="right"/>
      </w:pPr>
      <w:r>
        <w:t>۔ وی کین ناٹ امیجن ہاؤ دے، ہاؤ دے پرفارم دا ورک ان سچ ا سچویشن۔</w:t>
      </w:r>
    </w:p>
    <w:p>
      <w:r>
        <w:rPr>
          <w:b/>
        </w:rPr>
        <w:t xml:space="preserve">[48:21] </w:t>
      </w:r>
      <w:r>
        <w:t>it very perhaps is not</w:t>
      </w:r>
    </w:p>
    <w:p>
      <w:pPr>
        <w:jc w:val="right"/>
      </w:pPr>
      <w:r>
        <w:t>اٹ ویری پرہیپس از ناٹ</w:t>
      </w:r>
    </w:p>
    <w:p>
      <w:r>
        <w:rPr>
          <w:b/>
        </w:rPr>
        <w:t xml:space="preserve">[48:25] </w:t>
      </w:r>
      <w:r>
        <w:t>understandable. the history books have no detail, no details of these things.</w:t>
      </w:r>
    </w:p>
    <w:p>
      <w:pPr>
        <w:jc w:val="right"/>
      </w:pPr>
      <w:r>
        <w:t>انڈرسٹینڈیبل۔ دا ہسٹری بکس ہیو نو ڈیٹیل، نو ڈیٹیلز اف دیز تھنگز۔</w:t>
      </w:r>
    </w:p>
    <w:p>
      <w:r>
        <w:rPr>
          <w:b/>
        </w:rPr>
        <w:t xml:space="preserve">[48:37] </w:t>
      </w:r>
      <w:r>
        <w:t>but you can imagine that</w:t>
      </w:r>
    </w:p>
    <w:p>
      <w:pPr>
        <w:jc w:val="right"/>
      </w:pPr>
      <w:r>
        <w:t>بٹ یو کین امیجن دیٹ</w:t>
      </w:r>
    </w:p>
    <w:p>
      <w:r>
        <w:rPr>
          <w:b/>
        </w:rPr>
        <w:t xml:space="preserve">[48:43] </w:t>
      </w:r>
      <w:r>
        <w:t>there were enormous difficulties. but this people, the companions of the, the companions of the prophet, where have dedicated them self</w:t>
      </w:r>
    </w:p>
    <w:p>
      <w:pPr>
        <w:jc w:val="right"/>
      </w:pPr>
      <w:r>
        <w:t>دیر ویر انارمز ڈیفیکلٹیز۔ بٹ دس پیپل، دا کمپینینز اف دا، دا کمپینینز اف دا پرافٹ، ویئر ہیو ڈیڈیکیٹڈ دیم سیلف</w:t>
      </w:r>
    </w:p>
    <w:p>
      <w:r>
        <w:rPr>
          <w:b/>
        </w:rPr>
        <w:t xml:space="preserve">[49:03] </w:t>
      </w:r>
      <w:r>
        <w:t>in this task. they were dedicated people</w:t>
      </w:r>
    </w:p>
    <w:p>
      <w:pPr>
        <w:jc w:val="right"/>
      </w:pPr>
      <w:r>
        <w:t>ان دس ٹاسک۔ دے ویر ڈیڈیکیٹڈ پیپل</w:t>
      </w:r>
    </w:p>
    <w:p>
      <w:r>
        <w:rPr>
          <w:b/>
        </w:rPr>
        <w:t xml:space="preserve">[49:10] </w:t>
      </w:r>
      <w:r>
        <w:t>. they were ready to do this task at any cost, at any cost. so, they successful to islamize the whole arab world within a very short period.</w:t>
      </w:r>
    </w:p>
    <w:p>
      <w:pPr>
        <w:jc w:val="right"/>
      </w:pPr>
      <w:r>
        <w:t>۔ دے ویر ریڈی ٹو ڈو دس ٹاسک ایٹ اینی کاسٹ، ایٹ اینی کاسٹ۔ سو، دے سکسیس فل ٹو اسلامائز دا ہول عرب ورلڈ ود ان ا ویری شارٹ پیریڈ۔</w:t>
      </w:r>
    </w:p>
    <w:p>
      <w:r>
        <w:rPr>
          <w:b/>
        </w:rPr>
        <w:t xml:space="preserve">[49:39] </w:t>
      </w:r>
      <w:r>
        <w:t>then, there is a verse in the, in the chapter al-hajj about haji, about haji.</w:t>
      </w:r>
    </w:p>
    <w:p>
      <w:pPr>
        <w:jc w:val="right"/>
      </w:pPr>
      <w:r>
        <w:t>دین، دیر از ا ورس ان دا، ان دا چیپٹر الحج اباؤٹ حاجی، اباؤٹ حاجی۔</w:t>
      </w:r>
    </w:p>
    <w:p>
      <w:r>
        <w:rPr>
          <w:b/>
        </w:rPr>
        <w:t xml:space="preserve">[49:53] </w:t>
      </w:r>
      <w:r>
        <w:t>lishahidu manafi'a lahum,</w:t>
      </w:r>
    </w:p>
    <w:p>
      <w:pPr>
        <w:jc w:val="right"/>
      </w:pPr>
      <w:r>
        <w:t>لیشدو منافع لہم،</w:t>
      </w:r>
    </w:p>
    <w:p>
      <w:r>
        <w:rPr>
          <w:b/>
        </w:rPr>
        <w:t xml:space="preserve">[49:59] </w:t>
      </w:r>
      <w:r>
        <w:t>so that they may witness the benefits for them.</w:t>
      </w:r>
    </w:p>
    <w:p>
      <w:pPr>
        <w:jc w:val="right"/>
      </w:pPr>
      <w:r>
        <w:t>سو دیٹ دے می وٹنس دا بینیفٹس فار دیم۔</w:t>
      </w:r>
    </w:p>
    <w:p>
      <w:r>
        <w:rPr>
          <w:b/>
        </w:rPr>
        <w:t xml:space="preserve">[50:09] </w:t>
      </w:r>
      <w:r>
        <w:t>what is</w:t>
      </w:r>
    </w:p>
    <w:p>
      <w:pPr>
        <w:jc w:val="right"/>
      </w:pPr>
      <w:r>
        <w:t>واٹ از</w:t>
      </w:r>
    </w:p>
    <w:p>
      <w:r>
        <w:rPr>
          <w:b/>
        </w:rPr>
        <w:t xml:space="preserve">[50:10] </w:t>
      </w:r>
      <w:r>
        <w:t>that benefit? what is that manafi? this verse you can see in chapter al-hajj of the quran.</w:t>
      </w:r>
    </w:p>
    <w:p>
      <w:pPr>
        <w:jc w:val="right"/>
      </w:pPr>
      <w:r>
        <w:t>دیٹ بینیفٹ؟ واٹ از دیٹ منافع؟ دس ورس یو کین سی ان چیپٹر الحج اف دا قران۔</w:t>
      </w:r>
    </w:p>
    <w:p>
      <w:r>
        <w:rPr>
          <w:b/>
        </w:rPr>
        <w:t xml:space="preserve">[50:22] </w:t>
      </w:r>
      <w:r>
        <w:t>quran use word manafi, lishahidu manafi'a lahum, so that haji may witness the manafi, the benefits.</w:t>
      </w:r>
    </w:p>
    <w:p>
      <w:pPr>
        <w:jc w:val="right"/>
      </w:pPr>
      <w:r>
        <w:t>قران یوز ورڈ منافع، لیشدو منافع لہم، سو دیٹ حاجی می وٹنس دا منافع، دا بینیفٹس۔</w:t>
      </w:r>
    </w:p>
    <w:p>
      <w:r>
        <w:rPr>
          <w:b/>
        </w:rPr>
        <w:t xml:space="preserve">[50:38] </w:t>
      </w:r>
      <w:r>
        <w:t>what are</w:t>
      </w:r>
    </w:p>
    <w:p>
      <w:pPr>
        <w:jc w:val="right"/>
      </w:pPr>
      <w:r>
        <w:t>واٹ ار</w:t>
      </w:r>
    </w:p>
    <w:p>
      <w:r>
        <w:rPr>
          <w:b/>
        </w:rPr>
        <w:t xml:space="preserve">[50:39] </w:t>
      </w:r>
      <w:r>
        <w:t>those manafi? what are those benefits?</w:t>
      </w:r>
    </w:p>
    <w:p>
      <w:pPr>
        <w:jc w:val="right"/>
      </w:pPr>
      <w:r>
        <w:t>دوز منافع؟ واٹ ار دوز بینیفٹس؟</w:t>
      </w:r>
    </w:p>
    <w:p>
      <w:r>
        <w:rPr>
          <w:b/>
        </w:rPr>
        <w:t xml:space="preserve">[50:45] </w:t>
      </w:r>
      <w:r>
        <w:t>i think this is historical monument, historical references</w:t>
      </w:r>
    </w:p>
    <w:p>
      <w:pPr>
        <w:jc w:val="right"/>
      </w:pPr>
      <w:r>
        <w:t>ائی تھنک دس از ہسٹوریکل مونومنٹ، ہسٹوریکل ریفرنسز</w:t>
      </w:r>
    </w:p>
    <w:p>
      <w:r>
        <w:rPr>
          <w:b/>
        </w:rPr>
        <w:t xml:space="preserve">[50:54] </w:t>
      </w:r>
      <w:r>
        <w:t>in mecca and in medina and in this area. there are numerous historical references that recall, that remember you the prophetic history, the history of dawah,</w:t>
      </w:r>
    </w:p>
    <w:p>
      <w:pPr>
        <w:jc w:val="right"/>
      </w:pPr>
      <w:r>
        <w:t>ان مکہ اینڈ ان مدینہ اینڈ ان دس ایریا۔ دیر ار نیومرس ہسٹوریکل ریفرنسز دیٹ ریکال، دیٹ ریممبر یو دا پرافٹک ہسٹری، دا ہسٹری اف داوا،</w:t>
      </w:r>
    </w:p>
    <w:p>
      <w:r>
        <w:rPr>
          <w:b/>
        </w:rPr>
        <w:t xml:space="preserve">[51:16] </w:t>
      </w:r>
      <w:r>
        <w:t>history of taqwa, history of sacrifice, history of dedication,</w:t>
      </w:r>
    </w:p>
    <w:p>
      <w:pPr>
        <w:jc w:val="right"/>
      </w:pPr>
      <w:r>
        <w:t>ہسٹری اف تقوی، ہسٹری اف سیکریفائس، ہسٹری اف ڈیڈیکیشن،</w:t>
      </w:r>
    </w:p>
    <w:p>
      <w:r>
        <w:rPr>
          <w:b/>
        </w:rPr>
        <w:t xml:space="preserve">[51:26] </w:t>
      </w:r>
      <w:r>
        <w:t>history of islamic movement,</w:t>
      </w:r>
    </w:p>
    <w:p>
      <w:pPr>
        <w:jc w:val="right"/>
      </w:pPr>
      <w:r>
        <w:t>ہسٹری اف اسلامک موومنٹ،</w:t>
      </w:r>
    </w:p>
    <w:p>
      <w:r>
        <w:rPr>
          <w:b/>
        </w:rPr>
        <w:t xml:space="preserve">[51:32] </w:t>
      </w:r>
      <w:r>
        <w:t>history of islamic movement, history of dawah movement.</w:t>
      </w:r>
    </w:p>
    <w:p>
      <w:pPr>
        <w:jc w:val="right"/>
      </w:pPr>
      <w:r>
        <w:t>ہسٹری اف اسلامک موومنٹ، ہسٹری اف داوا موومنٹ۔</w:t>
      </w:r>
    </w:p>
    <w:p>
      <w:r>
        <w:rPr>
          <w:b/>
        </w:rPr>
        <w:t xml:space="preserve">[51:38] </w:t>
      </w:r>
      <w:r>
        <w:t>so, in every where in this area,</w:t>
      </w:r>
    </w:p>
    <w:p>
      <w:pPr>
        <w:jc w:val="right"/>
      </w:pPr>
      <w:r>
        <w:t>سو، ان ایوری ویر ان دس ایریا،</w:t>
      </w:r>
    </w:p>
    <w:p>
      <w:r>
        <w:rPr>
          <w:b/>
        </w:rPr>
        <w:t xml:space="preserve">[51:45] </w:t>
      </w:r>
      <w:r>
        <w:t>you can find some historical monument, some historical references that remember you,</w:t>
      </w:r>
    </w:p>
    <w:p>
      <w:pPr>
        <w:jc w:val="right"/>
      </w:pPr>
      <w:r>
        <w:t>یو کین فائنڈ سم ہسٹوریکل مونومنٹ، سم ہسٹوریکل ریفرنسز دیٹ ریممبر یو،</w:t>
      </w:r>
    </w:p>
    <w:p>
      <w:r>
        <w:rPr>
          <w:b/>
        </w:rPr>
        <w:t xml:space="preserve">[51:59] </w:t>
      </w:r>
      <w:r>
        <w:t>some very unique type of historical events that gives you inspiration,</w:t>
      </w:r>
    </w:p>
    <w:p>
      <w:pPr>
        <w:jc w:val="right"/>
      </w:pPr>
      <w:r>
        <w:t>سم ویری یونیک ٹائپ اف ہسٹوریکل ایونٹس دیٹ گیوز یو انسپریشن،</w:t>
      </w:r>
    </w:p>
    <w:p>
      <w:r>
        <w:rPr>
          <w:b/>
        </w:rPr>
        <w:t xml:space="preserve">[52:09] </w:t>
      </w:r>
      <w:r>
        <w:t>that gives you divine inspiration. so, it is very, very unique.</w:t>
      </w:r>
    </w:p>
    <w:p>
      <w:pPr>
        <w:jc w:val="right"/>
      </w:pPr>
      <w:r>
        <w:t>دیٹ گیوز یو ڈیوائن انسپریشن۔ سو، اٹ از ویری، ویری یونیک۔</w:t>
      </w:r>
    </w:p>
    <w:p>
      <w:r>
        <w:rPr>
          <w:b/>
        </w:rPr>
        <w:t xml:space="preserve">[52:19] </w:t>
      </w:r>
      <w:r>
        <w:t>you cannot find this kind of divine inspiration any other part of the world</w:t>
      </w:r>
    </w:p>
    <w:p>
      <w:pPr>
        <w:jc w:val="right"/>
      </w:pPr>
      <w:r>
        <w:t>یو کین ناٹ فائنڈ دس کائنڈ اف ڈیوائن انسپریشن انی ادر پارٹ اف دا ورلڈ</w:t>
      </w:r>
    </w:p>
    <w:p>
      <w:r>
        <w:rPr>
          <w:b/>
        </w:rPr>
        <w:t xml:space="preserve">[52:31] </w:t>
      </w:r>
      <w:r>
        <w:t>, because this inspirations are linked with historical monument, with historical references, and this kind of history is preserved here in this area.</w:t>
      </w:r>
    </w:p>
    <w:p>
      <w:pPr>
        <w:jc w:val="right"/>
      </w:pPr>
      <w:r>
        <w:t>، بیکاز دس انسپریشنز ار لنکڈ ود ہسٹوریکل مونومنٹ، ود ہسٹوریکل ریفرنسز، اینڈ دس کائنڈ اف ہسٹری از پریزرو ہیر ان دس ایریا۔</w:t>
      </w:r>
    </w:p>
    <w:p>
      <w:r>
        <w:rPr>
          <w:b/>
        </w:rPr>
        <w:t xml:space="preserve">[52:52] </w:t>
      </w:r>
      <w:r>
        <w:t>for example, when you see kaaba, the oldest, the oldest mosque that is called baitullah, house of god.</w:t>
      </w:r>
    </w:p>
    <w:p>
      <w:pPr>
        <w:jc w:val="right"/>
      </w:pPr>
      <w:r>
        <w:t>فار ایگزامپل، وین یو سی کعبہ، دا اولڈسٹ، دا اولڈسٹ ماسک دیٹ از کالڈ بیت اللہ، ہاؤس اف گاڈ۔</w:t>
      </w:r>
    </w:p>
    <w:p>
      <w:r>
        <w:rPr>
          <w:b/>
        </w:rPr>
        <w:t xml:space="preserve">[53:10] </w:t>
      </w:r>
      <w:r>
        <w:t>so, when you see kaaba, you remember that when prophet of islam started his mission in the first quarter of seven century, at the time, there were 360 idols in kaaba.</w:t>
      </w:r>
    </w:p>
    <w:p>
      <w:pPr>
        <w:jc w:val="right"/>
      </w:pPr>
      <w:r>
        <w:t>سو، وین یو سی کعبہ، یو ریممبر دیٹ وین پرافٹ اف اسلام اسٹارٹڈ ہز مشن ان دا فرسٹ کوارٹر اف سیون سینچری، ایٹ دا ٹائم، دیر ویر 360 ائڈلز ان کعبہ۔</w:t>
      </w:r>
    </w:p>
    <w:p>
      <w:r>
        <w:rPr>
          <w:b/>
        </w:rPr>
        <w:t xml:space="preserve">[53:33] </w:t>
      </w:r>
      <w:r>
        <w:t>at the time, there were 360 idols in kaaba. so, this reference gives you a high kind of inspiration, because you recall</w:t>
      </w:r>
    </w:p>
    <w:p>
      <w:pPr>
        <w:jc w:val="right"/>
      </w:pPr>
      <w:r>
        <w:t>ایٹ دا ٹائم، دیر ویر 360 ائڈلز ان کعبہ۔ سو، دس ریفرنس گیوز یو ا ہائی کائنڈ اف انسپریشن، بیکاز یو ریکال</w:t>
      </w:r>
    </w:p>
    <w:p>
      <w:r>
        <w:rPr>
          <w:b/>
        </w:rPr>
        <w:t xml:space="preserve">[53:51] </w:t>
      </w:r>
      <w:r>
        <w:t>that prophet never touch this, this idols,</w:t>
      </w:r>
    </w:p>
    <w:p>
      <w:pPr>
        <w:jc w:val="right"/>
      </w:pPr>
      <w:r>
        <w:t>دیٹ پرافٹ نیور ٹچ دس، دس ائڈلز،</w:t>
      </w:r>
    </w:p>
    <w:p>
      <w:r>
        <w:rPr>
          <w:b/>
        </w:rPr>
        <w:t xml:space="preserve">[54:00] </w:t>
      </w:r>
      <w:r>
        <w:t>but he avoided. he adopted a very unique kind of policy. prophet was prophet of, prophet of islam was prophet of tauheed.</w:t>
      </w:r>
    </w:p>
    <w:p>
      <w:pPr>
        <w:jc w:val="right"/>
      </w:pPr>
      <w:r>
        <w:t>بٹ ہی اوائیڈڈ۔ ہی اڈاپٹڈ ا ویری یونیک کائنڈ اف پالیسی۔ پرافٹ واز پرافٹ اف، پرافٹ اف اسلام واز پرافٹ اف توحید۔</w:t>
      </w:r>
    </w:p>
    <w:p>
      <w:r>
        <w:rPr>
          <w:b/>
        </w:rPr>
        <w:t xml:space="preserve">[54:15] </w:t>
      </w:r>
      <w:r>
        <w:t>his mission was mission of tauheed.</w:t>
      </w:r>
    </w:p>
    <w:p>
      <w:pPr>
        <w:jc w:val="right"/>
      </w:pPr>
      <w:r>
        <w:t>ہز مشن واز مشن اف توحید۔</w:t>
      </w:r>
    </w:p>
    <w:p>
      <w:r>
        <w:rPr>
          <w:b/>
        </w:rPr>
        <w:t xml:space="preserve">[54:20] </w:t>
      </w:r>
      <w:r>
        <w:t>his message was message of tauheed. so, so the presence of those idols were quite against his message,</w:t>
      </w:r>
    </w:p>
    <w:p>
      <w:pPr>
        <w:jc w:val="right"/>
      </w:pPr>
      <w:r>
        <w:t>ہز میسج واز میسج اف توحید۔ سو، سو دا پریزنس اف دوز ائڈلز وار کوائٹ اگینسٹ ہز میسج،</w:t>
      </w:r>
    </w:p>
    <w:p>
      <w:r>
        <w:rPr>
          <w:b/>
        </w:rPr>
        <w:t xml:space="preserve">[54:34] </w:t>
      </w:r>
      <w:r>
        <w:t>quite against his message, but he never touch those, never touch those, those idols.</w:t>
      </w:r>
    </w:p>
    <w:p>
      <w:pPr>
        <w:jc w:val="right"/>
      </w:pPr>
      <w:r>
        <w:t>کوائٹ اگینسٹ ہز میسج، بٹ ہی نیور ٹچ دوز، نیور ٹچ دوز، دوز ائڈلز۔</w:t>
      </w:r>
    </w:p>
    <w:p>
      <w:r>
        <w:rPr>
          <w:b/>
        </w:rPr>
        <w:t xml:space="preserve">[54:49] </w:t>
      </w:r>
      <w:r>
        <w:t>every day, he used to visit kaaba</w:t>
      </w:r>
    </w:p>
    <w:p>
      <w:pPr>
        <w:jc w:val="right"/>
      </w:pPr>
      <w:r>
        <w:t>ایوری ڈے، ہی یوز ٹو وزٹ کعبہ</w:t>
      </w:r>
    </w:p>
    <w:p>
      <w:r>
        <w:rPr>
          <w:b/>
        </w:rPr>
        <w:t xml:space="preserve">[54:53] </w:t>
      </w:r>
      <w:r>
        <w:t>and perform his salat, although there were idols, without any,</w:t>
      </w:r>
    </w:p>
    <w:p>
      <w:pPr>
        <w:jc w:val="right"/>
      </w:pPr>
      <w:r>
        <w:t>اینڈ پرفارم ہز صلاۃ، الدو دیر ویر ائڈلز، وداؤٹ اینی،</w:t>
      </w:r>
    </w:p>
    <w:p>
      <w:r>
        <w:rPr>
          <w:b/>
        </w:rPr>
        <w:t xml:space="preserve">[55:11] </w:t>
      </w:r>
      <w:r>
        <w:t>with complete, with peace.</w:t>
      </w:r>
    </w:p>
    <w:p>
      <w:pPr>
        <w:jc w:val="right"/>
      </w:pPr>
      <w:r>
        <w:t>ود کمپلیٹ، ود پیس۔</w:t>
      </w:r>
    </w:p>
    <w:p>
      <w:r>
        <w:rPr>
          <w:b/>
        </w:rPr>
        <w:t xml:space="preserve">[55:18] </w:t>
      </w:r>
      <w:r>
        <w:t>every day, he used to visit kaaba and perform the salat with complete peace, no anger, no negative thought.</w:t>
      </w:r>
    </w:p>
    <w:p>
      <w:pPr>
        <w:jc w:val="right"/>
      </w:pPr>
      <w:r>
        <w:t>ایوری ڈے، ہی یوز ٹو وزٹ کعبہ اینڈ پرفارم الصلاۃ ود کمپلیٹ پیس، نو اینگر، نو نیگیٹیو تھاٹ۔</w:t>
      </w:r>
    </w:p>
    <w:p>
      <w:r>
        <w:rPr>
          <w:b/>
        </w:rPr>
        <w:t xml:space="preserve">[55:29] </w:t>
      </w:r>
      <w:r>
        <w:t>then, he used to preach those people</w:t>
      </w:r>
    </w:p>
    <w:p>
      <w:pPr>
        <w:jc w:val="right"/>
      </w:pPr>
      <w:r>
        <w:t>دین، ہی یوز ٹو پریچ دوز پیپلز</w:t>
      </w:r>
    </w:p>
    <w:p>
      <w:r>
        <w:rPr>
          <w:b/>
        </w:rPr>
        <w:t xml:space="preserve">[55:38] </w:t>
      </w:r>
      <w:r>
        <w:t>who were present at the place, this people mushrik.</w:t>
      </w:r>
    </w:p>
    <w:p>
      <w:pPr>
        <w:jc w:val="right"/>
      </w:pPr>
      <w:r>
        <w:t>ہو ویر پریزنٹ ایٹ دا پلیس، دس پیپل مشرک۔</w:t>
      </w:r>
    </w:p>
    <w:p>
      <w:r>
        <w:rPr>
          <w:b/>
        </w:rPr>
        <w:t xml:space="preserve">[55:48] </w:t>
      </w:r>
      <w:r>
        <w:t>so, he used to say, o people, ever nas, qulu la ilaha illallah. tifl,</w:t>
      </w:r>
    </w:p>
    <w:p>
      <w:pPr>
        <w:jc w:val="right"/>
      </w:pPr>
      <w:r>
        <w:t>سو، ہی یوز ٹو سے، او پیپل، ایور ناس، قولو لا الہ الا اللہ۔ طفل،</w:t>
      </w:r>
    </w:p>
    <w:p>
      <w:r>
        <w:rPr>
          <w:b/>
        </w:rPr>
        <w:t xml:space="preserve">[55:59] </w:t>
      </w:r>
      <w:r>
        <w:t>here you can see what was the prophetic policy in such a situation.</w:t>
      </w:r>
    </w:p>
    <w:p>
      <w:pPr>
        <w:jc w:val="right"/>
      </w:pPr>
      <w:r>
        <w:t>ہیر یو کین سی واٹ واز دا پرافٹک پالیسی ان سچ ا سچویشن۔</w:t>
      </w:r>
    </w:p>
    <w:p>
      <w:r>
        <w:rPr>
          <w:b/>
        </w:rPr>
        <w:t xml:space="preserve">[56:08] </w:t>
      </w:r>
      <w:r>
        <w:t>he avoided the presence of idols, so that he may perform his salat peacefully, so that he may perform his preaching peacefully.</w:t>
      </w:r>
    </w:p>
    <w:p>
      <w:pPr>
        <w:jc w:val="right"/>
      </w:pPr>
      <w:r>
        <w:t>ہی اوائیڈڈ دا پریزنس اف ائڈلز، سو دیٹ ہی می پرفارم ہز صلاۃ پیس فلی، سو دیٹ ہی می پرفارم ہز پریچنگ پیس فلی۔</w:t>
      </w:r>
    </w:p>
    <w:p>
      <w:r>
        <w:rPr>
          <w:b/>
        </w:rPr>
        <w:t xml:space="preserve">[56:24] </w:t>
      </w:r>
      <w:r>
        <w:t>this was the prophetic policy. so, when you are in kaaba, you remember all these things.</w:t>
      </w:r>
    </w:p>
    <w:p>
      <w:pPr>
        <w:jc w:val="right"/>
      </w:pPr>
      <w:r>
        <w:t>دس واز دا پرافٹک پالیسی۔ سو، وین یو ار ان کعبہ، یو ریممبر ال دیز تھنگز۔</w:t>
      </w:r>
    </w:p>
    <w:p>
      <w:r>
        <w:rPr>
          <w:b/>
        </w:rPr>
        <w:t xml:space="preserve">[56:34] </w:t>
      </w:r>
      <w:r>
        <w:t>here you learn what is the right way of doing the work,</w:t>
      </w:r>
    </w:p>
    <w:p>
      <w:pPr>
        <w:jc w:val="right"/>
      </w:pPr>
      <w:r>
        <w:t>ہیر یو لرن واٹ از دا رائٹ وے اف ڈوئنگ دا ورک،</w:t>
      </w:r>
    </w:p>
    <w:p>
      <w:r>
        <w:rPr>
          <w:b/>
        </w:rPr>
        <w:t xml:space="preserve">[56:44] </w:t>
      </w:r>
      <w:r>
        <w:t>what is the right way of doing the work.</w:t>
      </w:r>
    </w:p>
    <w:p>
      <w:pPr>
        <w:jc w:val="right"/>
      </w:pPr>
      <w:r>
        <w:t>واٹ از دا رائٹ وے اف ڈوئنگ دا ورک۔</w:t>
      </w:r>
    </w:p>
    <w:p>
      <w:r>
        <w:rPr>
          <w:b/>
        </w:rPr>
        <w:t xml:space="preserve">[56:52] </w:t>
      </w:r>
      <w:r>
        <w:t>then, there are so many other historical references. for example, hudaybiyyah. hudaybiyyah is a place.</w:t>
      </w:r>
    </w:p>
    <w:p>
      <w:pPr>
        <w:jc w:val="right"/>
      </w:pPr>
      <w:r>
        <w:t>دین، دیر ار سو مینی ادر ہسٹوریکل ریفرنسز۔ فار ایگزامپل، حدیبیہ۔ حدیبیہ از ا پلیس۔</w:t>
      </w:r>
    </w:p>
    <w:p>
      <w:r>
        <w:rPr>
          <w:b/>
        </w:rPr>
        <w:t xml:space="preserve">[57:02] </w:t>
      </w:r>
      <w:r>
        <w:t>when you are in hudaybiyyah, you remember the sulh al-hudaybiyyah, hudaybiyyah agreement.</w:t>
      </w:r>
    </w:p>
    <w:p>
      <w:pPr>
        <w:jc w:val="right"/>
      </w:pPr>
      <w:r>
        <w:t>وین یو ار ان حدیبیہ، یو ریممبر دا صلح الحدیبیہ، حدیبیہ ایگریمنٹ۔</w:t>
      </w:r>
    </w:p>
    <w:p>
      <w:r>
        <w:rPr>
          <w:b/>
        </w:rPr>
        <w:t xml:space="preserve">[57:12] </w:t>
      </w:r>
      <w:r>
        <w:t>in this agreement, prophet accepted all those conditions presented by the other party,</w:t>
      </w:r>
    </w:p>
    <w:p>
      <w:pPr>
        <w:jc w:val="right"/>
      </w:pPr>
      <w:r>
        <w:t>ان دس ایگریمنٹ، پرافٹ ایکسیپٹڈ ال دوز کنڈیشنز پریزنٹڈ بائی دی ادر پارٹی،</w:t>
      </w:r>
    </w:p>
    <w:p>
      <w:r>
        <w:rPr>
          <w:b/>
        </w:rPr>
        <w:t xml:space="preserve">[57:25] </w:t>
      </w:r>
      <w:r>
        <w:t>only for, for, for one reason, to establish peace</w:t>
      </w:r>
    </w:p>
    <w:p>
      <w:pPr>
        <w:jc w:val="right"/>
      </w:pPr>
      <w:r>
        <w:t>اونلی فار، فار، فار ون ریزن، ٹو اسٹیبلش پیس</w:t>
      </w:r>
    </w:p>
    <w:p>
      <w:r>
        <w:rPr>
          <w:b/>
        </w:rPr>
        <w:t xml:space="preserve">[57:35] </w:t>
      </w:r>
      <w:r>
        <w:t>. so, peace was, peace was</w:t>
      </w:r>
    </w:p>
    <w:p>
      <w:pPr>
        <w:jc w:val="right"/>
      </w:pPr>
      <w:r>
        <w:t>۔ سو، پیس واز، پیس واز</w:t>
      </w:r>
    </w:p>
    <w:p>
      <w:r>
        <w:rPr>
          <w:b/>
        </w:rPr>
        <w:t xml:space="preserve">[57:41] </w:t>
      </w:r>
      <w:r>
        <w:t>most important thing for prophet of islam. he gave all the prices, even all the prices,</w:t>
      </w:r>
    </w:p>
    <w:p>
      <w:pPr>
        <w:jc w:val="right"/>
      </w:pPr>
      <w:r>
        <w:t>موسٹ امپورٹنٹ تھنگ فار پرافٹ اف اسلام۔ ہی گیو ال دا پرائسز، ایون ال دا پرائسز،</w:t>
      </w:r>
    </w:p>
    <w:p>
      <w:r>
        <w:rPr>
          <w:b/>
        </w:rPr>
        <w:t xml:space="preserve">[57:55] </w:t>
      </w:r>
      <w:r>
        <w:t>ayon hi arez the word Rasool Allah from the paper.</w:t>
      </w:r>
    </w:p>
    <w:p>
      <w:pPr>
        <w:jc w:val="right"/>
      </w:pPr>
      <w:r>
        <w:t>ایون ہی اریز دا ورڈ رسول اللہ فرام دا پیپر۔</w:t>
      </w:r>
    </w:p>
    <w:p>
      <w:r>
        <w:rPr>
          <w:b/>
        </w:rPr>
        <w:t xml:space="preserve">[58:03] </w:t>
      </w:r>
      <w:r>
        <w:t>so, he gave all da prices they wanted, so that their may be peace.</w:t>
      </w:r>
    </w:p>
    <w:p>
      <w:pPr>
        <w:jc w:val="right"/>
      </w:pPr>
      <w:r>
        <w:t>سو، ہی گیو ال دا پرائسز دے وانٹڈ، سو دیٹ دیر می بی پیس۔</w:t>
      </w:r>
    </w:p>
    <w:p>
      <w:r>
        <w:rPr>
          <w:b/>
        </w:rPr>
        <w:t xml:space="preserve">[58:16] </w:t>
      </w:r>
      <w:r>
        <w:t>so, by giving all those prices, he was able to establish peace, and that peace gave him opportunities, gave him.</w:t>
      </w:r>
    </w:p>
    <w:p>
      <w:pPr>
        <w:jc w:val="right"/>
      </w:pPr>
      <w:r>
        <w:t>سو، بائی گیونگ ال دوز پرائس، ہی واز ایبل ٹو اسٹیبلش پیس، اینڈ دیٹ پیس گیو ہم اپرچونیٹیز، گیو ہم۔</w:t>
      </w:r>
    </w:p>
    <w:p>
      <w:r>
        <w:rPr>
          <w:b/>
        </w:rPr>
        <w:t xml:space="preserve">[58:29] </w:t>
      </w:r>
      <w:r>
        <w:t>when there was peace, prophet was able to avail all those opportunities.</w:t>
      </w:r>
    </w:p>
    <w:p>
      <w:pPr>
        <w:jc w:val="right"/>
      </w:pPr>
      <w:r>
        <w:t>وین دیر واز پیس، پرافٹ واز ایبل ٹو اویل ال دوز اپرچونیٹیز۔</w:t>
      </w:r>
    </w:p>
    <w:p>
      <w:r>
        <w:rPr>
          <w:b/>
        </w:rPr>
        <w:t xml:space="preserve">[58:36] </w:t>
      </w:r>
      <w:r>
        <w:t>when there was peace, prophet was able to avail all those opportunities in term of dawa.</w:t>
      </w:r>
    </w:p>
    <w:p>
      <w:pPr>
        <w:jc w:val="right"/>
      </w:pPr>
      <w:r>
        <w:t>وین دیر واز پیس، پرافٹ واز ایبل ٹو اویل ال دوز اپرچونیٹیز ان ٹرم اف داوا۔</w:t>
      </w:r>
    </w:p>
    <w:p>
      <w:r>
        <w:rPr>
          <w:b/>
        </w:rPr>
        <w:t xml:space="preserve">[58:46] </w:t>
      </w:r>
      <w:r>
        <w:t>so, this was the prophetic policy.</w:t>
      </w:r>
    </w:p>
    <w:p>
      <w:pPr>
        <w:jc w:val="right"/>
      </w:pPr>
      <w:r>
        <w:t>سو، دس واز دا پرافٹک پالیسی۔</w:t>
      </w:r>
    </w:p>
    <w:p>
      <w:r>
        <w:rPr>
          <w:b/>
        </w:rPr>
        <w:t xml:space="preserve">[58:52] </w:t>
      </w:r>
      <w:r>
        <w:t>so, Hajj is not simply a ritual, ritualistic worship. Hajj is a message.</w:t>
      </w:r>
    </w:p>
    <w:p>
      <w:pPr>
        <w:jc w:val="right"/>
      </w:pPr>
      <w:r>
        <w:t>سو، حج از ناٹ سمپلی ا ریچول، ریچولسٹک ورشپ۔ حج از ا میسج۔</w:t>
      </w:r>
    </w:p>
    <w:p>
      <w:r>
        <w:rPr>
          <w:b/>
        </w:rPr>
        <w:t xml:space="preserve">[59:01] </w:t>
      </w:r>
      <w:r>
        <w:t>Hajj means internationalization of the work.</w:t>
      </w:r>
    </w:p>
    <w:p>
      <w:pPr>
        <w:jc w:val="right"/>
      </w:pPr>
      <w:r>
        <w:t>حج مینز انٹرنیشنلائزیشن اف دا ورک۔</w:t>
      </w:r>
    </w:p>
    <w:p>
      <w:r>
        <w:rPr>
          <w:b/>
        </w:rPr>
        <w:t xml:space="preserve">[59:07] </w:t>
      </w:r>
      <w:r>
        <w:t>Hajj is a kind of internationalization of the work, international mobility for the work.</w:t>
      </w:r>
    </w:p>
    <w:p>
      <w:pPr>
        <w:jc w:val="right"/>
      </w:pPr>
      <w:r>
        <w:t>حج از ا کائنڈ اف انٹرنیشنلائزیشن اف دا ورک، انٹرنیشنل موبیلٹی فار دا ورک۔</w:t>
      </w:r>
    </w:p>
    <w:p>
      <w:r>
        <w:rPr>
          <w:b/>
        </w:rPr>
        <w:t xml:space="preserve">[59:18] </w:t>
      </w:r>
      <w:r>
        <w:t>we have to do the, we have to perform Hajj with this spirit.</w:t>
      </w:r>
    </w:p>
    <w:p>
      <w:pPr>
        <w:jc w:val="right"/>
      </w:pPr>
      <w:r>
        <w:t>وی ہیو ٹو ڈو دا، وی ہیو ٹو پرفارم حج ود دس سپرٹ۔</w:t>
      </w:r>
    </w:p>
    <w:p>
      <w:r>
        <w:rPr>
          <w:b/>
        </w:rPr>
        <w:t xml:space="preserve">[59:26] </w:t>
      </w:r>
      <w:r>
        <w:t>aqool qooli haza wastaghfirullah lakum ajmaeen.</w:t>
      </w:r>
    </w:p>
    <w:p>
      <w:pPr>
        <w:jc w:val="right"/>
      </w:pPr>
      <w:r>
        <w:t>اقول قولیھذا واستغفراللہ 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