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Take it as a Challenge I April 29, 2007 - Maulana Wahiduddin Khan</w:t>
      </w:r>
    </w:p>
    <w:p>
      <w:r>
        <w:t>https://www.youtube.com/watch?v=lYAJhDGliwQ</w:t>
      </w:r>
    </w:p>
    <w:p>
      <w:r>
        <w:rPr>
          <w:b/>
        </w:rPr>
        <w:t xml:space="preserve">[00:13] </w:t>
      </w:r>
      <w:r>
        <w:t>bismillah rahman rahim, wasallallahu ala nabiyil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lul uqdata min lisani, yafqahu qawli.</w:t>
      </w:r>
    </w:p>
    <w:p>
      <w:pPr>
        <w:jc w:val="right"/>
      </w:pPr>
      <w:r>
        <w:t>واحل العقدۃ من لسانی، یفقہ قولی.</w:t>
      </w:r>
    </w:p>
    <w:p>
      <w:r>
        <w:rPr>
          <w:b/>
        </w:rPr>
        <w:t xml:space="preserve">[00:35] </w:t>
      </w:r>
      <w:r>
        <w:t>today we have some Turkish friend, is a good news. and also, he gave us news very encouraging, that some of our books is translated into Russian language.</w:t>
      </w:r>
    </w:p>
    <w:p>
      <w:pPr>
        <w:jc w:val="right"/>
      </w:pPr>
      <w:r>
        <w:t>ٹوڈے وی ہیو سم ٹرکش فرینڈ، از اے گڈ نیوز. اینڈ السو، ہی گیو اس نیوز ویری انکریجنگ، دیٹ سم اف اور بکس از ٹرانسلیٹڈ انٹو رشین لینگویج.</w:t>
      </w:r>
    </w:p>
    <w:p>
      <w:r>
        <w:rPr>
          <w:b/>
        </w:rPr>
        <w:t xml:space="preserve">[00:58] </w:t>
      </w:r>
      <w:r>
        <w:t>Russian language.</w:t>
      </w:r>
    </w:p>
    <w:p>
      <w:pPr>
        <w:jc w:val="right"/>
      </w:pPr>
      <w:r>
        <w:t>رشین لینگویج.</w:t>
      </w:r>
    </w:p>
    <w:p>
      <w:r>
        <w:rPr>
          <w:b/>
        </w:rPr>
        <w:t xml:space="preserve">[01:00] </w:t>
      </w:r>
      <w:r>
        <w:t>so, its very good news, including prophet of revolution.</w:t>
      </w:r>
    </w:p>
    <w:p>
      <w:pPr>
        <w:jc w:val="right"/>
      </w:pPr>
      <w:r>
        <w:t>سو، اٹس ویری گڈ نیوز، انکلوڈنگ پرافٹ اف ریولوشن.</w:t>
      </w:r>
    </w:p>
    <w:p>
      <w:r>
        <w:rPr>
          <w:b/>
        </w:rPr>
        <w:t xml:space="preserve">[01:09] </w:t>
      </w:r>
      <w:r>
        <w:t>so, as usual, I will speak in Urdu, and here I remember an episode</w:t>
      </w:r>
    </w:p>
    <w:p>
      <w:pPr>
        <w:jc w:val="right"/>
      </w:pPr>
      <w:r>
        <w:t>سو، ایز یوزل، ائی ول سپیک ان اردو، اینڈ ہیر ائی ریممبر این ایپیسوڈ</w:t>
      </w:r>
    </w:p>
    <w:p>
      <w:r>
        <w:rPr>
          <w:b/>
        </w:rPr>
        <w:t xml:space="preserve">[01:21] </w:t>
      </w:r>
      <w:r>
        <w:t>. Sheikh Saadi happen to meet a gentleman in some</w:t>
      </w:r>
    </w:p>
    <w:p>
      <w:pPr>
        <w:jc w:val="right"/>
      </w:pPr>
      <w:r>
        <w:t>. شیخ سعدی ہیپن ٹو میٹ ا جنٹلمین ان سم</w:t>
      </w:r>
    </w:p>
    <w:p>
      <w:r>
        <w:rPr>
          <w:b/>
        </w:rPr>
        <w:t xml:space="preserve">[01:31] </w:t>
      </w:r>
      <w:r>
        <w:t>at some occasion. so, that gentleman was Turkish. so, there was language gap</w:t>
      </w:r>
    </w:p>
    <w:p>
      <w:pPr>
        <w:jc w:val="right"/>
      </w:pPr>
      <w:r>
        <w:t>ایٹ سم اوکیژن. سو، دیٹ جنٹلمین واز ٹرکش. سو، دیر واز لینگویج گیپ</w:t>
      </w:r>
    </w:p>
    <w:p>
      <w:r>
        <w:rPr>
          <w:b/>
        </w:rPr>
        <w:t xml:space="preserve">[01:38] </w:t>
      </w:r>
      <w:r>
        <w:t>. Saadi was</w:t>
      </w:r>
    </w:p>
    <w:p>
      <w:pPr>
        <w:jc w:val="right"/>
      </w:pPr>
      <w:r>
        <w:t>. سعدی واز</w:t>
      </w:r>
    </w:p>
    <w:p>
      <w:r>
        <w:rPr>
          <w:b/>
        </w:rPr>
        <w:t xml:space="preserve">[01:44] </w:t>
      </w:r>
      <w:r>
        <w:t>from Iran, so he was speaking in Persian, and that gentleman was speaking Turkish.</w:t>
      </w:r>
    </w:p>
    <w:p>
      <w:pPr>
        <w:jc w:val="right"/>
      </w:pPr>
      <w:r>
        <w:t>فرام ایران، سو ہی واز سپیکنگ ان پرشین، اینڈ دیٹ جنٹلمین واز سپیکنگ ٹرکش.</w:t>
      </w:r>
    </w:p>
    <w:p>
      <w:r>
        <w:rPr>
          <w:b/>
        </w:rPr>
        <w:t xml:space="preserve">[01:53] </w:t>
      </w:r>
      <w:r>
        <w:t>so, there was language gap. Saadi noted this historian, said that: "zaban yar man Turki o Turki namidanam.</w:t>
      </w:r>
    </w:p>
    <w:p>
      <w:pPr>
        <w:jc w:val="right"/>
      </w:pPr>
      <w:r>
        <w:t>سو، دیر واز لینگویج گیپ. سعدی نیٹڈ دس ہسٹورین، سیڈ دیٹ: "زبان یار من ترکی و ترکی نمیدانم.</w:t>
      </w:r>
    </w:p>
    <w:p>
      <w:r>
        <w:rPr>
          <w:b/>
        </w:rPr>
        <w:t xml:space="preserve">[02:08] </w:t>
      </w:r>
      <w:r>
        <w:t>the language of my friend is Turkish, and I don't know Turkish. but inshallah, here some our friend will translate, will translate my ideas in English, and my Turkish friend will understand the what I am saying.</w:t>
      </w:r>
    </w:p>
    <w:p>
      <w:pPr>
        <w:jc w:val="right"/>
      </w:pPr>
      <w:r>
        <w:t>دا لینگویج اف مائی فرینڈ از ٹرکش، اینڈ ائی ڈونٹ نو ٹرکش. بٹ انشاءاللہ، ہیر سم اور فرینڈ ول ٹرانسلیٹ، ول ٹرانسلیٹ مائی ائیڈیاز ان انگلش، اینڈ مائی ٹرکش فرینڈ ول انڈرسٹینڈ دا واٹ ائی ایم سینگ.</w:t>
      </w:r>
    </w:p>
    <w:p>
      <w:r>
        <w:rPr>
          <w:b/>
        </w:rPr>
        <w:t xml:space="preserve">[02:33] </w:t>
      </w:r>
      <w:r>
        <w:t>because in some other day, I speak English, but Sunday</w:t>
      </w:r>
    </w:p>
    <w:p>
      <w:pPr>
        <w:jc w:val="right"/>
      </w:pPr>
      <w:r>
        <w:t>بیکاز ان سم ادر ڈے، ائی سپیک انگلش، بٹ سنڈے</w:t>
      </w:r>
    </w:p>
    <w:p>
      <w:r>
        <w:rPr>
          <w:b/>
        </w:rPr>
        <w:t xml:space="preserve">[02:41] </w:t>
      </w:r>
      <w:r>
        <w:t>not. so, today I will speak in Urdu, inshallah. to, aaj ka</w:t>
      </w:r>
    </w:p>
    <w:p>
      <w:pPr>
        <w:jc w:val="right"/>
      </w:pPr>
      <w:r>
        <w:t>ناٹ. سو، ٹوڈے ائی ول سپیک ان اردو، انشاءاللہ. تو، اج کا</w:t>
      </w:r>
    </w:p>
    <w:p>
      <w:r>
        <w:rPr>
          <w:b/>
        </w:rPr>
        <w:t xml:space="preserve">[02:55] </w:t>
      </w:r>
      <w:r>
        <w:t>aj ka jo topic hai, woh hai:</w:t>
      </w:r>
    </w:p>
    <w:p>
      <w:pPr>
        <w:jc w:val="right"/>
      </w:pPr>
      <w:r>
        <w:t>اج کا جو ٹاپک ہے، وہ ہے:</w:t>
      </w:r>
    </w:p>
    <w:p>
      <w:r>
        <w:rPr>
          <w:b/>
        </w:rPr>
        <w:t xml:space="preserve">[03:04] </w:t>
      </w:r>
      <w:r>
        <w:t>take it as a challenge.</w:t>
      </w:r>
    </w:p>
    <w:p>
      <w:pPr>
        <w:jc w:val="right"/>
      </w:pPr>
      <w:r>
        <w:t>ٹیک اٹ ایز ا چیلنج.</w:t>
      </w:r>
    </w:p>
    <w:p>
      <w:r>
        <w:rPr>
          <w:b/>
        </w:rPr>
        <w:t xml:space="preserve">[03:10] </w:t>
      </w:r>
      <w:r>
        <w:t>zindagi mein jo problem aate hain, is ke bare mein hai ke take it as a challenge. to, yeh mere haath mein aik item hai, aik news item.</w:t>
      </w:r>
    </w:p>
    <w:p>
      <w:pPr>
        <w:jc w:val="right"/>
      </w:pPr>
      <w:r>
        <w:t>زندگی میں جو پرابلم آتے ہیں، اس کے بارے میں ہے کہ ٹیک اٹ ایز ا چیلنج. تو، یہ میرے ہاتھ میں ایک آئٹم ہے، ایک نیوز آئٹم.</w:t>
      </w:r>
    </w:p>
    <w:p>
      <w:r>
        <w:rPr>
          <w:b/>
        </w:rPr>
        <w:t xml:space="preserve">[03:24] </w:t>
      </w:r>
      <w:r>
        <w:t>yeh shayad amreeka se receive hua hai, mr. rajat ki company mein aaya tha, mujhe diya unhon ne</w:t>
      </w:r>
    </w:p>
    <w:p>
      <w:pPr>
        <w:jc w:val="right"/>
      </w:pPr>
      <w:r>
        <w:t>یہ شاید امریکہ سے ریسیو ہوا ہے، مسٹر رجت کی کمپنی میں آیا تھا، مجھے دیا انہوں نے</w:t>
      </w:r>
    </w:p>
    <w:p>
      <w:r>
        <w:rPr>
          <w:b/>
        </w:rPr>
        <w:t xml:space="preserve">[03:32] </w:t>
      </w:r>
      <w:r>
        <w:t>. is mein aik bari hi aik aisi baat hai, jis mein bohat lesson hai hamare liye.</w:t>
      </w:r>
    </w:p>
    <w:p>
      <w:pPr>
        <w:jc w:val="right"/>
      </w:pPr>
      <w:r>
        <w:t>. اس میں ایک بڑی ہی ایک ایسی بات ہے، جس میں بہت لیسن ہے ہمارے لیے.</w:t>
      </w:r>
    </w:p>
    <w:p>
      <w:r>
        <w:rPr>
          <w:b/>
        </w:rPr>
        <w:t xml:space="preserve">[03:43] </w:t>
      </w:r>
      <w:r>
        <w:t>to, is mein yeh batate hain ke japan mein, aap jante hain ke japan mein fish bohat khate hain.</w:t>
      </w:r>
    </w:p>
    <w:p>
      <w:pPr>
        <w:jc w:val="right"/>
      </w:pPr>
      <w:r>
        <w:t>تو، اس میں یہ بتاتے ہیں کہ جاپان میں، آپ جانتے ہیں کہ جاپان میں فش بہت کھاتے ہیں.</w:t>
      </w:r>
    </w:p>
    <w:p>
      <w:r>
        <w:rPr>
          <w:b/>
        </w:rPr>
        <w:t xml:space="preserve">[03:53] </w:t>
      </w:r>
      <w:r>
        <w:t>fish un ki un ka basic food hai. to, fishing bohat hoti hai wahan par.</w:t>
      </w:r>
    </w:p>
    <w:p>
      <w:pPr>
        <w:jc w:val="right"/>
      </w:pPr>
      <w:r>
        <w:t>فش ان کی ان کا بیسک فوڈ ہے. تو، فشنگ بہت ہوتی ہے وہاں پر.</w:t>
      </w:r>
    </w:p>
    <w:p>
      <w:r>
        <w:rPr>
          <w:b/>
        </w:rPr>
        <w:t xml:space="preserve">[04:04] </w:t>
      </w:r>
      <w:r>
        <w:t>fishing ka business bohat hota hai wahan par.</w:t>
      </w:r>
    </w:p>
    <w:p>
      <w:pPr>
        <w:jc w:val="right"/>
      </w:pPr>
      <w:r>
        <w:t>فشنگ کا بزنس بہت ہوتا ہے وہاں پر.</w:t>
      </w:r>
    </w:p>
    <w:p>
      <w:r>
        <w:rPr>
          <w:b/>
        </w:rPr>
        <w:t xml:space="preserve">[04:09] </w:t>
      </w:r>
      <w:r>
        <w:t>to, aisa hua ke jo</w:t>
      </w:r>
    </w:p>
    <w:p>
      <w:pPr>
        <w:jc w:val="right"/>
      </w:pPr>
      <w:r>
        <w:t>تو، ایسا ہوا کہ جو</w:t>
      </w:r>
    </w:p>
    <w:p>
      <w:r>
        <w:rPr>
          <w:b/>
        </w:rPr>
        <w:t xml:space="preserve">[04:16] </w:t>
      </w:r>
      <w:r>
        <w:t>coast par jo fish hoti theen, to woh depper, woh deep water mein chali gayi. kam reh gayeen.</w:t>
      </w:r>
    </w:p>
    <w:p>
      <w:pPr>
        <w:jc w:val="right"/>
      </w:pPr>
      <w:r>
        <w:t>کوسٹ پر جو فش ہوتی تھیں، تو وہ ڈیپر، وہ ڈیپ واٹر میں چلی گئی. کم رہ گئیں.</w:t>
      </w:r>
    </w:p>
    <w:p>
      <w:r>
        <w:rPr>
          <w:b/>
        </w:rPr>
        <w:t xml:space="preserve">[04:25] </w:t>
      </w:r>
      <w:r>
        <w:t>yani, bohat si variety aisi thi jo deep water mein chali gayi. coast par kam reh gayeen. to, ab jo fishing boats theen, un ko andar jana para.</w:t>
      </w:r>
    </w:p>
    <w:p>
      <w:pPr>
        <w:jc w:val="right"/>
      </w:pPr>
      <w:r>
        <w:t>یعنی، بہت سی ورائٹی ایسی تھی جو ڈیپ واٹر میں چلی گئی. کوسٹ پر کم رہ گئیں. تو، اب جو فشنگ بوٹس تھیں، ان کو اندر جانا پڑا.</w:t>
      </w:r>
    </w:p>
    <w:p>
      <w:r>
        <w:rPr>
          <w:b/>
        </w:rPr>
        <w:t xml:space="preserve">[04:38] </w:t>
      </w:r>
      <w:r>
        <w:t>fishing companiyan bari bari wahan par hain, jo un ki fishing boat hoti hai. to, deep water mein ja kar ke unhon ne fishing ki.</w:t>
      </w:r>
    </w:p>
    <w:p>
      <w:pPr>
        <w:jc w:val="right"/>
      </w:pPr>
      <w:r>
        <w:t>فشنگ کمپنیاں بڑی بڑی وہاں پر ہیں، جو ان کی فشنگ بوٹ ہوتی ہے. تو، ڈیپ واٹر میں جا کر کے انہوں نے فشنگ کی.</w:t>
      </w:r>
    </w:p>
    <w:p>
      <w:r>
        <w:rPr>
          <w:b/>
        </w:rPr>
        <w:t xml:space="preserve">[04:47] </w:t>
      </w:r>
      <w:r>
        <w:t>lekin jab woh le aaye bahar, woh fish, to wahan se aate aate do chaar din lag jaate thay.</w:t>
      </w:r>
    </w:p>
    <w:p>
      <w:pPr>
        <w:jc w:val="right"/>
      </w:pPr>
      <w:r>
        <w:t>لیکن جب وہ لے آئے باہر، وہ فش، تو وہاں سے آتے آتے دو چار دن لگ جاتے تھے.</w:t>
      </w:r>
    </w:p>
    <w:p>
      <w:r>
        <w:rPr>
          <w:b/>
        </w:rPr>
        <w:t xml:space="preserve">[04:56] </w:t>
      </w:r>
      <w:r>
        <w:t>deep water se coast par aate rehte, aur phir us ko market par late rehte. to, japanese jo hain, woh fresh fresh taste jo hai,</w:t>
      </w:r>
    </w:p>
    <w:p>
      <w:pPr>
        <w:jc w:val="right"/>
      </w:pPr>
      <w:r>
        <w:t>ڈیپ واٹر سے کوسٹ پر آتے رہتے، اور پھر اس کو مارکیٹ پر لاتے رہتے. تو، جاپانیز جو ہیں، وہ فریش فریش ٹیسٹ جو ہے،</w:t>
      </w:r>
    </w:p>
    <w:p>
      <w:r>
        <w:rPr>
          <w:b/>
        </w:rPr>
        <w:t xml:space="preserve">[05:12] </w:t>
      </w:r>
      <w:r>
        <w:t>yani fresh fish ka taste unhein pasand hota hai.</w:t>
      </w:r>
    </w:p>
    <w:p>
      <w:pPr>
        <w:jc w:val="right"/>
      </w:pPr>
      <w:r>
        <w:t>یعنی فریش فش کا ٹیسٹ انہیں پسند ہوتا ہے.</w:t>
      </w:r>
    </w:p>
    <w:p>
      <w:r>
        <w:rPr>
          <w:b/>
        </w:rPr>
        <w:t xml:space="preserve">[05:17] </w:t>
      </w:r>
      <w:r>
        <w:t>to, yeh jo yeh jo fish hoti thi, jo deep water se layi jati thi, aur is mein kuch din lag jaate thay market tak pohnchne mein.</w:t>
      </w:r>
    </w:p>
    <w:p>
      <w:pPr>
        <w:jc w:val="right"/>
      </w:pPr>
      <w:r>
        <w:t>تو، یہ جو یہ جو فش ہوتی تھی، جو ڈیپ واٹر سے لائی جاتی تھی، اور اس میں کچھ دن لگ جاتے تھے مارکیٹ تک پہنچنے میں.</w:t>
      </w:r>
    </w:p>
    <w:p>
      <w:r>
        <w:rPr>
          <w:b/>
        </w:rPr>
        <w:t xml:space="preserve">[05:27] </w:t>
      </w:r>
      <w:r>
        <w:t>to, woh unhon ne bohat kam daam par bikti thi, woh kyunke japanese is ko lete nahi thay.</w:t>
      </w:r>
    </w:p>
    <w:p>
      <w:pPr>
        <w:jc w:val="right"/>
      </w:pPr>
      <w:r>
        <w:t>تو، وہ انہوں نے بہت کم دام پر بکتی تھی، وہ کیونکہ جاپانیز اس کو لیتے نہیں تھے.</w:t>
      </w:r>
    </w:p>
    <w:p>
      <w:r>
        <w:rPr>
          <w:b/>
        </w:rPr>
        <w:t xml:space="preserve">[05:37] </w:t>
      </w:r>
      <w:r>
        <w:t>to, unhon ne kya kiya? fishing companiyon ne ke unhon ne bari boat banai, aur is mein freezer rakh diya.</w:t>
      </w:r>
    </w:p>
    <w:p>
      <w:pPr>
        <w:jc w:val="right"/>
      </w:pPr>
      <w:r>
        <w:t>تو، انہوں نے کیا کیا؟ فشنگ کمپنیوں نے کہ انہوں نے بڑی بوٹ بنائی، اور اس میں فریزر رکھ دیا.</w:t>
      </w:r>
    </w:p>
    <w:p>
      <w:r>
        <w:rPr>
          <w:b/>
        </w:rPr>
        <w:t xml:space="preserve">[05:48] </w:t>
      </w:r>
      <w:r>
        <w:t>freezer. to, deep water mein jab gaye, wahan par unhon ne fish pakri, to freezer mein daal diya.</w:t>
      </w:r>
    </w:p>
    <w:p>
      <w:pPr>
        <w:jc w:val="right"/>
      </w:pPr>
      <w:r>
        <w:t>فریزر. تو، ڈیپ واٹر میں جب گئے، وہاں پر انہوں نے فش پکڑی، تو فریزر میں ڈال دیا.</w:t>
      </w:r>
    </w:p>
    <w:p>
      <w:r>
        <w:rPr>
          <w:b/>
        </w:rPr>
        <w:t xml:space="preserve">[05:59] </w:t>
      </w:r>
      <w:r>
        <w:t>to, freezer mein daalne se woh woh boat jo theen, woh freeze to ho gayeen.</w:t>
      </w:r>
    </w:p>
    <w:p>
      <w:pPr>
        <w:jc w:val="right"/>
      </w:pPr>
      <w:r>
        <w:t>تو، فریزر میں ڈالنے سے وہ وہ بوٹ جو تھیں، وہ فریز تو ہو گئیں.</w:t>
      </w:r>
    </w:p>
    <w:p>
      <w:r>
        <w:rPr>
          <w:b/>
        </w:rPr>
        <w:t xml:space="preserve">[06:09] </w:t>
      </w:r>
      <w:r>
        <w:t>lekin jab bahar laya gaya, aur market par le jaya gaya, to japanese ne is ko pasand nahi kiya.</w:t>
      </w:r>
    </w:p>
    <w:p>
      <w:pPr>
        <w:jc w:val="right"/>
      </w:pPr>
      <w:r>
        <w:t>لیکن جب باہر لایا گیا، اور مارکیٹ پر لے جایا گیا، تو جاپانیز نے اس کو پسند نہیں کیا.</w:t>
      </w:r>
    </w:p>
    <w:p>
      <w:r>
        <w:rPr>
          <w:b/>
        </w:rPr>
        <w:t xml:space="preserve">[06:18] </w:t>
      </w:r>
      <w:r>
        <w:t>yani, un ko laga ke woh jo fish hoti hai, jo pakri jati hai, fresh fit, fresh fit, fresh fish hoti hai, is mein jo taste hota hai, woh is mein nahi hai.</w:t>
      </w:r>
    </w:p>
    <w:p>
      <w:pPr>
        <w:jc w:val="right"/>
      </w:pPr>
      <w:r>
        <w:t>یعنی، ان کو لگا کہ وہ جو فش ہوتی ہے، جو پکڑی جاتی ہے، فریش فٹ، فریش فٹ، فریش فش ہوتی ہے، اس میں جو ٹیسٹ ہوتا ہے، وہ اس میں نہیں ہے.</w:t>
      </w:r>
    </w:p>
    <w:p>
      <w:r>
        <w:rPr>
          <w:b/>
        </w:rPr>
        <w:t xml:space="preserve">[06:33] </w:t>
      </w:r>
      <w:r>
        <w:t>to, phir wohi problem raha. wohi problem phir raha. to, ab kya hua ke unhon ne kaha ke bari bari boat banao, is mein tank, water tank, is mein bara bara ho.</w:t>
      </w:r>
    </w:p>
    <w:p>
      <w:pPr>
        <w:jc w:val="right"/>
      </w:pPr>
      <w:r>
        <w:t>تو، پھر وہی پرابلم رہا. وہی پرابلم پھر رہا. تو، اب کیا ہوا کہ انہوں نے کہا کہ بڑی بڑی بوٹ بناؤ، اس میں ٹینک، واٹر ٹینک، اس میں بڑا بڑا ہو.</w:t>
      </w:r>
    </w:p>
    <w:p>
      <w:r>
        <w:rPr>
          <w:b/>
        </w:rPr>
        <w:t xml:space="preserve">[06:50] </w:t>
      </w:r>
      <w:r>
        <w:t>tank mein daal do taake marein nahi machhliyan. to, unhon ne machhli pakri, aur tank is mein daal diya.</w:t>
      </w:r>
    </w:p>
    <w:p>
      <w:pPr>
        <w:jc w:val="right"/>
      </w:pPr>
      <w:r>
        <w:t>ٹینک میں ڈال دو تاکہ مریں نہیں مچھلیاں. تو، انہوں نے مچھلی پکڑی، اور ٹینک اس میں ڈال دیا.</w:t>
      </w:r>
    </w:p>
    <w:p>
      <w:r>
        <w:rPr>
          <w:b/>
        </w:rPr>
        <w:t xml:space="preserve">[07:01] </w:t>
      </w:r>
      <w:r>
        <w:t>to, machhli ne machhli ko jab aap ne pani mein dala, to marne se bach gayi woh. lekin woh woh is mein bas aisi dull si pari rehti thi is mein.</w:t>
      </w:r>
    </w:p>
    <w:p>
      <w:pPr>
        <w:jc w:val="right"/>
      </w:pPr>
      <w:r>
        <w:t>تو، مچھلی نے مچھلی کو جب آپ نے پانی میں ڈالا، تو مرنے سے بچ گئی وہ. لیکن وہ وہ اس میں بس ایسی یعنی ڈل سی پڑی رہتی تھی اس میں.</w:t>
      </w:r>
    </w:p>
    <w:p>
      <w:r>
        <w:rPr>
          <w:b/>
        </w:rPr>
        <w:t xml:space="preserve">[07:16] </w:t>
      </w:r>
      <w:r>
        <w:t>to, laye jab bahar, to phir bhi japaneez ne is ke test ko pasand nahi kiya.</w:t>
      </w:r>
    </w:p>
    <w:p>
      <w:pPr>
        <w:jc w:val="right"/>
      </w:pPr>
      <w:r>
        <w:t>تو، لائے جب باہر، تو پھر بھی جاپانیز نے اس کے ٹیسٹ کو پسند نہیں کیا.</w:t>
      </w:r>
    </w:p>
    <w:p>
      <w:r>
        <w:rPr>
          <w:b/>
        </w:rPr>
        <w:t xml:space="preserve">[07:25] </w:t>
      </w:r>
      <w:r>
        <w:t>dil tareeqe se pari rehti thi woh pani mein. to, marti to nahi thi, lekin dil pari rehti thi woh. to, phir ek aadmi tha, us ne research kiya, us ka naam is mein likha hai:</w:t>
      </w:r>
    </w:p>
    <w:p>
      <w:pPr>
        <w:jc w:val="right"/>
      </w:pPr>
      <w:r>
        <w:t>ڈل طریقے سے پڑی رہتی تھی وہ پانی میں. تو، مرتی تو نہیں تھی، لیکن ڈل پڑی رہتی تھی وہ. تو، پھر ایک آدمی تھا، اس نے ریسرچ کیا، اس کا نام اس میں لکھا ہے:</w:t>
      </w:r>
    </w:p>
    <w:p>
      <w:r>
        <w:rPr>
          <w:b/>
        </w:rPr>
        <w:t xml:space="preserve">[07:38] </w:t>
      </w:r>
      <w:r>
        <w:t>el ron hubbard, h u double b a r d,</w:t>
      </w:r>
    </w:p>
    <w:p>
      <w:pPr>
        <w:jc w:val="right"/>
      </w:pPr>
      <w:r>
        <w:t>ایل رون ہبرڈ، ایچ یو ڈبل بی اے آر ڈی،</w:t>
      </w:r>
    </w:p>
    <w:p>
      <w:r>
        <w:rPr>
          <w:b/>
        </w:rPr>
        <w:t xml:space="preserve">[07:45] </w:t>
      </w:r>
      <w:r>
        <w:t>el ron, a r o n, el ron hubbard. 1950 mein, 1950 mein, us ne is par research ki.</w:t>
      </w:r>
    </w:p>
    <w:p>
      <w:pPr>
        <w:jc w:val="right"/>
      </w:pPr>
      <w:r>
        <w:t>ایل رون، اے آر او این، ایل رون ہبرڈ. 1950 میں، 1950 میں، اس نے اس پر ریسرچ کی.</w:t>
      </w:r>
    </w:p>
    <w:p>
      <w:r>
        <w:rPr>
          <w:b/>
        </w:rPr>
        <w:t xml:space="preserve">[08:00] </w:t>
      </w:r>
      <w:r>
        <w:t>us ne yeh nikala ke machhliyan jo dil rehti hain, to un ka test jo hai kharab ho jata hai.</w:t>
      </w:r>
    </w:p>
    <w:p>
      <w:pPr>
        <w:jc w:val="right"/>
      </w:pPr>
      <w:r>
        <w:t>اس نے یہ نکالا کہ مچھلیاں جو ڈل رہتی ہیں، تو ان کا ٹیسٹ جو ہے خراب ہو جاتا ہے.</w:t>
      </w:r>
    </w:p>
    <w:p>
      <w:r>
        <w:rPr>
          <w:b/>
        </w:rPr>
        <w:t xml:space="preserve">[08:11] </w:t>
      </w:r>
      <w:r>
        <w:t>aur woh chheent daudti hain, kyunke har chhoti machhli ko badi machhli daudati hai. to, har waqt machhliyan har waqt daudti rehti hain pani mein.</w:t>
      </w:r>
    </w:p>
    <w:p>
      <w:pPr>
        <w:jc w:val="right"/>
      </w:pPr>
      <w:r>
        <w:t>اور وہ چھینپت دوڑتی ہیں، کیونکہ ہر چھوڑی مچھلی کو بڑی مچھلی دوڑاتی ہے. تو، ہر وقت مچھلیاں ہر وقت دوڑتی رہتی ہیں پانی میں.</w:t>
      </w:r>
    </w:p>
    <w:p>
      <w:r>
        <w:rPr>
          <w:b/>
        </w:rPr>
        <w:t xml:space="preserve">[08:22] </w:t>
      </w:r>
      <w:r>
        <w:t>to, us ne yeh idea nikala ke bada tank banaya jaye, is mein pani ho, aur wahan par deep water mein aap ja kar ke wahan par fishing karein, aur machhliyan pakar ke is is pani mein dal dein.</w:t>
      </w:r>
    </w:p>
    <w:p>
      <w:pPr>
        <w:jc w:val="right"/>
      </w:pPr>
      <w:r>
        <w:t>تو، اس نے یہ آئیڈیا نکالا کہ بڑا ٹینک بنایا جائے، اس میں پانی ہو، اور وہاں پر ڈیپ واٹر میں آپ جا کر کے وہاں پر فشنگ کریں، اور مچھلیاں پکڑ کے اس اس پانی میں ڈال دیں.</w:t>
      </w:r>
    </w:p>
    <w:p>
      <w:r>
        <w:rPr>
          <w:b/>
        </w:rPr>
        <w:t xml:space="preserve">[08:42] </w:t>
      </w:r>
      <w:r>
        <w:t>pani. aur sath sath unhon ne is ke andar ek chhoti woh dal di, shark dal di.</w:t>
      </w:r>
    </w:p>
    <w:p>
      <w:pPr>
        <w:jc w:val="right"/>
      </w:pPr>
      <w:r>
        <w:t>پانی. اور ساتھ ساتھ انہوں نے اس کے اندر ایک چھوٹی وہ ڈال دی، شارک ڈال دی.</w:t>
      </w:r>
    </w:p>
    <w:p>
      <w:r>
        <w:rPr>
          <w:b/>
        </w:rPr>
        <w:t xml:space="preserve">[08:48] </w:t>
      </w:r>
      <w:r>
        <w:t>shark jo hai woh hunting fish hai, machhliyon ko khati hai. to, woh to shark bohat badi badi hoti hain.</w:t>
      </w:r>
    </w:p>
    <w:p>
      <w:pPr>
        <w:jc w:val="right"/>
      </w:pPr>
      <w:r>
        <w:t>شارک جو ہے وہ ہنٹنگ فش ہے، مچھلیوں کو کھاتی ہے. تو، وہ تو شارک بہت بڑی بڑی ہوتی ہے.</w:t>
      </w:r>
    </w:p>
    <w:p>
      <w:r>
        <w:rPr>
          <w:b/>
        </w:rPr>
        <w:t xml:space="preserve">[08:57] </w:t>
      </w:r>
      <w:r>
        <w:t>chhoti shark unhon ne dal di. ab kya hua ke jo chand din tak lagte the wahan se yani deep water se coast tak aane mein,</w:t>
      </w:r>
    </w:p>
    <w:p>
      <w:pPr>
        <w:jc w:val="right"/>
      </w:pPr>
      <w:r>
        <w:t>چھوٹی شارک انہوں نے ڈال دی. اب کیا ہوا کہ جو چند دن تک لگتے تھے وہاں سے یعنی ڈیپ واٹر سے کوسٹ تک آنے میں،</w:t>
      </w:r>
    </w:p>
    <w:p>
      <w:r>
        <w:rPr>
          <w:b/>
        </w:rPr>
        <w:t xml:space="preserve">[09:12] </w:t>
      </w:r>
      <w:r>
        <w:t>to is mein machhliyon ke peeche shark rehti thi. machhliyan khoob daudti thin isi mein.</w:t>
      </w:r>
    </w:p>
    <w:p>
      <w:pPr>
        <w:jc w:val="right"/>
      </w:pPr>
      <w:r>
        <w:t>تو اس میں مچھلیوں کے پیچھے شارک رہتی تھی. مچھلیاں خوب دوڑتی تھیں اسی میں.</w:t>
      </w:r>
    </w:p>
    <w:p>
      <w:r>
        <w:rPr>
          <w:b/>
        </w:rPr>
        <w:t xml:space="preserve">[09:18] </w:t>
      </w:r>
      <w:r>
        <w:t>is water tank mein machhliyan dil nahi rehti thin, daudti rehti thin har waqt, kyunke har waqt daudati thi woh. to, agarche kuch thodi si machhliyan woh kha bhi jati thi woh, lekin majority to bach jati thi phir bhi.</w:t>
      </w:r>
    </w:p>
    <w:p>
      <w:pPr>
        <w:jc w:val="right"/>
      </w:pPr>
      <w:r>
        <w:t>اس واٹر ٹینک میں مچھلیاں ڈل نہیں رہتی تھیں، دوڑتی رہتی تھیں ہر وقت، کیونکہ ہر وقت دوڑاتی تھی وہ. تو، اگرچہ کچھ تھوڑی سی مچھلیاں وہ کھا بھی جاتی تھی وہ، لیکن میجورٹی تو بچ جاتی تھی پھر بھی.</w:t>
      </w:r>
    </w:p>
    <w:p>
      <w:r>
        <w:rPr>
          <w:b/>
        </w:rPr>
        <w:t xml:space="preserve">[09:32] </w:t>
      </w:r>
      <w:r>
        <w:t>ek shark kitni machhli khae gi? lekin daudati khoob thi woh.</w:t>
      </w:r>
    </w:p>
    <w:p>
      <w:pPr>
        <w:jc w:val="right"/>
      </w:pPr>
      <w:r>
        <w:t>ایک شارک کتنی مچھلی کھائے گی؟ لیکن دواتی خوب تھی وہ.</w:t>
      </w:r>
    </w:p>
    <w:p>
      <w:r>
        <w:rPr>
          <w:b/>
        </w:rPr>
        <w:t xml:space="preserve">[09:37] </w:t>
      </w:r>
      <w:r>
        <w:t>to, jab yeh yeh layi gayi, yeh machhli layi gayi market mein, to japaneez ne khoob pasand kiya is ko. khoob pasand kiya.</w:t>
      </w:r>
    </w:p>
    <w:p>
      <w:pPr>
        <w:jc w:val="right"/>
      </w:pPr>
      <w:r>
        <w:t>تو، جب یہ یہ لائی گئی، یہ مچھلی لائی گئی مارکیٹ میں، تو جاپانیز نے خوب پسند کیا اس کو. خوب پسند کیا.</w:t>
      </w:r>
    </w:p>
    <w:p>
      <w:r>
        <w:rPr>
          <w:b/>
        </w:rPr>
        <w:t xml:space="preserve">[09:48] </w:t>
      </w:r>
      <w:r>
        <w:t>to, aaj kal japan mein aisa kiya ja raha hai. is mein dekhiye kitna bada is mein lesson hai</w:t>
      </w:r>
    </w:p>
    <w:p>
      <w:pPr>
        <w:jc w:val="right"/>
      </w:pPr>
      <w:r>
        <w:t>تو، آج کل جاپان میں ایسا کیا جا رہا ہے. اس میں دیکھیے کتنا بڑا اس میں لیسن ہے</w:t>
      </w:r>
    </w:p>
    <w:p>
      <w:r>
        <w:rPr>
          <w:b/>
        </w:rPr>
        <w:t xml:space="preserve">[09:59] </w:t>
      </w:r>
      <w:r>
        <w:t>ke is yani what is the law of nature yeh maloom hota hai.</w:t>
      </w:r>
    </w:p>
    <w:p>
      <w:pPr>
        <w:jc w:val="right"/>
      </w:pPr>
      <w:r>
        <w:t>کہ اس یعنی واٹ از دا لاء اف نیچر یہ معلوم ہوتا ہے.</w:t>
      </w:r>
    </w:p>
    <w:p>
      <w:r>
        <w:rPr>
          <w:b/>
        </w:rPr>
        <w:t xml:space="preserve">[10:07] </w:t>
      </w:r>
      <w:r>
        <w:t>law of nature maloom hota hai.</w:t>
      </w:r>
    </w:p>
    <w:p>
      <w:pPr>
        <w:jc w:val="right"/>
      </w:pPr>
      <w:r>
        <w:t>لاء اف نیچر معلوم ہوتا ہے.</w:t>
      </w:r>
    </w:p>
    <w:p>
      <w:r>
        <w:rPr>
          <w:b/>
        </w:rPr>
        <w:t xml:space="preserve">[10:11] </w:t>
      </w:r>
      <w:r>
        <w:t>zahair hai aap jante hain ke kisi aadmi mein, kisi kisi aadmi ne to aisa kiya nahi. koi zalim wahan baitha hua nahi hai jo shark dal de.</w:t>
      </w:r>
    </w:p>
    <w:p>
      <w:pPr>
        <w:jc w:val="right"/>
      </w:pPr>
      <w:r>
        <w:t>ظاہر ہے آپ جانتے ہیں کہ کسی آدمی میں، کسی کسی آدمی نے تو ایسا کیا نہیں. کوئی ظالم وہاں بیٹھا ہوا نہیں ہے جو شارک ڈال دے.</w:t>
      </w:r>
    </w:p>
    <w:p>
      <w:r>
        <w:rPr>
          <w:b/>
        </w:rPr>
        <w:t xml:space="preserve">[10:23] </w:t>
      </w:r>
      <w:r>
        <w:t>woh to creator ne dala hai. to, yeh yeh khaliq ka creation plan hai ke chhoti machhli ke peeche badi machhli lagi rahe.</w:t>
      </w:r>
    </w:p>
    <w:p>
      <w:pPr>
        <w:jc w:val="right"/>
      </w:pPr>
      <w:r>
        <w:t>وہ تو کریٹر نے ڈالا ہے. تو، یہ یہ خالق کا کریشن پلان ہے کہ چھوٹی مچھلی کے پیچھے بڑی مچھلی لگی رہے.</w:t>
      </w:r>
    </w:p>
    <w:p>
      <w:r>
        <w:rPr>
          <w:b/>
        </w:rPr>
        <w:t xml:space="preserve">[10:37] </w:t>
      </w:r>
      <w:r>
        <w:t>yani problem laga rahe. is se mujhe quran ki kuch aayatein phir se samajh mein aayin, phir se samajh mein aayin</w:t>
      </w:r>
    </w:p>
    <w:p>
      <w:pPr>
        <w:jc w:val="right"/>
      </w:pPr>
      <w:r>
        <w:t>یعنی پرابلم لگا رہے. اس سے مجھے قرآن کی کچھ آیتیں پھر سے سمجھ میں آئیں، پھر سے سمجھ میں آئیں</w:t>
      </w:r>
    </w:p>
    <w:p>
      <w:r>
        <w:rPr>
          <w:b/>
        </w:rPr>
        <w:t xml:space="preserve">[10:50] </w:t>
      </w:r>
      <w:r>
        <w:t>ke yeh creativity barhane ke liye, energy barhane ke liye yeh cheez hai. yani ek ayat to aaj hi mujhe samajh mein aayi ke woh ayat ka matlab kya hai is ka.</w:t>
      </w:r>
    </w:p>
    <w:p>
      <w:pPr>
        <w:jc w:val="right"/>
      </w:pPr>
      <w:r>
        <w:t>کہ یہ کریٹیوٹی بڑھانے کے لیے، انرجی بڑھانے کے لیے یہ چیز ہے. یعنی ایک آیت تو آج ہی مجھے سمجھ میں آئی کہ وہ آیت کا مطلب کیا ہے اس کا.</w:t>
      </w:r>
    </w:p>
    <w:p>
      <w:r>
        <w:rPr>
          <w:b/>
        </w:rPr>
        <w:t xml:space="preserve">[11:02] </w:t>
      </w:r>
      <w:r>
        <w:t>bilkul aaj. halanke yeh ayat hazar saal se hai.</w:t>
      </w:r>
    </w:p>
    <w:p>
      <w:pPr>
        <w:jc w:val="right"/>
      </w:pPr>
      <w:r>
        <w:t>بالکل آج. حالانکہ یہ آیت ہزار سال سے ہے.</w:t>
      </w:r>
    </w:p>
    <w:p>
      <w:r>
        <w:rPr>
          <w:b/>
        </w:rPr>
        <w:t xml:space="preserve">[11:07] </w:t>
      </w:r>
      <w:r>
        <w:t>kisi bhi commentator ne is ayat ko clear nahi kiya.</w:t>
      </w:r>
    </w:p>
    <w:p>
      <w:pPr>
        <w:jc w:val="right"/>
      </w:pPr>
      <w:r>
        <w:t>کسی بھی کمنٹیٹر نے اس آیت کو کلیئر نہیں کیا.</w:t>
      </w:r>
    </w:p>
    <w:p>
      <w:r>
        <w:rPr>
          <w:b/>
        </w:rPr>
        <w:t xml:space="preserve">[11:15] </w:t>
      </w:r>
      <w:r>
        <w:t>kisi bhi commentator ne ise clear nahi kiya. woh is tarah se hai ke aap dekhein quran ka chapter number 94.</w:t>
      </w:r>
    </w:p>
    <w:p>
      <w:pPr>
        <w:jc w:val="right"/>
      </w:pPr>
      <w:r>
        <w:t>کسی بھی کمنٹیٹر نے اسے کلیئر نہیں کیا. وہ اس طرح سے ہے کہ آپ دیکھیں قرآن کا چیپٹر نمبر 94.</w:t>
      </w:r>
    </w:p>
    <w:p>
      <w:r>
        <w:rPr>
          <w:b/>
        </w:rPr>
        <w:t xml:space="preserve">[11:32] </w:t>
      </w:r>
      <w:r>
        <w:t>chapter number 94. is ka naam hai al-inshirah.</w:t>
      </w:r>
    </w:p>
    <w:p>
      <w:pPr>
        <w:jc w:val="right"/>
      </w:pPr>
      <w:r>
        <w:t>چیپٹر نمبر 94. اس کا نام ہے الانشراح.</w:t>
      </w:r>
    </w:p>
    <w:p>
      <w:r>
        <w:rPr>
          <w:b/>
        </w:rPr>
        <w:t xml:space="preserve">[11:38] </w:t>
      </w:r>
      <w:r>
        <w:t>is mein hai yeh warth. yaani yeh utri hai kab? makkah mein. makkah mein bohat problem thay, bohat hardship thi,</w:t>
      </w:r>
    </w:p>
    <w:p>
      <w:pPr>
        <w:jc w:val="right"/>
      </w:pPr>
      <w:r>
        <w:t>اس میں ہے یہ ورث. یعنی یہ اتری ہے کب؟ مکہ میں. مکہ میں بہت پرابلم تھے، بہت ہارڈ شپ تھی،</w:t>
      </w:r>
    </w:p>
    <w:p>
      <w:r>
        <w:rPr>
          <w:b/>
        </w:rPr>
        <w:t xml:space="preserve">[11:52] </w:t>
      </w:r>
      <w:r>
        <w:t>aur bohat log satatay thay.</w:t>
      </w:r>
    </w:p>
    <w:p>
      <w:pPr>
        <w:jc w:val="right"/>
      </w:pPr>
      <w:r>
        <w:t>اور بہت لوگ ستاتے تھے.</w:t>
      </w:r>
    </w:p>
    <w:p>
      <w:r>
        <w:rPr>
          <w:b/>
        </w:rPr>
        <w:t xml:space="preserve">[11:56] </w:t>
      </w:r>
      <w:r>
        <w:t>to kya tha ke woh us waqt jo muslim thay thoray se, they were compared to live in problems,</w:t>
      </w:r>
    </w:p>
    <w:p>
      <w:pPr>
        <w:jc w:val="right"/>
      </w:pPr>
      <w:r>
        <w:t>تو کیا تھا کہ وہ اس وقت جو مسلم تھے تھوڑے سے، دے وار کمپیر ٹو لیو ان پرابلمز،</w:t>
      </w:r>
    </w:p>
    <w:p>
      <w:r>
        <w:rPr>
          <w:b/>
        </w:rPr>
        <w:t xml:space="preserve">[12:08] </w:t>
      </w:r>
      <w:r>
        <w:t>there was no scope. to us waqt yeh ayat utri hai: "in ma'al ghusri yusra, in ma'al ghusri yusra, with every hardship there is ease, with every hardship there is ease." yeh hai iska translation.</w:t>
      </w:r>
    </w:p>
    <w:p>
      <w:pPr>
        <w:jc w:val="right"/>
      </w:pPr>
      <w:r>
        <w:t>دیر واز نو اسکوپ. تو اس وقت یہ آیت اتری ہے: "إن مال غصری یسرا، إن مال غصری یسرا، ود ایوری ہارڈ شپ دیر از ایز، ود ایوری ہارڈ شپ دیر از ایز." یہ ہے اس کا ٹرانسلیشن.</w:t>
      </w:r>
    </w:p>
    <w:p>
      <w:r>
        <w:rPr>
          <w:b/>
        </w:rPr>
        <w:t xml:space="preserve">[12:30] </w:t>
      </w:r>
      <w:r>
        <w:t>ab is ayat ko le kar ke prophet ne, prophet sallallahu alaihi wasallam ne is ki ek comment, is ki ek woh ki, us ko explain kiya.</w:t>
      </w:r>
    </w:p>
    <w:p>
      <w:pPr>
        <w:jc w:val="right"/>
      </w:pPr>
      <w:r>
        <w:t>اب اس آیت کو لے کر کے پرافٹ نے، پرافٹ صلی اللہ علیہ وسلم نے اس کی ایک کمنٹ، اس کی ایک وہ کی، اس کو ایکسپلین کیا.</w:t>
      </w:r>
    </w:p>
    <w:p>
      <w:r>
        <w:rPr>
          <w:b/>
        </w:rPr>
        <w:t xml:space="preserve">[12:42] </w:t>
      </w:r>
      <w:r>
        <w:t>to is mein dekhen, is warth mein ease jo hai, ease ka word do baar aaya hai:</w:t>
      </w:r>
    </w:p>
    <w:p>
      <w:pPr>
        <w:jc w:val="right"/>
      </w:pPr>
      <w:r>
        <w:t>تو اس میں دیکھیں، اس ورث میں ایز جو ہے، ایز کا ورڈ دو بار آیا ہے:</w:t>
      </w:r>
    </w:p>
    <w:p>
      <w:r>
        <w:rPr>
          <w:b/>
        </w:rPr>
        <w:t xml:space="preserve">[12:53] </w:t>
      </w:r>
      <w:r>
        <w:t>"with every hardship there is ease, with every hardship there is ease." to is se aap ne kya nikala?</w:t>
      </w:r>
    </w:p>
    <w:p>
      <w:pPr>
        <w:jc w:val="right"/>
      </w:pPr>
      <w:r>
        <w:t>"ود ایوری ہارڈ شپ دیر از ایز، ود ایوری ہارڈ شپ دیر از ایز." تو اس سے آپ نے کیا نکالا؟</w:t>
      </w:r>
    </w:p>
    <w:p>
      <w:r>
        <w:rPr>
          <w:b/>
        </w:rPr>
        <w:t xml:space="preserve">[12:59] </w:t>
      </w:r>
      <w:r>
        <w:t>is ko aap ne explain kiya is tarah se ke "li yaghlab yusrain, li yaghlab yusrain." yeh bohat anokha yeh explanation hai.</w:t>
      </w:r>
    </w:p>
    <w:p>
      <w:pPr>
        <w:jc w:val="right"/>
      </w:pPr>
      <w:r>
        <w:t>اس کو آپ نے ایکسپلین کیا اس طرح سے کہ "لی یغلب یسرین، لی یغلب یسرین." یہ بہت انوکھا یہ ایکسپلینیشن ہے.</w:t>
      </w:r>
    </w:p>
    <w:p>
      <w:r>
        <w:rPr>
          <w:b/>
        </w:rPr>
        <w:t xml:space="preserve">[13:13] </w:t>
      </w:r>
      <w:r>
        <w:t>yaani one, is ka matlab yoon to samajh lijiye ke yahan par hardship aur ease ka word hai. ek matlab kya hai? ke "with every problem there are opportunities." pehla to aap ko yeh karna hai ke aap ise convert karen.</w:t>
      </w:r>
    </w:p>
    <w:p>
      <w:pPr>
        <w:jc w:val="right"/>
      </w:pPr>
      <w:r>
        <w:t>یعنی ون، اس کا مطلب یوں تو سمجھ لیجئے کہ یہاں پر ہارڈ شپ اور ایز کا ورڈ ہے. ایک مطلب کیا ہے؟ کہ "ود ایوری پرابلم دیر ار اپرچونیٹی." پہلا تو آپ کو یہ کرنا ہے کہ آپ اسے کنورٹ کریں.</w:t>
      </w:r>
    </w:p>
    <w:p>
      <w:r>
        <w:rPr>
          <w:b/>
        </w:rPr>
        <w:t xml:space="preserve">[13:28] </w:t>
      </w:r>
      <w:r>
        <w:t>literal translation to yeh hai ke "with every hardship there is ease." lekin aap ko phir convert karna paray ga ke "with every problem there are solutions, with every problem there are opportunities." jab aap convert karen ge,</w:t>
      </w:r>
    </w:p>
    <w:p>
      <w:pPr>
        <w:jc w:val="right"/>
      </w:pPr>
      <w:r>
        <w:t>لٹرل ٹرانسلیشن تو یہ ہے کہ "ود ایوری ہارڈ شپ دیر از ایز." لیکن آپ کو پھر کنورٹ کرنا پڑے گا کہ "ود ایوری پرابلم دیر ار سولیوشن، ود ایوری پرابلم دیر ار اپرچونیٹیز." جب آپ کنورٹ کریں گے،</w:t>
      </w:r>
    </w:p>
    <w:p>
      <w:r>
        <w:rPr>
          <w:b/>
        </w:rPr>
        <w:t xml:space="preserve">[13:47] </w:t>
      </w:r>
      <w:r>
        <w:t>tab ja kar ke is ki gehrai, is ki deep meaning jo hai, woh samajh mein aye gi. phir is ko aur bhi convert kiya prophet ne.</w:t>
      </w:r>
    </w:p>
    <w:p>
      <w:pPr>
        <w:jc w:val="right"/>
      </w:pPr>
      <w:r>
        <w:t>تب جا کر کے اس کی گہرائی، اس کی ڈیپ میننگ جو ہے، وہ سمجھ میں آئے گی. پھر اس کو اور بھی کنورٹ کیا پرافٹ نے.</w:t>
      </w:r>
    </w:p>
    <w:p>
      <w:r>
        <w:rPr>
          <w:b/>
        </w:rPr>
        <w:t xml:space="preserve">[13:58] </w:t>
      </w:r>
      <w:r>
        <w:t>aap ne kaha ke "li yaghlab yusrain." is se aap yeh liya ke ayat kehti hai, yeh yeh warth kehta hai ke "yusra ya opportunity double hai." yaani problem ek hai to opportunity double hai.</w:t>
      </w:r>
    </w:p>
    <w:p>
      <w:pPr>
        <w:jc w:val="right"/>
      </w:pPr>
      <w:r>
        <w:t>آپ نے کہا کہ "لی یغلب یسرین." اس سے آپ یہ لیا کہ آیت کہتی ہے، یہ یہ ورث کہتا ہے کہ "یسر یا اپرچونیٹی ڈبل ہے." یعنی پرابلم ایک ہے تو اپرچونیٹی ڈبل ہے.</w:t>
      </w:r>
    </w:p>
    <w:p>
      <w:r>
        <w:rPr>
          <w:b/>
        </w:rPr>
        <w:t xml:space="preserve">[14:17] </w:t>
      </w:r>
      <w:r>
        <w:t>to aap ne kaha ke "li yaghlab yusrain." yaani "one hardship cannot overcome to opportunities." yeh is ka translation hai is hadith ka ke prophet ka yeh saying hai ke "one problem cannot overcome to opportunities."</w:t>
      </w:r>
    </w:p>
    <w:p>
      <w:pPr>
        <w:jc w:val="right"/>
      </w:pPr>
      <w:r>
        <w:t>تو آپ نے کہا کہ "لی یغلب یسرین." یعنی "ون ہارڈ شپ کین ناٹ اوورکم ٹو اپرچونیٹیز." یہ اس کا ٹرانسلیشن ہے اس حدیث کا کہ پرافٹ کا یہ سینگ ہے کہ "ون پرابلم کین ناٹ اوورکم ٹو اپرچونیٹیز."</w:t>
      </w:r>
    </w:p>
    <w:p>
      <w:r>
        <w:rPr>
          <w:b/>
        </w:rPr>
        <w:t xml:space="preserve">[14:42] </w:t>
      </w:r>
      <w:r>
        <w:t>ab yeh aaj tak koi</w:t>
      </w:r>
    </w:p>
    <w:p>
      <w:pPr>
        <w:jc w:val="right"/>
      </w:pPr>
      <w:r>
        <w:t>اب یہ آج تک کوئی</w:t>
      </w:r>
    </w:p>
    <w:p>
      <w:r>
        <w:rPr>
          <w:b/>
        </w:rPr>
        <w:t xml:space="preserve">[14:44] </w:t>
      </w:r>
      <w:r>
        <w:t>samjha nahi tha. hazar baras se kisi is mein aap dekh lijiyay jo bhi commentaries hain ke yeh kya matlab is ka hai ke do do yusra, yaani asar ek hai to double yusra wahan par hai.</w:t>
      </w:r>
    </w:p>
    <w:p>
      <w:pPr>
        <w:jc w:val="right"/>
      </w:pPr>
      <w:r>
        <w:t>سمجھا نہیں تھا. ہزار برس سے کسی اس میں آپ دیکھ لیجئے جو بھی کمنٹریز ہیں کہ یہ کیا مطلب اس کا ہے کہ دو دو یسر، یعنی عصر ایک ہے تو ڈبل یسر وہاں پر ہے.</w:t>
      </w:r>
    </w:p>
    <w:p>
      <w:r>
        <w:rPr>
          <w:b/>
        </w:rPr>
        <w:t xml:space="preserve">[15:00] </w:t>
      </w:r>
      <w:r>
        <w:t>yaani problem jo hai agar ek hai to solution double hai.</w:t>
      </w:r>
    </w:p>
    <w:p>
      <w:pPr>
        <w:jc w:val="right"/>
      </w:pPr>
      <w:r>
        <w:t>یعنی پرابلم جو ہے اگر ایک ہے تو سولیوشن ڈبل ہے.</w:t>
      </w:r>
    </w:p>
    <w:p>
      <w:r>
        <w:rPr>
          <w:b/>
        </w:rPr>
        <w:t xml:space="preserve">[15:09] </w:t>
      </w:r>
      <w:r>
        <w:t>yeh kitni bari baat is ke andar hai lekin kisi bhi commentary mein is ka kuch nahi payen ge aap.</w:t>
      </w:r>
    </w:p>
    <w:p>
      <w:pPr>
        <w:jc w:val="right"/>
      </w:pPr>
      <w:r>
        <w:t>یہ کتنی بڑی بات اس کے اندر ہے لیکن کسی بھی کمنٹری میں اس کا کچھ نہیں پائیں گے آپ.</w:t>
      </w:r>
    </w:p>
    <w:p>
      <w:r>
        <w:rPr>
          <w:b/>
        </w:rPr>
        <w:t xml:space="preserve">[15:16] </w:t>
      </w:r>
      <w:r>
        <w:t>aaj achanak Allah taala ne mujhe yeh baat batai kya matlab hai is ka.</w:t>
      </w:r>
    </w:p>
    <w:p>
      <w:pPr>
        <w:jc w:val="right"/>
      </w:pPr>
      <w:r>
        <w:t>آج اچانک اللہ تعالی نے مجھے یہ بات بتائی کیا مطلب ہے اس کا.</w:t>
      </w:r>
    </w:p>
    <w:p>
      <w:r>
        <w:rPr>
          <w:b/>
        </w:rPr>
        <w:t xml:space="preserve">[15:24] </w:t>
      </w:r>
      <w:r>
        <w:t>woh kya? dekhen, aap ko main arz karoon ke quran ho ya koi bhi religious book ho, is ko aap samjhen is tarah hi samajh sakte hain ke bas aap ek cell mein band rahen, bas wohin par is ko parhte rahen, is ke paath karte rahen.</w:t>
      </w:r>
    </w:p>
    <w:p>
      <w:pPr>
        <w:jc w:val="right"/>
      </w:pPr>
      <w:r>
        <w:t>وہ کیا؟ دیکھیں، آپ کو میں عرض کروں کہ قرآن ہو یا کوئی بھی ریلیجیس بک ہو، اس کو آپ سمجھیں اس طرح ہی سمجھ سکتے ہیں کہ بس آپ ایک سیل میں بند رہیں، بس وہیں پر اس کو پڑھتے رہیں، اس کے پاٹ کرتے رہیں.</w:t>
      </w:r>
    </w:p>
    <w:p>
      <w:r>
        <w:rPr>
          <w:b/>
        </w:rPr>
        <w:t xml:space="preserve">[15:37] </w:t>
      </w:r>
      <w:r>
        <w:t>nahi, aap ko dunya ke bahar bhi dekhna paray ga. poori universe ki knowledge aap ko honi chahiye,</w:t>
      </w:r>
    </w:p>
    <w:p>
      <w:pPr>
        <w:jc w:val="right"/>
      </w:pPr>
      <w:r>
        <w:t>نہیں، آپ کو دنیا کے باہر بھی دیکھنا پڑے گا. پوری یونیورس کی نالج آپ کو ہونی چاہیے،</w:t>
      </w:r>
    </w:p>
    <w:p>
      <w:r>
        <w:rPr>
          <w:b/>
        </w:rPr>
        <w:t xml:space="preserve">[15:45] </w:t>
      </w:r>
      <w:r>
        <w:t>tab ja kar samajh payen ge aap. log kya karte hain ke apni religious book le liya, usi ko paath kar rahe hain, usi ko paath kar rahe hain. na aage ki khabar, na peechay ki khabar.</w:t>
      </w:r>
    </w:p>
    <w:p>
      <w:pPr>
        <w:jc w:val="right"/>
      </w:pPr>
      <w:r>
        <w:t>تب جا کر سمجھ پائیں گے آپ. لوگ کیا کرتے ہیں کہ اپنی ریلیجیس بک لے لیا، اسی کو پاٹ کر رہے ہیں، اسی کو پاٹ کر رہے ہیں. نہ آگے کی خبر، نہ پیچھے کی خبر.</w:t>
      </w:r>
    </w:p>
    <w:p>
      <w:r>
        <w:rPr>
          <w:b/>
        </w:rPr>
        <w:t xml:space="preserve">[15:57] </w:t>
      </w:r>
      <w:r>
        <w:t>is tarah aap samajh nahi sakte. aap ko aur aur baaten janni parain gi. isi liye hadith mein aata hai ke momin ke yaani believer ki yeh definition batai gayi hai ke "an yakun basiran bizamanah."</w:t>
      </w:r>
    </w:p>
    <w:p>
      <w:pPr>
        <w:jc w:val="right"/>
      </w:pPr>
      <w:r>
        <w:t>اس طرح آپ سمجھ نہیں سکتے. آپ کو اور اور باتیں جاننی پڑیں گی. اسی لیے حدیث میں آتا ہے کہ مومن کے یعنی بیلیور کی یہ ڈیفینیشن بتائی گئی ہے کہ "ان یکون بصیرا بزمانہ."</w:t>
      </w:r>
    </w:p>
    <w:p>
      <w:r>
        <w:rPr>
          <w:b/>
        </w:rPr>
        <w:t xml:space="preserve">[16:15] </w:t>
      </w:r>
      <w:r>
        <w:t>woh ho jannay wala apne time ka, apne zamanay ka, apne zamanay ko jannay wala yaani contemporary knowledge bhi is ko hasil ho.</w:t>
      </w:r>
    </w:p>
    <w:p>
      <w:pPr>
        <w:jc w:val="right"/>
      </w:pPr>
      <w:r>
        <w:t>وہ ہو جاننے والا اپنے ٹائم کا، اپنے زمانے کا، اپنے زمانے کو جاننے والا یعنی کنٹیمپریری نالج بھی اس کو حاصل ہو.</w:t>
      </w:r>
    </w:p>
    <w:p>
      <w:r>
        <w:rPr>
          <w:b/>
        </w:rPr>
        <w:t xml:space="preserve">[16:26] </w:t>
      </w:r>
      <w:r>
        <w:t>quran plus contemporary knowledge, quran plus contemporary knowledge yaani religious book plus contemporary knowledge.</w:t>
      </w:r>
    </w:p>
    <w:p>
      <w:pPr>
        <w:jc w:val="right"/>
      </w:pPr>
      <w:r>
        <w:t>قرآن پلس کنٹیمپریری نالج، قرآن پلس کنٹیمپریری نالج یعنی ریلیجیس بک پلس کنٹیمپریری نالج.</w:t>
      </w:r>
    </w:p>
    <w:p>
      <w:r>
        <w:rPr>
          <w:b/>
        </w:rPr>
        <w:t xml:space="preserve">[16:39] </w:t>
      </w:r>
      <w:r>
        <w:t>kisi bhi religious book ko aap samajhna hai aap ko to aap ko aur bhi janni jankari honi chahiye. ab kitni bari baat is ke andar hai "an yakun basiran bizamanah" ke momin ke paas knowledge of quran ke sath knowledge of time bhi honi chahiye.</w:t>
      </w:r>
    </w:p>
    <w:p>
      <w:pPr>
        <w:jc w:val="right"/>
      </w:pPr>
      <w:r>
        <w:t>کسی بھی ریلیجیس بک کو آپ سمجھنا ہے آپ کو تو آپ کو اور بھی جاننی جانکاری ہونی چاہیے. اب کتنی بڑی بات اس کے اندر ہے "ان یکون بصیرا بزمانہ" کہ مومن کے پاس نالج اف قرآن کے ساتھ نالج اف ٹائم بھی ہونی چاہیے.</w:t>
      </w:r>
    </w:p>
    <w:p>
      <w:r>
        <w:rPr>
          <w:b/>
        </w:rPr>
        <w:t xml:space="preserve">[16:59] </w:t>
      </w:r>
      <w:r>
        <w:t>quran plus contemporary knowledge. ab mein aap ko batata hoon kaise aisa hota hai. aaj mein radio sun raha tha,</w:t>
      </w:r>
    </w:p>
    <w:p>
      <w:pPr>
        <w:jc w:val="right"/>
      </w:pPr>
      <w:r>
        <w:t>قرآن پلس کنٹیمپریری نالج. اب میں آپ کو بتاتا ہوں کیسے ایسا ہوتا ہے. آج میں ریڈیو سن رہا تھا،</w:t>
      </w:r>
    </w:p>
    <w:p>
      <w:r>
        <w:rPr>
          <w:b/>
        </w:rPr>
        <w:t xml:space="preserve">[17:07] </w:t>
      </w:r>
      <w:r>
        <w:t>yahan aap jante hain ke woh woh hai indira gandhi open university hai, is ko ignou kehte hain. is par program aate rehte hain, mein aksar sunta hoon is ko.</w:t>
      </w:r>
    </w:p>
    <w:p>
      <w:pPr>
        <w:jc w:val="right"/>
      </w:pPr>
      <w:r>
        <w:t>یہاں آپ جانتے ہیں کہ وہ وہ ہے اندرا گاندھی اوپن یونیورسٹی ہے، اس کو اگنو کہتے ہیں. اس پر پروگرام آتے رہتے ہیں، میں اکثر سنتا ہوں اس کو.</w:t>
      </w:r>
    </w:p>
    <w:p>
      <w:r>
        <w:rPr>
          <w:b/>
        </w:rPr>
        <w:t xml:space="preserve">[17:18] </w:t>
      </w:r>
      <w:r>
        <w:t>bohat achhe program aate hain. to english, is ka jo english hota hai, woh khaas tor par sunta hoon mein. aaj aik aa raha tha, woh economy ka koi bata raha tha, woh baat</w:t>
      </w:r>
    </w:p>
    <w:p>
      <w:pPr>
        <w:jc w:val="right"/>
      </w:pPr>
      <w:r>
        <w:t>بہت اچھے پروگرام آتے ہیں. تو انگلش، اس کا جو انگلش ہوتا ہے، وہ خاص طور پر سنتا ہوں میں. آج ایک آ رہا تھا، وہ اکانومی کا کوئی بتا رہا تھا، وہ بات</w:t>
      </w:r>
    </w:p>
    <w:p>
      <w:r>
        <w:rPr>
          <w:b/>
        </w:rPr>
        <w:t xml:space="preserve">[17:35] </w:t>
      </w:r>
      <w:r>
        <w:t>to us ne use kiya aik word. yeh word use kiya ke "high degree of motivation." woh competition ko explain kar raha tha ke open market jab hoti hai, liberalizer jo hota hai,</w:t>
      </w:r>
    </w:p>
    <w:p>
      <w:pPr>
        <w:jc w:val="right"/>
      </w:pPr>
      <w:r>
        <w:t>تو اس نے یوز کیا ایک ورڈ. یہ ورڈ یوز کیا کہ "ہائی ڈگری اف موٹیویشن." وہ کمپٹیشن کو ایکسپلین کر رہا تھا کہ اوپن مارکیٹ جب ہوتی ہے، لبرلائزر جو ہوتا ہے،</w:t>
      </w:r>
    </w:p>
    <w:p>
      <w:r>
        <w:rPr>
          <w:b/>
        </w:rPr>
        <w:t xml:space="preserve">[17:53] </w:t>
      </w:r>
      <w:r>
        <w:t>to us waqt kya hota hai? log log adha dhund kaam karne lagte hain.</w:t>
      </w:r>
    </w:p>
    <w:p>
      <w:pPr>
        <w:jc w:val="right"/>
      </w:pPr>
      <w:r>
        <w:t>تو اس وقت کیا ہوتا ہے؟ لوگ لوگ ادھا دھند کام کرنے لگتے ہیں.</w:t>
      </w:r>
    </w:p>
    <w:p>
      <w:r>
        <w:rPr>
          <w:b/>
        </w:rPr>
        <w:t xml:space="preserve">[17:58] </w:t>
      </w:r>
      <w:r>
        <w:t>to is mein use kiya us ne "high degree of motivation." "high degree of motivation." is se mujhe aik clue mil gaya, clue.</w:t>
      </w:r>
    </w:p>
    <w:p>
      <w:pPr>
        <w:jc w:val="right"/>
      </w:pPr>
      <w:r>
        <w:t>تو اس میں یوز کیا اس نے "ہائی ڈگری اف موٹیویشن." "ہائی ڈگری اف موٹیویشن." اس سے مجھے ایک کلو مل گیا، کلو.</w:t>
      </w:r>
    </w:p>
    <w:p>
      <w:r>
        <w:rPr>
          <w:b/>
        </w:rPr>
        <w:t xml:space="preserve">[18:09] </w:t>
      </w:r>
      <w:r>
        <w:t>is ko mein ne wahan par apply kiya. woh kaise? is tarah se ke yani aik to woh hai jo opportunity wahan par hai</w:t>
      </w:r>
    </w:p>
    <w:p>
      <w:pPr>
        <w:jc w:val="right"/>
      </w:pPr>
      <w:r>
        <w:t>اس کو میں نے وہاں پر اپلائی کیا. وہ کیسے؟ اس طرح سے کہ یعنی ایک تو وہ ہے جو اپرچونیٹی وہاں پر ہے</w:t>
      </w:r>
    </w:p>
    <w:p>
      <w:r>
        <w:rPr>
          <w:b/>
        </w:rPr>
        <w:t xml:space="preserve">[18:24] </w:t>
      </w:r>
      <w:r>
        <w:t>yani problem ke sath aik opportunity to as a law of nature wahan maujood hai. yeh duniya jo khuda ne sab banai hai ke jahan bhi kaanta hoga to wahan phool bhi hoga,</w:t>
      </w:r>
    </w:p>
    <w:p>
      <w:pPr>
        <w:jc w:val="right"/>
      </w:pPr>
      <w:r>
        <w:t>یعنی پرابلم کے ساتھ ایک اپرچونیٹی تو ایز اے لاء اف نیچر وہاں موجود ہے. یہ دنیا جو خدا نے سب بنائی ہے کہ جہاں بھی کاٹا ہوگا تو وہاں پھول بھی ہوگا،</w:t>
      </w:r>
    </w:p>
    <w:p>
      <w:r>
        <w:rPr>
          <w:b/>
        </w:rPr>
        <w:t xml:space="preserve">[18:37] </w:t>
      </w:r>
      <w:r>
        <w:t>jahan pani, jahan aag hogi to wahan pani bhi hogi. yeh that is law of nature yani where there problem there are oppor</w:t>
      </w:r>
    </w:p>
    <w:p>
      <w:pPr>
        <w:jc w:val="right"/>
      </w:pPr>
      <w:r>
        <w:t>جہاں پانی، جہاں اگ ہوگی تو وہاں پانی بھی ہوگی. یہ دیٹ از لاء اف نیچر یعنی ویر دیر پرابلم دیر ار اپر</w:t>
      </w:r>
    </w:p>
    <w:p>
      <w:r>
        <w:rPr>
          <w:b/>
        </w:rPr>
        <w:t xml:space="preserve">[18:47] </w:t>
      </w:r>
      <w:r>
        <w:t>tunities. that is law of nature. kabhi bhi aisa nahi ho sakta ke sirf problem ho, opportunity na ho.</w:t>
      </w:r>
    </w:p>
    <w:p>
      <w:pPr>
        <w:jc w:val="right"/>
      </w:pPr>
      <w:r>
        <w:t>چونیٹیز. دیٹ از لاء اف نیچر. کبھی بھی ایسا نہیں ہو سکتا کہ صرف پرابلم ہو، اپرچونیٹی نہ ہو.</w:t>
      </w:r>
    </w:p>
    <w:p>
      <w:r>
        <w:rPr>
          <w:b/>
        </w:rPr>
        <w:t xml:space="preserve">[18:57] </w:t>
      </w:r>
      <w:r>
        <w:t>to law of nature yeh batata hai ke jahan bhi problem hoga to khud law of nature hi ke mutabiq wahan par opportunity bhi zaroor hogi.</w:t>
      </w:r>
    </w:p>
    <w:p>
      <w:pPr>
        <w:jc w:val="right"/>
      </w:pPr>
      <w:r>
        <w:t>تو لاء اف نیچر یہ بتاتا ہے کہ جہاں بھی پرابلم ہوگا تو خود لاء اف نیچر ہی کے مطابق وہاں پر اپرچونیٹی بھی ضرور ہوگی.</w:t>
      </w:r>
    </w:p>
    <w:p>
      <w:r>
        <w:rPr>
          <w:b/>
        </w:rPr>
        <w:t xml:space="preserve">[19:07] </w:t>
      </w:r>
      <w:r>
        <w:t>aag hoga to pani bhi hoga,</w:t>
      </w:r>
    </w:p>
    <w:p>
      <w:pPr>
        <w:jc w:val="right"/>
      </w:pPr>
      <w:r>
        <w:t>اگ ہوگا تو پانی بھی ہوگا،</w:t>
      </w:r>
    </w:p>
    <w:p>
      <w:r>
        <w:rPr>
          <w:b/>
        </w:rPr>
        <w:t xml:space="preserve">[19:12] </w:t>
      </w:r>
      <w:r>
        <w:t>kaanta hoga to phool bhi hoga.</w:t>
      </w:r>
    </w:p>
    <w:p>
      <w:pPr>
        <w:jc w:val="right"/>
      </w:pPr>
      <w:r>
        <w:t>کاٹا ہوگا تو پھول بھی ہوگا.</w:t>
      </w:r>
    </w:p>
    <w:p>
      <w:r>
        <w:rPr>
          <w:b/>
        </w:rPr>
        <w:t xml:space="preserve">[19:16] </w:t>
      </w:r>
      <w:r>
        <w:t>ab yahan par dekhiye, yeh jo us ne use kiya word "high degree of motivation" to mein ne is ko is tarah milaya ke law of nature ke mutabiq wahan aik opportunity already maujood hai.</w:t>
      </w:r>
    </w:p>
    <w:p>
      <w:pPr>
        <w:jc w:val="right"/>
      </w:pPr>
      <w:r>
        <w:t>اب یہاں پر دیکھیے، یہ جو اس نے یوز کیا ورڈ "ہائی ڈگری اف موٹیویشن" تو میں نے اس کو اس طرح ملایا کہ لاء اف نیچر کے مطابق وہاں ایک اپرچونیٹی الریڈی موجود ہے.</w:t>
      </w:r>
    </w:p>
    <w:p>
      <w:r>
        <w:rPr>
          <w:b/>
        </w:rPr>
        <w:t xml:space="preserve">[19:32] </w:t>
      </w:r>
      <w:r>
        <w:t>aik. aur yeh jo insan hai jis jis jis ko face kar raha hai problem ko to problem ko face karne ki wajah se kya hoga</w:t>
      </w:r>
    </w:p>
    <w:p>
      <w:pPr>
        <w:jc w:val="right"/>
      </w:pPr>
      <w:r>
        <w:t>ایک. اور یہ جو انسان ہے جس جس جس کو فیس کر رہا ہے پرابلم کو تو پرابلم کو فیس کرنے کی وجہ سے کیا ہوگا</w:t>
      </w:r>
    </w:p>
    <w:p>
      <w:r>
        <w:rPr>
          <w:b/>
        </w:rPr>
        <w:t xml:space="preserve">[19:41] </w:t>
      </w:r>
      <w:r>
        <w:t>ke is ke andar high degree of motivation aa jayega. yun jaise woh machhliyan thin, woh bilkul sluggish aur dull bani hui thin jab tak jab tak shark nahi thi.</w:t>
      </w:r>
    </w:p>
    <w:p>
      <w:pPr>
        <w:jc w:val="right"/>
      </w:pPr>
      <w:r>
        <w:t>کہ اس کے اندر ہائی ڈگری اف موٹیویشن آ جائے گا. یوں جیسے وہ مچھلیاں تھیں، وہ بالکل سلگش اور ڈل بنی ہوئی تھیں جب تک جب تک شارک نہیں تھی.</w:t>
      </w:r>
    </w:p>
    <w:p>
      <w:r>
        <w:rPr>
          <w:b/>
        </w:rPr>
        <w:t xml:space="preserve">[19:54] </w:t>
      </w:r>
      <w:r>
        <w:t>woh shark nahi thi jab tak aik dam aisi dull pari rehti thi woh. lekin jab shark aai to lagi aik dam asal kood bachane to that was high degree of motivation.</w:t>
      </w:r>
    </w:p>
    <w:p>
      <w:pPr>
        <w:jc w:val="right"/>
      </w:pPr>
      <w:r>
        <w:t>وہ شارک نہیں تھی جب تک ایک دم ایسی ڈل پڑی رہتی تھی وہ. لیکن جب شارک آئی تو لگی ایک دم اصل کود بچانے تو دیٹ واز ہائی ڈگری اف موٹیویشن.</w:t>
      </w:r>
    </w:p>
    <w:p>
      <w:r>
        <w:rPr>
          <w:b/>
        </w:rPr>
        <w:t xml:space="preserve">[20:08] </w:t>
      </w:r>
      <w:r>
        <w:t>to aik aik opportunity woh hai jo aap ko nature supply karti hai, nature provide karti hai.</w:t>
      </w:r>
    </w:p>
    <w:p>
      <w:pPr>
        <w:jc w:val="right"/>
      </w:pPr>
      <w:r>
        <w:t>تو ایک ایک اپرچونیٹی وہ ہے جو آپ کو نیچر سپلائی کرتی ہے، نیچر پرووائیڈ کرتی ہے.</w:t>
      </w:r>
    </w:p>
    <w:p>
      <w:r>
        <w:rPr>
          <w:b/>
        </w:rPr>
        <w:t xml:space="preserve">[20:19] </w:t>
      </w:r>
      <w:r>
        <w:t>yani problem tha to nature ne aik aik aik yani opportunity provide ki aap ko.</w:t>
      </w:r>
    </w:p>
    <w:p>
      <w:pPr>
        <w:jc w:val="right"/>
      </w:pPr>
      <w:r>
        <w:t>یعنی پرابلم تھا تو نیچر نے ایک ایک ایک یعنی اپرچونیٹی پرووائیڈ کی آپ کو.</w:t>
      </w:r>
    </w:p>
    <w:p>
      <w:r>
        <w:rPr>
          <w:b/>
        </w:rPr>
        <w:t xml:space="preserve">[20:29] </w:t>
      </w:r>
      <w:r>
        <w:t>aur jab aap is is problem ko aap ne face kiya, face kiya aap ne yani positive mind ke sath to is jo jo aap face kiya aap ne to is se kya hua?</w:t>
      </w:r>
    </w:p>
    <w:p>
      <w:pPr>
        <w:jc w:val="right"/>
      </w:pPr>
      <w:r>
        <w:t>اور جب آپ اس اس پرابلم کو آپ نے فیس کیا، فیس کیا آپ نے یعنی پوزیٹیو مائنڈ کے ساتھ تو اس جو جو آپ فیس کیا آپ نے تو اس سے کیا ہوا؟</w:t>
      </w:r>
    </w:p>
    <w:p>
      <w:r>
        <w:rPr>
          <w:b/>
        </w:rPr>
        <w:t xml:space="preserve">[20:41] </w:t>
      </w:r>
      <w:r>
        <w:t>aap ke andar aik motivation naya jaag jaag pada. high degree of motivation yeh hai double ho gaya woh.</w:t>
      </w:r>
    </w:p>
    <w:p>
      <w:pPr>
        <w:jc w:val="right"/>
      </w:pPr>
      <w:r>
        <w:t>آپ کے اندر ایک موٹیویشن نیا جاگ جاگ پڑا. ہائی ڈگری اف موٹیویشن یہ ہے ڈبل ہو گیا وہ.</w:t>
      </w:r>
    </w:p>
    <w:p>
      <w:r>
        <w:rPr>
          <w:b/>
        </w:rPr>
        <w:t xml:space="preserve">[20:49] </w:t>
      </w:r>
      <w:r>
        <w:t>to aik aik tha woh jo opportunity jo as a law of nature wahan maujood thi aur aik hai aap ka zyada motivate ho jana.</w:t>
      </w:r>
    </w:p>
    <w:p>
      <w:pPr>
        <w:jc w:val="right"/>
      </w:pPr>
      <w:r>
        <w:t>تو ایک ایک تھا وہ جو اپرچونیٹی جو ایز اے لاء اف نیچر وہاں موجود تھی اور ایک ہے آپ کا زیادہ موٹیویٹ ہو جانا.</w:t>
      </w:r>
    </w:p>
    <w:p>
      <w:r>
        <w:rPr>
          <w:b/>
        </w:rPr>
        <w:t xml:space="preserve">[21:00] </w:t>
      </w:r>
      <w:r>
        <w:t>aap ke andar high degree of motivation paida ho jana is tarah se double ho gaya. is ko rasool Allah ne kaha ke "li yaghlib yusrain" ke do do opportunity ko aik problem overpower nahi kar sakta.</w:t>
      </w:r>
    </w:p>
    <w:p>
      <w:pPr>
        <w:jc w:val="right"/>
      </w:pPr>
      <w:r>
        <w:t>آپ کے اندر ہائی ڈگری اف موٹیویشن پیدا ہو جانا اس طرح سے ڈبل ہو گیا. اس کو رسول اللہ نے کہا کہ "لی یغلب یسرین" کہ دو دو اپرچونیٹی کو ایک پرابلم اوور پاور نہیں کر سکتا.</w:t>
      </w:r>
    </w:p>
    <w:p>
      <w:r>
        <w:rPr>
          <w:b/>
        </w:rPr>
        <w:t xml:space="preserve">[21:20] </w:t>
      </w:r>
      <w:r>
        <w:t>to aik dam mujhe thrill ho gaya kitni bari baat is ke andar hai ke wohi is isi se aap samajh sakte hain ke wohi machhliyan jo bilkul dull pari rehti thin, dull to zahir hai ke to aur jab woh jab un ke andar dala gaya, shark dali gayi to lagi uchhal kood karne, bhagne daudne.</w:t>
      </w:r>
    </w:p>
    <w:p>
      <w:pPr>
        <w:jc w:val="right"/>
      </w:pPr>
      <w:r>
        <w:t>تو ایک دم مجھے تھرل ہو گیا کتنی بڑی بات اس کے اندر ہے کہ وہی اس اسی سے آپ سمجھ سکتے ہیں کہ وہی مچھلیاں جو بالکل ڈل پڑی رہتی تھیں، ڈل تو ظاہر ہے کہ تو اور جب وہ جب ان کے اندر ڈالا گیا، شارک ڈالی گئی تو لگے اچھل کود کرنے، بھاگنے دوڑنے.</w:t>
      </w:r>
    </w:p>
    <w:p>
      <w:r>
        <w:rPr>
          <w:b/>
        </w:rPr>
        <w:t xml:space="preserve">[21:43] </w:t>
      </w:r>
      <w:r>
        <w:t>to woh hai in ke in ka motivation badh gaya. isi ko us ne kaha ke high degree of motivation.</w:t>
      </w:r>
    </w:p>
    <w:p>
      <w:pPr>
        <w:jc w:val="right"/>
      </w:pPr>
      <w:r>
        <w:t>تو وہ ہے ان کے ان کا موٹیویشن بڑھ گیا. اسی کو اس نے کہا کہ ہائی ڈگری اف موٹیویشن.</w:t>
      </w:r>
    </w:p>
    <w:p>
      <w:r>
        <w:rPr>
          <w:b/>
        </w:rPr>
        <w:t xml:space="preserve">[21:51] </w:t>
      </w:r>
      <w:r>
        <w:t>to rasool Allah ne jo kaha ke woh ek problem do opportunity ko overpower nahi kar sakta.</w:t>
      </w:r>
    </w:p>
    <w:p>
      <w:pPr>
        <w:jc w:val="right"/>
      </w:pPr>
      <w:r>
        <w:t>تو رسول اللہ نے جو کہا کہ وہ ایک پرابلم دو اپرچونیٹی کو اوور پاور نہیں کر سکتا.</w:t>
      </w:r>
    </w:p>
    <w:p>
      <w:r>
        <w:rPr>
          <w:b/>
        </w:rPr>
        <w:t xml:space="preserve">[22:01] </w:t>
      </w:r>
      <w:r>
        <w:t>to do opportunity kya hai? ek woh jo nature aap ko provide kar rahi hai aur doosra kya hai? aap ka andar ka jo mechanism hai, aap ka jo brainstorm jo aa raha hai, aap ka jo motivation jo barh raha hai to aap ka high degree of motivation ne ek is mein is ko double kar diya.</w:t>
      </w:r>
    </w:p>
    <w:p>
      <w:pPr>
        <w:jc w:val="right"/>
      </w:pPr>
      <w:r>
        <w:t>تو دو اپرچونیٹی کیا ہے؟ ایک وہ جو نیچر آپ کو پرووائیڈ کر رہی ہے اور دوسرا کیا ہے؟ آپ کا اندر کا جو میکنزم ہے، آپ کا جو برین اسٹارم جو آ رہا ہے، آپ کا جو موٹیویشن جو بڑھ رہا ہے تو آپ کا ہائی ڈگری اف موٹیویشن نے ایک اس میں اس کو ڈبل کر دیا.</w:t>
      </w:r>
    </w:p>
    <w:p>
      <w:r>
        <w:rPr>
          <w:b/>
        </w:rPr>
        <w:t xml:space="preserve">[22:21] </w:t>
      </w:r>
      <w:r>
        <w:t>yeh hai kitna bara lesson hai nature mein yani Khuda ka jo creation plan hai woh kitna zyada complete hai.</w:t>
      </w:r>
    </w:p>
    <w:p>
      <w:pPr>
        <w:jc w:val="right"/>
      </w:pPr>
      <w:r>
        <w:t>یہ ہے کتنا بڑا لیسن ہے نیچر میں یعنی خدا کا جو کریشن پلان ہے وہ کتنا زیادہ کمپلیٹ ہے.</w:t>
      </w:r>
    </w:p>
    <w:p>
      <w:r>
        <w:rPr>
          <w:b/>
        </w:rPr>
        <w:t xml:space="preserve">[22:33] </w:t>
      </w:r>
      <w:r>
        <w:t>ab dekhiye ek baat aur mein is mein milaunga woh yeh hai ke jab Khuda ne insan ko banaya to aap jante hain ke pehla insan tha Adam,</w:t>
      </w:r>
    </w:p>
    <w:p>
      <w:pPr>
        <w:jc w:val="right"/>
      </w:pPr>
      <w:r>
        <w:t>اب دیکھیے ایک بات اور میں اس میں ملاؤں گا وہ یہ ہے کہ جب خدا نے انسان کو بنایا تو آپ جانتے ہیں کہ پہلا انسان تھا آدم،</w:t>
      </w:r>
    </w:p>
    <w:p>
      <w:r>
        <w:rPr>
          <w:b/>
        </w:rPr>
        <w:t xml:space="preserve">[22:49] </w:t>
      </w:r>
      <w:r>
        <w:t>unki biwi thi Eve ya Hawa. to do insan banaye Khuda ne, ek mard, ek aurat. wahan zindagi shuru hui.</w:t>
      </w:r>
    </w:p>
    <w:p>
      <w:pPr>
        <w:jc w:val="right"/>
      </w:pPr>
      <w:r>
        <w:t>ان کی بیوی تھی ایو یا حوا. تو دو انسان بنائے خدا نے، ایک مرد، ایک عورت. وہاں زندگی شروع ہوئی.</w:t>
      </w:r>
    </w:p>
    <w:p>
      <w:r>
        <w:rPr>
          <w:b/>
        </w:rPr>
        <w:t xml:space="preserve">[22:58] </w:t>
      </w:r>
      <w:r>
        <w:t>ab genetic code ne yeh establish kar diya hai ke ek hi parent se saare log bane hain.</w:t>
      </w:r>
    </w:p>
    <w:p>
      <w:pPr>
        <w:jc w:val="right"/>
      </w:pPr>
      <w:r>
        <w:t>اب جینیٹک کوڈ نے یہ اسٹیبلش کر دیا ہے کہ ایک ہی پیرنٹ سے سارے لوگ بنے ہیں.</w:t>
      </w:r>
    </w:p>
    <w:p>
      <w:r>
        <w:rPr>
          <w:b/>
        </w:rPr>
        <w:t xml:space="preserve">[23:07] </w:t>
      </w:r>
      <w:r>
        <w:t>yeh is par research hui America mein, ek poora number chapa tha is mein Newsweek mein ke genetic code ki jo jo study ki gayi hai to pata chala hai ke saare insan blood brothers aur blood sisters hain.</w:t>
      </w:r>
    </w:p>
    <w:p>
      <w:pPr>
        <w:jc w:val="right"/>
      </w:pPr>
      <w:r>
        <w:t>یہ اس پر ریسرچ ہوئی امریکہ میں، ایک پورا نمبر چھپا تھا اس میں نیوز ویک میں کہ جینیٹک کوڈ کی جو جو سٹڈی کی گئی ہے تو پتہ چلا ہے کہ سارے انسان بلڈ برادرز اور بلڈ سسٹرز ہیں.</w:t>
      </w:r>
    </w:p>
    <w:p>
      <w:r>
        <w:rPr>
          <w:b/>
        </w:rPr>
        <w:t xml:space="preserve">[23:24] </w:t>
      </w:r>
      <w:r>
        <w:t>poori poori humanity kyunke aap jante hain ke genetic code ka bara yani anokha ek method mila hai insan ko samajhne ka.</w:t>
      </w:r>
    </w:p>
    <w:p>
      <w:pPr>
        <w:jc w:val="right"/>
      </w:pPr>
      <w:r>
        <w:t>پوری پوری ہیومینٹی کیونکہ آپ جانتے ہیں کہ جینیٹک کوڈ کا بڑا یعنی انوکھا ایک میتھڈ ملا ہے انسان کو سمجھنے کا.</w:t>
      </w:r>
    </w:p>
    <w:p>
      <w:r>
        <w:rPr>
          <w:b/>
        </w:rPr>
        <w:t xml:space="preserve">[23:37] </w:t>
      </w:r>
      <w:r>
        <w:t>to</w:t>
      </w:r>
    </w:p>
    <w:p>
      <w:pPr>
        <w:jc w:val="right"/>
      </w:pPr>
      <w:r>
        <w:t>تو</w:t>
      </w:r>
    </w:p>
    <w:p>
      <w:r>
        <w:rPr>
          <w:b/>
        </w:rPr>
        <w:t xml:space="preserve">[23:39] </w:t>
      </w:r>
      <w:r>
        <w:t>genetic code ke zariye jo study ki gayi is se pata chala ke saare insan poori poori humanity jo hai woh aapas mein blood sisters aur blood brothers hain.</w:t>
      </w:r>
    </w:p>
    <w:p>
      <w:pPr>
        <w:jc w:val="right"/>
      </w:pPr>
      <w:r>
        <w:t>جینیٹک کوڈ کے ذریعے جو سٹڈی کی گئی اس سے پتہ چلا کہ سارے انسان پوری پوری ہیومینٹی جو ہے وہ آپس میں بلڈ سسٹرز اور بلڈ برادرز ہیں.</w:t>
      </w:r>
    </w:p>
    <w:p>
      <w:r>
        <w:rPr>
          <w:b/>
        </w:rPr>
        <w:t xml:space="preserve">[23:55] </w:t>
      </w:r>
      <w:r>
        <w:t>to yeh kaisi anokhi baat hai.</w:t>
      </w:r>
    </w:p>
    <w:p>
      <w:pPr>
        <w:jc w:val="right"/>
      </w:pPr>
      <w:r>
        <w:t>تو یہ کیسی انوکھی بات ہے.</w:t>
      </w:r>
    </w:p>
    <w:p>
      <w:r>
        <w:rPr>
          <w:b/>
        </w:rPr>
        <w:t xml:space="preserve">[23:58] </w:t>
      </w:r>
      <w:r>
        <w:t>to khair jab Khuda ne paida kiya pehla insan to us waqt Khuda ne kaha ke woh Allah ka qissa hai jo aap log jante honge kyunke is qisse jo hai Quran mein bhi hai aur Bible mein bhi hai ke Shaitan se muqabla hua insan ka.</w:t>
      </w:r>
    </w:p>
    <w:p>
      <w:pPr>
        <w:jc w:val="right"/>
      </w:pPr>
      <w:r>
        <w:t>تو خیر جب خدا نے پیدا کیا پہلا انسان تو اس وقت خدا نے کہا کہ وہ علماء قصہ ہے جو آپ لوگ جانتے ہوں گے کیونکہ اس قصہ جو ہے قرآن میں بھی ہے اور بائبل میں بھی ہے کہ شیطان سے مقابلہ ہوا انسان کا.</w:t>
      </w:r>
    </w:p>
    <w:p>
      <w:r>
        <w:rPr>
          <w:b/>
        </w:rPr>
        <w:t xml:space="preserve">[24:18] </w:t>
      </w:r>
      <w:r>
        <w:t>to is ko maine nahi, mujhe nahi dohrana yahan par. sirf yeh kehna chahta hoon ke jab Khuda ne insan se kaha ke aap jao to zameen par raho.</w:t>
      </w:r>
    </w:p>
    <w:p>
      <w:pPr>
        <w:jc w:val="right"/>
      </w:pPr>
      <w:r>
        <w:t>تو اس کو میں نے نہیں، مجھے نہیں دہرانا یہاں پر. صرف یہ کہنا چاہتا ہوں کہ جب خدا نے انسان سے کہا کہ آپ جاؤ تو زمین پر رہو.</w:t>
      </w:r>
    </w:p>
    <w:p>
      <w:r>
        <w:rPr>
          <w:b/>
        </w:rPr>
        <w:t xml:space="preserve">[24:27] </w:t>
      </w:r>
      <w:r>
        <w:t>shuru mein temporary tor par insan ko rakha gaya tha jannat mein, temporary tor par phir bhej diya gaya is duniya mein. us waqt Khuda ne kaha ke ba'dhukum liba'dun 'aduwwun, tum ek doosre ke dushman ho ge.</w:t>
      </w:r>
    </w:p>
    <w:p>
      <w:pPr>
        <w:jc w:val="right"/>
      </w:pPr>
      <w:r>
        <w:t>شروع میں ٹیمپریری طور پر انسان کو رکھا گیا تھا جنت میں، ٹیمپریری طور پر پھر بھیج دیا گیا اس دنیا میں. اس وقت خدا نے کہا کہ بعضکم لباد عدو، تم ایک دوسرے کے دشمن ہو گے.</w:t>
      </w:r>
    </w:p>
    <w:p>
      <w:r>
        <w:rPr>
          <w:b/>
        </w:rPr>
        <w:t xml:space="preserve">[24:46] </w:t>
      </w:r>
      <w:r>
        <w:t>ba'dhukum liba'dun 'aduwwun, tum ek doosre ke enemy ho ge.</w:t>
      </w:r>
    </w:p>
    <w:p>
      <w:pPr>
        <w:jc w:val="right"/>
      </w:pPr>
      <w:r>
        <w:t>بعضکم لباد عدو، تم ایک دوسرے کے اینمی ہو گے.</w:t>
      </w:r>
    </w:p>
    <w:p>
      <w:r>
        <w:rPr>
          <w:b/>
        </w:rPr>
        <w:t xml:space="preserve">[24:53] </w:t>
      </w:r>
      <w:r>
        <w:t>ab dekhen yahan to kaha gaya hai insan aur versus Satan yani Satan jo hai insan ka dushman hoga. Satan jo hai insan ka dushman hoga.</w:t>
      </w:r>
    </w:p>
    <w:p>
      <w:pPr>
        <w:jc w:val="right"/>
      </w:pPr>
      <w:r>
        <w:t>اب دیکھیں یہاں تو کہا گیا ہے انسان اور ورسز سیٹن یعنی سیٹن جو ہے انسان کا دشمن ہوگا. سیٹن جو ہے انسان کا دشمن ہوگا.</w:t>
      </w:r>
    </w:p>
    <w:p>
      <w:r>
        <w:rPr>
          <w:b/>
        </w:rPr>
        <w:t xml:space="preserve">[25:05] </w:t>
      </w:r>
      <w:r>
        <w:t>lekin is mein ek aur baat chupi hui hai ke Satan insano ko behkayega, behka kar ke insan insan ko dushman banayega.</w:t>
      </w:r>
    </w:p>
    <w:p>
      <w:pPr>
        <w:jc w:val="right"/>
      </w:pPr>
      <w:r>
        <w:t>لیکن اس میں ایک اور بات چھپی ہوئی ہے کہ سیٹن انسانوں کو بہکائے گا، بہکا کر کے انسان انسان کو دشمن بنائے گا.</w:t>
      </w:r>
    </w:p>
    <w:p>
      <w:r>
        <w:rPr>
          <w:b/>
        </w:rPr>
        <w:t xml:space="preserve">[25:16] </w:t>
      </w:r>
      <w:r>
        <w:t>yani Satan khud to dushman hai hi insan ka.</w:t>
      </w:r>
    </w:p>
    <w:p>
      <w:pPr>
        <w:jc w:val="right"/>
      </w:pPr>
      <w:r>
        <w:t>یعنی سیٹن خود تو دشمن ہے ہی انسان کا.</w:t>
      </w:r>
    </w:p>
    <w:p>
      <w:r>
        <w:rPr>
          <w:b/>
        </w:rPr>
        <w:t xml:space="preserve">[25:19] </w:t>
      </w:r>
      <w:r>
        <w:t>phir insano ko aapas mein ladwane ke liye ek doosre ko de, ek do enmity paida karega, dushmani paida karega. to double dushmani ho jayegi.</w:t>
      </w:r>
    </w:p>
    <w:p>
      <w:pPr>
        <w:jc w:val="right"/>
      </w:pPr>
      <w:r>
        <w:t>پھر انسانوں کو آپس میں لڑوانے کے لیے ایک دوسرے کو دے، ایک دو انیمیٹی پیدا کرے گا، دشمنی پیدا کرے گا. تو ڈبل دشمنی ہو جائے گی.</w:t>
      </w:r>
    </w:p>
    <w:p>
      <w:r>
        <w:rPr>
          <w:b/>
        </w:rPr>
        <w:t xml:space="preserve">[25:29] </w:t>
      </w:r>
      <w:r>
        <w:t>ek to Shaitan khud dushman hai aur insano ke andar dushmani bharka, dushmani bharka kar ke woh har taraf hate aur revenge aur enmity sab paida kar dega jaise ke aap dekh rahe hain.</w:t>
      </w:r>
    </w:p>
    <w:p>
      <w:pPr>
        <w:jc w:val="right"/>
      </w:pPr>
      <w:r>
        <w:t>ایک تو شیطان خود دشمن ہے اور انسانوں کے اندر دشمنی بھڑکا، دشمنی بھڑکا کر کے وہ ہر طرف ہیٹ اور ریونج اور اینیمیٹی سب پیدا کر دے گا جیسے کہ آپ دیکھ رہے ہیں.</w:t>
      </w:r>
    </w:p>
    <w:p>
      <w:r>
        <w:rPr>
          <w:b/>
        </w:rPr>
        <w:t xml:space="preserve">[25:44] </w:t>
      </w:r>
      <w:r>
        <w:t>to yeh bhi dekhiye yeh koi evil nahi hai.</w:t>
      </w:r>
    </w:p>
    <w:p>
      <w:pPr>
        <w:jc w:val="right"/>
      </w:pPr>
      <w:r>
        <w:t>تو یہ بھی دیکھیے یہ کوئی ایول نہیں ہے.</w:t>
      </w:r>
    </w:p>
    <w:p>
      <w:r>
        <w:rPr>
          <w:b/>
        </w:rPr>
        <w:t xml:space="preserve">[25:49] </w:t>
      </w:r>
      <w:r>
        <w:t>bahut se log, bahut se philosophers is ko evil samajhte hain. evil jaise aap unki kitab padhi hai C.M. Joad ki kitab "The Modern Victims".</w:t>
      </w:r>
    </w:p>
    <w:p>
      <w:pPr>
        <w:jc w:val="right"/>
      </w:pPr>
      <w:r>
        <w:t>بہت سے لوگ، بہت سے فلاسفرز اس کو ایول سمجھتے ہیں. ایول جیسے آپ ان کی کتاب پڑھی ہے سی ایم جوٹ کی کتاب "دا ماڈرن وکٹنس".</w:t>
      </w:r>
    </w:p>
    <w:p>
      <w:r>
        <w:rPr>
          <w:b/>
        </w:rPr>
        <w:t xml:space="preserve">[26:01] </w:t>
      </w:r>
      <w:r>
        <w:t>Modern Victims to yeh log is ko evil samajhte hain. main samajhta hoon ke yeh yani law of nature ko na samajhne ki wajah se aisa hai ya creation plan of God ko na samajhne ki wajah se aisa hai.</w:t>
      </w:r>
    </w:p>
    <w:p>
      <w:pPr>
        <w:jc w:val="right"/>
      </w:pPr>
      <w:r>
        <w:t>ماڈرن وکٹنس تو یہ لوگ اس کو ایول سمجھتے ہیں. میں سمجھتا ہوں کہ یہ یعنی لاء اف نیچر کو نہ سمجھنے کی وجہ سے ایسا ہے یا کریشن پلان اف گاڈ کو نہ سمجھنے کی وجہ سے ایسا ہے.</w:t>
      </w:r>
    </w:p>
    <w:p>
      <w:r>
        <w:rPr>
          <w:b/>
        </w:rPr>
        <w:t xml:space="preserve">[26:16] </w:t>
      </w:r>
      <w:r>
        <w:t>woh shark hai, shark.</w:t>
      </w:r>
    </w:p>
    <w:p>
      <w:pPr>
        <w:jc w:val="right"/>
      </w:pPr>
      <w:r>
        <w:t>وہ شارک ہے، شارک.</w:t>
      </w:r>
    </w:p>
    <w:p>
      <w:r>
        <w:rPr>
          <w:b/>
        </w:rPr>
        <w:t xml:space="preserve">[26:20] </w:t>
      </w:r>
      <w:r>
        <w:t>Khuda ne jab insan ko banaya yahan par to Satan ko shark ke taur par is mein daal diya taake insan ke peeche ek shark rahe. yeh bahut bari is ke andar wisdom thi, wisdom.</w:t>
      </w:r>
    </w:p>
    <w:p>
      <w:pPr>
        <w:jc w:val="right"/>
      </w:pPr>
      <w:r>
        <w:t>خدا نے جب انسان کو بنایا یہاں پر تو سیٹن کو شارک کے طور پر اس میں ڈال دیا تاکہ انسان کے پیچھے ایک شارک رہے. یہ بہت بڑی اس کے اندر وزڈم تھی، وزڈم.</w:t>
      </w:r>
    </w:p>
    <w:p>
      <w:r>
        <w:rPr>
          <w:b/>
        </w:rPr>
        <w:t xml:space="preserve">[26:35] </w:t>
      </w:r>
      <w:r>
        <w:t>kyunke aap jante hain ke insaan ko khuda ne banaya bahut zyada capacity ke sath, bahut zyada potential ke sath.</w:t>
      </w:r>
    </w:p>
    <w:p>
      <w:pPr>
        <w:jc w:val="right"/>
      </w:pPr>
      <w:r>
        <w:t>کیونکہ آپ جانتے ہیں کہ انسان کو خدا نے بنایا بہت زیادہ کیپیسٹی کے ساتھ، بہت زیادہ پوٹینشل کے ساتھ.</w:t>
      </w:r>
    </w:p>
    <w:p>
      <w:r>
        <w:rPr>
          <w:b/>
        </w:rPr>
        <w:t xml:space="preserve">[26:48] </w:t>
      </w:r>
      <w:r>
        <w:t>aap jante hain ke har individual mind mein is mein billion, million, million particle hain. yeh kya hai? potential hai, potentially to hai yeh.</w:t>
      </w:r>
    </w:p>
    <w:p>
      <w:pPr>
        <w:jc w:val="right"/>
      </w:pPr>
      <w:r>
        <w:t>آپ جانتے ہیں کہ ہر انڈیویجول مائنڈ میں اس میں بلین، ملین، ملین پارٹیکل ہیں. یہ کیا ہے؟ پوٹینشل ہے، پوٹینشلی تو ہے یہ.</w:t>
      </w:r>
    </w:p>
    <w:p>
      <w:r>
        <w:rPr>
          <w:b/>
        </w:rPr>
        <w:t xml:space="preserve">[27:00] </w:t>
      </w:r>
      <w:r>
        <w:t>to billion, trillion potential ke sath insaan ko duniya mein bheja hai. lekin wahi hai ke aadmi dull ho kar pada rahega.</w:t>
      </w:r>
    </w:p>
    <w:p>
      <w:pPr>
        <w:jc w:val="right"/>
      </w:pPr>
      <w:r>
        <w:t>تو بلین، ٹریلین پوٹینشل کے ساتھ انسان کو دنیا میں بھیجا ہے. لیکن وہی ہے کہ آدمی ڈل ہو کر پڑا رہے گا.</w:t>
      </w:r>
    </w:p>
    <w:p>
      <w:r>
        <w:rPr>
          <w:b/>
        </w:rPr>
        <w:t xml:space="preserve">[27:11] </w:t>
      </w:r>
      <w:r>
        <w:t>to is ke liye shark daal diya shaitan,</w:t>
      </w:r>
    </w:p>
    <w:p>
      <w:pPr>
        <w:jc w:val="right"/>
      </w:pPr>
      <w:r>
        <w:t>تو اس کے لیے شارک ڈال دیا شیطان،</w:t>
      </w:r>
    </w:p>
    <w:p>
      <w:r>
        <w:rPr>
          <w:b/>
        </w:rPr>
        <w:t xml:space="preserve">[27:15] </w:t>
      </w:r>
      <w:r>
        <w:t>isko har taraf se daudaye, pareshan kare. phir shaitan jo hai doosre insaanon ko bhi doosre banayega, woh bhi daudainge, kai shark ban jayenge.</w:t>
      </w:r>
    </w:p>
    <w:p>
      <w:pPr>
        <w:jc w:val="right"/>
      </w:pPr>
      <w:r>
        <w:t>اس کو ہر طرف سے دوڑائے، پریشان کرے. پھر شیطان جو ہے دوسرے انسانوں کو بھی دوسرے بنائے گا، وہ بھی دوڑائیں گے، کئی شارک بن جائیں گے.</w:t>
      </w:r>
    </w:p>
    <w:p>
      <w:r>
        <w:rPr>
          <w:b/>
        </w:rPr>
        <w:t xml:space="preserve">[27:27] </w:t>
      </w:r>
      <w:r>
        <w:t>dekhiye agar aisa na ho, agar duniya mein khuda ne shark na daale hote to kabhi bhi development na hota, kabhi progress na hoti.</w:t>
      </w:r>
    </w:p>
    <w:p>
      <w:pPr>
        <w:jc w:val="right"/>
      </w:pPr>
      <w:r>
        <w:t>دیکھیے اگر ایسا نہ ہو، اگر دنیا میں خدا نے شارک نہ ڈالے ہوتے تو کبھی بھی ڈیولپمنٹ نہ ہوتا، کبھی پروگریس نہ ہوتی.</w:t>
      </w:r>
    </w:p>
    <w:p>
      <w:r>
        <w:rPr>
          <w:b/>
        </w:rPr>
        <w:t xml:space="preserve">[27:41] </w:t>
      </w:r>
      <w:r>
        <w:t>it is challenge that leads to pro, it is challenge that leads to progress.</w:t>
      </w:r>
    </w:p>
    <w:p>
      <w:pPr>
        <w:jc w:val="right"/>
      </w:pPr>
      <w:r>
        <w:t>اٹ از چیلنج دیٹ لیڈز ٹو پرو، اٹ از چیلنج دیٹ لیڈز ٹو پروگریس.</w:t>
      </w:r>
    </w:p>
    <w:p>
      <w:r>
        <w:rPr>
          <w:b/>
        </w:rPr>
        <w:t xml:space="preserve">[27:46] </w:t>
      </w:r>
      <w:r>
        <w:t>without challenge, that is no progress.</w:t>
      </w:r>
    </w:p>
    <w:p>
      <w:pPr>
        <w:jc w:val="right"/>
      </w:pPr>
      <w:r>
        <w:t>ودا آؤٹ چیلنج، دیٹ از نو پروگریس.</w:t>
      </w:r>
    </w:p>
    <w:p>
      <w:r>
        <w:rPr>
          <w:b/>
        </w:rPr>
        <w:t xml:space="preserve">[27:52] </w:t>
      </w:r>
      <w:r>
        <w:t>it is challenge and competition that lead to to to to progress. isko achhe se samajh lijiye ke challenge, competition,</w:t>
      </w:r>
    </w:p>
    <w:p>
      <w:pPr>
        <w:jc w:val="right"/>
      </w:pPr>
      <w:r>
        <w:t>اٹ از چیلنج اینڈ کمپیٹیشن دیٹ لیڈ ٹو ٹو ٹو ٹو پروگریس. اس کو اچھے سے سمجھ لیجئے کہ چیلنج، کمپیٹیشن،</w:t>
      </w:r>
    </w:p>
    <w:p>
      <w:r>
        <w:rPr>
          <w:b/>
        </w:rPr>
        <w:t xml:space="preserve">[28:07] </w:t>
      </w:r>
      <w:r>
        <w:t>problem yeh sab kya hai? yeh blessing in disguise hai.</w:t>
      </w:r>
    </w:p>
    <w:p>
      <w:pPr>
        <w:jc w:val="right"/>
      </w:pPr>
      <w:r>
        <w:t>پرابلم یہ سب کیا ہے؟ یہ بلیسنگ اینڈ ڈسگائز ہے.</w:t>
      </w:r>
    </w:p>
    <w:p>
      <w:r>
        <w:rPr>
          <w:b/>
        </w:rPr>
        <w:t xml:space="preserve">[28:12] </w:t>
      </w:r>
      <w:r>
        <w:t>yeh waise hi aise ke machhliyon ko is mein shark daal diya jaye taake un ke andar yani wahi hai jo maine kaha ke high degree of motivation paida ho, un ka mind jaage, zyada sochein, zyada sochein, zyada soch kar ke nayi nayi baatein nikalein.</w:t>
      </w:r>
    </w:p>
    <w:p>
      <w:pPr>
        <w:jc w:val="right"/>
      </w:pPr>
      <w:r>
        <w:t>یہ ویسے ہی ایسے کہ مچھلیوں کو اس میں شارک ڈال دیا جائے تاکہ ان کے اندر یعنی وہی ہے جو میں نے کہا کہ ہائی ڈگری اف موٹیویشن پیدا ہو، ان کا مائنڈ جاگے، زیادہ سوچیں، زیادہ سوچیں، زیادہ سوچ کر کے نئی نئی باتیں نکالیں.</w:t>
      </w:r>
    </w:p>
    <w:p>
      <w:r>
        <w:rPr>
          <w:b/>
        </w:rPr>
        <w:t xml:space="preserve">[28:33] </w:t>
      </w:r>
      <w:r>
        <w:t>yani mind ko activate kaise karenge aap? isi tarah se to challenge aap ke mind ko activate karta hai.</w:t>
      </w:r>
    </w:p>
    <w:p>
      <w:pPr>
        <w:jc w:val="right"/>
      </w:pPr>
      <w:r>
        <w:t>یعنی مائنڈ کو ایکٹیویٹ کیسے کریں گے آپ؟ اسی طرح سے تو چیلنج آپ کے مائنڈ کو ایکٹیویٹ کرتا ہے.</w:t>
      </w:r>
    </w:p>
    <w:p>
      <w:r>
        <w:rPr>
          <w:b/>
        </w:rPr>
        <w:t xml:space="preserve">[28:43] </w:t>
      </w:r>
      <w:r>
        <w:t>challenge ab jo aap ke mind ko activate karta hai, is ke history mein bahut examples hain. history mein is ke bahut example hain.</w:t>
      </w:r>
    </w:p>
    <w:p>
      <w:pPr>
        <w:jc w:val="right"/>
      </w:pPr>
      <w:r>
        <w:t>چیلنج اب جو آپ کے مائنڈ کو ایکٹیویٹ کرتا ہے، اس کے ہسٹری میں بہت ایگزامپلز ہیں. ہسٹری میں اس کے بہت ایگزامپل ہیں.</w:t>
      </w:r>
    </w:p>
    <w:p>
      <w:r>
        <w:rPr>
          <w:b/>
        </w:rPr>
        <w:t xml:space="preserve">[28:53] </w:t>
      </w:r>
      <w:r>
        <w:t>is mein se ek jo hai woh hai jisko aap crusades kehte hain. crusades. aap jante hain ke muslim rulers aur christian rulers ke beech mein ladaiyan huin,</w:t>
      </w:r>
    </w:p>
    <w:p>
      <w:pPr>
        <w:jc w:val="right"/>
      </w:pPr>
      <w:r>
        <w:t>اس میں سے ایک جو ہے وہ ہے جس کو آپ کروسیٹس کہتے ہیں. کروسیٹس. آپ جانتے ہیں کہ مسلم رولرز اور کرسچن رولرز کے بیچ میں لڑائیاں ہوئیں،</w:t>
      </w:r>
    </w:p>
    <w:p>
      <w:r>
        <w:rPr>
          <w:b/>
        </w:rPr>
        <w:t xml:space="preserve">[29:10] </w:t>
      </w:r>
      <w:r>
        <w:t>bahut lambi ladaiyan jo do sau saal tak chalti rahin. yani continuously nahi, gap ke sath huin.</w:t>
      </w:r>
    </w:p>
    <w:p>
      <w:pPr>
        <w:jc w:val="right"/>
      </w:pPr>
      <w:r>
        <w:t>بہت لمبی لڑائیاں جو دو سو سال تک چلتی رہیں. یعنی کنٹینیوسلی نہیں، گیپ کے ساتھ ہوئیں.</w:t>
      </w:r>
    </w:p>
    <w:p>
      <w:r>
        <w:rPr>
          <w:b/>
        </w:rPr>
        <w:t xml:space="preserve">[29:20] </w:t>
      </w:r>
      <w:r>
        <w:t>to kya hua ke muslim jo hain woh jeet gaye aur christian haar gaye.</w:t>
      </w:r>
    </w:p>
    <w:p>
      <w:pPr>
        <w:jc w:val="right"/>
      </w:pPr>
      <w:r>
        <w:t>تو کیا ہوا کہ مسلم جو ہیں وہ جیت گئے اور کرسچن ہار گئے.</w:t>
      </w:r>
    </w:p>
    <w:p>
      <w:r>
        <w:rPr>
          <w:b/>
        </w:rPr>
        <w:t xml:space="preserve">[29:33] </w:t>
      </w:r>
      <w:r>
        <w:t>yani ek taraf European Christians the, doosri taraf Muslims the, woh haar gaye.</w:t>
      </w:r>
    </w:p>
    <w:p>
      <w:pPr>
        <w:jc w:val="right"/>
      </w:pPr>
      <w:r>
        <w:t>یعنی ایک طرف یورپی کرسچنز تھے، دوسری طرف مسلمز تھے، وہ ہار گئے.</w:t>
      </w:r>
    </w:p>
    <w:p>
      <w:r>
        <w:rPr>
          <w:b/>
        </w:rPr>
        <w:t xml:space="preserve">[29:41] </w:t>
      </w:r>
      <w:r>
        <w:t>to haarne ke baad kya hua? haarne ke baad un ke andar wahi hua jo yani jo un machhliyon mein hua, shark daalne ke baad.</w:t>
      </w:r>
    </w:p>
    <w:p>
      <w:pPr>
        <w:jc w:val="right"/>
      </w:pPr>
      <w:r>
        <w:t>تو ہارنے کے بعد کیا ہوا؟ ہارنے کے بعد ان کے اندر وہی ہوا جو یعنی جو ان مچھلیوں میں ہوا، شارک ڈالنے کے بعد.</w:t>
      </w:r>
    </w:p>
    <w:p>
      <w:r>
        <w:rPr>
          <w:b/>
        </w:rPr>
        <w:t xml:space="preserve">[29:52] </w:t>
      </w:r>
      <w:r>
        <w:t>un ke andar ek woh sochne lage, sochne lage, sochne lage. sochte sochte ek naya idea emerge kiya, ek naya idea jaise Japan mein bahut dinon ki soch ke baad yeh idea emerge kiya ke shark daalo is mein.</w:t>
      </w:r>
    </w:p>
    <w:p>
      <w:pPr>
        <w:jc w:val="right"/>
      </w:pPr>
      <w:r>
        <w:t>ان کے اندر ایک وہ سوچنے لگے، سوچنے لگے، سوچنے لگے. سوچتے سوچتے ایک نیا آئیڈیا ایمرج کیا، ایک نیا آئیڈیا جیسے جاپان میں بہت دنوں کی سوچ کے بعد یہ آئیڈیا ایمرج کیا کہ شارک ڈالو اس میں.</w:t>
      </w:r>
    </w:p>
    <w:p>
      <w:r>
        <w:rPr>
          <w:b/>
        </w:rPr>
        <w:t xml:space="preserve">[30:08] </w:t>
      </w:r>
      <w:r>
        <w:t>shark</w:t>
      </w:r>
    </w:p>
    <w:p>
      <w:pPr>
        <w:jc w:val="right"/>
      </w:pPr>
      <w:r>
        <w:t>شارک</w:t>
      </w:r>
    </w:p>
    <w:p>
      <w:r>
        <w:rPr>
          <w:b/>
        </w:rPr>
        <w:t xml:space="preserve">[30:09] </w:t>
      </w:r>
      <w:r>
        <w:t>ek din mein nahi hua tha yeh. aur yahan par Christians mein ek naya idea emerge kiya, woh kya tha? is ko kehte hain yeh log spiritual crusades.</w:t>
      </w:r>
    </w:p>
    <w:p>
      <w:pPr>
        <w:jc w:val="right"/>
      </w:pPr>
      <w:r>
        <w:t>ایک دن میں نہیں ہوا تھا یہ. اور یہاں پر کرسچنز میں ایک نیا آئیڈیا ایمرج کیا، وہ کیا تھا؟ اس کو کہتے ہیں یہ لوگ اسپریچول کروسیٹس.</w:t>
      </w:r>
    </w:p>
    <w:p>
      <w:r>
        <w:rPr>
          <w:b/>
        </w:rPr>
        <w:t xml:space="preserve">[30:24] </w:t>
      </w:r>
      <w:r>
        <w:t>spiritual crusades woh to violent crusade thi, ladai bhadai. ab unhone kaha ke spiritual crusades woh kya hai?</w:t>
      </w:r>
    </w:p>
    <w:p>
      <w:pPr>
        <w:jc w:val="right"/>
      </w:pPr>
      <w:r>
        <w:t>اسپریچول کروسیٹس وہ تو وائلنٹ کروسیٹ تھی، لڑائی بھڑائی. اب انہوں نے کہا کہ اسپریچول کروسیٹس وہ کیا ہے؟</w:t>
      </w:r>
    </w:p>
    <w:p>
      <w:r>
        <w:rPr>
          <w:b/>
        </w:rPr>
        <w:t xml:space="preserve">[30:36] </w:t>
      </w:r>
      <w:r>
        <w:t>woh yeh hai ke woh aakhir mein badh kar ke woh scientific research bani. scientific research yani isi se scientific research ka motivation paida hua ke hum battlefield mein haar chuke hain, ab science ke field mein hamein jeetna hai.</w:t>
      </w:r>
    </w:p>
    <w:p>
      <w:pPr>
        <w:jc w:val="right"/>
      </w:pPr>
      <w:r>
        <w:t>وہ یہ ہے کہ وہ آخر میں بڑھ کر کے وہ سائنٹیفک ریسرچ بنی. سائنٹیفک ریسرچ یعنی اسی سے سائنٹیفک ریسرچ کا موٹیویشن پیدا ہوا کہ ہم بیٹل فیلڈ میں ہار چکے ہیں، اب سائنس کے فیلڈ میں ہمیں جیتنا ہے.</w:t>
      </w:r>
    </w:p>
    <w:p>
      <w:r>
        <w:rPr>
          <w:b/>
        </w:rPr>
        <w:t xml:space="preserve">[30:57] </w:t>
      </w:r>
      <w:r>
        <w:t>yeh tha crusades ka aa</w:t>
      </w:r>
    </w:p>
    <w:p>
      <w:pPr>
        <w:jc w:val="right"/>
      </w:pPr>
      <w:r>
        <w:t>یہ تھا کروسیٹس کا آ</w:t>
      </w:r>
    </w:p>
    <w:p>
      <w:r>
        <w:rPr>
          <w:b/>
        </w:rPr>
        <w:t xml:space="preserve">[30:59] </w:t>
      </w:r>
      <w:r>
        <w:t>idea. woh yeh tha spiritual crusades ka idea ke jo ladai hum ne haari hai battlefield mein, is ladai ko hamein jeetna hai scientific field mein.</w:t>
      </w:r>
    </w:p>
    <w:p>
      <w:pPr>
        <w:jc w:val="right"/>
      </w:pPr>
      <w:r>
        <w:t>ئیڈیا. وہ یہ تھا اسپریچول کروسیٹس کا آئیڈیا کہ جو لڑائی ہم نے ہاری ہے بیٹل فیلڈ میں، اس لڑائی کو ہمیں جیتنا ہے سائنٹیفک فیلڈ میں.</w:t>
      </w:r>
    </w:p>
    <w:p>
      <w:r>
        <w:rPr>
          <w:b/>
        </w:rPr>
        <w:t xml:space="preserve">[31:11] </w:t>
      </w:r>
      <w:r>
        <w:t>shuru mein bohat clear nahi tha yeh idea, dheere dheere clear hua. ke baad is ko kaha logon ne cruise spiritual crusades. ab dekha is baad kya hua?</w:t>
      </w:r>
    </w:p>
    <w:p>
      <w:pPr>
        <w:jc w:val="right"/>
      </w:pPr>
      <w:r>
        <w:t>شروع میں بہت کلیئر نہیں تھا یہ آئیڈیا، دھیرے دھیرے کلیئر ہوا. کے بعد اس کو کہا لوگوں نے کروز اسپریچول کروسیٹس. اب دیکھا اس بعد کیا ہوا؟</w:t>
      </w:r>
    </w:p>
    <w:p>
      <w:r>
        <w:rPr>
          <w:b/>
        </w:rPr>
        <w:t xml:space="preserve">[31:21] </w:t>
      </w:r>
      <w:r>
        <w:t>aap ne ke history badal gayi. history</w:t>
      </w:r>
    </w:p>
    <w:p>
      <w:pPr>
        <w:jc w:val="right"/>
      </w:pPr>
      <w:r>
        <w:t>آپ نے کہ ہسٹری بدل گئی. ہسٹری</w:t>
      </w:r>
    </w:p>
    <w:p>
      <w:r>
        <w:rPr>
          <w:b/>
        </w:rPr>
        <w:t xml:space="preserve">[31:27] </w:t>
      </w:r>
      <w:r>
        <w:t>aik naya revolution aa gaya.</w:t>
      </w:r>
    </w:p>
    <w:p>
      <w:pPr>
        <w:jc w:val="right"/>
      </w:pPr>
      <w:r>
        <w:t>ایک نیا ریولیوشن آ گیا.</w:t>
      </w:r>
    </w:p>
    <w:p>
      <w:r>
        <w:rPr>
          <w:b/>
        </w:rPr>
        <w:t xml:space="preserve">[31:30] </w:t>
      </w:r>
      <w:r>
        <w:t>yani traditional dor jo tha, traditional period jo hai khatam ho kar scientific period aa gaya. hath se ladaai ka zamana tha, dasti hathiyaar isi wajah se kya hua?</w:t>
      </w:r>
    </w:p>
    <w:p>
      <w:pPr>
        <w:jc w:val="right"/>
      </w:pPr>
      <w:r>
        <w:t>یعنی ٹریڈیشنل دور جو تھا، ٹریڈیشنل پیریڈ جو ہے ختم ہو کر سائنٹیفک پیریڈ آ گیا. ہاتھ سے لڑائی کا زمانہ تھا، دستی ہتھیار اسی وجہ سے کیا ہوا؟</w:t>
      </w:r>
    </w:p>
    <w:p>
      <w:r>
        <w:rPr>
          <w:b/>
        </w:rPr>
        <w:t xml:space="preserve">[31:45] </w:t>
      </w:r>
      <w:r>
        <w:t>door se maarne wale hathiyaar ban gaye. pehle jo tha soot se aap paas ke aadmi ko maar sakte the, gun se aap ko door ka aadmi maarne lage.</w:t>
      </w:r>
    </w:p>
    <w:p>
      <w:pPr>
        <w:jc w:val="right"/>
      </w:pPr>
      <w:r>
        <w:t>دور سے مارنے والے ہتھیار بن گئے. پہلے جو تھا سوٹ سے آپ پاس کے آدمی کو مار سکتے تھے، گن سے آپ کو دور کا آدمی مارنے لگے.</w:t>
      </w:r>
    </w:p>
    <w:p>
      <w:r>
        <w:rPr>
          <w:b/>
        </w:rPr>
        <w:t xml:space="preserve">[31:54] </w:t>
      </w:r>
      <w:r>
        <w:t>aap</w:t>
      </w:r>
    </w:p>
    <w:p>
      <w:pPr>
        <w:jc w:val="right"/>
      </w:pPr>
      <w:r>
        <w:t>آپ</w:t>
      </w:r>
    </w:p>
    <w:p>
      <w:r>
        <w:rPr>
          <w:b/>
        </w:rPr>
        <w:t xml:space="preserve">[31:57] </w:t>
      </w:r>
      <w:r>
        <w:t>is tareeqe se dekhiye pehle kya tha? ghoṛe aur oont ka power tha hamare paas, insaan ke paas animal power.</w:t>
      </w:r>
    </w:p>
    <w:p>
      <w:pPr>
        <w:jc w:val="right"/>
      </w:pPr>
      <w:r>
        <w:t>اس طریقے سے دیکھیے پہلے کیا تھا؟ گھوڑے اور اونٹ کا پاور تھا ہمارے پاس، انسان کے پاس اینیمل پاور.</w:t>
      </w:r>
    </w:p>
    <w:p>
      <w:r>
        <w:rPr>
          <w:b/>
        </w:rPr>
        <w:t xml:space="preserve">[32:05] </w:t>
      </w:r>
      <w:r>
        <w:t>bas ab inhon ne is ko mechanize kiya, mechanical power inhon ne daryaft kiya. sab se pehle steam power, phir is ke baad aur petrol, yeh sab cheezein.</w:t>
      </w:r>
    </w:p>
    <w:p>
      <w:pPr>
        <w:jc w:val="right"/>
      </w:pPr>
      <w:r>
        <w:t>بس اب انہوں نے اس کو میکنائز کیا، مکینیکل پاور انہوں نے دریافت کیا. سب سے پہلے اسٹیم پاور، پھر اس کے بعد اور پیٹرول، یہ سب چیزیں.</w:t>
      </w:r>
    </w:p>
    <w:p>
      <w:r>
        <w:rPr>
          <w:b/>
        </w:rPr>
        <w:t xml:space="preserve">[32:18] </w:t>
      </w:r>
      <w:r>
        <w:t>to aik ke baad aik ke baad aik inhon ne aik nai civilization aa gayi. to</w:t>
      </w:r>
    </w:p>
    <w:p>
      <w:pPr>
        <w:jc w:val="right"/>
      </w:pPr>
      <w:r>
        <w:t>تو ایک کے بعد ایک کے بعد ایک انہوں نے ایک نئی سویلائزیشن آ گئی. تو</w:t>
      </w:r>
    </w:p>
    <w:p>
      <w:r>
        <w:rPr>
          <w:b/>
        </w:rPr>
        <w:t xml:space="preserve">[32:26] </w:t>
      </w:r>
      <w:r>
        <w:t>ab ab usmanon ko defeat ho gayi. woh woh woh balance of power hi khatam ho gaya. woh jo balance of power jis mein ke usmanon ko mili thi superiority, woh zamane hi khatam ho gaye.</w:t>
      </w:r>
    </w:p>
    <w:p>
      <w:pPr>
        <w:jc w:val="right"/>
      </w:pPr>
      <w:r>
        <w:t>اب اب عثمانوں کو ڈیفیٹ ہو گئی. وہ وہ وہ بیلنس آف پاور ہی ختم ہو گیا. وہ جو بیلنس آف پاور جس میں کہ عثمانوں کو ملی تھی سپیریریٹی، وہ زمانے ہی ختم ہو گئے.</w:t>
      </w:r>
    </w:p>
    <w:p>
      <w:r>
        <w:rPr>
          <w:b/>
        </w:rPr>
        <w:t xml:space="preserve">[32:42] </w:t>
      </w:r>
      <w:r>
        <w:t>ab aik naya zamana aa gaya. ab woh chhoṛiye, ab sochiye zara ke woh animal power se laṛe the</w:t>
      </w:r>
    </w:p>
    <w:p>
      <w:pPr>
        <w:jc w:val="right"/>
      </w:pPr>
      <w:r>
        <w:t>اب ایک نیا زمانہ آ گیا. اب وہ چھوڑیے، اب سوچیے ذرا کہ وہ اینیمل پاور سے لڑے تھے</w:t>
      </w:r>
    </w:p>
    <w:p>
      <w:r>
        <w:rPr>
          <w:b/>
        </w:rPr>
        <w:t xml:space="preserve">[32:51] </w:t>
      </w:r>
      <w:r>
        <w:t>, ab inhon ne mechanize kar liya power ko, mechanical power power daryaft kar liya. to bilkul naya zamana aa gaya.</w:t>
      </w:r>
    </w:p>
    <w:p>
      <w:pPr>
        <w:jc w:val="right"/>
      </w:pPr>
      <w:r>
        <w:t>، اب انہوں نے میکنائز کر لیا پاور کو، مکینیکل پاور پاور دریافت کر لیا. تو بالکل نیا زمانہ آ گیا.</w:t>
      </w:r>
    </w:p>
    <w:p>
      <w:r>
        <w:rPr>
          <w:b/>
        </w:rPr>
        <w:t xml:space="preserve">[33:00] </w:t>
      </w:r>
      <w:r>
        <w:t>traditional jo traditional age ko khatam kar ke inhon ne scientific age paida kar liya. yeh hai challenge ka miracle.</w:t>
      </w:r>
    </w:p>
    <w:p>
      <w:pPr>
        <w:jc w:val="right"/>
      </w:pPr>
      <w:r>
        <w:t>ٹریڈیشنل جو ٹریڈیشنل ایج کو ختم کر کے انہوں نے سائنٹیفک ایج پیدا کر لیا. یہ ہے چیلنج کا میریکل.</w:t>
      </w:r>
    </w:p>
    <w:p>
      <w:r>
        <w:rPr>
          <w:b/>
        </w:rPr>
        <w:t xml:space="preserve">[33:12] </w:t>
      </w:r>
      <w:r>
        <w:t>challenge ka miracle to kab hota hai? yeh faida aap ko kab milta hai? jab</w:t>
      </w:r>
    </w:p>
    <w:p>
      <w:pPr>
        <w:jc w:val="right"/>
      </w:pPr>
      <w:r>
        <w:t>چیلنج کا میریکل تو کب ہوتا ہے؟ یہ فائدہ آپ کو کب ملتا ہے؟ جب</w:t>
      </w:r>
    </w:p>
    <w:p>
      <w:r>
        <w:rPr>
          <w:b/>
        </w:rPr>
        <w:t xml:space="preserve">[33:19] </w:t>
      </w:r>
      <w:r>
        <w:t>challenge ho to aap negative na ho jayein.</w:t>
      </w:r>
    </w:p>
    <w:p>
      <w:pPr>
        <w:jc w:val="right"/>
      </w:pPr>
      <w:r>
        <w:t>چیلنج ہو تو آپ نیگیٹیو نہ ہو جائیں.</w:t>
      </w:r>
    </w:p>
    <w:p>
      <w:r>
        <w:rPr>
          <w:b/>
        </w:rPr>
        <w:t xml:space="preserve">[33:25] </w:t>
      </w:r>
      <w:r>
        <w:t>aik hi is ka formula hai kyunke negative honge to aap suicide bombing karenge. aaj hi mein ne radio par sun raha tha ke wahan par suicide bombing ki hai inhon ne Afghanistan mein.</w:t>
      </w:r>
    </w:p>
    <w:p>
      <w:pPr>
        <w:jc w:val="right"/>
      </w:pPr>
      <w:r>
        <w:t>ایک ہی اس کا فارمولا ہے کیونکہ نیگیٹیو ہوں گے تو آپ سوسائیڈ بمبنگ کریں گے. آج ہی میں نے ریڈیو پر سن رہا تھا کہ وہاں پر سوسائیڈ بمبنگ کی ہے انہوں نے افغانستان میں.</w:t>
      </w:r>
    </w:p>
    <w:p>
      <w:r>
        <w:rPr>
          <w:b/>
        </w:rPr>
        <w:t xml:space="preserve">[33:39] </w:t>
      </w:r>
      <w:r>
        <w:t>daily hoti rahe, daily hoti rehti hai.</w:t>
      </w:r>
    </w:p>
    <w:p>
      <w:pPr>
        <w:jc w:val="right"/>
      </w:pPr>
      <w:r>
        <w:t>ڈیلی ہوتی رہے، ڈیلی ہوتی رہتی ہے.</w:t>
      </w:r>
    </w:p>
    <w:p>
      <w:r>
        <w:rPr>
          <w:b/>
        </w:rPr>
        <w:t xml:space="preserve">[33:44] </w:t>
      </w:r>
      <w:r>
        <w:t>negative thinking aap ko le aati hai. kaha apne ko maaro, suicide bombing karo. to Christians jo the European ke, unhon ne suicide bombing nahi ki, apne ko nahi maar dala unhon ne.</w:t>
      </w:r>
    </w:p>
    <w:p>
      <w:pPr>
        <w:jc w:val="right"/>
      </w:pPr>
      <w:r>
        <w:t>نیگیٹیو تھنکنگ آپ کو لے آتی ہے. کہا اپنے کو مارو، سوسائیڈ بمبنگ کرو. تو کرسچنز جو تھے یورپین کے، انہوں نے سوسائیڈ بمبنگ نہیں کی، اپنے کو نہیں مار ڈالا انہوں نے.</w:t>
      </w:r>
    </w:p>
    <w:p>
      <w:r>
        <w:rPr>
          <w:b/>
        </w:rPr>
        <w:t xml:space="preserve">[33:59] </w:t>
      </w:r>
      <w:r>
        <w:t>balkeh aik naya, aik aik aik naya zamana paida kiya. to aaj kal usmanon ko jahan bhi dekhiye, negativity ki wajah se sirf apne ko, apne ko khud hi maar rahe</w:t>
      </w:r>
    </w:p>
    <w:p>
      <w:pPr>
        <w:jc w:val="right"/>
      </w:pPr>
      <w:r>
        <w:t>بلکہ ایک نیا، ایک ایک ایک نیا زمانہ پیدا کیا. تو آج کل عثمانوں کو جہاں بھی دیکھیے، نیگیٹیوٹی کی وجہ سے صرف اپنے کو، اپنے کو خود ہی مار رہے</w:t>
      </w:r>
    </w:p>
    <w:p>
      <w:r>
        <w:rPr>
          <w:b/>
        </w:rPr>
        <w:t xml:space="preserve">[34:13] </w:t>
      </w:r>
      <w:r>
        <w:t>hain har jagah. Kashmir mein aur Palestine mein, Afghanistan mein, Iraq mein, Pakistan mein, jahan bhi dekhiye, har jagah apne aap ko maar rahe hain.</w:t>
      </w:r>
    </w:p>
    <w:p>
      <w:pPr>
        <w:jc w:val="right"/>
      </w:pPr>
      <w:r>
        <w:t>ہیں ہر جگہ. کشمیر میں اور فلسطین میں، افغانستان میں، عراق میں، پاکستان میں، جہاں بھی دیکھیے، ہر جگہ اپنے آپ کو مار رہے ہیں.</w:t>
      </w:r>
    </w:p>
    <w:p>
      <w:r>
        <w:rPr>
          <w:b/>
        </w:rPr>
        <w:t xml:space="preserve">[34:27] </w:t>
      </w:r>
      <w:r>
        <w:t>kyun? negative out of negativity. yani jin se unhein shikayat hui, un se bas hate, hate, hate, hate, hate. maaro, maaro, maaro, maaro.</w:t>
      </w:r>
    </w:p>
    <w:p>
      <w:pPr>
        <w:jc w:val="right"/>
      </w:pPr>
      <w:r>
        <w:t>کیوں؟ نیگیٹیو آؤٹ آف نیگیٹیوٹی. یعنی جن سے انہیں شکایت ہوئی، ان سے بس ہیٹ، ہیٹ، ہیٹ، ہیٹ، ہیٹ. مارو، مارو، مارو، مارو.</w:t>
      </w:r>
    </w:p>
    <w:p>
      <w:r>
        <w:rPr>
          <w:b/>
        </w:rPr>
        <w:t xml:space="preserve">[34:35] </w:t>
      </w:r>
      <w:r>
        <w:t>un ko</w:t>
      </w:r>
    </w:p>
    <w:p>
      <w:pPr>
        <w:jc w:val="right"/>
      </w:pPr>
      <w:r>
        <w:t>ان کو</w:t>
      </w:r>
    </w:p>
    <w:p>
      <w:r>
        <w:rPr>
          <w:b/>
        </w:rPr>
        <w:t xml:space="preserve">[34:37] </w:t>
      </w:r>
      <w:r>
        <w:t>yeh nahi socha unhon ne ke apne aap ko aur consolidate karo, apne apne aap ko aur zyada nai hesiyat se aage baṛhao.</w:t>
      </w:r>
    </w:p>
    <w:p>
      <w:pPr>
        <w:jc w:val="right"/>
      </w:pPr>
      <w:r>
        <w:t>یہ نہیں سوچا انہوں نے کہ اپنے آپ کو اور کونسلیڈیٹ کرو، اپنے اپنے آپ کو اور زیادہ نئی حیثیت سے آگے بڑھاؤ.</w:t>
      </w:r>
    </w:p>
    <w:p>
      <w:r>
        <w:rPr>
          <w:b/>
        </w:rPr>
        <w:t xml:space="preserve">[34:51] </w:t>
      </w:r>
      <w:r>
        <w:t>misal ke taur par yani scientific development sochte ho, scientific education sochte ho, Angrez sochte ho.</w:t>
      </w:r>
    </w:p>
    <w:p>
      <w:pPr>
        <w:jc w:val="right"/>
      </w:pPr>
      <w:r>
        <w:t>مثلاً یعنی سائنٹیفک ڈیولپمنٹ سوچتے ہو، سائنٹیفک ایجوکیشن سوچتے ہو، انگریز سوچتے ہو.</w:t>
      </w:r>
    </w:p>
    <w:p>
      <w:r>
        <w:rPr>
          <w:b/>
        </w:rPr>
        <w:t xml:space="preserve">[35:02] </w:t>
      </w:r>
      <w:r>
        <w:t>ab kal mere paas aik TV wale aaye the parson</w:t>
      </w:r>
    </w:p>
    <w:p>
      <w:pPr>
        <w:jc w:val="right"/>
      </w:pPr>
      <w:r>
        <w:t>اب کل میرے پاس ایک ٹی وی والے آئے تھے پرسوں</w:t>
      </w:r>
    </w:p>
    <w:p>
      <w:r>
        <w:rPr>
          <w:b/>
        </w:rPr>
        <w:t xml:space="preserve">[35:07] </w:t>
      </w:r>
      <w:r>
        <w:t>to unhon ne kaha ke philanthropy jo kehte hain, philanthropy yani logon ki logon ki madad karna.</w:t>
      </w:r>
    </w:p>
    <w:p>
      <w:pPr>
        <w:jc w:val="right"/>
      </w:pPr>
      <w:r>
        <w:t>تو انہوں نے کہا کہ فیلینتھریپی جو کہتے ہیں، فیلینتھریپی یعنی لوگوں کی لوگوں کی مدد کرنا.</w:t>
      </w:r>
    </w:p>
    <w:p>
      <w:r>
        <w:rPr>
          <w:b/>
        </w:rPr>
        <w:t xml:space="preserve">[35:16] </w:t>
      </w:r>
      <w:r>
        <w:t>kaha ke musalmanon mein philanthropy ka development nahi hua. yeh kaha unhon ne philanthropy ka development nahi hua jabke aaj hinduo mein, christian mein philanthropy ko bohat hi well angrez mein bhi kiya jata hai.</w:t>
      </w:r>
    </w:p>
    <w:p>
      <w:pPr>
        <w:jc w:val="right"/>
      </w:pPr>
      <w:r>
        <w:t>کہا کہ مس اسلام میں فیلینتھریپی کا ڈیولپمنٹ نہیں ہوا. یہ کہا انہوں نے فیلینتھریپی کا ڈیولپمنٹ نہیں ہوا جبکہ آج ہندوؤں میں، کرسچن میں فیلینتھریپی کو بہت ہی ویل انگریز میں بھی کیا جاتا ہے.</w:t>
      </w:r>
    </w:p>
    <w:p>
      <w:r>
        <w:rPr>
          <w:b/>
        </w:rPr>
        <w:t xml:space="preserve">[35:32] </w:t>
      </w:r>
      <w:r>
        <w:t>to mein ne kaha ke dekhiye yeh mamla islam ka nahi hai, musalmano ka hai.</w:t>
      </w:r>
    </w:p>
    <w:p>
      <w:pPr>
        <w:jc w:val="right"/>
      </w:pPr>
      <w:r>
        <w:t>تو میں نے کہا کہ دیکھیے یہ معاملہ اسلام کا نہیں ہے، مسلمانوں کا ہے.</w:t>
      </w:r>
    </w:p>
    <w:p>
      <w:r>
        <w:rPr>
          <w:b/>
        </w:rPr>
        <w:t xml:space="preserve">[35:37] </w:t>
      </w:r>
      <w:r>
        <w:t>islam mein philanthropy ke liye ek poora ek woh hai teaching hai jo kehte hain muwasat bani adam. watwas bil haqq hai, watwas bil marhamah.</w:t>
      </w:r>
    </w:p>
    <w:p>
      <w:pPr>
        <w:jc w:val="right"/>
      </w:pPr>
      <w:r>
        <w:t>اسلام میں فیلینتھریپی کے لیے ایک پورا ایک وہ ہے ٹیچنگ ہے جو کہتے ہیں مواسات بنی آدم. وتواس بالحق ہے، وتواس بالمرحمہ.</w:t>
      </w:r>
    </w:p>
    <w:p>
      <w:r>
        <w:rPr>
          <w:b/>
        </w:rPr>
        <w:t xml:space="preserve">[35:48] </w:t>
      </w:r>
      <w:r>
        <w:t>watwas bil haqq, marhamah kya hai? yeh philanthropy hai. to do formula diya: watwas bil haqq hai, watwas bil marhamah.</w:t>
      </w:r>
    </w:p>
    <w:p>
      <w:pPr>
        <w:jc w:val="right"/>
      </w:pPr>
      <w:r>
        <w:t>وتواس بالحق، مرحمہ کیا ہے؟ یہ فیلینتھریپی ہے. تو دو فارمولا دیا: وتواس بالحق ہے، وتواس بالمرحمہ.</w:t>
      </w:r>
    </w:p>
    <w:p>
      <w:r>
        <w:rPr>
          <w:b/>
        </w:rPr>
        <w:t xml:space="preserve">[35:59] </w:t>
      </w:r>
      <w:r>
        <w:t>yani khuda ke sath apne mamlon ko theek karna, insan ke sath apne mamlon ko theek karna, insan ke huqooq ada karna.</w:t>
      </w:r>
    </w:p>
    <w:p>
      <w:pPr>
        <w:jc w:val="right"/>
      </w:pPr>
      <w:r>
        <w:t>یعنی خدا کے ساتھ اپنے معاملوں کو ٹھیک کرنا، انسان کے ساتھ اپنے معاملوں کو ٹھیک کرنا، انسان کے حقوق ادا کرنا.</w:t>
      </w:r>
    </w:p>
    <w:p>
      <w:r>
        <w:rPr>
          <w:b/>
        </w:rPr>
        <w:t xml:space="preserve">[36:07] </w:t>
      </w:r>
      <w:r>
        <w:t>watwas bil marhamah jo hai, woh insan ke huqooq ada karna. isi ko hum kehte hain philanthropy. to yeh poori history mein hota raha. is zamane mein jo hai sab jeopardized ho gaya.</w:t>
      </w:r>
    </w:p>
    <w:p>
      <w:pPr>
        <w:jc w:val="right"/>
      </w:pPr>
      <w:r>
        <w:t>وتواس بالمرحمہ جو ہے، وہ انسان کے حقوق ادا کرنا. اسی کو ہم کہتے ہیں فیلینتھریپی. تو یہ پوری ہسٹری میں ہوتا رہا. اس زمانے میں جو ہے سب جیپرڈائز ہو گیا.</w:t>
      </w:r>
    </w:p>
    <w:p>
      <w:r>
        <w:rPr>
          <w:b/>
        </w:rPr>
        <w:t xml:space="preserve">[36:19] </w:t>
      </w:r>
      <w:r>
        <w:t>kyun? yeh hai ek colonial period jab aaya aur musalmano ko kuch un se woh hua. yani kuch un ko complaint hui, kuch un ko nuqsan uthana pada.</w:t>
      </w:r>
    </w:p>
    <w:p>
      <w:pPr>
        <w:jc w:val="right"/>
      </w:pPr>
      <w:r>
        <w:t>کیوں؟ یہ ہے ایک کلونیل پیریڈ جب آیا اور مسلمانوں کو کچھ ان سے وہ ہوا. یعنی کچھ ان کو کمپلینٹ ہوئی، کچھ ان کو نقصان اٹھانا پڑا.</w:t>
      </w:r>
    </w:p>
    <w:p>
      <w:r>
        <w:rPr>
          <w:b/>
        </w:rPr>
        <w:t xml:space="preserve">[36:34] </w:t>
      </w:r>
      <w:r>
        <w:t>to kya hua?</w:t>
      </w:r>
    </w:p>
    <w:p>
      <w:pPr>
        <w:jc w:val="right"/>
      </w:pPr>
      <w:r>
        <w:t>تو کیا ہوا؟</w:t>
      </w:r>
    </w:p>
    <w:p>
      <w:r>
        <w:rPr>
          <w:b/>
        </w:rPr>
        <w:t xml:space="preserve">[36:35] </w:t>
      </w:r>
      <w:r>
        <w:t>bas maro. yani yeh nahi socha kisi ne ke kyun aisa hua ke ke colonial powers jo hain, woh hamare upar chha gayin?</w:t>
      </w:r>
    </w:p>
    <w:p>
      <w:pPr>
        <w:jc w:val="right"/>
      </w:pPr>
      <w:r>
        <w:t>بس مارو. یعنی یہ نہیں سوچا کسی نے کہ کیوں ایسا ہوا کہ کہ کلونیل پاورز جو ہیں، وہ ہمارے اوپر چھا گئیں؟</w:t>
      </w:r>
    </w:p>
    <w:p>
      <w:r>
        <w:rPr>
          <w:b/>
        </w:rPr>
        <w:t xml:space="preserve">[36:46] </w:t>
      </w:r>
      <w:r>
        <w:t>kyun aisa hua? yani apni weakness ko dhoondhte, woh reassess karte.</w:t>
      </w:r>
    </w:p>
    <w:p>
      <w:pPr>
        <w:jc w:val="right"/>
      </w:pPr>
      <w:r>
        <w:t>کیوں ایسا ہوا؟ یعنی اپنی ویکنس کو ڈھونڈتے، وہ ری اسس کرتے.</w:t>
      </w:r>
    </w:p>
    <w:p>
      <w:r>
        <w:rPr>
          <w:b/>
        </w:rPr>
        <w:t xml:space="preserve">[36:55] </w:t>
      </w:r>
      <w:r>
        <w:t>reassessment ka process nahi chalaya unhon ne.</w:t>
      </w:r>
    </w:p>
    <w:p>
      <w:pPr>
        <w:jc w:val="right"/>
      </w:pPr>
      <w:r>
        <w:t>ری اسسمنٹ کا پراسیس نہیں چلایا انہوں نے.</w:t>
      </w:r>
    </w:p>
    <w:p>
      <w:r>
        <w:rPr>
          <w:b/>
        </w:rPr>
        <w:t xml:space="preserve">[37:01] </w:t>
      </w:r>
      <w:r>
        <w:t>balke woh</w:t>
      </w:r>
    </w:p>
    <w:p>
      <w:pPr>
        <w:jc w:val="right"/>
      </w:pPr>
      <w:r>
        <w:t>بلکہ وہ</w:t>
      </w:r>
    </w:p>
    <w:p>
      <w:r>
        <w:rPr>
          <w:b/>
        </w:rPr>
        <w:t xml:space="preserve">[37:04] </w:t>
      </w:r>
      <w:r>
        <w:t>lage ladne. to unhein jo hai, woh nahi ke woh sab jo tha, ja nizam khatam ho gaya aur ab ladai hai, ladai hai.</w:t>
      </w:r>
    </w:p>
    <w:p>
      <w:pPr>
        <w:jc w:val="right"/>
      </w:pPr>
      <w:r>
        <w:t>لگے لڑنے. تو انہیں جو ہے، وہ نہیں کہ وہ سب جو تھا، جا نظام ختم ہو گیا اور اب لڑائی ہے، لڑائی ہے.</w:t>
      </w:r>
    </w:p>
    <w:p>
      <w:r>
        <w:rPr>
          <w:b/>
        </w:rPr>
        <w:t xml:space="preserve">[37:13] </w:t>
      </w:r>
      <w:r>
        <w:t>ab philanthropy koi sochta bhi nahi. dekhein, reassessment jo hai, bohat important cheez hai islam mein. mein aap ko qissa batata hoon.</w:t>
      </w:r>
    </w:p>
    <w:p>
      <w:pPr>
        <w:jc w:val="right"/>
      </w:pPr>
      <w:r>
        <w:t>اب فیلینتھریپی کوئی سوچتا بھی نہیں. دیکھیں، ری اسسمنٹ جو ہے، بہت امپورٹنٹ چیز ہے اسلام میں. میں آپ کو قصہ بتاتا ہوں.</w:t>
      </w:r>
    </w:p>
    <w:p>
      <w:r>
        <w:rPr>
          <w:b/>
        </w:rPr>
        <w:t xml:space="preserve">[37:24] </w:t>
      </w:r>
      <w:r>
        <w:t>rasool Allah salallahu alaihi wasallam ka jo do teen ladaiyan hui hain, woh sab defensive war theen. woh to is mein se ek thi battle of badr.</w:t>
      </w:r>
    </w:p>
    <w:p>
      <w:pPr>
        <w:jc w:val="right"/>
      </w:pPr>
      <w:r>
        <w:t>رسول اللہ صلی اللہ علیہ وسلم کا جو دو تین لڑائیاں ہوئی ہیں، وہ سب ڈیفنسو وار تھیں. وہ تو اس میں سے ایک تھی بیٹل آف بدر.</w:t>
      </w:r>
    </w:p>
    <w:p>
      <w:r>
        <w:rPr>
          <w:b/>
        </w:rPr>
        <w:t xml:space="preserve">[37:35] </w:t>
      </w:r>
      <w:r>
        <w:t>badr jo thi, that that was a defensive war. to is mein ek qissa aata hai kitabon mein ke aap sand par bethe hue the.</w:t>
      </w:r>
    </w:p>
    <w:p>
      <w:pPr>
        <w:jc w:val="right"/>
      </w:pPr>
      <w:r>
        <w:t>بدر جو تھی، دیٹ دیٹ واز ا ڈیفنسو وار. تو اس میں ایک قصہ آتا ہے کتابوں میں کہ آپ سینڈ پر بیٹھے ہوئے تھے.</w:t>
      </w:r>
    </w:p>
    <w:p>
      <w:r>
        <w:rPr>
          <w:b/>
        </w:rPr>
        <w:t xml:space="preserve">[37:43] </w:t>
      </w:r>
      <w:r>
        <w:t>wohan par koi aisa construction to tha nahi, na koi pakki zameen thi. to aage battle field</w:t>
      </w:r>
    </w:p>
    <w:p>
      <w:pPr>
        <w:jc w:val="right"/>
      </w:pPr>
      <w:r>
        <w:t>وہاں پر کوئی ایسا کنسٹرکشن تو تھا نہیں، نہ کوئی پکی زمین تھی. تو آگے بیٹل فیل</w:t>
      </w:r>
    </w:p>
    <w:p>
      <w:r>
        <w:rPr>
          <w:b/>
        </w:rPr>
        <w:t xml:space="preserve">[37:51] </w:t>
      </w:r>
      <w:r>
        <w:t>tha, peechhe aap baithe sand mein bethe hue the. ek areesh tha wahan par. areesh mutalliq chhappar samajh lijiye. to aap sand par kuch aise kar rahe the, lines bana rahe the sand par.</w:t>
      </w:r>
    </w:p>
    <w:p>
      <w:pPr>
        <w:jc w:val="right"/>
      </w:pPr>
      <w:r>
        <w:t>ڈ تھا، پیچھے آپ بیٹھ سینڈ میں بیٹھے ہوئے تھے. ایک عریش تھا وہاں پر. عریش متعلق چھپر سمجھ لیجئے. تو آپ سینڈ پر کچھ ایسے کر رہے تھے، لائنیں بنا رہے تھے سینڈ پر.</w:t>
      </w:r>
    </w:p>
    <w:p>
      <w:r>
        <w:rPr>
          <w:b/>
        </w:rPr>
        <w:t xml:space="preserve">[38:04] </w:t>
      </w:r>
      <w:r>
        <w:t>yeh aata hai kitabon mein. to ek orientalist ne is ko parha to kaha ke the leader of islam was making his next war plan.</w:t>
      </w:r>
    </w:p>
    <w:p>
      <w:pPr>
        <w:jc w:val="right"/>
      </w:pPr>
      <w:r>
        <w:t>یہ آتا ہے کتابوں میں. تو ایک اورینٹلسٹ نے اس کو پڑھا تو کہا کہ دا لیڈر آف اسلام واز میکنگ ہز نیکسٹ وار پلان.</w:t>
      </w:r>
    </w:p>
    <w:p>
      <w:r>
        <w:rPr>
          <w:b/>
        </w:rPr>
        <w:t xml:space="preserve">[38:16] </w:t>
      </w:r>
      <w:r>
        <w:t>dekhein, yeh sirf misunderstanding hai.</w:t>
      </w:r>
    </w:p>
    <w:p>
      <w:pPr>
        <w:jc w:val="right"/>
      </w:pPr>
      <w:r>
        <w:t>دیکھیں، یہ صرف مس انڈرسٹینڈنگ ہے.</w:t>
      </w:r>
    </w:p>
    <w:p>
      <w:r>
        <w:rPr>
          <w:b/>
        </w:rPr>
        <w:t xml:space="preserve">[38:19] </w:t>
      </w:r>
      <w:r>
        <w:t>is aadmi ne history ko jor kar nahi dekha ke is ke baad prophet ne kya kiya. yani battle of badr ke baad prophet ne kya kiya? kya koi attack kiya?</w:t>
      </w:r>
    </w:p>
    <w:p>
      <w:pPr>
        <w:jc w:val="right"/>
      </w:pPr>
      <w:r>
        <w:t>اس آدمی نے ہسٹری کو جوڑ کر نہیں دیکھا کہ اس کے بعد پرافٹ نے کیا کیا. یعنی بیٹل آف بدر کے بعد پرافٹ نے کیا کیا؟ کیا کوئی اٹیک کیا؟</w:t>
      </w:r>
    </w:p>
    <w:p>
      <w:r>
        <w:rPr>
          <w:b/>
        </w:rPr>
        <w:t xml:space="preserve">[38:29] </w:t>
      </w:r>
      <w:r>
        <w:t>nahi. aap ne kya kiya? do bohat hi masterpiece waqiat hain jo batate hain ke the leader of islam was was making his next peace plan.</w:t>
      </w:r>
    </w:p>
    <w:p>
      <w:pPr>
        <w:jc w:val="right"/>
      </w:pPr>
      <w:r>
        <w:t>نہیں. آپ نے کیا کیا؟ دو بہت ہی ماسٹر پیس واقعات ہیں جو بتاتے ہیں کہ دا لیڈر آف اسلام واز واز میکنگ ہز نیکسٹ پیس پلان.</w:t>
      </w:r>
    </w:p>
    <w:p>
      <w:r>
        <w:rPr>
          <w:b/>
        </w:rPr>
        <w:t xml:space="preserve">[38:45] </w:t>
      </w:r>
      <w:r>
        <w:t>us waqt aap soch rahe the ke yeh jo unhon ne hamein challenge diya hai aur hamein battle field mein aana pada hai, kaise hum is ko khatam kar ke peace ke maidan mein aa jayen?</w:t>
      </w:r>
    </w:p>
    <w:p>
      <w:pPr>
        <w:jc w:val="right"/>
      </w:pPr>
      <w:r>
        <w:t>اس وقت آپ سوچ رہے تھے کہ یہ جو انہوں نے ہمیں چیلنج دیا ہے اور ہمیں بیٹل فیلڈ میں آنا پڑا ہے، کیسے ہم اس کو ختم کر کے پیس کے میدان میں آ جائیں؟</w:t>
      </w:r>
    </w:p>
    <w:p>
      <w:r>
        <w:rPr>
          <w:b/>
        </w:rPr>
        <w:t xml:space="preserve">[38:59] </w:t>
      </w:r>
      <w:r>
        <w:t>kya karein? mein aap ko do reference deta hoon. is ke baad inhi logon ne jinhon ne wahan par attack kiya tha aur ziyada bari ginti mein attack kiya</w:t>
      </w:r>
    </w:p>
    <w:p>
      <w:pPr>
        <w:jc w:val="right"/>
      </w:pPr>
      <w:r>
        <w:t>کیا کریں؟ میں آپ کو دو ریفرنس دیتا ہوں. اس کے بعد انہی لوگوں نے جنہوں نے وہاں پر اٹیک کیا تھا اور زیادہ بڑی گنتی میں اٹیک کیا</w:t>
      </w:r>
    </w:p>
    <w:p>
      <w:r>
        <w:rPr>
          <w:b/>
        </w:rPr>
        <w:t xml:space="preserve">[39:14] </w:t>
      </w:r>
      <w:r>
        <w:t>jo kehte hain battle of trench, ghazwa khandaq. yani wahan se barah hazar aadmi ne ab makka se chal kar ke madine par attack karne ke liye chale.</w:t>
      </w:r>
    </w:p>
    <w:p>
      <w:pPr>
        <w:jc w:val="right"/>
      </w:pPr>
      <w:r>
        <w:t>، جو کہتے ہیں بیٹل آف ٹرینچ، غزوہ خندق. یعنی وہاں سے بارہ ہزار آدمی نے اب مکہ سے چل کر کے مدینے پر اٹیک کرنے کے لیے چلے.</w:t>
      </w:r>
    </w:p>
    <w:p>
      <w:r>
        <w:rPr>
          <w:b/>
        </w:rPr>
        <w:t xml:space="preserve">[39:25] </w:t>
      </w:r>
      <w:r>
        <w:t>wahan se hua. aap ke paas yeh intelligence hota tha, pata karte rehte the aap. to jab aap ko pata chala ke wahan se chali aa rahi hai army to aap ne kya kiya?</w:t>
      </w:r>
    </w:p>
    <w:p>
      <w:pPr>
        <w:jc w:val="right"/>
      </w:pPr>
      <w:r>
        <w:t>وہاں سے ہوا. آپ کے پاس یہ انٹیلیجنس ہوتا تھا، پتہ کرتے رہتے تھے آپ. تو جب آپ کو پتہ چلا کہ وہاں سے چلی آ رہی ہے آرمی تو آپ نے کیا کیا؟</w:t>
      </w:r>
    </w:p>
    <w:p>
      <w:r>
        <w:rPr>
          <w:b/>
        </w:rPr>
        <w:t xml:space="preserve">[39:38] </w:t>
      </w:r>
      <w:r>
        <w:t>aap ne apne sathiyon ko ikattha kiya.</w:t>
      </w:r>
    </w:p>
    <w:p>
      <w:pPr>
        <w:jc w:val="right"/>
      </w:pPr>
      <w:r>
        <w:t>آپ نے اپنے ساتھیوں کو اکٹھا کیا.</w:t>
      </w:r>
    </w:p>
    <w:p>
      <w:r>
        <w:rPr>
          <w:b/>
        </w:rPr>
        <w:t xml:space="preserve">[39:41] </w:t>
      </w:r>
      <w:r>
        <w:t>aap ka tareeqa yeh tha ke aap logon ko ikattha karte the aur kehte the: "ashiro ala al-nas! aye logon! mujhe mashwara do, mujhe advice do!" "ashiro ala al-nas!" to logon ko ikattha kar ke aap ne kaha ke mujhe mashwara do ke ab kya karein?</w:t>
      </w:r>
    </w:p>
    <w:p>
      <w:pPr>
        <w:jc w:val="right"/>
      </w:pPr>
      <w:r>
        <w:t>آپ کا طریقہ یہ تھا کہ آپ لوگوں کو اکٹھا کرتے تھے اور کہتے تھے: "اشیرو علی الناس! اے لوگوں! مجھے مشورہ دو، مجھے ایڈوائس دو!" "اشیرو علی الناس!" تو لوگوں کو اکٹھا کر کے آپ نے کہا کہ مجھے مشورہ دو کہ اب کیا کریں؟</w:t>
      </w:r>
    </w:p>
    <w:p>
      <w:r>
        <w:rPr>
          <w:b/>
        </w:rPr>
        <w:t xml:space="preserve">[39:57] </w:t>
      </w:r>
      <w:r>
        <w:t>wo army chali aa rahi hai, hamein ladna nahi hai, koi aur batao. to is mein ek the, ek sahib jo Salman Farsi hi kaha jata hai, un ka naam wo Farsi se aaye the.</w:t>
      </w:r>
    </w:p>
    <w:p>
      <w:pPr>
        <w:jc w:val="right"/>
      </w:pPr>
      <w:r>
        <w:t>وہ آرمی چلی آ رہی ہے، ہمیں لڑنا نہیں ہے، کوئی اور بتاؤ. تو اس میں ایک تھے، ایک صاحب جو سلمان فارس ہی کہا جاتا ہے، ان کا نام وہ فارس سے آئے تھے.</w:t>
      </w:r>
    </w:p>
    <w:p>
      <w:r>
        <w:rPr>
          <w:b/>
        </w:rPr>
        <w:t xml:space="preserve">[40:11] </w:t>
      </w:r>
      <w:r>
        <w:t>to unhone kaha ke hum ne dekha hai Farsi mein, yani Iran mein, jab wahan ke jo king log hain, jab ladai ko avoid karna chahte hain, avoid to wo trench khodte hain, khandaq.</w:t>
      </w:r>
    </w:p>
    <w:p>
      <w:pPr>
        <w:jc w:val="right"/>
      </w:pPr>
      <w:r>
        <w:t>تو انہوں نے کہا کہ ہم نے دیکھا ہے فارس میں، یعنی ایران میں، جب وہاں کے جو کنگ لوگ ہیں، جب لڑائی کو اوائڈ کرنا چاہتے ہیں، اوائڈ تو وہ ٹرینچ کھودتے ہیں، خندق.</w:t>
      </w:r>
    </w:p>
    <w:p>
      <w:r>
        <w:rPr>
          <w:b/>
        </w:rPr>
        <w:t xml:space="preserve">[40:25] </w:t>
      </w:r>
      <w:r>
        <w:t>to aap ne kaha: "yeh to bohat achha</w:t>
      </w:r>
    </w:p>
    <w:p>
      <w:pPr>
        <w:jc w:val="right"/>
      </w:pPr>
      <w:r>
        <w:t>تو آپ نے کہا: "یہ تو بہت اچھ</w:t>
      </w:r>
    </w:p>
    <w:p>
      <w:r>
        <w:rPr>
          <w:b/>
        </w:rPr>
        <w:t xml:space="preserve">[40:26] </w:t>
      </w:r>
      <w:r>
        <w:t>hai!" to dekhiye, madina jo tha, madina aisa tha ke teen taraf se wo wo aisa tha, accessible nahi tha.</w:t>
      </w:r>
    </w:p>
    <w:p>
      <w:pPr>
        <w:jc w:val="right"/>
      </w:pPr>
      <w:r>
        <w:t>ا ہے!" تو دیکھیے، مدینہ جو تھا، مدینہ ایسا تھا کہ تین طرف سے وہ وہ ایسا تھا، ایکسیسیبل نہیں تھا.</w:t>
      </w:r>
    </w:p>
    <w:p>
      <w:r>
        <w:rPr>
          <w:b/>
        </w:rPr>
        <w:t xml:space="preserve">[40:34] </w:t>
      </w:r>
      <w:r>
        <w:t>wo kyunke ek taraf pahad tha, do taraf ghane bagh the, khajoor ke. khajoor ke ghane bagh door door tak the.</w:t>
      </w:r>
    </w:p>
    <w:p>
      <w:pPr>
        <w:jc w:val="right"/>
      </w:pPr>
      <w:r>
        <w:t>وہ کیونکہ ایک طرف پہاڑ تھا، دو طرف گھنے باغ تھے، کھجور کے. کھجور کے گھنے باغ دور دور تک تھے.</w:t>
      </w:r>
    </w:p>
    <w:p>
      <w:r>
        <w:rPr>
          <w:b/>
        </w:rPr>
        <w:t xml:space="preserve">[40:47] </w:t>
      </w:r>
      <w:r>
        <w:t>to teen taraf se accessible nahi tha madina. ek taraf se tha. to aap ne ek taraf jo hai wo trench khod di.</w:t>
      </w:r>
    </w:p>
    <w:p>
      <w:pPr>
        <w:jc w:val="right"/>
      </w:pPr>
      <w:r>
        <w:t>تو تین طرف سے ایکسیسیبل نہیں تھا مدینہ. ایک طرف سے تھا. تو آپ نے ایک طرف جو ہے وہ ٹرینچ کھود دی.</w:t>
      </w:r>
    </w:p>
    <w:p>
      <w:r>
        <w:rPr>
          <w:b/>
        </w:rPr>
        <w:t xml:space="preserve">[40:56] </w:t>
      </w:r>
      <w:r>
        <w:t>idhar to natural defence maujood tha, kuch karna nahi tha. yeh tha trench ka matlab kya hai? buffer apne aur enemy ke beech mein buffer khada kar dena.</w:t>
      </w:r>
    </w:p>
    <w:p>
      <w:pPr>
        <w:jc w:val="right"/>
      </w:pPr>
      <w:r>
        <w:t>ادھر تو نیچرل ڈیفنس موجود تھا، کچھ کرنا نہیں تھا. یہ تھا ٹرینچ کا مطلب کیا ہے؟ بفر اپنے اور اینمی کے بیچ میں بفر کھڑا کر دینا.</w:t>
      </w:r>
    </w:p>
    <w:p>
      <w:r>
        <w:rPr>
          <w:b/>
        </w:rPr>
        <w:t xml:space="preserve">[41:08] </w:t>
      </w:r>
      <w:r>
        <w:t>that was a buffer.</w:t>
      </w:r>
    </w:p>
    <w:p>
      <w:pPr>
        <w:jc w:val="right"/>
      </w:pPr>
      <w:r>
        <w:t>دیٹ واز ا بفر.</w:t>
      </w:r>
    </w:p>
    <w:p>
      <w:r>
        <w:rPr>
          <w:b/>
        </w:rPr>
        <w:t xml:space="preserve">[41:13] </w:t>
      </w:r>
      <w:r>
        <w:t>to aap ne raat din, raat din ek kar ke wo trench khod diya. ab jo wo log pahunche, pehle aap ko pata karte rehte the.</w:t>
      </w:r>
    </w:p>
    <w:p>
      <w:pPr>
        <w:jc w:val="right"/>
      </w:pPr>
      <w:r>
        <w:t>تو آپ نے رات دن، رات دن ایک کر کے وہ ٹرینچ کھود دیا. اب جو وہ لوگ پہنچے، پہلے آپ کو پتہ کرتے رہتے تھے.</w:t>
      </w:r>
    </w:p>
    <w:p>
      <w:r>
        <w:rPr>
          <w:b/>
        </w:rPr>
        <w:t xml:space="preserve">[41:23] </w:t>
      </w:r>
      <w:r>
        <w:t>aap ko pata hoga tha ke army chali aa rahi hai, chali aa rahi hai, chali</w:t>
      </w:r>
    </w:p>
    <w:p>
      <w:pPr>
        <w:jc w:val="right"/>
      </w:pPr>
      <w:r>
        <w:t>آپ کو پتہ ہوگا تھا کہ آرمی چلی آ رہی ہے، چلی آ رہی ہے، چلی</w:t>
      </w:r>
    </w:p>
    <w:p>
      <w:r>
        <w:rPr>
          <w:b/>
        </w:rPr>
        <w:t xml:space="preserve">[41:26] </w:t>
      </w:r>
      <w:r>
        <w:t>aa rahi hai. to koi hawa jahaz bhi aate nahi the, wo direct ke onton se aate the. wo log to time lagta tha. to jab wo log pahunche to yahan par buffer ban chuka tha, yani trench.</w:t>
      </w:r>
    </w:p>
    <w:p>
      <w:pPr>
        <w:jc w:val="right"/>
      </w:pPr>
      <w:r>
        <w:t>آ رہی ہے. تو کوئی ہوا جہاز بھی آتے نہیں تھے، وہ ڈائریکٹ کے اونٹوں سے آتے تھے. وہ لوگ تو ٹائم لگتا تھا. تو جب وہ لوگ پہنچے تو یہاں پر بفر بن چکا تھا، یعنی ٹرینچ.</w:t>
      </w:r>
    </w:p>
    <w:p>
      <w:r>
        <w:rPr>
          <w:b/>
        </w:rPr>
        <w:t xml:space="preserve">[41:40] </w:t>
      </w:r>
      <w:r>
        <w:t>to is zamane mein helicopter bhi nahi the. to wo pandrah din tak ya bees din tak wahan thehre rahe aur koi samajh mein nahi aaya unhone kya karein.</w:t>
      </w:r>
    </w:p>
    <w:p>
      <w:pPr>
        <w:jc w:val="right"/>
      </w:pPr>
      <w:r>
        <w:t>تو اس زمانے میں ہیلی کاپٹر بھی نہیں تھے. تو وہ پندرہ دن تک یا بیس دن تک وہاں ٹھہرے رہے اور کوئی سمجھ میں نہیں آیا انہوں نے کیا کریں.</w:t>
      </w:r>
    </w:p>
    <w:p>
      <w:r>
        <w:rPr>
          <w:b/>
        </w:rPr>
        <w:t xml:space="preserve">[41:50] </w:t>
      </w:r>
      <w:r>
        <w:t>phir loot gaye. wo that was principle of avoidance.</w:t>
      </w:r>
    </w:p>
    <w:p>
      <w:pPr>
        <w:jc w:val="right"/>
      </w:pPr>
      <w:r>
        <w:t>پھر لوٹ گئے. وہ دیٹ واز پرنسپل آف اوائیڈنس.</w:t>
      </w:r>
    </w:p>
    <w:p>
      <w:r>
        <w:rPr>
          <w:b/>
        </w:rPr>
        <w:t xml:space="preserve">[41:56] </w:t>
      </w:r>
      <w:r>
        <w:t>to wahan par jo aap ko attack kiya unhone aur defensive war ladni pari aap ko. to wahan par at that time he was making his next peace plan.</w:t>
      </w:r>
    </w:p>
    <w:p>
      <w:pPr>
        <w:jc w:val="right"/>
      </w:pPr>
      <w:r>
        <w:t>تو وہاں پر جو آپ کو اٹیک کیا انہوں نے اور ڈیفنسی وار لڑنی پڑی آپ کو. تو وہاں پر ایٹ دیٹ ٹائم ہی واز میکنگ ہز نیکسٹ پیس پلان.</w:t>
      </w:r>
    </w:p>
    <w:p>
      <w:r>
        <w:rPr>
          <w:b/>
        </w:rPr>
        <w:t xml:space="preserve">[42:07] </w:t>
      </w:r>
      <w:r>
        <w:t>to wo peace plan ka ek kya tha? apne aur enemy ke beech mein buffer bana dena. buffer,</w:t>
      </w:r>
    </w:p>
    <w:p>
      <w:pPr>
        <w:jc w:val="right"/>
      </w:pPr>
      <w:r>
        <w:t>تو وہ پیس پلان کا ایک کیا تھا؟ اپنے اور اینمی کے بیچ میں بفر بنا دینا. بفر،</w:t>
      </w:r>
    </w:p>
    <w:p>
      <w:r>
        <w:rPr>
          <w:b/>
        </w:rPr>
        <w:t xml:space="preserve">[42:17] </w:t>
      </w:r>
      <w:r>
        <w:t>buffer bana dena.</w:t>
      </w:r>
    </w:p>
    <w:p>
      <w:pPr>
        <w:jc w:val="right"/>
      </w:pPr>
      <w:r>
        <w:t>بفر بنا دینا.</w:t>
      </w:r>
    </w:p>
    <w:p>
      <w:r>
        <w:rPr>
          <w:b/>
        </w:rPr>
        <w:t xml:space="preserve">[42:20] </w:t>
      </w:r>
      <w:r>
        <w:t>ek misaal yeh hai: buffer bana kar ke aap ne avoid kiya ladai ko, takrao ko, jang ko.</w:t>
      </w:r>
    </w:p>
    <w:p>
      <w:pPr>
        <w:jc w:val="right"/>
      </w:pPr>
      <w:r>
        <w:t>ایک مثال یہ ہے: بفر بنا کر کے آپ نے اوائڈ کیا لڑائی کو، ٹکراؤ کو، جنگ کو.</w:t>
      </w:r>
    </w:p>
    <w:p>
      <w:r>
        <w:rPr>
          <w:b/>
        </w:rPr>
        <w:t xml:space="preserve">[42:31] </w:t>
      </w:r>
      <w:r>
        <w:t>buffer bana kar ke. to wahan jo aap line bana rahe the, wo to aap so aadmi sochta hai jab to aise hi kuch karta hai. to aap soch rahe the, soch rahe the, soch rahe the.</w:t>
      </w:r>
    </w:p>
    <w:p>
      <w:pPr>
        <w:jc w:val="right"/>
      </w:pPr>
      <w:r>
        <w:t>بفر بنا کر کے. تو وہاں جو آپ لائن بنا رہے تھے، وہ تو آپ سو آدمی سوچتا ہے جب تو ایسے ہی کچھ کرتا ہے. تو آپ سوچ رہے تھے، سوچ رہے تھے، سوچ رہے تھے.</w:t>
      </w:r>
    </w:p>
    <w:p>
      <w:r>
        <w:rPr>
          <w:b/>
        </w:rPr>
        <w:t xml:space="preserve">[42:42] </w:t>
      </w:r>
      <w:r>
        <w:t>to socho, socho, socho, koi rasta niklega. kisi ne kaha hai.</w:t>
      </w:r>
    </w:p>
    <w:p>
      <w:pPr>
        <w:jc w:val="right"/>
      </w:pPr>
      <w:r>
        <w:t>تو سوچو، سوچو، سوچو، کوئی راستہ نکلے گا. کسی نے کہا ہے.</w:t>
      </w:r>
    </w:p>
    <w:p>
      <w:r>
        <w:rPr>
          <w:b/>
        </w:rPr>
        <w:t xml:space="preserve">[42:48] </w:t>
      </w:r>
      <w:r>
        <w:t>to at that moment prophet of Islam was making his next peace plan. to is ka ek proof hai battle of trench.</w:t>
      </w:r>
    </w:p>
    <w:p>
      <w:pPr>
        <w:jc w:val="right"/>
      </w:pPr>
      <w:r>
        <w:t>تو ایٹ دیٹ مومنٹ پرافٹ آف اسلام واز میکنگ ہز نیکسٹ پیس پلان. تو اس کا ایک پروف ہے بیٹل آف ٹرینچ.</w:t>
      </w:r>
    </w:p>
    <w:p>
      <w:r>
        <w:rPr>
          <w:b/>
        </w:rPr>
        <w:t xml:space="preserve">[43:00] </w:t>
      </w:r>
      <w:r>
        <w:t>wo battle to nahi thi, wo tha defence of trench. to doosra lijiye, phir bohat thi situation create hui ladai ki jis ko Hudaybiyyah kehte hain.</w:t>
      </w:r>
    </w:p>
    <w:p>
      <w:pPr>
        <w:jc w:val="right"/>
      </w:pPr>
      <w:r>
        <w:t>وہ بیٹل تو نہیں تھی، وہ تھا ڈیفنس آف ٹرینچ. تو دوسرا لیجئے، پھر بہت تھی سچوئیشن کریٹ ہوئی لڑائی کی جس کو حدیبیہ کہتے ہیں.</w:t>
      </w:r>
    </w:p>
    <w:p>
      <w:r>
        <w:rPr>
          <w:b/>
        </w:rPr>
        <w:t xml:space="preserve">[43:15] </w:t>
      </w:r>
      <w:r>
        <w:t>hudaybiyah ke</w:t>
      </w:r>
    </w:p>
    <w:p>
      <w:pPr>
        <w:jc w:val="right"/>
      </w:pPr>
      <w:r>
        <w:t>حدیبیہ کے</w:t>
      </w:r>
    </w:p>
    <w:p>
      <w:r>
        <w:rPr>
          <w:b/>
        </w:rPr>
        <w:t xml:space="preserve">[43:18] </w:t>
      </w:r>
      <w:r>
        <w:t>to idhar se woh log thay, idhar se aap log thay. aur woh challenge de rahay thay ke bas ab ab to larai honi hai. to wahan par trench khodnay ka to to moqa nahi tha.</w:t>
      </w:r>
    </w:p>
    <w:p>
      <w:pPr>
        <w:jc w:val="right"/>
      </w:pPr>
      <w:r>
        <w:t>تو ادھر سے وہ لوگ تھے، ادھر سے آپ لوگ تھے. اور وہ چیلنج دے رہے تھے کہ بس اب اب تو لڑائی ہونی ہے. تو وہاں پر ٹرینچ کھودنے کا تو تو موقع نہیں تھا.</w:t>
      </w:r>
    </w:p>
    <w:p>
      <w:r>
        <w:rPr>
          <w:b/>
        </w:rPr>
        <w:t xml:space="preserve">[43:30] </w:t>
      </w:r>
      <w:r>
        <w:t>aap trench nahi khod saktay thay. to aap ne kiya kiya? yani lateral condition par aap ne agreement kar liya.</w:t>
      </w:r>
    </w:p>
    <w:p>
      <w:pPr>
        <w:jc w:val="right"/>
      </w:pPr>
      <w:r>
        <w:t>آپ ٹرینچ نہیں کھود سکتے تھے. تو آپ نے کیا کیا؟ یعنی لیٹرل کنڈیشن پر آپ نے ایگریمنٹ کر لیا.</w:t>
      </w:r>
    </w:p>
    <w:p>
      <w:r>
        <w:rPr>
          <w:b/>
        </w:rPr>
        <w:t xml:space="preserve">[43:40] </w:t>
      </w:r>
      <w:r>
        <w:t>yeh bohat hi anokhi qissa hai jo detail ke sath aap parh saktay hain kitabon mein.</w:t>
      </w:r>
    </w:p>
    <w:p>
      <w:pPr>
        <w:jc w:val="right"/>
      </w:pPr>
      <w:r>
        <w:t>یہ بہت ہی انوکھی قصہ ہے جو ڈیٹیل کے ساتھ آپ پڑھ سکتے ہیں کتابوں میں.</w:t>
      </w:r>
    </w:p>
    <w:p>
      <w:r>
        <w:rPr>
          <w:b/>
        </w:rPr>
        <w:t xml:space="preserve">[43:48] </w:t>
      </w:r>
      <w:r>
        <w:t>aap ne negotiation shuru kiya aur koi do haftay tak woh chala. unhon ne kaha ke hum hamari hi condition pe hogi to hogi, nahi to nahi.</w:t>
      </w:r>
    </w:p>
    <w:p>
      <w:pPr>
        <w:jc w:val="right"/>
      </w:pPr>
      <w:r>
        <w:t>آپ نے نیگوشی ایشن شروع کیا اور کوئی دو ہفتے تک وہ چلا. انہوں نے کہا کہ ہم ہماری ہی کنڈیشن پہ ہوگی تو ہوگی، نہیں تو نہیں.</w:t>
      </w:r>
    </w:p>
    <w:p>
      <w:r>
        <w:rPr>
          <w:b/>
        </w:rPr>
        <w:t xml:space="preserve">[43:58] </w:t>
      </w:r>
      <w:r>
        <w:t>ya to larai ya hamari condition par agreement. woh peace agreement. hudaybiyah agreement was a peace agreement, a no war pact.</w:t>
      </w:r>
    </w:p>
    <w:p>
      <w:pPr>
        <w:jc w:val="right"/>
      </w:pPr>
      <w:r>
        <w:t>یا تو لڑائی یا ہماری کنڈیشن پر ایگریمنٹ. وہ پیس ایگریمنٹ. حدیبیہ ایگریمنٹ واز ا پیس ایگریمنٹ، ا نو وار پیکٹ.</w:t>
      </w:r>
    </w:p>
    <w:p>
      <w:r>
        <w:rPr>
          <w:b/>
        </w:rPr>
        <w:t xml:space="preserve">[44:12] </w:t>
      </w:r>
      <w:r>
        <w:t>to unhon ne jo situation create ki, woh situation mein do hi option reh gaya tha: ya to laro ya unhi condition par agreement kar ke wapas chalay jao.</w:t>
      </w:r>
    </w:p>
    <w:p>
      <w:pPr>
        <w:jc w:val="right"/>
      </w:pPr>
      <w:r>
        <w:t>تو انہوں نے جو سچوئیشن کریٹ کی، وہ سچوئیشن میں دو ہی آپشن رہ گیا تھا: یا تو لڑو یا انہی کنڈیشن پر ایگریمنٹ کر کے واپس چلے جاؤ.</w:t>
      </w:r>
    </w:p>
    <w:p>
      <w:r>
        <w:rPr>
          <w:b/>
        </w:rPr>
        <w:t xml:space="preserve">[44:25] </w:t>
      </w:r>
      <w:r>
        <w:t>ab aap dekhiye ke aap ne kiya kiya? aap ke sath jo log thay, woh bohat hi zabardast larnay walay log thay. woh agar aap larnay ka choice letay to sab larnay kharay ho jatay thay.</w:t>
      </w:r>
    </w:p>
    <w:p>
      <w:pPr>
        <w:jc w:val="right"/>
      </w:pPr>
      <w:r>
        <w:t>اب آپ دیکھیے کہ آپ نے کیا کیا؟ آپ کے ساتھ جو لوگ تھے، وہ بہت ہی زبردست لڑنے والے لوگ تھے. وہ اگر آپ لڑنے کا چوائس لیتے تو سب لڑنے کھڑے ہو جاتے تھے.</w:t>
      </w:r>
    </w:p>
    <w:p>
      <w:r>
        <w:rPr>
          <w:b/>
        </w:rPr>
        <w:t xml:space="preserve">[44:38] </w:t>
      </w:r>
      <w:r>
        <w:t>lekan aap ne larai ka choice nahi liya.</w:t>
      </w:r>
    </w:p>
    <w:p>
      <w:pPr>
        <w:jc w:val="right"/>
      </w:pPr>
      <w:r>
        <w:t>لیکن آپ نے لڑائی کا چوائس نہیں لیا.</w:t>
      </w:r>
    </w:p>
    <w:p>
      <w:r>
        <w:rPr>
          <w:b/>
        </w:rPr>
        <w:t xml:space="preserve">[44:41] </w:t>
      </w:r>
      <w:r>
        <w:t>aap ne kaha ke theek hai, tumhari condition par hum</w:t>
      </w:r>
    </w:p>
    <w:p>
      <w:pPr>
        <w:jc w:val="right"/>
      </w:pPr>
      <w:r>
        <w:t>آپ نے کہا کہ ٹھیک ہے، تمہاری کنڈیشن پر ہم</w:t>
      </w:r>
    </w:p>
    <w:p>
      <w:r>
        <w:rPr>
          <w:b/>
        </w:rPr>
        <w:t xml:space="preserve">[44:48] </w:t>
      </w:r>
      <w:r>
        <w:t>woh kar letay hain, peace agreement kar letay hain. aap yahan tak aap is mein gaye, itnay haan tak gaye, yahan tak kahan gaya?</w:t>
      </w:r>
    </w:p>
    <w:p>
      <w:pPr>
        <w:jc w:val="right"/>
      </w:pPr>
      <w:r>
        <w:t>وہ کر لیتے ہیں، پیس ایگریمنٹ کر لیتے ہیں. آپ یہاں تک آپ اس میں گئے، اتنے ہاں تک گئے، یہاں تک کہاں گیا؟</w:t>
      </w:r>
    </w:p>
    <w:p>
      <w:r>
        <w:rPr>
          <w:b/>
        </w:rPr>
        <w:t xml:space="preserve">[44:56] </w:t>
      </w:r>
      <w:r>
        <w:t>yahan tak reset kiya aap ne,</w:t>
      </w:r>
    </w:p>
    <w:p>
      <w:pPr>
        <w:jc w:val="right"/>
      </w:pPr>
      <w:r>
        <w:t>یہاں تک ریسیٹ کیا آپ نے،</w:t>
      </w:r>
    </w:p>
    <w:p>
      <w:r>
        <w:rPr>
          <w:b/>
        </w:rPr>
        <w:t xml:space="preserve">[44:58] </w:t>
      </w:r>
      <w:r>
        <w:t>yahan tak reset kiya ke jab woh likha ja raha tha, aik paper pe likha gaya, woh to is mein likha gaya tha unka naam, yani jo other party thi, uska jo leader tha,</w:t>
      </w:r>
    </w:p>
    <w:p>
      <w:pPr>
        <w:jc w:val="right"/>
      </w:pPr>
      <w:r>
        <w:t>یہاں تک ریسیٹ کیا کہ جب وہ لکھا جا رہا تھا، ایک پیپر پہ لکھا گیا، وہ تو اس میں لکھا گیا تھا ان کا نام، یعنی جو ادر پارٹی تھی، اس کا جو لیڈر تھا،</w:t>
      </w:r>
    </w:p>
    <w:p>
      <w:r>
        <w:rPr>
          <w:b/>
        </w:rPr>
        <w:t xml:space="preserve">[45:15] </w:t>
      </w:r>
      <w:r>
        <w:t>idhar se likha gaya Rasool Allah ka naam. to is mein likha gaya tha ke Muhammad Muhammad Rasool Allah, yeh likha gaya tha aap ka naam</w:t>
      </w:r>
    </w:p>
    <w:p>
      <w:pPr>
        <w:jc w:val="right"/>
      </w:pPr>
      <w:r>
        <w:t>ادھر سے لکھا گیا رسول اللہ کا نام. تو اس میں لکھا گیا تھا کہ محمد محمد رسول اللہ، یہ لکھا گیا تھا آپ کا نام</w:t>
      </w:r>
    </w:p>
    <w:p>
      <w:r>
        <w:rPr>
          <w:b/>
        </w:rPr>
        <w:t xml:space="preserve">[45:24] </w:t>
      </w:r>
      <w:r>
        <w:t>. to unhon ne ab objection kiya: hum aap ko Rasool mantay hi nahi. to likha ja chuka tha, woh unhon ne kaha ke aap ko mitana paray ga, likhna paray ga ke Muhammad bin Abdullah,</w:t>
      </w:r>
    </w:p>
    <w:p>
      <w:pPr>
        <w:jc w:val="right"/>
      </w:pPr>
      <w:r>
        <w:t>. تو انہوں نے اب ابجیکشن کیا: ہم آپ کو رسول مانتے ہی نہیں. تو لکھا جا چکا تھا، وہ انہوں نے کہا کہ آپ کو مٹانا پڑے گا، لکھنا پڑے گا کہ محمد بن عبداللہ،</w:t>
      </w:r>
    </w:p>
    <w:p>
      <w:r>
        <w:rPr>
          <w:b/>
        </w:rPr>
        <w:t xml:space="preserve">[45:41] </w:t>
      </w:r>
      <w:r>
        <w:t>Muhammad dasan Abdullah, Muhammad de prophet ko aap ko mitana paray ga. to wahan par aata hai ke Ali ibn Abi Talib jo thay, woh likh rahay thay, woh</w:t>
      </w:r>
    </w:p>
    <w:p>
      <w:pPr>
        <w:jc w:val="right"/>
      </w:pPr>
      <w:r>
        <w:t>محمد دساں عبداللہ، محمد دے پرافٹ کو آپ کو مٹانا پڑے گا. تو وہاں پر آتا ہے کہ علی ابن ابی طالب جو تھے، وہ لکھ رہے تھے، وہ</w:t>
      </w:r>
    </w:p>
    <w:p>
      <w:r>
        <w:rPr>
          <w:b/>
        </w:rPr>
        <w:t xml:space="preserve">[45:54] </w:t>
      </w:r>
      <w:r>
        <w:t>yani jo jo jo jo deal banai ja rahi thi, us ko woh likh rahay thay. to Rasool Allah ne kaha ke us ko mita do Ali se. to unhon ne kaha: bhai, main to nahi mita sakta, main kaisay mitau?</w:t>
      </w:r>
    </w:p>
    <w:p>
      <w:pPr>
        <w:jc w:val="right"/>
      </w:pPr>
      <w:r>
        <w:t>یعنی جو جو جو جو ڈیل بنائی جا رہی تھی، اس کو وہ لکھ رہے تھے. تو رسول اللہ نے کہا کہ اس کو مٹا دو علی سے. تو انہوں نے کہا: بھئی، میں تو نہیں مٹا سکتا، میں کیسے مٹاؤں؟</w:t>
      </w:r>
    </w:p>
    <w:p>
      <w:r>
        <w:rPr>
          <w:b/>
        </w:rPr>
        <w:t xml:space="preserve">[46:07] </w:t>
      </w:r>
      <w:r>
        <w:t>jab main likh gaya Rasool Allah to us ko mitau kaisay? main</w:t>
      </w:r>
    </w:p>
    <w:p>
      <w:pPr>
        <w:jc w:val="right"/>
      </w:pPr>
      <w:r>
        <w:t>جب میں لکھ گیا رسول اللہ تو اس کو مٹاؤں کیسے؟ میں</w:t>
      </w:r>
    </w:p>
    <w:p>
      <w:r>
        <w:rPr>
          <w:b/>
        </w:rPr>
        <w:t xml:space="preserve">[46:13] </w:t>
      </w:r>
      <w:r>
        <w:t>to Rasool Allah ne kaha ke nahi, mita do. yeh kehtay hain ke mita do. to Ali ibn Talib ki himmat nahi pari ke mitanay ki.</w:t>
      </w:r>
    </w:p>
    <w:p>
      <w:pPr>
        <w:jc w:val="right"/>
      </w:pPr>
      <w:r>
        <w:t>تو رسول اللہ نے کہا کہ نہیں، مٹا دو. یہ کہتے ہیں کہ مٹا دو. تو علی ابن طالب کی ہمت نہیں پڑی کہ مٹانے کی.</w:t>
      </w:r>
    </w:p>
    <w:p>
      <w:r>
        <w:rPr>
          <w:b/>
        </w:rPr>
        <w:t xml:space="preserve">[46:19] </w:t>
      </w:r>
      <w:r>
        <w:t>to aap ne khud apnay hath se mitaya, apnay hath se, aur kaha ke likho: aap Muhammad bin Abdullah.</w:t>
      </w:r>
    </w:p>
    <w:p>
      <w:pPr>
        <w:jc w:val="right"/>
      </w:pPr>
      <w:r>
        <w:t>تو آپ نے خود اپنے ہاتھ سے مٹایا، اپنے ہاتھ سے، اور کہا کہ لکھو: آپ محمد بن عبداللہ.</w:t>
      </w:r>
    </w:p>
    <w:p>
      <w:r>
        <w:rPr>
          <w:b/>
        </w:rPr>
        <w:t xml:space="preserve">[46:31] </w:t>
      </w:r>
      <w:r>
        <w:t>ab ghor kijiye ke aap ki jo asal, jo asal, jo aap ki yani jo position thi, woh thi itni ke aap prophet of God hain.</w:t>
      </w:r>
    </w:p>
    <w:p>
      <w:pPr>
        <w:jc w:val="right"/>
      </w:pPr>
      <w:r>
        <w:t>اب غور کیجئے کہ آپ کی جو اصل، جو اصل، جو آپ کی یعنی جو پوزیشن تھی، وہ تھی اتنی کہ آپ پرافٹ آف گاڈ ہیں.</w:t>
      </w:r>
    </w:p>
    <w:p>
      <w:r>
        <w:rPr>
          <w:b/>
        </w:rPr>
        <w:t xml:space="preserve">[46:43] </w:t>
      </w:r>
      <w:r>
        <w:t>yeh nahi to kuch bhi nahi. phir to agar</w:t>
      </w:r>
    </w:p>
    <w:p>
      <w:pPr>
        <w:jc w:val="right"/>
      </w:pPr>
      <w:r>
        <w:t>یہ نہیں تو کچھ بھی نہیں. پھر تو اگر</w:t>
      </w:r>
    </w:p>
    <w:p>
      <w:r>
        <w:rPr>
          <w:b/>
        </w:rPr>
        <w:t xml:space="preserve">[46:46] </w:t>
      </w:r>
      <w:r>
        <w:t>aap prophet of God na hon to sari kahani khatam. phir to sari kahani khatam.</w:t>
      </w:r>
    </w:p>
    <w:p>
      <w:pPr>
        <w:jc w:val="right"/>
      </w:pPr>
      <w:r>
        <w:t>آپ پرافٹ آف گاڈ نہ ہوں تو ساری کہانی ختم. پھر تو ساری کہانی ختم.</w:t>
      </w:r>
    </w:p>
    <w:p>
      <w:r>
        <w:rPr>
          <w:b/>
        </w:rPr>
        <w:t xml:space="preserve">[46:56] </w:t>
      </w:r>
      <w:r>
        <w:t>lekan aap ne woh bhi mita diya. kyun? yahan par dekhen, bohat bari baat hai. yeh prophetic vision ko samjhiye.</w:t>
      </w:r>
    </w:p>
    <w:p>
      <w:pPr>
        <w:jc w:val="right"/>
      </w:pPr>
      <w:r>
        <w:t>لیکن آپ نے وہ بھی مٹا دیا. کیوں؟ یہاں پر دیکھیں، بہت بڑی بات ہے. یہ پرافٹک ویژن کو سمجھئے.</w:t>
      </w:r>
    </w:p>
    <w:p>
      <w:r>
        <w:rPr>
          <w:b/>
        </w:rPr>
        <w:t xml:space="preserve">[47:08] </w:t>
      </w:r>
      <w:r>
        <w:t>prophetic vision, prophetic vision ko samjhiye. aap ne kyun</w:t>
      </w:r>
    </w:p>
    <w:p>
      <w:pPr>
        <w:jc w:val="right"/>
      </w:pPr>
      <w:r>
        <w:t>پرافٹک ویژن، پرافٹک ویژن کو سمجھئے. آپ نے کیوں</w:t>
      </w:r>
    </w:p>
    <w:p>
      <w:r>
        <w:rPr>
          <w:b/>
        </w:rPr>
        <w:t xml:space="preserve">[47:14] </w:t>
      </w:r>
      <w:r>
        <w:t>mitaya? agar sach poochhiye, aap ko ab phir apne profithood ko khatm karna hota to zahir hai ke aap kabhi khatm na karte. phir to Khuda aap ko pakadta.</w:t>
      </w:r>
    </w:p>
    <w:p>
      <w:pPr>
        <w:jc w:val="right"/>
      </w:pPr>
      <w:r>
        <w:t>مٹایا؟ اگر سچ پوچھیے، آپ کو اب پھر اپنے پرافٹ ہڈ کو ختم کرنا ہوتا تو ظاہر ہے کہ آپ کبھی ختم نہ کرتے. پھر تو خدا آپ کو پکڑتا.</w:t>
      </w:r>
    </w:p>
    <w:p>
      <w:r>
        <w:rPr>
          <w:b/>
        </w:rPr>
        <w:t xml:space="preserve">[47:24] </w:t>
      </w:r>
      <w:r>
        <w:t>to tum ne kya right tha ke tum ne khatm kar liya? phir Khuda kehta hai ke jab maine tum ko banaya tha prophet, tum dekho khud hi khud kaise is ko khatm kar liya.</w:t>
      </w:r>
    </w:p>
    <w:p>
      <w:pPr>
        <w:jc w:val="right"/>
      </w:pPr>
      <w:r>
        <w:t>تو تم نے کیا رائٹ تھا کہ تم نے ختم کر لیا؟ پھر خدا کہتا ہے کہ جب میں نے تم کو بنایا تھا پرافٹ، تم دیکھو خود ہی خود کیسے اس کو ختم کر لیا.</w:t>
      </w:r>
    </w:p>
    <w:p>
      <w:r>
        <w:rPr>
          <w:b/>
        </w:rPr>
        <w:t xml:space="preserve">[47:36] </w:t>
      </w:r>
      <w:r>
        <w:t>phir to bohat bari pakad hoti hai in ki.</w:t>
      </w:r>
    </w:p>
    <w:p>
      <w:pPr>
        <w:jc w:val="right"/>
      </w:pPr>
      <w:r>
        <w:t>پھر تو بہت بڑی پکڑ ہوتی ہے ان کی.</w:t>
      </w:r>
    </w:p>
    <w:p>
      <w:r>
        <w:rPr>
          <w:b/>
        </w:rPr>
        <w:t xml:space="preserve">[47:40] </w:t>
      </w:r>
      <w:r>
        <w:t>to yahan par jo maine socha, wo ye samajh mein aaya mere ke ye tha muamla prophetic vision ka.</w:t>
      </w:r>
    </w:p>
    <w:p>
      <w:pPr>
        <w:jc w:val="right"/>
      </w:pPr>
      <w:r>
        <w:t>تو یہاں پر جو میں نے سوچا، وہ یہ سمجھ میں آیا میرے کہ یہ تھا معاملہ پرافٹک ویژن کا.</w:t>
      </w:r>
    </w:p>
    <w:p>
      <w:r>
        <w:rPr>
          <w:b/>
        </w:rPr>
        <w:t xml:space="preserve">[47:51] </w:t>
      </w:r>
      <w:r>
        <w:t>muamla tha profetic vision. aap ne kya socha?</w:t>
      </w:r>
    </w:p>
    <w:p>
      <w:pPr>
        <w:jc w:val="right"/>
      </w:pPr>
      <w:r>
        <w:t>معاملہ تھا پرافٹک ویژن. آپ نے کیا سوچا؟</w:t>
      </w:r>
    </w:p>
    <w:p>
      <w:r>
        <w:rPr>
          <w:b/>
        </w:rPr>
        <w:t xml:space="preserve">[48:00] </w:t>
      </w:r>
      <w:r>
        <w:t>aap ne ye socha ke "they can erase it from paper, but they cannot erase it from the history."</w:t>
      </w:r>
    </w:p>
    <w:p>
      <w:pPr>
        <w:jc w:val="right"/>
      </w:pPr>
      <w:r>
        <w:t>آپ نے یہ سوچا کہ "دے کین ایریس اٹ فرام پیپر، بٹ دے کین ناٹ ایریس اٹ فرام دا ہسٹری."</w:t>
      </w:r>
    </w:p>
    <w:p>
      <w:r>
        <w:rPr>
          <w:b/>
        </w:rPr>
        <w:t xml:space="preserve">[48:13] </w:t>
      </w:r>
      <w:r>
        <w:t>wo paper pe mita sakte hain, wo history se mita nahin sakte. wo</w:t>
      </w:r>
    </w:p>
    <w:p>
      <w:pPr>
        <w:jc w:val="right"/>
      </w:pPr>
      <w:r>
        <w:t>وہ پیپر پہ مٹا سکتے ہیں، وہ ہسٹری سے مٹا نہیں سکتے. وہ</w:t>
      </w:r>
    </w:p>
    <w:p>
      <w:r>
        <w:rPr>
          <w:b/>
        </w:rPr>
        <w:t xml:space="preserve">[48:20] </w:t>
      </w:r>
      <w:r>
        <w:t>wo history se nahin mita sakte. yaani history mein main Muhammad Rasool Allah banne wala hoon, wo to ho kar rahe ga.</w:t>
      </w:r>
    </w:p>
    <w:p>
      <w:pPr>
        <w:jc w:val="right"/>
      </w:pPr>
      <w:r>
        <w:t>وہ ہسٹری سے نہیں مٹا سکتے. یعنی ہسٹری میں میں محمد رسول اللہ بننے والا ہوں، وہ تو ہو کر رہے گا.</w:t>
      </w:r>
    </w:p>
    <w:p>
      <w:r>
        <w:rPr>
          <w:b/>
        </w:rPr>
        <w:t xml:space="preserve">[48:34] </w:t>
      </w:r>
      <w:r>
        <w:t>to aap ke dil mein agar ye yaqeen aaya, ye profetic vision jo tha aap ka, future oriented jo thinking aap ki thi,</w:t>
      </w:r>
    </w:p>
    <w:p>
      <w:pPr>
        <w:jc w:val="right"/>
      </w:pPr>
      <w:r>
        <w:t>تو آپ کے دل میں اگر یہ یقین آیا، یہ پرافٹک ویژن جو تھا آپ کا، فیوچر اورینٹڈ جو تھنکنگ آپ کی تھی،</w:t>
      </w:r>
    </w:p>
    <w:p>
      <w:r>
        <w:rPr>
          <w:b/>
        </w:rPr>
        <w:t xml:space="preserve">[48:46] </w:t>
      </w:r>
      <w:r>
        <w:t>to wo mere naam ko paper se mita sakte hain. main history se thori bata sakte hain. wo history se batana un ke bas mein nahin hai.</w:t>
      </w:r>
    </w:p>
    <w:p>
      <w:pPr>
        <w:jc w:val="right"/>
      </w:pPr>
      <w:r>
        <w:t>تو وہ میرے نام کو پیپر سے مٹا سکتے ہیں. میں ہسٹری سے تھوڑی بتا سکتے ہیں. وہ ہسٹری سے بتانا ان کے بس میں نہیں ہے.</w:t>
      </w:r>
    </w:p>
    <w:p>
      <w:r>
        <w:rPr>
          <w:b/>
        </w:rPr>
        <w:t xml:space="preserve">[48:56] </w:t>
      </w:r>
      <w:r>
        <w:t>history ke apne laws hain, history ke apne qanoon hain. history ko Khuda control karta hai. history ko Khuda control karta hai.</w:t>
      </w:r>
    </w:p>
    <w:p>
      <w:pPr>
        <w:jc w:val="right"/>
      </w:pPr>
      <w:r>
        <w:t>ہسٹری کے اپنے لاز ہیں، ہسٹری کے اپنے قانون ہیں. ہسٹری کو خدا کنٹرول کرتا ہے. ہسٹری کو خدا کنٹرول کرتا ہے.</w:t>
      </w:r>
    </w:p>
    <w:p>
      <w:r>
        <w:rPr>
          <w:b/>
        </w:rPr>
        <w:t xml:space="preserve">[49:10] </w:t>
      </w:r>
      <w:r>
        <w:t>ye to aaj zinda hain, kal mar jayen ge. ye jo jin ke hath mein ye paper hai, wo aaj zinda hain, kal mar jayen ge. lekin history jo hai, wo to Khuda God Almighty hi use control karta hai.</w:t>
      </w:r>
    </w:p>
    <w:p>
      <w:pPr>
        <w:jc w:val="right"/>
      </w:pPr>
      <w:r>
        <w:t>یہ تو آج زندہ ہیں، کل مر جائیں گے. یہ جو جن کے ہاتھ میں یہ پیپر ہے، وہ آج زندہ ہیں، کل مر جائیں گے. لیکن ہسٹری جو ہے، وہ تو خدا گاڈ المائٹ ہی اسے کنٹرول کرتا ہے.</w:t>
      </w:r>
    </w:p>
    <w:p>
      <w:r>
        <w:rPr>
          <w:b/>
        </w:rPr>
        <w:t xml:space="preserve">[49:27] </w:t>
      </w:r>
      <w:r>
        <w:t>to ye kitni bari aap ne di hai soch ke jahan muamla ho paper ka aur history ka, to to paper printen do.</w:t>
      </w:r>
    </w:p>
    <w:p>
      <w:pPr>
        <w:jc w:val="right"/>
      </w:pPr>
      <w:r>
        <w:t>تو یہ کتنی بڑی آپ نے دی ہے سوچ کہ جہاں معاملہ ہو پیپر کا اور ہسٹری کا، تو تو پیپر پرنٹیں دو.</w:t>
      </w:r>
    </w:p>
    <w:p>
      <w:r>
        <w:rPr>
          <w:b/>
        </w:rPr>
        <w:t xml:space="preserve">[49:41] </w:t>
      </w:r>
      <w:r>
        <w:t>history mein to phir bhi rahe ga.</w:t>
      </w:r>
    </w:p>
    <w:p>
      <w:pPr>
        <w:jc w:val="right"/>
      </w:pPr>
      <w:r>
        <w:t>ہسٹری میں تو پھر بھی رہے گا.</w:t>
      </w:r>
    </w:p>
    <w:p>
      <w:r>
        <w:rPr>
          <w:b/>
        </w:rPr>
        <w:t xml:space="preserve">[49:46] </w:t>
      </w:r>
      <w:r>
        <w:t>is ko main kehta hoon ke ye hai tiger character.</w:t>
      </w:r>
    </w:p>
    <w:p>
      <w:pPr>
        <w:jc w:val="right"/>
      </w:pPr>
      <w:r>
        <w:t>اس کو میں کہتا ہوں کہ یہ ہے ٹائیگر کریکٹر.</w:t>
      </w:r>
    </w:p>
    <w:p>
      <w:r>
        <w:rPr>
          <w:b/>
        </w:rPr>
        <w:t xml:space="preserve">[49:52] </w:t>
      </w:r>
      <w:r>
        <w:t>dekhen, yahan par ek baat mujhe yaad aayi, main aap se is ko bhi share karna chahta hoon ke America mein ek documentary banayi gayi thi.</w:t>
      </w:r>
    </w:p>
    <w:p>
      <w:pPr>
        <w:jc w:val="right"/>
      </w:pPr>
      <w:r>
        <w:t>دیکھیں، یہاں پر ایک بات مجھے یاد آئی، میں آپ سے اس کو بھی شیئر کرنا چاہتا ہوں کہ امریکہ میں ایک ڈاکومنٹری بنائی گئی تھی.</w:t>
      </w:r>
    </w:p>
    <w:p>
      <w:r>
        <w:rPr>
          <w:b/>
        </w:rPr>
        <w:t xml:space="preserve">[50:02] </w:t>
      </w:r>
      <w:r>
        <w:t>teen saal tak unhon ne study ki tiger ki, us ke us ke natural habitat mein, janglon mein, Africa mein. aap jante hain ke dunya mein ab tiger ya to zoo mein hain ya Africa ke kuch janglon mein hain.</w:t>
      </w:r>
    </w:p>
    <w:p>
      <w:pPr>
        <w:jc w:val="right"/>
      </w:pPr>
      <w:r>
        <w:t>تین سال تک انہوں نے اسٹڈی کی ٹائیگر کی، اس کے اس کے نیچرل ہیبیٹیٹ میں، جنگل میں، افریقہ میں. آپ جانتے ہیں کہ دنیا میں اب ٹائیگر یا تو زو میں ہیں یا افریقہ کے کچھ جنگلوں میں ہیں.</w:t>
      </w:r>
    </w:p>
    <w:p>
      <w:r>
        <w:rPr>
          <w:b/>
        </w:rPr>
        <w:t xml:space="preserve">[50:18] </w:t>
      </w:r>
      <w:r>
        <w:t>pehle to har jagah hote the.</w:t>
      </w:r>
    </w:p>
    <w:p>
      <w:pPr>
        <w:jc w:val="right"/>
      </w:pPr>
      <w:r>
        <w:t>پہلے تو ہر جگہ ہوتے تھے.</w:t>
      </w:r>
    </w:p>
    <w:p>
      <w:r>
        <w:rPr>
          <w:b/>
        </w:rPr>
        <w:t xml:space="preserve">[50:21] </w:t>
      </w:r>
      <w:r>
        <w:t>to un ke natural habitat mein teen saal tak un ki study ki gayi aur camera lagaye gaye aur modern jo machine hain, modern jo technique hai, us se un ka poori documentary tayyar ki gayi.</w:t>
      </w:r>
    </w:p>
    <w:p>
      <w:pPr>
        <w:jc w:val="right"/>
      </w:pPr>
      <w:r>
        <w:t>تو ان کے نیچرل ہیبیٹیٹ میں تین سال تک ان کی اسٹڈی کی گئی اور کیمرے لگائے گئے اور ماڈرن جو مشینیں ہیں، ماڈرن جو ٹیکنیک ہے، اس سے ان کا پوری ڈاکومنٹری تیار کی گئی.</w:t>
      </w:r>
    </w:p>
    <w:p>
      <w:r>
        <w:rPr>
          <w:b/>
        </w:rPr>
        <w:t xml:space="preserve">[50:36] </w:t>
      </w:r>
      <w:r>
        <w:t>yaani real real life jo hai, real life tiger ki real life, wo koi wo nahin tha. wo yaani koi banawati kahani nahin thi, wo real life tiger</w:t>
      </w:r>
    </w:p>
    <w:p>
      <w:pPr>
        <w:jc w:val="right"/>
      </w:pPr>
      <w:r>
        <w:t>یعنی ریئل ریئل لائف جو ہے، ریئل لائف ٹائیگر کی ریئل لائف، وہ کوئی وہ نہیں تھا. وہ یعنی کوئی بناوٹی کہانی نہیں تھی، وہ ریئل لائف ٹائیگر</w:t>
      </w:r>
    </w:p>
    <w:p>
      <w:r>
        <w:rPr>
          <w:b/>
        </w:rPr>
        <w:t xml:space="preserve">[50:47] </w:t>
      </w:r>
      <w:r>
        <w:t>ki. is mein bohat anokhe anokhe scene the, anokhe anokhe scene the. is mein ek scene ye tha ke tiger jo hai, aata hai ek apna ek ek shikar le kar ke, shayad goat ya aisi kuch cheez, koi cheez thi,</w:t>
      </w:r>
    </w:p>
    <w:p>
      <w:pPr>
        <w:jc w:val="right"/>
      </w:pPr>
      <w:r>
        <w:t>کی. اس میں بہت انوکھے انوکھے سین تھے، انوکھے انوکھے سین تھے. اس میں ایک سین یہ تھا کہ ٹائیگر جو ہے، آتا ہے ایک اپنا ایک ایک شکار لے کر کے، شاید گوٹ یا ایسی کچھ چیز، کوئی چیز تھی،</w:t>
      </w:r>
    </w:p>
    <w:p>
      <w:r>
        <w:rPr>
          <w:b/>
        </w:rPr>
        <w:t xml:space="preserve">[51:04] </w:t>
      </w:r>
      <w:r>
        <w:t>aisa bara sa janwar, to munh mein daba kar ke lata hai. wo to ye tiger bohat hi strong, bohat hi powerful hai, bohat hi energetic hota hai, bohat taqat is mein hoti hai.</w:t>
      </w:r>
    </w:p>
    <w:p>
      <w:pPr>
        <w:jc w:val="right"/>
      </w:pPr>
      <w:r>
        <w:t>ایسا بڑا سا جانور، تو منہ میں دبا کر کے لاتا ہے. وہ تو یہ ٹائیگر بہت ہی سٹرانگ، بہت ہی پاور فل ہے، بہت ہی انرجیٹک ہوتا ہے، بہت طاقت اس میں ہوتی ہے.</w:t>
      </w:r>
    </w:p>
    <w:p>
      <w:r>
        <w:rPr>
          <w:b/>
        </w:rPr>
        <w:t xml:space="preserve">[51:18] </w:t>
      </w:r>
      <w:r>
        <w:t>yaani agar aap ko bhi dekhen to ek poori bhains ko munh se pakad kar chale ga, is gardan jheke gi nahin. poori poori bhains ko shikar kar ke le ke chal raha hoga, aise oonche sir ke sath jaye ga.</w:t>
      </w:r>
    </w:p>
    <w:p>
      <w:pPr>
        <w:jc w:val="right"/>
      </w:pPr>
      <w:r>
        <w:t>یعنی اگر آپ کو بھی دیکھیں تو ایک پوری بھینس کو منہ سے پکڑ کر چلے گا، اس گردن جھکے گی نہیں. پوری پوری بھینس کو شکار کر کے لے کے چل رہا ہوگا، ایسے اونچے سر کے ساتھ جائے گا.</w:t>
      </w:r>
    </w:p>
    <w:p>
      <w:r>
        <w:rPr>
          <w:b/>
        </w:rPr>
        <w:t xml:space="preserve">[51:29] </w:t>
      </w:r>
      <w:r>
        <w:t>itna is ke andar taqat hoti hai. to khair, wo apna shikar le ke aaya. to tiger jo hote hain, wo aap jante hain ke meat khate hain.</w:t>
      </w:r>
    </w:p>
    <w:p>
      <w:pPr>
        <w:jc w:val="right"/>
      </w:pPr>
      <w:r>
        <w:t>اتنا اس کے اندر طاقت ہوتی ہے. تو خیر، وہ اپنا شکار لے کے آیا. تو ٹائیگر جو ہوتے ہیں، وہ آپ جانتے ہیں کہ میٹ کھاتے ہیں.</w:t>
      </w:r>
    </w:p>
    <w:p>
      <w:r>
        <w:rPr>
          <w:b/>
        </w:rPr>
        <w:t xml:space="preserve">[51:39] </w:t>
      </w:r>
      <w:r>
        <w:t>meat khane ke baad un ko bohat un ko piyas lagti hai, pani chahiye un ko. meat khane ke baad un ko pani chahiye,</w:t>
      </w:r>
    </w:p>
    <w:p>
      <w:pPr>
        <w:jc w:val="right"/>
      </w:pPr>
      <w:r>
        <w:t>میٹ کھانے کے بعد ان کو بہت ان کو پیاس لگتی ہے، پانی چاہیے ان کو. میٹ کھانے کے بعد ان کو پانی چاہیے،</w:t>
      </w:r>
    </w:p>
    <w:p>
      <w:r>
        <w:rPr>
          <w:b/>
        </w:rPr>
        <w:t xml:space="preserve">[51:48] </w:t>
      </w:r>
      <w:r>
        <w:t>is liye hamesha woh pani ke kinare khate hain. woh abhi abhi khayein to phir pani mil jaye un ko. to woh le aya wahan par pani, aik aik tha woh talab jaisa,</w:t>
      </w:r>
    </w:p>
    <w:p>
      <w:pPr>
        <w:jc w:val="right"/>
      </w:pPr>
      <w:r>
        <w:t>اس لیے ہمیشہ وہ پانی کے کنارے کھاتے ہیں. وہ ابھی ابھی کھائیں تو پھر پانی مل جائے ان کو. تو وہ لے آیا وہاں پر پانی، ایک ایک تھا وہ تالاب جیسا،</w:t>
      </w:r>
    </w:p>
    <w:p>
      <w:r>
        <w:rPr>
          <w:b/>
        </w:rPr>
        <w:t xml:space="preserve">[52:03] </w:t>
      </w:r>
      <w:r>
        <w:t>to is ke kinare rakha us ne is victim ko. aur kisi aur kaam se kuch der ke liye wahan se hat ke chala gaya woh.</w:t>
      </w:r>
    </w:p>
    <w:p>
      <w:pPr>
        <w:jc w:val="right"/>
      </w:pPr>
      <w:r>
        <w:t>تو اس کے کنارے رکھا اس نے اس وکٹم کو. اور کسی اور کام سے کچھ دیر کے لیے وہاں سے ہٹ کے چلا گیا وہ.</w:t>
      </w:r>
    </w:p>
    <w:p>
      <w:r>
        <w:rPr>
          <w:b/>
        </w:rPr>
        <w:t xml:space="preserve">[52:15] </w:t>
      </w:r>
      <w:r>
        <w:t>aur thori der ke baad phir aya to us jo tank tha, woh jo talab tha, us mein hotey they woh magarmach, jo crocodile jis ko kehte hain.</w:t>
      </w:r>
    </w:p>
    <w:p>
      <w:pPr>
        <w:jc w:val="right"/>
      </w:pPr>
      <w:r>
        <w:t>اور تھوڑی دیر کے بعد پھر آیا تو اس جو ٹینک تھا، وہ جو تالاب تھا، اس میں ہوتے تھے وہ مگرمچھ، جو کروکڈائل جس کو کہتے ہیں.</w:t>
      </w:r>
    </w:p>
    <w:p>
      <w:r>
        <w:rPr>
          <w:b/>
        </w:rPr>
        <w:t xml:space="preserve">[52:26] </w:t>
      </w:r>
      <w:r>
        <w:t>crocodile to crocodile lambey lambey in ke munh hotey hain, aap jante hain, aap ne zoo mein dekha hoga.</w:t>
      </w:r>
    </w:p>
    <w:p>
      <w:pPr>
        <w:jc w:val="right"/>
      </w:pPr>
      <w:r>
        <w:t>کروکڈائل تو کروکڈائل لمبے لمبے ان کے منہ ہوتے ہیں، آپ جانتے ہیں، آپ نے زو میں دیکھا ہوگا.</w:t>
      </w:r>
    </w:p>
    <w:p>
      <w:r>
        <w:rPr>
          <w:b/>
        </w:rPr>
        <w:t xml:space="preserve">[52:34] </w:t>
      </w:r>
      <w:r>
        <w:t>to crocodile jo hai, is ka tareeqa hai ke is ka jo is ka jo body hai, pani mein rehta hai aur munh ooper aisa nikla rehta hai. to jaise tiger idhar gaya, woh crocodile pani mein, kyunke woh log soongh kar jante hain cheezon ko, soongh kar ke.</w:t>
      </w:r>
    </w:p>
    <w:p>
      <w:pPr>
        <w:jc w:val="right"/>
      </w:pPr>
      <w:r>
        <w:t>تو کروکڈائل جو ہے، اس کا طریقہ ہے کہ اس کا جو اس کا جو باڈی ہے، پانی میں رہتا ہے اور منہ اوپر ایسا نکلا رہتا ہے. تو جیسے ٹائیگر ادھر گیا، وہ کروکڈائل پانی میں، کیونکہ وہ لوگ سونگھ کر جانتے ہیں چیزوں کو، سونگھ کر کے.</w:t>
      </w:r>
    </w:p>
    <w:p>
      <w:r>
        <w:rPr>
          <w:b/>
        </w:rPr>
        <w:t xml:space="preserve">[52:52] </w:t>
      </w:r>
      <w:r>
        <w:t>ab woh tiger ka bhi aik food hai, woh crocodile ka bhi food hai, woh to woh aisey ata hai, apna munh nikale hue aur koshish tak pohanchta hai is ke kinare pani aur us ko pakadta hai.</w:t>
      </w:r>
    </w:p>
    <w:p>
      <w:pPr>
        <w:jc w:val="right"/>
      </w:pPr>
      <w:r>
        <w:t>اب وہ ٹائیگر کا بھی ایک فوڈ ہے، وہ کروکڈائل کا بھی فوڈ ہے، وہ تو وہ ایسے آتا ہے، اپنا منہ نکالے ہوئے اور کوشش تک پہنچتا ہے اس کے کنارے پانی اور اس کو پکڑتا ہے.</w:t>
      </w:r>
    </w:p>
    <w:p>
      <w:r>
        <w:rPr>
          <w:b/>
        </w:rPr>
        <w:t xml:space="preserve">[53:07] </w:t>
      </w:r>
      <w:r>
        <w:t>aisey yeh tareeqa hai crocodile ka. aur us waqt peechay khinchna shuru kiya us ne. itney mein tiger aa jata hai. tiger itney mein aa jata hai, abhi is ka shikar dikhai de raha hai,</w:t>
      </w:r>
    </w:p>
    <w:p>
      <w:pPr>
        <w:jc w:val="right"/>
      </w:pPr>
      <w:r>
        <w:t>ایسے یہ طریقہ ہے کروکڈائل کا. اور اس وقت پیچھے کھینچنا شروع کیا اس نے. اتنے میں ٹائیگر آ جاتا ہے. ٹائیگر اتنے میں آ جاتا ہے، ابھی اس کا شکار دکھائی دے رہا ہے،</w:t>
      </w:r>
    </w:p>
    <w:p>
      <w:r>
        <w:rPr>
          <w:b/>
        </w:rPr>
        <w:t xml:space="preserve">[53:23] </w:t>
      </w:r>
      <w:r>
        <w:t>abhi pani ke bohat deep water mein nahi gaya hai. aur tiger to aap jante hain ke bohat zabardast qism ka tairne wala janwar hota hai, woh bohat anokha janwar hai.</w:t>
      </w:r>
    </w:p>
    <w:p>
      <w:pPr>
        <w:jc w:val="right"/>
      </w:pPr>
      <w:r>
        <w:t>ابھی پانی کے بہت ڈیپ واٹر میں نہیں گیا ہے. اور ٹائیگر تو آپ جانتے ہیں کہ بہت زبردست قسم کا تیرنے والا جانور ہوتا ہے، وہ بہت انوکھا جانور ہے.</w:t>
      </w:r>
    </w:p>
    <w:p>
      <w:r>
        <w:rPr>
          <w:b/>
        </w:rPr>
        <w:t xml:space="preserve">[53:34] </w:t>
      </w:r>
      <w:r>
        <w:t>tiger to sahib, woh woh jo hai</w:t>
      </w:r>
    </w:p>
    <w:p>
      <w:pPr>
        <w:jc w:val="right"/>
      </w:pPr>
      <w:r>
        <w:t>ٹائیگر تو صاحب، وہ وہ جو ہے</w:t>
      </w:r>
    </w:p>
    <w:p>
      <w:r>
        <w:rPr>
          <w:b/>
        </w:rPr>
        <w:t xml:space="preserve">[53:41] </w:t>
      </w:r>
      <w:r>
        <w:t>crocodile le kar ja raha hai dheere dheere dheere dheere pani mein aur yahan par aa kar khara ho gaya. khara ho kar sirf dekh raha hai, bas woh tiger jo hai sirf dekh raha hai.</w:t>
      </w:r>
    </w:p>
    <w:p>
      <w:pPr>
        <w:jc w:val="right"/>
      </w:pPr>
      <w:r>
        <w:t>کروکڈائل لے کر جا رہا ہے دھیرے دھیرے دھیرے دھیرے پانی میں اور یہاں پر آ کر کھڑا ہو گیا. کھڑا ہو کر صرف دیکھ رہا ہے، بس وہ ٹائیگر جو ہے صرف دیکھ رہا ہے.</w:t>
      </w:r>
    </w:p>
    <w:p>
      <w:r>
        <w:rPr>
          <w:b/>
        </w:rPr>
        <w:t xml:space="preserve">[53:52] </w:t>
      </w:r>
      <w:r>
        <w:t>woh jo jo bohat sab guraj kar bolte hain, jo dhartay hain, woh bhi nahi kiya us ne, bola bhi nahi. woh zameen pe paon pataktay hain tiger, woh bhi nahi kiya us ne.</w:t>
      </w:r>
    </w:p>
    <w:p>
      <w:pPr>
        <w:jc w:val="right"/>
      </w:pPr>
      <w:r>
        <w:t>وہ جو جو بہت سب گرج کر بولتے ہیں، جو دھاڑتے ہیں، وہ بھی نہیں کیا اس نے، بولا بھی نہیں. وہ زمین پہ پاؤں پٹکتے ہیں ٹائیگر، وہ بھی نہیں کیا اس نے.</w:t>
      </w:r>
    </w:p>
    <w:p>
      <w:r>
        <w:rPr>
          <w:b/>
        </w:rPr>
        <w:t xml:space="preserve">[54:05] </w:t>
      </w:r>
      <w:r>
        <w:t>woh kood kar ke ja kar cheen sakta tha, woh tiger abhi kar sakta tha, kooday ja kar cheen kar le aao phir dobara.</w:t>
      </w:r>
    </w:p>
    <w:p>
      <w:pPr>
        <w:jc w:val="right"/>
      </w:pPr>
      <w:r>
        <w:t>وہ کود کر کے جا کر چھین سکتا تھا، وہ ٹائیگر ابھی کر سکتا تھا، کودے جا کر چھین کر لے آوے پھر دوبارہ.</w:t>
      </w:r>
    </w:p>
    <w:p>
      <w:r>
        <w:rPr>
          <w:b/>
        </w:rPr>
        <w:t xml:space="preserve">[54:13] </w:t>
      </w:r>
      <w:r>
        <w:t>to na woh chalaya, na us ne paon patka aur na yeh kiya ke kooday pani mein kood ke ja kar cheen ke le aao phir dobara.</w:t>
      </w:r>
    </w:p>
    <w:p>
      <w:pPr>
        <w:jc w:val="right"/>
      </w:pPr>
      <w:r>
        <w:t>تو نہ وہ چلایا، نہ اس نے پاؤں پٹکا اور نہ یہ کیا کہ کودے پانی میں کود کے جا کر چھین کے لے آوے دوبارہ.</w:t>
      </w:r>
    </w:p>
    <w:p>
      <w:r>
        <w:rPr>
          <w:b/>
        </w:rPr>
        <w:t xml:space="preserve">[54:25] </w:t>
      </w:r>
      <w:r>
        <w:t>aisey hi khara dekhta raha. yeh hai tiger character.</w:t>
      </w:r>
    </w:p>
    <w:p>
      <w:pPr>
        <w:jc w:val="right"/>
      </w:pPr>
      <w:r>
        <w:t>ایسے ہی کھڑا دیکھتا رہا. یہ ہے ٹائیگر کریکٹر.</w:t>
      </w:r>
    </w:p>
    <w:p>
      <w:r>
        <w:rPr>
          <w:b/>
        </w:rPr>
        <w:t xml:space="preserve">[54:32] </w:t>
      </w:r>
      <w:r>
        <w:t>aik jhooti kahani mashhoor hai ke sultan tipu jo thay, angrezon se lad gaye. army thi nahi un ke paas, bohat kam thi.</w:t>
      </w:r>
    </w:p>
    <w:p>
      <w:pPr>
        <w:jc w:val="right"/>
      </w:pPr>
      <w:r>
        <w:t>ایک جھوٹی کہانی مشہور ہے کہ سلطان ٹیپو جو تھے، انگریزوں سے لڑ گئے. آرمی تھی نہیں ان کے پاس، بہت کم تھی.</w:t>
      </w:r>
    </w:p>
    <w:p>
      <w:r>
        <w:rPr>
          <w:b/>
        </w:rPr>
        <w:t xml:space="preserve">[54:42] </w:t>
      </w:r>
      <w:r>
        <w:t>to kisi ne kaha ke bhai aap itni bari army angrezon ki hai, aap lad rahe hain, kaise jeetenge aap? to unhon ne kaha ke main janta hoon ke main nahi jeetoon ga, matlab mara jaon ga main.</w:t>
      </w:r>
    </w:p>
    <w:p>
      <w:pPr>
        <w:jc w:val="right"/>
      </w:pPr>
      <w:r>
        <w:t>تو کسی نے کہا کہ بھئی آپ اتنی بڑی آرمی انگریزوں کی ہے، آپ لڑ رہے ہیں، کیسے جیتیں گے آپ؟ تو انہوں نے کہا کہ میں جانتا ہوں کہ میں نہیں جیتوں گا، مطلب مارا جاؤں گا میں.</w:t>
      </w:r>
    </w:p>
    <w:p>
      <w:r>
        <w:rPr>
          <w:b/>
        </w:rPr>
        <w:t xml:space="preserve">[54:55] </w:t>
      </w:r>
      <w:r>
        <w:t>to is par unhon ne kaha tha ke ke tiger ki aik din ki zindagi geedar ki so din ki zindagi hai, hazar din ki zindagi achi</w:t>
      </w:r>
    </w:p>
    <w:p>
      <w:pPr>
        <w:jc w:val="right"/>
      </w:pPr>
      <w:r>
        <w:t>تو اس پر انہوں نے کہا تھا کہ کہ ٹائیگر کی ایک دن کی زندگی گیدڑ کی سو دن کی زندگی ہے، ہزار دن کی زندگی اچھی</w:t>
      </w:r>
    </w:p>
    <w:p>
      <w:r>
        <w:rPr>
          <w:b/>
        </w:rPr>
        <w:t xml:space="preserve">[55:05] </w:t>
      </w:r>
      <w:r>
        <w:t>hai. matlab main agar na laroon, na larr kar ke so saal zinda rahoon to woh woh woh geedar ki zindagi hai.</w:t>
      </w:r>
    </w:p>
    <w:p>
      <w:pPr>
        <w:jc w:val="right"/>
      </w:pPr>
      <w:r>
        <w:t>ہے. مطلب میں اگر نہ لڑوں، نہ لڑ کر کے سو سال زندہ رہوں تو وہ وہ وہ وہ گیدڑ کی زندگی ہے.</w:t>
      </w:r>
    </w:p>
    <w:p>
      <w:r>
        <w:rPr>
          <w:b/>
        </w:rPr>
        <w:t xml:space="preserve">[55:16] </w:t>
      </w:r>
      <w:r>
        <w:t>larr kar ke mar jaon ga to yeh tiger ki zindagi hai. yeh bilkul aik aik false false foot mein jee rahey they. woh</w:t>
      </w:r>
    </w:p>
    <w:p>
      <w:pPr>
        <w:jc w:val="right"/>
      </w:pPr>
      <w:r>
        <w:t>لڑ کر کے مر جاؤں گا تو یہ ٹائیگر کی زندگی ہے. یہ بالکل ایک ایک فالس فالس فوٹ میں جی رہے تھے. وہ</w:t>
      </w:r>
    </w:p>
    <w:p>
      <w:r>
        <w:rPr>
          <w:b/>
        </w:rPr>
        <w:t xml:space="preserve">[55:25] </w:t>
      </w:r>
      <w:r>
        <w:t>sultan tipu aik false foot mein jee rahey they. aur poori poori poetry aap dekhiye, poori poori jo poetry hai, woh sab mein debate karte hain tiger ko isi tarah se.</w:t>
      </w:r>
    </w:p>
    <w:p>
      <w:pPr>
        <w:jc w:val="right"/>
      </w:pPr>
      <w:r>
        <w:t>سلطان ٹیپو ایک فالس فوٹ میں جی رہے تھے. اور پوری پوری پوئٹری آپ دیکھیے، پوری پوری جو پوئٹری ہے، وہ سب میں ڈیبیٹ کرتے ہیں ٹائیگر کو اسی طرح سے.</w:t>
      </w:r>
    </w:p>
    <w:p>
      <w:r>
        <w:rPr>
          <w:b/>
        </w:rPr>
        <w:t xml:space="preserve">[55:39] </w:t>
      </w:r>
      <w:r>
        <w:t>halankey yeh jhoota hai. aisa tiger khuda ne paida nahi kiya, lardne wala tiger. aisa tiger jo lad jaye, khuda ne aisa tiger paida nahi kiya.</w:t>
      </w:r>
    </w:p>
    <w:p>
      <w:pPr>
        <w:jc w:val="right"/>
      </w:pPr>
      <w:r>
        <w:t>حالانکہ یہ جھوٹا ہے. ایسا ٹائیگر خدا نے پیدا نہیں کیا، لڑنے والا ٹائیگر. ایسا ٹائیگر جو لڑ جائے، خدا نے ایسا ٹائیگر پیدا نہیں کیا.</w:t>
      </w:r>
    </w:p>
    <w:p>
      <w:r>
        <w:rPr>
          <w:b/>
        </w:rPr>
        <w:t xml:space="preserve">[55:52] </w:t>
      </w:r>
      <w:r>
        <w:t>khuda ne woh tiger paida kiya hai jo itna, yani itna zabardast is ke andar patience hota hai ke dekhta hai aur chup chap khara hua dekh raha hai.</w:t>
      </w:r>
    </w:p>
    <w:p>
      <w:pPr>
        <w:jc w:val="right"/>
      </w:pPr>
      <w:r>
        <w:t>خدا نے وہ ٹائیگر پیدا کیا ہے جو اتنا، یعنی اتنا زبردست اس کے اندر پیشنس ہوتا ہے کہ دیکھتا ہے اور چپ چاپ کھڑا ہوا دیکھ رہا ہے.</w:t>
      </w:r>
    </w:p>
    <w:p>
      <w:r>
        <w:rPr>
          <w:b/>
        </w:rPr>
        <w:t xml:space="preserve">[56:02] </w:t>
      </w:r>
      <w:r>
        <w:t>woh na ladta, na chalata, kuch bhi nahi. to that is tiger character.</w:t>
      </w:r>
    </w:p>
    <w:p>
      <w:pPr>
        <w:jc w:val="right"/>
      </w:pPr>
      <w:r>
        <w:t>وہ نہ لڑتا، نہ چلاتا، کچھ بھی نہیں. تو دیٹ از ٹائیگر کریکٹر.</w:t>
      </w:r>
    </w:p>
    <w:p>
      <w:r>
        <w:rPr>
          <w:b/>
        </w:rPr>
        <w:t xml:space="preserve">[56:13] </w:t>
      </w:r>
      <w:r>
        <w:t>to yeh tha rasool Allah ka ke aik cheez dekh rahe hain, woh jo woh mita rahey hain aap ke naam ko, lekin aap tiger ke tareeqay se us ko dekh rahey hain, sher ki tarah dekh rahey hain.</w:t>
      </w:r>
    </w:p>
    <w:p>
      <w:pPr>
        <w:jc w:val="right"/>
      </w:pPr>
      <w:r>
        <w:t>تو یہ تھا رسول اللہ کا کہ ایک چیز دیکھ رہے ہیں، وہ جو وہ مٹا رہے ہیں آپ کے نام کو، لیکن آپ ٹائیگر کے طریقے سے اس کو دیکھ رہے ہیں، شیر کی طرح دیکھ رہے ہیں.</w:t>
      </w:r>
    </w:p>
    <w:p>
      <w:r>
        <w:rPr>
          <w:b/>
        </w:rPr>
        <w:t xml:space="preserve">[56:24] </w:t>
      </w:r>
      <w:r>
        <w:t>is sher ke manind dekh rahey hain. woh ke tum mitate raho, tumhein mitaney se kiya hota hai? mera naam to history mein likha ja chuka hai. aap ghor kijiye ke aaj jo hai doctor michael hart jo hai america ka, us ne book likhi hai "the hundred".</w:t>
      </w:r>
    </w:p>
    <w:p>
      <w:pPr>
        <w:jc w:val="right"/>
      </w:pPr>
      <w:r>
        <w:t>اس شیر کے مانند دیکھ رہے ہیں. وہ کہ تم مٹاتے رہو، تمہیں مٹانے سے کیا ہوتا ہے؟ میرا نام تو ہسٹری میں لکھا جا چکا ہے. آپ غور کیجئے کہ آج جو ہے ڈاکٹر مائیکل ہارٹ جو ہے امریکہ کا، اس نے بک لکھی ہے "دا ہنڈرڈ".</w:t>
      </w:r>
    </w:p>
    <w:p>
      <w:r>
        <w:rPr>
          <w:b/>
        </w:rPr>
        <w:t xml:space="preserve">[56:41] </w:t>
      </w:r>
      <w:r>
        <w:t>poori tareekh ke ek so aadmiyon ko ekattha kiya hai is ne. poori poori history ke, poori poori history ke,</w:t>
      </w:r>
    </w:p>
    <w:p>
      <w:pPr>
        <w:jc w:val="right"/>
      </w:pPr>
      <w:r>
        <w:t>پوری تاریخ کے ایک سو آدمیوں کو اکٹھا کیا ہے اس نے. پوری پوری ہسٹری کے، پوری پوری ہسٹری کے،</w:t>
      </w:r>
    </w:p>
    <w:p>
      <w:r>
        <w:rPr>
          <w:b/>
        </w:rPr>
        <w:t xml:space="preserve">[56:50] </w:t>
      </w:r>
      <w:r>
        <w:t>is mein top par rakha hai is ne Muhammad bin Abdullah ko. supreme successful insaan. to history mein kya hua?</w:t>
      </w:r>
    </w:p>
    <w:p>
      <w:pPr>
        <w:jc w:val="right"/>
      </w:pPr>
      <w:r>
        <w:t>اس میں ٹاپ پر رکھا ہے اس نے محمد بن عبداللہ کو. سپریم سکسیس فل انسان. تو ہسٹری میں کیا ہوا؟</w:t>
      </w:r>
    </w:p>
    <w:p>
      <w:r>
        <w:rPr>
          <w:b/>
        </w:rPr>
        <w:t xml:space="preserve">[57:01] </w:t>
      </w:r>
      <w:r>
        <w:t>unhon ne mitaya lekin poori poori history mein likh diya gaya.</w:t>
      </w:r>
    </w:p>
    <w:p>
      <w:pPr>
        <w:jc w:val="right"/>
      </w:pPr>
      <w:r>
        <w:t>انہوں نے مٹایا لیکن پوری پوری ہسٹری میں لکھ دیا گیا.</w:t>
      </w:r>
    </w:p>
    <w:p>
      <w:r>
        <w:rPr>
          <w:b/>
        </w:rPr>
        <w:t xml:space="preserve">[57:08] </w:t>
      </w:r>
      <w:r>
        <w:t>yeh hona chahiye insaan ke andar, tab bari taraqqi milti hai. agar aap ko bari taraqqi chahiye to bara dil chahiye.</w:t>
      </w:r>
    </w:p>
    <w:p>
      <w:pPr>
        <w:jc w:val="right"/>
      </w:pPr>
      <w:r>
        <w:t>یہ ہونا چاہیے انسان کے اندر، تب بڑی ترقی ملتی ہے. اگر آپ کو بڑی ترقی چاہیے تو بڑا دل چاہیے.</w:t>
      </w:r>
    </w:p>
    <w:p>
      <w:r>
        <w:rPr>
          <w:b/>
        </w:rPr>
        <w:t xml:space="preserve">[57:19] </w:t>
      </w:r>
      <w:r>
        <w:t>bari taraqqi ke liye bara dil chahiye. bara bara dil nahin to bari taraqqi bhi nahin hai. to challenge ka saamna karna. challenge aaye to negative na banna.</w:t>
      </w:r>
    </w:p>
    <w:p>
      <w:pPr>
        <w:jc w:val="right"/>
      </w:pPr>
      <w:r>
        <w:t>بڑی ترقی کے لیے بڑا دل چاہیے. بڑا بڑا دل نہیں تو بڑی ترقی بھی نہیں ہے. تو چیلنج کا سامنا کرنا. چیلنج آئے تو نیگیٹیو نہ بننا.</w:t>
      </w:r>
    </w:p>
    <w:p>
      <w:r>
        <w:rPr>
          <w:b/>
        </w:rPr>
        <w:t xml:space="preserve">[57:32] </w:t>
      </w:r>
      <w:r>
        <w:t>challenge aaye to positive mind ke saath is ka muqabla karna.</w:t>
      </w:r>
    </w:p>
    <w:p>
      <w:pPr>
        <w:jc w:val="right"/>
      </w:pPr>
      <w:r>
        <w:t>چیلنج آئے تو پوزیٹیو مائنڈ کے ساتھ اس کا مقابلہ کرنا.</w:t>
      </w:r>
    </w:p>
    <w:p>
      <w:r>
        <w:rPr>
          <w:b/>
        </w:rPr>
        <w:t xml:space="preserve">[57:43] </w:t>
      </w:r>
      <w:r>
        <w:t>sab bohat hi zabardast woh crucial time hota hai jab koi challenge aap ko pesh aata hai, koi problem pesh aata hai. us waqt agar aap negative ban gaye to phir khatma hai aap ka.</w:t>
      </w:r>
    </w:p>
    <w:p>
      <w:pPr>
        <w:jc w:val="right"/>
      </w:pPr>
      <w:r>
        <w:t>سب بہت ہی زبردست وہ کروشل ٹائم ہوتا ہے جب کوئی چیلنج آپ کو پیش آتا ہے، کوئی پرابلم پیش آتا ہے. اس وقت اگر آپ نیگیٹیو بن گئے تو پھر خاتمہ ہے آپ کا.</w:t>
      </w:r>
    </w:p>
    <w:p>
      <w:r>
        <w:rPr>
          <w:b/>
        </w:rPr>
        <w:t xml:space="preserve">[57:56] </w:t>
      </w:r>
      <w:r>
        <w:t>agar aap apni positivity ko aap ne baqi rakha to phir aap hero ban jayenge. hero.</w:t>
      </w:r>
    </w:p>
    <w:p>
      <w:pPr>
        <w:jc w:val="right"/>
      </w:pPr>
      <w:r>
        <w:t>اگر آپ اپنی پوزیٹیوٹی کو آپ نے باقی رکھا تو پھر آپ ہیرو بن جائیں گے. ہیرو.</w:t>
      </w:r>
    </w:p>
    <w:p>
      <w:r>
        <w:rPr>
          <w:b/>
        </w:rPr>
        <w:t xml:space="preserve">[58:07] </w:t>
      </w:r>
      <w:r>
        <w:t>to challenge aap ki coping capacity ko barhata hai.</w:t>
      </w:r>
    </w:p>
    <w:p>
      <w:pPr>
        <w:jc w:val="right"/>
      </w:pPr>
      <w:r>
        <w:t>تو چیلنج آپ کی کوپنگ کیپیسٹی کو بڑھاتا ہے.</w:t>
      </w:r>
    </w:p>
    <w:p>
      <w:r>
        <w:rPr>
          <w:b/>
        </w:rPr>
        <w:t xml:space="preserve">[58:12] </w:t>
      </w:r>
      <w:r>
        <w:t>challenge jo hai woh woh to blessing hai. blessing.</w:t>
      </w:r>
    </w:p>
    <w:p>
      <w:pPr>
        <w:jc w:val="right"/>
      </w:pPr>
      <w:r>
        <w:t>چیلنج جو ہے وہ وہ تو بلیسنگ ہے. بلیسنگ.</w:t>
      </w:r>
    </w:p>
    <w:p>
      <w:r>
        <w:rPr>
          <w:b/>
        </w:rPr>
        <w:t xml:space="preserve">[58:18] </w:t>
      </w:r>
      <w:r>
        <w:t>bashart yeh ke agar aap negative ban jayen tab to aap apne aap ko kill kar lenge. positive bane rahen to aap ki coping capacity barhegi.</w:t>
      </w:r>
    </w:p>
    <w:p>
      <w:pPr>
        <w:jc w:val="right"/>
      </w:pPr>
      <w:r>
        <w:t>بشرطیکہ اگر آپ نیگیٹیو بن جائیں تب تو آپ اپنے آپ کو کل کر لیں گے. پوزیٹیو بنے رہیں تو آپ کی کوپنگ کیپیسٹی بڑھے گی.</w:t>
      </w:r>
    </w:p>
    <w:p>
      <w:r>
        <w:rPr>
          <w:b/>
        </w:rPr>
        <w:t xml:space="preserve">[58:29] </w:t>
      </w:r>
      <w:r>
        <w:t>aap sher ban jayenge aur sher ban kar ke aap situation ko face karenge aur phir bari kamyabi hasil karenge.</w:t>
      </w:r>
    </w:p>
    <w:p>
      <w:pPr>
        <w:jc w:val="right"/>
      </w:pPr>
      <w:r>
        <w:t>آپ شیر بن جائیں گے اور شیر بن کر کے آپ سچوئیشن کو فیس کریں گے اور پھر بڑی کامیابی حاصل کریں گے.</w:t>
      </w:r>
    </w:p>
    <w:p>
      <w:r>
        <w:rPr>
          <w:b/>
        </w:rPr>
        <w:t xml:space="preserve">[58:41] </w:t>
      </w:r>
      <w:r>
        <w:t>to law of nature ko samjhiye,</w:t>
      </w:r>
    </w:p>
    <w:p>
      <w:pPr>
        <w:jc w:val="right"/>
      </w:pPr>
      <w:r>
        <w:t>تو لاء آف نیچر کو سمجھیے،</w:t>
      </w:r>
    </w:p>
    <w:p>
      <w:r>
        <w:rPr>
          <w:b/>
        </w:rPr>
        <w:t xml:space="preserve">[58:45] </w:t>
      </w:r>
      <w:r>
        <w:t>creation plan of God ko samjhiye,</w:t>
      </w:r>
    </w:p>
    <w:p>
      <w:pPr>
        <w:jc w:val="right"/>
      </w:pPr>
      <w:r>
        <w:t>کریشن پلان آف گاڈ کو سمجھیے،</w:t>
      </w:r>
    </w:p>
    <w:p>
      <w:r>
        <w:rPr>
          <w:b/>
        </w:rPr>
        <w:t xml:space="preserve">[58:52] </w:t>
      </w:r>
      <w:r>
        <w:t>aur is duniya mein kamyabi likhi hui hai har woh aadmi ke liye jo apne positivity ko na khoye.</w:t>
      </w:r>
    </w:p>
    <w:p>
      <w:pPr>
        <w:jc w:val="right"/>
      </w:pPr>
      <w:r>
        <w:t>اور اس دنیا میں کامیابی لکھی ہوئی ہے ہر وہ آدمی کے لیے جو اپنے پوزیٹیوٹی کو نہ کھوئے۔</w:t>
      </w:r>
    </w:p>
    <w:p>
      <w:r>
        <w:rPr>
          <w:b/>
        </w:rPr>
        <w:t xml:space="preserve">[59:04] </w:t>
      </w:r>
      <w:r>
        <w:t>aqool qooli haaza wastaghfirullaha li wa lakum ajmaeen.</w:t>
      </w:r>
    </w:p>
    <w:p>
      <w:pPr>
        <w:jc w:val="right"/>
      </w:pPr>
      <w:r>
        <w:t>أقول قولي هذا واستغفر الله لي ولكم اجمعین.</w:t>
      </w:r>
    </w:p>
    <w:p>
      <w:r>
        <w:rPr>
          <w:b/>
        </w:rPr>
        <w:t xml:space="preserve">[59:22] </w:t>
      </w:r>
      <w:r>
        <w:t>It's a peace and spirituality forum, a library, a classroom, and a bookstore. I started it about three years ago.</w:t>
      </w:r>
    </w:p>
    <w:p>
      <w:pPr>
        <w:jc w:val="right"/>
      </w:pPr>
      <w:r>
        <w:t>It's a peace and spirituality forum, a library, a classroom, and a bookstore. I started it about three years ago.</w:t>
      </w:r>
    </w:p>
    <w:p>
      <w:r>
        <w:rPr>
          <w:b/>
        </w:rPr>
        <w:t xml:space="preserve">[59:31] </w:t>
      </w:r>
      <w:r>
        <w:t>Earlier than that, I used to do all my work through home, and I was just doing it alone. But now I have a big team with me.</w:t>
      </w:r>
    </w:p>
    <w:p>
      <w:pPr>
        <w:jc w:val="right"/>
      </w:pPr>
      <w:r>
        <w:t>Earlier than that, I used to do all my work through home, and I was just doing it alone. But now I have a big team with me.</w:t>
      </w:r>
    </w:p>
    <w:p>
      <w:r>
        <w:rPr>
          <w:b/>
        </w:rPr>
        <w:t xml:space="preserve">[59:42] </w:t>
      </w:r>
      <w:r>
        <w:t>Alfalah activities are twofold activities</w:t>
      </w:r>
    </w:p>
    <w:p>
      <w:pPr>
        <w:jc w:val="right"/>
      </w:pPr>
      <w:r>
        <w:t>Alfalah activities are twofold activities</w:t>
      </w:r>
    </w:p>
    <w:p>
      <w:r>
        <w:rPr>
          <w:b/>
        </w:rPr>
        <w:t xml:space="preserve">[59:46] </w:t>
      </w:r>
      <w:r>
        <w:t>. One is we train ourselves for this Dawa work.</w:t>
      </w:r>
    </w:p>
    <w:p>
      <w:pPr>
        <w:jc w:val="right"/>
      </w:pPr>
      <w:r>
        <w:t>. One is we train ourselves for this Dawa work.</w:t>
      </w:r>
    </w:p>
    <w:p>
      <w:r>
        <w:rPr>
          <w:b/>
        </w:rPr>
        <w:t xml:space="preserve">[59:54] </w:t>
      </w:r>
      <w:r>
        <w:t>The training is for our own intellectual development, and as a natural outcome, it culminates into Dawa activity.</w:t>
      </w:r>
    </w:p>
    <w:p>
      <w:pPr>
        <w:jc w:val="right"/>
      </w:pPr>
      <w:r>
        <w:t>The training is for our own intellectual development, and as a natural outcome, it culminates into Dawa activity.</w:t>
      </w:r>
    </w:p>
    <w:p>
      <w:r>
        <w:rPr>
          <w:b/>
        </w:rPr>
        <w:t xml:space="preserve">[1:00:05] </w:t>
      </w:r>
      <w:r>
        <w:t>Once we take care of our own intellectual development, it's a natural desire or an urge which comes into our team that we want to share this truth with all the others.</w:t>
      </w:r>
    </w:p>
    <w:p>
      <w:pPr>
        <w:jc w:val="right"/>
      </w:pPr>
      <w:r>
        <w:t>Once we take care of our own intellectual development, it's a natural desire or an urge which comes into our team that we want to share this truth with all the others.</w:t>
      </w:r>
    </w:p>
    <w:p>
      <w:r>
        <w:rPr>
          <w:b/>
        </w:rPr>
        <w:t xml:space="preserve">[1:00:19] </w:t>
      </w:r>
      <w:r>
        <w:t>I'm a counselor for attitude problems. I have done my study courses with one of the counseling institutes in Bangalore.</w:t>
      </w:r>
    </w:p>
    <w:p>
      <w:pPr>
        <w:jc w:val="right"/>
      </w:pPr>
      <w:r>
        <w:t>I'm a counselor for attitude problems. I have done my study courses with one of the counseling institutes in Bangalore.</w:t>
      </w:r>
    </w:p>
    <w:p>
      <w:r>
        <w:rPr>
          <w:b/>
        </w:rPr>
        <w:t xml:space="preserve">[1:00:28] </w:t>
      </w:r>
      <w:r>
        <w:t>So as a counselor, I have people from all walks of life coming to me, and it's a one-on-one activity.</w:t>
      </w:r>
    </w:p>
    <w:p>
      <w:pPr>
        <w:jc w:val="right"/>
      </w:pPr>
      <w:r>
        <w:t>So as a counselor, I have people from all walks of life coming to me, and it's a one-on-one activity.</w:t>
      </w:r>
    </w:p>
    <w:p>
      <w:r>
        <w:rPr>
          <w:b/>
        </w:rPr>
        <w:t xml:space="preserve">[1:00:37] </w:t>
      </w:r>
      <w:r>
        <w:t>This is a very good opportunity which God has bestowed on me to be able to pass on the truth to people.</w:t>
      </w:r>
    </w:p>
    <w:p>
      <w:pPr>
        <w:jc w:val="right"/>
      </w:pPr>
      <w:r>
        <w:t>This is a very good opportunity which God has bestowed on me to be able to pass on the truth to people.</w:t>
      </w:r>
    </w:p>
    <w:p>
      <w:r>
        <w:rPr>
          <w:b/>
        </w:rPr>
        <w:t xml:space="preserve">[1:00:46] </w:t>
      </w:r>
      <w:r>
        <w:t>And the other aspect is I have I'm calling myself and our team members as global peace workers.</w:t>
      </w:r>
    </w:p>
    <w:p>
      <w:pPr>
        <w:jc w:val="right"/>
      </w:pPr>
      <w:r>
        <w:t>And the other aspect is I have I'm calling myself and our team members as global peace workers.</w:t>
      </w:r>
    </w:p>
    <w:p>
      <w:r>
        <w:rPr>
          <w:b/>
        </w:rPr>
        <w:t xml:space="preserve">[1:00:56] </w:t>
      </w:r>
      <w:r>
        <w:t>This is working like a password into the hearts of people. As soon as we introduce ourselves as global peace workers, which I feel is the truth, Dawa activity is a global peace work.</w:t>
      </w:r>
    </w:p>
    <w:p>
      <w:pPr>
        <w:jc w:val="right"/>
      </w:pPr>
      <w:r>
        <w:t>This is working like a password into the hearts of people. As soon as we introduce ourselves as global peace workers, which I feel is the truth, Dawa activity is a global peace work.</w:t>
      </w:r>
    </w:p>
    <w:p>
      <w:r>
        <w:rPr>
          <w:b/>
        </w:rPr>
        <w:t xml:space="preserve">[1:01:12] </w:t>
      </w:r>
      <w:r>
        <w:t>I feel this strongly, and therefore we have taken this name for ourselves.</w:t>
      </w:r>
    </w:p>
    <w:p>
      <w:pPr>
        <w:jc w:val="right"/>
      </w:pPr>
      <w:r>
        <w:t>I feel this strongly, and therefore we have taken this name for ourselves.</w:t>
      </w:r>
    </w:p>
    <w:p>
      <w:r>
        <w:rPr>
          <w:b/>
        </w:rPr>
        <w:t xml:space="preserve">[1:01:17] </w:t>
      </w:r>
      <w:r>
        <w:t>We are welcome everywhere, and people invite us to give talks about global peace through which even spirituality and the truth-seeking is mentioned to people.</w:t>
      </w:r>
    </w:p>
    <w:p>
      <w:pPr>
        <w:jc w:val="right"/>
      </w:pPr>
      <w:r>
        <w:t>We are welcome everywhere, and people invite us to give talks about global peace through which even spirituality and the truth-seeking is mentioned to people.</w:t>
      </w:r>
    </w:p>
    <w:p>
      <w:r>
        <w:rPr>
          <w:b/>
        </w:rPr>
        <w:t xml:space="preserve">[1:01:30] </w:t>
      </w:r>
      <w:r>
        <w:t>So as I have been told that I'll be sharing my experiences with you, I have a few points to share. That is the method of work which we adopt at Alfalah.</w:t>
      </w:r>
    </w:p>
    <w:p>
      <w:pPr>
        <w:jc w:val="right"/>
      </w:pPr>
      <w:r>
        <w:t>So as I have been told that I'll be sharing my experiences with you, I have a few points to share. That is the method of work which we adopt at Alfalah.</w:t>
      </w:r>
    </w:p>
    <w:p>
      <w:r>
        <w:rPr>
          <w:b/>
        </w:rPr>
        <w:t xml:space="preserve">[1:01:41] </w:t>
      </w:r>
      <w:r>
        <w:t>For our own training, we have classes, weekly classes.</w:t>
      </w:r>
    </w:p>
    <w:p>
      <w:pPr>
        <w:jc w:val="right"/>
      </w:pPr>
      <w:r>
        <w:t>For our own training, we have classes, weekly classes.</w:t>
      </w:r>
    </w:p>
    <w:p>
      <w:r>
        <w:rPr>
          <w:b/>
        </w:rPr>
        <w:t xml:space="preserve">[1:01:45] </w:t>
      </w:r>
      <w:r>
        <w:t>We all share our thoughts and what we read. It's a lot of sharing. There's no leader as such or nobody is a teacher.</w:t>
      </w:r>
    </w:p>
    <w:p>
      <w:pPr>
        <w:jc w:val="right"/>
      </w:pPr>
      <w:r>
        <w:t>We all share our thoughts and what we read. It's a lot of sharing. There's no leader as such or nobody is a teacher.</w:t>
      </w:r>
    </w:p>
    <w:p>
      <w:r>
        <w:rPr>
          <w:b/>
        </w:rPr>
        <w:t xml:space="preserve">[1:01:55] </w:t>
      </w:r>
      <w:r>
        <w:t>We are all team members. I have a very big team of very learned young women and even youngsters.</w:t>
      </w:r>
    </w:p>
    <w:p>
      <w:pPr>
        <w:jc w:val="right"/>
      </w:pPr>
      <w:r>
        <w:t>We are all team members. I have a very big team of very learned young women and even youngsters.</w:t>
      </w:r>
    </w:p>
    <w:p>
      <w:r>
        <w:rPr>
          <w:b/>
        </w:rPr>
        <w:t xml:space="preserve">[1:02:06] </w:t>
      </w:r>
      <w:r>
        <w:t>Of the few things which I would like to share today is, first thing we realize that when we are working in a certain place, we need to assess the thinking pattern of the people of that place.</w:t>
      </w:r>
    </w:p>
    <w:p>
      <w:pPr>
        <w:jc w:val="right"/>
      </w:pPr>
      <w:r>
        <w:t>Of the few things which I would like to share today is, first thing we realize that when we are working in a certain place, we need to assess the thinking pattern of the people of that place.</w:t>
      </w:r>
    </w:p>
    <w:p>
      <w:r>
        <w:rPr>
          <w:b/>
        </w:rPr>
        <w:t xml:space="preserve">[1:02:20] </w:t>
      </w:r>
      <w:r>
        <w:t>This could be very easily done if we have a very observing and absorbing mind</w:t>
      </w:r>
    </w:p>
    <w:p>
      <w:pPr>
        <w:jc w:val="right"/>
      </w:pPr>
      <w:r>
        <w:t>This could be very easily done if we have a very observing and absorbing mind</w:t>
      </w:r>
    </w:p>
    <w:p>
      <w:r>
        <w:rPr>
          <w:b/>
        </w:rPr>
        <w:t xml:space="preserve">[1:02:28] </w:t>
      </w:r>
      <w:r>
        <w:t>. Even simple actions of people or a few words of people could lead us to the understanding of what is their attitude towards spirituality or towards God or towards religion.</w:t>
      </w:r>
    </w:p>
    <w:p>
      <w:pPr>
        <w:jc w:val="right"/>
      </w:pPr>
      <w:r>
        <w:t>. Even simple actions of people or a few words of people could lead us to the understanding of what is their attitude towards spirituality or towards God or towards religion.</w:t>
      </w:r>
    </w:p>
    <w:p>
      <w:r>
        <w:rPr>
          <w:b/>
        </w:rPr>
        <w:t xml:space="preserve">[1:02:45] </w:t>
      </w:r>
      <w:r>
        <w:t>To bring out this point, I will give you an examp</w:t>
      </w:r>
    </w:p>
    <w:p>
      <w:pPr>
        <w:jc w:val="right"/>
      </w:pPr>
      <w:r>
        <w:t>To bring out this point, I will give you an examp</w:t>
      </w:r>
    </w:p>
    <w:p>
      <w:r>
        <w:rPr>
          <w:b/>
        </w:rPr>
        <w:t xml:space="preserve">[1:02:48] </w:t>
      </w:r>
      <w:r>
        <w:t>le. There was this particular lady who in her talk gave me the impression that for her, spirituality meant underplaying her smartness or underplaying her looks or getting into simplicity.</w:t>
      </w:r>
    </w:p>
    <w:p>
      <w:pPr>
        <w:jc w:val="right"/>
      </w:pPr>
      <w:r>
        <w:t>le. There was this particular lady who in her talk gave me the impression that for her, spirituality meant underplaying her smartness or underplaying her looks or getting into simplicity.</w:t>
      </w:r>
    </w:p>
    <w:p>
      <w:r>
        <w:rPr>
          <w:b/>
        </w:rPr>
        <w:t xml:space="preserve">[1:03:05] </w:t>
      </w:r>
      <w:r>
        <w:t>So with a little thought when it was put before her that spirituality actually does not mean underplaying her sm</w:t>
      </w:r>
    </w:p>
    <w:p>
      <w:pPr>
        <w:jc w:val="right"/>
      </w:pPr>
      <w:r>
        <w:t>So with a little thought when it was put before her that spirituality actually does not mean underplaying her sm</w:t>
      </w:r>
    </w:p>
    <w:p>
      <w:r>
        <w:rPr>
          <w:b/>
        </w:rPr>
        <w:t xml:space="preserve">[1:03:15] </w:t>
      </w:r>
      <w:r>
        <w:t>artness, it was actually to bring out her intellectual smartness, she was extremely impressed, and she continued her pursuit in reading further knowledge in this connection.</w:t>
      </w:r>
    </w:p>
    <w:p>
      <w:pPr>
        <w:jc w:val="right"/>
      </w:pPr>
      <w:r>
        <w:t>artness, it was actually to bring out her intellectual smartness, she was extremely impressed, and she continued her pursuit in reading further knowledge in this connection.</w:t>
      </w:r>
    </w:p>
    <w:p>
      <w:r>
        <w:rPr>
          <w:b/>
        </w:rPr>
        <w:t xml:space="preserve">[1:03:28] </w:t>
      </w:r>
      <w:r>
        <w:t>This is what I felt. Like after talking to her, what I felt was that people do not want many words or long talks or long l</w:t>
      </w:r>
    </w:p>
    <w:p>
      <w:pPr>
        <w:jc w:val="right"/>
      </w:pPr>
      <w:r>
        <w:t>This is what I felt. Like after talking to her, what I felt was that people do not want many words or long talks or long l</w:t>
      </w:r>
    </w:p>
    <w:p>
      <w:r>
        <w:rPr>
          <w:b/>
        </w:rPr>
        <w:t xml:space="preserve">[1:03:40] </w:t>
      </w:r>
      <w:r>
        <w:t>ectures. What they need is a few convincing points which, if we keep in mind their psychology and their level, we could successfully make them receptive to what we are trying to say.</w:t>
      </w:r>
    </w:p>
    <w:p>
      <w:pPr>
        <w:jc w:val="right"/>
      </w:pPr>
      <w:r>
        <w:t>ectures. What they need is a few convincing points which, if we keep in mind their psychology and their level, we could successfully make them receptive to what we are trying to say.</w:t>
      </w:r>
    </w:p>
    <w:p>
      <w:r>
        <w:rPr>
          <w:b/>
        </w:rPr>
        <w:t xml:space="preserve">[1:03:57] </w:t>
      </w:r>
      <w:r>
        <w:t>Then we have formulated a plan. Alfalah works with certain steps which all of the trainees or we all exchange these.</w:t>
      </w:r>
    </w:p>
    <w:p>
      <w:pPr>
        <w:jc w:val="right"/>
      </w:pPr>
      <w:r>
        <w:t>Then we have formulated a plan. Alfalah works with certain steps which all of the trainees or we all exchange these.</w:t>
      </w:r>
    </w:p>
    <w:p>
      <w:r>
        <w:rPr>
          <w:b/>
        </w:rPr>
        <w:t xml:space="preserve">[1:04:07] </w:t>
      </w:r>
      <w:r>
        <w:t>First is planning is considered as very import</w:t>
      </w:r>
    </w:p>
    <w:p>
      <w:pPr>
        <w:jc w:val="right"/>
      </w:pPr>
      <w:r>
        <w:t>First is planning is considered as very import</w:t>
      </w:r>
    </w:p>
    <w:p>
      <w:r>
        <w:rPr>
          <w:b/>
        </w:rPr>
        <w:t xml:space="preserve">[1:04:10] </w:t>
      </w:r>
      <w:r>
        <w:t>ant. We know that if we fail to plan, we better start planning to fail. So we have this plan. Plan doesn't necessarily mean anything big or anything very elaborate.</w:t>
      </w:r>
    </w:p>
    <w:p>
      <w:pPr>
        <w:jc w:val="right"/>
      </w:pPr>
      <w:r>
        <w:t>ant. We know that if we fail to plan, we better start planning to fail. So we have this plan. Plan doesn't necessarily mean anything big or anything very elaborate.</w:t>
      </w:r>
    </w:p>
    <w:p>
      <w:r>
        <w:rPr>
          <w:b/>
        </w:rPr>
        <w:t xml:space="preserve">[1:04:24] </w:t>
      </w:r>
      <w:r>
        <w:t>It could be even one simple sentence put on the diary saying, "We have to visit a certain Mr. John or a certain Mrs.</w:t>
      </w:r>
    </w:p>
    <w:p>
      <w:pPr>
        <w:jc w:val="right"/>
      </w:pPr>
      <w:r>
        <w:t>It could be even one simple sentence put on the diary saying, "We have to visit a certain Mr. John or a certain Mrs.</w:t>
      </w:r>
    </w:p>
    <w:p>
      <w:r>
        <w:rPr>
          <w:b/>
        </w:rPr>
        <w:t xml:space="preserve">[1:04:33] </w:t>
      </w:r>
      <w:r>
        <w:t>Smith on this day and that we are going to carry some material for them." It can be as simple as that</w:t>
      </w:r>
    </w:p>
    <w:p>
      <w:pPr>
        <w:jc w:val="right"/>
      </w:pPr>
      <w:r>
        <w:t>Smith on this day and that we are going to carry some material for them." It can be as simple as that</w:t>
      </w:r>
    </w:p>
    <w:p>
      <w:r>
        <w:rPr>
          <w:b/>
        </w:rPr>
        <w:t xml:space="preserve">[1:04:40] </w:t>
      </w:r>
      <w:r>
        <w:t>. Then organizing, being organized. So being organized means choosing the relevant literature.</w:t>
      </w:r>
    </w:p>
    <w:p>
      <w:pPr>
        <w:jc w:val="right"/>
      </w:pPr>
      <w:r>
        <w:t>. Then organizing, being organized. So being organized means choosing the relevant literature.</w:t>
      </w:r>
    </w:p>
    <w:p>
      <w:r>
        <w:rPr>
          <w:b/>
        </w:rPr>
        <w:t xml:space="preserve">[1:04:49] </w:t>
      </w:r>
      <w:r>
        <w:t>Relevant not what is relevant to me, but relevant means what is relevant to the other person. For this, we need to have a bit of understanding of different types of people we meet.</w:t>
      </w:r>
    </w:p>
    <w:p>
      <w:pPr>
        <w:jc w:val="right"/>
      </w:pPr>
      <w:r>
        <w:t>Relevant not what is relevant to me, but relevant means what is relevant to the other person. For this, we need to have a bit of understanding of different types of people we meet.</w:t>
      </w:r>
    </w:p>
    <w:p>
      <w:r>
        <w:rPr>
          <w:b/>
        </w:rPr>
        <w:t xml:space="preserve">[1:05:03] </w:t>
      </w:r>
      <w:r>
        <w:t>For instance, there could be a category of people who need to be convinced, first of all, about the existence of God. So for them, giving any other literature will not be fruitful.</w:t>
      </w:r>
    </w:p>
    <w:p>
      <w:pPr>
        <w:jc w:val="right"/>
      </w:pPr>
      <w:r>
        <w:t>For instance, there could be a category of people who need to be convinced, first of all, about the existence of God. So for them, giving any other literature will not be fruitful.</w:t>
      </w:r>
    </w:p>
    <w:p>
      <w:r>
        <w:rPr>
          <w:b/>
        </w:rPr>
        <w:t xml:space="preserve">[1:05:15] </w:t>
      </w:r>
      <w:r>
        <w:t>So we have categorized in this manner different types of people, and there could be another category who, like religion or spirituality, is not at all an important issue with them.</w:t>
      </w:r>
    </w:p>
    <w:p>
      <w:pPr>
        <w:jc w:val="right"/>
      </w:pPr>
      <w:r>
        <w:t>So we have categorized in this manner different types of people, and there could be another category who, like religion or spirituality, is not at all an important issue with them.</w:t>
      </w:r>
    </w:p>
    <w:p>
      <w:r>
        <w:rPr>
          <w:b/>
        </w:rPr>
        <w:t xml:space="preserve">[1:05:28] </w:t>
      </w:r>
      <w:r>
        <w:t>They do not pay any attention to it</w:t>
      </w:r>
    </w:p>
    <w:p>
      <w:pPr>
        <w:jc w:val="right"/>
      </w:pPr>
      <w:r>
        <w:t>They do not pay any attention to it</w:t>
      </w:r>
    </w:p>
    <w:p>
      <w:r>
        <w:rPr>
          <w:b/>
        </w:rPr>
        <w:t xml:space="preserve">[1:05:30] </w:t>
      </w:r>
      <w:r>
        <w:t>. And there could be another group of people who are devoted to their beliefs and might want to convince us about their belief. So when we try and understand people in this different manner, we will be focused on what kind of literature one has to pass on.</w:t>
      </w:r>
    </w:p>
    <w:p>
      <w:pPr>
        <w:jc w:val="right"/>
      </w:pPr>
      <w:r>
        <w:t>. And there could be another group of people who are devoted to their beliefs and might want to convince us about their belief. So when we try and understand people in this different manner, we will be focused on what kind of literature one has to pass on.</w:t>
      </w:r>
    </w:p>
    <w:p>
      <w:r>
        <w:rPr>
          <w:b/>
        </w:rPr>
        <w:t xml:space="preserve">[1:05:48] </w:t>
      </w:r>
      <w:r>
        <w:t>And it will give us a lot of direction, and without wasting much time, it could give us results in a very with a very little effort</w:t>
      </w:r>
    </w:p>
    <w:p>
      <w:pPr>
        <w:jc w:val="right"/>
      </w:pPr>
      <w:r>
        <w:t>And it will give us a lot of direction, and without wasting much time, it could give us results in a very with a very little effort</w:t>
      </w:r>
    </w:p>
    <w:p>
      <w:r>
        <w:rPr>
          <w:b/>
        </w:rPr>
        <w:t xml:space="preserve">[1:05:59] </w:t>
      </w:r>
      <w:r>
        <w:t>. And then I have always realized then the next point is about the person who's going to speak. Clarity of thought and clarity of expression is what all of us need to work day and night for.</w:t>
      </w:r>
    </w:p>
    <w:p>
      <w:pPr>
        <w:jc w:val="right"/>
      </w:pPr>
      <w:r>
        <w:t>. And then I have always realized then the next point is about the person who's going to speak. Clarity of thought and clarity of expression is what all of us need to work day and night for.</w:t>
      </w:r>
    </w:p>
    <w:p>
      <w:r>
        <w:rPr>
          <w:b/>
        </w:rPr>
        <w:t xml:space="preserve">[1:06:15] </w:t>
      </w:r>
      <w:r>
        <w:t>If I am not clear about my own thoughts, I can never come up with a clear expression to make the other person understand what I'm going to say.</w:t>
      </w:r>
    </w:p>
    <w:p>
      <w:pPr>
        <w:jc w:val="right"/>
      </w:pPr>
      <w:r>
        <w:t>If I am not clear about my own thoughts, I can never come up with a clear expression to make the other person understand what I'm going to say.</w:t>
      </w:r>
    </w:p>
    <w:p>
      <w:r>
        <w:rPr>
          <w:b/>
        </w:rPr>
        <w:t xml:space="preserve">[1:06:27] </w:t>
      </w:r>
      <w:r>
        <w:t>And this is a very important point.</w:t>
      </w:r>
    </w:p>
    <w:p>
      <w:pPr>
        <w:jc w:val="right"/>
      </w:pPr>
      <w:r>
        <w:t>And this is a very important point.</w:t>
      </w:r>
    </w:p>
    <w:p>
      <w:r>
        <w:rPr>
          <w:b/>
        </w:rPr>
        <w:t xml:space="preserve">[1:06:30] </w:t>
      </w:r>
      <w:r>
        <w:t>And if we are to observe all the intellectuals in the world speaking, you would notice that this would be one of the qualities which they possess: clarity of thought and clarity of expression.</w:t>
      </w:r>
    </w:p>
    <w:p>
      <w:pPr>
        <w:jc w:val="right"/>
      </w:pPr>
      <w:r>
        <w:t>And if we are to observe all the intellectuals in the world speaking, you would notice that this would be one of the qualities which they possess: clarity of thought and clarity of expression.</w:t>
      </w:r>
    </w:p>
    <w:p>
      <w:r>
        <w:rPr>
          <w:b/>
        </w:rPr>
        <w:t xml:space="preserve">[1:06:44] </w:t>
      </w:r>
      <w:r>
        <w:t>This has become like a catchword at Alfalah, and we insist that everybody practice this. To bring out this aspect, I would like to tell you about a lady.</w:t>
      </w:r>
    </w:p>
    <w:p>
      <w:pPr>
        <w:jc w:val="right"/>
      </w:pPr>
      <w:r>
        <w:t>This has become like a catchword at Alfalah, and we insist that everybody practice this. To bring out this aspect, I would like to tell you about a lady.</w:t>
      </w:r>
    </w:p>
    <w:p>
      <w:r>
        <w:rPr>
          <w:b/>
        </w:rPr>
        <w:t xml:space="preserve">[1:06:56] </w:t>
      </w:r>
      <w:r>
        <w:t>She was</w:t>
      </w:r>
    </w:p>
    <w:p>
      <w:pPr>
        <w:jc w:val="right"/>
      </w:pPr>
      <w:r>
        <w:t>She was</w:t>
      </w:r>
    </w:p>
    <w:p>
      <w:r>
        <w:rPr>
          <w:b/>
        </w:rPr>
        <w:t xml:space="preserve">[1:06:57] </w:t>
      </w:r>
      <w:r>
        <w:t>one Mrs. Lucy, and she came to me she came to Alfalah, and she started talking to me about everything which was happening in the world, from Israel to Palestine to jihad to suicide bombing to every possible thing and the behavior of the Muslims, everything.</w:t>
      </w:r>
    </w:p>
    <w:p>
      <w:pPr>
        <w:jc w:val="right"/>
      </w:pPr>
      <w:r>
        <w:t>one Mrs. Lucy, and she came to me she came to Alfalah, and she started talking to me about everything which was happening in the world, from Israel to Palestine to jihad to suicide bombing to every possible thing and the behavior of the Muslims, everything.</w:t>
      </w:r>
    </w:p>
    <w:p>
      <w:r>
        <w:rPr>
          <w:b/>
        </w:rPr>
        <w:t xml:space="preserve">[1:07:18] </w:t>
      </w:r>
      <w:r>
        <w:t>And all the while, I was sitting and trying to put my thoughts into pattern because she was confused herself, and I was equally confused with her.</w:t>
      </w:r>
    </w:p>
    <w:p>
      <w:pPr>
        <w:jc w:val="right"/>
      </w:pPr>
      <w:r>
        <w:t>And all the while, I was sitting and trying to put my thoughts into pattern because she was confused herself, and I was equally confused with her.</w:t>
      </w:r>
    </w:p>
    <w:p>
      <w:r>
        <w:rPr>
          <w:b/>
        </w:rPr>
        <w:t xml:space="preserve">[1:07:29] </w:t>
      </w:r>
      <w:r>
        <w:t>I would be I was like lost where to begin with her and what to tell her, what kind of book to give her. Then, and I was sitting like that pondering with a little prayer in my heart.</w:t>
      </w:r>
    </w:p>
    <w:p>
      <w:pPr>
        <w:jc w:val="right"/>
      </w:pPr>
      <w:r>
        <w:t>I would be I was like lost where to begin with her and what to tell her, what kind of book to give her. Then, and I was sitting like that pondering with a little prayer in my heart.</w:t>
      </w:r>
    </w:p>
    <w:p>
      <w:r>
        <w:rPr>
          <w:b/>
        </w:rPr>
        <w:t xml:space="preserve">[1:07:42] </w:t>
      </w:r>
      <w:r>
        <w:t>Once she finished, after 40 minutes, she spoke continuously</w:t>
      </w:r>
    </w:p>
    <w:p>
      <w:pPr>
        <w:jc w:val="right"/>
      </w:pPr>
      <w:r>
        <w:t>Once she finished, after 40 minutes, she spoke continuously</w:t>
      </w:r>
    </w:p>
    <w:p>
      <w:r>
        <w:rPr>
          <w:b/>
        </w:rPr>
        <w:t xml:space="preserve">[1:07:47] </w:t>
      </w:r>
      <w:r>
        <w:t>. I was quite clear at that moment in my mind about what I was going to say. So I just requested her and told her that she should be separating the two issues.</w:t>
      </w:r>
    </w:p>
    <w:p>
      <w:pPr>
        <w:jc w:val="right"/>
      </w:pPr>
      <w:r>
        <w:t>. I was quite clear at that moment in my mind about what I was going to say. So I just requested her and told her that she should be separating the two issues.</w:t>
      </w:r>
    </w:p>
    <w:p>
      <w:r>
        <w:rPr>
          <w:b/>
        </w:rPr>
        <w:t xml:space="preserve">[1:08:00] </w:t>
      </w:r>
      <w:r>
        <w:t>One is an issue of her faith, and the other is what was happening in the world. And I did not expect that that went really straight to her he</w:t>
      </w:r>
    </w:p>
    <w:p>
      <w:pPr>
        <w:jc w:val="right"/>
      </w:pPr>
      <w:r>
        <w:t>One is an issue of her faith, and the other is what was happening in the world. And I did not expect that that went really straight to her he</w:t>
      </w:r>
    </w:p>
    <w:p>
      <w:r>
        <w:rPr>
          <w:b/>
        </w:rPr>
        <w:t xml:space="preserve">[1:08:12] </w:t>
      </w:r>
      <w:r>
        <w:t>art. I did not expect it would be like so it would go straight to her heart. Suddenly, she held my hand. She said, "Why didn't I come here before?</w:t>
      </w:r>
    </w:p>
    <w:p>
      <w:pPr>
        <w:jc w:val="right"/>
      </w:pPr>
      <w:r>
        <w:t>art. I did not expect it would be like so it would go straight to her heart. Suddenly, she held my hand. She said, "Why didn't I come here before?</w:t>
      </w:r>
    </w:p>
    <w:p>
      <w:r>
        <w:rPr>
          <w:b/>
        </w:rPr>
        <w:t xml:space="preserve">[1:08:22] </w:t>
      </w:r>
      <w:r>
        <w:t>You have made it so simple," she said. And she said, "Yes, why do I have to mix these two things? I can sit and talk for hours about what Israel and Palestine and this and that, but I should be very clear about my faith first." Then she wanted to know more about what faith consisted of</w:t>
      </w:r>
    </w:p>
    <w:p>
      <w:pPr>
        <w:jc w:val="right"/>
      </w:pPr>
      <w:r>
        <w:t>You have made it so simple," she said. And she said, "Yes, why do I have to mix these two things? I can sit and talk for hours about what Israel and Palestine and this and that, but I should be very clear about my faith first." Then she wanted to know more about what faith consisted of</w:t>
      </w:r>
    </w:p>
    <w:p>
      <w:r>
        <w:rPr>
          <w:b/>
        </w:rPr>
        <w:t xml:space="preserve">[1:08:42] </w:t>
      </w:r>
      <w:r>
        <w:t>. We had a talk, and she continued her she continued understanding through other books and other literature, and she was quite clear.</w:t>
      </w:r>
    </w:p>
    <w:p>
      <w:pPr>
        <w:jc w:val="right"/>
      </w:pPr>
      <w:r>
        <w:t>. We had a talk, and she continued her she continued understanding through other books and other literature, and she was quite clear.</w:t>
      </w:r>
    </w:p>
    <w:p>
      <w:r>
        <w:rPr>
          <w:b/>
        </w:rPr>
        <w:t xml:space="preserve">[1:08:53] </w:t>
      </w:r>
      <w:r>
        <w:t>So that day, I was more convinced that clarity of thought and clarity of expression are a very important tool in this work, something which all of us should really strive for and try to learn from whoever and wherever we can afford to do s</w:t>
      </w:r>
    </w:p>
    <w:p>
      <w:pPr>
        <w:jc w:val="right"/>
      </w:pPr>
      <w:r>
        <w:t>So that day, I was more convinced that clarity of thought and clarity of expression are a very important tool in this work, something which all of us should really strive for and try to learn from whoever and wherever we can afford to do s</w:t>
      </w:r>
    </w:p>
    <w:p>
      <w:r>
        <w:rPr>
          <w:b/>
        </w:rPr>
        <w:t xml:space="preserve">[1:09:11] </w:t>
      </w:r>
      <w:r>
        <w:t>o. I do not have many more things to share as of now.</w:t>
      </w:r>
    </w:p>
    <w:p>
      <w:pPr>
        <w:jc w:val="right"/>
      </w:pPr>
      <w:r>
        <w:t>o. I do not have many more things to share as of now.</w:t>
      </w:r>
    </w:p>
    <w:p>
      <w:r>
        <w:rPr>
          <w:b/>
        </w:rPr>
        <w:t xml:space="preserve">[1:09:15] </w:t>
      </w:r>
      <w:r>
        <w:t>I thought I will just share with you the method of work which we adopt, and we try</w:t>
      </w:r>
    </w:p>
    <w:p>
      <w:pPr>
        <w:jc w:val="right"/>
      </w:pPr>
      <w:r>
        <w:t>I thought I will just share with you the method of work which we adopt, and we try</w:t>
      </w:r>
    </w:p>
    <w:p>
      <w:r>
        <w:rPr>
          <w:b/>
        </w:rPr>
        <w:t xml:space="preserve">[1:09:21] </w:t>
      </w:r>
      <w:r>
        <w:t>to use every person in this work because every person has some talent given by God, and every</w:t>
      </w:r>
    </w:p>
    <w:p>
      <w:pPr>
        <w:jc w:val="right"/>
      </w:pPr>
      <w:r>
        <w:t>to use every person in this work because every person has some talent given by God, and every</w:t>
      </w:r>
    </w:p>
    <w:p>
      <w:r>
        <w:rPr>
          <w:b/>
        </w:rPr>
        <w:t xml:space="preserve">[1:09:28] </w:t>
      </w:r>
      <w:r>
        <w:t>person has something nice about themselves which, if they discover, they will know their potential, and they can</w:t>
      </w:r>
    </w:p>
    <w:p>
      <w:pPr>
        <w:jc w:val="right"/>
      </w:pPr>
      <w:r>
        <w:t>person has something nice about themselves which, if they discover, they will know their potential, and they can</w:t>
      </w:r>
    </w:p>
    <w:p>
      <w:r>
        <w:rPr>
          <w:b/>
        </w:rPr>
        <w:t xml:space="preserve">[1:09:37] </w:t>
      </w:r>
      <w:r>
        <w:t>really contribute in this field in some way or the other.</w:t>
      </w:r>
    </w:p>
    <w:p>
      <w:pPr>
        <w:jc w:val="right"/>
      </w:pPr>
      <w:r>
        <w:t>really contribute in this field in some way or the other.</w:t>
      </w:r>
    </w:p>
    <w:p>
      <w:r>
        <w:rPr>
          <w:b/>
        </w:rPr>
        <w:t xml:space="preserve">[1:09:41] </w:t>
      </w:r>
      <w:r>
        <w:t>Thank you very much. This question is from Maria. What is the difference between wisdom and stupidity? yeh bahut aasaan sawaal hai.</w:t>
      </w:r>
    </w:p>
    <w:p>
      <w:pPr>
        <w:jc w:val="right"/>
      </w:pPr>
      <w:r>
        <w:t>Thank you very much. This question is from Maria. What is the difference between wisdom and stupidity? यह बहुत आसान सवाल है।</w:t>
      </w:r>
    </w:p>
    <w:p>
      <w:r>
        <w:rPr>
          <w:b/>
        </w:rPr>
        <w:t xml:space="preserve">[1:09:58] </w:t>
      </w:r>
      <w:r>
        <w:t>Dekhiye, kisi ne kaha hai ki "A wise man is one who knows the relative value of things."</w:t>
      </w:r>
    </w:p>
    <w:p>
      <w:pPr>
        <w:jc w:val="right"/>
      </w:pPr>
      <w:r>
        <w:t>देखिए, किसी ने कहा है कि "A wise man is one who knows the relative value of things."</w:t>
      </w:r>
    </w:p>
    <w:p>
      <w:r>
        <w:rPr>
          <w:b/>
        </w:rPr>
        <w:t xml:space="preserve">[1:10:09] </w:t>
      </w:r>
      <w:r>
        <w:t>To usko aap agar ulta karein, aap to aap kahenge ki "An unwise man is one who doesn't know the relative value of things." To ek paribhasha to yeh hai,</w:t>
      </w:r>
    </w:p>
    <w:p>
      <w:pPr>
        <w:jc w:val="right"/>
      </w:pPr>
      <w:r>
        <w:t>तो उसको आप अगर उल्टा करें, आप तो आप कहेंगे कि "An unwise man is one who doesn't know the relative value of things." तो एक परिभाषा तो यह है,</w:t>
      </w:r>
    </w:p>
    <w:p>
      <w:r>
        <w:rPr>
          <w:b/>
        </w:rPr>
        <w:t xml:space="preserve">[1:10:25] </w:t>
      </w:r>
      <w:r>
        <w:t>lekin main ek bahut hi vyavahaarik aadmi hoon jo shuddh roop se paramparik paribhashayein jo hoti hain, woh mujhe zyada aakarshit nahin karti hain.</w:t>
      </w:r>
    </w:p>
    <w:p>
      <w:pPr>
        <w:jc w:val="right"/>
      </w:pPr>
      <w:r>
        <w:t>लेकिन मैं एक बहुत ही व्यावहारिक आदमी हूं जो शुद्ध रूप से पारंपरिक परिभाषाएं जो होती हैं, वो मुझे ज्यादा आकर्षित नहीं करती हैं।</w:t>
      </w:r>
    </w:p>
    <w:p>
      <w:r>
        <w:rPr>
          <w:b/>
        </w:rPr>
        <w:t xml:space="preserve">[1:10:37] </w:t>
      </w:r>
      <w:r>
        <w:t>main vyavaharik paribhasha ko zyada mahatva deta hoon.</w:t>
      </w:r>
    </w:p>
    <w:p>
      <w:pPr>
        <w:jc w:val="right"/>
      </w:pPr>
      <w:r>
        <w:t>मैं व्यावहारिक परिभाषा को ज्यादा महत्व देता हूं।</w:t>
      </w:r>
    </w:p>
    <w:p>
      <w:r>
        <w:rPr>
          <w:b/>
        </w:rPr>
        <w:t xml:space="preserve">[1:10:46] </w:t>
      </w:r>
      <w:r>
        <w:t>to main yeh samajhta hoon ki ek saral paribhasha yeh hogi ki</w:t>
      </w:r>
    </w:p>
    <w:p>
      <w:pPr>
        <w:jc w:val="right"/>
      </w:pPr>
      <w:r>
        <w:t>तो मैं यह समझता हूं कि एक सरल परिभाषा यह होगी कि</w:t>
      </w:r>
    </w:p>
    <w:p>
      <w:r>
        <w:rPr>
          <w:b/>
        </w:rPr>
        <w:t xml:space="preserve">[1:10:56] </w:t>
      </w:r>
      <w:r>
        <w:t>ek buddhiman aadmi vah hai jo</w:t>
      </w:r>
    </w:p>
    <w:p>
      <w:pPr>
        <w:jc w:val="right"/>
      </w:pPr>
      <w:r>
        <w:t>एक बुद्धिमान आदमी वह है जो</w:t>
      </w:r>
    </w:p>
    <w:p>
      <w:r>
        <w:rPr>
          <w:b/>
        </w:rPr>
        <w:t xml:space="preserve">[1:11:01] </w:t>
      </w:r>
      <w:r>
        <w:t>prasangikta aur aprasangikta ka antar jaane,</w:t>
      </w:r>
    </w:p>
    <w:p>
      <w:pPr>
        <w:jc w:val="right"/>
      </w:pPr>
      <w:r>
        <w:t>प्रासंगिकता और अप्रासंगिकता का अंतर जाने,</w:t>
      </w:r>
    </w:p>
    <w:p>
      <w:r>
        <w:rPr>
          <w:b/>
        </w:rPr>
        <w:t xml:space="preserve">[1:11:07] </w:t>
      </w:r>
      <w:r>
        <w:t>jiske andar prasangikta aur aprasangikta ka teevr anubhav maujood ho. vah buddhiman aadmi hai, aur jo iske andar yeh antar ki pahchan na ho, vah ek moorkh aadmi hai. durbhagy se, is zamane mein har aadmi ko main pata hoon ki kisi mein pada hua hai. vo janta nahin ki kya prasangikta hai, ko nahin janta.</w:t>
      </w:r>
    </w:p>
    <w:p>
      <w:pPr>
        <w:jc w:val="right"/>
      </w:pPr>
      <w:r>
        <w:t>जिसके अंदर प्रासंगिकता और अप्रासंगिकता का तीव्र अनुभव मौजूद हो। वह बुद्धिमान आदमी है, और जो इसके अंदर यह अंतर की पहचान न हो, वह एक मूर्ख आदमी है। दुर्भाग्य से, इस जमाने में हर आदमी को मैं पाता हूं कि किसी में पड़ा हुआ है। वो जानता नहीं कि क्या प्रासंगिकता है, को नहीं जानता।</w:t>
      </w:r>
    </w:p>
    <w:p>
      <w:r>
        <w:rPr>
          <w:b/>
        </w:rPr>
        <w:t xml:space="preserve">[1:11:32] </w:t>
      </w:r>
      <w:r>
        <w:t>hamesha isko na janne ki vajah se log jo hain, kya karte hain? tanav mein, sara tanav aur tension sab kuch isiliye hai. usi mein fase rehte hain. agar vo jaan len, isko hum ek aurdhang se yeh kah sakte hain ki jo aadmi yeh jaane "What is possible and what is impossible." vo buddhiman aadmi hai jo jaane ki kya hai. jo isko na jaane, to vo impossible ke peeche daudta rahega,</w:t>
      </w:r>
    </w:p>
    <w:p>
      <w:pPr>
        <w:jc w:val="right"/>
      </w:pPr>
      <w:r>
        <w:t>हमेशा इसको न जानने की वजह से लोग जो हैं, क्या करते हैं? तनाव में, सारा तनाव और टेंशन सब कुछ इसीलिए है। उसी में फंसे रहते हैं। अगर वो जान लें, इसको हम एक औरढंग से यह कह सकते हैं कि जो आदमी यह जाने "What is possible and what is impossible." वो बुद्धिमान आदमी है जो जाने कि क्या है। जो इसको न जाने, तो वो impossible के पीछे दौड़ता रहेगा,</w:t>
      </w:r>
    </w:p>
    <w:p>
      <w:r>
        <w:rPr>
          <w:b/>
        </w:rPr>
        <w:t xml:space="preserve">[1:12:01] </w:t>
      </w:r>
      <w:r>
        <w:t>halanki vo hasil nahin hai. vo to main vyavaharik taur par yeh kahunga ki sabse badi buddhi yeh hai ki aadmi yeh jaane ki aaj main kya hasil kar sakta hoon.</w:t>
      </w:r>
    </w:p>
    <w:p>
      <w:pPr>
        <w:jc w:val="right"/>
      </w:pPr>
      <w:r>
        <w:t>हालांकि वो हासिल नहीं है। वो तो मैं व्यावहारिक तौर पर यह कहूंगा कि सबसे बड़ी बुद्धि यह है कि आदमी यह जाने कि आज मैं क्या हासिल कर सकता हूं।</w:t>
      </w:r>
    </w:p>
    <w:p>
      <w:r>
        <w:rPr>
          <w:b/>
        </w:rPr>
        <w:t xml:space="preserve">[1:12:16] </w:t>
      </w:r>
      <w:r>
        <w:t>jahan par ambitions ke peeche na daude, balki yeh dekhe ki vyavaharik taur par main kya hasil kar sakta hoon. main sare log duniya bhar ke jisko dekhe, vo apne ambitions ke peeche daudte hain, desire ke peeche daudte hain.</w:t>
      </w:r>
    </w:p>
    <w:p>
      <w:pPr>
        <w:jc w:val="right"/>
      </w:pPr>
      <w:r>
        <w:t>जहां पर ambitions के पीछे न दौड़े, बल्कि यह देखे कि व्यावहारिक तौर पर मैं क्या हासिल कर सकता हूं। मैं सारे लोग दुनिया भर के जिसको देखे, वो अपने ambitions के पीछे दौड़ते हैं, desire के पीछे दौड़ते हैं।</w:t>
      </w:r>
    </w:p>
    <w:p>
      <w:r>
        <w:rPr>
          <w:b/>
        </w:rPr>
        <w:t xml:space="preserve">[1:12:31] </w:t>
      </w:r>
      <w:r>
        <w:t>phir desire milti kahan hai kisi ko?</w:t>
      </w:r>
    </w:p>
    <w:p>
      <w:pPr>
        <w:jc w:val="right"/>
      </w:pPr>
      <w:r>
        <w:t>फिर desire मिलती कहां है किसी को?</w:t>
      </w:r>
    </w:p>
    <w:p>
      <w:r>
        <w:rPr>
          <w:b/>
        </w:rPr>
        <w:t xml:space="preserve">[1:12:37] </w:t>
      </w:r>
      <w:r>
        <w:t>jisko bhi dekhta hoon, jisko bhi dekhta hoon ki vo apni desire ke peeche daudte hain, apne ambitions ke peeche daudte hain.</w:t>
      </w:r>
    </w:p>
    <w:p>
      <w:pPr>
        <w:jc w:val="right"/>
      </w:pPr>
      <w:r>
        <w:t>जिसको भी देखता हूं, जिसको भी देखता हूं कि वो अपनी desire के पीछे दौड़ते हैं, अपने ambitions के पीछे दौड़ते हैं।</w:t>
      </w:r>
    </w:p>
    <w:p>
      <w:r>
        <w:rPr>
          <w:b/>
        </w:rPr>
        <w:t xml:space="preserve">[1:12:47] </w:t>
      </w:r>
      <w:r>
        <w:t>aaj hi main paper mein padh raha tha kisi ki kahani, to main kuch ladkiyan thin, vo badi-badi baaten bol rahi thin. vo to main, yaani main bilkul aansu nikal aaye meri aankh se ki dekho, in logon ko pata nahin ki kal kya hone wala hai. badi-badi baaten bol rahi thin ki hamesha yuva rahengi, hamesha vo khoobsurat rahengi, hamesha mardon ka akarshan bani rahengi. sirf jhoothi baat hai.</w:t>
      </w:r>
    </w:p>
    <w:p>
      <w:pPr>
        <w:jc w:val="right"/>
      </w:pPr>
      <w:r>
        <w:t>आज ही मैं पेपर में पढ़ रहा था किसी की कहानी, तो मैं कुछ लड़कियां थीं, वो बड़ी-बड़ी बातें बोल रही थीं। वो तो मैं, यानी मैं बिल्कुल आंसू निकल आए मेरी आंख से कि देखो, इन लोगों को पता नहीं कि कल क्या होने वाला है। बड़ी-बड़ी बातें बोल रही थीं कि हमेशा युवा रहेंगी, हमेशा वो खूबसूरत रहेंगी, हमेशा मर्दों का आकर्षण बनी रहेंगी। सिर्फ झूठी बात है।</w:t>
      </w:r>
    </w:p>
    <w:p>
      <w:r>
        <w:rPr>
          <w:b/>
        </w:rPr>
        <w:t xml:space="preserve">[1:13:16] </w:t>
      </w:r>
      <w:r>
        <w:t>yahi ladkiyan jo thin, usmein tasveer mein lagta tha ki vo samajhti hain ki hamesha hum mardon ke liye aakarshak bane rahenge, hamesha hamare, yaani yuva rahenge, hamesha hamari khoobsurati baki rahegi. sirf jhoothi baat hai. chal, din ki chaal nahin hai, phir andheri raat hai. to kya hota hai?</w:t>
      </w:r>
    </w:p>
    <w:p>
      <w:pPr>
        <w:jc w:val="right"/>
      </w:pPr>
      <w:r>
        <w:t>यही लड़कियां जो थीं, उसमें तस्वीर में लगता था कि वो समझती हैं कि हमेशा हम मर्दों के लिए आकर्षक बने रहेंगे, हमेशा हमारे, यानी युवा रहेंगे, हमेशा हमारी खूबसूरती बाकी रहेगी। सिर्फ झूठी बात है। चल, दिन की चाल नहीं है, फिर अंधेरी रात है। तो क्या होता है?</w:t>
      </w:r>
    </w:p>
    <w:p>
      <w:r>
        <w:rPr>
          <w:b/>
        </w:rPr>
        <w:t xml:space="preserve">[1:13:36] </w:t>
      </w:r>
      <w:r>
        <w:t>har aadmi apni zindagi shuru karta hai khoobsurat desire ke sath, marta hai despair mein.</w:t>
      </w:r>
    </w:p>
    <w:p>
      <w:pPr>
        <w:jc w:val="right"/>
      </w:pPr>
      <w:r>
        <w:t>हर आदमी अपनी जिंदगी शुरू करता है खूबसूरत desire के साथ, मरता है despair में।</w:t>
      </w:r>
    </w:p>
    <w:p>
      <w:r>
        <w:rPr>
          <w:b/>
        </w:rPr>
        <w:t xml:space="preserve">[1:13:44] </w:t>
      </w:r>
      <w:r>
        <w:t>to jis jo is baat ko jaane, vo buddhiman aadmi hai. badkismati hai, koi isko janta hi nahin hai. badi-badi baaten karta hai, aakhir mein despair mein marta hai. vo aur dekhiye, sabse badi baat yeh nahin ki despair mein mara. vo sahi baat hai ki post death period ka ko use face karna hai. agar aap despair mein maren, tab bhi koi bahut badi baat nahin hai.</w:t>
      </w:r>
    </w:p>
    <w:p>
      <w:pPr>
        <w:jc w:val="right"/>
      </w:pPr>
      <w:r>
        <w:t>तो जिस जो इस बात को जाने, वो बुद्धिमान आदमी है। बदकिस्मती है, कोई इसको जानता ही नहीं है। बड़ी-बड़ी बातें करता है, आखिर में despair में मरता है। वो और देखिए, सबसे बड़ी बात यह नहीं कि despair में मरा। वो सही बात है कि post death period का को उसे face करना है। अगर आप despair में मरें, तब भी कोई बहुत बड़ी बात नहीं है।</w:t>
      </w:r>
    </w:p>
    <w:p>
      <w:r>
        <w:rPr>
          <w:b/>
        </w:rPr>
        <w:t xml:space="preserve">[1:14:10] </w:t>
      </w:r>
      <w:r>
        <w:t>abhi</w:t>
      </w:r>
    </w:p>
    <w:p>
      <w:pPr>
        <w:jc w:val="right"/>
      </w:pPr>
      <w:r>
        <w:t>अभ</w:t>
      </w:r>
    </w:p>
    <w:p>
      <w:r>
        <w:rPr>
          <w:b/>
        </w:rPr>
        <w:t xml:space="preserve">[1:14:11] </w:t>
      </w:r>
      <w:r>
        <w:t>abhi dekhiye, yeh jo eltsin hai, president roos ka, president, abhi main news mein padh raha tha, abhi jaldi vo mar gaya hai. mujhse 10 saal chhota tha. vo eltsin jo hai, mujhse 10 saal chhota tha. vo mar gaya. to kaun-kaun hai jo apne ko bacha sakta hai maut se?</w:t>
      </w:r>
    </w:p>
    <w:p>
      <w:pPr>
        <w:jc w:val="right"/>
      </w:pPr>
      <w:r>
        <w:t>ी देखिए, यह जो एल्टसिन है, प्रेसिडेंट रूस का, प्रेसिडेंट, अभी मैं न्यूज़ में पढ़ रहा था, अभी जल्दी वो मर गया है। मुझसे 10 साल छोटा था। वो एल्टसिन जो है, मुझसे 10 साल छोटा था। वो मर गया। तो कौन-कौन है जो अपने को बचा सकता है मौत से?</w:t>
      </w:r>
    </w:p>
    <w:p>
      <w:r>
        <w:rPr>
          <w:b/>
        </w:rPr>
        <w:t xml:space="preserve">[1:14:35] </w:t>
      </w:r>
      <w:r>
        <w:t>aap jante hain, bachche marte hain, jawan marte hain, boode marte hain. to log sochte nahin ki mujhe marna hai,</w:t>
      </w:r>
    </w:p>
    <w:p>
      <w:pPr>
        <w:jc w:val="right"/>
      </w:pPr>
      <w:r>
        <w:t>आप जानते हैं, बच्चे मरते हैं, जवान मरते हैं, बूढ़े मरते हैं। तो लोग सोचते नहीं कि मुझे मरना है,</w:t>
      </w:r>
    </w:p>
    <w:p>
      <w:r>
        <w:rPr>
          <w:b/>
        </w:rPr>
        <w:t xml:space="preserve">[1:14:47] </w:t>
      </w:r>
      <w:r>
        <w:t>sochte nahin ki mujhe marna hai. hadis mein aata hai ki sabse akalmand vo hai jo jaane ki mujhe marna hai.</w:t>
      </w:r>
    </w:p>
    <w:p>
      <w:pPr>
        <w:jc w:val="right"/>
      </w:pPr>
      <w:r>
        <w:t>सोचते नहीं कि मुझे मरना है। हदीस में आता है कि सबसे अकलमंद वो है जो जाने कि मुझे मरना है।</w:t>
      </w:r>
    </w:p>
    <w:p>
      <w:r>
        <w:rPr>
          <w:b/>
        </w:rPr>
        <w:t xml:space="preserve">[1:14:57] </w:t>
      </w:r>
      <w:r>
        <w:t>ek hi cheez agar jaan le aadmi ki mujhe marna hai, to poori zindagi mein ek naya badlav</w:t>
      </w:r>
    </w:p>
    <w:p>
      <w:pPr>
        <w:jc w:val="right"/>
      </w:pPr>
      <w:r>
        <w:t>एक ही चीज अगर जान ले आदमी कि मुझे मरना है, तो पूरी जिंदगी में एक नया बदलाव</w:t>
      </w:r>
    </w:p>
    <w:p>
      <w:r>
        <w:rPr>
          <w:b/>
        </w:rPr>
        <w:t xml:space="preserve">[1:15:04] </w:t>
      </w:r>
      <w:r>
        <w:t>aa jaaye. ek log samajhte hain ki main hamesha yuva rahoonga, hamesha khoobsurat rahoonga, hamesha urjavan rahoonga. halanki, thode dinon ke baad sab khatm, sab kisse kahani khatm, aur nirasha mein marte hain. marne ke baad phir, yaani hell, hell, fire ko soch kar ke bhi rongte khade hote hain ki kya hoga aadmi ka us din.</w:t>
      </w:r>
    </w:p>
    <w:p>
      <w:pPr>
        <w:jc w:val="right"/>
      </w:pPr>
      <w:r>
        <w:t>आ जाए। एक लोग समझते हैं कि मैं हमेशा युवा रहूंगा, हमेशा खूबसूरत रहूंगा, हमेशा ऊर्जावान रहूंगा। हालांकि, थोड़े दिनों के बाद सब खत्म, सब किस्से कहानी खत्म, और निराशा में मरते हैं। मरने के बाद फिर, यानी हेल, हेल, फायर को सोच करके भी रोंगटे खड़े होते हैं कि क्या होगा आदमी का उस दिन।</w:t>
      </w:r>
    </w:p>
    <w:p>
      <w:r>
        <w:rPr>
          <w:b/>
        </w:rPr>
        <w:t xml:space="preserve">[1:15:31] </w:t>
      </w:r>
      <w:r>
        <w:t>to philosophical, philosophical sense mein to iske bahut se paribhashaen di ja sakti hain, lekin vyavaharik sense mein main samajhta hoon ki yahi baat hai ki jo aadmi yeh jaane ki "What is achievable, what is not achievable." is antar ko jaane. vo maine is donon ko dekha hai ki vo jo hasil nahin hai, uske peeche daudte rehte hain, aur jo hasil hai, usko usko kho dete hain. to main to bhai iski paribhasha yahi samajhta hoon.</w:t>
      </w:r>
    </w:p>
    <w:p>
      <w:pPr>
        <w:jc w:val="right"/>
      </w:pPr>
      <w:r>
        <w:t>तो फिलॉसफिकल, फिलॉसफिकल सेंस में तो इसके बहुत से परिभाषाएं दी जा सकती हैं, लेकिन व्यावहारिक सेंस में मैं समझता हूं कि यही बात है कि जो आदमी यह जाने कि "What is achievable, what is not achievable." इस अंतर को जाने। वो मैंने इस दोनों को देखा है कि वो जो हासिल नहीं है, उसके पीछे दौड़ते रहते हैं, और जो हासिल है, उसको उसको खो देते हैं। तो मैं तो भाई इसकी परिभाषा यही समझता हूं।</w:t>
      </w:r>
    </w:p>
    <w:p>
      <w:r>
        <w:rPr>
          <w:b/>
        </w:rPr>
        <w:t xml:space="preserve">[1:16:00] </w:t>
      </w:r>
      <w:r>
        <w:t>This question is from Stuti. There can be two aspects of any problem. One, as you said, is high motivation. The other is frustration.</w:t>
      </w:r>
    </w:p>
    <w:p>
      <w:pPr>
        <w:jc w:val="right"/>
      </w:pPr>
      <w:r>
        <w:t>This question is from Stuti. There can be two aspects of any problem. One, as you said, is high motivation. The other is frustration.</w:t>
      </w:r>
    </w:p>
    <w:p>
      <w:r>
        <w:rPr>
          <w:b/>
        </w:rPr>
        <w:t xml:space="preserve">[1:16:11] </w:t>
      </w:r>
      <w:r>
        <w:t>So please tell us, how is it that we can overcome frustration and keep ourselves motivated?</w:t>
      </w:r>
    </w:p>
    <w:p>
      <w:pPr>
        <w:jc w:val="right"/>
      </w:pPr>
      <w:r>
        <w:t>So please tell us, how is it that we can overcome frustration and keep ourselves motivated?</w:t>
      </w:r>
    </w:p>
    <w:p>
      <w:r>
        <w:rPr>
          <w:b/>
        </w:rPr>
        <w:t xml:space="preserve">[1:16:22] </w:t>
      </w:r>
      <w:r>
        <w:t>vo to maine arj kar diya ki positivity ko aap khoyenge.</w:t>
      </w:r>
    </w:p>
    <w:p>
      <w:pPr>
        <w:jc w:val="right"/>
      </w:pPr>
      <w:r>
        <w:t>वो तो मैंने अर्ज कर दिया कि पॉजिटिविटी को आप खोएंगे।</w:t>
      </w:r>
    </w:p>
    <w:p>
      <w:r>
        <w:rPr>
          <w:b/>
        </w:rPr>
        <w:t xml:space="preserve">[1:16:28] </w:t>
      </w:r>
      <w:r>
        <w:t>yaani yahi us waqt jo hai, do mein se ek hota hai ki aap positive bane rahen ya positivity ko kho den. jaise aap negative bane, vaise hi vo sab ho jata hai jo aap keh rahe hain. agar positivity ko na khoye,</w:t>
      </w:r>
    </w:p>
    <w:p>
      <w:pPr>
        <w:jc w:val="right"/>
      </w:pPr>
      <w:r>
        <w:t>यानी यही उस वक्त जो है, दो में से एक होता है कि आप पॉजिटिव बने रहें या पॉजिटिविटी को खो दें। जैसे आप नेगेटिव बने, वैसे ही वो सब हो जाता है जो आप कह रहे हैं। अगर पॉजिटिविटी को न खोए,</w:t>
      </w:r>
    </w:p>
    <w:p>
      <w:r>
        <w:rPr>
          <w:b/>
        </w:rPr>
        <w:t xml:space="preserve">[1:16:46] </w:t>
      </w:r>
      <w:r>
        <w:t>sabse badi cheez jo duniya mein hai, main samajhta hoon ki positive thinking. aur sabse badi cheez hai negative thinking.</w:t>
      </w:r>
    </w:p>
    <w:p>
      <w:pPr>
        <w:jc w:val="right"/>
      </w:pPr>
      <w:r>
        <w:t>सबसे बड़ी चीज जो दुनिया में है, मैं समझता हूं कि पॉजिटिव थिंकिंग। और सबसे बड़ी चीज है नेगेटिव थिंकिंग।</w:t>
      </w:r>
    </w:p>
    <w:p>
      <w:r>
        <w:rPr>
          <w:b/>
        </w:rPr>
        <w:t xml:space="preserve">[1:16:54] </w:t>
      </w:r>
      <w:r>
        <w:t>main zindagi bhar ka mujhe experience jo hai, wo yahi batata hai ki koi bhi issue, chahe family ka issue ho, chahe marriage ka issue ho, chahe national issues hon, international issues hon, sara jo success aur failure jo hai, isi do ke beech mein chalta hai:</w:t>
      </w:r>
    </w:p>
    <w:p>
      <w:pPr>
        <w:jc w:val="right"/>
      </w:pPr>
      <w:r>
        <w:t>मैं जिंदगी भर का मुझे एक्सपीरियंस जो है, वो यही बताता है कि कोई भी इशू, चाहे फैमिली का इशू हो, चाहे मैरिज का इशू हो, चाहे नेशनल इश्यूज हों, इंटरनेशनल इश्यूज हों, सारा जो सक्सेस और फैलियर जो है, इसी दो के बीच में चलता है:</w:t>
      </w:r>
    </w:p>
    <w:p>
      <w:r>
        <w:rPr>
          <w:b/>
        </w:rPr>
        <w:t xml:space="preserve">[1:17:13] </w:t>
      </w:r>
      <w:r>
        <w:t>positive thinking aur negative thinking. aap super power hon, tab bhi agar aapko agar negative thinking hai, to aap success nahi milegi aapko.</w:t>
      </w:r>
    </w:p>
    <w:p>
      <w:pPr>
        <w:jc w:val="right"/>
      </w:pPr>
      <w:r>
        <w:t>पॉजिटिव थिंकिंग और नेगेटिव थिंकिंग। आप सुपर पावर हों, तब भी अगर आपको अगर नेगेटिव थिंकिंग है, तो आप सक्सेस नहीं मिलेगी आपको।</w:t>
      </w:r>
    </w:p>
    <w:p>
      <w:r>
        <w:rPr>
          <w:b/>
        </w:rPr>
        <w:t xml:space="preserve">[1:17:25] </w:t>
      </w:r>
      <w:r>
        <w:t>to chahe individual ka case ho, national case ho, international case ho, sabka agar aap ek mein daalen, ek ek formula banayen, to yahi hai ki negative thinking aapko le aati hai failure ki taraf, aur positive thinking aapko le jati hai success ki taraf. yeh main samajh paya hoon.</w:t>
      </w:r>
    </w:p>
    <w:p>
      <w:pPr>
        <w:jc w:val="right"/>
      </w:pPr>
      <w:r>
        <w:t>तो चाहे इंडिविजुअल का केस हो, नेशनल केस हो, इंटरनेशनल केस हो, सबका अगर आप एक में डालें, एक एक फार्मूला बनाएं, तो यही है कि नेगेटिव थिंकिंग आपको ले आती है फैलियर की तरफ, और पॉजिटिव थिंकिंग आपको ले जाती है सक्सेस की तरफ। यह मैं समझ पाया हूं।</w:t>
      </w:r>
    </w:p>
    <w:p>
      <w:r>
        <w:rPr>
          <w:b/>
        </w:rPr>
        <w:t xml:space="preserve">[1:17:54] </w:t>
      </w:r>
      <w:r>
        <w:t>This question is from Saadia. How can we get clarity of thought? log humse yahi poochte hain. jo yeh poochte hain, unse main ek hi baat kehta hoon ki price diye bina aap chahte hain ki aapko Ferrari mil jaye,</w:t>
      </w:r>
    </w:p>
    <w:p>
      <w:pPr>
        <w:jc w:val="right"/>
      </w:pPr>
      <w:r>
        <w:t>This question is from Saadia. How can we get clarity of thought? लोग हमसे यही पूछते हैं। जो यह पूछते हैं, उनसे मैं एक ही बात कहता हूं कि प्राइस दिए बिना आप चाहते हैं कि आपको Ferrari मिल जाए,</w:t>
      </w:r>
    </w:p>
    <w:p>
      <w:r>
        <w:rPr>
          <w:b/>
        </w:rPr>
        <w:t xml:space="preserve">[1:18:13] </w:t>
      </w:r>
      <w:r>
        <w:t>kaise ho sakta hai? har cheez ki price hai. jo bhi ek question karta hai mujhse, use main yahi jawa</w:t>
      </w:r>
    </w:p>
    <w:p>
      <w:pPr>
        <w:jc w:val="right"/>
      </w:pPr>
      <w:r>
        <w:t>कैसे हो सकता है? हर चीज की प्राइस है। जो भी एक क्वेश्चन करता है मुझसे, उसे मैं यही जवा</w:t>
      </w:r>
    </w:p>
    <w:p>
      <w:r>
        <w:rPr>
          <w:b/>
        </w:rPr>
        <w:t xml:space="preserve">[1:18:21] </w:t>
      </w:r>
      <w:r>
        <w:t>b deta hoon: aap chahte hain ki price na dena pade aur wo cheez mil jaye aapko. clarity of thought jo hai, wo milti hai usko jo apne aap ko confusion se bachaye. confusion kahan se aata hai?</w:t>
      </w:r>
    </w:p>
    <w:p>
      <w:pPr>
        <w:jc w:val="right"/>
      </w:pPr>
      <w:r>
        <w:t>ब देता हूं: आप चाहते हैं कि प्राइस न देना पड़े और वो चीज मिल जाए आपको। क्लैरिटी ऑफ थॉट जो है, वो मिलती है उसको जो अपने आप को कन्फ्यूजन से बचाए। कन्फ्यूजन कहां से आता है?</w:t>
      </w:r>
    </w:p>
    <w:p>
      <w:r>
        <w:rPr>
          <w:b/>
        </w:rPr>
        <w:t xml:space="preserve">[1:18:37] </w:t>
      </w:r>
      <w:r>
        <w:t>apne aap ko distraction se bachana padta hai. jo aadmi apne ko distraction se na bacha sake, to yeh phir yeh khwaab bhi na dekhe clarity of thought ka. clarity of thought jaanboojhkar bhi nahi hai.</w:t>
      </w:r>
    </w:p>
    <w:p>
      <w:pPr>
        <w:jc w:val="right"/>
      </w:pPr>
      <w:r>
        <w:t>अपने आप को डिस्ट्रैक्शन से बचाना पड़ता है। जो आदमी अपने को डिस्ट्रैक्शन से न बचा सके, तो यह फिर यह ख्वाब भी न देखे क्लैरिटी ऑफ थॉट का। क्लैरिटी ऑफ थॉट जानबूझकर भी नहीं है।</w:t>
      </w:r>
    </w:p>
    <w:p>
      <w:r>
        <w:rPr>
          <w:b/>
        </w:rPr>
        <w:t xml:space="preserve">[1:18:57] </w:t>
      </w:r>
      <w:r>
        <w:t>kyunki 11 September ko jab twin tower jo hai,</w:t>
      </w:r>
    </w:p>
    <w:p>
      <w:pPr>
        <w:jc w:val="right"/>
      </w:pPr>
      <w:r>
        <w:t>क्योंकि 11 सितंबर को जब ट्विन टावर जो है,</w:t>
      </w:r>
    </w:p>
    <w:p>
      <w:r>
        <w:rPr>
          <w:b/>
        </w:rPr>
        <w:t xml:space="preserve">[1:19:05] </w:t>
      </w:r>
      <w:r>
        <w:t>jab main twin tower par chadha tha America mein, usi waqt maine socha tha ki American thinking kya hogi. bahut hi bura role hai twin tower, wo wo tower jo banaya gaya tha wahan par. kyunki wahan par jab chadha, main ekdam upar jab gaya,</w:t>
      </w:r>
    </w:p>
    <w:p>
      <w:pPr>
        <w:jc w:val="right"/>
      </w:pPr>
      <w:r>
        <w:t>जब मैं ट्विन टावर पर चढ़ा था अमेरिका में, उसी वक्त मैंने सोचा था कि अमेरिकन थिंकिंग क्या होगी। बहुत ही बुरा रोल है ट्विन टावर, वो वो टावर जो बनाया गया था वहां पर। क्योंकि वहां पर जब चढ़ा, मैं एकदम ऊपर जब गया,</w:t>
      </w:r>
    </w:p>
    <w:p>
      <w:r>
        <w:rPr>
          <w:b/>
        </w:rPr>
        <w:t xml:space="preserve">[1:19:21] </w:t>
      </w:r>
      <w:r>
        <w:t>to insaan bilkul dwarf dikhai deta. dwarf ai</w:t>
      </w:r>
    </w:p>
    <w:p>
      <w:pPr>
        <w:jc w:val="right"/>
      </w:pPr>
      <w:r>
        <w:t>तो इंसान बिल्कुल डॉर्फ दिखाई देता। डॉर्फ ऐ</w:t>
      </w:r>
    </w:p>
    <w:p>
      <w:r>
        <w:rPr>
          <w:b/>
        </w:rPr>
        <w:t xml:space="preserve">[1:19:27] </w:t>
      </w:r>
      <w:r>
        <w:t>sa nahi dikhai jaise aap baithe hain, aap log chhota sa pigmy ki tarah se dikhai deta tha. to khair, kahenge ki us waqt, us waqt bhi main roya tha ki Americans ki kitni badi badkismati hai ki artificial thinking mein jeete hain. wo yahan chadhkar sochte hain ki doosre, sari duniya hamare muqable mein pigmy hai,</w:t>
      </w:r>
    </w:p>
    <w:p>
      <w:pPr>
        <w:jc w:val="right"/>
      </w:pPr>
      <w:r>
        <w:t>सा नहीं दिखाई जैसे आप बैठे हैं, आप लोग छोटा सा पिग्मी की तरह से दिखाई देता था। तो खैर, कहेंगे कि उस वक्त, उस वक्त भी मैं रोया था कि अमेरिकंस की कितनी बड़ी बदकिस्मती है कि आर्टिफिशियल थिंकिंग में जीते हैं। वो यहां चढ़कर सोचते हैं कि दूसरे, सारी दुनिया हमारे मुकाबले में पिग्मी है,</w:t>
      </w:r>
    </w:p>
    <w:p>
      <w:r>
        <w:rPr>
          <w:b/>
        </w:rPr>
        <w:t xml:space="preserve">[1:19:47] </w:t>
      </w:r>
      <w:r>
        <w:t>sari duniya hamare ko dwarf hai, hum bade hain.</w:t>
      </w:r>
    </w:p>
    <w:p>
      <w:pPr>
        <w:jc w:val="right"/>
      </w:pPr>
      <w:r>
        <w:t>सारी दुनिया हमारे को डॉर्फ है, हम बड़े हैं।</w:t>
      </w:r>
    </w:p>
    <w:p>
      <w:r>
        <w:rPr>
          <w:b/>
        </w:rPr>
        <w:t xml:space="preserve">[1:19:49] </w:t>
      </w:r>
      <w:r>
        <w:t>unconsciously, aapko yakeen nahi aayega ki wahan par main chadhkar ke mujhe khushi nahi hui thi, main roya tha ki Americans jo hai, unke mind kahan se banta hai. ye India mein vidwanon ka haal hai. maslan, aaj jab dekhte hain Qutub Minar, dekho, hamare aslaf ne Qutub Minar banaya tha. jab Taj Mahal dekhte hain, dekho, hamare aslaf ne Taj Mahal banaya tha. ye sab fast food mein jeena hai,</w:t>
      </w:r>
    </w:p>
    <w:p>
      <w:pPr>
        <w:jc w:val="right"/>
      </w:pPr>
      <w:r>
        <w:t>अनकॉन्शियसली, आपको यकीन नहीं आएगा कि वहां पर मैं चढ़कर के मुझे खुशी नहीं हुई थी, मैं रोया था कि अमेरिकंस जो है, उनके माइंड कहां से बनता है। ये इंडिया में विद्वानों का हाल है। मसलन, आज जब देखते हैं कुतुब मीनार, देखो, हमारे असलाफ ने कुतुब मीनार बनाया था। जब ताजमहल देखते हैं, देखो, हमारे असलाफ ने ताजमहल बनाया था। ये सब फास्ट फूड में जीना है,</w:t>
      </w:r>
    </w:p>
    <w:p>
      <w:r>
        <w:rPr>
          <w:b/>
        </w:rPr>
        <w:t xml:space="preserve">[1:20:13] </w:t>
      </w:r>
      <w:r>
        <w:t>fast food mein jeena hai. saare American fast food mein jee rahe the.</w:t>
      </w:r>
    </w:p>
    <w:p>
      <w:pPr>
        <w:jc w:val="right"/>
      </w:pPr>
      <w:r>
        <w:t>फास्ट फूड में जीना है। सारे अमेरिकन फास्ट फूड में जी रहे थे।</w:t>
      </w:r>
    </w:p>
    <w:p>
      <w:r>
        <w:rPr>
          <w:b/>
        </w:rPr>
        <w:t xml:space="preserve">[1:20:18] </w:t>
      </w:r>
      <w:r>
        <w:t>hum bade hain, hum superior hain, hum super power hain, aur inhi cheezon ne unhein ismein daal rakha tha. inhi cheezon ne daal rakha tha. ise bahar aakar sochna itna difficult hai, itna difficult hai. inhi cheezon se clarity nahi aati.</w:t>
      </w:r>
    </w:p>
    <w:p>
      <w:pPr>
        <w:jc w:val="right"/>
      </w:pPr>
      <w:r>
        <w:t>हम बड़े हैं, हम सुपीरियर हैं, हम सुपर पावर हैं, और इन्हीं चीजों ने उन्हें इसमें डाल रखा था। इन्हीं चीजों ने डाल रखा था। इसे बाहर आकर सोचना इतना डिफिकल्ट है, इतना डिफिकल्ट है। इन्हीं चीजों से क्लेरिटी नहीं आती।</w:t>
      </w:r>
    </w:p>
    <w:p>
      <w:r>
        <w:rPr>
          <w:b/>
        </w:rPr>
        <w:t xml:space="preserve">[1:20:40] </w:t>
      </w:r>
      <w:r>
        <w:t>aap jhoothi cheezon mein jeete hain, aap jhoothi badhai mein, jhoothe pride mein, jhoothe ahankar mein. jisko dekhiye, false pride, false ahankar, false beauty. ye ladkiyan jo hain, apni khoobsurti samajhti hain. aakhir ke, ji, is par bhi rota hoon. ye khair ki Khuda ne khoobsurat ladki paida hi nahi ki duniya mein. aap kahan se ho jayengi?</w:t>
      </w:r>
    </w:p>
    <w:p>
      <w:pPr>
        <w:jc w:val="right"/>
      </w:pPr>
      <w:r>
        <w:t>आप झूठी चीजों में जीते हैं, आप झूठी बढ़ाई में, झूठे प्राइड में, झूठे अहंकार में। जिसको देखिए, फाल्स प्राइड, फाल्स अहंकार, फाल्स ब्यूटी। ये लड़कियां जो हैं, अपनी खूबसूरती समझती हैं। आखिर के, जी, इस पर भी रोता हूं। ये खैर कि खुदा ने खूबसूरत लड़की पैदा ही नहीं की दुनिया में। आप कहां से हो जाएंगी?</w:t>
      </w:r>
    </w:p>
    <w:p>
      <w:r>
        <w:rPr>
          <w:b/>
        </w:rPr>
        <w:t xml:space="preserve">[1:21:05] </w:t>
      </w:r>
      <w:r>
        <w:t>main ladkiyon se kehta hoon, jo cheez Khuda ne paida nahi ki, wo aap kaise ban jayengi? Khuda ne teen haath wale insaan nahi banaye, to aap teen haath wale kahan se pa jayenge insaan ko?</w:t>
      </w:r>
    </w:p>
    <w:p>
      <w:pPr>
        <w:jc w:val="right"/>
      </w:pPr>
      <w:r>
        <w:t>मैं लड़कियों से कहता हूं, जो चीज खुदा ने पैदा नहीं की, वो आप कैसे बन जाएंगी? खुदा ने तीन हाथ वाले इंसान नहीं बनाए, तो आप तीन हाथ वाले कहां से पा जाएंगे इंसान को?</w:t>
      </w:r>
    </w:p>
    <w:p>
      <w:r>
        <w:rPr>
          <w:b/>
        </w:rPr>
        <w:t xml:space="preserve">[1:21:19] </w:t>
      </w:r>
      <w:r>
        <w:t>Khuda ki iski baat tang ye nahi hai ki duniya mein khoobsurat aurten banaye. wo khoobsurat aurten to paradise mein milengi. to false beauty, falsely, wo sochti hai ki hum hum khoobsurat hain.</w:t>
      </w:r>
    </w:p>
    <w:p>
      <w:pPr>
        <w:jc w:val="right"/>
      </w:pPr>
      <w:r>
        <w:t>खुदा की इसकी बात तंग ये नहीं है कि दुनिया में खूबसूरत औरतें बनाए। वो खूबसूरत औरतें तो पैराडाइज में मिलेंगी। तो फाल्स ब्यूटी, फाल्सली, वो सोचती है कि हम हम खूबसूरत हैं।</w:t>
      </w:r>
    </w:p>
    <w:p>
      <w:r>
        <w:rPr>
          <w:b/>
        </w:rPr>
        <w:t xml:space="preserve">[1:21:33] </w:t>
      </w:r>
      <w:r>
        <w:t>yaad rakhiye, Khuda ne khoobsurat aurat banai nahi duniya mein. isse bada jhoot koi nahi hai. koi samjhe ki main khoobsurat hoon, jhoot hai, jhoot hai. to false food se nikliye aur distraction se bahar aaiye. to apne aap clarity to apne aap aa jayegi.</w:t>
      </w:r>
    </w:p>
    <w:p>
      <w:pPr>
        <w:jc w:val="right"/>
      </w:pPr>
      <w:r>
        <w:t>याद रखिए, खुदा ने खूबसूरत औरत बनाई नहीं दुनिया में। इससे बड़ा झूठ कोई नहीं है। कोई समझे कि मैं खूबसूरत हूं, झूठ है, झूठ है। तो फाल्स फूड से निकलिए और डिस्ट्रैक्शन से बाहर आइए। तो अपने आप क्लेरिटी तो अपने आप आ जाएगी।</w:t>
      </w:r>
    </w:p>
    <w:p>
      <w:r>
        <w:rPr>
          <w:b/>
        </w:rPr>
        <w:t xml:space="preserve">[1:21:56] </w:t>
      </w:r>
      <w:r>
        <w:t>clarity jo hai, uski price hai saari kism ke false food se bahar aana. false food se bahar aana. log jeete hain false food mein. jisko dekhiye, false food mein jeeta hai.</w:t>
      </w:r>
    </w:p>
    <w:p>
      <w:pPr>
        <w:jc w:val="right"/>
      </w:pPr>
      <w:r>
        <w:t>क्लेरिटी जो है, उसकी प्राइस है सारी किस्म के फाल्स फूड से बाहर आना। फाल्स फूड से बाहर आना। लोग जीते हैं फाल्स फूड में। जिसको देखिए, फाल्स फूड में जीता है।</w:t>
      </w:r>
    </w:p>
    <w:p>
      <w:r>
        <w:rPr>
          <w:b/>
        </w:rPr>
        <w:t xml:space="preserve">[1:22:17] </w:t>
      </w:r>
      <w:r>
        <w:t>to false food mein jeete hain jab aap, to ye ye ye dream bhi na dekhe ki main idhar clarity of thought aa jaye. wo to aane wali nahi hai.</w:t>
      </w:r>
    </w:p>
    <w:p>
      <w:pPr>
        <w:jc w:val="right"/>
      </w:pPr>
      <w:r>
        <w:t>तो फाल्स फूड में जीते हैं जब आप, तो ये ये ये ड्रीम भी न देखे कि मैं इधर क्लेरिटी ऑफ थॉट आ जाए। वो तो आने वाली नहीं है।</w:t>
      </w:r>
    </w:p>
    <w:p>
      <w:r>
        <w:rPr>
          <w:b/>
        </w:rPr>
        <w:t xml:space="preserve">[1:22:28] </w:t>
      </w:r>
      <w:r>
        <w:t>main Khuda ke fazl se jitne bhi false food the meri zindagi mein, maine unko nikaal phenk diya. unko nikaal ke phenk diya.</w:t>
      </w:r>
    </w:p>
    <w:p>
      <w:pPr>
        <w:jc w:val="right"/>
      </w:pPr>
      <w:r>
        <w:t>मैं खुदा के फज़ल से जितने भी फाल्स फूड थे मेरी जिंदगी में, मैंने उनको निकाल फेंक दिया। उनको निकाल के फेंक दिया।</w:t>
      </w:r>
    </w:p>
    <w:p>
      <w:r>
        <w:rPr>
          <w:b/>
        </w:rPr>
        <w:t xml:space="preserve">[1:22:39] </w:t>
      </w:r>
      <w:r>
        <w:t>har kism ke Khuda ke fazl se experience mujh par guzre hain. har kism ke experience. shayad koi bhi experience aisa nahi hai jisse main na guzra hoon apni is lambi umr mein. maine achhi tarah jaan liya ki saare insaan jeete hain false food mein. koi na koi false food rehta hai, koi na koi.</w:t>
      </w:r>
    </w:p>
    <w:p>
      <w:pPr>
        <w:jc w:val="right"/>
      </w:pPr>
      <w:r>
        <w:t>हर किस्म के खुदा के फज़ल से एक्सपीरियंस मुझ पर गुजरे हैं। हर किस्म के एक्सपीरियंस। शायद कोई भी एक्सपीरियंस ऐसा नहीं है जिससे मैं न गुजरा हूं अपनी इस लंबी उम्र में। मैंने अच्छी तरह जान लिया कि सारे इंसान जीते हैं फाल्स फूड में। कोई न कोई फाल्स फूड रहता है, कोई न कोई।</w:t>
      </w:r>
    </w:p>
    <w:p>
      <w:r>
        <w:rPr>
          <w:b/>
        </w:rPr>
        <w:t xml:space="preserve">[1:22:59] </w:t>
      </w:r>
      <w:r>
        <w:t>aur wahi aadmi ke andar se clarity chheen leta hai. natural thinking ka naam hai clarity. aur aap jo hain, artificial thinking mein pad jate hain, to natural thinking chali jati hai.</w:t>
      </w:r>
    </w:p>
    <w:p>
      <w:pPr>
        <w:jc w:val="right"/>
      </w:pPr>
      <w:r>
        <w:t>और वही आदमी के अंदर से क्लेरिटी छीन लेता है। नेचुरल थिंकिंग का नाम है क्लेरिटी। और आप जो हैं, आर्टिफिशियल थिंकिंग में पड़ जाते हैं, तो नेचुरल थिंकिंग चली जाती है।</w:t>
      </w:r>
    </w:p>
    <w:p>
      <w:r>
        <w:rPr>
          <w:b/>
        </w:rPr>
        <w:t xml:space="preserve">[1:23:16] </w:t>
      </w:r>
      <w:r>
        <w:t>to</w:t>
      </w:r>
    </w:p>
    <w:p>
      <w:pPr>
        <w:jc w:val="right"/>
      </w:pPr>
      <w:r>
        <w:t>तो</w:t>
      </w:r>
    </w:p>
    <w:p>
      <w:r>
        <w:rPr>
          <w:b/>
        </w:rPr>
        <w:t xml:space="preserve">[1:23:17] </w:t>
      </w:r>
      <w:r>
        <w:t>baharhal, apne aap ko khud hi introspection ke zariye aadmi ko khud hi apne aap ko correct karna padta hai. correct self correction ka formula. ek sahab se mujhe baat hui thi yahan university mein. wo kehne lage, "nietsche, aap jante hain ki nietzsche philosophy thi ego,</w:t>
      </w:r>
    </w:p>
    <w:p>
      <w:pPr>
        <w:jc w:val="right"/>
      </w:pPr>
      <w:r>
        <w:t>बहरहाल, अपने आप को खुद ही इंट्रोस्पेक्शन के जरिए आदमी को खुद ही अपने आप को करेक्ट करना पड़ता है। करेक्ट सेल्फ करेक्शन का फार्मूला। एक साहब से मुझे बात हुई थी यहां यूनिवर्सिटी में। वो कहने लगे, "निटशेक, आप जानते हैं कि निटशेक फिलॉसफी थी ईगो,</w:t>
      </w:r>
    </w:p>
    <w:p>
      <w:r>
        <w:rPr>
          <w:b/>
        </w:rPr>
        <w:t xml:space="preserve">[1:23:42] </w:t>
      </w:r>
      <w:r>
        <w:t>ego based philosophy. to apne self ko janna,</w:t>
      </w:r>
    </w:p>
    <w:p>
      <w:pPr>
        <w:jc w:val="right"/>
      </w:pPr>
      <w:r>
        <w:t>ईगो बेस्ड फिलॉसफी। तो अपने सेल्फ को जानना,</w:t>
      </w:r>
    </w:p>
    <w:p>
      <w:r>
        <w:rPr>
          <w:b/>
        </w:rPr>
        <w:t xml:space="preserve">[1:23:48] </w:t>
      </w:r>
      <w:r>
        <w:t>yeh nietzsche ki philosophy thi." maine kaha, "nietzsche bilkul isse bada aadmi tha."</w:t>
      </w:r>
    </w:p>
    <w:p>
      <w:pPr>
        <w:jc w:val="right"/>
      </w:pPr>
      <w:r>
        <w:t>यह निटशेक की फिलॉसफी थी।" मैंने कहा, "निटशेक बिल्कुल इससे बड़ा आदमी था।"</w:t>
      </w:r>
    </w:p>
    <w:p>
      <w:r>
        <w:rPr>
          <w:b/>
        </w:rPr>
        <w:t xml:space="preserve">[1:23:57] </w:t>
      </w:r>
      <w:r>
        <w:t>yaani anti self thinking ka naam hai. yaani jo anti self thinking jiske andar ho, wo hai bada insaan. self thinking se bada insaan nahi koi banta. nietzsche ki philosophy mein yeh hai ki self thinking ko usne bada insaan samajh liya.</w:t>
      </w:r>
    </w:p>
    <w:p>
      <w:pPr>
        <w:jc w:val="right"/>
      </w:pPr>
      <w:r>
        <w:t>यानी एंटी सेल्फ थिंकिंग का नाम है। यानी जो एंटी सेल्फ थिंकिंग जिसके अंदर हो, वो है बड़ा इंसान। सेल्फ थिंकिंग से बड़ा इंसान नहीं कोई बनता। निटशेक की फिलॉसफी में यह है कि सेल्फ थिंकिंग को उसने बड़ा इंसान समझ लिया।</w:t>
      </w:r>
    </w:p>
    <w:p>
      <w:r>
        <w:rPr>
          <w:b/>
        </w:rPr>
        <w:t xml:space="preserve">[1:24:17] </w:t>
      </w:r>
      <w:r>
        <w:t>anti self thinking jiske andar hogi, wo bada insaan hai. nietzsche bahut hi bada mana jata hai philosopher, lekin main isko stupid samajhta hoon. self thinking kya cheez hoti hai?</w:t>
      </w:r>
    </w:p>
    <w:p>
      <w:pPr>
        <w:jc w:val="right"/>
      </w:pPr>
      <w:r>
        <w:t>एंटी सेल्फ थिंकिंग जिसके अंदर होगी, वो बड़ा इंसान है। निटशेक बहुत ही बड़ा माना जाता है फिलॉसफर, लेकिन मैं इसको स्टुपिड समझता हूं। सेल्फ थिंकिंग क्या चीज होती है?</w:t>
      </w:r>
    </w:p>
    <w:p>
      <w:r>
        <w:rPr>
          <w:b/>
        </w:rPr>
        <w:t xml:space="preserve">[1:24:29] </w:t>
      </w:r>
      <w:r>
        <w:t>self think aapne late hain, aap pride, ahankar aur superior aur artificial cheezon mein jeene lagte hain. aap to sabse badi cheez jo hai, mere nazdeek wo hai anti self thinking.</w:t>
      </w:r>
    </w:p>
    <w:p>
      <w:pPr>
        <w:jc w:val="right"/>
      </w:pPr>
      <w:r>
        <w:t>सेल्फ थिंक आपने लाते हैं, आप प्राइड, अहंकार और सुपीरियर और आर्टिफिशियल चीजों में जीने लगते हैं। आप तो सबसे बड़ी चीज जो है, मेरे नजदीक वो है एंटी सेल्फ थिंकिंग।</w:t>
      </w:r>
    </w:p>
    <w:p>
      <w:r>
        <w:rPr>
          <w:b/>
        </w:rPr>
        <w:t xml:space="preserve">[1:24:46] </w:t>
      </w:r>
      <w:r>
        <w:t>tab aadmi criticize hota hai, tab aadmi realist banta hai, tab aadmi sachchai ko jaan pata hai. to bahar clarity hasil karna hai, to un cheezon se apne aap ko bachana padega jo clarity ko kill karti hain. baqi aur kuch jhaad phoonk se, koi mantra se clarity nahi aa sakti hai.</w:t>
      </w:r>
    </w:p>
    <w:p>
      <w:pPr>
        <w:jc w:val="right"/>
      </w:pPr>
      <w:r>
        <w:t>तब आदमी क्रिटिसाइज होता है, तब आदमी रियलिस्ट बनता है, तब आदमी सच्चाई को जान पाता है। तो बाहर क्लेरिटी हासिल करना है, तो उन चीजों से अपने आप को बचाना पड़ेगा जो क्लेरिटी को किल करती हैं। बाकी और कुछ झाड़ फूंक से, कोई मंत्र से क्लेरिटी नहीं आ सकती है।</w:t>
      </w:r>
    </w:p>
    <w:p>
      <w:r>
        <w:rPr>
          <w:b/>
        </w:rPr>
        <w:t xml:space="preserve">[1:25:13] </w:t>
      </w:r>
      <w:r>
        <w:t>na, hum apni baat kar rahe hain. waise, I don't know how it applies to everyone. I'm saying that how important is you need a frame, a religious frame to think in. jaise hamari clarity tab aayi jab humne quran ko padha. to how important is a religious frame to get clarity?</w:t>
      </w:r>
    </w:p>
    <w:p>
      <w:pPr>
        <w:jc w:val="right"/>
      </w:pPr>
      <w:r>
        <w:t>ना, हम अपनी बात कर रहे हैं। वैसे, I don't know how it applies to everyone. I'm saying that how important is you need a frame, a religious frame to think in. जैसे हमारी क्लेरिटी तब आई जब हमने कुरान को पढ़ा। तो how important is a religious frame to get clarity?</w:t>
      </w:r>
    </w:p>
    <w:p>
      <w:r>
        <w:rPr>
          <w:b/>
        </w:rPr>
        <w:t xml:space="preserve">[1:25:28] </w:t>
      </w:r>
      <w:r>
        <w:t>religion ka kya matlab hai clarity se? nahi, agar aap islam ka word bolein, tab main bataunga ki islam ka kya role hai aadmi ke andar clarity of thought la</w:t>
      </w:r>
    </w:p>
    <w:p>
      <w:pPr>
        <w:jc w:val="right"/>
      </w:pPr>
      <w:r>
        <w:t>रिलीजन का क्या मतलब है क्लेरिटी से? नहीं, अगर आप इस्लाम का वर्ड बोलें, तब मैं बताऊंगा कि इस्लाम का क्या रोल है आदमी के अंदर क्लेरिटी ऑफ थॉट ल</w:t>
      </w:r>
    </w:p>
    <w:p>
      <w:r>
        <w:rPr>
          <w:b/>
        </w:rPr>
        <w:t xml:space="preserve">[1:25:42] </w:t>
      </w:r>
      <w:r>
        <w:t>ane mein. matlab, yahan pe aane se pehle hamare thoughts ekdum bikhre hue the. jab humne quran padhi aur hadith padhi, ek frame mila hamare mind ko uske uske andar sochne ka. nahi, agar aap question ko main is tarah karoon, to aap theek samjhengi ki islam ka role kya hai clarity of thought lane mein. matlab, aise yeh nahi hai, yahi hai, yahi hai. haan, dekhiye,</w:t>
      </w:r>
    </w:p>
    <w:p>
      <w:pPr>
        <w:jc w:val="right"/>
      </w:pPr>
      <w:r>
        <w:t>ाने में। मतलब, यहाँ पे आने से पहले हमारे थॉट्स एकदम बिखरे हुए थे। जब हमने कुरान पढ़ी और हदीस पढ़ी, एक फ्रेम मिला हमारे माइंड को उसके उसके अंदर सोचने का। नहीं, अगर आप क्वेश्चन को मैं इस तरह करूं, तो आपठीक समझेंगी कि इस्लाम का रोल क्या है क्लेरिटी ऑफ थॉट लाने में। मतलब, ऐसे ये नहीं है, यही है, यही है। हां, देखिए,</w:t>
      </w:r>
    </w:p>
    <w:p>
      <w:r>
        <w:rPr>
          <w:b/>
        </w:rPr>
        <w:t xml:space="preserve">[1:26:10] </w:t>
      </w:r>
      <w:r>
        <w:t>to</w:t>
      </w:r>
    </w:p>
    <w:p>
      <w:pPr>
        <w:jc w:val="right"/>
      </w:pPr>
      <w:r>
        <w:t>तो</w:t>
      </w:r>
    </w:p>
    <w:p>
      <w:r>
        <w:rPr>
          <w:b/>
        </w:rPr>
        <w:t xml:space="preserve">[1:26:11] </w:t>
      </w:r>
      <w:r>
        <w:t>main apna experience batata hoon aapko. apna experience batata hoon aapko. us din ko bata sakta hoon kab mujhe ise discover hui, kab discover mujhe hui. dekhiye, 1971 mein india aur pakistan mein ladai hui. us waqt pakistan do ka naam tha:</w:t>
      </w:r>
    </w:p>
    <w:p>
      <w:pPr>
        <w:jc w:val="right"/>
      </w:pPr>
      <w:r>
        <w:t>मैं अपना एक्सपीरियंस बताता हूं आपको। अपना एक्सपीरियंस बताता हूं आपको। उस दिन को बता सकता हूं कब मुझे इसे डिस्कवर हुई, कब डिस्कवर मुझे हुई। देखिए, 1971 में इंडिया और पाकिस्तान में लड़ाई हुई। उस वक्त पाकिस्तान दो का नाम था:</w:t>
      </w:r>
    </w:p>
    <w:p>
      <w:r>
        <w:rPr>
          <w:b/>
        </w:rPr>
        <w:t xml:space="preserve">[1:26:35] </w:t>
      </w:r>
      <w:r>
        <w:t>east pakistan aur west pakistan.</w:t>
      </w:r>
    </w:p>
    <w:p>
      <w:pPr>
        <w:jc w:val="right"/>
      </w:pPr>
      <w:r>
        <w:t>ईस्ट पाकिस्तान और वेस्ट पाकिस्तान।</w:t>
      </w:r>
    </w:p>
    <w:p>
      <w:r>
        <w:rPr>
          <w:b/>
        </w:rPr>
        <w:t xml:space="preserve">[1:26:38] </w:t>
      </w:r>
      <w:r>
        <w:t>jo aaj bangladesh hai, wo tha west, wo wo tha east pakistan. to ladai hui aur wo east pakistan khatm ho gaya aur bangladesh ban gaya. is par bahut sari book likhi gayi thin,</w:t>
      </w:r>
    </w:p>
    <w:p>
      <w:pPr>
        <w:jc w:val="right"/>
      </w:pPr>
      <w:r>
        <w:t>जो आज बांग्लादेश है, वो था वेस्ट, वो वो था ईस्ट पाकिस्तान। तो लड़ाई हुई और वो ईस्ट पाकिस्तान खत्म हो गया और बांग्लादेश बन गया। इस पर बहुत सारी बुक लिखी गई थीं,</w:t>
      </w:r>
    </w:p>
    <w:p>
      <w:r>
        <w:rPr>
          <w:b/>
        </w:rPr>
        <w:t xml:space="preserve">[1:26:57] </w:t>
      </w:r>
      <w:r>
        <w:t>bahut sari book likhi gayi thin.</w:t>
      </w:r>
    </w:p>
    <w:p>
      <w:pPr>
        <w:jc w:val="right"/>
      </w:pPr>
      <w:r>
        <w:t>बहुत सारी बुक लिखी गई थीं।</w:t>
      </w:r>
    </w:p>
    <w:p>
      <w:r>
        <w:rPr>
          <w:b/>
        </w:rPr>
        <w:t xml:space="preserve">[1:27:00] </w:t>
      </w:r>
      <w:r>
        <w:t>to</w:t>
      </w:r>
    </w:p>
    <w:p>
      <w:pPr>
        <w:jc w:val="right"/>
      </w:pPr>
      <w:r>
        <w:t>तो</w:t>
      </w:r>
    </w:p>
    <w:p>
      <w:r>
        <w:rPr>
          <w:b/>
        </w:rPr>
        <w:t xml:space="preserve">[1:27:04] </w:t>
      </w:r>
      <w:r>
        <w:t>ek book aisi thi, uska title ne mujhe bahut fayda pahunchaya. kyunki aap bataya maine ki main har cheez ko sochta hoon, har cheez ko sochta hoon. to</w:t>
      </w:r>
    </w:p>
    <w:p>
      <w:pPr>
        <w:jc w:val="right"/>
      </w:pPr>
      <w:r>
        <w:t>एक बुक ऐसी थी, उसका टाइटल ने मुझे बहुत फायदा पहुंचाया। क्योंकि आप बताया मैंने कि मैं हर चीज को सोचता हूं, हर चीज को सोचता हूं। तो</w:t>
      </w:r>
    </w:p>
    <w:p>
      <w:r>
        <w:rPr>
          <w:b/>
        </w:rPr>
        <w:t xml:space="preserve">[1:27:19] </w:t>
      </w:r>
      <w:r>
        <w:t>bas ek kitab ka title tha "dismemberment of pakistan". ek ek tha ki "partition after partition". yeh sab title the pakistan</w:t>
      </w:r>
    </w:p>
    <w:p>
      <w:pPr>
        <w:jc w:val="right"/>
      </w:pPr>
      <w:r>
        <w:t>बस एक किताब का टाइटल था "डिसमेंबरमेंट ऑफ पाकिस्तान"। एक एक था कि "पार्टीशन आफ्टर पार्टीशन"। ये सब टाइटल थे पाकिस्तान</w:t>
      </w:r>
    </w:p>
    <w:p>
      <w:r>
        <w:rPr>
          <w:b/>
        </w:rPr>
        <w:t xml:space="preserve">[1:27:30] </w:t>
      </w:r>
      <w:r>
        <w:t>71 ke baad. jaldi bahut si kitabein chhapi thin ki "partition after partition", "dismemberment of pakistan", "emergence of bangladesh". aisi kai books. ek kitab ka title tha "pakistan cut to size". "pakistan cut to size". iska matlab yeh tha ki pakistan jo tha,</w:t>
      </w:r>
    </w:p>
    <w:p>
      <w:pPr>
        <w:jc w:val="right"/>
      </w:pPr>
      <w:r>
        <w:t>71 के बाद। जल्दी बहुत सी किताबें छपी थीं कि "पार्टीशन आफ्टर पार्टीशन", "डिसमेंबरमेंट ऑफ पाकिस्तान", "इमरजेंसी ऑफ बांग्लादेश"। ऐसी कई बुक्स। एक किताब का टाइटल था "पाकिस्तान कट टू साइज"। "पाकिस्तान कट टू साइज"। इसका मतलब यह था कि पाकिस्तान जो था,</w:t>
      </w:r>
    </w:p>
    <w:p>
      <w:r>
        <w:rPr>
          <w:b/>
        </w:rPr>
        <w:t xml:space="preserve">[1:27:55] </w:t>
      </w:r>
      <w:r>
        <w:t>ek ek banawati badhotri thi uski.</w:t>
      </w:r>
    </w:p>
    <w:p>
      <w:pPr>
        <w:jc w:val="right"/>
      </w:pPr>
      <w:r>
        <w:t>एक एक बनावटी बढ़ोतरी थी उसकी।</w:t>
      </w:r>
    </w:p>
    <w:p>
      <w:r>
        <w:rPr>
          <w:b/>
        </w:rPr>
        <w:t xml:space="preserve">[1:28:00] </w:t>
      </w:r>
      <w:r>
        <w:t>asal pakistan to wahi tha jisko unhone naam rakh rakha tha "west pakistan". asal to wahi tha. ab yeh jod rakha tha usko. to ek ek banawati badhotri thi, wo khatm ho gayi. matlab, wo 12 jo hai, itna bada dikhai deta hai. hawa nikal diye, khatm. yeh hai "pakistan cut to size".</w:t>
      </w:r>
    </w:p>
    <w:p>
      <w:pPr>
        <w:jc w:val="right"/>
      </w:pPr>
      <w:r>
        <w:t>असल पाकिस्तान तो वही था जिसको उन्होंने नाम रख रखा था "वेस्ट पाकिस्तान"। असल तो वही था। अब यह जोड़ रखा था उसको। तो एक एक बनावटी बढ़ोतरी थी, वो खत्म हो गई। मतलब, वो 12 जो है, इतना बड़ा दिखाई देता है। हवा निकाल दिए, खत्म। यह है "पाकिस्तान कट टू साइज"।</w:t>
      </w:r>
    </w:p>
    <w:p>
      <w:r>
        <w:rPr>
          <w:b/>
        </w:rPr>
        <w:t xml:space="preserve">[1:28:22] </w:t>
      </w:r>
      <w:r>
        <w:t>isse maine link kiya islam ke ek ek ek teaching ko link karke. maine samjha ki sari baaton ka jo wo hai super formula,</w:t>
      </w:r>
    </w:p>
    <w:p>
      <w:pPr>
        <w:jc w:val="right"/>
      </w:pPr>
      <w:r>
        <w:t>इससे मैंने लिंक किया इस्लाम के एक एक एक टीचिंग को लिंक करके। मैंने समझा कि सारी बातों का जो वो है सुपर फार्मूला,</w:t>
      </w:r>
    </w:p>
    <w:p>
      <w:r>
        <w:rPr>
          <w:b/>
        </w:rPr>
        <w:t xml:space="preserve">[1:28:38] </w:t>
      </w:r>
      <w:r>
        <w:t>wo hai insaan man cut to size ban jaye. koi cheez aisi ho jo usko man cut to size bana sake.</w:t>
      </w:r>
    </w:p>
    <w:p>
      <w:pPr>
        <w:jc w:val="right"/>
      </w:pPr>
      <w:r>
        <w:t>वो है इंसान मैन कट टू साइज बन जाए। कोई चीज ऐसी हो जो उसको मैन कट टू साइज बना सके।</w:t>
      </w:r>
    </w:p>
    <w:p>
      <w:r>
        <w:rPr>
          <w:b/>
        </w:rPr>
        <w:t xml:space="preserve">[1:28:48] </w:t>
      </w:r>
      <w:r>
        <w:t>koi aisi idolgy, koi aisa concept jo insaan ko man cut to size bana sake. wahan jaakar aadmi ekdum unconquerable ho jata hai. wo sab kuch pa leta hai. wahan jaakar to insaan hota hai. sab kya?</w:t>
      </w:r>
    </w:p>
    <w:p>
      <w:pPr>
        <w:jc w:val="right"/>
      </w:pPr>
      <w:r>
        <w:t>कोई ऐसी आइडल जी, कोई ऐसा कांसेप्ट जो इंसान को मैन कट टू साइज बना सके। वहां जाकर आदमी एकदम अनकंकरेबल हो जाता है। वो सब कुछ पा लेता है। वहां जाकर तो इंसान होता है। सब क्या?</w:t>
      </w:r>
    </w:p>
    <w:p>
      <w:r>
        <w:rPr>
          <w:b/>
        </w:rPr>
        <w:t xml:space="preserve">[1:29:05] </w:t>
      </w:r>
      <w:r>
        <w:t>wahi. yaani itna bara pakistan hai, khamkha itna bara bana rakha hai apne aap ko. itna bara baloon hai, itna bara bana rakha hai apne aap ko.</w:t>
      </w:r>
    </w:p>
    <w:p>
      <w:pPr>
        <w:jc w:val="right"/>
      </w:pPr>
      <w:r>
        <w:t>वही। यानी इतना बड़ा पाकिस्तान है, खामखा इतना बड़ा बना रखा है अपने आप को। इतना बड़ा बलून है, इतना बड़ा बना रखा है अपने आप को।</w:t>
      </w:r>
    </w:p>
    <w:p>
      <w:r>
        <w:rPr>
          <w:b/>
        </w:rPr>
        <w:t xml:space="preserve">[1:29:16] </w:t>
      </w:r>
      <w:r>
        <w:t>har aadmi jeeta hai ek ek badhotri mein, artificial badhotri mein. har aadmi mein shayad koi bhi exception is mein na ho. us din maine jo sochna shuru kiya "pakistan cut to size", to maine yeh banaya tha yeh word ki man cut to size. yeh maine yeh kind kya hai word?</w:t>
      </w:r>
    </w:p>
    <w:p>
      <w:pPr>
        <w:jc w:val="right"/>
      </w:pPr>
      <w:r>
        <w:t>हर आदमी जीता है एक एक बढ़ोतरी में, आर्टिफिशियल बढ़ोतरी में। हर आदमी में शायद कोई भी एक्सेप्शन इसमें ना हो। उस दिन मैंने जो सोचना शुरू किया "पाकिस्तान कट टू साइज", तो मैंने यह बनाया था यह वर्ड कि मैन कट टू साइज। यह मैंने यह काइंड क्या है वर्ड?</w:t>
      </w:r>
    </w:p>
    <w:p>
      <w:r>
        <w:rPr>
          <w:b/>
        </w:rPr>
        <w:t xml:space="preserve">[1:29:36] </w:t>
      </w:r>
      <w:r>
        <w:t>maine kisi kitaab mein nahi padha tha. man cut to size</w:t>
      </w:r>
    </w:p>
    <w:p>
      <w:pPr>
        <w:jc w:val="right"/>
      </w:pPr>
      <w:r>
        <w:t>मैंने किसी किताब में नहीं पढ़ा था। मैन कट टू साइज</w:t>
      </w:r>
    </w:p>
    <w:p>
      <w:r>
        <w:rPr>
          <w:b/>
        </w:rPr>
        <w:t xml:space="preserve">[1:29:41] </w:t>
      </w:r>
      <w:r>
        <w:t>sabse badi cheez hai wo wo wo idol ji, wo concept jo insaan ko man cut to size bana sake. main samajhta hoon ki islam bhi man cut to size banata hai. koi bhi doosri theory, doosri philosophy aisi hai nahi jo insaan ko man cut to size banaye. kyunki yahan par hai god versus man,</w:t>
      </w:r>
    </w:p>
    <w:p>
      <w:pPr>
        <w:jc w:val="right"/>
      </w:pPr>
      <w:r>
        <w:t>सबसे बड़ी चीज है वो वो वो आइडल जी, वो कांसेप्ट जो इंसान को मैन कट टू साइज बना सके। मैं समझता हूं कि इस्लाम भी मैन कट टू साइज बनाता है। कोई भी दूसरी थ्योरी, दूसरी फिलॉसफी ऐसी है नहीं जो इंसान को मैन कट टू साइज बनाए। क्योंकि यहां पर है गॉड वर्सेस मैन,</w:t>
      </w:r>
    </w:p>
    <w:p>
      <w:r>
        <w:rPr>
          <w:b/>
        </w:rPr>
        <w:t xml:space="preserve">[1:30:05] </w:t>
      </w:r>
      <w:r>
        <w:t>god versus man. aur jitne bhi hain, man versus man par base karte hain. wo</w:t>
      </w:r>
    </w:p>
    <w:p>
      <w:pPr>
        <w:jc w:val="right"/>
      </w:pPr>
      <w:r>
        <w:t>गॉड वर्सेस मैन। और जितने भी हैं, मैन वर्सेस मैन पर बेस करते हैं। वो</w:t>
      </w:r>
    </w:p>
    <w:p>
      <w:r>
        <w:rPr>
          <w:b/>
        </w:rPr>
        <w:t xml:space="preserve">[1:30:11] </w:t>
      </w:r>
      <w:r>
        <w:t>to god creator hai, akela hi usne create kiya. god sustain hai, akela hi woh sab kuch kar raha hai. god lord of judgment hai, wo akela hi wo karega,</w:t>
      </w:r>
    </w:p>
    <w:p>
      <w:pPr>
        <w:jc w:val="right"/>
      </w:pPr>
      <w:r>
        <w:t>तो गॉड क्रिएटर है, अकेला ही उसने क्रिएट किया। गॉड सस्टेन है, अकेला ही वह सब कुछ कर रहा है। गॉड लॉर्ड ऑफ जजमेंट है, वो अकेला ही वो करेगा,</w:t>
      </w:r>
    </w:p>
    <w:p>
      <w:r>
        <w:rPr>
          <w:b/>
        </w:rPr>
        <w:t xml:space="preserve">[1:30:28] </w:t>
      </w:r>
      <w:r>
        <w:t>decision lega. to yeh yeh jo concept hai ki god akela hi powerful hai, main powerful nahi hoon,</w:t>
      </w:r>
    </w:p>
    <w:p>
      <w:pPr>
        <w:jc w:val="right"/>
      </w:pPr>
      <w:r>
        <w:t>डिसीजन लेगा। तो यह यह जो कांसेप्ट है कि गॉड अकेला ही पावरफुल है, मैं पावरफुल नहीं हूं,</w:t>
      </w:r>
    </w:p>
    <w:p>
      <w:r>
        <w:rPr>
          <w:b/>
        </w:rPr>
        <w:t xml:space="preserve">[1:30:40] </w:t>
      </w:r>
      <w:r>
        <w:t>yeh insaan ko man cut to size banata hai. aur jab yahan pahunchta hai aadmi, tab uska jo treasure, jo kehte hain na andar ka, wo sab khul jata hai. saare daane khul jaate hain, uska sara mind khul jata hai. yeh main apna experience bata raha hoon. jis din maine discover kiya, us din se maine mehsoos kiya ki ab main ek unconquerable insaan ban chuka hoon. koi mujhe conquer nahi kar sakta. yeh baat hai 72 ki.</w:t>
      </w:r>
    </w:p>
    <w:p>
      <w:pPr>
        <w:jc w:val="right"/>
      </w:pPr>
      <w:r>
        <w:t>यह इंसान को मैन कट टू साइज बनाता है। और जब यहां पहुंचता है आदमी, तब उसका जो ट्रेजर, जो कहते हैं ना अंदर का, वो सब खुल जाता है। सारे दाने खुल जाते हैं, उसका सारा माइंड खुल जाता है। ये मैं अपना एक्सपीरियंस बता रहा हूं। जिस दिन मैंने डिस्कवर किया, उस दिन से मैंने महसूस किया कि अब मैं एक अनकंकरेबल इंसान बन चुका हूं। कोई मुझे कांकर नहीं कर सकता। यह बात है 72 की।</w:t>
      </w:r>
    </w:p>
    <w:p>
      <w:r>
        <w:rPr>
          <w:b/>
        </w:rPr>
        <w:t xml:space="preserve">[1:31:08] </w:t>
      </w:r>
      <w:r>
        <w:t>to yeh maine jo padha tha, to vague sect mein ek concept tha mere andar maujood. lekin jo 72 mein wo kitaab jo padhi maine, "pakistan cut to size", ekdum jaise lagta hai ki mera mind khul gaya. to tab meri word kind kya?</w:t>
      </w:r>
    </w:p>
    <w:p>
      <w:pPr>
        <w:jc w:val="right"/>
      </w:pPr>
      <w:r>
        <w:t>तो यह मैंने जो पढ़ा था, तो वेग सेक्ट में एक कांसेप्ट था मेरे अंदर मौजूद। लेकिन जो 72 में वो किताब जो पढ़ी मैंने, "पाकिस्तान कट टू साइज", एकदम जैसे लगता है कि मेरा माइंड खुल गया। तो तब मेरी वर्ड काइंड क्या?</w:t>
      </w:r>
    </w:p>
    <w:p>
      <w:r>
        <w:rPr>
          <w:b/>
        </w:rPr>
        <w:t xml:space="preserve">[1:31:24] </w:t>
      </w:r>
      <w:r>
        <w:t>ki man cut to size. ek book bhi likhi thi maine is par urdu mein, wo maujood hai.</w:t>
      </w:r>
    </w:p>
    <w:p>
      <w:pPr>
        <w:jc w:val="right"/>
      </w:pPr>
      <w:r>
        <w:t>कि मैन कट टू साइज। एक बुक भी लिखी थी मैंने इस पर उर्दू में, वो मौजूद है।</w:t>
      </w:r>
    </w:p>
    <w:p>
      <w:r>
        <w:rPr>
          <w:b/>
        </w:rPr>
        <w:t xml:space="preserve">[1:31:31] </w:t>
      </w:r>
      <w:r>
        <w:t>to main to yahi samjha hoon apne experience se ki agar aadmi ko chah, aadmi chahta hai ki wo sab kuch paaye, sab kuch paaye, sab kuch paaye, to sabse pehle wo man cut to size bane.</w:t>
      </w:r>
    </w:p>
    <w:p>
      <w:pPr>
        <w:jc w:val="right"/>
      </w:pPr>
      <w:r>
        <w:t>तो मैं तो यही समझा हूं अपने एक्सपीरियंस से कि अगर आदमी को चाह, आदमी चाहता है कि वो सब कुछ पाए, सब कुछ पाए, सब कुछ पाए, तो सबसे पहले वो मैन कट टू साइज बने।</w:t>
      </w:r>
    </w:p>
    <w:p>
      <w:r>
        <w:rPr>
          <w:b/>
        </w:rPr>
        <w:t xml:space="preserve">[1:31:44] </w:t>
      </w:r>
      <w:r>
        <w:t>jahan wo nahi ko pa lega, tab usko hai milega. jab wo apne nahi ko pa lega, tab usko hai milega.</w:t>
      </w:r>
    </w:p>
    <w:p>
      <w:pPr>
        <w:jc w:val="right"/>
      </w:pPr>
      <w:r>
        <w:t>जहां वो नहीं को पा लेगा, तब उसको है मिलेगा। जब वो अपने नहीं को पा लेगा, तब उसको है मिलेगा।</w:t>
      </w:r>
    </w:p>
    <w:p>
      <w:r>
        <w:rPr>
          <w:b/>
        </w:rPr>
        <w:t xml:space="preserve">[1:31:52] </w:t>
      </w:r>
      <w:r>
        <w:t>jab tak wo hai mein jiyega ki main beautiful hoon, main paise wala hoon aur mere paas bahut bada job hai, mere paas shandar bangla hai, mere paas badi badi gaadiyan hain, tab tak kuch nahi. tab tak nothing bana rahega wo,</w:t>
      </w:r>
    </w:p>
    <w:p>
      <w:pPr>
        <w:jc w:val="right"/>
      </w:pPr>
      <w:r>
        <w:t>जब तक वो है में जिएगा कि मैं ब्यूटीफुल हूं, मैं पैसे वाला हूं और मेरे पास बहुत बड़ा जॉब है, मेरे पास शानदार बंगला है, मेरे पास बड़ी-बड़ी गाड़ियां हैं, तब तक कुछ नहीं। तब तक नथिंग बना रहेगा वो,</w:t>
      </w:r>
    </w:p>
    <w:p>
      <w:r>
        <w:rPr>
          <w:b/>
        </w:rPr>
        <w:t xml:space="preserve">[1:32:07] </w:t>
      </w:r>
      <w:r>
        <w:t>tab tak kuch bhi nahi rahega wo. ab main batata hoon aapko ki mere mere paas paanch gaadiyan hain. paanch. main samajhta hoon ki main apne ko yakeen kijiye ki main samajhta hoon ki jo sweeper aati hai mere yahan, us se bhi kam samajhta hoon apne aap ko.</w:t>
      </w:r>
    </w:p>
    <w:p>
      <w:pPr>
        <w:jc w:val="right"/>
      </w:pPr>
      <w:r>
        <w:t>तब तक कुछ भी नहीं रहेगा वो। अब मैं बताता हूं आपको कि मेरे मेरे पास पांच गाड़ियां हैं। पांच। मैं समझता हूं कि मैं अपने को यकीन कीजिए कि मैं समझता हूं कि जो स्वीपर आती है मेरे यहां, उससे भी कम समझता हूं अपने आप को।</w:t>
      </w:r>
    </w:p>
    <w:p>
      <w:r>
        <w:rPr>
          <w:b/>
        </w:rPr>
        <w:t xml:space="preserve">[1:32:22] </w:t>
      </w:r>
      <w:r>
        <w:t>cycle chalata hai jab road par ek aadmi, main samajhta hoon ki main cycle ke barabar bhi nahi hoon. itna zyada maine apne ko cut to size banaya hai.</w:t>
      </w:r>
    </w:p>
    <w:p>
      <w:pPr>
        <w:jc w:val="right"/>
      </w:pPr>
      <w:r>
        <w:t>साइकिल चलाता है जब रोड पर एक आदमी, मैं समझता हूं कि मैं साइकिल के बराबर भी नहीं हूं। इतना ज्यादा मैंने अपने को कट टू साइज बनाया है।</w:t>
      </w:r>
    </w:p>
    <w:p>
      <w:r>
        <w:rPr>
          <w:b/>
        </w:rPr>
        <w:t xml:space="preserve">[1:32:31] </w:t>
      </w:r>
      <w:r>
        <w:t>main kabhi bhi nahi samjha ki main kothi wala hoon, main gaadi wala hoon, main main mujhe fame hai, kuch bhi nahi, kuch bhi nahi, kuch bhi nahi. yakeen kijiye, aaj jab aa raha tha, aaj ka batata hoon aapko. main aap meri beti farida se pooch lijiye. aap main kaha tha, maine kaha, aaj hi kaha. maine kaha, main kya bolunga?</w:t>
      </w:r>
    </w:p>
    <w:p>
      <w:pPr>
        <w:jc w:val="right"/>
      </w:pPr>
      <w:r>
        <w:t>मैं कभी भी नहीं समझा कि मैं कोठी वाला हूं, मैं गाड़ी वाला हूं, मैं मैं मुझे फेम है, कुछ भी नहीं, कुछ भी नहीं, कुछ भी नहीं। यकीन कीजिए, आज जब आ रहा था, आज का बताता हूं आपको। मैं आप मेरी बेटी फरीदा से पूछ लीजिए। आप मैं कहा था, मैंने कहा, आज ही कहा। मैंने कहा, मैं क्या बोलूंगा?</w:t>
      </w:r>
    </w:p>
    <w:p>
      <w:r>
        <w:rPr>
          <w:b/>
        </w:rPr>
        <w:t xml:space="preserve">[1:32:48] </w:t>
      </w:r>
      <w:r>
        <w:t>main kuch sochta, kya bolunga? inko bithaya maine, batao kuch. to inko sar Dard tha, bechari chhod ke chali gayi mujhko.</w:t>
      </w:r>
    </w:p>
    <w:p>
      <w:pPr>
        <w:jc w:val="right"/>
      </w:pPr>
      <w:r>
        <w:t>मैं कुछ सोचता, क्या बोलूंगा? इनको बिठाया मैंने, बताओ कुछ। तो इनको सर्वदर्द था, बेचारी छोड़ के चली गई मुझको।</w:t>
      </w:r>
    </w:p>
    <w:p>
      <w:r>
        <w:rPr>
          <w:b/>
        </w:rPr>
        <w:t xml:space="preserve">[1:32:59] </w:t>
      </w:r>
      <w:r>
        <w:t>inko sar Dard tha, to mujhe inse main exchange karke jaana chahta tha. kya bolun? yahan aakar ke kuch kuch samajh mein aata, kya bolunga?</w:t>
      </w:r>
    </w:p>
    <w:p>
      <w:pPr>
        <w:jc w:val="right"/>
      </w:pPr>
      <w:r>
        <w:t>इनको सर्वदर्द था, तो मुझे इनसे मैं एक्सचेंज करके जाना चाहता था। क्या बोलूं? यहां आकर के कुछ कुछ समझ में आता, क्या बोलूंगा?</w:t>
      </w:r>
    </w:p>
    <w:p>
      <w:r>
        <w:rPr>
          <w:b/>
        </w:rPr>
        <w:t xml:space="preserve">[1:33:09] </w:t>
      </w:r>
      <w:r>
        <w:t>to maine apne aap ko wahan pahunchaya, jahan laga ki main kuch bhi nahi hoon, kuch bhi nahi hoon, kuch bhi nahi hoon. wahan par khuda ki madad aayi. to aap dekhiye, main yahan par ek speech de saka. yeh speech jo di maine, wo mujhe wahan mili jahan main apne aap ko criticize kar chuka tha,</w:t>
      </w:r>
    </w:p>
    <w:p>
      <w:pPr>
        <w:jc w:val="right"/>
      </w:pPr>
      <w:r>
        <w:t>तो मैंने अपने आप को वहां पहुंचाया, जहां लगा कि मैं कुछ भी नहीं हूं, कुछ भी नहीं हूं, कुछ भी नहीं हूं। वहां पर खुदा की मदद आई। तो आप देखिए, मैं यहां पर एक स्पीच दे सका। यह स्पीच जो दी मैंने, वो मुझे वहां मिली जहां मैं अपने आप को क्रिटिसाइज कर चुका था,</w:t>
      </w:r>
    </w:p>
    <w:p>
      <w:r>
        <w:rPr>
          <w:b/>
        </w:rPr>
        <w:t xml:space="preserve">[1:33:27] </w:t>
      </w:r>
      <w:r>
        <w:t>jahan apne aap ko nothing bana chuka tha, jahan apne aap ko spiritualist bana chuka tha. yakeen kijiye, main jab aa raha tha, to main samajhta tha khuda, mere mind par word nahi hai, meri zubaan par bolne ki taqat nahi hai, sochna bhi mujhe nahi aata. nahi, sochna aata, na bolna aata, na kuch aata.</w:t>
      </w:r>
    </w:p>
    <w:p>
      <w:pPr>
        <w:jc w:val="right"/>
      </w:pPr>
      <w:r>
        <w:t>जहां अपने आप को नथिंग बना चुका था, जहां अपने आप को स्पिरिचुअलिस्ट बना चुका था। यकीन कीजिए, मैं जब आ रहा था, तो मैं समझता था खुदा, मेरे माइंड पर वर्ड नहीं है, मेरी जुबान पर बोलने की ताकत नहीं है, सोचना भी मुझे नहीं आता। नहीं, सोचना आता, ना बोलना आता, ना कुछ आता।</w:t>
      </w:r>
    </w:p>
    <w:p>
      <w:r>
        <w:rPr>
          <w:b/>
        </w:rPr>
        <w:t xml:space="preserve">[1:33:49] </w:t>
      </w:r>
      <w:r>
        <w:t>to jab aap</w:t>
      </w:r>
    </w:p>
    <w:p>
      <w:pPr>
        <w:jc w:val="right"/>
      </w:pPr>
      <w:r>
        <w:t>तो जब आप</w:t>
      </w:r>
    </w:p>
    <w:p>
      <w:r>
        <w:rPr>
          <w:b/>
        </w:rPr>
        <w:t xml:space="preserve">[1:33:52] </w:t>
      </w:r>
      <w:r>
        <w:t>yeh ek jo mein jo kitab mein likha tha, maine agar woh padh sake, aap urdu mein thi</w:t>
      </w:r>
    </w:p>
    <w:p>
      <w:pPr>
        <w:jc w:val="right"/>
      </w:pPr>
      <w:r>
        <w:t>यह एक जो मैं जो किताब में लिखा था, मैंने अगर वह पढ़ सके, आप उर्दू में थी</w:t>
      </w:r>
    </w:p>
    <w:p>
      <w:r>
        <w:rPr>
          <w:b/>
        </w:rPr>
        <w:t xml:space="preserve">[1:33:58] </w:t>
      </w:r>
      <w:r>
        <w:t>woh kitab ke insan ki sab se bari, sab se bari insan ki sab se bari quality yeh hai ke is</w:t>
      </w:r>
    </w:p>
    <w:p>
      <w:pPr>
        <w:jc w:val="right"/>
      </w:pPr>
      <w:r>
        <w:t>वह किताब कि इंसान की सबसे बड़ी, सबसे बड़ी इंसान की सबसे बड़ी क्वालिटी यह है कि इस</w:t>
      </w:r>
    </w:p>
    <w:p>
      <w:r>
        <w:rPr>
          <w:b/>
        </w:rPr>
        <w:t xml:space="preserve">[1:34:06] </w:t>
      </w:r>
      <w:r>
        <w:t>universe mein woh doosra extent banata hai.</w:t>
      </w:r>
    </w:p>
    <w:p>
      <w:pPr>
        <w:jc w:val="right"/>
      </w:pPr>
      <w:r>
        <w:t>यूनिवर्स में वह दूसरा एक्सटेंड बनाता है।</w:t>
      </w:r>
    </w:p>
    <w:p>
      <w:r>
        <w:rPr>
          <w:b/>
        </w:rPr>
        <w:t xml:space="preserve">[1:34:09] </w:t>
      </w:r>
      <w:r>
        <w:t>doosra extent, ek extent yeh hai ke god all powerful hai, all powerful.</w:t>
      </w:r>
    </w:p>
    <w:p>
      <w:pPr>
        <w:jc w:val="right"/>
      </w:pPr>
      <w:r>
        <w:t>दूसरा एक्सटेंट, एक एक्सटेंट यह है कि गॉड ऑल पावरफुल है, ऑल पावरफुल।</w:t>
      </w:r>
    </w:p>
    <w:p>
      <w:r>
        <w:rPr>
          <w:b/>
        </w:rPr>
        <w:t xml:space="preserve">[1:34:15] </w:t>
      </w:r>
      <w:r>
        <w:t>mein all powerless hoon.</w:t>
      </w:r>
    </w:p>
    <w:p>
      <w:pPr>
        <w:jc w:val="right"/>
      </w:pPr>
      <w:r>
        <w:t>मैं ऑल पावरलेस हूं।</w:t>
      </w:r>
    </w:p>
    <w:p>
      <w:r>
        <w:rPr>
          <w:b/>
        </w:rPr>
        <w:t xml:space="preserve">[1:34:17] </w:t>
      </w:r>
      <w:r>
        <w:t>yeh doosra extent hai.</w:t>
      </w:r>
    </w:p>
    <w:p>
      <w:pPr>
        <w:jc w:val="right"/>
      </w:pPr>
      <w:r>
        <w:t>यह दूसरा एक्सटेंट है।</w:t>
      </w:r>
    </w:p>
    <w:p>
      <w:r>
        <w:rPr>
          <w:b/>
        </w:rPr>
        <w:t xml:space="preserve">[1:34:19] </w:t>
      </w:r>
      <w:r>
        <w:t>yeh extent na to suraj bana sakta, na galaxy bana sakti hai, na mountain bana sakta, koi na ocean bana sakta. kyunki wo jaante nahi apne baare mein. yaani consciously doosra extent banana ki khuda all powerful hai, main all powerless hoon.</w:t>
      </w:r>
    </w:p>
    <w:p>
      <w:pPr>
        <w:jc w:val="right"/>
      </w:pPr>
      <w:r>
        <w:t>यह एक्सटेंट ना तो सूरज बना सकता, ना गैलेक्सी बना सकती है, ना माउंटेन बना सकता, कोई ना ओशन बना सकता। क्योंकि वो जानते नहीं अपने बारे में। यानी कॉन्शियसली दूसरा एक्सटेंड बनाना कि खुदा ऑल पावरफुल है, मैं ऑल पावरलेस हूं।</w:t>
      </w:r>
    </w:p>
    <w:p>
      <w:r>
        <w:rPr>
          <w:b/>
        </w:rPr>
        <w:t xml:space="preserve">[1:34:38] </w:t>
      </w:r>
      <w:r>
        <w:t>to maine kaha tha ke insaan ki sabse badi jo uska,</w:t>
      </w:r>
    </w:p>
    <w:p>
      <w:pPr>
        <w:jc w:val="right"/>
      </w:pPr>
      <w:r>
        <w:t>तो मैंने कहा था कि इंसान की सबसे बड़ी जो उसका,</w:t>
      </w:r>
    </w:p>
    <w:p>
      <w:r>
        <w:rPr>
          <w:b/>
        </w:rPr>
        <w:t xml:space="preserve">[1:34:42] </w:t>
      </w:r>
      <w:r>
        <w:t>yaani sabse badi baat jo insaan ke andar hai, wo yahi hai ke is universe mein wah doosra</w:t>
      </w:r>
    </w:p>
    <w:p>
      <w:pPr>
        <w:jc w:val="right"/>
      </w:pPr>
      <w:r>
        <w:t>यानी सबसे बड़ी बात जो इंसान के अंदर है, वो यही है कि इस यूनिवर्स में वह दूसरा</w:t>
      </w:r>
    </w:p>
    <w:p>
      <w:r>
        <w:rPr>
          <w:b/>
        </w:rPr>
        <w:t xml:space="preserve">[1:34:48] </w:t>
      </w:r>
      <w:r>
        <w:t>extend banata hai.</w:t>
      </w:r>
    </w:p>
    <w:p>
      <w:pPr>
        <w:jc w:val="right"/>
      </w:pPr>
      <w:r>
        <w:t>एक्सटेंड बनाता है।</w:t>
      </w:r>
    </w:p>
    <w:p>
      <w:r>
        <w:rPr>
          <w:b/>
        </w:rPr>
        <w:t xml:space="preserve">[1:34:51] </w:t>
      </w:r>
      <w:r>
        <w:t>aap bana ke dekhiye aur dekhiye, aap kitna zabardast aapke andar emergence aayega.</w:t>
      </w:r>
    </w:p>
    <w:p>
      <w:pPr>
        <w:jc w:val="right"/>
      </w:pPr>
      <w:r>
        <w:t>आप बना के देखिए और देखिए, आप कितना जबरदस्त आपके अंदर इमरजेंस आएगा।</w:t>
      </w:r>
    </w:p>
    <w:p>
      <w:r>
        <w:rPr>
          <w:b/>
        </w:rPr>
        <w:t xml:space="preserve">[1:34:56] </w:t>
      </w:r>
      <w:r>
        <w:t>log banate nahi hain, log question karte hain, hum banate hain hi nahi.</w:t>
      </w:r>
    </w:p>
    <w:p>
      <w:pPr>
        <w:jc w:val="right"/>
      </w:pPr>
      <w:r>
        <w:t>लोग बनाते नहीं हैं, लोग क्वेश्चन करते हैं, हम बनाते हैं ही नहीं।</w:t>
      </w:r>
    </w:p>
    <w:p>
      <w:r>
        <w:rPr>
          <w:b/>
        </w:rPr>
        <w:t xml:space="preserve">[1:35:01] </w:t>
      </w:r>
      <w:r>
        <w:t>aap bana ke dekhiye</w:t>
      </w:r>
    </w:p>
    <w:p>
      <w:pPr>
        <w:jc w:val="right"/>
      </w:pPr>
      <w:r>
        <w:t>आप बना के देखिए</w:t>
      </w:r>
    </w:p>
    <w:p>
      <w:r>
        <w:rPr>
          <w:b/>
        </w:rPr>
        <w:t xml:space="preserve">[1:35:04] </w:t>
      </w:r>
      <w:r>
        <w:t>ke doosra extend banaiye.</w:t>
      </w:r>
    </w:p>
    <w:p>
      <w:pPr>
        <w:jc w:val="right"/>
      </w:pPr>
      <w:r>
        <w:t>कि दूसरा एक्सटेंड बनाइए।</w:t>
      </w:r>
    </w:p>
    <w:p>
      <w:r>
        <w:rPr>
          <w:b/>
        </w:rPr>
        <w:t xml:space="preserve">[1:35:06] </w:t>
      </w:r>
      <w:r>
        <w:t>aap is universe mein</w:t>
      </w:r>
    </w:p>
    <w:p>
      <w:pPr>
        <w:jc w:val="right"/>
      </w:pPr>
      <w:r>
        <w:t>आप इस यूनिवर्स में</w:t>
      </w:r>
    </w:p>
    <w:p>
      <w:r>
        <w:rPr>
          <w:b/>
        </w:rPr>
        <w:t xml:space="preserve">[1:35:09] </w:t>
      </w:r>
      <w:r>
        <w:t>is cheez, is cheez ko discover kijiye. khuda ek extent par hai, all powerful hai. wo main doosre extent par hoon ki main all powerless hoon. consciously aap is extent ko banaiye aur dekhiye ki aapko dekh kitni badi personality emerge karegi. iska aap tajarba karke dekhiye.</w:t>
      </w:r>
    </w:p>
    <w:p>
      <w:pPr>
        <w:jc w:val="right"/>
      </w:pPr>
      <w:r>
        <w:t>इस चीज, इस चीज को डिस्कवर कीजिए। खुदा एक एक्सटेंट पर है, ऑल पावरफुल है। वो मैं दूसरे एक्सटेंट पर हूं कि मैं ऑल पावरलेस हूं। कॉन्शियसली आप इस एक्सटेंट को बनाइए और देखिए कि आपको देख कितनी बड़ी पर्सनालिटी एमर्ज करेगी। इसका आप तजुर्बा करके देखिए।</w:t>
      </w:r>
    </w:p>
    <w:p>
      <w:r>
        <w:rPr>
          <w:b/>
        </w:rPr>
        <w:t xml:space="preserve">[1:35:32] </w:t>
      </w:r>
      <w:r>
        <w:t>this question is from ali.</w:t>
      </w:r>
    </w:p>
    <w:p>
      <w:pPr>
        <w:jc w:val="right"/>
      </w:pPr>
      <w:r>
        <w:t>दिस क्वेश्चन इज फ्रॉम अली।</w:t>
      </w:r>
    </w:p>
    <w:p>
      <w:r>
        <w:rPr>
          <w:b/>
        </w:rPr>
        <w:t xml:space="preserve">[1:35:34] </w:t>
      </w:r>
      <w:r>
        <w:t>in an age like today, where men and women are treated equally, we often do have girls as friends. so, as islam forbids mixing with the opposite sex, what is your view on this subject?</w:t>
      </w:r>
    </w:p>
    <w:p>
      <w:pPr>
        <w:jc w:val="right"/>
      </w:pPr>
      <w:r>
        <w:t>इन एन एज लाइक टुडे, वेयर मेन एंड वुमेन आर ट्रीटेड इक्वली, वी ऑफन डू हैव गर्ल्स एस फ्रेंड्स। सो, एज इस्लाम फॉरबिड्स मिक्सिंग विद द अपोजिट सेक्स, व्हाट इज योर व्यू ऑन दिस सब्जेक्ट?</w:t>
      </w:r>
    </w:p>
    <w:p>
      <w:r>
        <w:rPr>
          <w:b/>
        </w:rPr>
        <w:t xml:space="preserve">[1:35:50] </w:t>
      </w:r>
      <w:r>
        <w:t>bhai, wahi hai jo jo quran ka hai. main ye friendship ko bilkul haram samajhta hoon. haram</w:t>
      </w:r>
    </w:p>
    <w:p>
      <w:pPr>
        <w:jc w:val="right"/>
      </w:pPr>
      <w:r>
        <w:t>भाई, वही है जो जो कुरान का है। मैं ये फ्रेंडशिप को बिल्कुल हराम समझता हूं। हराम</w:t>
      </w:r>
    </w:p>
    <w:p>
      <w:r>
        <w:rPr>
          <w:b/>
        </w:rPr>
        <w:t xml:space="preserve">[1:36:00] </w:t>
      </w:r>
      <w:r>
        <w:t>marriage institution jo hai, wahi institution lawful institution hai. yaani shadi karke aap ek saath rahe aur shadi ke bagair hi aap boyfriend, girlfriend bane, ye bilkul haram hai. ye log aise log hell mein jayenge. hell mein koi hell ke siwa koi cheez nahi, unka unka jagah hai unke liye. kyunki khuda ne dekhiye, jo jaayaz tareeka bataya hai ki wo shadi karke raho, ek saath shadi karke</w:t>
      </w:r>
    </w:p>
    <w:p>
      <w:pPr>
        <w:jc w:val="right"/>
      </w:pPr>
      <w:r>
        <w:t>मैरिज इंस्टिट्यूशन जो है, वही इंस्टिट्यूशन लाफुल इंस्टिट्यूशन है। यानी शादी करके आप एक साथ रहे और शादी के बगैर ही आप बॉयफ्रेंड, गर्लफ्रेंड बने, ये बिल्कुल हराम है। ये लोग ऐसे लोग हेल में जाएंगे। हेल में कोई हेल के सिवा कोई चीज नहीं, उनका उनका जगह है उनके लिए। क्योंकि खुदा ने देखिए, जो जायज तरीका बताया है कि वो शादी करके रहो, एक साथ शादी करके</w:t>
      </w:r>
    </w:p>
    <w:p>
      <w:r>
        <w:rPr>
          <w:b/>
        </w:rPr>
        <w:t xml:space="preserve">[1:36:26] </w:t>
      </w:r>
      <w:r>
        <w:t>raho. bina shadi ke, aajkal jo kaha jata hai ki kya kehte hain, living relationship. ji ji, living relationship jo hai, haram relationship hai. wo unlawful relationship hai. wo jahannumi hai, jahannumi. aur kabhi usmein kisi ko sukh nahi milega. main challenge karta hoon kisi ko living relationship mein, aakhir waqt tak sukh mila ho usko. main challenge karta hoon. agar koi keh de ki mujhe mila hai, to main apni baat khatam kar dunga, apna mission khatam kar du</w:t>
      </w:r>
    </w:p>
    <w:p>
      <w:pPr>
        <w:jc w:val="right"/>
      </w:pPr>
      <w:r>
        <w:t>रहो। बिना शादी के, आजकल जो कहा जाता है कि क्या कहते हैं, लिविंग रिलेशनशिप। जी जी, लिविंग रिलेशनशिप जो है, हराम रिलेशनशिप है। वो अनलाफुल रिलेशनशिप है। वो जहन्नुमी है, जहन्नुमी। और कभी उसमें किसी को सुख नहीं मिलेगा। मैं चैलेंज करता हूं किसी को लिविंग रिलेशनशिप में, आखिर वक्त तक सुख मिला हो उसको। मैं चैलेंज करता हूं। अगर कोई कह दे कि मुझे मिला है, तो मैं अपनी बात खत्म कर दूंगा, अपना मिशन खत्म कर दू</w:t>
      </w:r>
    </w:p>
    <w:p>
      <w:r>
        <w:rPr>
          <w:b/>
        </w:rPr>
        <w:t xml:space="preserve">[1:36:55] </w:t>
      </w:r>
      <w:r>
        <w:t>nga. apna ye jitne ladke ladkiyan aisa bolte hain, bole marte hain, sakht buri maut marte hain. despair, dispiter, nirasha. koi agar aisa ho jo live relationship wala aadmi,</w:t>
      </w:r>
    </w:p>
    <w:p>
      <w:pPr>
        <w:jc w:val="right"/>
      </w:pPr>
      <w:r>
        <w:t>ंगा। अपना ये जितने लड़के लड़कियां ऐसा बोलते हैं, बोले मरते हैं, सख्त बुरी मौत मरते हैं। डिस्पेयर, डिसपिटर, निराशा। कोई अगर ऐसा हो जो लिव रिलेशनशिप वाला आदमी,</w:t>
      </w:r>
    </w:p>
    <w:p>
      <w:r>
        <w:rPr>
          <w:b/>
        </w:rPr>
        <w:t xml:space="preserve">[1:37:10] </w:t>
      </w:r>
      <w:r>
        <w:t>jo apne aap ko sachmuch happiness aakhir waqt tak maintain kar sake, to mujhe bataye, uska naam kaun hai. wo bahut hi buri zindagi hoti hai in logon ki. chand din ka, chand din hua karte hain, hua us baad khatam.</w:t>
      </w:r>
    </w:p>
    <w:p>
      <w:pPr>
        <w:jc w:val="right"/>
      </w:pPr>
      <w:r>
        <w:t>जो अपने आप को सचमुच हैप्पीनेस आखिर वक्त तक मेंटेन कर सके, तो मुझे बताए, उसका नाम कौन है। वो बहुत ही बुरी जिंदगी होती है इन लोगों की। चंद दिन का, चंद दिन हुआ करते हैं, हुआ उस बाद खत्म।</w:t>
      </w:r>
    </w:p>
    <w:p>
      <w:r>
        <w:rPr>
          <w:b/>
        </w:rPr>
        <w:t xml:space="preserve">[1:37:24] </w:t>
      </w:r>
      <w:r>
        <w:t>chand din hua karke khatam. bal mera wahi nazariya hai jo islam ka hai. bal koi nazariya nahi hai. bal girlfriend, boyfriend bilkul haram hai islam mein. aur iske liye ye sirf jahannumi kaam hai. ye sab. aur jisko shadi karna hai, shadi karke rahe kayde se. bas friendship ka jo concept hai, ye ye bilkul islam mein iski koi bhi jagah nahi hai. iski</w:t>
      </w:r>
    </w:p>
    <w:p>
      <w:pPr>
        <w:jc w:val="right"/>
      </w:pPr>
      <w:r>
        <w:t>चंद दिन हुआ करके खत्म। बल मेरा वही नजरिया है जो इस्लाम का है। बल कोई नजरिया नहीं है। बल गर्लफ्रेंड, बॉयफ्रेंड बिल्कुल हराम है इस्लाम में। और इसके लिए ये सिर्फ जहन्नुमी काम है। ये सब। और जिसको शादी करना है, शादी करके रहे कायदे से। बस फ्रेंडशिप का जो कांसेप्ट है, ये ये बिल्कुल इस्लाम में इसकी कोई भी जगह नहीं है। इसकी</w:t>
      </w:r>
    </w:p>
    <w:p>
      <w:r>
        <w:rPr>
          <w:b/>
        </w:rPr>
        <w:t xml:space="preserve">[1:37:50] </w:t>
      </w:r>
      <w:r>
        <w:t>jo wahi jo jo aap jo islam mein jo bataya gaya, wahi literal taur par manta hoon. isko literal taur par manta hoon. aur main ye bhi saath-saath ismein jodta hoon ki sara tajurba batata hai, sara tajurba ki aise log zindagi mein kabhi happiness nahi paate. kyun aapse nahi payenge?</w:t>
      </w:r>
    </w:p>
    <w:p>
      <w:pPr>
        <w:jc w:val="right"/>
      </w:pPr>
      <w:r>
        <w:t>जो वही जो जो आप जो इस्लाम में जो बताया गया, वही लिटरल तौर पर मानता हूं। इसको लिटरल तौर पर मानता हूं। और मैं ये भी साथ-साथ इसमें जोड़ता हूं कि सारा तजुर्बा बताता है, सारा तजुर्बा कि ऐसे लोग जिंदगी में कभी हैप्पीनेस नहीं पाते। क्यों आपसे नहीं पाएंगे?</w:t>
      </w:r>
    </w:p>
    <w:p>
      <w:r>
        <w:rPr>
          <w:b/>
        </w:rPr>
        <w:t xml:space="preserve">[1:38:10] </w:t>
      </w:r>
      <w:r>
        <w:t>isliye ki ye animal level par jeete hain. wo animal level par</w:t>
      </w:r>
    </w:p>
    <w:p>
      <w:pPr>
        <w:jc w:val="right"/>
      </w:pPr>
      <w:r>
        <w:t>इसलिए कि ये एनिमल लेवल पर जीते हैं। वो एनिमल लेवल पर</w:t>
      </w:r>
    </w:p>
    <w:p>
      <w:r>
        <w:rPr>
          <w:b/>
        </w:rPr>
        <w:t xml:space="preserve">[1:38:15] </w:t>
      </w:r>
      <w:r>
        <w:t>maine dekhe hain. wo wahan europe, africa mein aise ladke ladkiyan. aur main samajhne ki koshish ki, kya baatein karte hain aapas mein. to bilkul sathi khasi baatein kar, superfluous baatein. yaani jo miyan biwi jo hai, wo to achhi baatein kar sakte hain. lekin jo wo taluq hota hai, jo live relationship wala, wo bilkul animal level par jeete hain. wo log to sukoon, chain kahan se milega unko?</w:t>
      </w:r>
    </w:p>
    <w:p>
      <w:pPr>
        <w:jc w:val="right"/>
      </w:pPr>
      <w:r>
        <w:t>मैंने देखे हैं। वो वहां यूरोप, अफ्रीका में ऐसे लड़के लड़कियां। और मैं समझने की कोशिश की, क्या बातें करते हैं आपस में। तो बिल्कुल सथी खसी बातें कर, सुपर फ्लिस बातें। यानी जो मियां बीवी जो है, वो तो अच्छी बातें कर सकते हैं। लेकिन जो वो ताल्लुक होता है, जो लिव रिलेशनशिप वाला, वो बिल्कुल एनिमल लेवल पर जीते हैं। वो लोग तो सुकून, चैन कहां से मिलेगा उनको?</w:t>
      </w:r>
    </w:p>
    <w:p>
      <w:r>
        <w:rPr>
          <w:b/>
        </w:rPr>
        <w:t xml:space="preserve">[1:38:41] </w:t>
      </w:r>
      <w:r>
        <w:t>jo insaan ka jo level hai, usse wo gir gaye neeche. to sukoon kahan se milega unko? to baharhaal, sirf marriage hi islam mein ek lawful institution hai. this question is from sadia. why do we give in to temptation easily?</w:t>
      </w:r>
    </w:p>
    <w:p>
      <w:pPr>
        <w:jc w:val="right"/>
      </w:pPr>
      <w:r>
        <w:t>जो इंसान का जो लेवल है, उससे वो गिर गए नीचे। तो सुकून कहां से मिलेगा उनको? तो बहरहाल, सिर्फ मैरिज ही इस्लाम में एक लाफुल इंस्टिट्यूशन है। दिस क्वेश्चन इज फ्रॉम सादिया। व्हाई डू वी गिव इन टू टेंटेशन इजली?</w:t>
      </w:r>
    </w:p>
    <w:p>
      <w:r>
        <w:rPr>
          <w:b/>
        </w:rPr>
        <w:t xml:space="preserve">[1:38:59] </w:t>
      </w:r>
      <w:r>
        <w:t>why do we give in to temptation easily? dekhiye, hadith mein aata hai, quran mein aata hai ki har insaan ke saath do aur lage rehte hain: ek angel, ek saturn.</w:t>
      </w:r>
    </w:p>
    <w:p>
      <w:pPr>
        <w:jc w:val="right"/>
      </w:pPr>
      <w:r>
        <w:t>व्हाई डू वी गिव इन टू टेंटेशन इजली? देखिए, हदीस में आता है, कुरान में आता है कि हर इंसान के साथ दो और लगे रहते हैं: एक एंजल, एक सैटर्न।</w:t>
      </w:r>
    </w:p>
    <w:p>
      <w:r>
        <w:rPr>
          <w:b/>
        </w:rPr>
        <w:t xml:space="preserve">[1:39:12] </w:t>
      </w:r>
      <w:r>
        <w:t>with every woman, with every man, ek saturn hai, ek ek ek ek angel hai. to yeh test ki wajah se khuda ne jo test aapko lena hai, khuda ko uski wajah se yeh kiya gaya hai.</w:t>
      </w:r>
    </w:p>
    <w:p>
      <w:pPr>
        <w:jc w:val="right"/>
      </w:pPr>
      <w:r>
        <w:t>विद एवरी वुमन, विद एवरी मैन, एक सैटर्न है, एक एक एक एक एक एंजल है। तो यह टेस्ट की वजह से खुदा ने जो टेस्ट आपको लेना है, खुदा को उसकी वजह से यह किया गया है।</w:t>
      </w:r>
    </w:p>
    <w:p>
      <w:r>
        <w:rPr>
          <w:b/>
        </w:rPr>
        <w:t xml:space="preserve">[1:39:28] </w:t>
      </w:r>
      <w:r>
        <w:t>ab insaan ka usmein role kya hota hai? ki jaise hi aapne koi koi situation create hui aur aapne negative taraf sochna shuru kiya, bas saturn ko aapne wolder point de diya. jaisi saturn, waise kuch nahi karega, aapko attak</w:t>
      </w:r>
    </w:p>
    <w:p>
      <w:pPr>
        <w:jc w:val="right"/>
      </w:pPr>
      <w:r>
        <w:t>अब इंसान का उसमें रोल क्या होता है? कि जैसे ही आपने कोई कोई सिचुएशन क्रिएट हुई और आपने नेगेटिव तरफ सोचना शुरू किया, बस सैटर्न को आपने वल्डर पॉइंट दे दिया। जैसी सैटर्न, वैसे कुछ नहीं करेगा, आपको अटक</w:t>
      </w:r>
    </w:p>
    <w:p>
      <w:r>
        <w:rPr>
          <w:b/>
        </w:rPr>
        <w:t xml:space="preserve">[1:39:48] </w:t>
      </w:r>
      <w:r>
        <w:t>nahi karega. lekin jaise hi koi wolder point diya aapne, ab udhar lust aa gaya, revenge aa gaya, inteqaam aa gaya, aur greed aa gaya, intolerance aa gaya, kuch bhi aa gaya. to aapne saturn ko de diya wolder point, wo ghus padega. aur phir wo aapne aapko ekdum apna banakar rahega.</w:t>
      </w:r>
    </w:p>
    <w:p>
      <w:pPr>
        <w:jc w:val="right"/>
      </w:pPr>
      <w:r>
        <w:t>नहीं करेगा। लेकिन जैसे ही कोई वल्डर पॉइंट दिया आपने, अब उधर लस्ट आ गया, रिवेंज आ गया, इंतकाम आ गया, और ग्रीड आ गया, इनटोलरेंस आ गया, कुछ भी आ गया। तो आपने सैटर्न को दे दिया वल्डर पॉइंट, वो घुस पड़ेगा। और फिर वो आपने आपको एकदम अपना बनाकर रहेगा।</w:t>
      </w:r>
    </w:p>
    <w:p>
      <w:r>
        <w:rPr>
          <w:b/>
        </w:rPr>
        <w:t xml:space="preserve">[1:40:13] </w:t>
      </w:r>
      <w:r>
        <w:t>achha, agar aapne us waqt thoda sa, jo maine kaha, 30 second, 30 second aapne sustain kiya, laf 30 second, wo to maine bola tha, aapko yaad hoga, laf 30 second. 30 second aapko resist karna padta hai saturn ko ya apne us desire ko. agar 30 second aap resist kar sake, to phir kya hota hai?</w:t>
      </w:r>
    </w:p>
    <w:p>
      <w:pPr>
        <w:jc w:val="right"/>
      </w:pPr>
      <w:r>
        <w:t>अच्छा, अगर आपने उस वक्त थोड़ा सा, जो मैंने कहा, 30 सेकंड, 30 सेकंड आपने सस्टेन किया, लाफ 30 सेकंड, वो तो मैंने बोला था, आपको याद होगा, लाफ 30 सेकंड। 30 सेकंड आपको रेसिस्ट करना पड़ता है सैटर्न को या अपने उस डिजायर को। अगर 30 सेकंड आप रेसिस्ट कर सके, तो फिर क्या होता है?</w:t>
      </w:r>
    </w:p>
    <w:p>
      <w:r>
        <w:rPr>
          <w:b/>
        </w:rPr>
        <w:t xml:space="preserve">[1:40:37] </w:t>
      </w:r>
      <w:r>
        <w:t>ki phir wo doosri direction mein chalne lagti hai. aapke sentiment doosri</w:t>
      </w:r>
    </w:p>
    <w:p>
      <w:pPr>
        <w:jc w:val="right"/>
      </w:pPr>
      <w:r>
        <w:t>कि फिर वो दूसरी डायरेक्शन में चलने लगती है। आपके सेंटीमेंट दूसरी</w:t>
      </w:r>
    </w:p>
    <w:p>
      <w:r>
        <w:rPr>
          <w:b/>
        </w:rPr>
        <w:t xml:space="preserve">[1:40:42] </w:t>
      </w:r>
      <w:r>
        <w:t>direction mein milne lagti hai. main psychology bata raha hoon aapko ki agar mere andar gussa aaya, lust aaya, revenge aaya, to to pehle to is direction mein chalega wo. lekin agar main, main sar chup rah jaun, ekdum kuch na bolun, khuda se kahun, khuda mujhe maaf kar,</w:t>
      </w:r>
    </w:p>
    <w:p>
      <w:pPr>
        <w:jc w:val="right"/>
      </w:pPr>
      <w:r>
        <w:t>डायरेक्शन में मिलने लगती है। मैं साइकोलॉजी बता रहा हूं आपको कि अगर मेरे अंदर गुस्सा आया, लस्ट आया, रिवेंज आया, तो तो पहले तो इस डायरेक्शन में चलेगा वो। लेकिन अगर मैं, मैं सर चुप रह जाऊं, एकदम कुछ ना बोलूं, खुदा से कहूं, खुदा मुझे माफ कर,</w:t>
      </w:r>
    </w:p>
    <w:p>
      <w:r>
        <w:rPr>
          <w:b/>
        </w:rPr>
        <w:t xml:space="preserve">[1:41:04] </w:t>
      </w:r>
      <w:r>
        <w:t>30 second, to phir uska direction change ho jayega. wo aur wo positive taraf chalne lagega</w:t>
      </w:r>
    </w:p>
    <w:p>
      <w:pPr>
        <w:jc w:val="right"/>
      </w:pPr>
      <w:r>
        <w:t>30 सेकंड, तो फिर उसका डायरेक्शन चेंज हो जाएगा। वो और वो पॉजिटिव तरफ चलने लगेगा</w:t>
      </w:r>
    </w:p>
    <w:p>
      <w:r>
        <w:rPr>
          <w:b/>
        </w:rPr>
        <w:t xml:space="preserve">[1:41:10] </w:t>
      </w:r>
      <w:r>
        <w:t>। aur phir foran aapko is angel ki help mil jayegi. aap aap iska tajurba karke dekh lijiye, jab bhi aapko maslan gussa aaye, koi revenge aaye, koi negative thought aaye, to aap do baar tajurba kijiye. ek baar usi ko aap khoob, yaani yaani usi mein jeete rahiye,</w:t>
      </w:r>
    </w:p>
    <w:p>
      <w:pPr>
        <w:jc w:val="right"/>
      </w:pPr>
      <w:r>
        <w:t>। और फिर फौरन आपको इस एंजल की हेल्प मिल जाएगी। आप आप इसका तजुर्बा करके देख लीजिए, जब भी आपको मसलन गुस्सा आए, कोई रिवेंज आए, कोई नेगेटिव थॉट आए, तो आप दो बार तजुर्बा कीजिए। एक बार उसी को आप खूब, यानी यानी उसी में जीते रहिए,</w:t>
      </w:r>
    </w:p>
    <w:p>
      <w:r>
        <w:rPr>
          <w:b/>
        </w:rPr>
        <w:t xml:space="preserve">[1:41:33] </w:t>
      </w:r>
      <w:r>
        <w:t>pa 10 minute tak. aap dekhenge, saturn aap bilkul over power kar liya. saturn ne</w:t>
      </w:r>
    </w:p>
    <w:p>
      <w:pPr>
        <w:jc w:val="right"/>
      </w:pPr>
      <w:r>
        <w:t>पा 10 मिनट तक। आप देखेंगे, सैटर्न आप बिल्कुल ओवर पावर कर लिया। सैटर्न ने</w:t>
      </w:r>
    </w:p>
    <w:p>
      <w:r>
        <w:rPr>
          <w:b/>
        </w:rPr>
        <w:t xml:space="preserve">[1:41:38] </w:t>
      </w:r>
      <w:r>
        <w:t>agar aap 30 second ke formula par amal karein ki 30 second aap bilkul apne ko roke aur sirf khuda se dua karein, khuda mujhe bacha isse, to 30 second ke aap dekhein, ek change aayega aapke andar. aur dheere-dheere, dheere bilkul angel aapko apne usmein le lega, apne shelter mein. jab chahe, aap experience karke dekh lijiye.</w:t>
      </w:r>
    </w:p>
    <w:p>
      <w:pPr>
        <w:jc w:val="right"/>
      </w:pPr>
      <w:r>
        <w:t>अगर आप 30 सेकंड के फार्मूले पर अमल करें कि 30 सेकंड आप बिल्कुल अपने को रोके और सिर्फ खुदा से दुआ करें, खुदा मुझे बचा इससे, तो 30 सेकंड के आप देखें, एक चेंज आएगा आपके अंदर। और धीरे-धीरे, धीरे बिल्कुल एंजल आपको अपने उसमें ले लेगा, अपने शेल्टर में। जब चाहे, आप एक्सपीरियंस करके देख लीजिए।</w:t>
      </w:r>
    </w:p>
    <w:p>
      <w:r>
        <w:rPr>
          <w:b/>
        </w:rPr>
        <w:t xml:space="preserve">[1:41:58] </w:t>
      </w:r>
      <w:r>
        <w:t>main sab, main mera personal experience hai ye ki jab main wo laf 30 second ko follow karta hoon, to angel mujhe mil jata hai, angel ke shelter. aur jab nahi follow karta, to saturn ghus aata hai. yeh yeh psychology se bhi establish ho chuka hai aur islam ka formula hai. maulana, who are muslims and will muslims only go to paradise?</w:t>
      </w:r>
    </w:p>
    <w:p>
      <w:pPr>
        <w:jc w:val="right"/>
      </w:pPr>
      <w:r>
        <w:t>मैं सब, मैं मेरा पर्सनल एक्सपीरियंस है ये कि जब मैं वो लाफ 30 सेकंड को फॉलो करता हूं, तो एंजल मुझे मिल जाता है, एंजल के शेल्टर। और जब नहीं फॉलो करता, तो सैटर्न घुस आता है। यह यह साइकोलॉजी से भी एस्टेब्लिश हो चुका है और इस्लाम का फार्मूला है। मौलाना, हु आर मुस्लिम्स एंड विल मुस्लिम्स ओनली गो टू पैराडाइस?</w:t>
      </w:r>
    </w:p>
    <w:p>
      <w:r>
        <w:rPr>
          <w:b/>
        </w:rPr>
        <w:t xml:space="preserve">[1:42:26] </w:t>
      </w:r>
      <w:r>
        <w:t>muslim maane ye ye jo paida hone wale, ye muslim nahi hai. matlab nahi ki kisi musalman ghar mein paida ho jaye. dekhiye, islam begin from realization. jisko ismein shakk ho, wo padh le. wada samoo, jo quran majeed mein hai, surah maida mein padh le. wada samoo, ma rasool, taf dam, mafu, alhaq.</w:t>
      </w:r>
    </w:p>
    <w:p>
      <w:pPr>
        <w:jc w:val="right"/>
      </w:pPr>
      <w:r>
        <w:t>मुस्लिम माने ये ये जो पैदा होने वाले, ये मुस्लिम नहीं है। मतलब नहीं कि किसी मुसलमान घर में पैदा हो जाए। देखिए, इस्लाम बिगिन फ्रॉम रिलाइजेशन। जिसको इसमें शक हो, वो पढ़ ले। वदा समू, जो कुरान मजीद में है, सूर मादा में पढ़ ले। वदा समू, माउ रसूल, तफ दम, मफू, अलहक।</w:t>
      </w:r>
    </w:p>
    <w:p>
      <w:r>
        <w:rPr>
          <w:b/>
        </w:rPr>
        <w:t xml:space="preserve">[1:42:54] </w:t>
      </w:r>
      <w:r>
        <w:t>ye para saat, surah maida ko padh le. aadmi, islam begin from realization. islam begin from discovery. janam se aagaz nahi hota ki janam ho gaya to ab aagaz shuru ho gaya. aap beginning jo hai, janam se nahi hai, beginning realization se hai. jab sachchai aap islam ko discover karein, as a truth,</w:t>
      </w:r>
    </w:p>
    <w:p>
      <w:pPr>
        <w:jc w:val="right"/>
      </w:pPr>
      <w:r>
        <w:t>ये पारा सात, सूर मायदा को पढ़ ले। आदमी, इस्लाम बिगिन फ्रॉम रिलाइजेशन। इस्लाम बिगिन फ्रॉम डिस्कवरी। जन्म से आगाज नहीं होता कि जन्म हो गया तो अब आगाज शुरू हो गया। आप बिगिनिंग जो है, जन्म से नहीं है, बिगिनिंग रिलाइजेशन से है। जब सच्चाई आप इस्लाम को डिस्कवर करें, एज अ ट्रुथ,</w:t>
      </w:r>
    </w:p>
    <w:p>
      <w:r>
        <w:rPr>
          <w:b/>
        </w:rPr>
        <w:t xml:space="preserve">[1:43:19] </w:t>
      </w:r>
      <w:r>
        <w:t>tab islam ki shuruat hoti hai. b shuruat hi nahi hoti.</w:t>
      </w:r>
    </w:p>
    <w:p>
      <w:pPr>
        <w:jc w:val="right"/>
      </w:pPr>
      <w:r>
        <w:t>तब इस्लाम की शुरुआत होती है। ब शुरुआत ही नहीं होती।</w:t>
      </w:r>
    </w:p>
    <w:p>
      <w:r>
        <w:rPr>
          <w:b/>
        </w:rPr>
        <w:t xml:space="preserve">[1:43:26] </w:t>
      </w:r>
      <w:r>
        <w:t>isme mujhe koi shaq nahi hai. islam bigin from realization. islam bigin from discovery. arabic mein kahunga ki marf se aagaz hota hai, marf se shuru hota hai. wo</w:t>
      </w:r>
    </w:p>
    <w:p>
      <w:pPr>
        <w:jc w:val="right"/>
      </w:pPr>
      <w:r>
        <w:t>इसमें मुझे कोई शक नहीं है। इस्लाम बिगिन फ्रॉम रिलाइजेशन। इस्लाम बिगिन फ्रॉम डिस्कवरी। अरबिक में कहूंगा कि मारफ से आगाज होता है, मारफ से शुरू होता है। वो</w:t>
      </w:r>
    </w:p>
    <w:p>
      <w:r>
        <w:rPr>
          <w:b/>
        </w:rPr>
        <w:t xml:space="preserve">[1:43:43] </w:t>
      </w:r>
      <w:r>
        <w:t>ye isme mujhe zara bhi shaq nahi hai. is mamle mein, what is the concept of god in islam?</w:t>
      </w:r>
    </w:p>
    <w:p>
      <w:pPr>
        <w:jc w:val="right"/>
      </w:pPr>
      <w:r>
        <w:t>ये इसमें मुझे जरा भी शक नहीं है। इस मामले में, व्हाट इज द कांसेप्ट ऑफ गॉड इन इस्लाम?</w:t>
      </w:r>
    </w:p>
    <w:p>
      <w:r>
        <w:rPr>
          <w:b/>
        </w:rPr>
        <w:t xml:space="preserve">[1:43:51] </w:t>
      </w:r>
      <w:r>
        <w:t>dekhiye, isse pehle maine baat batai aapko ki god ke do concept hain: manij aur monotheism. manij mein god jo hai, wo just like gravity hai, cosmic rays hai ki wo ek pervading spirit hai. wo ye concept islam mein nahi hai. islam mein concept monotheism ka, yani god as a person. islam mein personal god ka concept hai,</w:t>
      </w:r>
    </w:p>
    <w:p>
      <w:pPr>
        <w:jc w:val="right"/>
      </w:pPr>
      <w:r>
        <w:t>देखिए, इससे पहले मैंने बात बताई आपको कि गॉड के दो कांसेप्ट हैं: मानिज और मोनोथेज्म। मानिज में गॉड जो है, वो जस्ट लाइक ग्रेविटी है, कॉस्मिक रेज है कि वो एक परवेडिंग स्पिरिट है। वो यह कांसेप्ट इस्लाम में नहीं है। इस्लाम में कांसेप्ट मोनोथेज्म का, यानी गॉड एज अ पर्सन। इस्लाम में पर्सनल गॉड का कांसेप्ट है,</w:t>
      </w:r>
    </w:p>
    <w:p>
      <w:r>
        <w:rPr>
          <w:b/>
        </w:rPr>
        <w:t xml:space="preserve">[1:44:20] </w:t>
      </w:r>
      <w:r>
        <w:t>wo concept nahi hai. islam mein to hum jo mante hain god ko, to wo as a person, matlab wo ek uski ek hasti hai, uska existence hai. wo dekhta hai, wo sochta hai, wo pakadta hai,</w:t>
      </w:r>
    </w:p>
    <w:p>
      <w:pPr>
        <w:jc w:val="right"/>
      </w:pPr>
      <w:r>
        <w:t>वो कांसेप्ट नहीं है। इस्लाम में तो हम जो मानते हैं गॉड को, तो वो एज अ पर्सन, मतलब वो एक उसकी एक हस्ती है, उसका एक्जिस्टेंस है। वो देखता है, वो सोचता है, वो पकड़ता है,</w:t>
      </w:r>
    </w:p>
    <w:p>
      <w:r>
        <w:rPr>
          <w:b/>
        </w:rPr>
        <w:t xml:space="preserve">[1:44:34] </w:t>
      </w:r>
      <w:r>
        <w:t>wo punishment deta hai, wo reward deta hai, wo control kiye hue hai, wo creator hai. ye god ka concept hai. ye hai monotheism. iska qaidah monotheism. wo jo concept hai,</w:t>
      </w:r>
    </w:p>
    <w:p>
      <w:pPr>
        <w:jc w:val="right"/>
      </w:pPr>
      <w:r>
        <w:t>वो पनिशमेंट देता है, वो रिवर्ड देता है, वो कंट्रोल किए हुए है, वो क्रिएटर है। यह गॉड का कांसेप्ट है। यह है मोनोथेज्म। इसका कायदा मोनोथेज्म। वो जो कांसेप्ट है,</w:t>
      </w:r>
    </w:p>
    <w:p>
      <w:r>
        <w:rPr>
          <w:b/>
        </w:rPr>
        <w:t xml:space="preserve">[1:44:48] </w:t>
      </w:r>
      <w:r>
        <w:t>wo manij hai. islam mein manij nahi hai.</w:t>
      </w:r>
    </w:p>
    <w:p>
      <w:pPr>
        <w:jc w:val="right"/>
      </w:pPr>
      <w:r>
        <w:t>वो मानिज है। इस्लाम में मानिज नहीं है।</w:t>
      </w:r>
    </w:p>
    <w:p>
      <w:r>
        <w:rPr>
          <w:b/>
        </w:rPr>
        <w:t xml:space="preserve">[1:44:52] </w:t>
      </w:r>
      <w:r>
        <w:t>this question is from sadiya. how should we retain our positivity? main to har din, har din iska experience karta hoon. har din aisa hota hai ki koi koi negative thought aa jata hai. hum jeete hain society mein. agar hum kisi island mein hote,</w:t>
      </w:r>
    </w:p>
    <w:p>
      <w:pPr>
        <w:jc w:val="right"/>
      </w:pPr>
      <w:r>
        <w:t>दिस क्वेश्चन इज फ्रॉम सादिया। हाउ शुड वी रिटेन आवर पॉजिटिविटी? मैं तो हर दिन, हर दिन इसका एक्सपीरियंस करता हूं। हर दिन ऐसा होता है कि कोई कोई नेगेटिव थॉट आ जाता है। हम जीते हैं सोसाइटी में। अगर हम किसी आईलैंड में होते,</w:t>
      </w:r>
    </w:p>
    <w:p>
      <w:r>
        <w:rPr>
          <w:b/>
        </w:rPr>
        <w:t xml:space="preserve">[1:45:13] </w:t>
      </w:r>
      <w:r>
        <w:t>tab ye problem na</w:t>
      </w:r>
    </w:p>
    <w:p>
      <w:pPr>
        <w:jc w:val="right"/>
      </w:pPr>
      <w:r>
        <w:t>तब यह प्रॉब्लम ना</w:t>
      </w:r>
    </w:p>
    <w:p>
      <w:r>
        <w:rPr>
          <w:b/>
        </w:rPr>
        <w:t xml:space="preserve">[1:45:14] </w:t>
      </w:r>
      <w:r>
        <w:t>hota. hum jeete hain society mein. to har din, har balki main kahunga, har moment aisa hota hai, koi negative thought attack karta hai, koi negative thought attack karta hai. har moment aisa hota hai. to hota hai ki usi waqt, usi dar andar usko nikalna padta hai. nahi to kya hota hai?</w:t>
      </w:r>
    </w:p>
    <w:p>
      <w:pPr>
        <w:jc w:val="right"/>
      </w:pPr>
      <w:r>
        <w:t>होता। हम जीते हैं सोसाइटी में। तो हर दिन, हर बल्कि मैं कहूंगा, हर मोमेंट ऐसा होता है, कोई नेगेटिव थॉट अटैक करता है, कोई नेगेटिव थॉट अटैक करता है। हर मोमेंट ऐसा होता है। तो होता है कि उसी वक्त, उसी दर अंदर उसको निकालना पड़ता है। नहीं तो क्या होता है?</w:t>
      </w:r>
    </w:p>
    <w:p>
      <w:r>
        <w:rPr>
          <w:b/>
        </w:rPr>
        <w:t xml:space="preserve">[1:45:35] </w:t>
      </w:r>
      <w:r>
        <w:t>andar wo jaakar ek negative item ki tarah mere mind ka part ban jata hai.</w:t>
      </w:r>
    </w:p>
    <w:p>
      <w:pPr>
        <w:jc w:val="right"/>
      </w:pPr>
      <w:r>
        <w:t>अंदर वह जाकर एक नेगेटिव आइटम की तरह मेरे माइंड का पार्ट बन जाता है।</w:t>
      </w:r>
    </w:p>
    <w:p>
      <w:r>
        <w:rPr>
          <w:b/>
        </w:rPr>
        <w:t xml:space="preserve">[1:45:42] </w:t>
      </w:r>
      <w:r>
        <w:t>to log kya karte hain? nikalte hain nahi. to dheere dheere, dheere unka poora jo mind hai, negative mind ban jata hai. main kya karta hoon? ki dar andar nikalta hoon. main usi waqt nikalta hoon. us waqt main sota nahi jab tak us negative part ko nikal na loon. is wajah se khuda ka shukr se main keh sakta hoon ki mera mind 100% positive mind hai. kyunki usi waqt main nikalta hoon. aise log nikalte nahi hain.</w:t>
      </w:r>
    </w:p>
    <w:p>
      <w:pPr>
        <w:jc w:val="right"/>
      </w:pPr>
      <w:r>
        <w:t>तो लोग क्या करते हैं? निकालते हैं नहीं। तो धीरे-धीरे, धीरे उनका पूरा जो माइंड है, नेगेटिव माइंड बन जाता है। मैं क्या करता हूं? कि दर अंदर निकालता हूं। मैं उसी वक्त निकालता हूं। उस वक्त मैं सोता नहीं जब तक उस नेगेटिव पार्ट को निकाल ना लूं। इस वजह से खुदा का शुक्र से मैं कह सकता हूं कि मेरा माइंड 100% पॉजिटिव माइंड है। क्योंकि उसी वक्त मैं निकालता हूं। ऐसे लोग निकालते नहीं हैं।</w:t>
      </w:r>
    </w:p>
    <w:p>
      <w:r>
        <w:rPr>
          <w:b/>
        </w:rPr>
        <w:t xml:space="preserve">[1:46:07] </w:t>
      </w:r>
      <w:r>
        <w:t>achha, ye ye formula ye hai psychology ka ki shaam ko agar aap ek negative thought ko liye hue so gaye, nikale bina, nikala nahi aapne,</w:t>
      </w:r>
    </w:p>
    <w:p>
      <w:pPr>
        <w:jc w:val="right"/>
      </w:pPr>
      <w:r>
        <w:t>अच्छा, ये ये फार्मूला यह है साइकोलॉजी का कि शाम को अगर आप एक नेगेटिव थॉट को लिए हुए सो गए, निकाले बिना, निकाला नहीं आपने,</w:t>
      </w:r>
    </w:p>
    <w:p>
      <w:r>
        <w:rPr>
          <w:b/>
        </w:rPr>
        <w:t xml:space="preserve">[1:46:21] </w:t>
      </w:r>
      <w:r>
        <w:t>to wo kya hoga? pehle to tha conscious mind mein, phir chala jayega unconscious mind mein. unconscious mind mein chala jata hai. wo to nikalna bahut, bahut hi difficult ho jata hai.</w:t>
      </w:r>
    </w:p>
    <w:p>
      <w:pPr>
        <w:jc w:val="right"/>
      </w:pPr>
      <w:r>
        <w:t>तो वह क्या होगा? पहले तो था कॉन्शियस माइंड में, फिर चला जाएगा अनकॉन्शियस माइंड में। अनकॉन्शियस माइंड में चला जाता है। वो तो निकालना बहुत, बहुत ही डिफिकल्ट हो जाता है।</w:t>
      </w:r>
    </w:p>
    <w:p>
      <w:r>
        <w:rPr>
          <w:b/>
        </w:rPr>
        <w:t xml:space="preserve">[1:46:35] </w:t>
      </w:r>
      <w:r>
        <w:t>jab tak wo conscious mind mein hai, nikalna aasan hai. to tabhi nikal lijiye. agar ek raat beet gayi, to chala jayega unconscious mind mein. to phir usko nikalna uske liye bahut baar jihad karna padega. to main har din active rehta hoon ki jaise hi koi negative thought aa raha hai, us waqt nikal de. hamari beti hai, baithi hoon. use koi pooch le ki daily ye jihad karta hoon. daily us waqt nikalta hoon.</w:t>
      </w:r>
    </w:p>
    <w:p>
      <w:pPr>
        <w:jc w:val="right"/>
      </w:pPr>
      <w:r>
        <w:t>जब तक वो कॉन्शियस माइंड में है, निकालना आसान है। तो तभी निकाल लीजिए। अगर एक रात बीत गई, तो चला जाएगा अनकॉन्शियस माइंड में। तो फिर उसको निकालना उसके लिए बहुत बार जिहाद करना पड़ेगा। तो मैं हर दिन एक्टिव रहता हूं कि जैसे ही कोई नेगेटिव थॉट आ रहा है, उस वक्त निकाल दे। हमारी बेटी है, बैठी हूं। उसे कोई पूछ ले कि डेली ये जिहाद करता हूं। डेली उस वक्त निकालता हूं।</w:t>
      </w:r>
    </w:p>
    <w:p>
      <w:r>
        <w:rPr>
          <w:b/>
        </w:rPr>
        <w:t xml:space="preserve">[1:47:04] </w:t>
      </w:r>
      <w:r>
        <w:t>sota hoon to apne mind ko bilkul positive bana karke sota hoon. to ye ye ek kijiye. jisko karna hai, wahi karein. alert rahe. wo alert. jaise hi koi negative thought aata hai, usko nikale, nikale, nikale. aur koi doosra formula iske liye nahi hai. wo warza se kahiye ki wo ek question to unka tha, wo kahe.</w:t>
      </w:r>
    </w:p>
    <w:p>
      <w:pPr>
        <w:jc w:val="right"/>
      </w:pPr>
      <w:r>
        <w:t>सोता हूं तो अपने माइंड को बिल्कुल पॉजिटिव बना करके सोता हूं। तो ये ये एक कीजिए। जिसको करना है, वही करें। अलर्ट रहे। वो अलर्ट। जैसे ही कोई नेगेटिव थॉट आता है, उसको निकाले, निकाले, निकाले। और कोई दूसरा फार्मूला इसके लिए नहीं है। वो वारजा से कहिए कि वो एक क्वेश्चन तो उनका था, वो कहे।</w:t>
      </w:r>
    </w:p>
    <w:p>
      <w:r>
        <w:rPr>
          <w:b/>
        </w:rPr>
        <w:t xml:space="preserve">[1:47:26] </w:t>
      </w:r>
      <w:r>
        <w:t>maine maulana, today's lecture after listening to today's lecture, i feel a lot of what you said is there in everyone basic intelligence to differentiable what is right and what is wrong. aap aapke samne koi situation aati hai, aapko exactly pata hota hai ki kya sahi hai, kya galat hai, aapko kya karna chahiye</w:t>
      </w:r>
    </w:p>
    <w:p>
      <w:pPr>
        <w:jc w:val="right"/>
      </w:pPr>
      <w:r>
        <w:t>मैंने मौलाना, टुडेज लेक्चर आफ्टर लिसनिंग टू टुडेज लेक्चर, आई फील अ लॉट ऑफ व्हाट यू सेड इज देयर इन एवरीवन बेसिक इंटेलिजेंस टू डिफरेंशिएबल व्हाट इज राइट एंड व्हाट इज रंग। आप आपके सामने कोई सिचुएशन आती है, आपको एगजैक्टली पता होता है कि क्या सही है, क्या गलत है, आपको क्या करना चाहिए</w:t>
      </w:r>
    </w:p>
    <w:p>
      <w:r>
        <w:rPr>
          <w:b/>
        </w:rPr>
        <w:t xml:space="preserve">[1:47:51] </w:t>
      </w:r>
      <w:r>
        <w:t>। but i think even the most intelligent people, jab situation samne aati hai, its is easier to tell the other person than to follow it yourself. to aisa kyun hota hai ki jab situation hamare upar aati hai, all this things which we know which are there in a basic intelligence just goes in the background or hum use apply nahi kar sakte?</w:t>
      </w:r>
    </w:p>
    <w:p>
      <w:pPr>
        <w:jc w:val="right"/>
      </w:pPr>
      <w:r>
        <w:t>। बट आई थिंक इवन द मोस्ट इंटेलिजेंट पीपल, जब सिचुएशन सामने आती है, इट्स इजियर टू टेल द अदर पर्सन देन टू फॉलो इट योरसेल्फ। तो ऐसा क्यों होता है कि जब सिचुएशन हमारे ऊपर आती है, ऑल दिस थिंग्स च वी नो च आर देयर इन अ बेसिक इंटेलिजेंस जस्ट गोज इन द बैकग्राउंड और हम उसे अप्लाई नहीं कर सकते?</w:t>
      </w:r>
    </w:p>
    <w:p>
      <w:r>
        <w:rPr>
          <w:b/>
        </w:rPr>
        <w:t xml:space="preserve">[1:48:10] </w:t>
      </w:r>
      <w:r>
        <w:t>aisa kyun hota hai? iska main answer de chuka hoon apni speech mein indirect way mein.</w:t>
      </w:r>
    </w:p>
    <w:p>
      <w:pPr>
        <w:jc w:val="right"/>
      </w:pPr>
      <w:r>
        <w:t>ऐसा क्यों होता है? इसका मैं आंसर दे चुका हूं अपनी स्पीच में इनडायरेक्ट वे में।</w:t>
      </w:r>
    </w:p>
    <w:p>
      <w:r>
        <w:rPr>
          <w:b/>
        </w:rPr>
        <w:t xml:space="preserve">[1:48:17] </w:t>
      </w:r>
      <w:r>
        <w:t>woh hai temporary loss ko accept karna. log iske taiyar nahi hote. jab situation samne aayi na, woh chahe ki loss na dekar ke unka unki journey chalti rahe. jaise maine bataya ki profit ko jo negotiation chal rahi thi peace ki,</w:t>
      </w:r>
    </w:p>
    <w:p>
      <w:pPr>
        <w:jc w:val="right"/>
      </w:pPr>
      <w:r>
        <w:t>वह है टेंपरेरी लॉस को एक्सेप्ट करना। लोग इसके तैयार नहीं होते। जब सिचुएशन सामने आई ना, वो चाहे कि लॉस ना दे करके उनका उनकी जर्नी चलती रहे। जैसे मैंने बताया कि प्रॉफिट को जो नेगोशिएशन चल रही थी पीस की,</w:t>
      </w:r>
    </w:p>
    <w:p>
      <w:r>
        <w:rPr>
          <w:b/>
        </w:rPr>
        <w:t xml:space="preserve">[1:48:39] </w:t>
      </w:r>
      <w:r>
        <w:t>to rasoolullah ka word wahan aa gaya tha. hua ki usko mitaya bagair bithaye to hum manenge nahi.</w:t>
      </w:r>
    </w:p>
    <w:p>
      <w:pPr>
        <w:jc w:val="right"/>
      </w:pPr>
      <w:r>
        <w:t>तो रसूलल्लाह का वर्ड वहां आ गया था। हुआ कि उसको मिटाया बगैर बिठाए तो हम मानेंगे नहीं।</w:t>
      </w:r>
    </w:p>
    <w:p>
      <w:r>
        <w:rPr>
          <w:b/>
        </w:rPr>
        <w:t xml:space="preserve">[1:48:45] </w:t>
      </w:r>
      <w:r>
        <w:t>to aap bataiye, yahi uski position ho thi. jaise hamare doctor manmohan singh jaye kahin, prime minister mein likha jaye document mein, wo kahe ki bhai isko mitao. to kaise mitayenge?</w:t>
      </w:r>
    </w:p>
    <w:p>
      <w:pPr>
        <w:jc w:val="right"/>
      </w:pPr>
      <w:r>
        <w:t>तो आप बताइए, यही उसकी पोजीशन हो थी। जैसे हमारे डॉक्टर मनमोहन सिंह जाए कहीं, प्राइम मिनिस्टर में लिखा जाए डॉक्यूमेंट में, वो कहे कि भाई इसको मिटाओ। तो कैसे मिटाएंगे?</w:t>
      </w:r>
    </w:p>
    <w:p>
      <w:r>
        <w:rPr>
          <w:b/>
        </w:rPr>
        <w:t xml:space="preserve">[1:48:57] </w:t>
      </w:r>
      <w:r>
        <w:t>wo agar mita de to unke sari wo baat hi khatam ho jayegi na. to temporary loss ko bardasht karna padta hai. achha, log samajhte hain ki temporary loss mujhe bardasht na karna pade.</w:t>
      </w:r>
    </w:p>
    <w:p>
      <w:pPr>
        <w:jc w:val="right"/>
      </w:pPr>
      <w:r>
        <w:t>वो अगर मिटा दे तो उनके सारी वो बात ही खत्म हो जाएगी ना। तो टेंपरेरी लॉस को बर्दाश्त करना पड़ता है। अच्छा, लोग समझते हैं कि टेंपरेरी लॉस मुझे बर्दाश्त ना करना पड़े।</w:t>
      </w:r>
    </w:p>
    <w:p>
      <w:r>
        <w:rPr>
          <w:b/>
        </w:rPr>
        <w:t xml:space="preserve">[1:49:12] </w:t>
      </w:r>
      <w:r>
        <w:t>isiliye wo chahte hain ki bas jo aapne kaha, ye ekdam yani koi bhi doosra formula nahi hai ki aap temporary loss ko bardasht karein. hum to daily bardasht karte hain. agar koi mujhse shaam ko mile aur poochhe ki aaj aapne kaun sa temporary loss bardasht kiya, to main inshallah bata sakta hoon kya maine bardasht kiya.</w:t>
      </w:r>
    </w:p>
    <w:p>
      <w:pPr>
        <w:jc w:val="right"/>
      </w:pPr>
      <w:r>
        <w:t>इसीलिए वह चाहते हैं कि बस जो आपने कहा, यह एकदम यानी कोई भी दूसरा फार्मूला नहीं है कि आप टेंपरेरी लॉस को बर्दाश्त करें। हम तो डेली बर्दाश्त करते हैं। अगर कोई मुझसे शाम को मिले और पूछे कि आज आपने कौन सा टेंपरेरी लॉस बर्दाश्त किया, तो मैं इंशाल्लाह बता सकता हूं क्या मैंने बर्दाश्त किया।</w:t>
      </w:r>
    </w:p>
    <w:p>
      <w:r>
        <w:rPr>
          <w:b/>
        </w:rPr>
        <w:t xml:space="preserve">[1:49:41] </w:t>
      </w:r>
      <w:r>
        <w:t>kyunki kyunki mujhe yakeen rehta hai ki aaj main, aaj main jo jis cheez ko bardasht kar raha hoon, wo kal nahi rahega. usse kal situation badal chuki hogi. situation jaise rasoolullah ne mitaya, rasoolullah ko us word ko. to wo wo wo kab mitna, mitna thodi ban gaya. wo baat ko history phir likha gaya, wo rewrite kiya gaya. usko aaj ka mitana kal rewrite kiya jata hai.</w:t>
      </w:r>
    </w:p>
    <w:p>
      <w:pPr>
        <w:jc w:val="right"/>
      </w:pPr>
      <w:r>
        <w:t>क्योंकि क्योंकि मुझे यकीन रहता है कि आज मैं, आज मैं जो जिस चीज को बर्दाश्त कर रहा हूं, वो कल नहीं रहेगा। उससे कल सिचुएशन बदल चुकी होगी। सिचुएशन जैसे रसूलल्लाह ने मिटाया, रसूलल्लाह को उस वर्ड को। तो वो वो वो कब मिटना, मिटना थोड़ी बन गया। वो बात को हिस्ट्री फिर लिखा गया, वो रीराइट किया गया। उसको आज का मिटाना कल रीराइट किया जाता है।</w:t>
      </w:r>
    </w:p>
    <w:p>
      <w:r>
        <w:rPr>
          <w:b/>
        </w:rPr>
        <w:t xml:space="preserve">[1:50:10] </w:t>
      </w:r>
      <w:r>
        <w:t>bas yeh yeh nahi, yeh kala nahi jante log. temporary loss ko woh bardasht nahi kar paate. temporary loss ko woh afford nahi kar paate. is liye jaankar bhi usi taraf aage badhte rehte hain. woh jaante hue aage badhte rehte hain. kyunke ek temporary loss hota hai wahan par, usko humein yaani usko humein tolerate karna padta hai.</w:t>
      </w:r>
    </w:p>
    <w:p>
      <w:pPr>
        <w:jc w:val="right"/>
      </w:pPr>
      <w:r>
        <w:t>बस यह यह नहीं, यह कला नहीं जानते लोग। टेंपरेरी लॉस को वो बर्दाश्त नहीं कर पाते। टेंपरेरी लॉस को वो अफोर्ड नहीं कर पाते। इसलिए जानकर भी उसी तरफ आगे बढ़ते रहते हैं। वो जानते हुए आगे बढ़ते रहते हैं। क्योंकि एक टेंपरेरी लॉस होता है वहां पर, उसको हमें यानी उसको हमें टॉलरेट करना पड़ता है।</w:t>
      </w:r>
    </w:p>
    <w:p>
      <w:r>
        <w:rPr>
          <w:b/>
        </w:rPr>
        <w:t xml:space="preserve">[1:50:38] </w:t>
      </w:r>
      <w:r>
        <w:t>main apne jaati, apne personal experience se aisa keh raha hoon. yeh baat suni sunai baat nahi hai ki agar aap chahte hain ki positive way mein aage badhte rahe</w:t>
      </w:r>
    </w:p>
    <w:p>
      <w:pPr>
        <w:jc w:val="right"/>
      </w:pPr>
      <w:r>
        <w:t>मैं अपने जाती, अपने पर्सनल एक्सपीरियंस से ऐसा कह रहा हूं। यह बात सुनी सुनाई बात नहीं है कि अगर आप चाहते हैं कि पॉजिटिव वे में आगे बढ़ते रहे</w:t>
      </w:r>
    </w:p>
    <w:p>
      <w:r>
        <w:rPr>
          <w:b/>
        </w:rPr>
        <w:t xml:space="preserve">[1:50:51] </w:t>
      </w:r>
      <w:r>
        <w:t>bina rukawat ke, toh yeh aapse khilaegi. aapko ki temporary loss aapko dikhai dega. ek usko ignore kar dijiye, jaane dijiye temporary loss ko. aur yakeen yeh rakhiye ki kal parson nars phir uske compensation ho jayega. uska</w:t>
      </w:r>
    </w:p>
    <w:p>
      <w:pPr>
        <w:jc w:val="right"/>
      </w:pPr>
      <w:r>
        <w:t>बिना रुकावट के, तो यह आपसे खिलाएगी। आपको कि टेंपरेरी लॉस आपको दिखाई देगा। एक उसको इग्नोर कर दीजिए, जाने दीजिए टेंपरेरी लॉस को। और यकीन यह रखिए कि कल परसों नर्स फिर उसके कंपनसेशन हो जाएगा। उसका</w:t>
      </w:r>
    </w:p>
    <w:p>
      <w:r>
        <w:rPr>
          <w:b/>
        </w:rPr>
        <w:t xml:space="preserve">[1:51:08] </w:t>
      </w:r>
      <w:r>
        <w:t>yeh ek hi formula hai. aur yeh formula main daily isko bhugta hoon. isi tarah main apni positivity ko barabar maintain karta hoon.</w:t>
      </w:r>
    </w:p>
    <w:p>
      <w:pPr>
        <w:jc w:val="right"/>
      </w:pPr>
      <w:r>
        <w:t>यह एक ही फार्मूला है। और यह फार्मूला मैं डेली इसको भुगतता हूं। इसी तरह मैं अपनी पॉजिटिविटी को बराबर मेंटेन करता हूं।</w:t>
      </w:r>
    </w:p>
    <w:p>
      <w:r>
        <w:rPr>
          <w:b/>
        </w:rPr>
        <w:t xml:space="preserve">[1:51:22] </w:t>
      </w:r>
      <w:r>
        <w:t>can one be success? can one be successful in both this world and in the next world?</w:t>
      </w:r>
    </w:p>
    <w:p>
      <w:pPr>
        <w:jc w:val="right"/>
      </w:pPr>
      <w:r>
        <w:t>कैन वन बी सक्सेस? कैन वन बी सक्सेसफुल इन बोथ दिस वर्ल्ड एंड इन द नेक्स्ट वर्ल्ड?</w:t>
      </w:r>
    </w:p>
    <w:p>
      <w:r>
        <w:rPr>
          <w:b/>
        </w:rPr>
        <w:t xml:space="preserve">[1:51:31] </w:t>
      </w:r>
      <w:r>
        <w:t>haan, dekhiye, ek dua hai uske background mein. yeh question banta hai.</w:t>
      </w:r>
    </w:p>
    <w:p>
      <w:pPr>
        <w:jc w:val="right"/>
      </w:pPr>
      <w:r>
        <w:t>हां, देखिए, एक दुआ है उसके बैकग्राउंड में। यह क्वेश्चन बनता है।</w:t>
      </w:r>
    </w:p>
    <w:p>
      <w:r>
        <w:rPr>
          <w:b/>
        </w:rPr>
        <w:t xml:space="preserve">[1:51:38] </w:t>
      </w:r>
      <w:r>
        <w:t>quran mein hai yeh dua aur musalman isko padhte hain. rabbana atina fi dunya hasana wa fi aakhirat hasana wa q azab nar. yeh dua hai, yeh quran mein aayi hai. isko musalman bahut padhte hain. iska translation yeh hai ki, "ae hamare rabb,</w:t>
      </w:r>
    </w:p>
    <w:p>
      <w:pPr>
        <w:jc w:val="right"/>
      </w:pPr>
      <w:r>
        <w:t>कुरान में है यह दुआ और मुसलमान इसको पढ़ते हैं। रबना आतना फि दुनिया हसना व फि आखरत हसना वक अजाब नार। यह दुआ है, यह कुरान में आई है। इसको मुसलमान बहुत पढ़ते हैं। इसका ट्रांसलेशन यह है कि, "ऐ हमारे रब,</w:t>
      </w:r>
    </w:p>
    <w:p>
      <w:r>
        <w:rPr>
          <w:b/>
        </w:rPr>
        <w:t xml:space="preserve">[1:51:58] </w:t>
      </w:r>
      <w:r>
        <w:t>tu is duniya mein humko achha de aur humko aakhirat mein achha de."</w:t>
      </w:r>
    </w:p>
    <w:p>
      <w:pPr>
        <w:jc w:val="right"/>
      </w:pPr>
      <w:r>
        <w:t>तू इस दुनिया में हमको अच्छा दे और हमको आखिरत में अच्छा दे।"</w:t>
      </w:r>
    </w:p>
    <w:p>
      <w:r>
        <w:rPr>
          <w:b/>
        </w:rPr>
        <w:t xml:space="preserve">[1:52:03] </w:t>
      </w:r>
      <w:r>
        <w:t>hasana matlab good. toh humko is duniya ka good de aur aakhirat ka good de.</w:t>
      </w:r>
    </w:p>
    <w:p>
      <w:pPr>
        <w:jc w:val="right"/>
      </w:pPr>
      <w:r>
        <w:t>हसना मतलब गुड। तो हमको इस दुनिया का गुड दे और आखिरत का गुड दे।</w:t>
      </w:r>
    </w:p>
    <w:p>
      <w:r>
        <w:rPr>
          <w:b/>
        </w:rPr>
        <w:t xml:space="preserve">[1:52:12] </w:t>
      </w:r>
      <w:r>
        <w:t>give us the good of this world and give us the good of the hereafter. toh musalman ye samajhte hain ki yahan bhi le lo, wahan bhi le lo. y dua padh padh karke. is dua ka yeh matlab nahi hai. is dua ka yeh matlab nahi hai.</w:t>
      </w:r>
    </w:p>
    <w:p>
      <w:pPr>
        <w:jc w:val="right"/>
      </w:pPr>
      <w:r>
        <w:t>गिव अस द गुड ऑफ दिस वर्ल्ड एंड गिव अस द गुड ऑफ द हेयर आफ्टर। तो मुसलमान ये समझते हैं कि यहां भी ले लो, वहां भी ले लो। य दुआ पढ़ पढ़ करके। इस दुआ का यह मतलब नहीं है। इस दुआ का यह मतलब नहीं है।</w:t>
      </w:r>
    </w:p>
    <w:p>
      <w:r>
        <w:rPr>
          <w:b/>
        </w:rPr>
        <w:t xml:space="preserve">[1:52:30] </w:t>
      </w:r>
      <w:r>
        <w:t>is dua ka matlab dekhiye, yeh jisse aap mang rahe hain, jisko aap address kar rahe hain, woh khuda hai. khuda ko isse koi lena dena nahi ki aapke paas kitni caron hain aur kitne bangale hain. toh yahan good ka matlab yeh hai ki jo tere nazdeek good ho. ae khuda, duniya mein humko woh good de jo tere nazdeek good ho aur aakhirat mein humko woh good de jo tere nazdeek good</w:t>
      </w:r>
    </w:p>
    <w:p>
      <w:pPr>
        <w:jc w:val="right"/>
      </w:pPr>
      <w:r>
        <w:t>इस दुआ का मतलब देखिए, यह जिससे आप मांग रहे हैं, जिसको आप एड्रेस कर रहे हैं, वह खुदा है। खुदा को इससे कोई लेना देना नहीं कि आपके पास कितनी कारें हैं और कितने बंगले हैं। तो यहां गुड का मतलब यह है कि जो तेरे नजदीक गुड हो। ऐ खुदा, दुनिया में हमको वो गुड दे जो तेरे नजदीक गुड हो और आखिरत में हमको वो गुड दे जो तेरे नजदीक गुड</w:t>
      </w:r>
    </w:p>
    <w:p>
      <w:r>
        <w:rPr>
          <w:b/>
        </w:rPr>
        <w:t xml:space="preserve">[1:52:57] </w:t>
      </w:r>
      <w:r>
        <w:t>ho. yeh matlab hai iska. yeh bahut badi faile phaili hui hai musalmanon mein. samajhte hain ki idhar bhi faida, udhar bhi faida.</w:t>
      </w:r>
    </w:p>
    <w:p>
      <w:pPr>
        <w:jc w:val="right"/>
      </w:pPr>
      <w:r>
        <w:t>हो। यह मतलब है इसका। यह बहुत बड़ी फैले फैली हुई है मुसलमानों में। समझते हैं कि इधर भी फायदा, उधर भी फायदा।</w:t>
      </w:r>
    </w:p>
    <w:p>
      <w:r>
        <w:rPr>
          <w:b/>
        </w:rPr>
        <w:t xml:space="preserve">[1:53:06] </w:t>
      </w:r>
      <w:r>
        <w:t>ek parcha nikalta tha pehle. ab toh shayad nahi nikalta hai. woh toh ek lady thi wahan aadamgarh mein. hamari rishtedar thi, woh bahut usko pasand karti thi. woh toh uska naam hota tha falah daran. toh bas falah daran ke chakkar bahut rehti thi. woh falah daran ka matlab hota hai good of the both world.</w:t>
      </w:r>
    </w:p>
    <w:p>
      <w:pPr>
        <w:jc w:val="right"/>
      </w:pPr>
      <w:r>
        <w:t>एक पर्चा निकलता था पहले। अब तो शायद नहीं निकलता है। वह तो एक लेडी थी वहां आदमगढ़ में। हमारी रिश्तेदार थी, वह बहुत उसको पसंद करती थी। वह तो उसका नाम होता था फलाह दारन। तो बस फलाह दारन के चक्कर बहुत रहती थी। वह फलाह दारन का मतलब होता है गुड ऑफ द बोथ वर्ल्ड।</w:t>
      </w:r>
    </w:p>
    <w:p>
      <w:r>
        <w:rPr>
          <w:b/>
        </w:rPr>
        <w:t xml:space="preserve">[1:53:26] </w:t>
      </w:r>
      <w:r>
        <w:t>falah daren ke maane hote hain good of the both world.</w:t>
      </w:r>
    </w:p>
    <w:p>
      <w:pPr>
        <w:jc w:val="right"/>
      </w:pPr>
      <w:r>
        <w:t>फलाह दारन के माने होते हैं गुड ऑफ द बोथ वर्ल्ड।</w:t>
      </w:r>
    </w:p>
    <w:p>
      <w:r>
        <w:rPr>
          <w:b/>
        </w:rPr>
        <w:t xml:space="preserve">[1:53:29] </w:t>
      </w:r>
      <w:r>
        <w:t>yahan ka bhi acha, wahan ka bhi acha.</w:t>
      </w:r>
    </w:p>
    <w:p>
      <w:pPr>
        <w:jc w:val="right"/>
      </w:pPr>
      <w:r>
        <w:t>यहां का भी अच्छा, वहां का भी अच्छा।</w:t>
      </w:r>
    </w:p>
    <w:p>
      <w:r>
        <w:rPr>
          <w:b/>
        </w:rPr>
        <w:t xml:space="preserve">[1:53:32] </w:t>
      </w:r>
      <w:r>
        <w:t>to wah sochte the ke yahan bhi mera acha mil jaye, wahan bhi acha mil jaye.</w:t>
      </w:r>
    </w:p>
    <w:p>
      <w:pPr>
        <w:jc w:val="right"/>
      </w:pPr>
      <w:r>
        <w:t>तो वह सोचते थे कि यहां भी मेरा अच्छा मिल जाए, वहां भी अच्छा मिल जाए।</w:t>
      </w:r>
    </w:p>
    <w:p>
      <w:r>
        <w:rPr>
          <w:b/>
        </w:rPr>
        <w:t xml:space="preserve">[1:53:37] </w:t>
      </w:r>
      <w:r>
        <w:t>ye iska matlab hi nahi hai.</w:t>
      </w:r>
    </w:p>
    <w:p>
      <w:pPr>
        <w:jc w:val="right"/>
      </w:pPr>
      <w:r>
        <w:t>यह इसका मतलब ही नहीं है।</w:t>
      </w:r>
    </w:p>
    <w:p>
      <w:r>
        <w:rPr>
          <w:b/>
        </w:rPr>
        <w:t xml:space="preserve">[1:53:40] </w:t>
      </w:r>
      <w:r>
        <w:t>Rabbana atina fid duniya hasana wa fi aakhiri hasana wa qazab nar.</w:t>
      </w:r>
    </w:p>
    <w:p>
      <w:pPr>
        <w:jc w:val="right"/>
      </w:pPr>
      <w:r>
        <w:t>रबना आतना फि दुनिया हसना व फि आखरत हसना वक अजाब नार।</w:t>
      </w:r>
    </w:p>
    <w:p>
      <w:r>
        <w:rPr>
          <w:b/>
        </w:rPr>
        <w:t xml:space="preserve">[1:53:45] </w:t>
      </w:r>
      <w:r>
        <w:t>ae khuda, tere nazdeek jo duniya good ho, wo hamein de de aur tere nazdeek jo agli duniya</w:t>
      </w:r>
    </w:p>
    <w:p>
      <w:pPr>
        <w:jc w:val="right"/>
      </w:pPr>
      <w:r>
        <w:t>ऐ खुदा, तेरे नजदीक जो दुनिया गुड हो, वो हमें दे दे और तेरे नजदीक जो अगली दुनिया</w:t>
      </w:r>
    </w:p>
    <w:p>
      <w:r>
        <w:rPr>
          <w:b/>
        </w:rPr>
        <w:t xml:space="preserve">[1:53:53] </w:t>
      </w:r>
      <w:r>
        <w:t>good hai, wo hamein de de.</w:t>
      </w:r>
    </w:p>
    <w:p>
      <w:pPr>
        <w:jc w:val="right"/>
      </w:pPr>
      <w:r>
        <w:t>गुड है, वो हमें दे दे।</w:t>
      </w:r>
    </w:p>
    <w:p>
      <w:r>
        <w:rPr>
          <w:b/>
        </w:rPr>
        <w:t xml:space="preserve">[1:53:55] </w:t>
      </w:r>
      <w:r>
        <w:t>ye matlab hai iska.</w:t>
      </w:r>
    </w:p>
    <w:p>
      <w:pPr>
        <w:jc w:val="right"/>
      </w:pPr>
      <w:r>
        <w:t>यह मतलब है इसका।</w:t>
      </w:r>
    </w:p>
    <w:p>
      <w:r>
        <w:rPr>
          <w:b/>
        </w:rPr>
        <w:t xml:space="preserve">[1:54:00] </w:t>
      </w:r>
      <w:r>
        <w:t>any other question? or we length this. okay. i'd like to share an experience and also take maulana view on this. maulana, once i came across someone who was anti islam and anti quran. toh unse baat karte hue unhone bola, "i don't agree to islam kyunke quran mein jahan tak unhe pata tha, quran mein yeh likha hua hai khali muslims ko paradise milega."</w:t>
      </w:r>
    </w:p>
    <w:p>
      <w:pPr>
        <w:jc w:val="right"/>
      </w:pPr>
      <w:r>
        <w:t>एनी अदर क्वेश्चन? और वी लेंथ दिस। ओके। आईड लाइक टू शेयर एन एक्सपीरियंस एंड आल्सो टेक मौलाना व्यू ऑन दिस। मौलाना, वंस आई केम अक्रॉस समवन हु वाज एंटी इस्लाम एंड एंटी कुरान। तो उनसे बात करते हुए उन्होंने बोला, "आई डोंट अग्री टू इस्लाम क्योंकि कुरान में जहां तक उन्हें पता था, कुरान में यह लिखा हुआ है खाली मुस्लिम्स को पैराडाइस मिलेगा।"</w:t>
      </w:r>
    </w:p>
    <w:p>
      <w:r>
        <w:rPr>
          <w:b/>
        </w:rPr>
        <w:t xml:space="preserve">[1:54:27] </w:t>
      </w:r>
      <w:r>
        <w:t>So to which I counter and maybe Maulana Zakaullah can help me on that.</w:t>
      </w:r>
    </w:p>
    <w:p>
      <w:pPr>
        <w:jc w:val="right"/>
      </w:pPr>
      <w:r>
        <w:t>सो टू चच आई काउंटर एंड मे बी मौलाना जकवान कैन हेल्प मी ऑन दैट।</w:t>
      </w:r>
    </w:p>
    <w:p>
      <w:r>
        <w:rPr>
          <w:b/>
        </w:rPr>
        <w:t xml:space="preserve">[1:54:34] </w:t>
      </w:r>
      <w:r>
        <w:t>jahan tak mujhe maloom hai, Quran mein Muslims ka literal meaning is a believer in God.</w:t>
      </w:r>
    </w:p>
    <w:p>
      <w:pPr>
        <w:jc w:val="right"/>
      </w:pPr>
      <w:r>
        <w:t>जहां तक मुझे मालूम है, कुरान में मुस्लिम्स का लिटरल मीनिंग इज अ बिलीवर इन गॉड।</w:t>
      </w:r>
    </w:p>
    <w:p>
      <w:r>
        <w:rPr>
          <w:b/>
        </w:rPr>
        <w:t xml:space="preserve">[1:54:41] </w:t>
      </w:r>
      <w:r>
        <w:t>to by not going by Muslim by birth, but someone who is a believer in God can go</w:t>
      </w:r>
    </w:p>
    <w:p>
      <w:pPr>
        <w:jc w:val="right"/>
      </w:pPr>
      <w:r>
        <w:t>तो बाय नॉट गोइंग बाय मुस्लिम बाय बर्थ, बट समवन हु इज अ बिलीवर इन गॉड कैन गो</w:t>
      </w:r>
    </w:p>
    <w:p>
      <w:r>
        <w:rPr>
          <w:b/>
        </w:rPr>
        <w:t xml:space="preserve">[1:54:48] </w:t>
      </w:r>
      <w:r>
        <w:t>to paradise. is what I answered him.</w:t>
      </w:r>
    </w:p>
    <w:p>
      <w:pPr>
        <w:jc w:val="right"/>
      </w:pPr>
      <w:r>
        <w:t>टू पैराडाइस। इज व्हाट आई आंसर्ड हिम।</w:t>
      </w:r>
    </w:p>
    <w:p>
      <w:r>
        <w:rPr>
          <w:b/>
        </w:rPr>
        <w:t xml:space="preserve">[1:54:51] </w:t>
      </w:r>
      <w:r>
        <w:t>so I want to know your view.</w:t>
      </w:r>
    </w:p>
    <w:p>
      <w:pPr>
        <w:jc w:val="right"/>
      </w:pPr>
      <w:r>
        <w:t>सो आई वांट टू नो योर व्यू।</w:t>
      </w:r>
    </w:p>
    <w:p>
      <w:r>
        <w:rPr>
          <w:b/>
        </w:rPr>
        <w:t xml:space="preserve">[1:54:52] </w:t>
      </w:r>
      <w:r>
        <w:t>that is is that what the answer should have been or something else.</w:t>
      </w:r>
    </w:p>
    <w:p>
      <w:pPr>
        <w:jc w:val="right"/>
      </w:pPr>
      <w:r>
        <w:t>दैट इज इज दैट व्हाट द आंसर शुड हैव बीन और समथिंग एल्स।</w:t>
      </w:r>
    </w:p>
    <w:p>
      <w:r>
        <w:rPr>
          <w:b/>
        </w:rPr>
        <w:t xml:space="preserve">[1:54:58] </w:t>
      </w:r>
      <w:r>
        <w:t>dekhiye, muslim ka jo literal matlab hai, woh hai one who surrenders before god. khuda ke aage surrender karne wala. yeh hai muslim. iska birth se koi matlab nahi hai. koi aadmi birth se muslim nahi banta. birth se muslim nahi banta. surrender karne se muslim banta hai. toh surrender karne ka matlab hai total surrender.</w:t>
      </w:r>
    </w:p>
    <w:p>
      <w:pPr>
        <w:jc w:val="right"/>
      </w:pPr>
      <w:r>
        <w:t>देखिए, मुस्लिम का जो लिटरल मतलब है, वह है वन हु सरेंडर्स बिफोर गॉड। खुदा के आगे सरेंडर करने वाला। यह है मुस्लिम। इसका बर्थ से कोई मतलब नहीं है। कोई आदमी बर्थ से मुस्लिम नहीं बनता। बर्थ से मुस्लिम नहीं बनता। सरेंडर करने से मुस्लिम बनता है। तो सरेंडर करने का मतलब है टोटल सरेंडर।</w:t>
      </w:r>
    </w:p>
    <w:p>
      <w:r>
        <w:rPr>
          <w:b/>
        </w:rPr>
        <w:t xml:space="preserve">[1:55:24] </w:t>
      </w:r>
      <w:r>
        <w:t>y hamari intention, hamari thinking, hamari speech, hamara behaviour, sab kuch jo hai, woh wahi ho jaye jo khuda chahta hai. y surrender. toh muslim means one who surrenders before god. toh woh jo unhone jo kaha, toh muslim ko unhone le liya relational sense mein,</w:t>
      </w:r>
    </w:p>
    <w:p>
      <w:pPr>
        <w:jc w:val="right"/>
      </w:pPr>
      <w:r>
        <w:t>य हमारी इंटेंशन, हमारी थिंकिंग, हमारी स्पीच, हमारा बिहेवियर, सब कुछ जो है, वह वही हो जाए जो खुदा चाहता है। य सरेंडर। तो मुस्लिम मींस वन हु सरेंडर्स बिफोर गॉड। तो वो जो उन्होंने जो कहा, तो मुस्लिम को उन्होंने ले लिया रिलेशनल सेंस में,</w:t>
      </w:r>
    </w:p>
    <w:p>
      <w:r>
        <w:rPr>
          <w:b/>
        </w:rPr>
        <w:t xml:space="preserve">[1:55:51] </w:t>
      </w:r>
      <w:r>
        <w:t>nasl dasal ke sense mein</w:t>
      </w:r>
    </w:p>
    <w:p>
      <w:pPr>
        <w:jc w:val="right"/>
      </w:pPr>
      <w:r>
        <w:t>नस्ल दसल के सेंस में</w:t>
      </w:r>
    </w:p>
    <w:p>
      <w:r>
        <w:rPr>
          <w:b/>
        </w:rPr>
        <w:t xml:space="preserve">[1:55:53] </w:t>
      </w:r>
      <w:r>
        <w:t>ki muslim nasal ka jo hoga, woh jannat mein jayega. yeh concept nahi hai islam mein. agar woh iska main aur aur detail bhi kar sakta hoon uska, lekin mera khayal hai ki usko detail karne ka mauka nahi hai.</w:t>
      </w:r>
    </w:p>
    <w:p>
      <w:pPr>
        <w:jc w:val="right"/>
      </w:pPr>
      <w:r>
        <w:t>कि मुस्लिम नस्ल का जो होगा, वो जन्नत में जाएगा। यह कांसेप्ट नहीं है इस्लाम में। अगर वो इसका मैं और और डिटेल भी कर सकता हूं उसका, लेकिन मेरा ख्याल है कि उसको डिटेल करने का मौका नहीं है।</w:t>
      </w:r>
    </w:p>
    <w:p>
      <w:r>
        <w:rPr>
          <w:b/>
        </w:rPr>
        <w:t xml:space="preserve">[1:56:06] </w:t>
      </w:r>
      <w:r>
        <w:t>ek aisi ayat hai jisse jo main keh raha hoon, usse ke liye aur clear ho jaye. yeh baat ki aapko bata raha hoon ki muslim ka matlab koi janm se hone wali koi cheez nahi hai, balki woh jo aadmi samjhe aur discovery usko ho, woh realize kare aur phir woh jaanbujhkar khuda ke aage surrender kare.</w:t>
      </w:r>
    </w:p>
    <w:p>
      <w:pPr>
        <w:jc w:val="right"/>
      </w:pPr>
      <w:r>
        <w:t>एक ऐसी आयत है जिससे जो मैं कह रहा हूं, उससे के लिए और क्लियर हो जाए। यह बात कि आपको बता रहा हूं कि मुस्लिम का मतलब कोई जन्म से होने वाली कोई चीज नहीं है, बल्कि वह जो आदमी समझे और डिस्कवरी उसको हो, वह रिलाइज करे और फिर वह जानबूझकर खुदा के आगे सरेंडर करे।</w:t>
      </w:r>
    </w:p>
    <w:p>
      <w:r>
        <w:rPr>
          <w:b/>
        </w:rPr>
        <w:t xml:space="preserve">[1:56:29] </w:t>
      </w:r>
      <w:r>
        <w:t>surrender karke apna apne aap ko quran mein aata hai ki sibt allah apni zindagi ko khuda ke rang mein rang le. apni apni poori zindagi ko khuda ke rang mein rang le. jaise maine kal parson ek misaal di thi ki ek glass hai, ismein ismein paani hai. toh aap agar iske andar ek ek ek stone dale, toh stone paani dono alag alag rahega.</w:t>
      </w:r>
    </w:p>
    <w:p>
      <w:pPr>
        <w:jc w:val="right"/>
      </w:pPr>
      <w:r>
        <w:t>सरेंडर करके अपना अपने आप को कुरान में आता है कि सिबत अल्लाह अपनी जिंदगी को खुदा के रंग में रंग ले। अपनी अपनी पूरी जिंदगी को खुदा के रंग में रंग ले। जैसे मैंने कल परसों एक मिसाल दी थी कि एक गिलास है, इसमें इसमें पानी है। तो आप अगर इसके अंदर एक एक एक स्टोन डाले, तो स्टोन पानी दोनों अलग-अलग रहेगा।</w:t>
      </w:r>
    </w:p>
    <w:p>
      <w:r>
        <w:rPr>
          <w:b/>
        </w:rPr>
        <w:t xml:space="preserve">[1:56:57] </w:t>
      </w:r>
      <w:r>
        <w:t>lekin lekin aap jab rang daalte hain, rang toh paani aur rang dono ek ho jaate hain. toh iska matlab hai ki khuda par jo faith hai, woh just like stone nahi hai, balki woh hai like color. ki aapki jo personality hai, us us personality mein khuda aaye color ke tareeke se. ki poori personality ko rang de. woh yeh hai muslim hona. usi ke liye paradise hai.</w:t>
      </w:r>
    </w:p>
    <w:p>
      <w:pPr>
        <w:jc w:val="right"/>
      </w:pPr>
      <w:r>
        <w:t>लेकिन लेकिन आप जब रंग डालते हैं, रंग तो पानी और रंग दोनों एक हो जाते हैं। तो इसका मतलब है कि खुदा पर जो फेथ है, वो जस्ट लाइक स्टोन नहीं है, बल्कि वो है लाइक कलर। कि आपकी जो पर्सनालिटी है, उस उस पर्सनालिटी में खुदा आए कलर के तरीके से। कि पूरी पर्सनालिटी को रंग दे। वो यह है मुस्लिम होना। उसी के लिए पैराडाइस है।</w:t>
      </w:r>
    </w:p>
    <w:p>
      <w:r>
        <w:rPr>
          <w:b/>
        </w:rPr>
        <w:t xml:space="preserve">[1:57:26] </w:t>
      </w:r>
      <w:r>
        <w:t>god realization is necessary, essential to go to paradise. so i was just thinking whether one who is born in a muslim family, is it easier for him or is it an advantage for him to go to have to be able to realize god. is it an advantage or disadvantage muslim ke liye?</w:t>
      </w:r>
    </w:p>
    <w:p>
      <w:pPr>
        <w:jc w:val="right"/>
      </w:pPr>
      <w:r>
        <w:t>गड रिलाइजेशन इज नेसेसरी, एसेंशियल टू गो टू पैराडाइस। सो आई वाज जस्ट थिंकिंग वेदर वन हु इज बोर्न इन अ मुस्लिम फैमिली, इज इट इजियर फॉर हिम और इज इट एन एडवांटेज फॉर हिम टू गो टू हैव टू बी एबल टू रिलाइज गॉड। इज इट एन एडवांटेज और डिसएडवांटेज मुस्लिम के लिए?</w:t>
      </w:r>
    </w:p>
    <w:p>
      <w:r>
        <w:rPr>
          <w:b/>
        </w:rPr>
        <w:t xml:space="preserve">[1:57:49] </w:t>
      </w:r>
      <w:r>
        <w:t>muslim ke liye yeh advantage hai.</w:t>
      </w:r>
    </w:p>
    <w:p>
      <w:pPr>
        <w:jc w:val="right"/>
      </w:pPr>
      <w:r>
        <w:t>मुस्लिम के लिए यह एडवांटेज है।</w:t>
      </w:r>
    </w:p>
    <w:p>
      <w:r>
        <w:rPr>
          <w:b/>
        </w:rPr>
        <w:t xml:space="preserve">[1:57:53] </w:t>
      </w:r>
      <w:r>
        <w:t>dekhiye, is tarah se hai ke agar muslim jo hai, objective thinking hai, uske andar hai objective thinking, to advantage hai. is tarah se ke main paya hai aapne jab main dawa work kar raha hoon 50-60 saal se, aaj se nahi. to jo jo non muslim hote hain, unka to ek bias hota hai. us bias hone ki wajah se woh objective taur par Islam par soch nahi paate.</w:t>
      </w:r>
    </w:p>
    <w:p>
      <w:pPr>
        <w:jc w:val="right"/>
      </w:pPr>
      <w:r>
        <w:t>देखिए, इस तरह से है कि अगर मुस्लिम जो है, ऑब्जेक्टिव थिंकिंग है, उसके अंदर है ऑब्जेक्टिव थिंकिंग, तो एडवांटेज है। इस तरह से कि मैं पाया है आपने जब मैं दावा वर्क कर रहा हूं 50-60 साल से, आज से नहीं। तो जो जो नॉन मुस्लिम होते हैं, उनका तो एक बायस होता है। उस बायस होने की वजह से वह ऑब्जेक्टिव तौर पर इस्लाम पर सोच नहीं पाते।</w:t>
      </w:r>
    </w:p>
    <w:p>
      <w:r>
        <w:rPr>
          <w:b/>
        </w:rPr>
        <w:t xml:space="preserve">[1:58:22] </w:t>
      </w:r>
      <w:r>
        <w:t>wo bias jo hai, ek obstacle ban jata hai. bahut maine paya hai, kitne logic dijiye, kitni reason bataiye, kitne proof dijiye. lekin woh ek bias hota hai, uski wajah se woh bahar nikal nahi paate. woh phir ke wahi rehte hain.</w:t>
      </w:r>
    </w:p>
    <w:p>
      <w:pPr>
        <w:jc w:val="right"/>
      </w:pPr>
      <w:r>
        <w:t>वो बायस जो है, एक ऑब्स्टकल बन जाता है। बहुत मैंने पाया है, कितने लॉजिक दीजिए, कितनी रीजन बताइए, कितने प्रूफ दीजिए। लेकिन वो एक बायस होता है, उसकी वजह से वह बाहर निकल नहीं पाते। वो फिर के वही रहते हैं।</w:t>
      </w:r>
    </w:p>
    <w:p>
      <w:r>
        <w:rPr>
          <w:b/>
        </w:rPr>
        <w:t xml:space="preserve">[1:58:38] </w:t>
      </w:r>
      <w:r>
        <w:t>achha, musalman jo hai, usko bias nahi hota hai. kyunke muslim family mein paida hua aur kyunke woh sunta raha Islam ki baatein, is wajah se usko bias nahi hota. usko bias nahi hota. lekin ek aur cheez jo hai, problem ban gayi hai is zamane mein ke jo log Islam ki baatein karte hain,</w:t>
      </w:r>
    </w:p>
    <w:p>
      <w:pPr>
        <w:jc w:val="right"/>
      </w:pPr>
      <w:r>
        <w:t>अच्छा, मुसलमान जो है, उसको बायस नहीं होता है। क्योंकि मुस्लिम फैमिली में पैदा हुआ और क्योंकि वो सुनता रहा इस्लाम की बातें, इस वजह से उसको बायस नहीं होता। उसको बायस नहीं होता। लेकिन एक और चीज जो है, प्रॉब्लम बन गई है इस जमाने में कि जो लोग इस्लाम की बातें करते हैं,</w:t>
      </w:r>
    </w:p>
    <w:p>
      <w:r>
        <w:rPr>
          <w:b/>
        </w:rPr>
        <w:t xml:space="preserve">[1:59:03] </w:t>
      </w:r>
      <w:r>
        <w:t>sab traditional way mein karte hain. woh ya do and don't ki language mein bolte hain. woh</w:t>
      </w:r>
    </w:p>
    <w:p>
      <w:pPr>
        <w:jc w:val="right"/>
      </w:pPr>
      <w:r>
        <w:t>सब ट्रेडिशनल वे में करते हैं। वो या डू एंड डोंट की लैंग्वेज में बोलते हैं। वो</w:t>
      </w:r>
    </w:p>
    <w:p>
      <w:r>
        <w:rPr>
          <w:b/>
        </w:rPr>
        <w:t xml:space="preserve">[1:59:09] </w:t>
      </w:r>
      <w:r>
        <w:t>yeh na karo, woh na karo, yeh na karo, woh na karo. to do and don't ki language usko appeal nahi karti. aaj ke aaj ke insaan ko. to aaj jo muslim hai, woh agarche advantage is position mein is had se ke unke andar bias na hone ki wajah se baaton ko pakad sakte hain, soch sakte hain. lekin kehne wala kehta hai unko traditional way mein,</w:t>
      </w:r>
    </w:p>
    <w:p>
      <w:pPr>
        <w:jc w:val="right"/>
      </w:pPr>
      <w:r>
        <w:t>यह ना करो, वो ना करो, यह ना करो, वो ना करो। तो डू एंड डोंट की लैंग्वेज उसको अपील नहीं करती। आज के आज के इंसान को। तो आज जो मुस्लिम है, वह अगरचे एडवांटेज इस पोजीशन में इस हद से कि उनके अंदर बायस ना होने की वजह से बातों को पकड़ सकते हैं, सोच सकते हैं। लेकिन कहने वाला कहता है उनको ट्रेडिशनल वे में,</w:t>
      </w:r>
    </w:p>
    <w:p>
      <w:r>
        <w:rPr>
          <w:b/>
        </w:rPr>
        <w:t xml:space="preserve">[1:59:31] </w:t>
      </w:r>
      <w:r>
        <w:t>do do and don't ki language mein bolta hai. to usko uske mind ko address nahi karti woh cheez.</w:t>
      </w:r>
    </w:p>
    <w:p>
      <w:pPr>
        <w:jc w:val="right"/>
      </w:pPr>
      <w:r>
        <w:t>डू डू एंड डोंट की लैंग्वेज में बोलता है। तो उसको उसके माइंड को एड्रेस नहीं करती वो चीज।</w:t>
      </w:r>
    </w:p>
    <w:p>
      <w:r>
        <w:rPr>
          <w:b/>
        </w:rPr>
        <w:t xml:space="preserve">[1:59:38] </w:t>
      </w:r>
      <w:r>
        <w:t>to yahan par jo rukawat hai, woh preacher ki taraf se hai, muslim ki taraf se nahi hai. agarche musalman jo hai, advantage is position mein hai, lekin usko avail kaun karega?</w:t>
      </w:r>
    </w:p>
    <w:p>
      <w:pPr>
        <w:jc w:val="right"/>
      </w:pPr>
      <w:r>
        <w:t>तो यहां पर जो रुकावट है, वह प्रीचर की तरफ से है, मुस्लिम की तरफ से नहीं है। अगरचे मुसलमान जो है, एडवांटेज इस पोजीशन में है, लेकिन उसको अवेल कौन करेगा?</w:t>
      </w:r>
    </w:p>
    <w:p>
      <w:r>
        <w:rPr>
          <w:b/>
        </w:rPr>
        <w:t xml:space="preserve">[1:59:49] </w:t>
      </w:r>
      <w:r>
        <w:t>preacher karega. hamare masjid ke log, madarse ke log, to woh jo bolte hain, wahi do and don't ki zuban.</w:t>
      </w:r>
    </w:p>
    <w:p>
      <w:pPr>
        <w:jc w:val="right"/>
      </w:pPr>
      <w:r>
        <w:t>प्रीचर करेगा। हमारे मस्जिद के लोग, मदरसे के लोग, तो वह जो बोलते हैं, वही डू एंड डोंट की जुबान।</w:t>
      </w:r>
    </w:p>
    <w:p>
      <w:r>
        <w:rPr>
          <w:b/>
        </w:rPr>
        <w:t xml:space="preserve">[2:00:00] </w:t>
      </w:r>
      <w:r>
        <w:t>usko aapko logical way mein kehna padega, usko rational way mein kehna padega. kyunke aaj ka insaan rational way mein sochta hai. aaj rational framework duniya mein chalta hai. to ek ek word mein kahun ke uske mind ko address karne wali language honi chahiye. aur Quran mein bhi yeh baat kahi gayi hai,</w:t>
      </w:r>
    </w:p>
    <w:p>
      <w:pPr>
        <w:jc w:val="right"/>
      </w:pPr>
      <w:r>
        <w:t>उसको आपको लॉजिकल वे में कहना पड़ेगा, उसको रेशनल वे में कहना पड़ेगा। क्योंकि आज का इंसान रेशनल वे में सोचता है। आज रेशनल फ्रेमवर्क दुनिया में चलता है। तो एक एक वर्ड में कहूं कि उसके माइंड को एड्रेस करने वाली लैंग्वेज होनी चाहिए। और कुरान में भी यह बात कही गई है,</w:t>
      </w:r>
    </w:p>
    <w:p>
      <w:r>
        <w:rPr>
          <w:b/>
        </w:rPr>
        <w:t xml:space="preserve">[2:00:22] </w:t>
      </w:r>
      <w:r>
        <w:t>waqul kalam baligha. baat kaho is tarah ke unke mind ko address karein. woh</w:t>
      </w:r>
    </w:p>
    <w:p>
      <w:pPr>
        <w:jc w:val="right"/>
      </w:pPr>
      <w:r>
        <w:t>वकम कलम बलीवा। बात कहो इस तरह के उनके माइंड को एड्रेस करें। वो</w:t>
      </w:r>
    </w:p>
    <w:p>
      <w:r>
        <w:rPr>
          <w:b/>
        </w:rPr>
        <w:t xml:space="preserve">[2:00:31] </w:t>
      </w:r>
      <w:r>
        <w:t>to jo language bolte hain, hamare madarse masjid ke log, woh unke mind ko address nahi karti. is liye woh aaj ka insaan pakad nahi pata. usko aaj ka musalman.</w:t>
      </w:r>
    </w:p>
    <w:p>
      <w:pPr>
        <w:jc w:val="right"/>
      </w:pPr>
      <w:r>
        <w:t>तो जो लैंग्वेज बोलते हैं, हमारे मदरसे मस्जिद के लोग, वह उनके माइंड को एड्रेस नहीं करती। इसलिए वह आज का इंसान पकड़ नहीं पाता। उसको आज का मुसलमान।</w:t>
      </w:r>
    </w:p>
    <w:p>
      <w:r>
        <w:rPr>
          <w:b/>
        </w:rPr>
        <w:t xml:space="preserve">[2:00:42] </w:t>
      </w:r>
      <w:r>
        <w:t>main samajhta hoon ke agar</w:t>
      </w:r>
    </w:p>
    <w:p>
      <w:pPr>
        <w:jc w:val="right"/>
      </w:pPr>
      <w:r>
        <w:t>मैं समझता हूं कि अगर</w:t>
      </w:r>
    </w:p>
    <w:p>
      <w:r>
        <w:rPr>
          <w:b/>
        </w:rPr>
        <w:t xml:space="preserve">[2:00:46] </w:t>
      </w:r>
      <w:r>
        <w:t>is raaz ko samajh liya jaye, is raaz ko, to main samajhta hoon ke musalman jo hain, kyunke woh unke andar bias nahi hoga. to bias na hone ki wajah se bahut jald aapko message ko samajh payenge. bahut jald samajh payenge aapko sabko.</w:t>
      </w:r>
    </w:p>
    <w:p>
      <w:pPr>
        <w:jc w:val="right"/>
      </w:pPr>
      <w:r>
        <w:t>इस राज को समझ लिया जाए, इस राज को, तो मैं समझता हूं कि मुसलमान जो हैं, क्योंकि वह उनके अंदर बायस नहीं होगा। तो बायस ना होने की वजह से बहुत जल्द आपको मैसेज को समझ पाएंगे। बहुत जल्द समझ पाएंगे आपको सबको।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