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Present Muslims- A Case of Wrong Identity February 13, 2011</w:t>
      </w:r>
    </w:p>
    <w:p>
      <w:r>
        <w:t>https://youtu.be/gDX72gIRL4E</w:t>
      </w:r>
    </w:p>
    <w:p>
      <w:r>
        <w:rPr>
          <w:b/>
        </w:rPr>
        <w:t xml:space="preserve">[00:39] </w:t>
      </w:r>
      <w:r>
        <w:t>j ka topic hai:</w:t>
      </w:r>
    </w:p>
    <w:p>
      <w:pPr>
        <w:jc w:val="right"/>
      </w:pPr>
      <w:r>
        <w:t>ج کا ٹاپکہے:</w:t>
      </w:r>
    </w:p>
    <w:p>
      <w:r>
        <w:rPr>
          <w:b/>
        </w:rPr>
        <w:t xml:space="preserve">[00:46] </w:t>
      </w:r>
      <w:r>
        <w:t>"present muslims : a case of wrong identity". yaani musalmanon ka case hai, woh galat shanakht ka case hai.</w:t>
      </w:r>
    </w:p>
    <w:p>
      <w:pPr>
        <w:jc w:val="right"/>
      </w:pPr>
      <w:r>
        <w:t>"پریزنٹ مسلمز :اکیسآف رونگ آئیڈینٹیٹی"۔ یعنیمس لمانوںکاکیسجوہے، وہ غلط شنا ختکاکیسہے۔</w:t>
      </w:r>
    </w:p>
    <w:p>
      <w:r>
        <w:rPr>
          <w:b/>
        </w:rPr>
        <w:t xml:space="preserve">[01:02] </w:t>
      </w:r>
      <w:r>
        <w:t>apni shanakht unhon ne galat kar rakhi hai.</w:t>
      </w:r>
    </w:p>
    <w:p>
      <w:pPr>
        <w:jc w:val="right"/>
      </w:pPr>
      <w:r>
        <w:t>اپنی شنا ختانہوںنےغلطکررکھیہے۔</w:t>
      </w:r>
    </w:p>
    <w:p>
      <w:r>
        <w:rPr>
          <w:b/>
        </w:rPr>
        <w:t xml:space="preserve">[01:10] </w:t>
      </w:r>
      <w:r>
        <w:t>dekhein, mein isse pehle ek baar Misr gaya tha, wahan taqreeban teen haftay mein raha. bohat se logon se mulaqat hui.</w:t>
      </w:r>
    </w:p>
    <w:p>
      <w:pPr>
        <w:jc w:val="right"/>
      </w:pPr>
      <w:r>
        <w:t>دیکھیں، میں اسسےپہلے ایکبار مصر گیاتھا، وہاں تقریباً تینہفتہمیںرہا۔ بہت سےلوگوںسےملاقاتہوئی۔</w:t>
      </w:r>
    </w:p>
    <w:p>
      <w:r>
        <w:rPr>
          <w:b/>
        </w:rPr>
        <w:t xml:space="preserve">[01:22] </w:t>
      </w:r>
      <w:r>
        <w:t>kuch arab jo humse ittifaq rakhte the, unhon ne ek yahan ek flat le liya tha kiraye par ek mahine ke liye. ismein mein rehta tha aur logon se milta tha.</w:t>
      </w:r>
    </w:p>
    <w:p>
      <w:pPr>
        <w:jc w:val="right"/>
      </w:pPr>
      <w:r>
        <w:t>کچھ عرب جوہمسے اتفاقرکھتےتھے،انہوںنےایکوہاں ایکفلیٹلےلیاتھاکرائے پرایک مہینےکےلیے۔ اسمیںمیںرہتاتھا اور لوگوںسےملتاتھا۔</w:t>
      </w:r>
    </w:p>
    <w:p>
      <w:r>
        <w:rPr>
          <w:b/>
        </w:rPr>
        <w:t xml:space="preserve">[01:35] </w:t>
      </w:r>
      <w:r>
        <w:t>to mein dawat ki baat karta tha.</w:t>
      </w:r>
    </w:p>
    <w:p>
      <w:pPr>
        <w:jc w:val="right"/>
      </w:pPr>
      <w:r>
        <w:t>تومیں دعوتکیباتکرتاتھا۔</w:t>
      </w:r>
    </w:p>
    <w:p>
      <w:r>
        <w:rPr>
          <w:b/>
        </w:rPr>
        <w:t xml:space="preserve">[01:41] </w:t>
      </w:r>
      <w:r>
        <w:t>misal ke taur par ek sahab ne kaha tha: "hum nahnu? " ke hamari identity kya hai? hamari pehchan kya hai?</w:t>
      </w:r>
    </w:p>
    <w:p>
      <w:pPr>
        <w:jc w:val="right"/>
      </w:pPr>
      <w:r>
        <w:t>مثلاًایکصاحبنے کہاکہ: "من نحن؟ "کہہماریآئیڈینٹیٹیکیاہے؟ ہماریپہچانکیاہے؟</w:t>
      </w:r>
    </w:p>
    <w:p>
      <w:r>
        <w:rPr>
          <w:b/>
        </w:rPr>
        <w:t xml:space="preserve">[01:52] </w:t>
      </w:r>
      <w:r>
        <w:t>to mein ne kaha: "wo pehchan to quran o hadith mein bata di gayi hai.</w:t>
      </w:r>
    </w:p>
    <w:p>
      <w:pPr>
        <w:jc w:val="right"/>
      </w:pPr>
      <w:r>
        <w:t>تومیںنےکہا:"وہپہچانتوقرآنوحدیثمیںبتادیگئیہے۔</w:t>
      </w:r>
    </w:p>
    <w:p>
      <w:r>
        <w:rPr>
          <w:b/>
        </w:rPr>
        <w:t xml:space="preserve">[01:58] </w:t>
      </w:r>
      <w:r>
        <w:t xml:space="preserve">wo hai shuhada." </w:t>
      </w:r>
    </w:p>
    <w:p>
      <w:pPr>
        <w:jc w:val="right"/>
      </w:pPr>
      <w:r>
        <w:t>وہہے شہداء۔"</w:t>
      </w:r>
    </w:p>
    <w:p>
      <w:r>
        <w:rPr>
          <w:b/>
        </w:rPr>
        <w:t xml:space="preserve">[02:03] </w:t>
      </w:r>
      <w:r>
        <w:t>Al musalmoon shuhada Allah fil ardh. shuhada ka matlab hota hai dawat, da'i, gawah.</w:t>
      </w:r>
    </w:p>
    <w:p>
      <w:pPr>
        <w:jc w:val="right"/>
      </w:pPr>
      <w:r>
        <w:t>المس لمونشہداء اللہ فیاللعب شہداءکامطلبہوتاہے دعوت ،داعی، گواہ۔</w:t>
      </w:r>
    </w:p>
    <w:p>
      <w:r>
        <w:rPr>
          <w:b/>
        </w:rPr>
        <w:t xml:space="preserve">[02:11] </w:t>
      </w:r>
      <w:r>
        <w:t>yeh pehchan, yeh unke samajh mein baat nahi aayi. aur teen haftay mein raha, lekin wahan par koi mere sath koi zyada tadad ikattha nahi ho saki.</w:t>
      </w:r>
    </w:p>
    <w:p>
      <w:pPr>
        <w:jc w:val="right"/>
      </w:pPr>
      <w:r>
        <w:t>یہ پہچان، یہ انکیسمجھمیںباتنہیںآئی۔ اور تینہفتےمیںرہا،لیکن وہاںپرکوئی میرےساتھکوئی زیادہ تعداد اکٹھانہیںہوسکی۔</w:t>
      </w:r>
    </w:p>
    <w:p>
      <w:r>
        <w:rPr>
          <w:b/>
        </w:rPr>
        <w:t xml:space="preserve">[02:25] </w:t>
      </w:r>
      <w:r>
        <w:t>abhidhekhiye, aap misr mein narah lagaya kuch logon ne: "entry hasni mubarak" yaani "entry, entry authority" narah.</w:t>
      </w:r>
    </w:p>
    <w:p>
      <w:pPr>
        <w:jc w:val="right"/>
      </w:pPr>
      <w:r>
        <w:t>ابھیدیکھیے،آپ مصر میں نعرہلگایاکچھلوگوںنے:"اینٹری حس نی مبارک" یعنی"اینٹری،اینٹریاتھارٹی"نعرہ۔</w:t>
      </w:r>
    </w:p>
    <w:p>
      <w:r>
        <w:rPr>
          <w:b/>
        </w:rPr>
        <w:t xml:space="preserve">[02:37] </w:t>
      </w:r>
      <w:r>
        <w:t>hasni mubarak wahan thirty years se rule kar rahe the, to unke khilaf narah lagaya</w:t>
      </w:r>
    </w:p>
    <w:p>
      <w:pPr>
        <w:jc w:val="right"/>
      </w:pPr>
      <w:r>
        <w:t>حسنیمبارکوہاں تھرٹیایئرزسے رولکررہےتھے، تو انکےخلاف نعرہلگایا</w:t>
      </w:r>
    </w:p>
    <w:p>
      <w:r>
        <w:rPr>
          <w:b/>
        </w:rPr>
        <w:t xml:space="preserve">[02:46] </w:t>
      </w:r>
      <w:r>
        <w:t>ke: "hasni mubarak wohin, woh chhoden, takhtah ho jayen". to wahan par ek million aadmi tahreer isko aaye waqt jama ho gaye.</w:t>
      </w:r>
    </w:p>
    <w:p>
      <w:pPr>
        <w:jc w:val="right"/>
      </w:pPr>
      <w:r>
        <w:t>کہ:"حسنیمبارکجوہیں، وہچھوڑیں،تختہوجائیں"۔ تووہاںپر ایک ملین آدمی تحریر اسکوآئےوقت جمع ہوگئے۔</w:t>
      </w:r>
    </w:p>
    <w:p>
      <w:r>
        <w:rPr>
          <w:b/>
        </w:rPr>
        <w:t xml:space="preserve">[02:59] </w:t>
      </w:r>
      <w:r>
        <w:t>hamko das aadmi bhi nahin mile the. yeh</w:t>
      </w:r>
    </w:p>
    <w:p>
      <w:pPr>
        <w:jc w:val="right"/>
      </w:pPr>
      <w:r>
        <w:t>ہمکو دسآدمیبھینہیںملےتھے۔ یہ</w:t>
      </w:r>
    </w:p>
    <w:p>
      <w:r>
        <w:rPr>
          <w:b/>
        </w:rPr>
        <w:t xml:space="preserve">[03:04] </w:t>
      </w:r>
      <w:r>
        <w:t>jo movement chali hai misr mein, kal 18 din chali hai. taqreeban itne hi mein bhi wahan tha.</w:t>
      </w:r>
    </w:p>
    <w:p>
      <w:pPr>
        <w:jc w:val="right"/>
      </w:pPr>
      <w:r>
        <w:t>جو مووم نٹچلیہےمصر میں، کل 18دن چلیہے۔ تقریباًاتنےہیمیںبھیوہاںتھا۔</w:t>
      </w:r>
    </w:p>
    <w:p>
      <w:r>
        <w:rPr>
          <w:b/>
        </w:rPr>
        <w:t xml:space="preserve">[03:15] </w:t>
      </w:r>
      <w:r>
        <w:t>18 din mein mujhe 18 aadmi bhi nahin mile. inko 18 lakh aadmi mil gaye. yeh maine likha tha risale mein ya safarnama mein.</w:t>
      </w:r>
    </w:p>
    <w:p>
      <w:pPr>
        <w:jc w:val="right"/>
      </w:pPr>
      <w:r>
        <w:t>18دنمیںمجھے18آدمیبھینہیںملے۔ انکو18لاکھآدمیملگئے۔ یہمیںنے لکھاتھا رسالےمیں یا سفرنامےمیں۔</w:t>
      </w:r>
    </w:p>
    <w:p>
      <w:r>
        <w:rPr>
          <w:b/>
        </w:rPr>
        <w:t xml:space="preserve">[03:28] </w:t>
      </w:r>
      <w:r>
        <w:t>iska raaz kya hai?</w:t>
      </w:r>
    </w:p>
    <w:p>
      <w:pPr>
        <w:jc w:val="right"/>
      </w:pPr>
      <w:r>
        <w:t>اسکارازکیاہے؟</w:t>
      </w:r>
    </w:p>
    <w:p>
      <w:r>
        <w:rPr>
          <w:b/>
        </w:rPr>
        <w:t xml:space="preserve">[03:31] </w:t>
      </w:r>
      <w:r>
        <w:t>inko yeh baat appeal nahin karti ke: "nahnu shuhada'ullah fil la'ib" yaani hamari pehchan jo hai, hamari identity jo hai, woh da'i ki identity hai.</w:t>
      </w:r>
    </w:p>
    <w:p>
      <w:pPr>
        <w:jc w:val="right"/>
      </w:pPr>
      <w:r>
        <w:t>انکو یہبات اپیلنہیںکرتی کہ:"نحنشہداءاللہ فیاللعب" یعنیہماری پہچانجوہے، ہماریآئیڈینٹیجوہے،وہ داعیکیآئیڈینٹیہے۔</w:t>
      </w:r>
    </w:p>
    <w:p>
      <w:r>
        <w:rPr>
          <w:b/>
        </w:rPr>
        <w:t xml:space="preserve">[03:42] </w:t>
      </w:r>
      <w:r>
        <w:t>yeh inko mutasir nahin karti. doosri identity nahin ab woh karti hai ke: "hamein hukoomaton ko todna hai,</w:t>
      </w:r>
    </w:p>
    <w:p>
      <w:pPr>
        <w:jc w:val="right"/>
      </w:pPr>
      <w:r>
        <w:t>یہانکو متاثرنہیںکرتی۔ دوس ریآئیڈینٹیانہیں ابوہکرتیہے کہ:"ہمیںحکومت وںکوتوڑناہے،</w:t>
      </w:r>
    </w:p>
    <w:p>
      <w:r>
        <w:rPr>
          <w:b/>
        </w:rPr>
        <w:t xml:space="preserve">[03:53] </w:t>
      </w:r>
      <w:r>
        <w:t>authority ko hamein challenge karna hai". yeh inko samajh mein aata hai.</w:t>
      </w:r>
    </w:p>
    <w:p>
      <w:pPr>
        <w:jc w:val="right"/>
      </w:pPr>
      <w:r>
        <w:t>اتھارٹیکوہمیں چیلنجکرناہے"۔یہانکیسمجھمیںآتاہے۔</w:t>
      </w:r>
    </w:p>
    <w:p>
      <w:r>
        <w:rPr>
          <w:b/>
        </w:rPr>
        <w:t xml:space="preserve">[03:59] </w:t>
      </w:r>
      <w:r>
        <w:t>itna hungama, itna hungama hua. million march kiya gaya wahan par, yahan tak ke hasni mubarak mulk chhod kar chale gaye.</w:t>
      </w:r>
    </w:p>
    <w:p>
      <w:pPr>
        <w:jc w:val="right"/>
      </w:pPr>
      <w:r>
        <w:t>اتناہنگامہ،اتنا ہنگامہہوا۔ مل ین مارچکیاگیاوہاںپر ،یہاںتککہحس نیمبارکملکچھوڑکرچلےگئے۔</w:t>
      </w:r>
    </w:p>
    <w:p>
      <w:r>
        <w:rPr>
          <w:b/>
        </w:rPr>
        <w:t xml:space="preserve">[04:10] </w:t>
      </w:r>
      <w:r>
        <w:t>dekhen, yeh saada baat nahin hai. yeh saada baat nahin hai. mein</w:t>
      </w:r>
    </w:p>
    <w:p>
      <w:pPr>
        <w:jc w:val="right"/>
      </w:pPr>
      <w:r>
        <w:t>دیکھیں،یہسادہباتنہیں ہے۔ یہسادہباتنہیںہے۔ میں</w:t>
      </w:r>
    </w:p>
    <w:p>
      <w:r>
        <w:rPr>
          <w:b/>
        </w:rPr>
        <w:t xml:space="preserve">[04:17] </w:t>
      </w:r>
      <w:r>
        <w:t>jab padhta hoon Quran majeed mein iblis aur adam ka qissa, iblis aur adam aur malaika ka qissa, to mujhe lagta hai ke saari insaniyat ki kahani is mein maujood hai.</w:t>
      </w:r>
    </w:p>
    <w:p>
      <w:pPr>
        <w:jc w:val="right"/>
      </w:pPr>
      <w:r>
        <w:t>جب پڑھتاہوں قرآنمجیدمیں ابلیساورآدمکاقصہ، ابلیساورآدماورملائکہ کاقصہ،تومجھےلگتاہےکہ ساری انسانیتکیکہانیاسمیںموجود ہے۔</w:t>
      </w:r>
    </w:p>
    <w:p>
      <w:r>
        <w:rPr>
          <w:b/>
        </w:rPr>
        <w:t xml:space="preserve">[04:31] </w:t>
      </w:r>
      <w:r>
        <w:t>agar aap sochen to sab kuch maujood hai is mein.</w:t>
      </w:r>
    </w:p>
    <w:p>
      <w:pPr>
        <w:jc w:val="right"/>
      </w:pPr>
      <w:r>
        <w:t>اگر آپ سوچیں تو سبکچھموجود ہےاسمیں۔</w:t>
      </w:r>
    </w:p>
    <w:p>
      <w:r>
        <w:rPr>
          <w:b/>
        </w:rPr>
        <w:t xml:space="preserve">[04:40] </w:t>
      </w:r>
      <w:r>
        <w:t>woh yeh bhi hai ke yeh authority ko challenge karna, yeh bhi maujood hai is mein.</w:t>
      </w:r>
    </w:p>
    <w:p>
      <w:pPr>
        <w:jc w:val="right"/>
      </w:pPr>
      <w:r>
        <w:t>وہیہبھیہےکہ یہاتھارٹیکوچیلنجکرنا، یہبھیموجود ہےاسمیں۔</w:t>
      </w:r>
    </w:p>
    <w:p>
      <w:r>
        <w:rPr>
          <w:b/>
        </w:rPr>
        <w:t xml:space="preserve">[04:47] </w:t>
      </w:r>
      <w:r>
        <w:t>yeh satanic politics hai.</w:t>
      </w:r>
    </w:p>
    <w:p>
      <w:pPr>
        <w:jc w:val="right"/>
      </w:pPr>
      <w:r>
        <w:t>یہ سیٹنکپولیٹکسہے۔</w:t>
      </w:r>
    </w:p>
    <w:p>
      <w:r>
        <w:rPr>
          <w:b/>
        </w:rPr>
        <w:t xml:space="preserve">[04:52] </w:t>
      </w:r>
      <w:r>
        <w:t>lekin is mein saari tareekh mein yeh cheez chha gayi. us waqt kya hua tha? Allah ta'ala ne adam ko paida kiya.</w:t>
      </w:r>
    </w:p>
    <w:p>
      <w:pPr>
        <w:jc w:val="right"/>
      </w:pPr>
      <w:r>
        <w:t>لیکن اسمیں ساریتاریخ میںیہچیزچھاگئی۔ اسوقت کیاہواتھا؟ اللہ تعالینے آدمکو پیدا کیا۔</w:t>
      </w:r>
    </w:p>
    <w:p>
      <w:r>
        <w:rPr>
          <w:b/>
        </w:rPr>
        <w:t xml:space="preserve">[05:04] </w:t>
      </w:r>
      <w:r>
        <w:t>adam se pehle jinat wohan par the. jinko iblis kehte hain, woh jinat ka sardar tha.</w:t>
      </w:r>
    </w:p>
    <w:p>
      <w:pPr>
        <w:jc w:val="right"/>
      </w:pPr>
      <w:r>
        <w:t>آدمسے پہلے جناتوہاںپرتھے۔ جنکو ابلیسکہتےہیں،وہ جن اتکاسردارتھا۔</w:t>
      </w:r>
    </w:p>
    <w:p>
      <w:r>
        <w:rPr>
          <w:b/>
        </w:rPr>
        <w:t xml:space="preserve">[05:13] </w:t>
      </w:r>
      <w:r>
        <w:t>to</w:t>
      </w:r>
    </w:p>
    <w:p>
      <w:pPr>
        <w:jc w:val="right"/>
      </w:pPr>
      <w:r>
        <w:t>تو</w:t>
      </w:r>
    </w:p>
    <w:p>
      <w:r>
        <w:rPr>
          <w:b/>
        </w:rPr>
        <w:t xml:space="preserve">[05:17] </w:t>
      </w:r>
      <w:r>
        <w:t>Allah ta'ala ne kaha tha ke: "malaika aur jinat donon aalam ke aage jhuk jayen". to malaika to jhuk gaye, aur shaitan ne, yaani jinat ke sardar ne,</w:t>
      </w:r>
    </w:p>
    <w:p>
      <w:pPr>
        <w:jc w:val="right"/>
      </w:pPr>
      <w:r>
        <w:t>اللہ تعالینےکہاکہ :"ملائکہاور جن اتدونوں عالمکےآگےجھکجائیں"۔ توملائکہتوجھکگئے، اور شیطاننے،یعنیجناتکےسردارنے،</w:t>
      </w:r>
    </w:p>
    <w:p>
      <w:r>
        <w:rPr>
          <w:b/>
        </w:rPr>
        <w:t xml:space="preserve">[05:31] </w:t>
      </w:r>
      <w:r>
        <w:t>inkaar kiya. isne Allah ki authority ko challenge kiya.</w:t>
      </w:r>
    </w:p>
    <w:p>
      <w:pPr>
        <w:jc w:val="right"/>
      </w:pPr>
      <w:r>
        <w:t>ان کار کیا۔ اسنے اللہ کیاتھارٹیکوچیلنجکیا۔</w:t>
      </w:r>
    </w:p>
    <w:p>
      <w:r>
        <w:rPr>
          <w:b/>
        </w:rPr>
        <w:t xml:space="preserve">[05:40] </w:t>
      </w:r>
      <w:r>
        <w:t>to authority ko challenge karne ka pehla waqea history mein jo hai, iblis ka waqea hai.</w:t>
      </w:r>
    </w:p>
    <w:p>
      <w:pPr>
        <w:jc w:val="right"/>
      </w:pPr>
      <w:r>
        <w:t>تو اتھارٹیکو چیلنجکرنے کاپہلاواقعہ نونہسٹریمیں جوہے، ابلیسکاواقع ہہے۔</w:t>
      </w:r>
    </w:p>
    <w:p>
      <w:r>
        <w:rPr>
          <w:b/>
        </w:rPr>
        <w:t xml:space="preserve">[05:50] </w:t>
      </w:r>
      <w:r>
        <w:t>us waqt usne kaha tha ke: la atunnahum illa qaleela yaani saari insaniyat ko main aisi mubtala kar doonga, apni sunnat par chala doonga.</w:t>
      </w:r>
    </w:p>
    <w:p>
      <w:pPr>
        <w:jc w:val="right"/>
      </w:pPr>
      <w:r>
        <w:t>اسوقت اسنےکہاتھا کہ: لا ت نا ضروریت الا قلیلا یعنیساریانسانیتکومیںایسیمبتلاکردوںگا، اپنی سنت پر چلادوںگا۔</w:t>
      </w:r>
    </w:p>
    <w:p>
      <w:r>
        <w:rPr>
          <w:b/>
        </w:rPr>
        <w:t xml:space="preserve">[06:05] </w:t>
      </w:r>
      <w:r>
        <w:t>woh dekhiye ho raha hai. yaani muslim, non-muslim, believer aur non-believer, sab isi pe chal rahe hain.</w:t>
      </w:r>
    </w:p>
    <w:p>
      <w:pPr>
        <w:jc w:val="right"/>
      </w:pPr>
      <w:r>
        <w:t>وہیدیکھیےہورہاہے۔ یعنیمسلم،نانمسلم، بیلیوراورنانبیلیور، سب اسیپہچلےجارہےہیں۔</w:t>
      </w:r>
    </w:p>
    <w:p>
      <w:r>
        <w:rPr>
          <w:b/>
        </w:rPr>
        <w:t xml:space="preserve">[06:16] </w:t>
      </w:r>
      <w:r>
        <w:t>authority ko challenge karne ka jab khadaha hota hai koi aadmi to dhoom machti hai, crowd ikattha hota hai, woh leader ban jata hai.</w:t>
      </w:r>
    </w:p>
    <w:p>
      <w:pPr>
        <w:jc w:val="right"/>
      </w:pPr>
      <w:r>
        <w:t>اتھارٹیکوچیلنجکرنےکاجبکھڑاہوتاہےکوئیآدمی تو دھوممچتیہے، کراؤڈاکٹھاہوتاہے، وہ لیڈربنجاتاہے۔</w:t>
      </w:r>
    </w:p>
    <w:p>
      <w:r>
        <w:rPr>
          <w:b/>
        </w:rPr>
        <w:t xml:space="preserve">[06:27] </w:t>
      </w:r>
      <w:r>
        <w:t>halankeh nateeja kuch naheen. ab misr mein dekhiye, log khushiyan mana rahay hain, khushiyan, log dance kar rahay hain khushiyan.</w:t>
      </w:r>
    </w:p>
    <w:p>
      <w:pPr>
        <w:jc w:val="right"/>
      </w:pPr>
      <w:r>
        <w:t>حالانکہنتیجہکچھنہیں۔ اب مصر میںدیکھیے،لوگ خوشیاںمنارہےہیں،خوشیاں، لوگ ڈانسکررہےہیںخوشیمیں۔</w:t>
      </w:r>
    </w:p>
    <w:p>
      <w:r>
        <w:rPr>
          <w:b/>
        </w:rPr>
        <w:t xml:space="preserve">[06:35] </w:t>
      </w:r>
      <w:r>
        <w:t>lekin kuch hua, kuch bhi hua, kuch naheen. is qism ka, is qism ka waqea is se pehle misr mein kai baar ho chuka hai. isi misr mein, ya'ni 1948 mein,</w:t>
      </w:r>
    </w:p>
    <w:p>
      <w:pPr>
        <w:jc w:val="right"/>
      </w:pPr>
      <w:r>
        <w:t>لیکن کچھہوا،کچھبھیہوا،کچھنہیں ۔ اسقسم کا،اسقسم کاواقعہاسسےپہلے مصر میںکئیبارہوچکاہے۔ اسی مصر میں، یعنی 19 4 8 میں،</w:t>
      </w:r>
    </w:p>
    <w:p>
      <w:r>
        <w:rPr>
          <w:b/>
        </w:rPr>
        <w:t xml:space="preserve">[06:50] </w:t>
      </w:r>
      <w:r>
        <w:t>jab wahan par falasteen mein aa gaye thay, ya'ni yeh wadi falasteen ki sarhad arab se sarhad milti hai,</w:t>
      </w:r>
    </w:p>
    <w:p>
      <w:pPr>
        <w:jc w:val="right"/>
      </w:pPr>
      <w:r>
        <w:t>جبوہاںپر فلسطینمیںآگئےتھے، یعنی یہ ودی فلسطینکی سرحدع ربیسےسرحدملتیہے،</w:t>
      </w:r>
    </w:p>
    <w:p>
      <w:r>
        <w:rPr>
          <w:b/>
        </w:rPr>
        <w:t xml:space="preserve">[07:00] </w:t>
      </w:r>
      <w:r>
        <w:t>to hazrat minah ne us waqt qiyadat ki. woh jalos nikala, unhon ne qahira ki sarkon par to ek lakh aadmi ikhatta ho gaya.</w:t>
      </w:r>
    </w:p>
    <w:p>
      <w:pPr>
        <w:jc w:val="right"/>
      </w:pPr>
      <w:r>
        <w:t>توحضرتمنہنےاسوقت قیادتکی۔ وہ جلوسنکالا،انہوںنےقاہرہکیسڑکوںپر تو ایک لاکھ آدمیاکٹھاہوگئے۔</w:t>
      </w:r>
    </w:p>
    <w:p>
      <w:r>
        <w:rPr>
          <w:b/>
        </w:rPr>
        <w:t xml:space="preserve">[07:12] </w:t>
      </w:r>
      <w:r>
        <w:t>aur nara kya tha? labbaik ya falasteen, labbaik ya falasteen ya'ni hum falasteen mein jo dakhil ho gaye hain, yahudiyon ko maar ke bhaga denge, samandar mein dhakil denge.</w:t>
      </w:r>
    </w:p>
    <w:p>
      <w:pPr>
        <w:jc w:val="right"/>
      </w:pPr>
      <w:r>
        <w:t>اور نعرہکیاتھا؟ لب یکیا فلسطین،لب یکیا فلسطین یعنیہم فلسطین میںجو داخلہوگئےہیں،یہودیوںکومارکےبھگادیںگے، سمندرمیںڈھکیلدیںگے۔</w:t>
      </w:r>
    </w:p>
    <w:p>
      <w:r>
        <w:rPr>
          <w:b/>
        </w:rPr>
        <w:t xml:space="preserve">[07:26] </w:t>
      </w:r>
      <w:r>
        <w:t>khoob taqreeren hu'een, lekin nateeja kuch bhi nahin nikla.</w:t>
      </w:r>
    </w:p>
    <w:p>
      <w:pPr>
        <w:jc w:val="right"/>
      </w:pPr>
      <w:r>
        <w:t>خوبتقریریںہوئیں، لیکن نتیجہکچھبھینہیںنکلا۔</w:t>
      </w:r>
    </w:p>
    <w:p>
      <w:r>
        <w:rPr>
          <w:b/>
        </w:rPr>
        <w:t xml:space="preserve">[07:31] </w:t>
      </w:r>
      <w:r>
        <w:t>ya'ni ek lakh aadmi ikhatta ho gaye, nateeja kya nikla? you too see the result.</w:t>
      </w:r>
    </w:p>
    <w:p>
      <w:pPr>
        <w:jc w:val="right"/>
      </w:pPr>
      <w:r>
        <w:t>یعنیایک لاکھآدمیاکٹھاتوہوگئے،نتیجہکیانکلا؟ یوٹ وسیدارزلٹ۔</w:t>
      </w:r>
    </w:p>
    <w:p>
      <w:r>
        <w:rPr>
          <w:b/>
        </w:rPr>
        <w:t xml:space="preserve">[07:40] </w:t>
      </w:r>
      <w:r>
        <w:t>yeh tha 1948 mein. is ke baad phir wahan par tehreek chali, king ke khilaf, king farooq ke khilaf. woh bhi anti-authority thi.</w:t>
      </w:r>
    </w:p>
    <w:p>
      <w:pPr>
        <w:jc w:val="right"/>
      </w:pPr>
      <w:r>
        <w:t>یہتھا 194 8 میں ۔اسبعدپھروہاںپر تحریکچلی ،کنگکےخلاف،کنگفاروقکےخلاف ۔وہبھیاینٹیاتھارٹیتھی۔</w:t>
      </w:r>
    </w:p>
    <w:p>
      <w:r>
        <w:rPr>
          <w:b/>
        </w:rPr>
        <w:t xml:space="preserve">[07:51] </w:t>
      </w:r>
      <w:r>
        <w:t>to ikhwan-ul-muslimeen aur wahan ke fauji sardar dono mil kar ke nikalne mein kamyab ho gaye.</w:t>
      </w:r>
    </w:p>
    <w:p>
      <w:pPr>
        <w:jc w:val="right"/>
      </w:pPr>
      <w:r>
        <w:t>تو اخوان المسلمون اور وہاںکےفوجیسردار دونوںملکرکے نکالنےمیںکامیابہوگئے۔</w:t>
      </w:r>
    </w:p>
    <w:p>
      <w:r>
        <w:rPr>
          <w:b/>
        </w:rPr>
        <w:t xml:space="preserve">[08:00] </w:t>
      </w:r>
      <w:r>
        <w:t>un ko ship par bithakar ke italy bhej diya gaya. is ke baad kya hua? woh khushiyan manai gayeen, bohat khushiyan. lekin kya hua? kuch bhi nahin hua.</w:t>
      </w:r>
    </w:p>
    <w:p>
      <w:pPr>
        <w:jc w:val="right"/>
      </w:pPr>
      <w:r>
        <w:t>انکو شپپربٹھاکرکےاٹلیبھیجدیاگیا۔ اسکےبعدکیا ہوا؟وہخوشیاںمنائیگئیں، بہت خوشیاں۔ لیکن کیا ہوا؟ کچھبھینہیں ہوا۔</w:t>
      </w:r>
    </w:p>
    <w:p>
      <w:r>
        <w:rPr>
          <w:b/>
        </w:rPr>
        <w:t xml:space="preserve">[08:10] </w:t>
      </w:r>
      <w:r>
        <w:t>ya najeeb woh hai, us ki jagah baith gaye. ab phir najeeb ke khilaf shikayaten paida hu'een. najeeb ko house arrest kar diya gaya. phir nasser baith gaye.</w:t>
      </w:r>
    </w:p>
    <w:p>
      <w:pPr>
        <w:jc w:val="right"/>
      </w:pPr>
      <w:r>
        <w:t>یا نجیبجوہے،اسکیجگہبیٹھگئے۔ ابپھر نجیبکےخلاف شکایتیںپیدا ہوئیں۔ نجیبکو ہاؤساریسٹکردیاگیا۔ پھرناصربیٹھگئے۔</w:t>
      </w:r>
    </w:p>
    <w:p>
      <w:r>
        <w:rPr>
          <w:b/>
        </w:rPr>
        <w:t xml:space="preserve">[08:21] </w:t>
      </w:r>
      <w:r>
        <w:t>phir nasser ke khilaf shikayaten paida hu'een. aye muslim brotherhood, jinhon ne un ko saath diya tha, unhon ne pehle</w:t>
      </w:r>
    </w:p>
    <w:p>
      <w:pPr>
        <w:jc w:val="right"/>
      </w:pPr>
      <w:r>
        <w:t>پھرناصرکےخلاف شکایتیںپیداہوئیں۔ اےمسلمبرادرہڈ،جوانکوساتھدیاتھا،انہوںنےپہلے</w:t>
      </w:r>
    </w:p>
    <w:p>
      <w:r>
        <w:rPr>
          <w:b/>
        </w:rPr>
        <w:t xml:space="preserve">[08:26] </w:t>
      </w:r>
      <w:r>
        <w:t>un ke leaderon ko us ne phansi de di, jail mein band kar diya. to jab woh nasser gaye to phir sadat aa gaye, un se bhi ikhtilaf hua.</w:t>
      </w:r>
    </w:p>
    <w:p>
      <w:pPr>
        <w:jc w:val="right"/>
      </w:pPr>
      <w:r>
        <w:t>انکے لیڈروںکو اسنےپھانسیدےدی،جیلمیںبندکردیا۔ تو جب جوان اصرگئے توپھرس اداتآگئے، انسےبھیاختلاف ہوا۔</w:t>
      </w:r>
    </w:p>
    <w:p>
      <w:r>
        <w:rPr>
          <w:b/>
        </w:rPr>
        <w:t xml:space="preserve">[08:37] </w:t>
      </w:r>
      <w:r>
        <w:t>yahan tak goli maar di gayi un ko. is ke baad husni mubarak aa gaye, un ke khilaf hangama. anti-authority challenge woh hai, log khoob dhoom machate hain is ke liye.</w:t>
      </w:r>
    </w:p>
    <w:p>
      <w:pPr>
        <w:jc w:val="right"/>
      </w:pPr>
      <w:r>
        <w:t>یہاںتکگولیمار دیگئیانکو۔ اسکےبعد حسنمبارکآگئے،انکےخلاف ہنگامہ۔ این ٹیاتھارٹی چیلنججوہے، لوگ خوبدھوممچاتےہیںاسکےلیے۔</w:t>
      </w:r>
    </w:p>
    <w:p>
      <w:r>
        <w:rPr>
          <w:b/>
        </w:rPr>
        <w:t xml:space="preserve">[08:49] </w:t>
      </w:r>
      <w:r>
        <w:t>koi sochta nahin ke nateeja kya hai. nateeja na pehle nikla, na aaj niklta hai. anti-authority challenge, yeh yeh satanic politics hai.</w:t>
      </w:r>
    </w:p>
    <w:p>
      <w:pPr>
        <w:jc w:val="right"/>
      </w:pPr>
      <w:r>
        <w:t>کوئیسوچتانہیںکہنتی جہکیاہے۔ نتیجہنہ پہلےنکلا،نہآجنکلتاہے۔ این ٹیاتھارٹیچیلنج، یہ یہ سیٹنک پولیٹکسہے۔</w:t>
      </w:r>
    </w:p>
    <w:p>
      <w:r>
        <w:rPr>
          <w:b/>
        </w:rPr>
        <w:t xml:space="preserve">[09:01] </w:t>
      </w:r>
      <w:r>
        <w:t>aur shaitan ke hath se bach jayega jo to woh to tabahi hai,</w:t>
      </w:r>
    </w:p>
    <w:p>
      <w:pPr>
        <w:jc w:val="right"/>
      </w:pPr>
      <w:r>
        <w:t>اور شیطانکےہاتھسےابچلےگاجو تووہتوتباہیہے،</w:t>
      </w:r>
    </w:p>
    <w:p>
      <w:r>
        <w:rPr>
          <w:b/>
        </w:rPr>
        <w:t xml:space="preserve">[09:06] </w:t>
      </w:r>
      <w:r>
        <w:t>is mein to kuch nahin milne wala hai.</w:t>
      </w:r>
    </w:p>
    <w:p>
      <w:pPr>
        <w:jc w:val="right"/>
      </w:pPr>
      <w:r>
        <w:t>اسمیںتوکچھنہیںملنےوالاہے۔</w:t>
      </w:r>
    </w:p>
    <w:p>
      <w:r>
        <w:rPr>
          <w:b/>
        </w:rPr>
        <w:t xml:space="preserve">[09:12] </w:t>
      </w:r>
      <w:r>
        <w:t>to yahan par dekhiye, cheez kya hai? rasool Allah sallallahu alaihi wasallam ko us waqt log bhool chuke hain. us waqt kya hai?</w:t>
      </w:r>
    </w:p>
    <w:p>
      <w:pPr>
        <w:jc w:val="right"/>
      </w:pPr>
      <w:r>
        <w:t>تو یہاںپر دیکھیے، چیزکیاہے؟ رسولاللہ صلیاللہعلیہوسلمکواسوقتلوگ بھولچکےہیں۔ اسوقتکیاہے؟</w:t>
      </w:r>
    </w:p>
    <w:p>
      <w:r>
        <w:rPr>
          <w:b/>
        </w:rPr>
        <w:t xml:space="preserve">[09:23] </w:t>
      </w:r>
      <w:r>
        <w:t>rasool Allah sallallahu alaihi wasallam ka makkah mein, makkah mein authority ka center kaun tha? dar-un-nadwah. wahan par authority ka center tha.</w:t>
      </w:r>
    </w:p>
    <w:p>
      <w:pPr>
        <w:jc w:val="right"/>
      </w:pPr>
      <w:r>
        <w:t>رسولاللہصلیاللہعلیہوسلمکا مکہمیں، مک ہمیںاتھارٹیکاسینٹرکونتھا؟ دارالندوہ۔ وہاںپہاتھارٹیکاسینٹرتھا۔</w:t>
      </w:r>
    </w:p>
    <w:p>
      <w:r>
        <w:rPr>
          <w:b/>
        </w:rPr>
        <w:t xml:space="preserve">[09:35] </w:t>
      </w:r>
      <w:r>
        <w:t>dar-un-nadwah ke tehat arab kaba chalaya ja raha tha. dar-un-nadwah ke tehat saare mamlaat tay kiye jatay thay. to dar-un-nadwah was the center of authority in makkah.</w:t>
      </w:r>
    </w:p>
    <w:p>
      <w:pPr>
        <w:jc w:val="right"/>
      </w:pPr>
      <w:r>
        <w:t>دارالندوہکےتحت عرب کعبہچلایاجارہاتھا۔ دارالندوہکےتحت سارےمعاملات طےکیےجاتےتھے۔ تو دار ال ندوہ وازدا سینٹر آف اتھار ٹی انمک ہ۔</w:t>
      </w:r>
    </w:p>
    <w:p>
      <w:r>
        <w:rPr>
          <w:b/>
        </w:rPr>
        <w:t xml:space="preserve">[09:50] </w:t>
      </w:r>
      <w:r>
        <w:t>to rasool Allah sallallahu alaihi wasallam ne kuch bhi nahin kiya, dar-un-nadwah ke khilaf koi jhanda nahin uthaya, kuch bhi nahin. kyun? Allah ta'ala ne ayat utari ke: ya al-muddathir qum fa-</w:t>
      </w:r>
    </w:p>
    <w:p>
      <w:pPr>
        <w:jc w:val="right"/>
      </w:pPr>
      <w:r>
        <w:t>تورسولاللہصلیاللہعلیہوسلمنےکچھبھینہیںکیا، دارالندوہکےخلاف کوئیجھنڈانہیںاٹھایا، کچھبھینہیں ۔ کیوں؟اللہتعالینےآیتاتاریکہ: یا المدثر کنفان</w:t>
      </w:r>
    </w:p>
    <w:p>
      <w:r>
        <w:rPr>
          <w:b/>
        </w:rPr>
        <w:t xml:space="preserve">[10:04] </w:t>
      </w:r>
      <w:r>
        <w:t>aye payamber, tumhara jo kaam hai, woh dawat hai. ya'ni kisi authority ko challenge karna nahin hai.</w:t>
      </w:r>
    </w:p>
    <w:p>
      <w:pPr>
        <w:jc w:val="right"/>
      </w:pPr>
      <w:r>
        <w:t>اےپیغمبر،تمہاراجوکامہے،وہ دعوتہے۔ یعنیکسی اتھارٹیکوچیلنجکرنانہیںہے۔</w:t>
      </w:r>
    </w:p>
    <w:p>
      <w:r>
        <w:rPr>
          <w:b/>
        </w:rPr>
        <w:t xml:space="preserve">[10:15] </w:t>
      </w:r>
      <w:r>
        <w:t>ya'ni kitni ajeeb baat hai ke rasool Allah sallallahu alaihi wasallam jab aaye makkah mein, 610 AD mein, aap ne shuru ki apni apna mission to wahan par bhi ek authority thi.</w:t>
      </w:r>
    </w:p>
    <w:p>
      <w:pPr>
        <w:jc w:val="right"/>
      </w:pPr>
      <w:r>
        <w:t>یعنیکتنیعجیبباتہےکہرسولاللہصلیاللہعلیہوسلمجبآئےمکہمیں، 16 10عیسویمیں،آپنےشروع کی اپنی اپنا مشن تووہاںپربھیایکاتھارٹیتھی۔</w:t>
      </w:r>
    </w:p>
    <w:p>
      <w:r>
        <w:rPr>
          <w:b/>
        </w:rPr>
        <w:t xml:space="preserve">[10:26] </w:t>
      </w:r>
      <w:r>
        <w:t>is authority ne apni authority ko mazboot bhi kiya tha. ya'ni kaba mein sankaron but rakh diye</w:t>
      </w:r>
    </w:p>
    <w:p>
      <w:pPr>
        <w:jc w:val="right"/>
      </w:pPr>
      <w:r>
        <w:t>اس اتھارٹینے اپنی اتھارٹیکومسیوزبھیکیاتھا۔ یعنی کعبہمیں سینکڑوںبت رکھدیے</w:t>
      </w:r>
    </w:p>
    <w:p>
      <w:r>
        <w:rPr>
          <w:b/>
        </w:rPr>
        <w:t xml:space="preserve">[10:36] </w:t>
      </w:r>
      <w:r>
        <w:t>aur haj karte thay, nangay ho kar ke namaz nahin parhne dete thay. ra'aitul-jinna ka aslu-llah to authority ko ghalat istemal karne ka misal maujood thi. wahan</w:t>
      </w:r>
    </w:p>
    <w:p>
      <w:pPr>
        <w:jc w:val="right"/>
      </w:pPr>
      <w:r>
        <w:t>اور حجکرتے تھے،ننگےہوکرکےن مازنہیںپڑھنےدیتےتھے۔ رأيت الج نہاب اص لیاللہ تو اتھارٹیکو غلطاستعمال کرنے کا مثالموجود تھی۔وہاں</w:t>
      </w:r>
    </w:p>
    <w:p>
      <w:r>
        <w:rPr>
          <w:b/>
        </w:rPr>
        <w:t xml:space="preserve">[10:52] </w:t>
      </w:r>
      <w:r>
        <w:t>makka mein zulm bhi karte the, woh maarte the rasool Allah ke saahibiyon ko. lekin rasool Allah (SAW) ne ikhtiyaar ko challenge karne wali koi politics nahi chalai. wahan par sirf dawat, sirf dawat, sirf dawat, sirf dawat.</w:t>
      </w:r>
    </w:p>
    <w:p>
      <w:pPr>
        <w:jc w:val="right"/>
      </w:pPr>
      <w:r>
        <w:t>مکہمیں ظلمبھیکرتے تھے،وہ مارتےتھے رسولاللہکےساتھیوںکو ۔لیکن رسولاللہصلیاللہعلیہوسلمنے اتھارٹیکوچیلنجکرنے والی کوئیپولیٹکسنہیںچلائی۔وہاںپر صرف دعوت،صرفدعوت،صرفدعوت،صرفدعوت۔</w:t>
      </w:r>
    </w:p>
    <w:p>
      <w:r>
        <w:rPr>
          <w:b/>
        </w:rPr>
        <w:t xml:space="preserve">[11:09] </w:t>
      </w:r>
      <w:r>
        <w:t>yahan tak ke 13 saal ke baad jab woh log maarne par tule gaye aap ko, tab bhi aap ne uss waqt aap ko saathi itne the ke aap chahte to ladte un se.</w:t>
      </w:r>
    </w:p>
    <w:p>
      <w:pPr>
        <w:jc w:val="right"/>
      </w:pPr>
      <w:r>
        <w:t>یہاںتککہ13سالکےبعدجب وہلوگ مارنےپرتلےگئےآپکو ،تببھیآپنے اسوقت آپکوساتھیاتنےتھےکہآپچاہتے تو لڑتےانسے۔</w:t>
      </w:r>
    </w:p>
    <w:p>
      <w:r>
        <w:rPr>
          <w:b/>
        </w:rPr>
        <w:t xml:space="preserve">[11:21] </w:t>
      </w:r>
      <w:r>
        <w:t>pehlay to aap ne apne saahibiyon ko kaha ke habash chale jao, phir khud bhi makka chhod kar madina chale gaye.</w:t>
      </w:r>
    </w:p>
    <w:p>
      <w:pPr>
        <w:jc w:val="right"/>
      </w:pPr>
      <w:r>
        <w:t>پہلے توآپنےاپنےساتھیوںکوکہاکہحبشچلےجاؤ، پھر خود بھی مکہچھوڑکر مدینہچلےگئے۔</w:t>
      </w:r>
    </w:p>
    <w:p>
      <w:r>
        <w:rPr>
          <w:b/>
        </w:rPr>
        <w:t xml:space="preserve">[11:30] </w:t>
      </w:r>
      <w:r>
        <w:t>to wahan bhi dekhiye, madina mein yahood the, taqreeban 50 percent yahood the madina mein uss waqt. to yeh yahood ke paas ikhtiyaar tha uss waqt madina ki.</w:t>
      </w:r>
    </w:p>
    <w:p>
      <w:pPr>
        <w:jc w:val="right"/>
      </w:pPr>
      <w:r>
        <w:t>تو وہاںبھیدیکھیے، مدینہمیںیہودتھے، تقریباً50پرسنٹیہودتھےمدینہمیںاسوقت ۔ تو یہ ودکےپاس اتھارٹیتھیاسوقت مدینہکی۔</w:t>
      </w:r>
    </w:p>
    <w:p>
      <w:r>
        <w:rPr>
          <w:b/>
        </w:rPr>
        <w:t xml:space="preserve">[11:44] </w:t>
      </w:r>
      <w:r>
        <w:t>wahan bhi aap ne yahood ke khilaaf koi tehreek nahi chalai, yahood ki ikhtiyaar ko challenge nahi kiya.</w:t>
      </w:r>
    </w:p>
    <w:p>
      <w:pPr>
        <w:jc w:val="right"/>
      </w:pPr>
      <w:r>
        <w:t>وہاںبھیآپنے یہودیوںکےخلاف کوئیتحریکنہیںچلائی، یہود کیاتھارٹیکوچیلنجنہیںکیا۔</w:t>
      </w:r>
    </w:p>
    <w:p>
      <w:r>
        <w:rPr>
          <w:b/>
        </w:rPr>
        <w:t xml:space="preserve">[11:53] </w:t>
      </w:r>
      <w:r>
        <w:t>wahan par kya tha? quran ko padh kar sunana. shayad sahaba muqri kehelate the. muqri</w:t>
      </w:r>
    </w:p>
    <w:p>
      <w:pPr>
        <w:jc w:val="right"/>
      </w:pPr>
      <w:r>
        <w:t>وہاںپر کیاتھا؟ قرآنکوپڑھکرسنانا۔ شایدصحابہ مقریکہلاتےتھے۔مقری</w:t>
      </w:r>
    </w:p>
    <w:p>
      <w:r>
        <w:rPr>
          <w:b/>
        </w:rPr>
        <w:t xml:space="preserve">[11:59] </w:t>
      </w:r>
      <w:r>
        <w:t>, muqri maani padh kar sunane wala.</w:t>
      </w:r>
    </w:p>
    <w:p>
      <w:pPr>
        <w:jc w:val="right"/>
      </w:pPr>
      <w:r>
        <w:t>، مقریمعنیپڑھکرسنانےوالا۔</w:t>
      </w:r>
    </w:p>
    <w:p>
      <w:r>
        <w:rPr>
          <w:b/>
        </w:rPr>
        <w:t xml:space="preserve">[12:04] </w:t>
      </w:r>
      <w:r>
        <w:t>jis tarah se makka mein mushrikeen ko ikhtiyaar mila hua tha daar un nadwa ke tehat, aisi madina mein bhi ikhtiyaar mila hua tha yahood ko.</w:t>
      </w:r>
    </w:p>
    <w:p>
      <w:pPr>
        <w:jc w:val="right"/>
      </w:pPr>
      <w:r>
        <w:t>جسطرح سے مکہمیں مشرکینکو اتھارٹیملیہوئیتھی دارالندوہکےتحت، ایسی مدینہمیںبھیاتھارٹیملیہوئیتھییہودکو ۔</w:t>
      </w:r>
    </w:p>
    <w:p>
      <w:r>
        <w:rPr>
          <w:b/>
        </w:rPr>
        <w:t xml:space="preserve">[12:15] </w:t>
      </w:r>
      <w:r>
        <w:t>na yahan pe challenge kiya ikhtiyaar ko, na wahan challenge kiya ikhtiyaar ko. yeh hai rasool Allah</w:t>
      </w:r>
    </w:p>
    <w:p>
      <w:pPr>
        <w:jc w:val="right"/>
      </w:pPr>
      <w:r>
        <w:t>نہیہاں پہچیلنجکیااتھارٹیکو،نہوہاںچیلنجکیااتھارٹیکو۔ یہہےرسولاللہ</w:t>
      </w:r>
    </w:p>
    <w:p>
      <w:r>
        <w:rPr>
          <w:b/>
        </w:rPr>
        <w:t xml:space="preserve">[12:20] </w:t>
      </w:r>
      <w:r>
        <w:t>ka model. dono jagah aap ne dawat ko dawat, dawat. jaise madina aap pohnche to aap ne pehli taqreer mein jo kaha tha ke jo yahan kaha tha, woh wahin bhi kaha:</w:t>
      </w:r>
    </w:p>
    <w:p>
      <w:pPr>
        <w:jc w:val="right"/>
      </w:pPr>
      <w:r>
        <w:t>کاماڈل۔دونوںجگہآپنےدعوتکو دعوت،دعوت۔ جیسے مدینہآپپہنچےتوآپنےپہلیتقریرمیں جو کہاتھا کہ جویہاں کہاتھا،وہیوہاںبھیکہا:</w:t>
      </w:r>
    </w:p>
    <w:p>
      <w:r>
        <w:rPr>
          <w:b/>
        </w:rPr>
        <w:t xml:space="preserve">[12:36] </w:t>
      </w:r>
      <w:r>
        <w:t>attaqu an nara walubashar</w:t>
      </w:r>
    </w:p>
    <w:p>
      <w:pPr>
        <w:jc w:val="right"/>
      </w:pPr>
      <w:r>
        <w:t>ات قواالنارولوبشر</w:t>
      </w:r>
    </w:p>
    <w:p>
      <w:r>
        <w:rPr>
          <w:b/>
        </w:rPr>
        <w:t xml:space="preserve">[12:40] </w:t>
      </w:r>
      <w:r>
        <w:t>makka mein bhi dawat, madina mein bhi dawat. aur ab kya hai? musalmanon mein dawat ke bajaye woh ikhtiyaar ko challenge karna.</w:t>
      </w:r>
    </w:p>
    <w:p>
      <w:pPr>
        <w:jc w:val="right"/>
      </w:pPr>
      <w:r>
        <w:t>مکہمیںبھیدعوت،مدینہمیںبھیدعوت۔ اور ابکیاہے؟ مسلمانوںمیں دعوتکےبجائےوہ اتھارٹیکوچیلنجکرنا۔</w:t>
      </w:r>
    </w:p>
    <w:p>
      <w:r>
        <w:rPr>
          <w:b/>
        </w:rPr>
        <w:t xml:space="preserve">[12:53] </w:t>
      </w:r>
      <w:r>
        <w:t>yaani ghair muslim ikhtiyaar ko bhi challenge karte hain, muslim ruler ko bhi challenge karte hain. yeh keh kar ke yeh muslim dushmanon ke agent hain. yaani uss waqt taqreeban har muslim mulk mein tehreekein chal rahi hain.</w:t>
      </w:r>
    </w:p>
    <w:p>
      <w:pPr>
        <w:jc w:val="right"/>
      </w:pPr>
      <w:r>
        <w:t>یعنیغیر مسلماتھارٹیکوبھیچیلنجکرتےہیں،مسلمرولرکوبھیچیلنجکرتے ہیں۔ یہ کہہکرکہیہ مسلمدشمنوںکےایجنٹہیں۔ یعنیاسوقت تقریباًہرمسلم ملکمیں تحریکیںچلرہیہیں۔</w:t>
      </w:r>
    </w:p>
    <w:p>
      <w:r>
        <w:rPr>
          <w:b/>
        </w:rPr>
        <w:t xml:space="preserve">[13:06] </w:t>
      </w:r>
      <w:r>
        <w:t>abhi aaj ki khabar jo hai, al jazeera mein, yemen mein, bahrain mein, misr mein, morocco mein, urdun mein, har jagah.</w:t>
      </w:r>
    </w:p>
    <w:p>
      <w:pPr>
        <w:jc w:val="right"/>
      </w:pPr>
      <w:r>
        <w:t>ابھیآجکیخبرجوہے، الج یریامیں ، یمنمیں، بحرینمیں، مصر میں، مراکشمیں، ارد نمیں، ہرجگہ۔</w:t>
      </w:r>
    </w:p>
    <w:p>
      <w:r>
        <w:rPr>
          <w:b/>
        </w:rPr>
        <w:t xml:space="preserve">[13:21] </w:t>
      </w:r>
      <w:r>
        <w:t>kyun? woh samajhte hain ke yeh jo muslim ruler hai, yeh dushmanon ke agent hai, yeh america ke agent hai aur yahood ke agent hai. yaani har jagah ab ikhtiyaar ko challenge karna hi ek kaam nazar aata hai.</w:t>
      </w:r>
    </w:p>
    <w:p>
      <w:pPr>
        <w:jc w:val="right"/>
      </w:pPr>
      <w:r>
        <w:t>کیوں ؟وہسمجھتےہیںکہیہجومسلم رولرہے، یہدشمنوںکےایجنٹہے، یہامریکہکےایجنٹہےاور یہودیوںکےایجنٹہے۔ یعنی ہرجگہاباتھارٹیکوچیلنجکرناہیانہیں کام نظرآتاہے۔</w:t>
      </w:r>
    </w:p>
    <w:p>
      <w:r>
        <w:rPr>
          <w:b/>
        </w:rPr>
        <w:t xml:space="preserve">[13:37] </w:t>
      </w:r>
      <w:r>
        <w:t>iss maani ke poori poori ummat woh hai, shaitan ke is mein phans gayi hai. yaani tazeen mein shaitan ka tareeqa kya hai?</w:t>
      </w:r>
    </w:p>
    <w:p>
      <w:pPr>
        <w:jc w:val="right"/>
      </w:pPr>
      <w:r>
        <w:t>اسمعنیکہپوریپوریامتجوہے، شیطانکے اسمیں پھنسگئیہے۔یعنی تزینمیں شیطان کاطریقہکیاہے؟</w:t>
      </w:r>
    </w:p>
    <w:p>
      <w:r>
        <w:rPr>
          <w:b/>
        </w:rPr>
        <w:t xml:space="preserve">[13:47] </w:t>
      </w:r>
      <w:r>
        <w:t>ghalat kaam ko beautify kar ke batana. asal ka mautvi yeh hai. asal ka mautvi yeh hai ke ruler, ruler ko badlo.</w:t>
      </w:r>
    </w:p>
    <w:p>
      <w:pPr>
        <w:jc w:val="right"/>
      </w:pPr>
      <w:r>
        <w:t>غلطکامکو بیوٹیفائیکرکے بت انا۔ اصلکامتویہہے۔ اصلکامتویہہےکہ رولر،رولرکوبدلو۔</w:t>
      </w:r>
    </w:p>
    <w:p>
      <w:r>
        <w:rPr>
          <w:b/>
        </w:rPr>
        <w:t xml:space="preserve">[13:57] </w:t>
      </w:r>
      <w:r>
        <w:t>asal ka mautvi yeh hai ke ikhtiyaar ko badlo. asal ka kaam yeh hai ke hukoomat ko badlo.</w:t>
      </w:r>
    </w:p>
    <w:p>
      <w:pPr>
        <w:jc w:val="right"/>
      </w:pPr>
      <w:r>
        <w:t>اصلکامتویہہےکہاتھارٹیکوبدلو۔ اصلکامیہہےکہحکومت کوبدلو۔</w:t>
      </w:r>
    </w:p>
    <w:p>
      <w:r>
        <w:rPr>
          <w:b/>
        </w:rPr>
        <w:t xml:space="preserve">[14:04] </w:t>
      </w:r>
      <w:r>
        <w:t>yeh shaitan motivate karta hai. is mein log phanse hue hain. dekhiye, is par maine bahut socha to ghalti kahan shuru hoti hai?</w:t>
      </w:r>
    </w:p>
    <w:p>
      <w:pPr>
        <w:jc w:val="right"/>
      </w:pPr>
      <w:r>
        <w:t>یہ شیطان مد ینکرتاہے۔ اسیمیںلوگپھنسےہوئےہیں۔ دیکھیے، اسپہمیںنےبہتسوچا تو غلطیکہاںشروعہوتیہے؟</w:t>
      </w:r>
    </w:p>
    <w:p>
      <w:r>
        <w:rPr>
          <w:b/>
        </w:rPr>
        <w:t xml:space="preserve">[14:18] </w:t>
      </w:r>
      <w:r>
        <w:t>ghalti yeh shuru hoti hai ke rasool Allah (SAW) ke baad dheere dheere, gradually musalmanon ka empire qaaim ho gaya.</w:t>
      </w:r>
    </w:p>
    <w:p>
      <w:pPr>
        <w:jc w:val="right"/>
      </w:pPr>
      <w:r>
        <w:t>غلطییہاںشروع ہوتیہے کہ رسولاللہصلیاللہعلیہوسلمکےبعد دھیرےدھیرے، گریجولی مسلمانوںکاایمپائرقائمہوگیا۔</w:t>
      </w:r>
    </w:p>
    <w:p>
      <w:r>
        <w:rPr>
          <w:b/>
        </w:rPr>
        <w:t xml:space="preserve">[14:29] </w:t>
      </w:r>
      <w:r>
        <w:t>mughal empire, ottoman empire, portuguese empire, empire ka maani afrique aur asia mein, hatta ke europe mein ek bade raqbay mein musalmanon ka empire ban gaya.</w:t>
      </w:r>
    </w:p>
    <w:p>
      <w:pPr>
        <w:jc w:val="right"/>
      </w:pPr>
      <w:r>
        <w:t>مغلایمپائر، اٹمانایمپائر ، بورشایمپائر، ایمپائر کایعنی افریقہاور ایشیامیں،حتیکہیورپمیں ایک بڑےرقبےمیں مسلمانوںکاایمپائربنگیا۔</w:t>
      </w:r>
    </w:p>
    <w:p>
      <w:r>
        <w:rPr>
          <w:b/>
        </w:rPr>
        <w:t xml:space="preserve">[14:44] </w:t>
      </w:r>
      <w:r>
        <w:t>to ab, ab kya musalman empire ko le kar sochne lage?</w:t>
      </w:r>
    </w:p>
    <w:p>
      <w:pPr>
        <w:jc w:val="right"/>
      </w:pPr>
      <w:r>
        <w:t>تو اب، ابکیامس لمان ایمپائرکولےکرسوچنےلگے؟</w:t>
      </w:r>
    </w:p>
    <w:p>
      <w:r>
        <w:rPr>
          <w:b/>
        </w:rPr>
        <w:t xml:space="preserve">[14:50] </w:t>
      </w:r>
      <w:r>
        <w:t>woh sochne lage ke bas musalman ka matlab hai empire. khaleefatullah khaleefatullah fil arz duniya mein hum, humein rule karna yeh hamara haq hai.</w:t>
      </w:r>
    </w:p>
    <w:p>
      <w:pPr>
        <w:jc w:val="right"/>
      </w:pPr>
      <w:r>
        <w:t>وہسوچنےلگےکہبس مسلمانکا مطلبہے ایمپائر ۔خلیفۃ اللہخ لیفۃاللہ فیالارض دنیا میںہم ،ہمیںرولکرنا یہہماراحقہے۔</w:t>
      </w:r>
    </w:p>
    <w:p>
      <w:r>
        <w:rPr>
          <w:b/>
        </w:rPr>
        <w:t xml:space="preserve">[15:00] </w:t>
      </w:r>
      <w:r>
        <w:t>to empire ko unhone apni identity bana liya.</w:t>
      </w:r>
    </w:p>
    <w:p>
      <w:pPr>
        <w:jc w:val="right"/>
      </w:pPr>
      <w:r>
        <w:t>تو ایمپائرکو انہوںنے اپنیائیڈینٹیبنالیا۔</w:t>
      </w:r>
    </w:p>
    <w:p>
      <w:r>
        <w:rPr>
          <w:b/>
        </w:rPr>
        <w:t xml:space="preserve">[15:05] </w:t>
      </w:r>
      <w:r>
        <w:t>ab choti choti riyasatein to 57 hain, lekin unka haal yeh hai ke 57 hukoomatein hain, choti choti. tab bhi chunke empire nahi hai, to samajhte hain ke hum, yaani hum rule duniya, duniya ka hukoomat hamare qabze mein nahi hai.</w:t>
      </w:r>
    </w:p>
    <w:p>
      <w:pPr>
        <w:jc w:val="right"/>
      </w:pPr>
      <w:r>
        <w:t>ابچھوٹیچھوٹیریاستیںتو5 7 ہیں، لیکن انکاحالیہہےکہ5 7 حکومت یںہیں،چھوٹیچھوٹی۔ تببھی چونکہ ایمپائرنہیںہے، توسمجھتےہیںکہہم، یعنیہم رول دنیا ،دنیا کا حکومت ہمارےقبضےمیںنہیںہے۔</w:t>
      </w:r>
    </w:p>
    <w:p>
      <w:r>
        <w:rPr>
          <w:b/>
        </w:rPr>
        <w:t xml:space="preserve">[15:26] </w:t>
      </w:r>
      <w:r>
        <w:t>aik bohat hi, bohat hi illustrative qissa hai lucknow ka ke lucknow mein aik sahib ne bataya, jo khud jinhone dekha tha yeh qissa, unhone mujhse bataya ke wahan par chok par,</w:t>
      </w:r>
    </w:p>
    <w:p>
      <w:pPr>
        <w:jc w:val="right"/>
      </w:pPr>
      <w:r>
        <w:t>ایکبہت ہی، بہتہی السٹریٹیوقصہہے لکھنوکا کہ لکھنومیں ایک صاحبنےبتایا، جوخود جنہوںنےدیکھاتھایہقصہ، انہوںنےمجھسےبتایا کہوہاںپر چوکپر،</w:t>
      </w:r>
    </w:p>
    <w:p>
      <w:r>
        <w:rPr>
          <w:b/>
        </w:rPr>
        <w:t xml:space="preserve">[15:43] </w:t>
      </w:r>
      <w:r>
        <w:t>na khas chok par, aik boodhi aurat aik plate liye hue khadi thi.</w:t>
      </w:r>
    </w:p>
    <w:p>
      <w:pPr>
        <w:jc w:val="right"/>
      </w:pPr>
      <w:r>
        <w:t>نہخاص چوکپر،ایکبوڑھیعورت ایک پلیٹلیےہوئیکھڑیتھی۔</w:t>
      </w:r>
    </w:p>
    <w:p>
      <w:r>
        <w:rPr>
          <w:b/>
        </w:rPr>
        <w:t xml:space="preserve">[15:50] </w:t>
      </w:r>
      <w:r>
        <w:t>wo kehti thi ke "matanjan khila do".</w:t>
      </w:r>
    </w:p>
    <w:p>
      <w:pPr>
        <w:jc w:val="right"/>
      </w:pPr>
      <w:r>
        <w:t>وہکہتیتھیکہ"مت نجنکھلا دو"۔</w:t>
      </w:r>
    </w:p>
    <w:p>
      <w:r>
        <w:rPr>
          <w:b/>
        </w:rPr>
        <w:t xml:space="preserve">[15:55] </w:t>
      </w:r>
      <w:r>
        <w:t>plate liye khadi thi, awaaz de rahi thi ke "matanjan khila do". yeh qareeb gaye, dekha ke is mein already matanjan, matanjan tha is plate mein.</w:t>
      </w:r>
    </w:p>
    <w:p>
      <w:pPr>
        <w:jc w:val="right"/>
      </w:pPr>
      <w:r>
        <w:t>پلیٹلیےکھڑیتھی،آوازدےدیکہ"مت نجنکھلا دو"۔یہقریبگئے،دیکھاکہاسمیں الریڈیمت نجن،متنجنتھا اسپلیٹمیں۔</w:t>
      </w:r>
    </w:p>
    <w:p>
      <w:r>
        <w:rPr>
          <w:b/>
        </w:rPr>
        <w:t xml:space="preserve">[16:04] </w:t>
      </w:r>
      <w:r>
        <w:t>matanjan kehte hain wohi jisko aap kehte hain meetha chawal.</w:t>
      </w:r>
    </w:p>
    <w:p>
      <w:pPr>
        <w:jc w:val="right"/>
      </w:pPr>
      <w:r>
        <w:t>مت نجنکہتےہیںوہیجسکوآپکہتےہیں میٹھاچاول۔</w:t>
      </w:r>
    </w:p>
    <w:p>
      <w:r>
        <w:rPr>
          <w:b/>
        </w:rPr>
        <w:t xml:space="preserve">[16:11] </w:t>
      </w:r>
      <w:r>
        <w:t>is mein kuch daalte hain samaan to isi ko matanjan kehte hain, yani meetha chawal. aik hota hai namkeen pulao hota hai aur woh hota hai meetha woh hota hai, isko matanjan kehte hain.</w:t>
      </w:r>
    </w:p>
    <w:p>
      <w:pPr>
        <w:jc w:val="right"/>
      </w:pPr>
      <w:r>
        <w:t>اسمیںکچھ ڈالتےہیں سامان تو اسیکومت نجنکہتےہیں،یعنیمیٹھاچاول۔ ایک ہوتاہےنمکینپلاؤہوتاہے اوروہہوتاہے میٹھاجوہوتاہے،اسکومت نجنکہتےہیں۔</w:t>
      </w:r>
    </w:p>
    <w:p>
      <w:r>
        <w:rPr>
          <w:b/>
        </w:rPr>
        <w:t xml:space="preserve">[16:24] </w:t>
      </w:r>
      <w:r>
        <w:t>to unhone kaha is se ke "badi bi, tumhare paas matanjan already maujood hai, to kyun, kyun keh rahi ho ke matanjan khila do?"</w:t>
      </w:r>
    </w:p>
    <w:p>
      <w:pPr>
        <w:jc w:val="right"/>
      </w:pPr>
      <w:r>
        <w:t>توانہوںنےکہا اسسے کہ" بڑی بی،تمہارےپاسمت نجنتوالریڈیموجود ہے، تو کیوں،کیوںکہہرہیہوکہمتنجنکھلا دو؟</w:t>
      </w:r>
    </w:p>
    <w:p>
      <w:r>
        <w:rPr>
          <w:b/>
        </w:rPr>
        <w:t xml:space="preserve">[16:33] </w:t>
      </w:r>
      <w:r>
        <w:t>"to usne bohat hi daant kar kaha unko ke "matanjan kahin balai ke baghair bhi khaya jaata hai?"</w:t>
      </w:r>
    </w:p>
    <w:p>
      <w:pPr>
        <w:jc w:val="right"/>
      </w:pPr>
      <w:r>
        <w:t>"تواسنےبہتہیڈانٹکرکہا انکو کہ"مت نجنکہیں بالائیکےبغیربھیکھایاجاتاہے؟</w:t>
      </w:r>
    </w:p>
    <w:p>
      <w:r>
        <w:rPr>
          <w:b/>
        </w:rPr>
        <w:t xml:space="preserve">[16:43] </w:t>
      </w:r>
      <w:r>
        <w:t>"yani matanjan to mere paas hai, koi balai nahi hai. to koi aadmi balai khareed kar dukandaar se mujhe de to tab, tab mein khaungi.</w:t>
      </w:r>
    </w:p>
    <w:p>
      <w:pPr>
        <w:jc w:val="right"/>
      </w:pPr>
      <w:r>
        <w:t>"یعنیمت نجنتومیرےپاسہے،کوئیبالائینہیںہے۔ توکوئیآدمی بال ائیخریدکےدکاندارسے مجھےدےتو تب،تبمیںکھاؤںگی۔</w:t>
      </w:r>
    </w:p>
    <w:p>
      <w:r>
        <w:rPr>
          <w:b/>
        </w:rPr>
        <w:t xml:space="preserve">[16:51] </w:t>
      </w:r>
      <w:r>
        <w:t>matanjan kahin balai ke baghair khaya jaata hai? wohi musalmanon ka haal hai ke hukoomat kahin empire ke baghair hoti hai. theek wohi nafsiyat.</w:t>
      </w:r>
    </w:p>
    <w:p>
      <w:pPr>
        <w:jc w:val="right"/>
      </w:pPr>
      <w:r>
        <w:t>مت نجن کہیںبالائیکےبغیرکھایاجاتاہے؟ وہیمسلمانوںکاحالہے کہحکومت کہیں ایمپائرکےبغیرہوتیہے۔ ٹھیکوہینفسیات۔</w:t>
      </w:r>
    </w:p>
    <w:p>
      <w:r>
        <w:rPr>
          <w:b/>
        </w:rPr>
        <w:t xml:space="preserve">[17:04] </w:t>
      </w:r>
      <w:r>
        <w:t>5 7 countries mein musalmanon ka role hai. 5 7 phir bhi unki taqreerein padhiye, unke akhbaar padhiye, unke magazines padhiye.</w:t>
      </w:r>
    </w:p>
    <w:p>
      <w:pPr>
        <w:jc w:val="right"/>
      </w:pPr>
      <w:r>
        <w:t>5 7 کنٹریزمیںمسلمانوںکارولہے۔ 5 7 پھربھی انکیتقریریںپڑھیے، انکےاخبارپڑھیے، انکے میگزینپڑھیے۔</w:t>
      </w:r>
    </w:p>
    <w:p>
      <w:r>
        <w:rPr>
          <w:b/>
        </w:rPr>
        <w:t xml:space="preserve">[17:17] </w:t>
      </w:r>
      <w:r>
        <w:t>har jagah musalman zaleel ho rahe hain, musalman mahkoom hain. yeh sab baatein hoti hain. kyun ke</w:t>
      </w:r>
    </w:p>
    <w:p>
      <w:pPr>
        <w:jc w:val="right"/>
      </w:pPr>
      <w:r>
        <w:t>ہرجگہ مس لمانذلیلہورہےہیں، مس لمانمحکومہیں۔ یہسبباتیںہوتیہیں۔کیوںکہ</w:t>
      </w:r>
    </w:p>
    <w:p>
      <w:r>
        <w:rPr>
          <w:b/>
        </w:rPr>
        <w:t xml:space="preserve">[17:23] </w:t>
      </w:r>
      <w:r>
        <w:t>5 7 muslim countries mein role hai. yeh sab baatein kyun bolte ho? wohi qissa hai ke hukoomat baghair empire ke bhi hoti hai. wohi nafsiyat hai.</w:t>
      </w:r>
    </w:p>
    <w:p>
      <w:pPr>
        <w:jc w:val="right"/>
      </w:pPr>
      <w:r>
        <w:t>5 7 مسلمکنٹریزمیں رولہے۔ یہسبباتیںکیوںبولتےہو ؟ وہیقصہہے کہ حکومت بغیرایمپائرکےبھیہوتیہے۔ وہینفسیاتہے۔</w:t>
      </w:r>
    </w:p>
    <w:p>
      <w:r>
        <w:rPr>
          <w:b/>
        </w:rPr>
        <w:t xml:space="preserve">[17:35] </w:t>
      </w:r>
      <w:r>
        <w:t>to dekhiye, ghalti kahan se hui hai? maujooda zamanay mein aik cheez darkaar thi jo kehta hai ijtihad.</w:t>
      </w:r>
    </w:p>
    <w:p>
      <w:pPr>
        <w:jc w:val="right"/>
      </w:pPr>
      <w:r>
        <w:t>تودیکھیے،غلطیکہاںسےہوئی ہے؟ موجود ہزمان ےمیں ایک چیز درکار تھی جو کہتاہےاج تہاد۔</w:t>
      </w:r>
    </w:p>
    <w:p>
      <w:r>
        <w:rPr>
          <w:b/>
        </w:rPr>
        <w:t xml:space="preserve">[17:48] </w:t>
      </w:r>
      <w:r>
        <w:t>ijtihad ki kya naya ahmiyat hai ke bukhari mein riwayat hai ke " ijtihad karo tum aur tum se tum sahi ijtihad karo to double sawab, sawab milega.</w:t>
      </w:r>
    </w:p>
    <w:p>
      <w:pPr>
        <w:jc w:val="right"/>
      </w:pPr>
      <w:r>
        <w:t>اجتہادکیاتنیاہمیتہے کہ بخاریمیں روایت ہے کہ " اجتہادکروتماور تم سے تم صحیحاجتہادکرو تو ڈبل ثواب،ثوابملےگا۔</w:t>
      </w:r>
    </w:p>
    <w:p>
      <w:r>
        <w:rPr>
          <w:b/>
        </w:rPr>
        <w:t xml:space="preserve">[18:00] </w:t>
      </w:r>
      <w:r>
        <w:t>ijtihad mein ghalti kar jao to aik sawab milega." yani har haal mein ijtihad karo. to ijtihad kiya cheez hai?</w:t>
      </w:r>
    </w:p>
    <w:p>
      <w:pPr>
        <w:jc w:val="right"/>
      </w:pPr>
      <w:r>
        <w:t>اجتہاد میںغلطیکرجاؤتوایکثوابملےگا۔"یعنیہرحالمیںاجتہادکرو۔ تواجتہادکیاچیزہے؟</w:t>
      </w:r>
    </w:p>
    <w:p>
      <w:r>
        <w:rPr>
          <w:b/>
        </w:rPr>
        <w:t xml:space="preserve">[18:10] </w:t>
      </w:r>
      <w:r>
        <w:t>ijtihad ka basically yeh hai ke hamesha Islam ki tareekh mein yeh hoga aur hota hai ke permanent temporary mil jaata hai.</w:t>
      </w:r>
    </w:p>
    <w:p>
      <w:pPr>
        <w:jc w:val="right"/>
      </w:pPr>
      <w:r>
        <w:t>اجتہادکا بیسیکلییہہے کہ ہمیشہ اسلام کیتاریخ میںیہہوگا اورہوتاہے کہ پرماننٹپہٹیمپریریملجاتاہے۔</w:t>
      </w:r>
    </w:p>
    <w:p>
      <w:r>
        <w:rPr>
          <w:b/>
        </w:rPr>
        <w:t xml:space="preserve">[18:21] </w:t>
      </w:r>
      <w:r>
        <w:t>aik hai permanent item, aik hai temporary item. to permanent mein temporary mil jaata hai aur phir baad ko samajh lete hain ke dono zaroori hain.</w:t>
      </w:r>
    </w:p>
    <w:p>
      <w:pPr>
        <w:jc w:val="right"/>
      </w:pPr>
      <w:r>
        <w:t>ایکہےپرمان نٹآئٹم، ایکہےٹیمپریریآئٹم۔ تو پرماننٹمیںٹیمپریریملجاتا ہے اورپھربعد کوسمجھلیتےہیںکہدونوں ضروری ہیں۔</w:t>
      </w:r>
    </w:p>
    <w:p>
      <w:r>
        <w:rPr>
          <w:b/>
        </w:rPr>
        <w:t xml:space="preserve">[18:32] </w:t>
      </w:r>
      <w:r>
        <w:t>to Islam aslan jo, jo temporary, jo permanent tha, permanent hissa jo tha woh dawat tha. dawat</w:t>
      </w:r>
    </w:p>
    <w:p>
      <w:pPr>
        <w:jc w:val="right"/>
      </w:pPr>
      <w:r>
        <w:t>تو اسلام اصلاًجو، جو ٹیمپریری،جوپرمان نٹتھا، پرماننٹحصہ جوتھاوہ دعوتتھا۔دعوت</w:t>
      </w:r>
    </w:p>
    <w:p>
      <w:r>
        <w:rPr>
          <w:b/>
        </w:rPr>
        <w:t xml:space="preserve">[18:41] </w:t>
      </w:r>
      <w:r>
        <w:t>yani permanent cheez jo thi woh dawat thi. temporary cheez jo thi woh koi yeh sab mil gaya. political role, ladai, yeh sab shamil ho gaya is mein.</w:t>
      </w:r>
    </w:p>
    <w:p>
      <w:pPr>
        <w:jc w:val="right"/>
      </w:pPr>
      <w:r>
        <w:t>یعنیپرماننٹچیزجوتھیوہدعوتتھی۔ ٹیمپریریچیزجوتھیوہ کوئی یہسب مل گئی۔پولیٹیکلرول، لڑائی، یہسب شامل ہوگیا اسمیں۔</w:t>
      </w:r>
    </w:p>
    <w:p>
      <w:r>
        <w:rPr>
          <w:b/>
        </w:rPr>
        <w:t xml:space="preserve">[18:53] </w:t>
      </w:r>
      <w:r>
        <w:t>to baad ke zamanay mein ijtihad karke kisi ko batana tha ke bhai woh to temporary role tha, temporary part tha. chhod do isko, permanent jo part tha woh dawat.</w:t>
      </w:r>
    </w:p>
    <w:p>
      <w:pPr>
        <w:jc w:val="right"/>
      </w:pPr>
      <w:r>
        <w:t>تو بعد کے زمانےمیں اجتہادکرکےکسی کوبت اناتھا کہ بھئیوہتو ٹیمپریریرولتھا، ٹیمپریریپارٹتھا۔ چھوڑواسکو،پرماننٹجوپارٹتھاوہ دعوت۔</w:t>
      </w:r>
    </w:p>
    <w:p>
      <w:r>
        <w:rPr>
          <w:b/>
        </w:rPr>
        <w:t xml:space="preserve">[19:04] </w:t>
      </w:r>
      <w:r>
        <w:t>abhi bhi iske mawaqe maujood hain. dawat do, yani to separate the temporary from the permanent.</w:t>
      </w:r>
    </w:p>
    <w:p>
      <w:pPr>
        <w:jc w:val="right"/>
      </w:pPr>
      <w:r>
        <w:t>ابھیبھی اسکےمواقعموجود ہیں۔دعوتدو ، یعنی ٹوسیپریٹ دا ٹیمپریریفرامدا پرمان نٹ۔</w:t>
      </w:r>
    </w:p>
    <w:p>
      <w:r>
        <w:rPr>
          <w:b/>
        </w:rPr>
        <w:t xml:space="preserve">[19:14] </w:t>
      </w:r>
      <w:r>
        <w:t>yeh hai ijtihad.</w:t>
      </w:r>
    </w:p>
    <w:p>
      <w:pPr>
        <w:jc w:val="right"/>
      </w:pPr>
      <w:r>
        <w:t>یہہےاجتہاد۔</w:t>
      </w:r>
    </w:p>
    <w:p>
      <w:r>
        <w:rPr>
          <w:b/>
        </w:rPr>
        <w:t xml:space="preserve">[19:19] </w:t>
      </w:r>
      <w:r>
        <w:t>ijtihad ka sabse bada kaam yeh hai ke kuch to separate the temporary from the permanent. lekin yeh kaam nahi hua. kyun?</w:t>
      </w:r>
    </w:p>
    <w:p>
      <w:pPr>
        <w:jc w:val="right"/>
      </w:pPr>
      <w:r>
        <w:t>اجتہادکا سبسےبڑاکام یہہے کہ کچھ ٹ وسیپریٹ دا ٹیمپریریفرامداپرماننٹ۔ لیکن یہکامنہیںہوا ۔کیوں ؟</w:t>
      </w:r>
    </w:p>
    <w:p>
      <w:r>
        <w:rPr>
          <w:b/>
        </w:rPr>
        <w:t xml:space="preserve">[19:31] </w:t>
      </w:r>
      <w:r>
        <w:t>ijtihad ka galat mayar qaim ho gaya. hamari kitabon mein agar aap padhein ijtihad ke baray mein, fiqh ki kitabon mein ijtihad kiya hai? unke haan yani kuch imam hain, unko mujtahid e mutlaq maana jaata hai.</w:t>
      </w:r>
    </w:p>
    <w:p>
      <w:pPr>
        <w:jc w:val="right"/>
      </w:pPr>
      <w:r>
        <w:t>اجتہادکاغلطمعیارقائمہوگیا۔ ہماریکتاب وںمیںاگرآپپڑھیںاجتہادکےبارےمیں،فقہکیکتاب وںمیں اجتہادکیاہے؟انکےہاں یعنیکچھ امامہیں،انکو مستجد مطلقماناجاتاہے۔</w:t>
      </w:r>
    </w:p>
    <w:p>
      <w:r>
        <w:rPr>
          <w:b/>
        </w:rPr>
        <w:t xml:space="preserve">[19:45] </w:t>
      </w:r>
      <w:r>
        <w:t>abuhunifa, shafi'i waghera. lekin unhonne kiya kiya? juz'iyat mein ijtihad kiya.</w:t>
      </w:r>
    </w:p>
    <w:p>
      <w:pPr>
        <w:jc w:val="right"/>
      </w:pPr>
      <w:r>
        <w:t>ابوحنیفہ، شافعی وغیرہ۔ لیکن انہوںنےکیاکیا ؟ جزئیات میںاجتہادکیا۔</w:t>
      </w:r>
    </w:p>
    <w:p>
      <w:r>
        <w:rPr>
          <w:b/>
        </w:rPr>
        <w:t xml:space="preserve">[19:54] </w:t>
      </w:r>
      <w:r>
        <w:t>unhonne kulli at main koi ijtihad nahen. juz'iyat mein to juz'iyat mein ijtihad karne ko unhonne samjha, isko mushtad mutlaq ka darja de diya.</w:t>
      </w:r>
    </w:p>
    <w:p>
      <w:pPr>
        <w:jc w:val="right"/>
      </w:pPr>
      <w:r>
        <w:t>انہوںنے کلی اتمیںکوئیاجتہادنہیں۔ جزئیاتمیں تو جزئیات میںاجتہادکرنےکوانہوںنے سمجھ، اسکو مشتدمطلقکادرجہدےدیا۔</w:t>
      </w:r>
    </w:p>
    <w:p>
      <w:r>
        <w:rPr>
          <w:b/>
        </w:rPr>
        <w:t xml:space="preserve">[20:08] </w:t>
      </w:r>
      <w:r>
        <w:t>to ijtihad ka ghalat miyar qaim ho gaya.</w:t>
      </w:r>
    </w:p>
    <w:p>
      <w:pPr>
        <w:jc w:val="right"/>
      </w:pPr>
      <w:r>
        <w:t>تو اجتہادکاغلط معیارقائمہوگیا۔</w:t>
      </w:r>
    </w:p>
    <w:p>
      <w:r>
        <w:rPr>
          <w:b/>
        </w:rPr>
        <w:t xml:space="preserve">[20:12] </w:t>
      </w:r>
      <w:r>
        <w:t>ek sahib se meri mulaqat hui, woh ijtihad research kar rahe the. to maine poocha, "kya koi item bataiye ke kya research kar rahe hain aap?" yaani ijtihad pehri research kar rahe hain. woh</w:t>
      </w:r>
    </w:p>
    <w:p>
      <w:pPr>
        <w:jc w:val="right"/>
      </w:pPr>
      <w:r>
        <w:t>ایکصاحب سےمیریملاقاتہوئی،وہاجتہادریسرچکررہےتھے۔ تومیںنےپوچھا،"کیا کوئیآئٹمبتائیےکہکیاریسرچکررہےہیںآپ ؟ "یعنیاجتہادپہریسرچکررہےہیں۔وہ</w:t>
      </w:r>
    </w:p>
    <w:p>
      <w:r>
        <w:rPr>
          <w:b/>
        </w:rPr>
        <w:t xml:space="preserve">[20:24] </w:t>
      </w:r>
      <w:r>
        <w:t>to unhonne bataya ke dekhiye, is zamane mein mas'ala yeh hai ke agar aadmi rozah rakhe hue hai, uski tabiyat kharab hui, ab injection dena hai, dawa uske jism mein injection ke zariye dakhil karna hai,</w:t>
      </w:r>
    </w:p>
    <w:p>
      <w:pPr>
        <w:jc w:val="right"/>
      </w:pPr>
      <w:r>
        <w:t>توانہوںنےبتایاکہدیکھیے، اسزمان ےمیںمسئلہیہہے کہ اگر آدمی روز ہرکھےہوئےہے، اسکیطبیعتخرابہوئی ، ابانجیکشندیناہے، دوااسکے جسممیںانجیکشنکےذریعے داخلکرناہے،</w:t>
      </w:r>
    </w:p>
    <w:p>
      <w:r>
        <w:rPr>
          <w:b/>
        </w:rPr>
        <w:t xml:space="preserve">[20:40] </w:t>
      </w:r>
      <w:r>
        <w:t>to isse rozah toote ga ke nahin toote ga? yeh sab research karte karte ek juz'i mujhe mila. isko yeh log kehte hain juz'i.</w:t>
      </w:r>
    </w:p>
    <w:p>
      <w:pPr>
        <w:jc w:val="right"/>
      </w:pPr>
      <w:r>
        <w:t>تو اسسےروزہٹوٹاکہنہیںٹوٹا؟ یہسب ریسرچکرتے کرتے ایکجزیہمجھےملا۔اسکویہلوگکہتےہیںجزیہ۔</w:t>
      </w:r>
    </w:p>
    <w:p>
      <w:r>
        <w:rPr>
          <w:b/>
        </w:rPr>
        <w:t xml:space="preserve">[20:50] </w:t>
      </w:r>
      <w:r>
        <w:t>yaani bahut pehle koi fiqah tha ke uske zamane mein ek bichhone ne ek rozahdar ko ding maar diya.</w:t>
      </w:r>
    </w:p>
    <w:p>
      <w:pPr>
        <w:jc w:val="right"/>
      </w:pPr>
      <w:r>
        <w:t>یعنی بہت پہلے کوئی فقیہتھا کہاسکےزمان ےمیں ایک بچھونےایک روزےدارکوڈنگماردیا۔</w:t>
      </w:r>
    </w:p>
    <w:p>
      <w:r>
        <w:rPr>
          <w:b/>
        </w:rPr>
        <w:t xml:space="preserve">[21:01] </w:t>
      </w:r>
      <w:r>
        <w:t>ek aadmi jo rozah rakhe hue the, rozah usko ding maar diya, yaani zehar dakhil kar diya. to fiqah ne fatwa diya ke uska rozah nahin toota, rozah uska baqi hai.</w:t>
      </w:r>
    </w:p>
    <w:p>
      <w:pPr>
        <w:jc w:val="right"/>
      </w:pPr>
      <w:r>
        <w:t>ایک آدمی جو روزہرکھےہوئےتھے،روزہ اسکوڈنگماردیا،یعنی زہرداخلکردیا۔ تو فقیہنے فتویٰدیا کہاسکاروزہنہیںٹوٹا، روزہاسکاباقیہے۔</w:t>
      </w:r>
    </w:p>
    <w:p>
      <w:r>
        <w:rPr>
          <w:b/>
        </w:rPr>
        <w:t xml:space="preserve">[21:14] </w:t>
      </w:r>
      <w:r>
        <w:t>isse unhonne nikala ke ke injection se rozah nahin toota. isiko ijtihad samajhte hain. juz'iyat mein yahi isse mas'ale nikalne ko ijtihad samajhte hain.</w:t>
      </w:r>
    </w:p>
    <w:p>
      <w:pPr>
        <w:jc w:val="right"/>
      </w:pPr>
      <w:r>
        <w:t>اسسےانہوںنےنکالا کہ کہانجیکشنسےروزہنہیںٹوٹتا۔ اسیکواجتہادسمجھتےہیں۔ جز ئیات میں یہی اسسےمسئلےنکالنےکواجتہادسمجھتےہیں۔</w:t>
      </w:r>
    </w:p>
    <w:p>
      <w:r>
        <w:rPr>
          <w:b/>
        </w:rPr>
        <w:t xml:space="preserve">[21:27] </w:t>
      </w:r>
      <w:r>
        <w:t>badi badi cheezon mein ijtihad karna tha</w:t>
      </w:r>
    </w:p>
    <w:p>
      <w:pPr>
        <w:jc w:val="right"/>
      </w:pPr>
      <w:r>
        <w:t>بڑی بڑیچیزوںمیںاجتہادکرناتھا</w:t>
      </w:r>
    </w:p>
    <w:p>
      <w:r>
        <w:rPr>
          <w:b/>
        </w:rPr>
        <w:t xml:space="preserve">[21:31] </w:t>
      </w:r>
      <w:r>
        <w:t>ke ladai bhadai ke mamle mein. yaani ab isi daur mein jo ban gaya, dar-us-salam, dar-ul-harb, dar-ul-kufar ki istilahaen ban gayeen aur zimmi aur harbi ki istilahaen ban gayeen.</w:t>
      </w:r>
    </w:p>
    <w:p>
      <w:pPr>
        <w:jc w:val="right"/>
      </w:pPr>
      <w:r>
        <w:t>کہلڑائیبھڑائی کےمعاملےمیں۔ یعنی عب اسی دورمیںجو بنگیا، دارالسلام ،دارالحرب، دارالکفرکیاصطلاحیںبنگئیں اور ذ میاور حربیکیاصطلاحیںبنگئیں۔</w:t>
      </w:r>
    </w:p>
    <w:p>
      <w:r>
        <w:rPr>
          <w:b/>
        </w:rPr>
        <w:t xml:space="preserve">[21:44] </w:t>
      </w:r>
      <w:r>
        <w:t>yeh sab waqti thi, temporary aspect tha Islam ka, mustaqil nahin tha. woh ab aaj tak hi chal raha hai. jizya bhi temporary aspect tha.</w:t>
      </w:r>
    </w:p>
    <w:p>
      <w:pPr>
        <w:jc w:val="right"/>
      </w:pPr>
      <w:r>
        <w:t>یہ سب وقتیتھی،ٹیمپریری اسپیکٹتھا اسلام کا ، مست قلنہیںتھا۔وہ ابآجتکوہیچلاجارہاہے۔ جزیہبھیٹیمپریریاسپیکٹتھا۔</w:t>
      </w:r>
    </w:p>
    <w:p>
      <w:r>
        <w:rPr>
          <w:b/>
        </w:rPr>
        <w:t xml:space="preserve">[21:54] </w:t>
      </w:r>
      <w:r>
        <w:t>jizya aur zimmi aur harbi aur dar-us-salam aur dar-ul-harb, dar-ul-kufar, yeh sara jitna bhi hai,</w:t>
      </w:r>
    </w:p>
    <w:p>
      <w:pPr>
        <w:jc w:val="right"/>
      </w:pPr>
      <w:r>
        <w:t>جزیہاورذ میاور حربی اوردارالسلام اوردارالحرب،دارالکفر،یہساراجتنابھیہے،</w:t>
      </w:r>
    </w:p>
    <w:p>
      <w:r>
        <w:rPr>
          <w:b/>
        </w:rPr>
        <w:t xml:space="preserve">[22:00] </w:t>
      </w:r>
      <w:r>
        <w:t>yeh sab Islam ka temporary part tha, permanent nahin tha. ab koi mujtahid khada hota, yeh kehta ke yeh sab cheezen Islam ka permanent part nahin hain, permanent to dawat hai, dawat hai, dawat hai, dawat hai.</w:t>
      </w:r>
    </w:p>
    <w:p>
      <w:pPr>
        <w:jc w:val="right"/>
      </w:pPr>
      <w:r>
        <w:t>یہسب اسلام کا ٹیمپریریپارٹتھا، پرماننٹنہیںتھا۔ ابکوئی مج تہدکھڑاہوتا،یہکہتا کہیہسب چیزیںاسلام کا پرماننٹپارٹنہیںہیں، پرماننٹتودعوتہے،دعوتہے،دعوتہے،دعوت ہے۔</w:t>
      </w:r>
    </w:p>
    <w:p>
      <w:r>
        <w:rPr>
          <w:b/>
        </w:rPr>
        <w:t xml:space="preserve">[22:16] </w:t>
      </w:r>
      <w:r>
        <w:t>yeh to waqti tha, ab iski iski baat to chodo. lekin koi mujtahid aisa nahin nikla jo yeh kahe, bas wohi juz'iyat mein tehqeeq karte rahe.</w:t>
      </w:r>
    </w:p>
    <w:p>
      <w:pPr>
        <w:jc w:val="right"/>
      </w:pPr>
      <w:r>
        <w:t>یہتووقتیتھا، اباسکواسکیباتتوچھوڑو۔ لیکن کوئی مج تہد ایسانہیں نکلاجویہ کہے، بس وہیجزئیاتمیں تحقیقکرتے رہے۔</w:t>
      </w:r>
    </w:p>
    <w:p>
      <w:r>
        <w:rPr>
          <w:b/>
        </w:rPr>
        <w:t xml:space="preserve">[22:30] </w:t>
      </w:r>
      <w:r>
        <w:t>jaise maine misaal di aapko ke injection lagaye, rozah toote ga ke nahin toote ga? yeh jo moze pe masah hai, to pehle zamane mein chamde ka moza hua karta tha,</w:t>
      </w:r>
    </w:p>
    <w:p>
      <w:pPr>
        <w:jc w:val="right"/>
      </w:pPr>
      <w:r>
        <w:t>جیسےمیںنےمثالدیآپکو کہانجیکشنلگائے،روزہٹوٹاکہنہیںٹو ٹا؟ یہجو موزےپرمسحہے، تو پہلے زمان ےمیں چمڑےکا روزہ ہواکرتاتھا،</w:t>
      </w:r>
    </w:p>
    <w:p>
      <w:r>
        <w:rPr>
          <w:b/>
        </w:rPr>
        <w:t xml:space="preserve">[22:42] </w:t>
      </w:r>
      <w:r>
        <w:t>ab aaya hamare paas sanati moza. ab phiri mas'ala khada hua ke bhai jis tarah se is par masah tha, jaiz chamde ke moze par, to kya is mein bhi jaiz hai?</w:t>
      </w:r>
    </w:p>
    <w:p>
      <w:pPr>
        <w:jc w:val="right"/>
      </w:pPr>
      <w:r>
        <w:t>ابآیاہمارےپاس صنعتیموزہ۔ ابپھریہمسئلہکھڑاہوا کہ بھئیجسطرحسے اسپر مسحتھا، جائز چمڑےکےموزےپر،توکیااسمیںبھیجائز ہے؟</w:t>
      </w:r>
    </w:p>
    <w:p>
      <w:r>
        <w:rPr>
          <w:b/>
        </w:rPr>
        <w:t xml:space="preserve">[22:58] </w:t>
      </w:r>
      <w:r>
        <w:t>is qism ki choti choti baaton par mas'ala hai. main samajhta hoon ke isko chhodna chahiye logon ko, unke unke khud apne is par istighfar kaho ke chhodna chahiye.</w:t>
      </w:r>
    </w:p>
    <w:p>
      <w:pPr>
        <w:jc w:val="right"/>
      </w:pPr>
      <w:r>
        <w:t>اس یقسم کے چھوٹیچھوٹیباتوںپرمسئلہہے۔ میں سمجھتاہوںکہاسکوچھوڑناچاہیےلوگوںکو، ان کےانکے خود اپنے اسپر است غتقلب کہو کہچھوڑناچاہیے۔</w:t>
      </w:r>
    </w:p>
    <w:p>
      <w:r>
        <w:rPr>
          <w:b/>
        </w:rPr>
        <w:t xml:space="preserve">[23:11] </w:t>
      </w:r>
      <w:r>
        <w:t>chhoden jo cheezen hain, to sankron hazaron hoti hain. kahan tak fatwa denge aap? kahan tak fatwa denge? ab hajat bas sabr kar rahe hain to qabl har khwahish se karen?</w:t>
      </w:r>
    </w:p>
    <w:p>
      <w:pPr>
        <w:jc w:val="right"/>
      </w:pPr>
      <w:r>
        <w:t>چھوڑےجو چیزیںہیں،توسینکڑوںہزاروںہوتیہیں۔ کہاںتکفتویٰدیںگےآپ؟ کہاںتکفتویٰدیںگے؟ اب حاجاتبسصبرکررہےہیں تو قبل ہرخکیسےکریں؟</w:t>
      </w:r>
    </w:p>
    <w:p>
      <w:r>
        <w:rPr>
          <w:b/>
        </w:rPr>
        <w:t xml:space="preserve">[23:22] </w:t>
      </w:r>
      <w:r>
        <w:t>yeh koi fatwe ki cheez hai? yeh isko is par daal diye. istighfar ka apne halaat ke lihaz se tum socho, apne concept ke mutabiq faisle kar lo.</w:t>
      </w:r>
    </w:p>
    <w:p>
      <w:pPr>
        <w:jc w:val="right"/>
      </w:pPr>
      <w:r>
        <w:t>یہکوئیفتوےکیچیزہے؟یہ اسکواسپرڈالدیے۔ است غتقلب کا اپنے حالات کےلحاظسےتمسوچو، اپنے کانسیپٹکےمطابق فیصلےکرلو۔</w:t>
      </w:r>
    </w:p>
    <w:p>
      <w:r>
        <w:rPr>
          <w:b/>
        </w:rPr>
        <w:t xml:space="preserve">[23:35] </w:t>
      </w:r>
      <w:r>
        <w:t>to yeh ijtihad ka miyar ghalat ho gaya.</w:t>
      </w:r>
    </w:p>
    <w:p>
      <w:pPr>
        <w:jc w:val="right"/>
      </w:pPr>
      <w:r>
        <w:t>تو یہ اجتہادکامعیاریغلط ہوگیا۔</w:t>
      </w:r>
    </w:p>
    <w:p>
      <w:r>
        <w:rPr>
          <w:b/>
        </w:rPr>
        <w:t xml:space="preserve">[23:39] </w:t>
      </w:r>
      <w:r>
        <w:t>ijtihad ka miyar yeh ban gaya ke yeh juz'iyat mein, kyunke woh jo mujtahid mutlaq hua karte the, pehle juz'iyati mein unhonne karname dikhaya, badi badi cheezon mein karname dikhaya hi nahin. unhonne to miyar jo ban gaya, kya juz'iyat mein ijtihad ka naam hai? ijtihad,</w:t>
      </w:r>
    </w:p>
    <w:p>
      <w:pPr>
        <w:jc w:val="right"/>
      </w:pPr>
      <w:r>
        <w:t>اجتہادکامعیاریہبنگیا کہ یہجزئیاتمیں ،کیونکہ وہجو مجتہد مطلقہواکرتے تھے،پہلے جزئیاتی میںانہوںنے کارنامہدکھایا، بڑیبڑیچیزوںمیںکارنامہدکھایاہینہیں۔انہوںنے تو معیارجوبنگیا،کیا جزئیاتمیںاجتہادکانامہے؟اجتہاد،</w:t>
      </w:r>
    </w:p>
    <w:p>
      <w:r>
        <w:rPr>
          <w:b/>
        </w:rPr>
        <w:t xml:space="preserve">[24:02] </w:t>
      </w:r>
      <w:r>
        <w:t>juz'iyat mein ijtihad ka naam hai ijtihad.</w:t>
      </w:r>
    </w:p>
    <w:p>
      <w:pPr>
        <w:jc w:val="right"/>
      </w:pPr>
      <w:r>
        <w:t>جزئیاتمیںاجتہادکانامہے اجتہاد۔</w:t>
      </w:r>
    </w:p>
    <w:p>
      <w:r>
        <w:rPr>
          <w:b/>
        </w:rPr>
        <w:t xml:space="preserve">[24:05] </w:t>
      </w:r>
      <w:r>
        <w:t>aur jaise main ek misaal deta hoon aapko, top ke sahabi the Hazrat Abdullah ibn Umar, yaani Khalifa Umar ke bete.</w:t>
      </w:r>
    </w:p>
    <w:p>
      <w:pPr>
        <w:jc w:val="right"/>
      </w:pPr>
      <w:r>
        <w:t>اورجیسےمیںایکمثالدیتاہوںآپکو، ٹاپکےصحابیتھے حضرت عبداللہابن عمر ، یعنیخلیفہعمر کے بیٹے۔</w:t>
      </w:r>
    </w:p>
    <w:p>
      <w:r>
        <w:rPr>
          <w:b/>
        </w:rPr>
        <w:t xml:space="preserve">[24:16] </w:t>
      </w:r>
      <w:r>
        <w:t>bada darja unka hai Islam ki tareekh mein. to unke zamane mein, yaani unka zamana, us waqt Rasool Allah ke zamane mein woh naujawan the, to baad tak woh unko zindagi mili.</w:t>
      </w:r>
    </w:p>
    <w:p>
      <w:pPr>
        <w:jc w:val="right"/>
      </w:pPr>
      <w:r>
        <w:t>بڑادرجہانکاہے اسلام کیتاریخ میں۔ تو انکے زمان ےمیں، یعنیانکا زمان ہ، اسوقت رسولاللہکےزمانےمیںوہنوجوانتھے، توبعد تکوہ انکو زندگی ملی ۔</w:t>
      </w:r>
    </w:p>
    <w:p>
      <w:r>
        <w:rPr>
          <w:b/>
        </w:rPr>
        <w:t xml:space="preserve">[24:31] </w:t>
      </w:r>
      <w:r>
        <w:t>tu</w:t>
      </w:r>
    </w:p>
    <w:p>
      <w:pPr>
        <w:jc w:val="right"/>
      </w:pPr>
      <w:r>
        <w:t>تو</w:t>
      </w:r>
    </w:p>
    <w:p>
      <w:r>
        <w:rPr>
          <w:b/>
        </w:rPr>
        <w:t xml:space="preserve">[24:32] </w:t>
      </w:r>
      <w:r>
        <w:t>inke zamanay mein, yani baad ke zamanay mein larai jhagray huay, yani ali aur muawiyah mein larai ho rahi hai, is tarah ki laraiyan huin.</w:t>
      </w:r>
    </w:p>
    <w:p>
      <w:pPr>
        <w:jc w:val="right"/>
      </w:pPr>
      <w:r>
        <w:t>انکےزمان ےمیں، یعنیبعد کےزمانےمیںلڑائیجھگڑےہوئے، یعنی علی اورمعاویہمیںلڑائیہورہیہے، اسطرحکیلڑائیاںہوئیں۔</w:t>
      </w:r>
    </w:p>
    <w:p>
      <w:r>
        <w:rPr>
          <w:b/>
        </w:rPr>
        <w:t xml:space="preserve">[24:42] </w:t>
      </w:r>
      <w:r>
        <w:t>tu woh is mein shareek nahi huay. tu kuch log jo shareek jang thay, unke paas milay, kahin ke aap kyun nahi saath detay hamara?</w:t>
      </w:r>
    </w:p>
    <w:p>
      <w:pPr>
        <w:jc w:val="right"/>
      </w:pPr>
      <w:r>
        <w:t>تو وہ اسمیںشریکنہیںہوئے۔ توکچھلوگ جوشر یک جنگتھے،انکےپاسملے،کہیںکہآپکیوںنہیں ساتھ دیتےہمارا؟</w:t>
      </w:r>
    </w:p>
    <w:p>
      <w:r>
        <w:rPr>
          <w:b/>
        </w:rPr>
        <w:t xml:space="preserve">[24:53] </w:t>
      </w:r>
      <w:r>
        <w:t>tu daleel keh diya unhon ne, quran majeed mein hai qaatil mat laft na fitna ko khatam karne ke liye jang karo.</w:t>
      </w:r>
    </w:p>
    <w:p>
      <w:pPr>
        <w:jc w:val="right"/>
      </w:pPr>
      <w:r>
        <w:t>تو دلیلکہہدیاانہوںنے، قر آنمجیدمیںہے قاتلومت لافت نہفتنہکوختمکرنےکےلیے جنگ کرو۔</w:t>
      </w:r>
    </w:p>
    <w:p>
      <w:r>
        <w:rPr>
          <w:b/>
        </w:rPr>
        <w:t xml:space="preserve">[25:03] </w:t>
      </w:r>
      <w:r>
        <w:t>tu unhon ne keh keh yeh fitna nahi tha jo ladte tum, woh to mushrikeen hamein kuch karne nahi detay thay, namaz parhne mein rukawat, hajj karne par rukawat, umrah karne par rukawat,</w:t>
      </w:r>
    </w:p>
    <w:p>
      <w:pPr>
        <w:jc w:val="right"/>
      </w:pPr>
      <w:r>
        <w:t>تو انہوںنےکہاکہ یہفتنہنہیںتھا جو لڑتےتم ، وہتو مشرکین ہمیں کچھکرنے نہیںدیتےتھے، نمازپڑھنےمیںرکاوٹ،حجکرنے پررکاوٹ، عمرہکرنےپررکاوٹ،</w:t>
      </w:r>
    </w:p>
    <w:p>
      <w:r>
        <w:rPr>
          <w:b/>
        </w:rPr>
        <w:t xml:space="preserve">[25:17] </w:t>
      </w:r>
      <w:r>
        <w:t>hateekah la ilaha illallah kehne par bhi rukawat.</w:t>
      </w:r>
    </w:p>
    <w:p>
      <w:pPr>
        <w:jc w:val="right"/>
      </w:pPr>
      <w:r>
        <w:t>حتیکہ لا الہالااللہکہنےپربھیرکاوٹ۔</w:t>
      </w:r>
    </w:p>
    <w:p>
      <w:r>
        <w:rPr>
          <w:b/>
        </w:rPr>
        <w:t xml:space="preserve">[25:21] </w:t>
      </w:r>
      <w:r>
        <w:t>wa ma qawmuhu illa billahi yuman billahil azizil hameed</w:t>
      </w:r>
    </w:p>
    <w:p>
      <w:pPr>
        <w:jc w:val="right"/>
      </w:pPr>
      <w:r>
        <w:t>ومانقوممنهباللہیومنباللہالعزیزالحمید</w:t>
      </w:r>
    </w:p>
    <w:p>
      <w:r>
        <w:rPr>
          <w:b/>
        </w:rPr>
        <w:t xml:space="preserve">[25:27] </w:t>
      </w:r>
      <w:r>
        <w:t>tu woh hum ne kiya, woh door hi khatam ho gaya. tu is mein unhon ne keh tha keh qatl na woh to hum ne kar diya, yani fitna jo tha, fitna se murad tha mazhabi jabr, religious persecution.</w:t>
      </w:r>
    </w:p>
    <w:p>
      <w:pPr>
        <w:jc w:val="right"/>
      </w:pPr>
      <w:r>
        <w:t>تووہہمنےکیا، وہ دورہیختمہوگیا۔ تواسمیںانہوںنےکہاتھاکہ ق تل نا وہتوہمنےکردیا، یعنیفتنہجوتھا،فتنہسےمرادتھا مذہبی جبر ،ریلیجسپرسیکیوشن۔</w:t>
      </w:r>
    </w:p>
    <w:p>
      <w:r>
        <w:rPr>
          <w:b/>
        </w:rPr>
        <w:t xml:space="preserve">[25:41] </w:t>
      </w:r>
      <w:r>
        <w:t>tu woh to khatam ho gaya, ab ab tum kis liye lad rahe ho? tum ab dawat ka kaam karo.</w:t>
      </w:r>
    </w:p>
    <w:p>
      <w:pPr>
        <w:jc w:val="right"/>
      </w:pPr>
      <w:r>
        <w:t>تووہتوختمہوگیا، اب اب تم کسلیےلڑرہےہو؟تمابتودعوت کاکامکرو۔</w:t>
      </w:r>
    </w:p>
    <w:p>
      <w:r>
        <w:rPr>
          <w:b/>
        </w:rPr>
        <w:t xml:space="preserve">[25:47] </w:t>
      </w:r>
      <w:r>
        <w:t>qatl na woh to hum ne kar diya, yeh tha ijtihad, yeh tha ijtihad ka namoona,</w:t>
      </w:r>
    </w:p>
    <w:p>
      <w:pPr>
        <w:jc w:val="right"/>
      </w:pPr>
      <w:r>
        <w:t>ق تل ناوہتوہمنےکردیا،یہتھااجتہاد، یہتھا اجتہادکانمونہ،</w:t>
      </w:r>
    </w:p>
    <w:p>
      <w:r>
        <w:rPr>
          <w:b/>
        </w:rPr>
        <w:t xml:space="preserve">[25:57] </w:t>
      </w:r>
      <w:r>
        <w:t>yeh tha yani kulli maamle mein ijtihad ka namoona.</w:t>
      </w:r>
    </w:p>
    <w:p>
      <w:pPr>
        <w:jc w:val="right"/>
      </w:pPr>
      <w:r>
        <w:t>یہتھا یعنیکلی معاملےمیںاجتہادکانمونہ۔</w:t>
      </w:r>
    </w:p>
    <w:p>
      <w:r>
        <w:rPr>
          <w:b/>
        </w:rPr>
        <w:t xml:space="preserve">[26:01] </w:t>
      </w:r>
      <w:r>
        <w:t>lekin baad ko jo ijtihad ka partner bana, woh juzwiyaat ki taraf chala gaya. aur abbasi daur mein khud saakhta taur par besh maamle banay, jaise yeh dar-us-salam hai, dar-ul-harb hai, dar-ul-kufar hai, yeh harbiyah hai, yeh zimmiyah hai.</w:t>
      </w:r>
    </w:p>
    <w:p>
      <w:pPr>
        <w:jc w:val="right"/>
      </w:pPr>
      <w:r>
        <w:t>لیکن بعدکوجو اجتہادکاپارٹنربنا،وہ جز ئیاتکیطرف چلاگیا۔ اور عباسی دورمیں خود ساخت ہطورپر بسمسئلےبنے،جیسےیہدارالسلام ہے، ادارالحربہے،ادارالکفرہے، یہحربیہے،یہذمیہے۔</w:t>
      </w:r>
    </w:p>
    <w:p>
      <w:r>
        <w:rPr>
          <w:b/>
        </w:rPr>
        <w:t xml:space="preserve">[26:16] </w:t>
      </w:r>
      <w:r>
        <w:t>yeh sab cheezein jo bani, yeh yeh us waqt us zamanay ka temporary phase tha, islam ka mustaqil hissa nahi tha. woh</w:t>
      </w:r>
    </w:p>
    <w:p>
      <w:pPr>
        <w:jc w:val="right"/>
      </w:pPr>
      <w:r>
        <w:t>یہ سب چیزیںجوبنی، یہ یہ اس وقتاسزمانےکا ٹیمپریری فیزتھا، اسلام کا مستقلحصہنہیںتھا۔وہ</w:t>
      </w:r>
    </w:p>
    <w:p>
      <w:r>
        <w:rPr>
          <w:b/>
        </w:rPr>
        <w:t xml:space="preserve">[26:30] </w:t>
      </w:r>
      <w:r>
        <w:t>ab ab musalman misfit ho gaye hain saari duniya mein. isi mein se shat-e-rasool ka masla bhi hai, shat-e-rasool ka masla quran mein hai, na hadees mein.</w:t>
      </w:r>
    </w:p>
    <w:p>
      <w:pPr>
        <w:jc w:val="right"/>
      </w:pPr>
      <w:r>
        <w:t>اب اب مسلمان مسفٹہوگئےہیں ساریدنیا میں۔ اسیمیںسے شطبرسولکامسئلہبھیہے، شطبرسولکامسئلہقرآنمیںہے،نہحدیثمیں۔</w:t>
      </w:r>
    </w:p>
    <w:p>
      <w:r>
        <w:rPr>
          <w:b/>
        </w:rPr>
        <w:t xml:space="preserve">[26:42] </w:t>
      </w:r>
      <w:r>
        <w:t>lekin jab musalmanon ka empire tha, to us waqt un mein zehan tha keh kaun hai jo hamare rasool ke khilaaf shaan mein gustakhi karta hai? maar do uski gardan! uski</w:t>
      </w:r>
    </w:p>
    <w:p>
      <w:pPr>
        <w:jc w:val="right"/>
      </w:pPr>
      <w:r>
        <w:t>لیکن جبمسلمانوںکاایمپائرتھا، تواسوقت انمیںذہنتھاکہکونہےجوہمارےرسول کےخلاف شانمیںگستاخیکرتاہے؟مارواسکیگردن!اسکی</w:t>
      </w:r>
    </w:p>
    <w:p>
      <w:r>
        <w:rPr>
          <w:b/>
        </w:rPr>
        <w:t xml:space="preserve">[26:53] </w:t>
      </w:r>
      <w:r>
        <w:t>tu hukoomat thi, unko empire bana howa tha unka. to unka keh hum hum gardan maar denge aise logon ki jo hamare rasool ki shaan mein gustakhi karein.</w:t>
      </w:r>
    </w:p>
    <w:p>
      <w:pPr>
        <w:jc w:val="right"/>
      </w:pPr>
      <w:r>
        <w:t>تو حکومت تھی،انکو ایمپائر بناہواتھاانکا۔ توانکا کہہم ہم گرد نماردیںگےایسےلوگوںکی جوہمارےرسولکیشانمیںگستاخیکریں۔</w:t>
      </w:r>
    </w:p>
    <w:p>
      <w:r>
        <w:rPr>
          <w:b/>
        </w:rPr>
        <w:t xml:space="preserve">[27:03] </w:t>
      </w:r>
      <w:r>
        <w:t>tu yeh masla bana. ab jo hai duniya mein azaadi aa gayi, democracy aa gayi, freedom of expression aa gaya.</w:t>
      </w:r>
    </w:p>
    <w:p>
      <w:pPr>
        <w:jc w:val="right"/>
      </w:pPr>
      <w:r>
        <w:t>تویہمسئلہبنا۔ ابجوہے دنیا میںآزادیآگئی، ڈیموکریسیآگئی، فریڈمآفایکسیپشنآگیا۔</w:t>
      </w:r>
    </w:p>
    <w:p>
      <w:r>
        <w:rPr>
          <w:b/>
        </w:rPr>
        <w:t xml:space="preserve">[27:13] </w:t>
      </w:r>
      <w:r>
        <w:t>ab log samajhte hain keh islam jo islam to aaj ke liye relevant nahi hai.</w:t>
      </w:r>
    </w:p>
    <w:p>
      <w:pPr>
        <w:jc w:val="right"/>
      </w:pPr>
      <w:r>
        <w:t>اب لوگ سمجھتےہیںکہاسلام جو اسلام تو آجکےلیےریلیونٹہینہیںہے۔</w:t>
      </w:r>
    </w:p>
    <w:p>
      <w:r>
        <w:rPr>
          <w:b/>
        </w:rPr>
        <w:t xml:space="preserve">[27:20] </w:t>
      </w:r>
      <w:r>
        <w:t>aaj ka insaan sab se zyada ahmiyat deta hai azaadi-e-ray ko, kyunke woh samajhta hai keh azaadi-e-ray ki wajah se saari taraqqiyan hui hain. to unke liye unthinkable hai keh insaan ko azaadi na ho.</w:t>
      </w:r>
    </w:p>
    <w:p>
      <w:pPr>
        <w:jc w:val="right"/>
      </w:pPr>
      <w:r>
        <w:t>آج کاانسان سبسےزیادہ اہمیتدیتاہےآز ادی رائےکو، کیونکہوہسمجھتاہےکہآزادی رائےکیوجہسےساریترقیاںہوئی ہیں۔ توانکےلیےانتھنکیبلہےکہانسانکوآزادی نہہو۔</w:t>
      </w:r>
    </w:p>
    <w:p>
      <w:r>
        <w:rPr>
          <w:b/>
        </w:rPr>
        <w:t xml:space="preserve">[27:33] </w:t>
      </w:r>
      <w:r>
        <w:t>ab aap kehte hain keh nahi, tum bologe hamare khilaaf, tum ko maarenge. tum yeh baat unko apne maujood mind set aur basis mein fit nahi baithti.</w:t>
      </w:r>
    </w:p>
    <w:p>
      <w:pPr>
        <w:jc w:val="right"/>
      </w:pPr>
      <w:r>
        <w:t>ابآپکہتےہیںکہنہیں، تم بولوگےہمارےخلاف ،تمکوماریںگے۔تم یہ بات انکو اپنے موجود ہمائنڈفیورکا اور اساسمیں فٹنہیںبیٹھتی۔</w:t>
      </w:r>
    </w:p>
    <w:p>
      <w:r>
        <w:rPr>
          <w:b/>
        </w:rPr>
        <w:t xml:space="preserve">[27:45] </w:t>
      </w:r>
      <w:r>
        <w:t>tu islam ko samajhte hain keh yeh purane zamanay ki cheez hai, ab</w:t>
      </w:r>
    </w:p>
    <w:p>
      <w:pPr>
        <w:jc w:val="right"/>
      </w:pPr>
      <w:r>
        <w:t>تواسلام کوسمجھتےہیںکہیہپرانےزمانےکیچیزہے،اب</w:t>
      </w:r>
    </w:p>
    <w:p>
      <w:r>
        <w:rPr>
          <w:b/>
        </w:rPr>
        <w:t xml:space="preserve">[27:48] </w:t>
      </w:r>
      <w:r>
        <w:t>ab iska koi relevance nahi hai.</w:t>
      </w:r>
    </w:p>
    <w:p>
      <w:pPr>
        <w:jc w:val="right"/>
      </w:pPr>
      <w:r>
        <w:t>اباسکاکوئی ریلیونس نہیںہے۔</w:t>
      </w:r>
    </w:p>
    <w:p>
      <w:r>
        <w:rPr>
          <w:b/>
        </w:rPr>
        <w:t xml:space="preserve">[27:54] </w:t>
      </w:r>
      <w:r>
        <w:t>mujh se kai logon se baat hui, unhone ek badri thay, unka naam tha sholikel, s c h u l i k e, doctor sholikel. woh rahte thay wahan par,</w:t>
      </w:r>
    </w:p>
    <w:p>
      <w:pPr>
        <w:jc w:val="right"/>
      </w:pPr>
      <w:r>
        <w:t>مجھسےکئیلوگوںسےباتہوئی، انہوں نےایک بادریتھے ،انکانامتھاشولیکل، ایسسیایچ یو ایلآئیکے، ڈاکٹرشولیکل ۔وہ راتےتھےوہاںپر،</w:t>
      </w:r>
    </w:p>
    <w:p>
      <w:r>
        <w:rPr>
          <w:b/>
        </w:rPr>
        <w:t xml:space="preserve">[28:12] </w:t>
      </w:r>
      <w:r>
        <w:t>yani Vatican mein. to unko mein ne islam ke baray mein kuch bataya, to unhone kya kaha? aakhir mein theek hai, islam mein kuch kuch booti hai, lekin woh islam tha us zamanay ke liye, aaj ke liye nahi hai.</w:t>
      </w:r>
    </w:p>
    <w:p>
      <w:pPr>
        <w:jc w:val="right"/>
      </w:pPr>
      <w:r>
        <w:t>یعنی ویٹیکن میں۔ توانکومیںنے اسلام کےبارےمیںکچھبتایا، توانہوںنےکیاکہا؟آخرمیں ٹھیکہے،اسلام میںکچھ کچھ بوٹیہے، لیکن وہ اسلام تھااسزمانےکےلیے،آجکےلیےنہیںہے۔</w:t>
      </w:r>
    </w:p>
    <w:p>
      <w:r>
        <w:rPr>
          <w:b/>
        </w:rPr>
        <w:t xml:space="preserve">[28:28] </w:t>
      </w:r>
      <w:r>
        <w:t>aaj iska koi relevance nahi hai.</w:t>
      </w:r>
    </w:p>
    <w:p>
      <w:pPr>
        <w:jc w:val="right"/>
      </w:pPr>
      <w:r>
        <w:t>آج اسکاکوئیریلیونسنہیںہے۔</w:t>
      </w:r>
    </w:p>
    <w:p>
      <w:r>
        <w:rPr>
          <w:b/>
        </w:rPr>
        <w:t xml:space="preserve">[28:33] </w:t>
      </w:r>
      <w:r>
        <w:t>kyun nahi hai? isi liye nahi hai. aisi aisi taleemat ka bojh musalman liye hue hain jo aaj ke liye inka koi relevant baqi nahi raha hai.</w:t>
      </w:r>
    </w:p>
    <w:p>
      <w:pPr>
        <w:jc w:val="right"/>
      </w:pPr>
      <w:r>
        <w:t>کیوںنہیںہے؟اسیلیےنہیںہے۔ ایسیایسیتعلیم اتکا بوجھ مسلمانلیےہوئےہیں جوآجکےلیے انکاکوئیریلیونسباقینہیںرہاہے۔</w:t>
      </w:r>
    </w:p>
    <w:p>
      <w:r>
        <w:rPr>
          <w:b/>
        </w:rPr>
        <w:t xml:space="preserve">[28:41] </w:t>
      </w:r>
      <w:r>
        <w:t>abhi yahan par koi mujtahid nahi uthaye, woh karta ke dekho, yani yeh hai mamla temporary separate from the permanent.</w:t>
      </w:r>
    </w:p>
    <w:p>
      <w:pPr>
        <w:jc w:val="right"/>
      </w:pPr>
      <w:r>
        <w:t>ابیہاںپر کوئی مجتہدنہیںاٹھائے،وہکرتا کہدیکھو، یعنی یہہے معاملہٹ وسیپریٹدا ٹیمپریریفرامدا پرماننٹ۔</w:t>
      </w:r>
    </w:p>
    <w:p>
      <w:r>
        <w:rPr>
          <w:b/>
        </w:rPr>
        <w:t xml:space="preserve">[28:55] </w:t>
      </w:r>
      <w:r>
        <w:t>temporary ko alag kar do, jo permanent hai, woh isko lo. tumhare ko bataya ke permanent to dawat hai, baqi sab temporary hai. to Islam aaj bhi relevant ho jata.</w:t>
      </w:r>
    </w:p>
    <w:p>
      <w:pPr>
        <w:jc w:val="right"/>
      </w:pPr>
      <w:r>
        <w:t>ٹیمپریریکوالگکردو،جوپرماننٹہے،وہاسکولو۔ تمہارےکوبتایاکہپرماننٹتودعوتہے، باقیسبٹیمپریریہے۔ تو اسلام آجبھیریلیونٹہوجاتا ۔</w:t>
      </w:r>
    </w:p>
    <w:p>
      <w:r>
        <w:rPr>
          <w:b/>
        </w:rPr>
        <w:t xml:space="preserve">[29:11] </w:t>
      </w:r>
      <w:r>
        <w:t>to to muslims fail in ijtihad has created all this problems.</w:t>
      </w:r>
    </w:p>
    <w:p>
      <w:pPr>
        <w:jc w:val="right"/>
      </w:pPr>
      <w:r>
        <w:t>تو تو مسلمز فیل یر ان اجتہاد ہیزکریٹڈ ال دسپرابلمز۔</w:t>
      </w:r>
    </w:p>
    <w:p>
      <w:r>
        <w:rPr>
          <w:b/>
        </w:rPr>
        <w:t xml:space="preserve">[29:26] </w:t>
      </w:r>
      <w:r>
        <w:t>yani ijtihad mein jo musalman fail ho gaye, iski wajah se yeh saare masail paida hue hain. ise is tarah socho mein jeete hain.</w:t>
      </w:r>
    </w:p>
    <w:p>
      <w:pPr>
        <w:jc w:val="right"/>
      </w:pPr>
      <w:r>
        <w:t>یعنی اجتہادمیںجو مس لمانفیل ہوگئے، اسکیوجہسےیہسارےمسائلپیدا ہوئے ہیں۔ اسے اسیسوچمیںجیتےہیں۔</w:t>
      </w:r>
    </w:p>
    <w:p>
      <w:r>
        <w:rPr>
          <w:b/>
        </w:rPr>
        <w:t xml:space="preserve">[29:36] </w:t>
      </w:r>
      <w:r>
        <w:t>ek qissa mein is se pehle bataya tha aap ko ke mein ek sahib jo bahar rehte hain maghribi mulk mein, bohat kaafi parhe likhe hain, woh arabi bhi jante hain, angrezi bhi jante hain, woh India aaye.</w:t>
      </w:r>
    </w:p>
    <w:p>
      <w:pPr>
        <w:jc w:val="right"/>
      </w:pPr>
      <w:r>
        <w:t>ایک قصہمیںاسسےپہلےبتایاتھاآپکو کہمیں ایک صاحب جو باہررہتےہیں مغ ربی ملکمیں، بہت کافیپڑھےلکھےہیں،وہ عربیبھیجانتےہیں،انگریزیبھیجانتےہیں، وہ انڈیاآئے۔</w:t>
      </w:r>
    </w:p>
    <w:p>
      <w:r>
        <w:rPr>
          <w:b/>
        </w:rPr>
        <w:t xml:space="preserve">[29:54] </w:t>
      </w:r>
      <w:r>
        <w:t>to inki taqreer hui India ke ek shehar mein. to taqreer ke baad,</w:t>
      </w:r>
    </w:p>
    <w:p>
      <w:pPr>
        <w:jc w:val="right"/>
      </w:pPr>
      <w:r>
        <w:t>تو انکیتقریرہوئی انڈیاکےایکشہر میں۔ تو تقریرکےبعد،</w:t>
      </w:r>
    </w:p>
    <w:p>
      <w:r>
        <w:rPr>
          <w:b/>
        </w:rPr>
        <w:t xml:space="preserve">[30:04] </w:t>
      </w:r>
      <w:r>
        <w:t>taqreer ka jo subject tha, woh tha Islam and the modern age.</w:t>
      </w:r>
    </w:p>
    <w:p>
      <w:pPr>
        <w:jc w:val="right"/>
      </w:pPr>
      <w:r>
        <w:t>تقریرکاجوسبجیکٹتھا،وہتھا اسلام انداماڈرنایج۔</w:t>
      </w:r>
    </w:p>
    <w:p>
      <w:r>
        <w:rPr>
          <w:b/>
        </w:rPr>
        <w:t xml:space="preserve">[30:09] </w:t>
      </w:r>
      <w:r>
        <w:t>to audience mein se ek aadmi ne poocha ke dekhein, hum India mein rehte hain, hum koi Europe, America mein to rehte nahi hain. to India ke lehaz se, jahan ke musalman minority mein hain, to hamare liye aap ka kia message hai Islam mein? Islam mein</w:t>
      </w:r>
    </w:p>
    <w:p>
      <w:pPr>
        <w:jc w:val="right"/>
      </w:pPr>
      <w:r>
        <w:t>تو اڈینسمیںسےایکآدمینےپوچھا کہدیکھیں،ہمانڈیامیںرہتےہیں، ہمکوئییورپ،امریکہمیںتورہتےنہیںہیں۔ توانڈیاکے لحاظسے ،جہاںکےمسلمانمائنورٹیمیںہیں، تو ہمارےلیےآپکاکیا اسلام میں کا میسجہے؟اسلاممیں</w:t>
      </w:r>
    </w:p>
    <w:p>
      <w:r>
        <w:rPr>
          <w:b/>
        </w:rPr>
        <w:t xml:space="preserve">[30:30] </w:t>
      </w:r>
      <w:r>
        <w:t>to mein khud maujood tha us meeting mein. there was a pause for few seconds, woh chup ho gaye.</w:t>
      </w:r>
    </w:p>
    <w:p>
      <w:pPr>
        <w:jc w:val="right"/>
      </w:pPr>
      <w:r>
        <w:t>تومیںخود موجود تھااسمیٹنگمیں۔ دیروازاپاز فار فیوسیکنڈ، وہچپہوگئے۔</w:t>
      </w:r>
    </w:p>
    <w:p>
      <w:r>
        <w:rPr>
          <w:b/>
        </w:rPr>
        <w:t xml:space="preserve">[30:39] </w:t>
      </w:r>
      <w:r>
        <w:t>socha, sochne ke baad unhone bohat hi, yani bohat hi sanjeedgi se kaha ke Islam mein,</w:t>
      </w:r>
    </w:p>
    <w:p>
      <w:pPr>
        <w:jc w:val="right"/>
      </w:pPr>
      <w:r>
        <w:t>سوچا، سوچنےکےبعد انہوںنےبہت ہی، یعنی بہت ہی سنجیدگیسےکہا کہاسلام میں،</w:t>
      </w:r>
    </w:p>
    <w:p>
      <w:r>
        <w:rPr>
          <w:b/>
        </w:rPr>
        <w:t xml:space="preserve">[30:54] </w:t>
      </w:r>
      <w:r>
        <w:t>Islam mein position of strength ka model hai, lekin Islam mein position of modesty ka model nahi maujood hai.</w:t>
      </w:r>
    </w:p>
    <w:p>
      <w:pPr>
        <w:jc w:val="right"/>
      </w:pPr>
      <w:r>
        <w:t>اسلام میں پوزیشنآف سٹرینتھکاما ڈلہے، لیکن اسلام میں پوزیشنآفماڈرسٹیکاماڈلنہیںموجود ہے۔</w:t>
      </w:r>
    </w:p>
    <w:p>
      <w:r>
        <w:rPr>
          <w:b/>
        </w:rPr>
        <w:t xml:space="preserve">[31:03] </w:t>
      </w:r>
      <w:r>
        <w:t>in Islam there is a model for position of strength, but in Islam there is no model for position of modesty.</w:t>
      </w:r>
    </w:p>
    <w:p>
      <w:pPr>
        <w:jc w:val="right"/>
      </w:pPr>
      <w:r>
        <w:t>ان اسلام دیرازاماڈلفار پوزیشنآف سٹرینتھ ،بٹان اسلام دیرازنوماڈلفارپوزیشنآفماڈرسٹی۔</w:t>
      </w:r>
    </w:p>
    <w:p>
      <w:r>
        <w:rPr>
          <w:b/>
        </w:rPr>
        <w:t xml:space="preserve">[31:13] </w:t>
      </w:r>
      <w:r>
        <w:t>yeh matlab aap duniya mein rule kar rahe hon, takht aap ke paas ho, jisko chahein maarein, jisko chahein bachayein,</w:t>
      </w:r>
    </w:p>
    <w:p>
      <w:pPr>
        <w:jc w:val="right"/>
      </w:pPr>
      <w:r>
        <w:t>یہمطلبآپدنیا میںرولکررہےہوں، تختآپکےپاسہو، جسکوچاہیںماریں،جسکوچاہیں بچائیں،</w:t>
      </w:r>
    </w:p>
    <w:p>
      <w:r>
        <w:rPr>
          <w:b/>
        </w:rPr>
        <w:t xml:space="preserve">[31:23] </w:t>
      </w:r>
      <w:r>
        <w:t>aur sari duniya aap ki jhande ke tehat ho, iska namuna hai Islam mein. aur namuna agar aap minority mein hon to iska namuna nahi hai.</w:t>
      </w:r>
    </w:p>
    <w:p>
      <w:pPr>
        <w:jc w:val="right"/>
      </w:pPr>
      <w:r>
        <w:t>اور ساریدنیا آپکیجھنڈےکےتحت ہو، اسکا نمونہہےاسلام میں۔ اور نمونہاگرآپ مائنورٹیمیںہوں تواسکانمونہہینہیںہے۔</w:t>
      </w:r>
    </w:p>
    <w:p>
      <w:r>
        <w:rPr>
          <w:b/>
        </w:rPr>
        <w:t xml:space="preserve">[31:34] </w:t>
      </w:r>
      <w:r>
        <w:t>yeh kitni ajeebo ghareeb baat hai,</w:t>
      </w:r>
    </w:p>
    <w:p>
      <w:pPr>
        <w:jc w:val="right"/>
      </w:pPr>
      <w:r>
        <w:t>یہکتنیعجیبوغریبباتہے،</w:t>
      </w:r>
    </w:p>
    <w:p>
      <w:r>
        <w:rPr>
          <w:b/>
        </w:rPr>
        <w:t xml:space="preserve">[31:39] </w:t>
      </w:r>
      <w:r>
        <w:t>kyun ke unko pata nahi hai ke Islam ke musalmanon ki identity woh hai, woh dawat hai, dawat</w:t>
      </w:r>
    </w:p>
    <w:p>
      <w:pPr>
        <w:jc w:val="right"/>
      </w:pPr>
      <w:r>
        <w:t>کیوںکہانکوپتہہینہیںہےکہاسلام کہمسلمانوںکیآئیڈینٹیجوہے،وہ دعوتہے، داع</w:t>
      </w:r>
    </w:p>
    <w:p>
      <w:r>
        <w:rPr>
          <w:b/>
        </w:rPr>
        <w:t xml:space="preserve">[31:45] </w:t>
      </w:r>
      <w:r>
        <w:t>yeh hai. woh samajhte hain ke unki identity kia hai? hukoomat karna, empire banana, duniya mein rule karna. isi liye Arab mein ek shayar the, unka yeh shair bohat maqbool hua: hath Salahuddin Salih tanfina jadd hataynos hatayna phir se lao talwar Salahuddin Ayubi ki,</w:t>
      </w:r>
    </w:p>
    <w:p>
      <w:pPr>
        <w:jc w:val="right"/>
      </w:pPr>
      <w:r>
        <w:t>یہے۔ وہسمجھتےہیںکہانکیآئیڈینٹیکیاہے؟ حکومت کرنا ، ایمپائربنانا، دنیا میںرولکرنا۔ اسیلیےعربمیںایک شاعرتھے، انکایہشعربہتمقبولہوا: ہاتھ صلاحالدینصالحتنفینا جد دحتینوسح تینا پھرسے لاؤ تلوار صلاحالدینایوبیکی،</w:t>
      </w:r>
    </w:p>
    <w:p>
      <w:r>
        <w:rPr>
          <w:b/>
        </w:rPr>
        <w:t xml:space="preserve">[32:08] </w:t>
      </w:r>
      <w:r>
        <w:t>aur woh takht tahat karke phir se rule qaim karein musalmanon ka.</w:t>
      </w:r>
    </w:p>
    <w:p>
      <w:pPr>
        <w:jc w:val="right"/>
      </w:pPr>
      <w:r>
        <w:t>اوروہ تہتہکرکےپھرسے رولقائمکریںمسلمانوںکا۔</w:t>
      </w:r>
    </w:p>
    <w:p>
      <w:r>
        <w:rPr>
          <w:b/>
        </w:rPr>
        <w:t xml:space="preserve">[32:13] </w:t>
      </w:r>
      <w:r>
        <w:t>hath Salahuddin s anay tin fina jadd dayhatinos hatayna yeh kia hai? yeh ke temporary ko permanent samajh liya.</w:t>
      </w:r>
    </w:p>
    <w:p>
      <w:pPr>
        <w:jc w:val="right"/>
      </w:pPr>
      <w:r>
        <w:t>ہاتھ صلاح الدین س انیتن فینا جد دیحتینوس حتینایہکیاہے؟یہ کہ ٹیمپریری ہیکو پرماننٹسمجھلیا۔</w:t>
      </w:r>
    </w:p>
    <w:p>
      <w:r>
        <w:rPr>
          <w:b/>
        </w:rPr>
        <w:t xml:space="preserve">[32:24] </w:t>
      </w:r>
      <w:r>
        <w:t>jo unhone talwar chalayi thi, woh temporary phase tha Islam ka, permanent nahi tha. permanent to dawat hai, dawat hai, dawat hai. to aaj dawat ke mauqe mauqe khule hue hain, har taraf dawat ke mauqe, har taraf, har taraf, har taraf.</w:t>
      </w:r>
    </w:p>
    <w:p>
      <w:pPr>
        <w:jc w:val="right"/>
      </w:pPr>
      <w:r>
        <w:t>جو انہوںنےتلوارچلائیتھی،وہ ٹیمپریریفیزتھااسلام کا ، پرماننٹنہیںتھا۔ پرماننٹتودعوتہے،دعوتہے،دعوتہے۔ تو آج دعوتکےموقع مواقعکھلےہوئےہیں،ہرطرف دعوتکےمواقع، ہرطرف ،ہرطرف،ہرطرف۔</w:t>
      </w:r>
    </w:p>
    <w:p>
      <w:r>
        <w:rPr>
          <w:b/>
        </w:rPr>
        <w:t xml:space="preserve">[32:42] </w:t>
      </w:r>
      <w:r>
        <w:t>kal mujhe khabar ek batayi gayi ke yahan Delhi mein ek firm hai, iske do partner hain, ek Muslim aur ek non Muslim.</w:t>
      </w:r>
    </w:p>
    <w:p>
      <w:pPr>
        <w:jc w:val="right"/>
      </w:pPr>
      <w:r>
        <w:t>کل مجھے خبرایکبتائیگئی کہ یہاںدلیمیں ایک فرمہے، اسکے دوپارٹنرہیں،ایک مسلم اور ایک نانمسلم ۔</w:t>
      </w:r>
    </w:p>
    <w:p>
      <w:r>
        <w:rPr>
          <w:b/>
        </w:rPr>
        <w:t xml:space="preserve">[32:55] </w:t>
      </w:r>
      <w:r>
        <w:t>to unhone Quran dekha, Quran ka translation, to unhone ek hazar Quran ka order de diya.</w:t>
      </w:r>
    </w:p>
    <w:p>
      <w:pPr>
        <w:jc w:val="right"/>
      </w:pPr>
      <w:r>
        <w:t>توانہوںنے قرآندیکھا، قرآنکاٹرانسلیشن ،توانہوںنے ایک ہزارقرآنکاآرڈردےدیا۔</w:t>
      </w:r>
    </w:p>
    <w:p>
      <w:r>
        <w:rPr>
          <w:b/>
        </w:rPr>
        <w:t xml:space="preserve">[33:05] </w:t>
      </w:r>
      <w:r>
        <w:t>yani musalman jo partner unhone dekha, to iske baad unhone us se poocha ke bhai, jo jo non Muslim partner hai, ke bhai aisa mein kar raha hoon, aap ko ittefaq hai? unhone kaha haan, theek hai, sign kar diya, unhone check par sign kar diya.</w:t>
      </w:r>
    </w:p>
    <w:p>
      <w:pPr>
        <w:jc w:val="right"/>
      </w:pPr>
      <w:r>
        <w:t>یعنیمس لمان جو پارٹنرانہوںنےدیکھا، تو اسکےبعد انہوںنےاسسےپوچھاکہبھئی، جو جو نانمسلمپارٹنرہے، کہبھئیایسامیںکررہاہوں،آپکواتفاقہے؟انہوںنےکہاہاں،ٹھیکہے،سائنکردیا،انہوںنے چیکپرسائنکردیا۔</w:t>
      </w:r>
    </w:p>
    <w:p>
      <w:r>
        <w:rPr>
          <w:b/>
        </w:rPr>
        <w:t xml:space="preserve">[33:18] </w:t>
      </w:r>
      <w:r>
        <w:t>yeh zamanah hai ke ek non Muslim bhi keh raha hai ke theek hai, Quran ka translation mangao aur phailao isko. to dawat ke mauqe kitne khule hue hain.</w:t>
      </w:r>
    </w:p>
    <w:p>
      <w:pPr>
        <w:jc w:val="right"/>
      </w:pPr>
      <w:r>
        <w:t>یہ زمان ہہے کہایک نانمسلمبھی کہہرہاہےکہٹھیکہے،قرآن کاٹرانسلیشنمنگاؤاور پھیلاؤاسکو ۔ تودعوت کےموقعکتنےکھلےہوئےہیں۔</w:t>
      </w:r>
    </w:p>
    <w:p>
      <w:r>
        <w:rPr>
          <w:b/>
        </w:rPr>
        <w:t xml:space="preserve">[33:32] </w:t>
      </w:r>
      <w:r>
        <w:t>yeh zamana open discussion ka zamana hai, religion understanding ka zamana hai, har baat aapko parhne ka zamana hai, har ek ko mauqa do ka zamana hai, har ek ko mauqa do ke woh apni apni baat kahein.</w:t>
      </w:r>
    </w:p>
    <w:p>
      <w:pPr>
        <w:jc w:val="right"/>
      </w:pPr>
      <w:r>
        <w:t>یہزمانہ اوپننسکازمان ہہے، ریلیجسانڈرسٹینڈنگکازمانہہے، ہرباتآپکوپڑھوکازمانہہے، ہرایککوموقع دو کازمان ہہے، ہرایککوموقعدوکہوہاپنیاپنیباتکہیں۔</w:t>
      </w:r>
    </w:p>
    <w:p>
      <w:r>
        <w:rPr>
          <w:b/>
        </w:rPr>
        <w:t xml:space="preserve">[33:47] </w:t>
      </w:r>
      <w:r>
        <w:t>yeh zamana hai, yeh koi hindu musalman ki baat nahi, christianity ki baat nahi, american aur non american ki baat nahi, yeh zamane ki baat hai, zamana.</w:t>
      </w:r>
    </w:p>
    <w:p>
      <w:pPr>
        <w:jc w:val="right"/>
      </w:pPr>
      <w:r>
        <w:t>یہ زمانہہے، یہ کوئیہندو مسلمانکیبات نہیں، کرسچنیاجوکیباتنہیں، امریک ن اورنان امریکنکیباتنہیں، یہزمانےکیباتہے،زمان ہ۔</w:t>
      </w:r>
    </w:p>
    <w:p>
      <w:r>
        <w:rPr>
          <w:b/>
        </w:rPr>
        <w:t xml:space="preserve">[33:58] </w:t>
      </w:r>
      <w:r>
        <w:t>lekin hamare so called ulma aur mujtahideen phanse hue hain isi isi pattern mein.</w:t>
      </w:r>
    </w:p>
    <w:p>
      <w:pPr>
        <w:jc w:val="right"/>
      </w:pPr>
      <w:r>
        <w:t>لیکن ہمارے سو کالڈ علم اءاورمجتہدینپھنسےہوئےہیںاسی اسی پیٹرنمیں۔</w:t>
      </w:r>
    </w:p>
    <w:p>
      <w:r>
        <w:rPr>
          <w:b/>
        </w:rPr>
        <w:t xml:space="preserve">[34:08] </w:t>
      </w:r>
      <w:r>
        <w:t>they fail to see the permanent from the temporary.</w:t>
      </w:r>
    </w:p>
    <w:p>
      <w:pPr>
        <w:jc w:val="right"/>
      </w:pPr>
      <w:r>
        <w:t>دےفیل ٹوسیپریٹدا پرمان نٹ فرامدی ٹیمپریری۔</w:t>
      </w:r>
    </w:p>
    <w:p>
      <w:r>
        <w:rPr>
          <w:b/>
        </w:rPr>
        <w:t xml:space="preserve">[34:19] </w:t>
      </w:r>
      <w:r>
        <w:t>mein ek misaal deta hoon, parallel misaal, yeh koi islami baat nahi hai. sab ko yeh karna parta hai zindagi mein,</w:t>
      </w:r>
    </w:p>
    <w:p>
      <w:pPr>
        <w:jc w:val="right"/>
      </w:pPr>
      <w:r>
        <w:t>میںایک مثالدیتاہوں، پیرللمثال، یہ کوئیاسلامی کیباتنہیںہے۔ سبکویہکرناپڑتاہےزندگی میں،</w:t>
      </w:r>
    </w:p>
    <w:p>
      <w:r>
        <w:rPr>
          <w:b/>
        </w:rPr>
        <w:t xml:space="preserve">[34:27] </w:t>
      </w:r>
      <w:r>
        <w:t>family bhi karna parta hai, family mein</w:t>
      </w:r>
    </w:p>
    <w:p>
      <w:pPr>
        <w:jc w:val="right"/>
      </w:pPr>
      <w:r>
        <w:t>فیملیبھیکرناپڑتاہے،فیملیمیں</w:t>
      </w:r>
    </w:p>
    <w:p>
      <w:r>
        <w:rPr>
          <w:b/>
        </w:rPr>
        <w:t xml:space="preserve">[34:34] </w:t>
      </w:r>
      <w:r>
        <w:t>aur nation qomon ke bhi karna parta hai. you pick a family mein janta hoon ke woh pehle zamane mein woh hota tha, woh rivalry hoti thi, do zameen lad jaate the, yani koi baat na kuch,</w:t>
      </w:r>
    </w:p>
    <w:p>
      <w:pPr>
        <w:jc w:val="right"/>
      </w:pPr>
      <w:r>
        <w:t>اور نیشن قوموںکےبھیکرناپڑتاہے۔ یوپیکے فیملیکےمیںجانتاہوںکہوہ پہلےزمانےمیںوہہوتاتھا،وہ رائبلیہوتیتھی،دوزمین یںلڑجاتےتھے، یعنیکوئیبات نہکچھ،</w:t>
      </w:r>
    </w:p>
    <w:p>
      <w:r>
        <w:rPr>
          <w:b/>
        </w:rPr>
        <w:t xml:space="preserve">[34:49] </w:t>
      </w:r>
      <w:r>
        <w:t>bas izzat ka sawal hai, lad gaye. mushkil ka sawal hai to lad gaye, ab muqtadabazi ho rahi hai,</w:t>
      </w:r>
    </w:p>
    <w:p>
      <w:pPr>
        <w:jc w:val="right"/>
      </w:pPr>
      <w:r>
        <w:t>بس عزتکاسوالہے،لڑگئے۔ موشکاسوالہےتولڑگئے،ابمقتدابازی ہورہیہے،</w:t>
      </w:r>
    </w:p>
    <w:p>
      <w:r>
        <w:rPr>
          <w:b/>
        </w:rPr>
        <w:t xml:space="preserve">[34:57] </w:t>
      </w:r>
      <w:r>
        <w:t>do generation tak ladte rahe log, ghar ke zevar bik gaye. teesri generation mein, yani pota jab aaya to pote se kaha ke aap kis liye lad rahe hain, kya faida mila humein?</w:t>
      </w:r>
    </w:p>
    <w:p>
      <w:pPr>
        <w:jc w:val="right"/>
      </w:pPr>
      <w:r>
        <w:t>دو جنریشنتکلڑتےرہےلوگ، گھرکےزیوربکگئے۔ تیسریجنریشنمیں،یعنی پوتاجبآیا توپوتےسےکہاکہآپکسلیےلڑرہےہیں، کیا فائدہملاہمیں؟</w:t>
      </w:r>
    </w:p>
    <w:p>
      <w:r>
        <w:rPr>
          <w:b/>
        </w:rPr>
        <w:t xml:space="preserve">[35:11] </w:t>
      </w:r>
      <w:r>
        <w:t>to usne kaha ke band karo ladai bhadai, aur usne bachchon ko dakhil kar diya school mein, college mein. ab padh logon ne, ab woh isi isi khandan mein khoob taraqqi kar rahe hain,</w:t>
      </w:r>
    </w:p>
    <w:p>
      <w:pPr>
        <w:jc w:val="right"/>
      </w:pPr>
      <w:r>
        <w:t>تواسنےکہاکہ بندکرولڑائیبھڑائی، اور اسنے بچوںکو داخلکردیا اسکولمیں،کالجمیں۔ اب پڑھالوگوںنے، اب وہاسی اسیخاندانمیںخوبترقیکررہےہیں،</w:t>
      </w:r>
    </w:p>
    <w:p>
      <w:r>
        <w:rPr>
          <w:b/>
        </w:rPr>
        <w:t xml:space="preserve">[35:25] </w:t>
      </w:r>
      <w:r>
        <w:t>bahar ke mulkon mein ja rahe hain, india mein inko achhe achhe kaam mil rahe hain, kyunke ladai bhadai chhod di. unhone discover kiya ke hamare dada jo ladai bhadai mein pad gaye the, to woh that was temporary phase, permanent phase nahi tha. woh</w:t>
      </w:r>
    </w:p>
    <w:p>
      <w:pPr>
        <w:jc w:val="right"/>
      </w:pPr>
      <w:r>
        <w:t>باہرکےملکوںمیںجارہےہیں، انڈیامیں انکواچھےاچھےکامملرہےہیں، کیونکہلڑائیبھڑائیچھوڑدی۔ انہوںنے ڈسکورکیا کہہمارےداداجولڑائیبھڑائیمیں پڑگئےتھے،تووہ دیٹوازٹیمپریریفیز، پرماننٹفیزنہیںتھا۔وہ</w:t>
      </w:r>
    </w:p>
    <w:p>
      <w:r>
        <w:rPr>
          <w:b/>
        </w:rPr>
        <w:t xml:space="preserve">[35:43] </w:t>
      </w:r>
      <w:r>
        <w:t>aise aap iski misaal dijiye, japan ki. japan jo hai, second world war se pehle ek warring nation tha, ladna phirna unka, yani jisko aap kehte hain suicide bombing.</w:t>
      </w:r>
    </w:p>
    <w:p>
      <w:pPr>
        <w:jc w:val="right"/>
      </w:pPr>
      <w:r>
        <w:t>ایسےآپ اسکی مثالدیجئے، جاپانکی۔ جاپانجوہے، سیکنڈورلڈوارسےپہلے ایک وارنگکنٹریتھا،لڑناپھرناانکا، یعنیجسکو آپکہتےہیں سوسائیڈبمبنگ۔</w:t>
      </w:r>
    </w:p>
    <w:p>
      <w:r>
        <w:rPr>
          <w:b/>
        </w:rPr>
        <w:t xml:space="preserve">[35:58] </w:t>
      </w:r>
      <w:r>
        <w:t>sabse pehle japani ne nikala tha usko, jo kehte hain harakiri, kehte the usko. woh is zamane mein dekhiye, pani ke jahaz hua karte the, yani jang jahaz, pani ke jang jahaz, to usmein chimney hoti thi.</w:t>
      </w:r>
    </w:p>
    <w:p>
      <w:pPr>
        <w:jc w:val="right"/>
      </w:pPr>
      <w:r>
        <w:t>سبسےپہلے جاپانیتونکالاتھااسکو، جوکہتےہیںہراکری،کہتےتھےاسکو۔وہ اس زمان ےمیں دیکھیے، پانیکےجہازہواکرتے تھے، یعنی جنگ یجہاز،پانیکےجنگیجہاز، تواسمیںچمنیہوتیتھی۔</w:t>
      </w:r>
    </w:p>
    <w:p>
      <w:r>
        <w:rPr>
          <w:b/>
        </w:rPr>
        <w:t xml:space="preserve">[36:14] </w:t>
      </w:r>
      <w:r>
        <w:t>to unke naujawanon ne kya kiya ke parachute bandha, aur jahaz mein upar unko udaya gaya.</w:t>
      </w:r>
    </w:p>
    <w:p>
      <w:pPr>
        <w:jc w:val="right"/>
      </w:pPr>
      <w:r>
        <w:t>تو انکے نوجوانوںنےکیاکیا کہ پیراشوٹباندھا، اور جہازمیں اوپرانکواڑایاگیا۔</w:t>
      </w:r>
    </w:p>
    <w:p>
      <w:r>
        <w:rPr>
          <w:b/>
        </w:rPr>
        <w:t xml:space="preserve">[36:23] </w:t>
      </w:r>
      <w:r>
        <w:t>upar se parachute baandh karke chimney mein gir pade. bahut jang jahaz hote the, par har bar jo tha america ka, to wahan par unhone tabah kar diya.</w:t>
      </w:r>
    </w:p>
    <w:p>
      <w:pPr>
        <w:jc w:val="right"/>
      </w:pPr>
      <w:r>
        <w:t>اوپر سے پیراشوٹباڑکرکےچمنی میںگرپڑے۔ ببےجنگیجہازہوتےتھے، پرہ اربرجوتھا امریک ہکا، تو وہاںپر انہوںنےتباہکردیا۔</w:t>
      </w:r>
    </w:p>
    <w:p>
      <w:r>
        <w:rPr>
          <w:b/>
        </w:rPr>
        <w:t xml:space="preserve">[36:36] </w:t>
      </w:r>
      <w:r>
        <w:t>bahut jahaz ki chimney mein apne ko gira diya, to dhamaka hua, yani bomb mara, bomb bandha, aur parachute bandh kar jang jahaz ke chimney mein gira diya apne ko.</w:t>
      </w:r>
    </w:p>
    <w:p>
      <w:pPr>
        <w:jc w:val="right"/>
      </w:pPr>
      <w:r>
        <w:t>ببےجہاز کیچمنیمیں اپنےکوگرالیا، تودھماکہہوا، یعنیبم مار،بم باندھا، اور پیراشوٹباندھکر جنگ یجہازکے چمنیمیںگرالیااپنے کو۔</w:t>
      </w:r>
    </w:p>
    <w:p>
      <w:r>
        <w:rPr>
          <w:b/>
        </w:rPr>
        <w:t xml:space="preserve">[36:51] </w:t>
      </w:r>
      <w:r>
        <w:t>dhamaka hua, aur sab tabah ho gaya. itne zyada jang jo log the, japani bahut jang jo log the,</w:t>
      </w:r>
    </w:p>
    <w:p>
      <w:pPr>
        <w:jc w:val="right"/>
      </w:pPr>
      <w:r>
        <w:t>دھماکہہوا، اورسبتباہہوگیا۔ اتنے زیادہ جنگ جولوگتھے، جاپانی بہت جنگ جولوگتھے،</w:t>
      </w:r>
    </w:p>
    <w:p>
      <w:r>
        <w:rPr>
          <w:b/>
        </w:rPr>
        <w:t xml:space="preserve">[37:02] </w:t>
      </w:r>
      <w:r>
        <w:t>lekin dekhiye, woh secular log jo hote hain, unki soch chalti hai reason par. musalman to samajhte hain ke hum marein tab bhi shaheed, marein tab bhi jannat, marein tab bhi firdous.</w:t>
      </w:r>
    </w:p>
    <w:p>
      <w:pPr>
        <w:jc w:val="right"/>
      </w:pPr>
      <w:r>
        <w:t>لیکن دیکھیے، وہ سیکولر لوگ جوہوتےہیں،انکیسوچ چلتیہے ریزنپر ۔ مس لمانتوسمجھتےہیںکہہممرےتببھیشہید، مرگئےتببھیجنت ، مرگئےتببھیفردوس۔</w:t>
      </w:r>
    </w:p>
    <w:p>
      <w:r>
        <w:rPr>
          <w:b/>
        </w:rPr>
        <w:t xml:space="preserve">[37:15] </w:t>
      </w:r>
      <w:r>
        <w:t>unke paas aisa koi nazariya nahi tha. to secular log sochte hain reason par, yani reason out karte hain, woh ke bhai kya mila humein isse?</w:t>
      </w:r>
    </w:p>
    <w:p>
      <w:pPr>
        <w:jc w:val="right"/>
      </w:pPr>
      <w:r>
        <w:t>انکےپاس ایساکوئینظریہنہیںتھا۔ تو سیکولرلوگ سوچتےہیں ریزنپر ، یعنی ریزنآؤٹکرتےہیں،وہ کہ بھئیکیاملاہمیںاسسے؟</w:t>
      </w:r>
    </w:p>
    <w:p>
      <w:r>
        <w:rPr>
          <w:b/>
        </w:rPr>
        <w:t xml:space="preserve">[37:27] </w:t>
      </w:r>
      <w:r>
        <w:t>hum lade, aur bade bade tabahiyan machayen, to mila kya humein?</w:t>
      </w:r>
    </w:p>
    <w:p>
      <w:pPr>
        <w:jc w:val="right"/>
      </w:pPr>
      <w:r>
        <w:t>ہملڑے،اور بڑےبڑے تباہیاںمچائیں،توملاکیاہمیں؟</w:t>
      </w:r>
    </w:p>
    <w:p>
      <w:r>
        <w:rPr>
          <w:b/>
        </w:rPr>
        <w:t xml:space="preserve">[37:33] </w:t>
      </w:r>
      <w:r>
        <w:t>mila ke hamara hiroshima tabah ho gaya, hamara nagasaki tabah ho gaya.</w:t>
      </w:r>
    </w:p>
    <w:p>
      <w:pPr>
        <w:jc w:val="right"/>
      </w:pPr>
      <w:r>
        <w:t>ملاایکہماراہیروشماتباہہوگیا،ہمارا نگ سکےتباہہوگیا۔</w:t>
      </w:r>
    </w:p>
    <w:p>
      <w:r>
        <w:rPr>
          <w:b/>
        </w:rPr>
        <w:t xml:space="preserve">[37:40] </w:t>
      </w:r>
      <w:r>
        <w:t>to unke yahan ek nai soch aayi ke chhod lo ladai bhadai. to jab japan jo hai, 25-30 saal ke andar bahut taraqqi ho gayi, yani second world war ke baad,</w:t>
      </w:r>
    </w:p>
    <w:p>
      <w:pPr>
        <w:jc w:val="right"/>
      </w:pPr>
      <w:r>
        <w:t>تو انکےہاں ایک نئیسوچآئی کہچھوڑولڑائیبھڑائی۔ تو جب جاپانجوہے، 25-30سالکےاندر بہت ترقیہوگئی، یعنی سیکنڈورلڈوارکےبعد،</w:t>
      </w:r>
    </w:p>
    <w:p>
      <w:r>
        <w:rPr>
          <w:b/>
        </w:rPr>
        <w:t xml:space="preserve">[37:56] </w:t>
      </w:r>
      <w:r>
        <w:t>to ek aadmi ne, maine iska likha tha risale mein, ek aadmi gaya japan, to ek japanise usne poocha ke second world war ke zamane mein tum log bahut tabah ho gaye the,</w:t>
      </w:r>
    </w:p>
    <w:p>
      <w:pPr>
        <w:jc w:val="right"/>
      </w:pPr>
      <w:r>
        <w:t>توایکآدمینے، میںنے اسکا لکھاتھارسالےمیں، ایک آدمی گیا جاپان، تو ایک جاپانیسےاسنےپوچھا کہ سیکنڈورلڈوارکےزمان ےمیںتملوگبہت تباہہوگئےتھے،</w:t>
      </w:r>
    </w:p>
    <w:p>
      <w:r>
        <w:rPr>
          <w:b/>
        </w:rPr>
        <w:t xml:space="preserve">[38:13] </w:t>
      </w:r>
      <w:r>
        <w:t>ab khoob taraqqi ho gayi hai japan mein, to raaz kya hai?</w:t>
      </w:r>
    </w:p>
    <w:p>
      <w:pPr>
        <w:jc w:val="right"/>
      </w:pPr>
      <w:r>
        <w:t>ابخوبترقیہوگئیہےجاپانمیں،کہرازکیاہے؟</w:t>
      </w:r>
    </w:p>
    <w:p>
      <w:r>
        <w:rPr>
          <w:b/>
        </w:rPr>
        <w:t xml:space="preserve">[38:19] </w:t>
      </w:r>
      <w:r>
        <w:t>yani second world war jo hui thi, usmein woh 1939 se lekar 45 tak chalti thi, woh ladai.</w:t>
      </w:r>
    </w:p>
    <w:p>
      <w:pPr>
        <w:jc w:val="right"/>
      </w:pPr>
      <w:r>
        <w:t>یعنیسیکنڈورلڈوارجوہوئیتھی، اسمیں وہ 193 9سےلےکر 4 5 تک چلیتھی،وہلڑائی۔</w:t>
      </w:r>
    </w:p>
    <w:p>
      <w:r>
        <w:rPr>
          <w:b/>
        </w:rPr>
        <w:t xml:space="preserve">[38:29] </w:t>
      </w:r>
      <w:r>
        <w:t>tu ismein tum tabah hogaye thay, ab behtar taraqqi ho gayi tumhare haan. tu isne ise jawab kiya diya? isne kaha ke "After the war, I handed over my sword to an American officer." Kaisa ajeeb hai!</w:t>
      </w:r>
    </w:p>
    <w:p>
      <w:pPr>
        <w:jc w:val="right"/>
      </w:pPr>
      <w:r>
        <w:t>تو اسمیں تم تباہہوگئےتھے، ابخوبترقیہوگئیتمہارےہاں۔ تواسنےاسےجوابکیا دیا؟ اسنےکہاکہ "اف ٹر دی وار، ائیہینڈڈاوور مائیسوڈ ٹواین امریک نافیسر۔" کیساعجیبہے!</w:t>
      </w:r>
    </w:p>
    <w:p>
      <w:r>
        <w:rPr>
          <w:b/>
        </w:rPr>
        <w:t xml:space="preserve">[38:49] </w:t>
      </w:r>
      <w:r>
        <w:t>"af tur di war, i hended over my sword to an american officer." jang ke baad mein ne apni talwar ek amriki afsar ko de di thi, aur mein apna education mein, industry mein,</w:t>
      </w:r>
    </w:p>
    <w:p>
      <w:pPr>
        <w:jc w:val="right"/>
      </w:pPr>
      <w:r>
        <w:t>"اف ٹردی وار، ائیہینڈڈاوور مائیسوڈ ٹواینامریک نافیسر۔" جنگ کےبعد میںنےاپنیتلوار ایک امریکی افسر د ےدیتھی، اورمیں اپنا ایجوکیشنمیں، انڈسٹریمیں،</w:t>
      </w:r>
    </w:p>
    <w:p>
      <w:r>
        <w:rPr>
          <w:b/>
        </w:rPr>
        <w:t xml:space="preserve">[39:05] </w:t>
      </w:r>
      <w:r>
        <w:t>constructive cheezon mein hum log kaam karne lage. yeh hai ijtihad, yani unhon ne yeh natija nikala ke woh jo hamara phase tha, woh temporary phase tha, woh permanent nahi tha. permanent education hai,</w:t>
      </w:r>
    </w:p>
    <w:p>
      <w:pPr>
        <w:jc w:val="right"/>
      </w:pPr>
      <w:r>
        <w:t>کنسٹرکٹیو چیزوںمیں ہملوگ کام کرنے لگے۔ یہہے اجتہاد، یعنیانہوںنے یہنتیجہنکالاکہ کہ وہجوہمارا فیزتھا،وہٹیمپریریفیزتھا، وہپرماننٹنہیںتھا۔پرماننٹ ایجوکیشنہے،</w:t>
      </w:r>
    </w:p>
    <w:p>
      <w:r>
        <w:rPr>
          <w:b/>
        </w:rPr>
        <w:t xml:space="preserve">[39:20] </w:t>
      </w:r>
      <w:r>
        <w:t>permanent scientific development hai, yeh musalmanon mein nahi ho raha hai. yani koi mujtahid khada nahi hota, yeh kahe ke bhai yeh ladaai bhadaai thi, yeh yeh temporary phase tha, chhod do isko.</w:t>
      </w:r>
    </w:p>
    <w:p>
      <w:pPr>
        <w:jc w:val="right"/>
      </w:pPr>
      <w:r>
        <w:t>پرماننٹ سائنٹیفکڈیویلپمنٹہے، یہمسلمانوںمیںنہیںہورہاہے۔ یعنیکوئیمجتہدکھڑانہیںہوتا،یہکہےکہبھئییہلڑائیبھڑائیتھی، یہ یہٹیمپریریفیزتھا، چھوڑواسکو۔</w:t>
      </w:r>
    </w:p>
    <w:p>
      <w:r>
        <w:rPr>
          <w:b/>
        </w:rPr>
        <w:t xml:space="preserve">[39:33] </w:t>
      </w:r>
      <w:r>
        <w:t>permanent to da'wat hai, saare mauqe da'wat ke hain, isko avail karo. har taraf da'wat ke mauqe hi mauqe hain. yeh communication kya hai?</w:t>
      </w:r>
    </w:p>
    <w:p>
      <w:pPr>
        <w:jc w:val="right"/>
      </w:pPr>
      <w:r>
        <w:t>پرماننٹتودعوتہے، سارےمواقعدعوتکےہیں، اسکواویلکرو۔ ہرطرفدعوتکےمواقعہیمواقعہیں۔ یہکمیونیکیشنکیاہے؟</w:t>
      </w:r>
    </w:p>
    <w:p>
      <w:r>
        <w:rPr>
          <w:b/>
        </w:rPr>
        <w:t xml:space="preserve">[39:43] </w:t>
      </w:r>
      <w:r>
        <w:t>da'wat ke mauqe hain. multimedia kya hai? da'wat ke mauqe hain. printing press kya hai?</w:t>
      </w:r>
    </w:p>
    <w:p>
      <w:pPr>
        <w:jc w:val="right"/>
      </w:pPr>
      <w:r>
        <w:t>دعوتکےمواقعہیں۔ ملٹیمیڈیاکیاہے؟دعوتکےمواقع ہیں۔ پرنٹنگپریسکیاہے؟</w:t>
      </w:r>
    </w:p>
    <w:p>
      <w:r>
        <w:rPr>
          <w:b/>
        </w:rPr>
        <w:t xml:space="preserve">[39:49] </w:t>
      </w:r>
      <w:r>
        <w:t>da'wat ke mauqe hain. freedom jo aaj aayi hai, religious freedom, da'wat ke mauqe hain. interaction zyada hota hai, da'wat ke mauqe hain.</w:t>
      </w:r>
    </w:p>
    <w:p>
      <w:pPr>
        <w:jc w:val="right"/>
      </w:pPr>
      <w:r>
        <w:t>دعوتکےمواقعہیں۔ فریڈم جوآجآئیہے، ریلیجسفریڈم، دعوتکےمواقعہیں۔ انٹریکشنزیادہ ہوتاہے، دعوتکےمواقعہیں۔</w:t>
      </w:r>
    </w:p>
    <w:p>
      <w:r>
        <w:rPr>
          <w:b/>
        </w:rPr>
        <w:t xml:space="preserve">[40:00] </w:t>
      </w:r>
      <w:r>
        <w:t>saari duniya global ho gayi hai, da'wat ke mauqe hain. saari duniya mein, yani da'wa ka explosion ho chuka hai.</w:t>
      </w:r>
    </w:p>
    <w:p>
      <w:pPr>
        <w:jc w:val="right"/>
      </w:pPr>
      <w:r>
        <w:t>ساریدنیا گلوبلولیجبنگئیہے، دعوتکےمواقعہیں۔ ساریدنیا میں، یعنی دعویٰ انایکسپلوژنہوچکاہے۔</w:t>
      </w:r>
    </w:p>
    <w:p>
      <w:r>
        <w:rPr>
          <w:b/>
        </w:rPr>
        <w:t xml:space="preserve">[40:10] </w:t>
      </w:r>
      <w:r>
        <w:t>da'wa ka explosion har jagah da'wat ke mauqe hain. isko hum da'wa ka explosion kar sakte hain, lekin musalmanon ko is khabar na ho.</w:t>
      </w:r>
    </w:p>
    <w:p>
      <w:pPr>
        <w:jc w:val="right"/>
      </w:pPr>
      <w:r>
        <w:t>دعویٰایکسپلوژن ہرجگہدعوتکےمواقعہیں۔ اسکوہمدعویٰایکسپلوژنکرسکتےہیں،لیکن مسلمانوںکواسخبرنہیں۔</w:t>
      </w:r>
    </w:p>
    <w:p>
      <w:r>
        <w:rPr>
          <w:b/>
        </w:rPr>
        <w:t xml:space="preserve">[40:23] </w:t>
      </w:r>
      <w:r>
        <w:t>da'wa ka explosion ke ma'ne mein da'wat ka kaam nahi kar rahe, ladaai bhadaai ki hui hai.</w:t>
      </w:r>
    </w:p>
    <w:p>
      <w:pPr>
        <w:jc w:val="right"/>
      </w:pPr>
      <w:r>
        <w:t>دعویٰایکسپلوژنکےمعنیمیں دعوتیکام نہیں کررہے،لڑائیبھڑائی کیہوئیہے۔</w:t>
      </w:r>
    </w:p>
    <w:p>
      <w:r>
        <w:rPr>
          <w:b/>
        </w:rPr>
        <w:t xml:space="preserve">[40:29] </w:t>
      </w:r>
      <w:r>
        <w:t>jaise mein ne misaal di aapko teen hafton mein raha qahir mein, bohat se arabon se mila, aur da'wat ki baat ki, kuch ne dilchaspi nahi li.</w:t>
      </w:r>
    </w:p>
    <w:p>
      <w:pPr>
        <w:jc w:val="right"/>
      </w:pPr>
      <w:r>
        <w:t>جیسےمیںنےمثالدیکہآپکو تینہفتہمیںرہا قاہرہمیں، بہتسےعربوںسےملا، اور دعوتکیباتکی، کچھنےدلچسپینہیںلی۔</w:t>
      </w:r>
    </w:p>
    <w:p>
      <w:r>
        <w:rPr>
          <w:b/>
        </w:rPr>
        <w:t xml:space="preserve">[40:41] </w:t>
      </w:r>
      <w:r>
        <w:t>aur usi qahir mein ek million aadmi ikhatta ho gaye tahrir square mein, kyun? political naare par authority ko challenge karne ke liye.</w:t>
      </w:r>
    </w:p>
    <w:p>
      <w:pPr>
        <w:jc w:val="right"/>
      </w:pPr>
      <w:r>
        <w:t>اوراسیقاہرہمیں ایک ملینآدمی اکٹھاہوگئے تحریر سکوئرمیں، کیوں ؟ پولیٹیکل نعرےپر اتھارٹیکوچیلنجکرنےکےلیے۔</w:t>
      </w:r>
    </w:p>
    <w:p>
      <w:r>
        <w:rPr>
          <w:b/>
        </w:rPr>
        <w:t xml:space="preserve">[40:53] </w:t>
      </w:r>
      <w:r>
        <w:t>halanke natija kuch nahi. aap yaqeen kijiye ke natija kuch nikalne wala nahi hai.</w:t>
      </w:r>
    </w:p>
    <w:p>
      <w:pPr>
        <w:jc w:val="right"/>
      </w:pPr>
      <w:r>
        <w:t>حالانکہنتیجہکچھنہیں۔ آپ یقینکیجئےکہنتیجہکچھنکلنےوالانہیںہے۔</w:t>
      </w:r>
    </w:p>
    <w:p>
      <w:r>
        <w:rPr>
          <w:b/>
        </w:rPr>
        <w:t xml:space="preserve">[40:58] </w:t>
      </w:r>
      <w:r>
        <w:t>yeh 48 mein nahi nikla, natija 52 mein nahi nikla. iske baad ek ke baad ek aaye. times of India mein chhaapa tha, jab husni mubarak gaye to chhaapa tha ke woh "dictator goes".</w:t>
      </w:r>
    </w:p>
    <w:p>
      <w:pPr>
        <w:jc w:val="right"/>
      </w:pPr>
      <w:r>
        <w:t>یہ4 8 میںنہیں نکلا،نتیجہ 5 2میںنہیں نکلا۔اسکےبعد ایککےبعدایکآئے۔ ٹائمزآف انڈیامیں چھپاتھا ،جبحسنیمبارکگئے توچھپاتھاکہ وہ "ڈکٹیٹر گوز"۔</w:t>
      </w:r>
    </w:p>
    <w:p>
      <w:r>
        <w:rPr>
          <w:b/>
        </w:rPr>
        <w:t xml:space="preserve">[41:18] </w:t>
      </w:r>
      <w:r>
        <w:t>tu mein ne kaha ke nahi, yeh galat unwaan hai.</w:t>
      </w:r>
    </w:p>
    <w:p>
      <w:pPr>
        <w:jc w:val="right"/>
      </w:pPr>
      <w:r>
        <w:t>تومیںنےکہاکہنہیں،یہغلط عنوانہے۔</w:t>
      </w:r>
    </w:p>
    <w:p>
      <w:r>
        <w:rPr>
          <w:b/>
        </w:rPr>
        <w:t xml:space="preserve">[41:22] </w:t>
      </w:r>
      <w:r>
        <w:t>times of India mein kal ki kal ya parson chhaapa tha ke "dictator goes", yani husni mubarak jo dictator tha, woh gaya.</w:t>
      </w:r>
    </w:p>
    <w:p>
      <w:pPr>
        <w:jc w:val="right"/>
      </w:pPr>
      <w:r>
        <w:t>ٹائمزآفانڈیامیں کل کی کل یاپرسوںچھپاتھا کہ"ڈکٹیٹرگوز"، یعنیحسنیمبارکجوڈکٹیٹرتھا،وہگیا۔</w:t>
      </w:r>
    </w:p>
    <w:p>
      <w:r>
        <w:rPr>
          <w:b/>
        </w:rPr>
        <w:t xml:space="preserve">[41:31] </w:t>
      </w:r>
      <w:r>
        <w:t>mein ne kaha galat thi, nahi, yeh hona chahiye ke "one dictator goes, other dictator comes". yani ek dictator gaya, doosra dictator aa raha hai,</w:t>
      </w:r>
    </w:p>
    <w:p>
      <w:pPr>
        <w:jc w:val="right"/>
      </w:pPr>
      <w:r>
        <w:t>میںنےکہا غلطتھی، نہیں ، یہہوناچاہیےکہ "ونڈکٹیٹرگوز،ادرڈکٹیٹرکمز"۔ یعنی ایک ڈکٹیٹرگیا،دوسرا ڈکٹیٹرآرہاہے،</w:t>
      </w:r>
    </w:p>
    <w:p>
      <w:r>
        <w:rPr>
          <w:b/>
        </w:rPr>
        <w:t xml:space="preserve">[41:45] </w:t>
      </w:r>
      <w:r>
        <w:t>yeh hone wala hai. kyunke dekhiye, sab log samajhte hain ke wahan democracy aa rahi hai.</w:t>
      </w:r>
    </w:p>
    <w:p>
      <w:pPr>
        <w:jc w:val="right"/>
      </w:pPr>
      <w:r>
        <w:t>یہہونےوالاہے۔ کیونکہدیکھیے، سبلوگ سمجھتےہیںکہوہاںڈیموکریسیآرہیہے۔</w:t>
      </w:r>
    </w:p>
    <w:p>
      <w:r>
        <w:rPr>
          <w:b/>
        </w:rPr>
        <w:t xml:space="preserve">[41:53] </w:t>
      </w:r>
      <w:r>
        <w:t>president of America bhi samajhte hain ke democracy aa rahi hai. yeh bilkul hi, yani bilkul yeh democracy ko underestimate karna hai.</w:t>
      </w:r>
    </w:p>
    <w:p>
      <w:pPr>
        <w:jc w:val="right"/>
      </w:pPr>
      <w:r>
        <w:t>پریزنٹآفامریکہبھیسمجھتےہیںکہڈیموکریسیآرہیہے۔ یہ بالکل ہی، یعنی بالکل یہ ڈیموکریسیکوانڈرسٹیمیٹکرناہے۔</w:t>
      </w:r>
    </w:p>
    <w:p>
      <w:r>
        <w:rPr>
          <w:b/>
        </w:rPr>
        <w:t xml:space="preserve">[42:03] </w:t>
      </w:r>
      <w:r>
        <w:t>democracy ke liye kya chahiye?</w:t>
      </w:r>
    </w:p>
    <w:p>
      <w:pPr>
        <w:jc w:val="right"/>
      </w:pPr>
      <w:r>
        <w:t>ڈیموکریسیکےلیےکیاچاہیے؟</w:t>
      </w:r>
    </w:p>
    <w:p>
      <w:r>
        <w:rPr>
          <w:b/>
        </w:rPr>
        <w:t xml:space="preserve">[42:06] </w:t>
      </w:r>
      <w:r>
        <w:t>education chahiye, institutions chahiye, freedom chahiye, journalism chahiye, wahan ke muashre mein acceptance chahiye.</w:t>
      </w:r>
    </w:p>
    <w:p>
      <w:pPr>
        <w:jc w:val="right"/>
      </w:pPr>
      <w:r>
        <w:t>ایجوکیشنچاہیے، انسٹیٹیوشنزچاہیے، فریڈمچاہیے، جرنلزمچاہیے، وہاںکےمعاشرےمیں ایکسیپٹنسچاہیے۔</w:t>
      </w:r>
    </w:p>
    <w:p>
      <w:r>
        <w:rPr>
          <w:b/>
        </w:rPr>
        <w:t xml:space="preserve">[42:19] </w:t>
      </w:r>
      <w:r>
        <w:t>kuch bhi democratic values nahi hain, democratic tradition wahan kuch bhi nahi hai, kuch bhi nahi. democratic values ka matlab kya hai?</w:t>
      </w:r>
    </w:p>
    <w:p>
      <w:pPr>
        <w:jc w:val="right"/>
      </w:pPr>
      <w:r>
        <w:t>کچھبھی ڈیموکریٹکویلیوز نہیں ہیں، ڈیموکریٹکٹریڈیشنوہاںکچھبھینہیںہے، کچھبھینہیں ۔ ڈیموکریٹکویلیوزکامطلبکیاہے؟</w:t>
      </w:r>
    </w:p>
    <w:p>
      <w:r>
        <w:rPr>
          <w:b/>
        </w:rPr>
        <w:t xml:space="preserve">[42:31] </w:t>
      </w:r>
      <w:r>
        <w:t>dekhiye, jab bhi election hoga to ek jeetega, ek haarega. it's a bit natural, yeh to hona hi hona hai.</w:t>
      </w:r>
    </w:p>
    <w:p>
      <w:pPr>
        <w:jc w:val="right"/>
      </w:pPr>
      <w:r>
        <w:t>دیکھیے،جب بھی الیکشنہوگا تو ایک جیتےگا،ایکہارےگا۔ اٹازبٹنیچرل، یہتوہوناہیہوناہے۔</w:t>
      </w:r>
    </w:p>
    <w:p>
      <w:r>
        <w:rPr>
          <w:b/>
        </w:rPr>
        <w:t xml:space="preserve">[42:40] </w:t>
      </w:r>
      <w:r>
        <w:t>ek jeeta hai, ek haare. tu jin mulkon mein democracy chal rahi hai, jaise Britain mein, America mein, wahan ki tradition kya hai?</w:t>
      </w:r>
    </w:p>
    <w:p>
      <w:pPr>
        <w:jc w:val="right"/>
      </w:pPr>
      <w:r>
        <w:t>ایکجیتاہے،ایکہارے۔ تو جن ملکوںمیں ڈیموکریسی چلرہیہے، جیسےبرٹنمیں،امریک ہمیں، وہاں کیٹریڈیشنکیاہے؟</w:t>
      </w:r>
    </w:p>
    <w:p>
      <w:r>
        <w:rPr>
          <w:b/>
        </w:rPr>
        <w:t xml:space="preserve">[42:50] </w:t>
      </w:r>
      <w:r>
        <w:t>haarne wala pehla shakhs hota hai jo jeetne walon ko telegram bhejta hai mubarakbad ka.</w:t>
      </w:r>
    </w:p>
    <w:p>
      <w:pPr>
        <w:jc w:val="right"/>
      </w:pPr>
      <w:r>
        <w:t>ہارنےوالا پہلاشخصہوتاہےجو جیتنےوالوںکوٹیلیگرامبھیجتاہے مبارکبادکا ۔</w:t>
      </w:r>
    </w:p>
    <w:p>
      <w:r>
        <w:rPr>
          <w:b/>
        </w:rPr>
        <w:t xml:space="preserve">[42:57] </w:t>
      </w:r>
      <w:r>
        <w:t>jab bhi wahan koi jeetta hai aur aik aik haarta hai to sab se pehla telegram jo pohanchta hai jeetnay walay ke paas, woh woh haarne walay ka hota hai ke main mubarakbad deta hoon.</w:t>
      </w:r>
    </w:p>
    <w:p>
      <w:pPr>
        <w:jc w:val="right"/>
      </w:pPr>
      <w:r>
        <w:t>جب بھیوہاںکوئیجیتتاہے اور ایکایک ہارتاہے تو سبسے پہلاٹیلیگرامجو پہنچتاہےجیتنےوالےکےپاس، وہ وہ ہارنےوالے کاہوتاہے کہمیںم بارکباددیتاہوں۔</w:t>
      </w:r>
    </w:p>
    <w:p>
      <w:r>
        <w:rPr>
          <w:b/>
        </w:rPr>
        <w:t xml:space="preserve">[43:09] </w:t>
      </w:r>
      <w:r>
        <w:t>hamaray mulkon mein yeh baat hai hi nahin, yaani muslim countries mein log jaantay hain nahin ke defeat ko accept karna yeh hi to, yaani jarr hai democracy ki.</w:t>
      </w:r>
    </w:p>
    <w:p>
      <w:pPr>
        <w:jc w:val="right"/>
      </w:pPr>
      <w:r>
        <w:t>ہمارے ملکوںمیںیہباتہےہینہیں، یعنیمسلم کنٹریزمیںلوگجانتےہینہیںکہڈیفیٹکوایکسیپٹکرنا یہیتو ،یعنی جڑہے ڈیموکریسیکی۔</w:t>
      </w:r>
    </w:p>
    <w:p>
      <w:r>
        <w:rPr>
          <w:b/>
        </w:rPr>
        <w:t xml:space="preserve">[43:23] </w:t>
      </w:r>
      <w:r>
        <w:t>democracy begins from here. we have to accept your defeat.</w:t>
      </w:r>
    </w:p>
    <w:p>
      <w:pPr>
        <w:jc w:val="right"/>
      </w:pPr>
      <w:r>
        <w:t>ڈیموکریسیبگنزفرامہیر۔ ویہیوٹوایکسیپٹیورڈیفیٹ۔</w:t>
      </w:r>
    </w:p>
    <w:p>
      <w:r>
        <w:rPr>
          <w:b/>
        </w:rPr>
        <w:t xml:space="preserve">[43:28] </w:t>
      </w:r>
      <w:r>
        <w:t>agar aap yeh chahen ke mujhe woh jeetna hai to democracy nahin aaye gi. to is se pehle bar bar yeh hua hai ke jo haara, us ne apni haar maani nahin, to democracy aayi nahin.</w:t>
      </w:r>
    </w:p>
    <w:p>
      <w:pPr>
        <w:jc w:val="right"/>
      </w:pPr>
      <w:r>
        <w:t>اگرآپیہچاہیںکہمجھےوہجیتناہے تو ڈیموکریسیکبھینہیںآئےگی۔ تواسسےپہلے باربار یہہواہےکہ جو ہارا،اسنےاپنیہارکومانانہیں، تو ڈیموکریسیآئیبھینہیں۔</w:t>
      </w:r>
    </w:p>
    <w:p>
      <w:r>
        <w:rPr>
          <w:b/>
        </w:rPr>
        <w:t xml:space="preserve">[43:42] </w:t>
      </w:r>
      <w:r>
        <w:t>har muslim mulk jahan par democracy ka naam diya gaya hai, wahan yahi hua hai ke jo haara, us ne apni haar ko nahin maana. to hungama, hungama, hungama.</w:t>
      </w:r>
    </w:p>
    <w:p>
      <w:pPr>
        <w:jc w:val="right"/>
      </w:pPr>
      <w:r>
        <w:t>ہر مسلمملکجہاںپرڈیموکریسیکانامدیاگیاہے، وہاںیہیہواہے کہجو ہارا، اسنےاپنیہارکونہیںمانا۔ توہنگامہ،ہنگامہ،ہنگامہ۔</w:t>
      </w:r>
    </w:p>
    <w:p>
      <w:r>
        <w:rPr>
          <w:b/>
        </w:rPr>
        <w:t xml:space="preserve">[43:55] </w:t>
      </w:r>
      <w:r>
        <w:t>to Misr mein democratic tradition nahin hai, democratic muashra nahin bana hai,</w:t>
      </w:r>
    </w:p>
    <w:p>
      <w:pPr>
        <w:jc w:val="right"/>
      </w:pPr>
      <w:r>
        <w:t>تو مصر میں ڈیموکریٹکٹریڈیشننہیںہے، ڈیموکریٹک معاشرہنہیںبناہے،</w:t>
      </w:r>
    </w:p>
    <w:p>
      <w:r>
        <w:rPr>
          <w:b/>
        </w:rPr>
        <w:t xml:space="preserve">[44:01] </w:t>
      </w:r>
      <w:r>
        <w:t>democratic requirement nahin bana hai. yaani koi bhi cheez nahin hai jo democracy ke liye zaroori hai. to democracy kahan se aa jaye gi?</w:t>
      </w:r>
    </w:p>
    <w:p>
      <w:pPr>
        <w:jc w:val="right"/>
      </w:pPr>
      <w:r>
        <w:t>ڈیموکریٹکوائرمنٹنہیںبناہے۔ یعنیکوئیبھی چیزنہیںہےجو ڈیموکریسیکےلیےضروریہے۔ تو ڈیموکریسیکہاںسےآجائےگی؟</w:t>
      </w:r>
    </w:p>
    <w:p>
      <w:r>
        <w:rPr>
          <w:b/>
        </w:rPr>
        <w:t xml:space="preserve">[44:10] </w:t>
      </w:r>
      <w:r>
        <w:t>koi mazaaq woh hai nahin, yaani aisi hai jaisay khet bana hua na ho, na jotta gaya ho,</w:t>
      </w:r>
    </w:p>
    <w:p>
      <w:pPr>
        <w:jc w:val="right"/>
      </w:pPr>
      <w:r>
        <w:t>کوئیمذاقتوہےنہیں، یعنیایسیہےجیسے کھیت بناہوانہہو ، نہجو تاگیاہو،</w:t>
      </w:r>
    </w:p>
    <w:p>
      <w:r>
        <w:rPr>
          <w:b/>
        </w:rPr>
        <w:t xml:space="preserve">[44:18] </w:t>
      </w:r>
      <w:r>
        <w:t>na jota gaya ho, na is mein khaad daali gayi ho, na is ko tayyar kiya gaya ho. to kya apne aap se fasal ug jaye gi? baarish ho gi, tab bhi nahin ugay gi fasal, ghaas ghaas ugay gi. yaani first of all, you have to prepare</w:t>
      </w:r>
    </w:p>
    <w:p>
      <w:pPr>
        <w:jc w:val="right"/>
      </w:pPr>
      <w:r>
        <w:t>نہ جوکھادڈالیگئیہو، نہ اسکوتیارکیاگیاہو ۔ توکیا اپنےآپسےفصلاگجائےگی؟ بارشہوگی،تببھینہیںاگےگیفصل ،گھاس گھاساگےگی۔یعنیفرسٹ آفآل،یوہیوٹو پریپیئر</w:t>
      </w:r>
    </w:p>
    <w:p>
      <w:r>
        <w:rPr>
          <w:b/>
        </w:rPr>
        <w:t xml:space="preserve">[44:34] </w:t>
      </w:r>
      <w:r>
        <w:t>the society. first of all, you have to develop the democratic traditions.</w:t>
      </w:r>
    </w:p>
    <w:p>
      <w:pPr>
        <w:jc w:val="right"/>
      </w:pPr>
      <w:r>
        <w:t>دا سوسائٹی۔ فرسٹ آفآل،یوہیوٹو، یعنی ڈیولپدا ڈیموکریٹکٹریڈیشنز۔</w:t>
      </w:r>
    </w:p>
    <w:p>
      <w:r>
        <w:rPr>
          <w:b/>
        </w:rPr>
        <w:t xml:space="preserve">[44:45] </w:t>
      </w:r>
      <w:r>
        <w:t>first of all, you have to establish democratic constitutions. first of all, you have to bring about a journalism, democratic journalism.</w:t>
      </w:r>
    </w:p>
    <w:p>
      <w:pPr>
        <w:jc w:val="right"/>
      </w:pPr>
      <w:r>
        <w:t>فرسٹآفآل،یوہیوٹو اسٹیبلش ڈیموکریٹکانسٹیٹیوشنز۔ فرسٹآفآل،یوہیوٹو برنگاباؤٹ ا جرنلزم، ڈیموکریٹکجرنلزم۔</w:t>
      </w:r>
    </w:p>
    <w:p>
      <w:r>
        <w:rPr>
          <w:b/>
        </w:rPr>
        <w:t xml:space="preserve">[44:59] </w:t>
      </w:r>
      <w:r>
        <w:t>to Misr mein aur kisi mulk mein yeh sab hai hi nahin. to khaali wohi wohi cheez hai, yeh shaitani nafsiyat.</w:t>
      </w:r>
    </w:p>
    <w:p>
      <w:pPr>
        <w:jc w:val="right"/>
      </w:pPr>
      <w:r>
        <w:t>تو مصر میںاورکسی ملکمیںیہسب ہےہینہیں۔ تو خالیوہی وہیچیزہے، یہشیطانینفسیات۔</w:t>
      </w:r>
    </w:p>
    <w:p>
      <w:r>
        <w:rPr>
          <w:b/>
        </w:rPr>
        <w:t xml:space="preserve">[45:07] </w:t>
      </w:r>
      <w:r>
        <w:t>authority ko humein qabool nahin karna hai, woh to bohat aasan hai. yaani authority ko qabool na karne ka yeh sab saakhtana hai, baqi is ka jamhooriyat se koi taaluq nahin hai.</w:t>
      </w:r>
    </w:p>
    <w:p>
      <w:pPr>
        <w:jc w:val="right"/>
      </w:pPr>
      <w:r>
        <w:t>اتھارٹیکوہمیں قبولنہیںکرناہے، وہتوبہتآسانہے۔ یعنیاتھارٹیکو قبول نہکرنےکا یہسب ساخت انہہے، باقی اسکا جمہوریتسےکوئیتعلقنہیں۔</w:t>
      </w:r>
    </w:p>
    <w:p>
      <w:r>
        <w:rPr>
          <w:b/>
        </w:rPr>
        <w:t xml:space="preserve">[45:24] </w:t>
      </w:r>
      <w:r>
        <w:t>yaani is se pehle aap dekhiye, isi Misr mein king farooq ko hataya gaya, general najeeb ko hataya gaya, nasser ko hataya gaya, aboo saad ko hataya gaya, aboo hassan mubarak ko hataya</w:t>
      </w:r>
    </w:p>
    <w:p>
      <w:pPr>
        <w:jc w:val="right"/>
      </w:pPr>
      <w:r>
        <w:t>یعنیاسسےپہلےآپدیکھیے،اسی مصر میں کنگفاروق کوہٹایاگیا، جنرلنجیبکوہٹایاگیا، ناصرکوہٹایاگیا، ابوسعدکوہٹایاگیا،ابوحسنیمبارککوہٹایا</w:t>
      </w:r>
    </w:p>
    <w:p>
      <w:r>
        <w:rPr>
          <w:b/>
        </w:rPr>
        <w:t xml:space="preserve">[45:37] </w:t>
      </w:r>
      <w:r>
        <w:t>gaya. to democracy nahin aayi, kyun? democracy ke liye wahan par halaat nahin hain.</w:t>
      </w:r>
    </w:p>
    <w:p>
      <w:pPr>
        <w:jc w:val="right"/>
      </w:pPr>
      <w:r>
        <w:t>گیا۔ تو ڈیموکریسینہیںآئی، کیوں ؟ ڈیموکریسیکےلیےوہاںپرحالاتنہیںہیں۔</w:t>
      </w:r>
    </w:p>
    <w:p>
      <w:r>
        <w:rPr>
          <w:b/>
        </w:rPr>
        <w:t xml:space="preserve">[45:45] </w:t>
      </w:r>
      <w:r>
        <w:t>to yeh to insaan ke andar shaitan activate karta hai ke authority ko challenge karo. to bohat kaafi hai ke shaitan ghuse ga aap ke andar, authority ko challenge karne ka sooda de ga.</w:t>
      </w:r>
    </w:p>
    <w:p>
      <w:pPr>
        <w:jc w:val="right"/>
      </w:pPr>
      <w:r>
        <w:t>تویہتو انسان کےاندر شیطانایکٹیویٹکرتاہےکہ اتھارٹیکوچیلنجکرو۔ تو بہت کافیہےکہشیطانگھسےگاآپکےاندر، اتھارٹیکوچیلنجکرنےکاسوقدےگا۔</w:t>
      </w:r>
    </w:p>
    <w:p>
      <w:r>
        <w:rPr>
          <w:b/>
        </w:rPr>
        <w:t xml:space="preserve">[45:59] </w:t>
      </w:r>
      <w:r>
        <w:t>to yeh to tabahi ka lesson hai jo shaitan sikhaye ga aap ko. baqi ek koi, yaani positive sense mein democracy ko laana, is ke liye to wahan par kaam karna parhe ga,</w:t>
      </w:r>
    </w:p>
    <w:p>
      <w:pPr>
        <w:jc w:val="right"/>
      </w:pPr>
      <w:r>
        <w:t>تویہتو تخریبیلیسنہے جو شیطانسکھائےگاآپکو ۔ باقی ایککوئی ،یعنی پازیٹیوسینسمیں ڈیموکریسیکولانا، اسکےلیےتووہاںپرکامکرناپڑےگا،</w:t>
      </w:r>
    </w:p>
    <w:p>
      <w:r>
        <w:rPr>
          <w:b/>
        </w:rPr>
        <w:t xml:space="preserve">[46:12] </w:t>
      </w:r>
      <w:r>
        <w:t>democratic tradition qaim karni parhe gi. woh hai hi nahin.</w:t>
      </w:r>
    </w:p>
    <w:p>
      <w:pPr>
        <w:jc w:val="right"/>
      </w:pPr>
      <w:r>
        <w:t>ڈیموکریٹک ٹریڈیشن قائمکرنیپڑےگی۔ وہ ہےہینہیں۔</w:t>
      </w:r>
    </w:p>
    <w:p>
      <w:r>
        <w:rPr>
          <w:b/>
        </w:rPr>
        <w:t xml:space="preserve">[46:21] </w:t>
      </w:r>
      <w:r>
        <w:t>ek dilchasp qissa mujhe yaad aata hai ke India ke ek nawab sahib gaye</w:t>
      </w:r>
    </w:p>
    <w:p>
      <w:pPr>
        <w:jc w:val="right"/>
      </w:pPr>
      <w:r>
        <w:t>ایک دلچسپقصہمجھےیادآتاہے کہانڈیاکے ایک نوابصاحب گئے</w:t>
      </w:r>
    </w:p>
    <w:p>
      <w:r>
        <w:rPr>
          <w:b/>
        </w:rPr>
        <w:t xml:space="preserve">[46:31] </w:t>
      </w:r>
      <w:r>
        <w:t>Britain, to wahan Oxford university dekhne gaye. woh to Oxford university ka jo laan hai, bohat mashhoor hai, ek bohat umda laan hai. is ka yeh ab se paanch sau saal pehle bani thi. woh Oxford university paanch sau saal pehle bani</w:t>
      </w:r>
    </w:p>
    <w:p>
      <w:pPr>
        <w:jc w:val="right"/>
      </w:pPr>
      <w:r>
        <w:t>برطانیہ ،تووہاںآکسفورڈ یونیورسٹیدیکھنےگئے۔وہ تو آکسفورڈیونیورسٹیکاجولانہے،بہت مشہورہے،ایکبہتعمدہلانہے۔اسکا یہابسےپانچ سوسالپہلے بنی تھی۔وہ آکسفورڈیونیورسٹیپانچسوسالپہلےبنی</w:t>
      </w:r>
    </w:p>
    <w:p>
      <w:r>
        <w:rPr>
          <w:b/>
        </w:rPr>
        <w:t xml:space="preserve">[46:46] </w:t>
      </w:r>
      <w:r>
        <w:t>thi, to is ke laan bohat achhe hain. to unhon ne dekha to kaha ke bulaya is ka jo head mali tha,</w:t>
      </w:r>
    </w:p>
    <w:p>
      <w:pPr>
        <w:jc w:val="right"/>
      </w:pPr>
      <w:r>
        <w:t>تھی، تواسکےلانبہتاچھےہیں۔ توانہوںنے دیکھاتوکہاکہ بلایااسکاجو ہیڈمالیتھا،</w:t>
      </w:r>
    </w:p>
    <w:p>
      <w:r>
        <w:rPr>
          <w:b/>
        </w:rPr>
        <w:t xml:space="preserve">[46:54] </w:t>
      </w:r>
      <w:r>
        <w:t>head mali jo in ka park ka laan ka, to kaha ke hum apni kothi mein aisi laan dekhna chahte hain.</w:t>
      </w:r>
    </w:p>
    <w:p>
      <w:pPr>
        <w:jc w:val="right"/>
      </w:pPr>
      <w:r>
        <w:t>ہیڈمالیجو انکا پار ککا لانکا، تو کہاکہہماپنی کوٹھیمیںایسیلاندیکھناچاہتےہیں۔</w:t>
      </w:r>
    </w:p>
    <w:p>
      <w:r>
        <w:rPr>
          <w:b/>
        </w:rPr>
        <w:t xml:space="preserve">[47:06] </w:t>
      </w:r>
      <w:r>
        <w:t>yaani India ke nawab sahib ne kaha ke hum apni kothi mein aisi laan dekhna chahte hain, to batao. to unhon ne kaha ke sarkaar, bohat aasan hai, woh bohat aasan hai.</w:t>
      </w:r>
    </w:p>
    <w:p>
      <w:pPr>
        <w:jc w:val="right"/>
      </w:pPr>
      <w:r>
        <w:t>یعنی انڈیاکے نوابصاحبنےکہاکہہماپنیکوٹھیمیں ایسیلاندیکھناچاہتےہیں، تو بتاؤ۔ توانہوںنےکہاکہسرکار،بہت آسانہے،وہ بہت آسانہے۔</w:t>
      </w:r>
    </w:p>
    <w:p>
      <w:r>
        <w:rPr>
          <w:b/>
        </w:rPr>
        <w:t xml:space="preserve">[47:18] </w:t>
      </w:r>
      <w:r>
        <w:t>aap ki kothimein zameen tohogihi, line isko level karwadijiye aur isko bar bar khudaai kijiyega, khaad daaliye aur phir ismein ghaas boorh dijiye, ghaas kaat te rahiyega.</w:t>
      </w:r>
    </w:p>
    <w:p>
      <w:pPr>
        <w:jc w:val="right"/>
      </w:pPr>
      <w:r>
        <w:t>آپ کیکوٹھیمیںزمین توہوگیہی، لائن اسکو لیولکروادیجئے اور اسکو باربارکھدائیکیجئے، کھادڈالیے اور پھراسمیں گھاس بوڑھدیجئے،گھاس کاٹتےرہیے۔</w:t>
      </w:r>
    </w:p>
    <w:p>
      <w:r>
        <w:rPr>
          <w:b/>
        </w:rPr>
        <w:t xml:space="preserve">[47:34] </w:t>
      </w:r>
      <w:r>
        <w:t>jab paanch sau saal beet jayenge toh aap ki kothimein aisi laan maujood hoga.</w:t>
      </w:r>
    </w:p>
    <w:p>
      <w:pPr>
        <w:jc w:val="right"/>
      </w:pPr>
      <w:r>
        <w:t>جب پانچسو سالبیتجائیںگےتوآپ کی کوٹھیمیںایسیلانموجود ہوگا۔</w:t>
      </w:r>
    </w:p>
    <w:p>
      <w:r>
        <w:rPr>
          <w:b/>
        </w:rPr>
        <w:t xml:space="preserve">[47:46] </w:t>
      </w:r>
      <w:r>
        <w:t>it takes 500 years to have a university like Oxford University. So, this is the problem with democracy that for democracy, it is necessary that you have that kind of education, that kind of environment, that kind of society, that tradition, but here there is nothing.</w:t>
      </w:r>
    </w:p>
    <w:p>
      <w:pPr>
        <w:jc w:val="right"/>
      </w:pPr>
      <w:r>
        <w:t>اٹریکوائرز 5 00ایئرز ٹوہیو الان لائک آکسفورڈیونیورس ٹی۔ تو ایسےڈیموکریسیکامعاملہہے کہ ڈیموکریسیکےلیے ضرورتہےکہآپ کےپاس ویسیایجوکیشنہو،ویساماحولہو ، وہیسوسائٹیہو، وہی ٹریڈیشنہو، یاتوکچھبھینہیںہے۔</w:t>
      </w:r>
    </w:p>
    <w:p>
      <w:r>
        <w:rPr>
          <w:b/>
        </w:rPr>
        <w:t xml:space="preserve">[48:08] </w:t>
      </w:r>
      <w:r>
        <w:t>to wahi hoga ke unhon ne arz kiya ke "one dictator goes, other dictator comes". is se pehle ho chuka hai, wahi ab bhi hoga.</w:t>
      </w:r>
    </w:p>
    <w:p>
      <w:pPr>
        <w:jc w:val="right"/>
      </w:pPr>
      <w:r>
        <w:t>تووہیہوگاکہ انہوںنےعرضکیا کہ "ون ڈکٹیٹرگوز، ادرڈکٹیٹرکمز"۔ اسسےپہلےہوچکاہے، وہیاببھیہوگا۔</w:t>
      </w:r>
    </w:p>
    <w:p>
      <w:r>
        <w:rPr>
          <w:b/>
        </w:rPr>
        <w:t xml:space="preserve">[48:21] </w:t>
      </w:r>
      <w:r>
        <w:t>to yeh bohat hi aasan politics hai ke aap authority ko challenge karen. sab se aasan politics yeh hai, kyun ke shaitan already maujood hai activate karne ke liye, already maujood hai aap ka saath dene ke liye.</w:t>
      </w:r>
    </w:p>
    <w:p>
      <w:pPr>
        <w:jc w:val="right"/>
      </w:pPr>
      <w:r>
        <w:t>تو یہ بہت ہی آسان پولیٹکسہےکہآپ اتھارٹیکوچیلنجکریں۔ سبسےآسانپولیٹکسیہہے، کیونکہ شیطان الریڈیموجود ہے ایکٹیویٹکرنےکےلیے، الریڈیموجود ہےآپکاساتھدینےکےلیے۔</w:t>
      </w:r>
    </w:p>
    <w:p>
      <w:r>
        <w:rPr>
          <w:b/>
        </w:rPr>
        <w:t xml:space="preserve">[48:37] </w:t>
      </w:r>
      <w:r>
        <w:t>yani jab aap anti authority ke nare lagate hain to poora shaitan ka lashkar aa jata hai, aap ki madad ke liye aa jata hai. is liye bohat aasan hai.</w:t>
      </w:r>
    </w:p>
    <w:p>
      <w:pPr>
        <w:jc w:val="right"/>
      </w:pPr>
      <w:r>
        <w:t>یعنیجبآپ اینٹیاتھارٹینعرےلگاتےہیں تو پوریشیطانکالشکرآ جاتاہے،آپکیمددکےلیےآجاتا ہے۔ اسلیےبہت آسانہے۔</w:t>
      </w:r>
    </w:p>
    <w:p>
      <w:r>
        <w:rPr>
          <w:b/>
        </w:rPr>
        <w:t xml:space="preserve">[48:53] </w:t>
      </w:r>
      <w:r>
        <w:t>si em jor ne yeh bhi yeh baat likhi hai, si em jor ke sab se aasan politics hai authority ko challenge karna aur sab se mushkil politics hai society ko banana.</w:t>
      </w:r>
    </w:p>
    <w:p>
      <w:pPr>
        <w:jc w:val="right"/>
      </w:pPr>
      <w:r>
        <w:t>سیایمجوڑنےیہبھییہ باتلکھیہے، سیایمجوڑ کہسبسےآسان پولیٹکسہے اتھارٹیکوچیلنجکرنا اورسبسےمشکلپولیٹکسہے سوسائٹیکوبن انا۔</w:t>
      </w:r>
    </w:p>
    <w:p>
      <w:r>
        <w:rPr>
          <w:b/>
        </w:rPr>
        <w:t xml:space="preserve">[49:09] </w:t>
      </w:r>
      <w:r>
        <w:t>to wohi kar rahe hain log.</w:t>
      </w:r>
    </w:p>
    <w:p>
      <w:pPr>
        <w:jc w:val="right"/>
      </w:pPr>
      <w:r>
        <w:t>تو وہیکررہےہیںلوگ۔</w:t>
      </w:r>
    </w:p>
    <w:p>
      <w:r>
        <w:rPr>
          <w:b/>
        </w:rPr>
        <w:t xml:space="preserve">[49:13] </w:t>
      </w:r>
      <w:r>
        <w:t>is mein ek baat yeh bhi hai, dekhiye, jo kehte hain anti incumbency factor kaam karta hai.</w:t>
      </w:r>
    </w:p>
    <w:p>
      <w:pPr>
        <w:jc w:val="right"/>
      </w:pPr>
      <w:r>
        <w:t>اسمیں ایک باتیہبھیہے،دیکھیے، جوکہتےہیں اینٹی انکمبیسیوفیکٹر کامکرتاہے۔</w:t>
      </w:r>
    </w:p>
    <w:p>
      <w:r>
        <w:rPr>
          <w:b/>
        </w:rPr>
        <w:t xml:space="preserve">[49:22] </w:t>
      </w:r>
      <w:r>
        <w:t>anti incumbency factor yeh hai ke jo hukumat karta hai, jo hakim hota hai, us se hamesha logon ko koi shikayat rehti hai.</w:t>
      </w:r>
    </w:p>
    <w:p>
      <w:pPr>
        <w:jc w:val="right"/>
      </w:pPr>
      <w:r>
        <w:t>اینٹی انکمبیسیوفیکٹریہہے کہ جو حکومت کرتاہے، جو حاکمہوتاہے، اسسےہمیشہلوگوںکوکوئیشکایترہتیہے۔</w:t>
      </w:r>
    </w:p>
    <w:p>
      <w:r>
        <w:rPr>
          <w:b/>
        </w:rPr>
        <w:t xml:space="preserve">[49:32] </w:t>
      </w:r>
      <w:r>
        <w:t>yani shikayat rahegi, rahegi. yani chahe kitne achhe hukmaran hon, jaise rasool Allah (SAW) to paighambar the, un ke bare mein keh diya ek musalman ne ke "wallah ma adaltu,</w:t>
      </w:r>
    </w:p>
    <w:p>
      <w:pPr>
        <w:jc w:val="right"/>
      </w:pPr>
      <w:r>
        <w:t>یعنی شک ایت رہےگی، رہےگی۔ یعنیچاہے کتنےاچھےحکمرانہوں، جیسےرسولاللہصلیاللہعلیہوسلم توپیغمبر تھے، انکےبارےمیںکہہدیا ایک مس لماننے کہ"واللہ معادلتھا،</w:t>
      </w:r>
    </w:p>
    <w:p>
      <w:r>
        <w:rPr>
          <w:b/>
        </w:rPr>
        <w:t xml:space="preserve">[49:47] </w:t>
      </w:r>
      <w:r>
        <w:t>aap ne insaaf nahi kiya". hazrat umar ke bare mein yeh hua ke aap ne insaaf nahi kiya, un ko un ko maar dala.</w:t>
      </w:r>
    </w:p>
    <w:p>
      <w:pPr>
        <w:jc w:val="right"/>
      </w:pPr>
      <w:r>
        <w:t>آپ نےانصافنہیںکیا"۔ حضرتعمرکےبارےمیںیہہوا کہآپنےانصافنہیںکیا،انکو انکو مارڈالا۔</w:t>
      </w:r>
    </w:p>
    <w:p>
      <w:r>
        <w:rPr>
          <w:b/>
        </w:rPr>
        <w:t xml:space="preserve">[49:58] </w:t>
      </w:r>
      <w:r>
        <w:t>to dekhiye, anti incumbency factor jo maujood rehta hai hamesha, jo us ko istemal kare, woh shaitan ke rastay par chal raha hai. woh</w:t>
      </w:r>
    </w:p>
    <w:p>
      <w:pPr>
        <w:jc w:val="right"/>
      </w:pPr>
      <w:r>
        <w:t>تودیکھیے،این ٹی انکمبیسیوفیکٹرجو موجود ہیرہتاہےہمیشہ، جواسکواستعمال کرے، وہ شیطانکےراستےپرچلرہاہے۔وہ</w:t>
      </w:r>
    </w:p>
    <w:p>
      <w:r>
        <w:rPr>
          <w:b/>
        </w:rPr>
        <w:t xml:space="preserve">[50:11] </w:t>
      </w:r>
      <w:r>
        <w:t>anti incumbency factor ko istemal karke log jeet te hain, woh shaitan ki jeet hoti hai, woh</w:t>
      </w:r>
    </w:p>
    <w:p>
      <w:pPr>
        <w:jc w:val="right"/>
      </w:pPr>
      <w:r>
        <w:t>این ٹیانکمبیسیوفیکٹرکواستعمال کرکےلوگجیتتےہیں، وہشیطانکیجیتہوتیہے،وہ</w:t>
      </w:r>
    </w:p>
    <w:p>
      <w:r>
        <w:rPr>
          <w:b/>
        </w:rPr>
        <w:t xml:space="preserve">[50:19] </w:t>
      </w:r>
      <w:r>
        <w:t>woh shaitan ki jeet hoti hai. woh</w:t>
      </w:r>
    </w:p>
    <w:p>
      <w:pPr>
        <w:jc w:val="right"/>
      </w:pPr>
      <w:r>
        <w:t>وہشیطانکیجیتہوتیہے۔وہ</w:t>
      </w:r>
    </w:p>
    <w:p>
      <w:r>
        <w:rPr>
          <w:b/>
        </w:rPr>
        <w:t xml:space="preserve">[50:23] </w:t>
      </w:r>
      <w:r>
        <w:t>us ko achhe se samajh lijiye, hamesha hukmaran ke khilaf shikayat hoti hai. hazrat sulaiman king the, un ke khilaf bhi shikayat ho gayi. quran bhi maujood hai,</w:t>
      </w:r>
    </w:p>
    <w:p>
      <w:pPr>
        <w:jc w:val="right"/>
      </w:pPr>
      <w:r>
        <w:t>اسکواچھےسےسمجھلیجئے، ہمیشہ حکمرانکےخلاف شکایتہوتیہے۔ حضرتسلیمانکنگتھے،انکےخلاف بھیشکایتہوگئی۔قرآنبھیموجود ہے،</w:t>
      </w:r>
    </w:p>
    <w:p>
      <w:r>
        <w:rPr>
          <w:b/>
        </w:rPr>
        <w:t xml:space="preserve">[50:37] </w:t>
      </w:r>
      <w:r>
        <w:t>quran mein padh lijiye, hazrat usman ke khilaf bhi shikayat ho gayi, rasool Allah ke khilaf shikayat ho gayi, hazrat umar ke khilaf shikayat ho gayi. yeh hai anti incumbency factor.</w:t>
      </w:r>
    </w:p>
    <w:p>
      <w:pPr>
        <w:jc w:val="right"/>
      </w:pPr>
      <w:r>
        <w:t>قرآنمیںپڑھلیجئے،حضرتعثمانکےخلافبھیشکایتہوگئی، رسولاللہکےخلاف شکایتہوگئی، حضرتعمرکےخلافشکایتہوگئی۔ یہہے اینٹیانکمبیسیوفیکٹر۔</w:t>
      </w:r>
    </w:p>
    <w:p>
      <w:r>
        <w:rPr>
          <w:b/>
        </w:rPr>
        <w:t xml:space="preserve">[50:50] </w:t>
      </w:r>
      <w:r>
        <w:t>to anti incumbency factor to hota hi hota hai hamesha. agar aap us ko lein to aap shaitan ka poora lashkar aa jayega, aap ki madad par aap ko crowd mil jayega, thar thar crowd milega, kyun ke already logon ke pata hai woh jazba maujood hai,</w:t>
      </w:r>
    </w:p>
    <w:p>
      <w:pPr>
        <w:jc w:val="right"/>
      </w:pPr>
      <w:r>
        <w:t>تواینٹی انکمبیسیوفیکٹرتوہوتاہیہوتاہےہمیشہ۔ اگر آپ اسکولیںتوآپ شیطان کا پورالشکرآجائےگا،آپکی مد دپر آپ کو کراؤڈملجائےگا،تھراتھرکراؤڈملےگا، کیونکہالریڈیلوگوںکےپتہہےوہجذبہموجود ہے،</w:t>
      </w:r>
    </w:p>
    <w:p>
      <w:r>
        <w:rPr>
          <w:b/>
        </w:rPr>
        <w:t xml:space="preserve">[51:06] </w:t>
      </w:r>
      <w:r>
        <w:t>lekin yeh koi kaam nahi hai. musalman ki aainatij woh hai, woh sirf ek hai, woh hai dawat, sirf dawat .</w:t>
      </w:r>
    </w:p>
    <w:p>
      <w:pPr>
        <w:jc w:val="right"/>
      </w:pPr>
      <w:r>
        <w:t>لیکن یہکوئیکامنہیں ہے۔ مس لمان کی آئینتیجوہے،وہصرفایکہے، وہہے دعوت، صرفدعوت ۔</w:t>
      </w:r>
    </w:p>
    <w:p>
      <w:r>
        <w:rPr>
          <w:b/>
        </w:rPr>
        <w:t xml:space="preserve">[51:19] </w:t>
      </w:r>
      <w:r>
        <w:t>quran mein hai ke "rasool shaheed aleikum "</w:t>
      </w:r>
    </w:p>
    <w:p>
      <w:pPr>
        <w:jc w:val="right"/>
      </w:pPr>
      <w:r>
        <w:t>قرآنمیںہےکہ"رس ول شہید علیکم "</w:t>
      </w:r>
    </w:p>
    <w:p>
      <w:r>
        <w:rPr>
          <w:b/>
        </w:rPr>
        <w:t xml:space="preserve">[51:25] </w:t>
      </w:r>
      <w:r>
        <w:t>yani rasool gawah bane logon ke upar, aur tum gawah bante raho. aage har musalman mein</w:t>
      </w:r>
    </w:p>
    <w:p>
      <w:pPr>
        <w:jc w:val="right"/>
      </w:pPr>
      <w:r>
        <w:t>یعنیرسول گواہبنے لوگوںکےاوپر، اورتم گواہبنتےرہو۔آ گےہرنسلمیں</w:t>
      </w:r>
    </w:p>
    <w:p>
      <w:r>
        <w:rPr>
          <w:b/>
        </w:rPr>
        <w:t xml:space="preserve">[51:33] </w:t>
      </w:r>
      <w:r>
        <w:t>to rasool ka jo kaam tha, woh yeh hi tha dawat. baad ki jo tum musalman ho, uska kaam yeh hoga dawat, dawat, dawat, dawat. har musalman mein, har generation mein.</w:t>
      </w:r>
    </w:p>
    <w:p>
      <w:pPr>
        <w:jc w:val="right"/>
      </w:pPr>
      <w:r>
        <w:t>تورسولکاجوکامتھا، وہیہیتھا دعوت۔ بعد کیجوامتمسلمہہے،اسکا کام یہہوگا دعوت،دعوت،دعوت،دعوت۔ہرنسلمیں، ہر جنریشنمیں۔</w:t>
      </w:r>
    </w:p>
    <w:p>
      <w:r>
        <w:rPr>
          <w:b/>
        </w:rPr>
        <w:t xml:space="preserve">[51:45] </w:t>
      </w:r>
      <w:r>
        <w:t>yeh hadith mein bhi hai, bukhari mein riwayat hai, is mein do lafz aate hain. ek mein lafz hai "antum shuhada Allah fil ardh", ek mein hai "al musalmoon shuhada Allah fil ardh".</w:t>
      </w:r>
    </w:p>
    <w:p>
      <w:pPr>
        <w:jc w:val="right"/>
      </w:pPr>
      <w:r>
        <w:t>یہحدیثمیںبھیہے، بخ اریمیںروایتہے،اسمیںدولفظآتےہیں۔ ایک میںلفظہے" انتم شہداء اللہ فیالارض" ،ایک میںہے" المسلمونشہداءاللہ فیالارض"۔</w:t>
      </w:r>
    </w:p>
    <w:p>
      <w:r>
        <w:rPr>
          <w:b/>
        </w:rPr>
        <w:t xml:space="preserve">[51:59] </w:t>
      </w:r>
      <w:r>
        <w:t>yeh do lafz aate hain bukhari mein: "antum shuhada Allah fil ardh", doosre mein hai "al musalmoon shuhada Allah fil ardh". yani aap ki aainati bata di hai rasool Allah (SAW) ne ke tumhari aainati yeh hai ke tum daci ho,</w:t>
      </w:r>
    </w:p>
    <w:p>
      <w:pPr>
        <w:jc w:val="right"/>
      </w:pPr>
      <w:r>
        <w:t>یہدولفظآتےہیںبخاری میں: "انت مشہداء اللہ فیالارض" ،دوسرےمیںہے"المسلمونشہداءاللہ فیالارض" ۔یعنی آپ کیآئینتیبتادیہےرسولاللہصلیاللہعلیہوسلمنےکہتمہاریآئینتییہہےکہتمداعیہو،</w:t>
      </w:r>
    </w:p>
    <w:p>
      <w:r>
        <w:rPr>
          <w:b/>
        </w:rPr>
        <w:t xml:space="preserve">[52:13] </w:t>
      </w:r>
      <w:r>
        <w:t>logon ke upar dawat ka kaam karna hai.</w:t>
      </w:r>
    </w:p>
    <w:p>
      <w:pPr>
        <w:jc w:val="right"/>
      </w:pPr>
      <w:r>
        <w:t>لوگوںکےاوپردعوتکاکامکرناہے۔</w:t>
      </w:r>
    </w:p>
    <w:p>
      <w:r>
        <w:rPr>
          <w:b/>
        </w:rPr>
        <w:t xml:space="preserve">[52:17] </w:t>
      </w:r>
      <w:r>
        <w:t>dekhiye, agar aap daci ka dawat ka kaam karna chahen to koi rukawat nahi hai, kuch bhi nahi . is zamane mein saare mawaqe aap ke liye hain, koi rukawat nahi, koi ladai nahi, koi kuch nahi.</w:t>
      </w:r>
    </w:p>
    <w:p>
      <w:pPr>
        <w:jc w:val="right"/>
      </w:pPr>
      <w:r>
        <w:t>دیکھیے،اگر آپداعی کا دعوتکاکامکرناچاہیں توکوئیرکاوٹہینہیں، کچھبھی نہیں ۔ اسزمانےمیں سارےمواقعآپکےلیے ہیں، کوئی رکاوٹنہیں،کوئیلڑائینہیں،کوئیکچھنہیں۔</w:t>
      </w:r>
    </w:p>
    <w:p>
      <w:r>
        <w:rPr>
          <w:b/>
        </w:rPr>
        <w:t xml:space="preserve">[52:34] </w:t>
      </w:r>
      <w:r>
        <w:t>lekin dawat ka kaam ke liye kyun nahi tayyar hote log? dawat ke liye aap ko insaan se mohabbat karni padti hai. aap ne le hai woh shikayat hai, woh anti incumbency factor kaam kar raha hai.</w:t>
      </w:r>
    </w:p>
    <w:p>
      <w:pPr>
        <w:jc w:val="right"/>
      </w:pPr>
      <w:r>
        <w:t>لیکن دعوتکاکام کےلیےکیوںنہیںتیارہوتےلوگ؟ دعوتکےلیےآپکو انسانسے محبتکرنیپڑتیہے۔ آپ نےلیہےوہشکایتہے، وہیاینٹی انکمبیسیوفیکٹرکامکررہاہے۔</w:t>
      </w:r>
    </w:p>
    <w:p>
      <w:r>
        <w:rPr>
          <w:b/>
        </w:rPr>
        <w:t xml:space="preserve">[52:46] </w:t>
      </w:r>
      <w:r>
        <w:t>har admi shikayatein liye hue hain, hukoomat yeh nahi kiya, hukoomat woh nahi kiya. to woh shikaayat to hazrat sulaiman se hui , rasool Allah se hui , hazrat umar se hui.</w:t>
      </w:r>
    </w:p>
    <w:p>
      <w:pPr>
        <w:jc w:val="right"/>
      </w:pPr>
      <w:r>
        <w:t>ہرآدمیشکایتیںلیےہوئےہیں،حکومت یہنہیںکیا،حکومت وہنہیںکیا۔ تووہ شک ایتتوحضرتسلیمانسےہوئی ، رسولاللہسےہوئی ، حضرتعمر سےہوئی۔</w:t>
      </w:r>
    </w:p>
    <w:p>
      <w:r>
        <w:rPr>
          <w:b/>
        </w:rPr>
        <w:t xml:space="preserve">[52:57] </w:t>
      </w:r>
      <w:r>
        <w:t>to anti anti anti factor jo hai, woh hamesha maujood rehta hai. yani hukmaran se nafrat, hukmaran se shikaayat, hukmaran mein ghalati nikalna, yeh rehta hai rehta hai.</w:t>
      </w:r>
    </w:p>
    <w:p>
      <w:pPr>
        <w:jc w:val="right"/>
      </w:pPr>
      <w:r>
        <w:t>تو این ٹیانکمبیسیوفیکٹرجوہے،وہہمیشہموجود رہتاہے۔ یعنیحکمرانسےنفرت، حکمرانسےشکایت، حکمرانمیںغلطی نکالنا، یہ رہتاہیرہتاہے۔</w:t>
      </w:r>
    </w:p>
    <w:p>
      <w:r>
        <w:rPr>
          <w:b/>
        </w:rPr>
        <w:t xml:space="preserve">[53:11] </w:t>
      </w:r>
      <w:r>
        <w:t>aur jab isko aap yani address karenge, is nafsiyat ko to sab bharka uthenge log, kyunke pehle se hi woh bharke hue the, pehle se unke andar yeh jazba tha ke hukoomat jo hai, ghalat kar rahi hai.</w:t>
      </w:r>
    </w:p>
    <w:p>
      <w:pPr>
        <w:jc w:val="right"/>
      </w:pPr>
      <w:r>
        <w:t>اور جب اسکوآپ یعنی ایڈریسکریںگے، اساسنفسیاتکو تو سببھڑکاٹھیںگےلوگ، کیونکہپہلےہیسےوہ بھڑکےہوئےتھے، پہلے سےانکےاندریہجذبہتھاکہ حکومت جوہے، غلطکررہیہے۔</w:t>
      </w:r>
    </w:p>
    <w:p>
      <w:r>
        <w:rPr>
          <w:b/>
        </w:rPr>
        <w:t xml:space="preserve">[53:28] </w:t>
      </w:r>
      <w:r>
        <w:t>to hukoomat ke mamle mein aapko yeh karna hai ke jo status quo hai, usko maan lijiye. Islam ka usool hai political status quoism, jo status quo hai, usko maan lijiye. bas usko badalne ki koshish mat kijiye.</w:t>
      </w:r>
    </w:p>
    <w:p>
      <w:pPr>
        <w:jc w:val="right"/>
      </w:pPr>
      <w:r>
        <w:t>تو حکومت کےمعاملےمیںآپکو یہکرناہےکہ جو اسٹیٹسکوہے،اسکومانلیجئے۔ اسلام کااصولہےپولیٹیکلاسٹیٹسکو ئزم، جو اسٹیٹسکوہے،اسکومانلیجئے۔بس اسکوبدلنےکیکوششمتکیجئے۔</w:t>
      </w:r>
    </w:p>
    <w:p>
      <w:r>
        <w:rPr>
          <w:b/>
        </w:rPr>
        <w:t xml:space="preserve">[53:43] </w:t>
      </w:r>
      <w:r>
        <w:t>badalne ki koshish karenge to wohi hoga, wohi party chalegi. aap politics of opposition,</w:t>
      </w:r>
    </w:p>
    <w:p>
      <w:pPr>
        <w:jc w:val="right"/>
      </w:pPr>
      <w:r>
        <w:t>بدلنےکیکوششکریںگےتووہی ہوگا، وہیپارٹیچلےگی۔ آپپولیٹکسآفاپوزیشن،</w:t>
      </w:r>
    </w:p>
    <w:p>
      <w:r>
        <w:rPr>
          <w:b/>
        </w:rPr>
        <w:t xml:space="preserve">[53:56] </w:t>
      </w:r>
      <w:r>
        <w:t>yeh hai kahani, aur kahani ka aaghaz wahan se hota hai ke logon ne, yani ulma ne, ulma fail ho gaye ijtihad karne mein.</w:t>
      </w:r>
    </w:p>
    <w:p>
      <w:pPr>
        <w:jc w:val="right"/>
      </w:pPr>
      <w:r>
        <w:t>یہہے کہانی، اورکہانیکاآغاز وہاںسےہوتاہےکہلوگ وںنے، یعنیعلماء نے، علم اء فیل ہوگئےاجتہادکرنے میں۔</w:t>
      </w:r>
    </w:p>
    <w:p>
      <w:r>
        <w:rPr>
          <w:b/>
        </w:rPr>
        <w:t xml:space="preserve">[54:07] </w:t>
      </w:r>
      <w:r>
        <w:t>woh permanent ko, permanent ko temporary se alag nahi kar sake. woh jo cheez waqti taur par hissa ban gayi thi Muslim community ka, samajh lein ke yeh hi mustaqil hissa hai.</w:t>
      </w:r>
    </w:p>
    <w:p>
      <w:pPr>
        <w:jc w:val="right"/>
      </w:pPr>
      <w:r>
        <w:t>وہ پرمان نٹکو، پرماننٹکو ٹیمپریریسےالگنہیںکرسکے۔وہ جو چیز وق تیطورپر حصہبنگئیتھی مسلم کمیونٹیکا، سمجھلیںکہیہیمستقلحصہہے۔</w:t>
      </w:r>
    </w:p>
    <w:p>
      <w:r>
        <w:rPr>
          <w:b/>
        </w:rPr>
        <w:t xml:space="preserve">[54:33] </w:t>
      </w:r>
      <w:r>
        <w:t>mein ek misaal deta hoon ke kis tarah koi permanent, kis tarah koi cheez jo hai, temporary hissa hoti hai. woh jaise Quran majeed mein dekhein, yeh hai ke "a'iddu al muslato min quwwah" yani dushman ke khilaf quwwat jama karo.</w:t>
      </w:r>
    </w:p>
    <w:p>
      <w:pPr>
        <w:jc w:val="right"/>
      </w:pPr>
      <w:r>
        <w:t>میں ایکمثالدیتاہوں کہ کسطرح کوئی پرماننٹ، کسطرحکوئی چیز جوہے، ٹیمپریریحصہہوتیہے۔وہ جیسےقرآنمجیدمیںدیکھیں، یہہے کہ"اعد والمس طۃ منقوۃ" یعنی دشمن کےخلاف قوتجمعکرو۔</w:t>
      </w:r>
    </w:p>
    <w:p>
      <w:r>
        <w:rPr>
          <w:b/>
        </w:rPr>
        <w:t xml:space="preserve">[54:55] </w:t>
      </w:r>
      <w:r>
        <w:t>quwwat dushman ke khilaf quwwat jama karo.</w:t>
      </w:r>
    </w:p>
    <w:p>
      <w:pPr>
        <w:jc w:val="right"/>
      </w:pPr>
      <w:r>
        <w:t>قوت دشمنکےخلاف قوتجمع کرو۔</w:t>
      </w:r>
    </w:p>
    <w:p>
      <w:r>
        <w:rPr>
          <w:b/>
        </w:rPr>
        <w:t xml:space="preserve">[55:00] </w:t>
      </w:r>
      <w:r>
        <w:t>hadees mein aata hai ke "la inna al quwwata al ramy", "la inna al quwwata al ramy" yani quwwat se murad hai teer chalana. yeh kya temporary?</w:t>
      </w:r>
    </w:p>
    <w:p>
      <w:pPr>
        <w:jc w:val="right"/>
      </w:pPr>
      <w:r>
        <w:t>حدیثمیںآتاہےکہ "لا إنالقوة الرمي"،"لاإنالقوة الرمي" یعنیقوتسےمرادہے تیرچلانا۔ یہکیا ٹیمپریری؟</w:t>
      </w:r>
    </w:p>
    <w:p>
      <w:r>
        <w:rPr>
          <w:b/>
        </w:rPr>
        <w:t xml:space="preserve">[55:13] </w:t>
      </w:r>
      <w:r>
        <w:t>yeh yeh ek ek temporary iska interpretation tha. Rasool Allah ke zamane mein teer chalane ki ahmiyat thi.</w:t>
      </w:r>
    </w:p>
    <w:p>
      <w:pPr>
        <w:jc w:val="right"/>
      </w:pPr>
      <w:r>
        <w:t>یہ یہ ایک ایکٹیمپریری اسکا انٹرپریٹیشنتھا۔ رسولاللہکےزمان ےمیں تیرچلانےکیاہمیتتھی۔</w:t>
      </w:r>
    </w:p>
    <w:p>
      <w:r>
        <w:rPr>
          <w:b/>
        </w:rPr>
        <w:t xml:space="preserve">[55:22] </w:t>
      </w:r>
      <w:r>
        <w:t>ab koi ahmiyat thi iski? ab koi agar teer kaman jama kare to kya woh jeet jayega?</w:t>
      </w:r>
    </w:p>
    <w:p>
      <w:pPr>
        <w:jc w:val="right"/>
      </w:pPr>
      <w:r>
        <w:t>ابکوئیاہمیتتھیاسکی ؟ابکوئیاگر تیرکمانجمع کرے تو کیاوہجیتجائےگا؟</w:t>
      </w:r>
    </w:p>
    <w:p>
      <w:r>
        <w:rPr>
          <w:b/>
        </w:rPr>
        <w:t xml:space="preserve">[55:31] </w:t>
      </w:r>
      <w:r>
        <w:t>is par badi behas hui thi Turkey mein. jab Turkey mein, yani jis zamane mein Turkey mein hukoomat thi, Musalmanon ki khilafat qaim thi, to bahut behas hui.</w:t>
      </w:r>
    </w:p>
    <w:p>
      <w:pPr>
        <w:jc w:val="right"/>
      </w:pPr>
      <w:r>
        <w:t>اسپربڑیبحثہوئیتھیترکیمیں۔ جبترکیمیں، یعنی جسزمانےمیںترکیمیںحکومت تھی،مسلمانوںکیخلافتقائمتھی، تو بہت بحثہوئی۔</w:t>
      </w:r>
    </w:p>
    <w:p>
      <w:r>
        <w:rPr>
          <w:b/>
        </w:rPr>
        <w:t xml:space="preserve">[55:42] </w:t>
      </w:r>
      <w:r>
        <w:t>to unhone yeh faisla kiya ke yeh yeh temporary fiz tha, permanent fiz nahi tha. to wahan par is liye kiya ke wahan par to hukoomat ka dabao tha, lekin aur jo bade bade cheezein hain, is mein woh is usool ko apply nahi kar sake ke temporary ko permanent se alag karein.</w:t>
      </w:r>
    </w:p>
    <w:p>
      <w:pPr>
        <w:jc w:val="right"/>
      </w:pPr>
      <w:r>
        <w:t>تو انہوںنے یہفیصلہکیاکہیہ یہ ٹیمپریریفیزتھا، پرماننٹفیزنہیںتھا۔ تووہاںپراسلیےکیاکہوہاںپرتو حکومت کادباؤتھا، لیکن اورجوبڑےبڑےچیزیںہیں،اسمیں وہ اسیاصولکواپلائینہیںکرسکے کہٹیمپریریکو پرماننٹسےالگکریں۔</w:t>
      </w:r>
    </w:p>
    <w:p>
      <w:r>
        <w:rPr>
          <w:b/>
        </w:rPr>
        <w:t xml:space="preserve">[56:04] </w:t>
      </w:r>
      <w:r>
        <w:t>to yeh jo ladai bhadai hai, yeh temporary fiz tha Islam ka. asal jo hai, woh hai dawat, woh permanent hai. woh to to you have to separate the permanent from the temporary.</w:t>
      </w:r>
    </w:p>
    <w:p>
      <w:pPr>
        <w:jc w:val="right"/>
      </w:pPr>
      <w:r>
        <w:t>تو یہ جو لڑائیبھڑائیہے، یہٹیمپریریفیزتھااسلام کا ۔ اصلجوہے، وہہے دعوت، وہ پرماننٹہے۔وہ تو تویوہیوٹو سیپریٹ دا پرمان نٹ فرامدی ٹیمپریری۔</w:t>
      </w:r>
    </w:p>
    <w:p>
      <w:r>
        <w:rPr>
          <w:b/>
        </w:rPr>
        <w:t xml:space="preserve">[56:20] </w:t>
      </w:r>
      <w:r>
        <w:t>tab ja kar ke yahi ijtihad darkar hai. aaj aisa ijtihad ki zaroorat hai.</w:t>
      </w:r>
    </w:p>
    <w:p>
      <w:pPr>
        <w:jc w:val="right"/>
      </w:pPr>
      <w:r>
        <w:t>تبجاکرکے یہی اجتہاددرکارہے۔ آجاسیاجتہادکیضرورتہے۔</w:t>
      </w:r>
    </w:p>
    <w:p>
      <w:r>
        <w:rPr>
          <w:b/>
        </w:rPr>
        <w:t xml:space="preserve">[56:29] </w:t>
      </w:r>
      <w:r>
        <w:t>yeh agar nahi karenge Musalman to ladte rahenge, marte rahenge, ladte rahenge, marte rahenge, kabhi khatam nahi hoga. yani jo temporary tha, usi mein jeete rahenge, ladte marte rahenge, jaise ke abhi kah raha hai.</w:t>
      </w:r>
    </w:p>
    <w:p>
      <w:pPr>
        <w:jc w:val="right"/>
      </w:pPr>
      <w:r>
        <w:t>یہاگرنہیں کریںگےمس لمان تو لڑتےرہیںگے،مرتےرہیںگے،لڑتےرہیںگے،مرتےرہیںگے،کبھیختمنہیںہوگا۔ یعنیجوٹیمپریریتھا، اسیمیںجیتےرہیںگے، لڑکےمرتےرہیںگے، جیسےکہابتکہورہاہے۔</w:t>
      </w:r>
    </w:p>
    <w:p>
      <w:r>
        <w:rPr>
          <w:b/>
        </w:rPr>
        <w:t xml:space="preserve">[56:46] </w:t>
      </w:r>
      <w:r>
        <w:t>to yeh hai masla ke Musalmanon ne apni identity jo hai, discover nahi ki. identity hamari kya hai? hum daai hain, hum ruler nahi hain, hum khalifa nahi hain,</w:t>
      </w:r>
    </w:p>
    <w:p>
      <w:pPr>
        <w:jc w:val="right"/>
      </w:pPr>
      <w:r>
        <w:t>تویہہے مسئلہ کہمسلمانوںنےاپنی آئینتیجوہے، ڈسکورنہیںکی۔ آئینتیہماریکیاہے؟ہمداعیہیں، ہمرورنہیں ہیں،ہمخلیفہنہیںہیں،</w:t>
      </w:r>
    </w:p>
    <w:p>
      <w:r>
        <w:rPr>
          <w:b/>
        </w:rPr>
        <w:t xml:space="preserve">[57:04] </w:t>
      </w:r>
      <w:r>
        <w:t>daai hain. daai ka matlab kya hai? aapko insaan se mohabbat karna hai, insaan ka khair khwah banna hai, mad friendly behaviour apnana hai,</w:t>
      </w:r>
    </w:p>
    <w:p>
      <w:pPr>
        <w:jc w:val="right"/>
      </w:pPr>
      <w:r>
        <w:t>داعیہیں۔ داعیکامطلبکیاہے؟آپکوانسانسےمحبتکرناہے، انسان کاخیرخواہبنناہے، مادوفرینڈلیبیہیویئراپناناہے،</w:t>
      </w:r>
    </w:p>
    <w:p>
      <w:r>
        <w:rPr>
          <w:b/>
        </w:rPr>
        <w:t xml:space="preserve">[57:16] </w:t>
      </w:r>
      <w:r>
        <w:t>aur bahut hi seriously mutala karna hai insaan ka ke kaise iska mind address ho, kaise iska mind address ho. kyunke aapko dil ko badalna hai, mind ko badalna hai,</w:t>
      </w:r>
    </w:p>
    <w:p>
      <w:pPr>
        <w:jc w:val="right"/>
      </w:pPr>
      <w:r>
        <w:t>اور بہت ہی سیریسلی مطالعہکرناہےانسانکا کہکیسےاسکامائنڈایڈریسہو، کیسےاسکامائنڈایڈریسہو۔کیونکہآپ کودل کوبدلناہے، مائنڈکوبدلناہے،</w:t>
      </w:r>
    </w:p>
    <w:p>
      <w:r>
        <w:rPr>
          <w:b/>
        </w:rPr>
        <w:t xml:space="preserve">[57:30] </w:t>
      </w:r>
      <w:r>
        <w:t>to samajhna hai ke iska mind, iski soch kya hai,</w:t>
      </w:r>
    </w:p>
    <w:p>
      <w:pPr>
        <w:jc w:val="right"/>
      </w:pPr>
      <w:r>
        <w:t>توسمجھناہےکہاسکامائنڈ،اسکیسوچکیا ہے،</w:t>
      </w:r>
    </w:p>
    <w:p>
      <w:r>
        <w:rPr>
          <w:b/>
        </w:rPr>
        <w:t xml:space="preserve">[57:34] </w:t>
      </w:r>
      <w:r>
        <w:t>kis cheez ko woh ahmiyat deta hai, kis ko ahmiyat nahi deta. to dawat ka taqaza yeh hai ke aap insaan se mohabbat karein, insaan se taleef aqal ka mamla karein, insaan ko samajhne ki koshish karein,</w:t>
      </w:r>
    </w:p>
    <w:p>
      <w:pPr>
        <w:jc w:val="right"/>
      </w:pPr>
      <w:r>
        <w:t>کسچیزکووہ اہمیتدیتاہے،کسکواہمیتنہیںدیتا۔ تو دعوتکا تقاضایہہےکہآپانسانسےمحبتکریں، انسان سےتعلیفعقلکامعاملہکریں، انسانکوسمجھنےکیکوششکریں،</w:t>
      </w:r>
    </w:p>
    <w:p>
      <w:r>
        <w:rPr>
          <w:b/>
        </w:rPr>
        <w:t xml:space="preserve">[57:48] </w:t>
      </w:r>
      <w:r>
        <w:t>apne ko tayyar karein ke aap iske mind ko address kar sakein, aur aakhri had tak takrao se bachein. jahan takrao aaya, dawat khatam.</w:t>
      </w:r>
    </w:p>
    <w:p>
      <w:pPr>
        <w:jc w:val="right"/>
      </w:pPr>
      <w:r>
        <w:t>اپنےکوتیار کریںکہآپاسکےمائنڈکوایڈریسکرسکیں، اور آخریحدتک ٹکراؤسےبچیں۔ جہاںٹکراؤآیا، دعوتختم۔</w:t>
      </w:r>
    </w:p>
    <w:p>
      <w:r>
        <w:rPr>
          <w:b/>
        </w:rPr>
        <w:t xml:space="preserve">[58:00] </w:t>
      </w:r>
      <w:r>
        <w:t>takrao aaya to nafrat aayegi,</w:t>
      </w:r>
    </w:p>
    <w:p>
      <w:pPr>
        <w:jc w:val="right"/>
      </w:pPr>
      <w:r>
        <w:t>ٹکراؤآیاتونفرتآئےگی،</w:t>
      </w:r>
    </w:p>
    <w:p>
      <w:r>
        <w:rPr>
          <w:b/>
        </w:rPr>
        <w:t xml:space="preserve">[58:03] </w:t>
      </w:r>
      <w:r>
        <w:t>takrao aaya to dushmani aayegi.</w:t>
      </w:r>
    </w:p>
    <w:p>
      <w:pPr>
        <w:jc w:val="right"/>
      </w:pPr>
      <w:r>
        <w:t>ٹکراؤآیاتودشمنیآئےگی۔</w:t>
      </w:r>
    </w:p>
    <w:p>
      <w:r>
        <w:rPr>
          <w:b/>
        </w:rPr>
        <w:t xml:space="preserve">[58:08] </w:t>
      </w:r>
      <w:r>
        <w:t>agar hum takrao ka rasta ikhtiyar karein to wahan to dushmani aye gi, nafrat aye gi, doori aye gi, we and they concept paida hoga.</w:t>
      </w:r>
    </w:p>
    <w:p>
      <w:pPr>
        <w:jc w:val="right"/>
      </w:pPr>
      <w:r>
        <w:t>اگرہم ٹکراؤکاراستہاختیارکریں تو وہاںتودشمنیآئےگی، نفرتآئےگی، دوریآئےگی، وی اینڈدےکانسیپٹپیدا ہوگا۔</w:t>
      </w:r>
    </w:p>
    <w:p>
      <w:r>
        <w:rPr>
          <w:b/>
        </w:rPr>
        <w:t xml:space="preserve">[58:22] </w:t>
      </w:r>
      <w:r>
        <w:t>to dawat mein dawat chalti hai mohabbat par, aur party chalti hai nafrat par.</w:t>
      </w:r>
    </w:p>
    <w:p>
      <w:pPr>
        <w:jc w:val="right"/>
      </w:pPr>
      <w:r>
        <w:t>تو دعوتمیں دعوتچلتیہےمحبتپر، اور پارٹیچلتیہے نفرتپر۔</w:t>
      </w:r>
    </w:p>
    <w:p>
      <w:r>
        <w:rPr>
          <w:b/>
        </w:rPr>
        <w:t xml:space="preserve">[58:31] </w:t>
      </w:r>
      <w:r>
        <w:t>mein dua karta hoon ke Allah ta'ala hum ko aur aap ko daai banaye. Aqoolu qawli hadha wa astaghfirullaha li wa lakum jamieen.</w:t>
      </w:r>
    </w:p>
    <w:p>
      <w:pPr>
        <w:jc w:val="right"/>
      </w:pPr>
      <w:r>
        <w:t>میں دعاکرتاہوںکہاللہتعالیہمکواورآپکو داعیبن ائے۔ اقولقولیھذا واستغفراللہعلیک ماجمعین۔</w:t>
      </w:r>
    </w:p>
    <w:p>
      <w:r>
        <w:rPr>
          <w:b/>
        </w:rPr>
        <w:t xml:space="preserve">[58:53] </w:t>
      </w:r>
      <w:r>
        <w:t>Mr. Abul Ibrahim Khalilullah ne Pakistan se likha hai: "Rasool Allah ke sadqe se aksar log dua aur madad mangte hain.</w:t>
      </w:r>
    </w:p>
    <w:p>
      <w:pPr>
        <w:jc w:val="right"/>
      </w:pPr>
      <w:r>
        <w:t>مسٹر ابوابراہیم خلیل اللہنے پاکستانسے لکھاہے: "رسول اللہ کے صدقےسے اکثر لوگ دعااور مد د مانگتےہیں۔</w:t>
      </w:r>
    </w:p>
    <w:p>
      <w:r>
        <w:rPr>
          <w:b/>
        </w:rPr>
        <w:t xml:space="preserve">[59:04] </w:t>
      </w:r>
      <w:r>
        <w:t>aise logon ke peeche namaz parhna theek hai ya nahi? Quran aur Sunnat ki roshni mein rehnumai farmayein."</w:t>
      </w:r>
    </w:p>
    <w:p>
      <w:pPr>
        <w:jc w:val="right"/>
      </w:pPr>
      <w:r>
        <w:t>ایسےلوگوںکےپیچھے نماز پڑھناٹھیک ہے یانہیں ؟ قرآناور سن تکیروشنیمیں رہ نمائیفرمائیں۔"</w:t>
      </w:r>
    </w:p>
    <w:p>
      <w:r>
        <w:rPr>
          <w:b/>
        </w:rPr>
        <w:t xml:space="preserve">[59:13] </w:t>
      </w:r>
      <w:r>
        <w:t>dekhein, namaz har ek ke peeche parhna chahiye. Madad to sirf Allah se mangna chahiye, woh sahi hai, lekin is ko le kar aap namaz na parhein, yeh galat hai.</w:t>
      </w:r>
    </w:p>
    <w:p>
      <w:pPr>
        <w:jc w:val="right"/>
      </w:pPr>
      <w:r>
        <w:t>دیکھیں،نماز ہرایککےپیچھےپڑھناچاہیے۔ مد دتوصرفاللہسےمانگناچاہیے،وہصحیحہے، لیکن اسکولےکرکےآپنمازنہپڑھیں،یہغلطہے۔</w:t>
      </w:r>
    </w:p>
    <w:p>
      <w:r>
        <w:rPr>
          <w:b/>
        </w:rPr>
        <w:t xml:space="preserve">[59:24] </w:t>
      </w:r>
      <w:r>
        <w:t>kyun ke is mein riwayat hai ke "sallu khalfa kulli bir wa fazil". Is ka amal is ke sath, aap ka amal apne sath.</w:t>
      </w:r>
    </w:p>
    <w:p>
      <w:pPr>
        <w:jc w:val="right"/>
      </w:pPr>
      <w:r>
        <w:t>کیونکہ اسمیںروایتہےکہ"صلوخلفکل بر فاضل"۔ اسکا عمل اسکےساتھ ،آپ کاعمل اپنےساتھ ۔</w:t>
      </w:r>
    </w:p>
    <w:p>
      <w:r>
        <w:rPr>
          <w:b/>
        </w:rPr>
        <w:t xml:space="preserve">[59:32] </w:t>
      </w:r>
      <w:r>
        <w:t>namaz dekhein, tanzeem ke liye hoti hai. Bahut bari ghalat fehmi hai</w:t>
      </w:r>
    </w:p>
    <w:p>
      <w:pPr>
        <w:jc w:val="right"/>
      </w:pPr>
      <w:r>
        <w:t>نمازدیکھیں،تنظیمکےلیےہوتیہے۔بہت بڑیغلطفہمیہے</w:t>
      </w:r>
    </w:p>
    <w:p>
      <w:r>
        <w:rPr>
          <w:b/>
        </w:rPr>
        <w:t xml:space="preserve">[59:36] </w:t>
      </w:r>
      <w:r>
        <w:t>ke imam ke se aap ki namaz achi ho gi, imam se aap ki namaz behtar ho gi. Bilkul galat hai yeh. Paighambar ke peeche bhi namaz parhein, aap tab bhi aap ki namaz apni namaz ho gi.</w:t>
      </w:r>
    </w:p>
    <w:p>
      <w:pPr>
        <w:jc w:val="right"/>
      </w:pPr>
      <w:r>
        <w:t>کہ امام کے سےآپکینمازاچھیہوگی،امامسےآپکینمازبریہوگی۔ بالکل غلطہےیہ۔ پیغمبرکےپیچھےبھینمازپڑھیں،آپ تببھیآپ کینمازاپنینمازہوگی۔</w:t>
      </w:r>
    </w:p>
    <w:p>
      <w:r>
        <w:rPr>
          <w:b/>
        </w:rPr>
        <w:t xml:space="preserve">[59:50] </w:t>
      </w:r>
      <w:r>
        <w:t>Paighambar ki wajah se aap ki namaz achi nahi ho jaye gi. To yeh bahut bara galat masla hai ke log fatwe dete hain ke falan ke peeche namaz jaiz nahi, falan ke peeche namaz jaiz nahi.</w:t>
      </w:r>
    </w:p>
    <w:p>
      <w:pPr>
        <w:jc w:val="right"/>
      </w:pPr>
      <w:r>
        <w:t>پیغمبرکیوجہسےآپکینمازاچھینہیںہوجائےگی۔ تو یہبہت بڑا غلطمسئلہہےکہلوگ فتوےدیتےہیں کہ فلاںکےپیچھےنمازجائزنہیں،فلاںکےپیچھےنمازجائزنہیں۔</w:t>
      </w:r>
    </w:p>
    <w:p>
      <w:r>
        <w:rPr>
          <w:b/>
        </w:rPr>
        <w:t xml:space="preserve">[1:00:00] </w:t>
      </w:r>
      <w:r>
        <w:t>namaz mein jo imam hota hai, woh baraye tanzeem hota hai.</w:t>
      </w:r>
    </w:p>
    <w:p>
      <w:pPr>
        <w:jc w:val="right"/>
      </w:pPr>
      <w:r>
        <w:t>نماز میںجو امامہوتاہے،وہ برائےتنظیمہوتاہے۔</w:t>
      </w:r>
    </w:p>
    <w:p>
      <w:r>
        <w:rPr>
          <w:b/>
        </w:rPr>
        <w:t xml:space="preserve">[1:00:04] </w:t>
      </w:r>
      <w:r>
        <w:t>yani namaz ko jamaati tor par organize karna hai to ek imam chahiye. Bas aap jahan bhi jamaat qaim ho, wahan namaz parhiye.</w:t>
      </w:r>
    </w:p>
    <w:p>
      <w:pPr>
        <w:jc w:val="right"/>
      </w:pPr>
      <w:r>
        <w:t>یعنینمازکو جماعتیطورپرارگنائزکرناہےتوایکام امچاہیے۔ بس آپ جہاںبھیجماعت قائمہو،وہاںنمازپڑھیے۔</w:t>
      </w:r>
    </w:p>
    <w:p>
      <w:r>
        <w:rPr>
          <w:b/>
        </w:rPr>
        <w:t xml:space="preserve">[1:00:14] </w:t>
      </w:r>
      <w:r>
        <w:t>hargiz hargiz masla nahi. Yeh shaitani masla hai ke un ki be namaz jaiz hai, un ki be namaz jaiz hai. Yeh yeh sab shaitani masla hai. Sab ke peeche namaz jaiz hai, is mein koi qabaht nahi hai.</w:t>
      </w:r>
    </w:p>
    <w:p>
      <w:pPr>
        <w:jc w:val="right"/>
      </w:pPr>
      <w:r>
        <w:t>ہرگزہرگزمسئلہنہیں۔یہشیطانیمسئلہہے کہانکیبےنمازجائزہے،انکیبےنمازجائزہے۔یہ یہ سبشیطانیمسئلہہے۔ سب کےچہرےنمازجائزہے، اسمیںکوئی قباطنہیںہے۔</w:t>
      </w:r>
    </w:p>
    <w:p>
      <w:r>
        <w:rPr>
          <w:b/>
        </w:rPr>
        <w:t xml:space="preserve">[1:00:27] </w:t>
      </w:r>
      <w:r>
        <w:t>Karachi se Mr. Amer bin Yusuf ne sawal kiya hai.</w:t>
      </w:r>
    </w:p>
    <w:p>
      <w:pPr>
        <w:jc w:val="right"/>
      </w:pPr>
      <w:r>
        <w:t>کراچیسے مسٹر عامربن یوسفنے سوال کیا ہے۔</w:t>
      </w:r>
    </w:p>
    <w:p>
      <w:r>
        <w:rPr>
          <w:b/>
        </w:rPr>
        <w:t xml:space="preserve">[1:00:32] </w:t>
      </w:r>
      <w:r>
        <w:t>unhone likha hai ke kai Musalman yeh mante hain ke Rasool apni qabar mein zinda hain. Woh janna chahte hain Maulana ki Quran aur Sunnat ki roshni se is ke bare mein aap batayein.</w:t>
      </w:r>
    </w:p>
    <w:p>
      <w:pPr>
        <w:jc w:val="right"/>
      </w:pPr>
      <w:r>
        <w:t>انہوںنےلکھاہے کہ کئی مس لمان یہ مانتےہیں کہ رسول اپنی قبرمیں زندہہیں۔ وہ جانناچاہتےہیںمول اناکی قرآناور سنتکیروشنیسے اسکےبارےمیں آپبتائیں۔</w:t>
      </w:r>
    </w:p>
    <w:p>
      <w:r>
        <w:rPr>
          <w:b/>
        </w:rPr>
        <w:t xml:space="preserve">[1:00:46] </w:t>
      </w:r>
      <w:r>
        <w:t>bhai, Quran o Sunnat mein kuch hai hi nahi. Yeh to khud sakhta masla hai. Quran o Sunnat mein kya rehnumai hai? Yeh to ek banawati masla hai. Rasool Allah sal Allah aleh wasallam jannat mein honge ke woh qabrein band Allah ta'ala band kiye rahenge? Qabron mein aap sochiye,</w:t>
      </w:r>
    </w:p>
    <w:p>
      <w:pPr>
        <w:jc w:val="right"/>
      </w:pPr>
      <w:r>
        <w:t>بھئی،قرآنوسنتمیںکچھہےہینہیں۔ یہتوخودساخت ہمسئلہہے۔ قرآنوسنتمیںکیارہنمائیہے؟ یہتوایکبناوٹیمسئلہہے۔ رسولاللہصلیاللہعلیہوسلمجنتمیںہوںگےکہوہقبریںبنداللہ تعالیبندکیےرہیںگے؟قبروںمیں آپسوچیے،</w:t>
      </w:r>
    </w:p>
    <w:p>
      <w:r>
        <w:rPr>
          <w:b/>
        </w:rPr>
        <w:t xml:space="preserve">[1:00:59] </w:t>
      </w:r>
      <w:r>
        <w:t>Rasool Allah sal Allah aleh wasallam ko Allah ta'ala qabrein band rakhenge</w:t>
      </w:r>
    </w:p>
    <w:p>
      <w:pPr>
        <w:jc w:val="right"/>
      </w:pPr>
      <w:r>
        <w:t>رسولاللہصلیاللہعلیہوسلمکواللہتعالیقبریںبندرکھیںگے</w:t>
      </w:r>
    </w:p>
    <w:p>
      <w:r>
        <w:rPr>
          <w:b/>
        </w:rPr>
        <w:t xml:space="preserve">[1:01:02] </w:t>
      </w:r>
      <w:r>
        <w:t>ya jannat mein un ko dakhil karenge? Yeh bilkul banawati masla hai. Is ka Quran o Hadees se koi talluq nahi hai. Miss Naghma Siddiqui ne Delhi se likha hai:</w:t>
      </w:r>
    </w:p>
    <w:p>
      <w:pPr>
        <w:jc w:val="right"/>
      </w:pPr>
      <w:r>
        <w:t>یا جنتمیں انکو داخلکریںگے؟ یہبالکل بناوٹیمسئلہہے۔ اسکا قرآنوحدیثسےکوئیتعلقنہیںہے۔ مس نغمہ صدی قینے دلیسےلکھاہے:</w:t>
      </w:r>
    </w:p>
    <w:p>
      <w:r>
        <w:rPr>
          <w:b/>
        </w:rPr>
        <w:t xml:space="preserve">[1:01:15] </w:t>
      </w:r>
      <w:r>
        <w:t>"How can we? How can we practically free our minds from complaint?"</w:t>
      </w:r>
    </w:p>
    <w:p>
      <w:pPr>
        <w:jc w:val="right"/>
      </w:pPr>
      <w:r>
        <w:t>"ہاؤکینوی؟ ہاؤکینویپر یکٹیکلی فریاور مائنڈز فر امکمپلینٹ؟"</w:t>
      </w:r>
    </w:p>
    <w:p>
      <w:r>
        <w:rPr>
          <w:b/>
        </w:rPr>
        <w:t xml:space="preserve">[1:01:25] </w:t>
      </w:r>
      <w:r>
        <w:t>Is ka tareeqa dekhein, yeh hai ke jab aap ko shikayat ho, is shikayat ko Allah ke khane mein daal dijiye.</w:t>
      </w:r>
    </w:p>
    <w:p>
      <w:pPr>
        <w:jc w:val="right"/>
      </w:pPr>
      <w:r>
        <w:t>اسکاطریقہ دیکھیں،یہہے کہجبآپ کوشکایتہو، اس شکایتکو اللہ کےخانےمیںڈالدیجئے۔</w:t>
      </w:r>
    </w:p>
    <w:p>
      <w:r>
        <w:rPr>
          <w:b/>
        </w:rPr>
        <w:t xml:space="preserve">[1:01:31] </w:t>
      </w:r>
      <w:r>
        <w:t>khud is ko zimmedari mat lijiye ke jo bhi shikayat aap ko ho, woh Allah ke khane mein ke Allah ta'ala behtar jante hain, woh is ko niptenge.</w:t>
      </w:r>
    </w:p>
    <w:p>
      <w:pPr>
        <w:jc w:val="right"/>
      </w:pPr>
      <w:r>
        <w:t>خود اسکو ذمہداریمتلیجئے کہجوبھیشکایتآپکوہو،وہاللہ کےخانےمیںکہ اللہتعالی بہترجانتےہیں،وہیاسکو نپٹیںگے۔</w:t>
      </w:r>
    </w:p>
    <w:p>
      <w:r>
        <w:rPr>
          <w:b/>
        </w:rPr>
        <w:t xml:space="preserve">[1:01:44] </w:t>
      </w:r>
      <w:r>
        <w:t>Humein to shikayat apne dil mein paalna nahi hai. Asal hota hai ke hum khud charge le lete hain.</w:t>
      </w:r>
    </w:p>
    <w:p>
      <w:pPr>
        <w:jc w:val="right"/>
      </w:pPr>
      <w:r>
        <w:t>ہمیںتو شکایت اپنےدلمیںپالنانہیںہے۔ اصلہوتاہےکہہمخود چارجلےلیتےہیں۔</w:t>
      </w:r>
    </w:p>
    <w:p>
      <w:r>
        <w:rPr>
          <w:b/>
        </w:rPr>
        <w:t xml:space="preserve">[1:01:54] </w:t>
      </w:r>
      <w:r>
        <w:t>koi shikayat paida hui to hum ne khud charge le liya. Yeh ghalati yahan par hai.</w:t>
      </w:r>
    </w:p>
    <w:p>
      <w:pPr>
        <w:jc w:val="right"/>
      </w:pPr>
      <w:r>
        <w:t>کوئیشکایتپیدا ہوئیتوہمنےخودچارجلےلیا۔ یہغلطییہاںپرہے۔</w:t>
      </w:r>
    </w:p>
    <w:p>
      <w:r>
        <w:rPr>
          <w:b/>
        </w:rPr>
        <w:t xml:space="preserve">[1:02:00] </w:t>
      </w:r>
      <w:r>
        <w:t>Sab se aasan tareeqa hai ke Allah ke hawale, Allah ke hawale, Allah ke hawale. To aap ka dhyan woh hai, apni duty par rahega.</w:t>
      </w:r>
    </w:p>
    <w:p>
      <w:pPr>
        <w:jc w:val="right"/>
      </w:pPr>
      <w:r>
        <w:t>سب سےآسانطریقہہےکہ اللہ کےحوالے،اللہ کےحوالے،اللہ کےحوالے۔ تو آپ کا دھیانجوہے، اپنی ڈیوٹیپررہےگا۔</w:t>
      </w:r>
    </w:p>
    <w:p>
      <w:r>
        <w:rPr>
          <w:b/>
        </w:rPr>
        <w:t xml:space="preserve">[1:02:09] </w:t>
      </w:r>
      <w:r>
        <w:t>kisi doosre ki taraf nahi jayega.</w:t>
      </w:r>
    </w:p>
    <w:p>
      <w:pPr>
        <w:jc w:val="right"/>
      </w:pPr>
      <w:r>
        <w:t>کسی دوسرےکیطرف نہیںجائےگا۔</w:t>
      </w:r>
    </w:p>
    <w:p>
      <w:r>
        <w:rPr>
          <w:b/>
        </w:rPr>
        <w:t xml:space="preserve">[1:02:14] </w:t>
      </w:r>
      <w:r>
        <w:t>apni duty ko saamne rakhiye aur jo bhi koi doosra aadmi galat kaam karta hai toh woh Allah ke hawaale. bas yeh yahi ek formula hai aur koi doosra formula nahi hai.</w:t>
      </w:r>
    </w:p>
    <w:p>
      <w:pPr>
        <w:jc w:val="right"/>
      </w:pPr>
      <w:r>
        <w:t>اپنی ڈیوٹیکوسامنےرکھیے اور جوبھی کوئیدوسرا آدمیغلطکامکرتاہےتووہاللہکےحوالے۔ بس یہ یایکہیفارمولاہے اور کوئیدوسرافارمولانہیںہے۔</w:t>
      </w:r>
    </w:p>
    <w:p>
      <w:r>
        <w:rPr>
          <w:b/>
        </w:rPr>
        <w:t xml:space="preserve">[1:02:27] </w:t>
      </w:r>
      <w:r>
        <w:t>Mister Gresh jo alne Dilli se likha hai: "Kya Bharati yuva yuvtiyon ko pashchimi tareeqe se 14 February ko Valentine's Day manane ki azaadi honi chahiye?</w:t>
      </w:r>
    </w:p>
    <w:p>
      <w:pPr>
        <w:jc w:val="right"/>
      </w:pPr>
      <w:r>
        <w:t>مسٹرگریش جوالنے دلیسےلکھاہے: "کیا بھارتی ےیووا یفتیوںکو पश्चि می طریقےسے 14 فروریکو ویلنٹائنزڈےمنانےکی آزادی ہونیچاہیے؟</w:t>
      </w:r>
    </w:p>
    <w:p>
      <w:r>
        <w:rPr>
          <w:b/>
        </w:rPr>
        <w:t xml:space="preserve">[1:02:41] </w:t>
      </w:r>
      <w:r>
        <w:t>bharat media ise bahut zor zor se manane ke liye paachart kar raha hai." bhai, hum aap par rok nahi sakte isko. yeh toh apni azaadi ko istemaal kar rahe hain. woh hum yahan kuch kahein toh uski wajah se woh rukega nahi.</w:t>
      </w:r>
    </w:p>
    <w:p>
      <w:pPr>
        <w:jc w:val="right"/>
      </w:pPr>
      <w:r>
        <w:t>بھارت میڈیا اسے بہت زورزورسے من انےکےلیے پچارت کررہاہے۔" بھئی،ہمآپروکنہیںسکتےاسکو ۔ یہتو اپنیآزادیکواستعمالکررہےہیں۔وہ ہمیہاںکچھکہیںتواسکیوجہسےوہرکےگانہیں۔</w:t>
      </w:r>
    </w:p>
    <w:p>
      <w:r>
        <w:rPr>
          <w:b/>
        </w:rPr>
        <w:t xml:space="preserve">[1:02:59] </w:t>
      </w:r>
      <w:r>
        <w:t>government bhi nahi rok sakti isko kyunki woh toh ek hawa hai.</w:t>
      </w:r>
    </w:p>
    <w:p>
      <w:pPr>
        <w:jc w:val="right"/>
      </w:pPr>
      <w:r>
        <w:t>گورنمنٹبھینہیںروکسکتیاسکو کی ونکہوہتوایکہوا ہے۔</w:t>
      </w:r>
    </w:p>
    <w:p>
      <w:r>
        <w:rPr>
          <w:b/>
        </w:rPr>
        <w:t xml:space="preserve">[1:03:05] </w:t>
      </w:r>
      <w:r>
        <w:t>hum toh galat samajhte hain isko. hum isko sahi nahi samajhte isko lekin hum rok nahi sakte. dekhiye, ek cheez hai galat samajhna toh bila shubah ek galat riwaaj hai ki iska mazhab se koi ta'alluq nahi hai.</w:t>
      </w:r>
    </w:p>
    <w:p>
      <w:pPr>
        <w:jc w:val="right"/>
      </w:pPr>
      <w:r>
        <w:t>ہمتوغلطسمجھتےہیںاسکو۔ ہماسکوصحیحنہیںسمجھتےاسکو لیکن ہمروکنہیںسکتے۔دیکھیں،ایکچیزہے غلطسمجھنا تو بلاشفاءایکغلط رواجہے کہ اسکامذہبسےکوئیتعلقنہیں ہے۔</w:t>
      </w:r>
    </w:p>
    <w:p>
      <w:r>
        <w:rPr>
          <w:b/>
        </w:rPr>
        <w:t xml:space="preserve">[1:03:20] </w:t>
      </w:r>
      <w:r>
        <w:t>lekin museebat yeh hai ki duniya mein har dafa azaadi ki dhoom hai toh aadmi samajhta hai ki mujhe bhi haq hai ki aur hukumat bhi bebas hai wahan par. toh isko kya hai? isko bas agar mauqa ho toh samjhaiye.</w:t>
      </w:r>
    </w:p>
    <w:p>
      <w:pPr>
        <w:jc w:val="right"/>
      </w:pPr>
      <w:r>
        <w:t>لیکن مصیبتیہہےکہدنیا میں ہردفعہآزادیکیدھومہے توآدمیسمجھتاہےکہمجھےبھیحقہے کہ اور حکومت بھیبےبسہےوہاںپر۔ تواسکوکیاہے؟اسکوبس اگر موقعہوتوسمجھائیے۔</w:t>
      </w:r>
    </w:p>
    <w:p>
      <w:r>
        <w:rPr>
          <w:b/>
        </w:rPr>
        <w:t xml:space="preserve">[1:03:34] </w:t>
      </w:r>
      <w:r>
        <w:t>naye naye se aadmi samjhaiye, aap samajhna na maanein toh phir nazar andaaz kijiye, avoid kijiye isko.</w:t>
      </w:r>
    </w:p>
    <w:p>
      <w:pPr>
        <w:jc w:val="right"/>
      </w:pPr>
      <w:r>
        <w:t>نئےنئےسےآدمیسمجھائے، آپ سمجھنہ مانیںتوپھرنظر اندازکیجئے، اوائڈکیجئےاسکو۔</w:t>
      </w:r>
    </w:p>
    <w:p>
      <w:r>
        <w:rPr>
          <w:b/>
        </w:rPr>
        <w:t xml:space="preserve">[1:03:45] </w:t>
      </w:r>
      <w:r>
        <w:t>maulana azkwanandvi ne dilli se likha hai: "aap ne ek baar farmaya tha ki cpaisa aur al risala ka jo group hai, ab isi ke zariye dawat ka kaam aage badhega.</w:t>
      </w:r>
    </w:p>
    <w:p>
      <w:pPr>
        <w:jc w:val="right"/>
      </w:pPr>
      <w:r>
        <w:t>مول انازکوانندوینے دلیسےلکھاہے: "آپنے ایک بار فرمایا تھا کہ سی پیایساور الرسالہکاجو گروپہے، اب اسیکےذریعے دعوتکاکام آگےبڑھےگا۔</w:t>
      </w:r>
    </w:p>
    <w:p>
      <w:r>
        <w:rPr>
          <w:b/>
        </w:rPr>
        <w:t xml:space="preserve">[1:03:58] </w:t>
      </w:r>
      <w:r>
        <w:t>dawat ke is kaam mein jo kami humein apne andar paaye, uske liye humko dua karna hai. humko apni team mein dua ko poore ek culture ke taur par include karna hai."</w:t>
      </w:r>
    </w:p>
    <w:p>
      <w:pPr>
        <w:jc w:val="right"/>
      </w:pPr>
      <w:r>
        <w:t>دعوتکے اس کاممیں جو کمی ہمیں اپنے اندر پائے، اسکےلیے ہمکو دعاکرناہے۔ ہمکو اپنی ٹیم میں دعاکو پورےایک کلچرکے طور پر انکل کیٹکرناہے۔"</w:t>
      </w:r>
    </w:p>
    <w:p>
      <w:r>
        <w:rPr>
          <w:b/>
        </w:rPr>
        <w:t xml:space="preserve">[1:04:13] </w:t>
      </w:r>
      <w:r>
        <w:t>maulana, isko please elaborate karke bataiye.</w:t>
      </w:r>
    </w:p>
    <w:p>
      <w:pPr>
        <w:jc w:val="right"/>
      </w:pPr>
      <w:r>
        <w:t>مولانا،اسکو پلیز الیبریٹکرکےبتائیے۔</w:t>
      </w:r>
    </w:p>
    <w:p>
      <w:r>
        <w:rPr>
          <w:b/>
        </w:rPr>
        <w:t xml:space="preserve">[1:04:19] </w:t>
      </w:r>
      <w:r>
        <w:t>bhai, main duniya bhar mein gaya hoon, padhaya hai. sahi ma'ano mein dawati group toh cpaisa ka hi hai. dawat ka naam bahut se log lete hain lekin dawat ka naam le kar koi mili work kar raha hai, koi social work kar raha hai,</w:t>
      </w:r>
    </w:p>
    <w:p>
      <w:pPr>
        <w:jc w:val="right"/>
      </w:pPr>
      <w:r>
        <w:t>بھئی، میں دنیا بھرمیں گیا ہوں، پڑھاہے۔ صحیحمعنوںمیں دعوتیگروپتویہیسیپیایسکاہے۔ دعوتکانامبہت سےلوگلیتےہیں لیکن دعوتکاناملےکرکوئیملی ورککررہاہے،کوئیسوشلورککررہاہے،</w:t>
      </w:r>
    </w:p>
    <w:p>
      <w:r>
        <w:rPr>
          <w:b/>
        </w:rPr>
        <w:t xml:space="preserve">[1:04:36] </w:t>
      </w:r>
      <w:r>
        <w:t>koi down trodden mein ja kar ke kuch kar raha hai. mere nazdeek woh dawat nahi hai.</w:t>
      </w:r>
    </w:p>
    <w:p>
      <w:pPr>
        <w:jc w:val="right"/>
      </w:pPr>
      <w:r>
        <w:t>کوئیڈاؤن ٹراڈمیںجاکرکےکچھکررہاہے۔ میرےنزدیکوہدعوتنہیں ہے۔</w:t>
      </w:r>
    </w:p>
    <w:p>
      <w:r>
        <w:rPr>
          <w:b/>
        </w:rPr>
        <w:t xml:space="preserve">[1:04:42] </w:t>
      </w:r>
      <w:r>
        <w:t>dawat hai waqt ke jo bade bade mind hain, sochne wale mind hain, jo educated log hain, un tak pahunchana sachai ko. kyunki wohi toh society ko manage karte hain, wohi role karte hain society ko. yaani intellectual leaders dawat ka nishana intellectual leaders hain.</w:t>
      </w:r>
    </w:p>
    <w:p>
      <w:pPr>
        <w:jc w:val="right"/>
      </w:pPr>
      <w:r>
        <w:t>دعوتہے وقت کےجو بڑےبڑےمائنڈہیں، سوچنےوالے مائنڈہیں، جو ایجوکیٹڈلوگہیں، انتک پہنچ انا سچائیکو ۔کیونکہوہیتو سوسائٹیکو مینجکرتےہیں،وہیرولکرتےہیںسوسائٹیکو۔یعنیانٹلیکچوللیڈرز دعوت کا نشان ہانٹلیکچوللیڈرزہیں۔</w:t>
      </w:r>
    </w:p>
    <w:p>
      <w:r>
        <w:rPr>
          <w:b/>
        </w:rPr>
        <w:t xml:space="preserve">[1:05:06] </w:t>
      </w:r>
      <w:r>
        <w:t>toh is maamle mein dekha jaaye toh sirf cpaisa hi duniya mein hai aur koi koi doosra group hai hi nahi.</w:t>
      </w:r>
    </w:p>
    <w:p>
      <w:pPr>
        <w:jc w:val="right"/>
      </w:pPr>
      <w:r>
        <w:t>تو اس معاملےمیںدیکھاجائےتوصرفسیپیایسہیدنیامیںہےاورکوئی کوئیدوسرا گروپہےہینہیں۔</w:t>
      </w:r>
    </w:p>
    <w:p>
      <w:r>
        <w:rPr>
          <w:b/>
        </w:rPr>
        <w:t xml:space="preserve">[1:05:13] </w:t>
      </w:r>
      <w:r>
        <w:t>lekin zahir hai ki yeh bahut hi bada kaam hai. toh Hazrat Masih se kisi ne, Hazrat Masih ne kisi ko kaha dawat ka kaam karne ke liye toh usne kaha ki yeh itna bada kaam hai ki main kaise karunga isko?</w:t>
      </w:r>
    </w:p>
    <w:p>
      <w:pPr>
        <w:jc w:val="right"/>
      </w:pPr>
      <w:r>
        <w:t>لیکن ظاہرہےکہ یہبہتہیبڑاکامہے۔ تو حضرتمسیحسےکسی نے، حضرتمسیحنےکسیکوکہا دعوتیکامکرنےکےلیے تواسنےکہاکہیہ اتنابڑاکامہےکہ میں کیسےکروںگااسکو ؟</w:t>
      </w:r>
    </w:p>
    <w:p>
      <w:r>
        <w:rPr>
          <w:b/>
        </w:rPr>
        <w:t xml:space="preserve">[1:05:31] </w:t>
      </w:r>
      <w:r>
        <w:t>insaan kaise kar sakta hai isko? toh Hazrat Masih ne kaha tha ki insaan se nahi ho sakta magar Khuda se ho sakta hai.</w:t>
      </w:r>
    </w:p>
    <w:p>
      <w:pPr>
        <w:jc w:val="right"/>
      </w:pPr>
      <w:r>
        <w:t>انسانکیسےکرسکتاہےاسکو ؟ توحضرتمسیحنےکہاتھاکہ انسان سےنہیںہوسکتامگرخداسےہوسکتاہے۔</w:t>
      </w:r>
    </w:p>
    <w:p>
      <w:r>
        <w:rPr>
          <w:b/>
        </w:rPr>
        <w:t xml:space="preserve">[1:05:40] </w:t>
      </w:r>
      <w:r>
        <w:t>toh humein apni salahiyat ko, apni taaqat ko, apni energy ko ismein lagana chahiye aur jo kami hai uske liye dua karni chahiye.</w:t>
      </w:r>
    </w:p>
    <w:p>
      <w:pPr>
        <w:jc w:val="right"/>
      </w:pPr>
      <w:r>
        <w:t>تو ہمیں اپنی صلاحیتکو،اپنیطاقتکو ،اپنیانرجیکواسمیںلگاناچاہیےاور جوکمیہےاسکےلیےدعاکرنیچاہیے۔</w:t>
      </w:r>
    </w:p>
    <w:p>
      <w:r>
        <w:rPr>
          <w:b/>
        </w:rPr>
        <w:t xml:space="preserve">[1:05:51] </w:t>
      </w:r>
      <w:r>
        <w:t>dua ke zariye isko humein compensate karna chahiye. yahi tareeqa hai pehle bhi, yahi tareeqa aaj bhi hai. Maulana Shariq Hussain Riaz ne dilli se likha hai:</w:t>
      </w:r>
    </w:p>
    <w:p>
      <w:pPr>
        <w:jc w:val="right"/>
      </w:pPr>
      <w:r>
        <w:t>دعاکےذریعےاسکوہمیں کمپنسیٹکرناچاہیے۔ یہیطریقہہے پہلےبھی،یہیطریقہآجبھیہے۔ مول انا شارخحسین ریاضینے دلیسے لکھاہے:</w:t>
      </w:r>
    </w:p>
    <w:p>
      <w:r>
        <w:rPr>
          <w:b/>
        </w:rPr>
        <w:t xml:space="preserve">[1:06:04] </w:t>
      </w:r>
      <w:r>
        <w:t>"quran ke chapter 110 mein ek aayat hai: yad khuluna fi dinillah afwaja." Maulana, jab yeh aayat nazil hui, us waqt Prophet ne farmaya ki Khuda ki qasam, yeh log Khuda ke deen se isi tarah فوج در فوج nikal jayenge jis tarah woh Khuda ke deen mein فوج در فوج dakhil hue the.</w:t>
      </w:r>
    </w:p>
    <w:p>
      <w:pPr>
        <w:jc w:val="right"/>
      </w:pPr>
      <w:r>
        <w:t>"قرآنکے چیپٹر 1 10میں ایک آیتہے: ید خلون فی دنی لل ہ افوازہ۔ "مولانا،جب یہ آیت نازلہوئی ، اس وقت پرافٹنےفرمایا کہخداکیقسم ،یہ لوگ خداکے دینسے اسیطرح فوج در فوج نکلجائیںگے جسطرح وہ خداکےدینمیں فوج در فوج داخل ہوئے تھے۔</w:t>
      </w:r>
    </w:p>
    <w:p>
      <w:r>
        <w:rPr>
          <w:b/>
        </w:rPr>
        <w:t xml:space="preserve">[1:06:32] </w:t>
      </w:r>
      <w:r>
        <w:t>Prophet ke is call ka matlab wazeh farmayein. dekhiye, har group ke liye, har ummat ke liye yeh hai qanoon. isko kehte hain "law of degeneration".</w:t>
      </w:r>
    </w:p>
    <w:p>
      <w:pPr>
        <w:jc w:val="right"/>
      </w:pPr>
      <w:r>
        <w:t>پرافٹکےاس کال کامطلب واضحفرمائیں۔ دیکھیے، ہر گروہکےلیے ،ہرامتکےلیے یہہے قانون ۔اسکوکہتےہیں "لا آف ڈی جنریشن"۔</w:t>
      </w:r>
    </w:p>
    <w:p>
      <w:r>
        <w:rPr>
          <w:b/>
        </w:rPr>
        <w:t xml:space="preserve">[1:06:50] </w:t>
      </w:r>
      <w:r>
        <w:t>zawaal har ummat par zawaal aata hai. yeh "law of nature" hai, isse koi masla nahi hai.</w:t>
      </w:r>
    </w:p>
    <w:p>
      <w:pPr>
        <w:jc w:val="right"/>
      </w:pPr>
      <w:r>
        <w:t>زوال ہرامتپرزوالآتاہے۔ یہ"لاآفنیچر"ہے، اسسےکوئی مس لسلہنہیں ہے۔</w:t>
      </w:r>
    </w:p>
    <w:p>
      <w:r>
        <w:rPr>
          <w:b/>
        </w:rPr>
        <w:t xml:space="preserve">[1:06:57] </w:t>
      </w:r>
      <w:r>
        <w:t>yeh Ibn Khaldun ne kaha hai ki "la quwam a'maar kal afraad a'maar". jis tarah afraad ki umrein hain, usi tarah quomon ki umrein hain.</w:t>
      </w:r>
    </w:p>
    <w:p>
      <w:pPr>
        <w:jc w:val="right"/>
      </w:pPr>
      <w:r>
        <w:t>یہ ابن ابن خلدوننےکہاہےکہ" ل لاقوام اعمار کماللافراد اعمار"۔ جسطرحافراد کی عمریںہوتیہیں،اسیطرحقوموںکیعمریںہوتیہیں۔</w:t>
      </w:r>
    </w:p>
    <w:p>
      <w:r>
        <w:rPr>
          <w:b/>
        </w:rPr>
        <w:t xml:space="preserve">[1:07:09] </w:t>
      </w:r>
      <w:r>
        <w:t>iska matlab yahi hai ki woh log jo us waqt the Rasool Allah ke zamane mein, kya wohi hamesha baqi nahi rahenge? woh marenge, phir doosre paida honge, woh marenge, doosre paida honge, woh marenge, doosre paida honge.</w:t>
      </w:r>
    </w:p>
    <w:p>
      <w:pPr>
        <w:jc w:val="right"/>
      </w:pPr>
      <w:r>
        <w:t>اسکامطلبیہیہے کہ وہلوگ جو اس وقت تھےرسولاللہکےزمانےمیں،کیاوہیہمیشہباقینہیںرہیںگے؟ وہمریںگے،پھردوسرےپیداہوںگے،وہمریںگے،دوسرےپیداہوںگے،وہمریںگے،دوسرےپیداہوںگے۔</w:t>
      </w:r>
    </w:p>
    <w:p>
      <w:r>
        <w:rPr>
          <w:b/>
        </w:rPr>
        <w:t xml:space="preserve">[1:07:18] </w:t>
      </w:r>
      <w:r>
        <w:t>to baad ke jo log hain, unke bare mein farmaya aap ne</w:t>
      </w:r>
    </w:p>
    <w:p>
      <w:pPr>
        <w:jc w:val="right"/>
      </w:pPr>
      <w:r>
        <w:t>تو بعد کےجولوگ ہیں، انکےبارےمیںفرمایاآپنے</w:t>
      </w:r>
    </w:p>
    <w:p>
      <w:r>
        <w:rPr>
          <w:b/>
        </w:rPr>
        <w:t xml:space="preserve">[1:07:24] </w:t>
      </w:r>
      <w:r>
        <w:t>ke baad ki jo naslein aaengi, to woh woh bhi shikar hongi degeneration ka, zawal ka. To iska hal kya hai?</w:t>
      </w:r>
    </w:p>
    <w:p>
      <w:pPr>
        <w:jc w:val="right"/>
      </w:pPr>
      <w:r>
        <w:t>کہبعد کیجو نسلیںآئیںگی، تو وہ وہبھیشکارہوںگی ڈیجنریشنکا، زوالکا۔ تواسکاحلکیاہے؟</w:t>
      </w:r>
    </w:p>
    <w:p>
      <w:r>
        <w:rPr>
          <w:b/>
        </w:rPr>
        <w:t xml:space="preserve">[1:07:34] </w:t>
      </w:r>
      <w:r>
        <w:t>Iska hal hai islah. Ismein se ek cheez yeh hai jo maine abhi kaha ke is islah ka ta'alluq ijtihad se hai.</w:t>
      </w:r>
    </w:p>
    <w:p>
      <w:pPr>
        <w:jc w:val="right"/>
      </w:pPr>
      <w:r>
        <w:t>اسکاحلہے اصلاح ۔ اسمیںسےایکچیزیہہےجومیںنےابھی کہا کہ اس اصلاحکاتعلق اجتہادسےہے۔</w:t>
      </w:r>
    </w:p>
    <w:p>
      <w:r>
        <w:rPr>
          <w:b/>
        </w:rPr>
        <w:t xml:space="preserve">[1:07:43] </w:t>
      </w:r>
      <w:r>
        <w:t>Is zamane mein ulma ne yeh ijtihad nahi kiya to log idhar udhar bhatak gaye, yaani sahi raste se hat gaye. Woh</w:t>
      </w:r>
    </w:p>
    <w:p>
      <w:pPr>
        <w:jc w:val="right"/>
      </w:pPr>
      <w:r>
        <w:t>اسزمانےمیںعلماءنے یہاجتہادنہیںکیا تو لوگ ادھرادھربھٹکگئے، یعنیصحیحراستےسےہٹگئے۔وہ</w:t>
      </w:r>
    </w:p>
    <w:p>
      <w:r>
        <w:rPr>
          <w:b/>
        </w:rPr>
        <w:t xml:space="preserve">[1:07:52] </w:t>
      </w:r>
      <w:r>
        <w:t>ulma ko batana chahiye tha ke ladai bhidai jo thi, woh temporary fiz tha Islam ka. Aaj to dawat karo, dawat karo, dawat karo, lekin yeh rehnumai nahi di unhone.</w:t>
      </w:r>
    </w:p>
    <w:p>
      <w:pPr>
        <w:jc w:val="right"/>
      </w:pPr>
      <w:r>
        <w:t>علماءکوبتاناچاہیےتھاکہ لڑائیبھڑائیجوتھی،وہ ٹیمپرریفیزتھااسلام کا ۔ آج تودعوتکرو،دعوتکرو،دعوتکرو، لیکن یہ رہنمائیدینہیںانہوںنے۔</w:t>
      </w:r>
    </w:p>
    <w:p>
      <w:r>
        <w:rPr>
          <w:b/>
        </w:rPr>
        <w:t xml:space="preserve">[1:08:04] </w:t>
      </w:r>
      <w:r>
        <w:t>To abhi bhi ismein phanse bhi hain. Yeh sab jo log lad rahe hain, yeh sab woh hain jo nikal nikal jaane wale ke ladna phirna Islam mein hai hi nahi.</w:t>
      </w:r>
    </w:p>
    <w:p>
      <w:pPr>
        <w:jc w:val="right"/>
      </w:pPr>
      <w:r>
        <w:t>توابھیبھیاسمیںپھنسےبھیہیں۔ یہسبجولوگلڑرہےہیں،یہسب وہیہیںجو نکلنکل جانےوالے کہلڑناپھرنااسلاممیںہےہینہیں۔</w:t>
      </w:r>
    </w:p>
    <w:p>
      <w:r>
        <w:rPr>
          <w:b/>
        </w:rPr>
        <w:t xml:space="preserve">[1:08:15] </w:t>
      </w:r>
      <w:r>
        <w:t>To aadmi jo ladta phirta hai, woh Islam se nikla hua hai. Mere nazdeek</w:t>
      </w:r>
    </w:p>
    <w:p>
      <w:pPr>
        <w:jc w:val="right"/>
      </w:pPr>
      <w:r>
        <w:t>توآدمی جو لڑتاپھرتاہے،وہاسلامسےنکلاہواہے۔ میرےنزدیک</w:t>
      </w:r>
    </w:p>
    <w:p>
      <w:r>
        <w:rPr>
          <w:b/>
        </w:rPr>
        <w:t xml:space="preserve">[1:08:20] </w:t>
      </w:r>
      <w:r>
        <w:t>To kyun ulma ne yahan apna farz ada nahi kiya? Mr Bashir Ahmed ne Pakistan se likha hai: "Ek dafa masjid mein ek jahadi ulma ne kaha ke duniya mein sirf hum log wahid giroh hain jo wahdat al wajood ke qail nahi,</w:t>
      </w:r>
    </w:p>
    <w:p>
      <w:pPr>
        <w:jc w:val="right"/>
      </w:pPr>
      <w:r>
        <w:t>توکیوں علماءنےیہاں اپنافرض ادانہیںکیا؟ مس بش را امیرنے پاکستانسےلکھاہے: "ایکدفعہ مسجدمیں ایک جہ ادی عالمنےکہا کہ دنیا میں صرف ہملوگ واحد گروہہیں جو وحدت الوجود کے قائل نہیں ،</w:t>
      </w:r>
    </w:p>
    <w:p>
      <w:r>
        <w:rPr>
          <w:b/>
        </w:rPr>
        <w:t xml:space="preserve">[1:08:41] </w:t>
      </w:r>
      <w:r>
        <w:t>baqi sabhi log Christian, Jews, Hindu aur Musalmanon ke bepanah giroh sab ke sab is baat par qail hain." Iske bare mein kuch batayein.</w:t>
      </w:r>
    </w:p>
    <w:p>
      <w:pPr>
        <w:jc w:val="right"/>
      </w:pPr>
      <w:r>
        <w:t>باقی سبھیلوگ کرسچن، جیوز،ہندو اور مس لمانوںکے بےپناہگروہ سبکے سب اس بات پر قائلہیں۔" اسکےبارےمیں کچھ بت ائیں۔</w:t>
      </w:r>
    </w:p>
    <w:p>
      <w:r>
        <w:rPr>
          <w:b/>
        </w:rPr>
        <w:t xml:space="preserve">[1:08:55] </w:t>
      </w:r>
      <w:r>
        <w:t>Nahi, yeh sahi nahi hai. Sare log wahdat al wajood ko nahi mante, yaani wajood ko to modern kuch log mante hain. Khud Musalmanon mein bahut se log paida hue jo modern ko mante the, aksar sufi mante the.</w:t>
      </w:r>
    </w:p>
    <w:p>
      <w:pPr>
        <w:jc w:val="right"/>
      </w:pPr>
      <w:r>
        <w:t>نہیں،یہصحیحنہیںہے۔ سارےلوگوحدتالوجودکونہیںمانتے، یعنیموجود کوتو مورزم کچھلوگ مانتےہیں۔ خود مس لمانوںمیںبہت سےلوگپیداہوئے جومورزمکومانتےتھے، اکثرصوفیمانتےتھے۔</w:t>
      </w:r>
    </w:p>
    <w:p>
      <w:r>
        <w:rPr>
          <w:b/>
        </w:rPr>
        <w:t xml:space="preserve">[1:09:09] </w:t>
      </w:r>
      <w:r>
        <w:t>To yeh</w:t>
      </w:r>
    </w:p>
    <w:p>
      <w:pPr>
        <w:jc w:val="right"/>
      </w:pPr>
      <w:r>
        <w:t>تویہ</w:t>
      </w:r>
    </w:p>
    <w:p>
      <w:r>
        <w:rPr>
          <w:b/>
        </w:rPr>
        <w:t xml:space="preserve">[1:09:10] </w:t>
      </w:r>
      <w:r>
        <w:t>baat nahi hai. Wahdat al wajood ko main sahi nahi samajhta, main tauheed ko sahi samajhta hoon. Yeh hum sab Khuda ka insha hai, yeh hum isko sahi nahi samajhta.</w:t>
      </w:r>
    </w:p>
    <w:p>
      <w:pPr>
        <w:jc w:val="right"/>
      </w:pPr>
      <w:r>
        <w:t>باتنہیںہے۔ وحدتالوجود کومیںصحیحنہیںسمجھتا، میںتوحیدکوصحیحسمجھتاہوں۔ یہہمسب خداکاانشاءہے،یہمیںاسکوصحیحنہیںسمجھتا۔</w:t>
      </w:r>
    </w:p>
    <w:p>
      <w:r>
        <w:rPr>
          <w:b/>
        </w:rPr>
        <w:t xml:space="preserve">[1:09:18] </w:t>
      </w:r>
      <w:r>
        <w:t>Hum Khuda ka creature hain, Khuda ki makhlooq hain, isko main sahi samajhta hoon. To yeh philosopher jo basically yeh yeh philosophers ka aqeedah tha, yeh yaani modern majoob hai, modern ya wahdat al wajood, yeh philosophers ke ne nikala tha</w:t>
      </w:r>
    </w:p>
    <w:p>
      <w:pPr>
        <w:jc w:val="right"/>
      </w:pPr>
      <w:r>
        <w:t>ہمخداکا کا کریچرہیں،خداکیمخلوقہیں، اسکومیںصحیحسمجھتاہوں۔ تو یہفلاسفرجو بیسیکلییہ یہ ف لاسفرزکاعقیدہتھا،یہ یعنیمورزمجوہے،مورزمیا وحدتوجود ،یہ فلاسفرزکے نےنکالاتھا</w:t>
      </w:r>
    </w:p>
    <w:p>
      <w:r>
        <w:rPr>
          <w:b/>
        </w:rPr>
        <w:t xml:space="preserve">[1:09:39] </w:t>
      </w:r>
      <w:r>
        <w:t>jo mazahib mein aa gaya. Kuch mazahib mein matlab basically yeh yeh ek philosophical nuqta nazar hai.</w:t>
      </w:r>
    </w:p>
    <w:p>
      <w:pPr>
        <w:jc w:val="right"/>
      </w:pPr>
      <w:r>
        <w:t>جو مذہبوںمیںآگیا۔ کچھ مذہبوںمیں مطلببیسیکلییہ یہ ایک فلس فیانہ نقطہنظر ہے۔</w:t>
      </w:r>
    </w:p>
    <w:p>
      <w:r>
        <w:rPr>
          <w:b/>
        </w:rPr>
        <w:t xml:space="preserve">[1:09:51] </w:t>
      </w:r>
      <w:r>
        <w:t>To philosophers aksar isko mante the. Kuch mazahib mein yeh baat aa gayi aur Musalmanon mein bhi sufi log is se mutasir ho gaye.</w:t>
      </w:r>
    </w:p>
    <w:p>
      <w:pPr>
        <w:jc w:val="right"/>
      </w:pPr>
      <w:r>
        <w:t>تو فلاسفرز اکثر اسیکومانتےتھے۔ کچھ مذہبوںمیںیہباتآگئی اور مسلمانوںمیںبھیصوفیلوگاسیسےمتاثرہوگئے۔</w:t>
      </w:r>
    </w:p>
    <w:p>
      <w:r>
        <w:rPr>
          <w:b/>
        </w:rPr>
        <w:t xml:space="preserve">[1:10:04] </w:t>
      </w:r>
      <w:r>
        <w:t>Ibn Arabi ne ne isko Ibn Arabi bani nahi, yaani aur Ibn Arabi se pehle bhi yeh tasawwur tha ke namaya bani wohi, uske Ibn Arabi hain.</w:t>
      </w:r>
    </w:p>
    <w:p>
      <w:pPr>
        <w:jc w:val="right"/>
      </w:pPr>
      <w:r>
        <w:t>ابن عربینے نے اسکو ابن عربیبانیہیں، یعنیاور ابن عربیسےپہلےبھی یہتص ورتھا کہ نمای اںبانیجوہیں، اسکےابن عربیہیں۔</w:t>
      </w:r>
    </w:p>
    <w:p>
      <w:r>
        <w:rPr>
          <w:b/>
        </w:rPr>
        <w:t xml:space="preserve">[1:10:17] </w:t>
      </w:r>
      <w:r>
        <w:t>Unhone kaha tha ke "Al abdu abdullah turka wa rabb rabb nawalutun zal". To behal Islam mein wahdat al wajood ka tasawwur nahi hai,</w:t>
      </w:r>
    </w:p>
    <w:p>
      <w:pPr>
        <w:jc w:val="right"/>
      </w:pPr>
      <w:r>
        <w:t>انہوںنےکہاتھا کہ" ال عبد عبداللہ ترک ہ و رب رب ناولوتن زل"۔ تو بہرحال اسلام میں وحدتالوجودکاتصورنہیںہے،</w:t>
      </w:r>
    </w:p>
    <w:p>
      <w:r>
        <w:rPr>
          <w:b/>
        </w:rPr>
        <w:t xml:space="preserve">[1:10:32] </w:t>
      </w:r>
      <w:r>
        <w:t>agarche kuch log mante hain, sufi jaise log doosre mazahib mein to sare mazahib mein nahi hai, kuch mazahib mein hai.</w:t>
      </w:r>
    </w:p>
    <w:p>
      <w:pPr>
        <w:jc w:val="right"/>
      </w:pPr>
      <w:r>
        <w:t>اگر چہکچھلوگمانتےہیں،صوفیجیسےلوگ دوسرےمذہبوںمیںتوسارےمذہبمیںنہیںہے،کچھمذہبوںمیںہے۔</w:t>
      </w:r>
    </w:p>
    <w:p>
      <w:r>
        <w:rPr>
          <w:b/>
        </w:rPr>
        <w:t xml:space="preserve">[1:10:41] </w:t>
      </w:r>
      <w:r>
        <w:t>Mr Fazal Karim ne Gurgaon se likha hai: "Maulana, please tell us what is the importance of Muharram in Islam?"</w:t>
      </w:r>
    </w:p>
    <w:p>
      <w:pPr>
        <w:jc w:val="right"/>
      </w:pPr>
      <w:r>
        <w:t>مسٹر فض لکریمنے گڑگاؤںسےلکھاہے: "مولانا،پلیز ٹیلاس واٹازدی امپورٹنس اف مح رم ان اسلام "۔</w:t>
      </w:r>
    </w:p>
    <w:p>
      <w:r>
        <w:rPr>
          <w:b/>
        </w:rPr>
        <w:t xml:space="preserve">[1:10:52] </w:t>
      </w:r>
      <w:r>
        <w:t>Muharram ka kuch bhi nahi Islam mein hai, yeh to Shia logon ko hai. Yaani ek hai Shia community</w:t>
      </w:r>
    </w:p>
    <w:p>
      <w:pPr>
        <w:jc w:val="right"/>
      </w:pPr>
      <w:r>
        <w:t>مح رمکاکچھبھینہیں اسلام میںہے، یہتوشیعہلوگوںکوہے۔ یعنیایکہےشیعہکمیونٹی</w:t>
      </w:r>
    </w:p>
    <w:p>
      <w:r>
        <w:rPr>
          <w:b/>
        </w:rPr>
        <w:t xml:space="preserve">[1:10:59] </w:t>
      </w:r>
      <w:r>
        <w:t>, ab Sunniyon mein bhi aisi bahut sari cheezein raij wa aam pa gayi hain. To Sunniyon kuch rawaj hain, kuch Shiaon ke rawaj hain, dono ke rawaj hain, iska Islam se koi ta'alluq nahi hai.</w:t>
      </w:r>
    </w:p>
    <w:p>
      <w:pPr>
        <w:jc w:val="right"/>
      </w:pPr>
      <w:r>
        <w:t>،اب سنیوںمیںبھیایسیبہتساریچیزیں رائجر واج پاگئی ہیں۔ تو سنیوںکچھرواجہیں،کچھشیعوںکےرواجہیں، دونوںکےرواجہیں،اسکااسلام سےکوئیتعلقنہیںہے۔</w:t>
      </w:r>
    </w:p>
    <w:p>
      <w:r>
        <w:rPr>
          <w:b/>
        </w:rPr>
        <w:t xml:space="preserve">[1:11:12] </w:t>
      </w:r>
      <w:r>
        <w:t>Kuch bhi ahmiyat nahi hai Muharram ki.</w:t>
      </w:r>
    </w:p>
    <w:p>
      <w:pPr>
        <w:jc w:val="right"/>
      </w:pPr>
      <w:r>
        <w:t>کچھبھی اہمیتنہیںہےمحرمکی۔</w:t>
      </w:r>
    </w:p>
    <w:p>
      <w:r>
        <w:rPr>
          <w:b/>
        </w:rPr>
        <w:t xml:space="preserve">[1:11:19] </w:t>
      </w:r>
      <w:r>
        <w:t>Aap ghaur kijiye ke Muharram ka jo waqea hai, isko le kar ke Muharram banaya tha, woh to baad ko paida hua, yaani Rasool Allah (SAW) ke baad, Sahaba ke baad paida hua.</w:t>
      </w:r>
    </w:p>
    <w:p>
      <w:pPr>
        <w:jc w:val="right"/>
      </w:pPr>
      <w:r>
        <w:t>آپغورکیجئےکہمحرمکاجوواقعہہے،اسکولےکرکے محرمبنایاتھا،وہتو بعد کوپیدا ہوا، یعنیرسولاللہصلیاللہعلیہوسلمکےبعد،صحابہکےبعدپیدا ہوا۔</w:t>
      </w:r>
    </w:p>
    <w:p>
      <w:r>
        <w:rPr>
          <w:b/>
        </w:rPr>
        <w:t xml:space="preserve">[1:11:29] </w:t>
      </w:r>
      <w:r>
        <w:t>To iska ta'alluq Islam se nahi hai, yeh Shia logon ka manna hai. Aisa to Sunni log bhi kai aisi cheezein nikal rakhi hain, unhone ke iska Islam se koi ta'alluq nahi hai.</w:t>
      </w:r>
    </w:p>
    <w:p>
      <w:pPr>
        <w:jc w:val="right"/>
      </w:pPr>
      <w:r>
        <w:t>تو اسکا تعلق اسلامسےنہیں ہے، یہ شیعہلوگوںکا مانناہے۔ ایسا تو سنیلوگبھیکئیایسیچیزیںنکالرکھیہیں،انہوںنےکہاسکااسلام سےکوئیتعلقنہیںہے۔</w:t>
      </w:r>
    </w:p>
    <w:p>
      <w:r>
        <w:rPr>
          <w:b/>
        </w:rPr>
        <w:t xml:space="preserve">[1:11:39] </w:t>
      </w:r>
      <w:r>
        <w:t>Ismein Shia Sunni ko koi farq nahi hai, dono hi yaani astara ki nayi cheezein nikali hui hain.</w:t>
      </w:r>
    </w:p>
    <w:p>
      <w:pPr>
        <w:jc w:val="right"/>
      </w:pPr>
      <w:r>
        <w:t>اسمیںشیعہسنیکوکوئیفرقنہیںہے،دونوںہی یعنیاسطرح کی نئیچیزیںنکالیہوئیہیں۔</w:t>
      </w:r>
    </w:p>
    <w:p>
      <w:r>
        <w:rPr>
          <w:b/>
        </w:rPr>
        <w:t xml:space="preserve">[1:11:47] </w:t>
      </w:r>
      <w:r>
        <w:t>mister khwaja kaleemuddin ne pencil on ya se likha hai: "maulana sahib, I am totally feeling ignorant understand why Muslims all over the world are jubilant and their recognition of the president of the Egypt.</w:t>
      </w:r>
    </w:p>
    <w:p>
      <w:pPr>
        <w:jc w:val="right"/>
      </w:pPr>
      <w:r>
        <w:t>مسٹر خواجہکلیم الدیننے پینسلون یاسےلکھاہے: "مول اناصاحب،آئیایمٹوٹلی فیل نگٹوانڈرسٹینڈ وائیمسلمز ال اوورداورلڈ آر جوبیلنٹ انداریزگنیشنافداپریزیڈنٹافداایجپٹ۔</w:t>
      </w:r>
    </w:p>
    <w:p>
      <w:r>
        <w:rPr>
          <w:b/>
        </w:rPr>
        <w:t xml:space="preserve">[1:12:03] </w:t>
      </w:r>
      <w:r>
        <w:t>the news of his recognition has reached here in america before juma prayers.</w:t>
      </w:r>
    </w:p>
    <w:p>
      <w:pPr>
        <w:jc w:val="right"/>
      </w:pPr>
      <w:r>
        <w:t>دانیوز افہزریزگنیشن ہیزریچڈ ہیران امریک ہ بیفور جمعہپریرز۔</w:t>
      </w:r>
    </w:p>
    <w:p>
      <w:r>
        <w:rPr>
          <w:b/>
        </w:rPr>
        <w:t xml:space="preserve">[1:12:10] </w:t>
      </w:r>
      <w:r>
        <w:t>therefore, almost all khateebs in their sermons expressed their happiness, saying, "mubarak, egypt is free at last."</w:t>
      </w:r>
    </w:p>
    <w:p>
      <w:pPr>
        <w:jc w:val="right"/>
      </w:pPr>
      <w:r>
        <w:t>دیرفور، الموسٹ ال خطیبز ان دیرسر منز ایکسپریسدیرہیپینس ،سین گالح مدللہ،ایجپٹاز فریایٹلاسٹ۔</w:t>
      </w:r>
    </w:p>
    <w:p>
      <w:r>
        <w:rPr>
          <w:b/>
        </w:rPr>
        <w:t xml:space="preserve">[1:12:19] </w:t>
      </w:r>
      <w:r>
        <w:t>kindly comment on this. "koi freedom nahin hai, aap dekh rahe hain ke chand din ke baad yahi log mukhalif ban jayenge jab naya hukmaran aayega, uske mukhalif ban jayenge.</w:t>
      </w:r>
    </w:p>
    <w:p>
      <w:pPr>
        <w:jc w:val="right"/>
      </w:pPr>
      <w:r>
        <w:t>کائنڈلیکمنٹان دس۔ "کوئیفریڈمنہیںہے، آپدیکھرہےہیںکہ چنددنکےبعد یہیلوگ مخالفبنجائیںگےجونیاحکمرانآئےگا،اسکےمخالفبنجائیںگے۔</w:t>
      </w:r>
    </w:p>
    <w:p>
      <w:r>
        <w:rPr>
          <w:b/>
        </w:rPr>
        <w:t xml:space="preserve">[1:12:30] </w:t>
      </w:r>
      <w:r>
        <w:t>bar bar aisa ho chuka hai, yahi log fateh manate the, unhone kai bar, har fateh khatam ho gayi.</w:t>
      </w:r>
    </w:p>
    <w:p>
      <w:pPr>
        <w:jc w:val="right"/>
      </w:pPr>
      <w:r>
        <w:t>باربارایساہوچکاہے، یہیلوگ فتحمنائیتھی،انہوںنےکئیبار، ہرفتحختمہوگئی۔</w:t>
      </w:r>
    </w:p>
    <w:p>
      <w:r>
        <w:rPr>
          <w:b/>
        </w:rPr>
        <w:t xml:space="preserve">[1:12:40] </w:t>
      </w:r>
      <w:r>
        <w:t>to log gehrai mein nahin dekhte cheezon ko. superficial thinking is the reason. har jagah superficial thinking hai, khud america hamein superficial thinking hai.</w:t>
      </w:r>
    </w:p>
    <w:p>
      <w:pPr>
        <w:jc w:val="right"/>
      </w:pPr>
      <w:r>
        <w:t>تو لوگ گہرائیمیںنہیںدیکھتےچیزوںکو۔ سپرف لستھنکنگاسکارازہے۔ ہرجگہسپرفلستھنکنگہے، خود امریک ہمیںسپ رفلستھنکنگہے۔</w:t>
      </w:r>
    </w:p>
    <w:p>
      <w:r>
        <w:rPr>
          <w:b/>
        </w:rPr>
        <w:t xml:space="preserve">[1:12:52] </w:t>
      </w:r>
      <w:r>
        <w:t>yeh jo president hain, maujooda president, jab jeet te the, unhone taqreer ki thi, badi taqreer, chicago mein ki thi: "change has come to america." ussi waqt maine kaha tha ke yeh bilkul baseless baat keh rahe hain:</w:t>
      </w:r>
    </w:p>
    <w:p>
      <w:pPr>
        <w:jc w:val="right"/>
      </w:pPr>
      <w:r>
        <w:t>یہجوپریزیڈنٹہیں،موجود ہپریزیڈنٹ، جبجیتےتھے ،انہوںنےتقریرکیتھی، بڑیتقریر ،ش کاگومیںکیتھی: "چینجہیزکمٹوامریک ہ۔" اسیوقتمیںنےکہاتھاکہیہبالکل بیسلیسباتکہہرہےہیں:</w:t>
      </w:r>
    </w:p>
    <w:p>
      <w:r>
        <w:rPr>
          <w:b/>
        </w:rPr>
        <w:t xml:space="preserve">[1:13:08] </w:t>
      </w:r>
      <w:r>
        <w:t>"change has come to america presidency." to yeh mizaj sab qaumon ka hai. isko kehte hain, main kahunga, superficial thinking, yani false, yani yani false victory le kar ke khush hona.</w:t>
      </w:r>
    </w:p>
    <w:p>
      <w:pPr>
        <w:jc w:val="right"/>
      </w:pPr>
      <w:r>
        <w:t>"چینجہیزکمٹوامریک نپریزیڈنسی۔" تو یہ مز اج سب قوموںکاہے۔ اسکوکہتےہیں،میںکہوںگا،سپ رسپرف لستھنکنگ، یعنی فالس، یعنی یعنی فالسوکٹریکا لےکرکےخوشہونا۔</w:t>
      </w:r>
    </w:p>
    <w:p>
      <w:r>
        <w:rPr>
          <w:b/>
        </w:rPr>
        <w:t xml:space="preserve">[1:13:27] </w:t>
      </w:r>
      <w:r>
        <w:t>yeh false victory hai kyunke jaisa maine arz kiya ke misr mein woh halaat hain maujood nahin hain ke wahan par koi saleh nizam bane.</w:t>
      </w:r>
    </w:p>
    <w:p>
      <w:pPr>
        <w:jc w:val="right"/>
      </w:pPr>
      <w:r>
        <w:t>یہفالسوکٹریہے کیونکہجیسامیںنےعرضکیا کہ مصر میں وہ حالاتہیموجود نہیںہیںکہوہاںپرکوئی صالحنظامبنے۔</w:t>
      </w:r>
    </w:p>
    <w:p>
      <w:r>
        <w:rPr>
          <w:b/>
        </w:rPr>
        <w:t xml:space="preserve">[1:13:37] </w:t>
      </w:r>
      <w:r>
        <w:t>wahan to na koi bhi cheez nahin hai. main wahan par teen haftay thehra tha aur kuch arbon ne ek flat wahan par kiraye par liya tha hamare thehrane ke liye, wahan par cairo mein, aur koi aadmi nahin mila jo kaam ka aadmi ho kyunke sab wahi sochte hain, woh yani false thinking mein pade hue hain.</w:t>
      </w:r>
    </w:p>
    <w:p>
      <w:pPr>
        <w:jc w:val="right"/>
      </w:pPr>
      <w:r>
        <w:t>وہاںتو نہ کوئیبھیچیزنہیںہے۔ میںوہاںپر تینہفتے ٹھہراتھا اور کچھعربوںنے ایک فلیٹ وہاںپر کرائےپرلیاتھا ہمارے ٹھہر انےکےلیے،وہاںپر قاہرہمیں، اورکوئیآدمینہیں ملاجو کام کاآدمیہو کیونکہسب وہی سوچتےہیں،وہ یعنی فالستھنکنگمیںپڑےہوئےہیں۔</w:t>
      </w:r>
    </w:p>
    <w:p>
      <w:r>
        <w:rPr>
          <w:b/>
        </w:rPr>
        <w:t xml:space="preserve">[1:14:02] </w:t>
      </w:r>
      <w:r>
        <w:t>woh samajhte hain ke bas zaras sa kuch karo, idhar udhar, aur koi bada sa waqea ho jaye.</w:t>
      </w:r>
    </w:p>
    <w:p>
      <w:pPr>
        <w:jc w:val="right"/>
      </w:pPr>
      <w:r>
        <w:t>وہسمجھتےہیںکہبس ذراساکچھکرو،ادھرادھر،اورکوئیبڑاسا واقع ہہوجائے۔</w:t>
      </w:r>
    </w:p>
    <w:p>
      <w:r>
        <w:rPr>
          <w:b/>
        </w:rPr>
        <w:t xml:space="preserve">[1:14:08] </w:t>
      </w:r>
      <w:r>
        <w:t>yeh to sab ka haal hai, koi aur bas samajhta hoon ke kuch bhi nahin hone wala hai siwaye iske ke yani one dictator goes, other dictator comes.</w:t>
      </w:r>
    </w:p>
    <w:p>
      <w:pPr>
        <w:jc w:val="right"/>
      </w:pPr>
      <w:r>
        <w:t>یہتوسبہیکاحالہے، کوئی اور بسسمجھتاہوںکہکچھبھینہیںہونےوالاہےسوائےاسکےکہ یعنی ون ڈکٹیٹر گوز، ادرڈکٹیٹرکمز۔</w:t>
      </w:r>
    </w:p>
    <w:p>
      <w:r>
        <w:rPr>
          <w:b/>
        </w:rPr>
        <w:t xml:space="preserve">[1:14:19] </w:t>
      </w:r>
      <w:r>
        <w:t>bas maulana iqbal ahmad ne tamil nadu se likha hai: "dawat ka kaam kis niyat ke tehat karna matloob hai ?</w:t>
      </w:r>
    </w:p>
    <w:p>
      <w:pPr>
        <w:jc w:val="right"/>
      </w:pPr>
      <w:r>
        <w:t>بس مول انا اقبال احمد نے تملناڈوسےلکھاہے: "دعوت کاکام کس نیتکے تحت کرنا مطلوبہے ؟</w:t>
      </w:r>
    </w:p>
    <w:p>
      <w:r>
        <w:rPr>
          <w:b/>
        </w:rPr>
        <w:t xml:space="preserve">[1:14:32] </w:t>
      </w:r>
      <w:r>
        <w:t>past glory ke liye, hukumat ke liye, ya akhirat ke liye ?"</w:t>
      </w:r>
    </w:p>
    <w:p>
      <w:pPr>
        <w:jc w:val="right"/>
      </w:pPr>
      <w:r>
        <w:t>پاسٹ گل وریکےلیے، حکومت کےلیے،یا آخرتکےلیے ؟"</w:t>
      </w:r>
    </w:p>
    <w:p>
      <w:r>
        <w:rPr>
          <w:b/>
        </w:rPr>
        <w:t xml:space="preserve">[1:14:37] </w:t>
      </w:r>
      <w:r>
        <w:t>iske bare mein bataein, sirf akhirat ke liye. past glory se koi ta'alluq iska nahin, hukumat se koi ta'alluq iska nahin .</w:t>
      </w:r>
    </w:p>
    <w:p>
      <w:pPr>
        <w:jc w:val="right"/>
      </w:pPr>
      <w:r>
        <w:t>اسکےبارےمیںبتائیں، صرف آخرتکےلیے۔ پاسٹگلوریسےکوئیتعلقاسکانہیں، حکومت سےکوئیتعلقاسکانہیں ۔</w:t>
      </w:r>
    </w:p>
    <w:p>
      <w:r>
        <w:rPr>
          <w:b/>
        </w:rPr>
        <w:t xml:space="preserve">[1:14:47] </w:t>
      </w:r>
      <w:r>
        <w:t>yeh naseehatnasihah hai. quran majeed mein hai ke nabi ne kaha ke nabi ne: "main tumhara khair khwah hoon." to iska jo sar chashma hai, woh khair khwahi hai.</w:t>
      </w:r>
    </w:p>
    <w:p>
      <w:pPr>
        <w:jc w:val="right"/>
      </w:pPr>
      <w:r>
        <w:t>ی س، انیلکمناسہے۔ قرآنمجیدمیںہےکہانیداعینےکہاکہانیلکمناسہے۔ پیغمبرنے: "میںتمہاراخیرخواہہوں۔" تو اسکاجو سرچشمہہے، وہخیرخواہیہے۔</w:t>
      </w:r>
    </w:p>
    <w:p>
      <w:r>
        <w:rPr>
          <w:b/>
        </w:rPr>
        <w:t xml:space="preserve">[1:15:02] </w:t>
      </w:r>
      <w:r>
        <w:t>nabi ne apne mad'oo logon se kaha ke: "main tumhara khair khwah hoon. main tumhe chahta hoon ke tum ko nijat akhirat</w:t>
      </w:r>
    </w:p>
    <w:p>
      <w:pPr>
        <w:jc w:val="right"/>
      </w:pPr>
      <w:r>
        <w:t>انیلکمناسہے۔ پیغمبرنےاپنےمدعولوگوںسےکہا کہ:"میںتمہاراخیرخواہہوں۔ میںتمہیںچاہتاہوںکہتم کونجاتآخرتمل</w:t>
      </w:r>
    </w:p>
    <w:p>
      <w:r>
        <w:rPr>
          <w:b/>
        </w:rPr>
        <w:t xml:space="preserve">[1:15:10] </w:t>
      </w:r>
      <w:r>
        <w:t>mile, tum ko allah ki pakad se to bach jao. akhirat mein tum ko abadi jannat mile." bas insaan ki khair khwahi uska muharrik hai, na ke hukumat ya fakhr.</w:t>
      </w:r>
    </w:p>
    <w:p>
      <w:pPr>
        <w:jc w:val="right"/>
      </w:pPr>
      <w:r>
        <w:t>ے، تم کواللہکیپکڑسےتوبچجاؤ۔ آخرتمطلبانکوابدیجنتملے۔" بس انسان کیخیرخواہیاسکا محرکہے،نہکہحکومت یا فخر۔</w:t>
      </w:r>
    </w:p>
    <w:p>
      <w:r>
        <w:rPr>
          <w:b/>
        </w:rPr>
        <w:t xml:space="preserve">[1:15:22] </w:t>
      </w:r>
      <w:r>
        <w:t>woh bilkul batil hai, iska dawat se koi ta'alluq nahin hai. woh sab yani woh sab community work hai.</w:t>
      </w:r>
    </w:p>
    <w:p>
      <w:pPr>
        <w:jc w:val="right"/>
      </w:pPr>
      <w:r>
        <w:t>وہبالکل باطلہے، اسکا دعوتسےکوئیتعلقنہیںہے۔ وہسب یعنی وہسب کمیونٹیورکہے۔</w:t>
      </w:r>
    </w:p>
    <w:p>
      <w:r>
        <w:rPr>
          <w:b/>
        </w:rPr>
        <w:t xml:space="preserve">[1:15:31] </w:t>
      </w:r>
      <w:r>
        <w:t>jo log bhi fakhr ki baatein karte hain, hukumat ki baatein karte hain, woh community work kar rahe hain, qaumi kaam, woh dawat ka kaam nahin kar rahe hain.</w:t>
      </w:r>
    </w:p>
    <w:p>
      <w:pPr>
        <w:jc w:val="right"/>
      </w:pPr>
      <w:r>
        <w:t>جولوگ بھی فخرکیباتیںکرتے ہیں،حکومت کیباتیںکرتےہیں،وہکمیونٹیورککررہےہیں،قومیکام، وہ دعوتیکامنہیںکررہےہیں۔</w:t>
      </w:r>
    </w:p>
    <w:p>
      <w:r>
        <w:rPr>
          <w:b/>
        </w:rPr>
        <w:t xml:space="preserve">[1:15:39] </w:t>
      </w:r>
      <w:r>
        <w:t>agar dawat ke naam lete hain, tab bhi unki misaal is ayat ki hai ke: "yeh ulama iska bhi sadqa hai." woh yani ek aise kaam ka credit lena jo aam aadmi ne kiya ho nahin.</w:t>
      </w:r>
    </w:p>
    <w:p>
      <w:pPr>
        <w:jc w:val="right"/>
      </w:pPr>
      <w:r>
        <w:t>اگر دعوتکےناملیتےہیں،تببھی انکیمثالاسآیتکیہےکہ: "ی ہ علماسکابھیصداقتہے۔"وہ یعنیایکایسےکام کا کریڈٹلینا جو عامآدمینےکیاہینہیں۔</w:t>
      </w:r>
    </w:p>
    <w:p>
      <w:r>
        <w:rPr>
          <w:b/>
        </w:rPr>
        <w:t xml:space="preserve">[1:15:54] </w:t>
      </w:r>
      <w:r>
        <w:t>maulana asrar ahmad ne tamil nadu se likha hai: "maulana, please throw some light on the concept of failing and the human mind."</w:t>
      </w:r>
    </w:p>
    <w:p>
      <w:pPr>
        <w:jc w:val="right"/>
      </w:pPr>
      <w:r>
        <w:t>مول انا اسراراحمد نے تملناڈوسےلکھاہے: "مولانا،پلیز تھرو سم لائٹان دا کانسیپٹاف فائلنگ انداہیومنمائنڈ۔"</w:t>
      </w:r>
    </w:p>
    <w:p>
      <w:r>
        <w:rPr>
          <w:b/>
        </w:rPr>
        <w:t xml:space="preserve">[1:16:09] </w:t>
      </w:r>
      <w:r>
        <w:t>dekhiye, yeh yeh bahut hi badi baat hai, isko samjhiye ke yeh yeh research hui hai ispar ke insaan ka mind kaise kaam karta hai.</w:t>
      </w:r>
    </w:p>
    <w:p>
      <w:pPr>
        <w:jc w:val="right"/>
      </w:pPr>
      <w:r>
        <w:t>دیکھیے،یہ یہبہتہی بڑیباتہے،اسکوسمجھئے کہ یہ یہریسرچہوئیہےاسپر کہانسان کامائنڈکیسےکامکرتاہے۔</w:t>
      </w:r>
    </w:p>
    <w:p>
      <w:r>
        <w:rPr>
          <w:b/>
        </w:rPr>
        <w:t xml:space="preserve">[1:16:21] </w:t>
      </w:r>
      <w:r>
        <w:t>insaan ka mind to insaan ka mind jo hai, sote hain, tab bhi kaam karta hai. itni badi machine hai. yeh</w:t>
      </w:r>
    </w:p>
    <w:p>
      <w:pPr>
        <w:jc w:val="right"/>
      </w:pPr>
      <w:r>
        <w:t>انسانکامائنڈ تو انسان کا مائنڈجوہے، سوتےہیں،تببھیکامکرتاہے۔ اتنیبڑیمشینہے۔یہ</w:t>
      </w:r>
    </w:p>
    <w:p>
      <w:r>
        <w:rPr>
          <w:b/>
        </w:rPr>
        <w:t xml:space="preserve">[1:16:30] </w:t>
      </w:r>
      <w:r>
        <w:t>ek scientist ne kaha ke: "agar tum ek aisi computer banao, uska infrastructure 10 storey ki building mein phaila hua ho, tab bhi woh insani mind ka ek rough sketch hoga." to insaan ka mind sirf din mein nahin kaam karta, raat ko bhi kaam karta hai.</w:t>
      </w:r>
    </w:p>
    <w:p>
      <w:pPr>
        <w:jc w:val="right"/>
      </w:pPr>
      <w:r>
        <w:t>ایک سائنسداننےکہاکہ:"اگرتم ایکایساکمپیوٹربناؤ، اسکا انفراسٹرکچر دس اسٹیوری کیبلڈنگمیںپھیلاہواہو، تب بھیوہانسانیمائنڈکا ایک رفاسکیچہوگا۔" تو انسانکا مائنڈصرفدنمیںنہیںکامکرتا،راتکوبھیکامکرتاہے۔</w:t>
      </w:r>
    </w:p>
    <w:p>
      <w:r>
        <w:rPr>
          <w:b/>
        </w:rPr>
        <w:t xml:space="preserve">[1:16:48] </w:t>
      </w:r>
      <w:r>
        <w:t>to woh kya hai? din bhar aapne bahut si baatein suni, bahut si baatein padhi, bahut si baaton ko charcha kiya. to ek jangal aa gaya, dimaag mein jangal.</w:t>
      </w:r>
    </w:p>
    <w:p>
      <w:pPr>
        <w:jc w:val="right"/>
      </w:pPr>
      <w:r>
        <w:t>تووہکیاہے؟ دن بھرآپنےبہتسیباتیںسنی، بہت سیباتیںپڑھیں، بہت سیباتوںکوچرچاکیا۔ توایکجنگلآگیا،دماغمیںجنگل۔</w:t>
      </w:r>
    </w:p>
    <w:p>
      <w:r>
        <w:rPr>
          <w:b/>
        </w:rPr>
        <w:t xml:space="preserve">[1:16:58] </w:t>
      </w:r>
      <w:r>
        <w:t>to raat ko aap sote hain to mind jo hai, iske file bane hue hain dimaag mein. file ka matlab ayi america ki baat sochi aapne, woh iske file mein chali jayegi.</w:t>
      </w:r>
    </w:p>
    <w:p>
      <w:pPr>
        <w:jc w:val="right"/>
      </w:pPr>
      <w:r>
        <w:t>تو راتکوآپ سوتےہیںتو مائنڈجوہے، اسکے فائلبنےہوئےہیںدماغمیں۔فائل کہمطلباین ٹی امریک ن بات سو چیآپنے،وہاساسکےفائلمیںچلیجائےگی۔</w:t>
      </w:r>
    </w:p>
    <w:p>
      <w:r>
        <w:rPr>
          <w:b/>
        </w:rPr>
        <w:t xml:space="preserve">[1:17:09] </w:t>
      </w:r>
      <w:r>
        <w:t>aur woh muslim baat soche to woh iske file mein chali jayegi. family ke welfare ka socha aapne, woh phir file mein chali jayegi. har cheez apne file mein hai. to</w:t>
      </w:r>
    </w:p>
    <w:p>
      <w:pPr>
        <w:jc w:val="right"/>
      </w:pPr>
      <w:r>
        <w:t>اوروہمسلمباتسوچیتووہاسکےفائلمیںچلیجائےگی۔ فیملیکیویلفیئرکیسوچاآپنے،وہپھرفائلمیںچلیجائےگی۔ہرچیزاپنےفائلمیںہے۔ تو</w:t>
      </w:r>
    </w:p>
    <w:p>
      <w:r>
        <w:rPr>
          <w:b/>
        </w:rPr>
        <w:t xml:space="preserve">[1:17:18] </w:t>
      </w:r>
      <w:r>
        <w:t>bahut se file insaan ke dimaag mein, jaise computer mein hote hain na, ke ek file ko aap open karte hain to saari baatein jo usse mutalliq hain, woh ismein aa jaati hain.</w:t>
      </w:r>
    </w:p>
    <w:p>
      <w:pPr>
        <w:jc w:val="right"/>
      </w:pPr>
      <w:r>
        <w:t>بہت سے فائل انسانکےدماغمیں،جیسےکمپیوٹرمیںہوتےہیںنا، کہایکفائل کو آپ اوپنکرتے ہیں تو ساریباتیں جو اسسےمتعلقہیں،وہاسمیںآجاتیہیں۔</w:t>
      </w:r>
    </w:p>
    <w:p>
      <w:r>
        <w:rPr>
          <w:b/>
        </w:rPr>
        <w:t xml:space="preserve">[1:17:30] </w:t>
      </w:r>
      <w:r>
        <w:t>aisi dimaag mein hai, jaise mein misaal ke taur par arz karoon ke mujhe bahut baar tajurba hua mujhe ke kisi se milein, usse zikr karein uski family ka to khoob baatein batata hai. woh meri family, yeh meri family, woh mere ladke ne yeh kiya, mere ladke ne woh kiya.</w:t>
      </w:r>
    </w:p>
    <w:p>
      <w:pPr>
        <w:jc w:val="right"/>
      </w:pPr>
      <w:r>
        <w:t>ایسیدماغمیںہے، جسےمیںمثالکےطورپرعرضکروںکہمیںبہتبار تجربہہوامجھے کہاسکسیسےملیں، اسے ذکر کریںاسکیفیملیکا تو خوب باتیںبتاتاہے۔وہمیریفیملی،یہمیریفیملی،وہ میرےلڑکےنےیہکیا،میرےلڑکےنےوہکیا۔</w:t>
      </w:r>
    </w:p>
    <w:p>
      <w:r>
        <w:rPr>
          <w:b/>
        </w:rPr>
        <w:t xml:space="preserve">[1:17:48] </w:t>
      </w:r>
      <w:r>
        <w:t>ek poora hai iska card, iske paas kahani ke liye bahut si baatein hoti hain. isi khadim se Khuda ka zikr karein, Khuda ka zikr karein to uske baad koi baatein nahi hoti kehne ki,</w:t>
      </w:r>
    </w:p>
    <w:p>
      <w:pPr>
        <w:jc w:val="right"/>
      </w:pPr>
      <w:r>
        <w:t>ایک پوراہےاسکا کارڈ، اسکےپاس کہانیکےلیے بہت سیباتیںہوتیہیں۔ اسیخادمسےخداکاذکرکریں، خداکاذکرکریںتواسکےبعدکوئیباتیںنہیںہوتیکہنےکی،</w:t>
      </w:r>
    </w:p>
    <w:p>
      <w:r>
        <w:rPr>
          <w:b/>
        </w:rPr>
        <w:t xml:space="preserve">[1:18:00] </w:t>
      </w:r>
      <w:r>
        <w:t>kuch bhi keh nahi pata. woh usse yahan se le ke America tak maine yahi paaya hai. kyun? Khuda ka file iska khali hai. aap din bhar mein jo charcha kiya aapne, woh apni family ka, apne bete ka,</w:t>
      </w:r>
    </w:p>
    <w:p>
      <w:pPr>
        <w:jc w:val="right"/>
      </w:pPr>
      <w:r>
        <w:t>کچھبھی کہہنہیںپاتا۔وہ اسسےیہاںسےلےکےامریکہتک میںنےیہیپایاہے۔ کیوں ؟ خداکافائلاسکاخالیہے۔ آپدن بھرمیںجوچرچاکیاآپنے، وہاپنیفیملیکا،اپنے بیٹےکا،</w:t>
      </w:r>
    </w:p>
    <w:p>
      <w:r>
        <w:rPr>
          <w:b/>
        </w:rPr>
        <w:t xml:space="preserve">[1:18:14] </w:t>
      </w:r>
      <w:r>
        <w:t>apne job ka, apne business ka, iska to khoob charcha kiya aapne. to raat ko dimaag jo hai, jab cheezon ko sort out karega to uske paas family ko le kar jo file hai, usmein to daalne ke liye bahut saari cheezein</w:t>
      </w:r>
    </w:p>
    <w:p>
      <w:pPr>
        <w:jc w:val="right"/>
      </w:pPr>
      <w:r>
        <w:t>اپنے جابکا،اپنےبزنسکا،اسکاتوخوبچرچاکیاآپنے۔ تو راتکو دماغجوہے، جب چیزوںکو سورٹآؤٹکرےگا تو اسکےپاس فیملیکولےکر جو فائلہے، اسمیں توڈالنےکےلیےبہتساریچیز</w:t>
      </w:r>
    </w:p>
    <w:p>
      <w:r>
        <w:rPr>
          <w:b/>
        </w:rPr>
        <w:t xml:space="preserve">[1:18:28] </w:t>
      </w:r>
      <w:r>
        <w:t>mein hongi. Khuda ka charcha nahi kiya aapne. Khuda ko le kar Khuda wale file mein koi koi daalne ke liye kuch hoga na.</w:t>
      </w:r>
    </w:p>
    <w:p>
      <w:pPr>
        <w:jc w:val="right"/>
      </w:pPr>
      <w:r>
        <w:t>یںہوںگی۔ خداکاچرچہہینہیںکیاآپنے۔ خدا کولےکر خداوالے فائلمیں کوئیکوئیڈالنےکےلیےکچھہوگانہیں۔</w:t>
      </w:r>
    </w:p>
    <w:p>
      <w:r>
        <w:rPr>
          <w:b/>
        </w:rPr>
        <w:t xml:space="preserve">[1:18:37] </w:t>
      </w:r>
      <w:r>
        <w:t>to recall kaise karega dimaag? recall kaise karega? yeh jo ho raha hai, jaise hum jaise wahan pe jo hua Misr mein ke milin milin log aa jama ho gaye, woh bhi wohi baat hai ke ayi nti HUSSAIN MUBARAK jo file hai, unka unka unka to 30 saal se bhara ja raha tha. woh HUSSAIN MUBARAK yeh kar rahe hain, HUSSAIN MUBARAK woh kar rahe hain.</w:t>
      </w:r>
    </w:p>
    <w:p>
      <w:pPr>
        <w:jc w:val="right"/>
      </w:pPr>
      <w:r>
        <w:t>توریکالکیسےکرےگاد ماغ ؟ ریکالکیسےکرےگا؟یہجوہورہاہے،جیسےہم جیسےوہاںپہجوہوا مصر میں کہمل ینملینلوگاکٹھاہوگئے،وہبھیوہیباتہے کہ این ٹی حس نیمبارکجوفائلہے،انکے انکا انکے تو 30سالسےبھریجارہیتھی۔وہ حسنیمبارکیہکررہےہیں،حسنیمبارکوہکررہےہیں۔</w:t>
      </w:r>
    </w:p>
    <w:p>
      <w:r>
        <w:rPr>
          <w:b/>
        </w:rPr>
        <w:t xml:space="preserve">[1:18:59] </w:t>
      </w:r>
      <w:r>
        <w:t>to jab naara lagaya unhone, MUHAMMAD BURZAI ne, to saara file logon ka khul gaya. aur Khuda ka file hi nahi tha, dawat ka file nahi tha.</w:t>
      </w:r>
    </w:p>
    <w:p>
      <w:pPr>
        <w:jc w:val="right"/>
      </w:pPr>
      <w:r>
        <w:t>تو جب نعرہلگایاانہوںنے،محمد برزئینے، تو سارافائللوگوںکاکھلگیا۔ اورخداکافائلہینہیںتھا،دعوتکافائلنہیںتھا۔</w:t>
      </w:r>
    </w:p>
    <w:p>
      <w:r>
        <w:rPr>
          <w:b/>
        </w:rPr>
        <w:t xml:space="preserve">[1:19:11] </w:t>
      </w:r>
      <w:r>
        <w:t>yaani maine jab dawat ki baatein ki isi isi QAHIRA mein to kisi ki file mein kuch tha hi nahi ke jo khule woh. arey sahib, dawat ka kaam woh to bahut mushkil cheez hai.</w:t>
      </w:r>
    </w:p>
    <w:p>
      <w:pPr>
        <w:jc w:val="right"/>
      </w:pPr>
      <w:r>
        <w:t>یعنیمیںنےجب دعوتکیباتیںکیںاسی اسیقاہرہمیں تو کسی کیفائلمیںکچھتھاہینہیںکہجوکھلےوہ۔ ارےصاحب،دعوتکاکام وہ تو بہتمشکلچیزہے۔</w:t>
      </w:r>
    </w:p>
    <w:p>
      <w:r>
        <w:rPr>
          <w:b/>
        </w:rPr>
        <w:t xml:space="preserve">[1:19:23] </w:t>
      </w:r>
      <w:r>
        <w:t>kyun? dawat ka file jo hai dimaag mein, woh khali pada</w:t>
      </w:r>
    </w:p>
    <w:p>
      <w:pPr>
        <w:jc w:val="right"/>
      </w:pPr>
      <w:r>
        <w:t>کیوں؟ دعوتکا فائلجوہے دماغمیں،وہ خالیپڑ</w:t>
      </w:r>
    </w:p>
    <w:p>
      <w:r>
        <w:rPr>
          <w:b/>
        </w:rPr>
        <w:t xml:space="preserve">[1:19:27] </w:t>
      </w:r>
      <w:r>
        <w:t>hua hai. Khuda ka jo file hai, woh khali pada hua hai. aur ayi nti ayi authority jo file tha, woh bhara hua tha, bhara hua</w:t>
      </w:r>
    </w:p>
    <w:p>
      <w:pPr>
        <w:jc w:val="right"/>
      </w:pPr>
      <w:r>
        <w:t>اہواہے۔ خداکاجوفائلہے،وہخالیپڑاہواہے۔ اور این ٹی اینٹی اتھارٹیجوفائلتھا،وہ بھراہواتھا،بھراہوا</w:t>
      </w:r>
    </w:p>
    <w:p>
      <w:r>
        <w:rPr>
          <w:b/>
        </w:rPr>
        <w:t xml:space="preserve">[1:19:36] </w:t>
      </w:r>
      <w:r>
        <w:t>tha, bhara hua tha. to BURZAI sahib ne isko, iska jo yaani iska iska naam liya to ek jangal aa gaya maloomat ka. ayi authority yeh bahut hi badi cheez hai, isko humein chhodni chahiye ke kya wajah hai ke hum dawat ki baatein kijiye to kisi ka kisi ke paas kehne ke liye nahi hota.</w:t>
      </w:r>
    </w:p>
    <w:p>
      <w:pPr>
        <w:jc w:val="right"/>
      </w:pPr>
      <w:r>
        <w:t>تھا،بھراہواتھا۔ توبرزئیصاحب نےاسکو،اسکاجو یعنی اسکا اسکانام لیا تو ایک جنگ لآگیا معلوماتکا۔اینٹیاتھارٹی یہ بہت ہی بڑیچیزہے،اسکوہمیںچھ وڑنیچاہیے کہکیا وجہ ہےکہہم دعوتکیباتکیجئےتوکسی کا کسی کےپاسکہنےکےلیےنہیںہوتا۔</w:t>
      </w:r>
    </w:p>
    <w:p>
      <w:r>
        <w:rPr>
          <w:b/>
        </w:rPr>
        <w:t xml:space="preserve">[1:19:57] </w:t>
      </w:r>
      <w:r>
        <w:t>Khuda ki baatein kijiye to kisi ke paas kehne ke liye nahi hota kyunke iska file hi nahi hai iske dimaag mein. file kiska hai? nafrat ka, tashaddud ka, dushman ka</w:t>
      </w:r>
    </w:p>
    <w:p>
      <w:pPr>
        <w:jc w:val="right"/>
      </w:pPr>
      <w:r>
        <w:t>خداکیباتکیجئےتوکسیکےپاسکہنےکےلیےنہیںہوتا کیونکہاسکافائلہینہیںہےاسکےدماغمیں۔ فائلکسکاہے؟نفرتکا ،تشددکا، دشمنکا</w:t>
      </w:r>
    </w:p>
    <w:p>
      <w:r>
        <w:rPr>
          <w:b/>
        </w:rPr>
        <w:t xml:space="preserve">[1:20:06] </w:t>
      </w:r>
      <w:r>
        <w:t>file hai. woh khoob khulta hai. yeh bahut hi badi daryaft hai jisse humein apne aap ko samajhne ka mauqa milta hai.</w:t>
      </w:r>
    </w:p>
    <w:p>
      <w:pPr>
        <w:jc w:val="right"/>
      </w:pPr>
      <w:r>
        <w:t>فائلہے۔ وہخوبکھلتاہے۔ یہبہت ہی بڑی دریافت ہے جسسے ہمیںاپنے آپکوسمجھنےکاموقعملتاہے۔</w:t>
      </w:r>
    </w:p>
    <w:p>
      <w:r>
        <w:rPr>
          <w:b/>
        </w:rPr>
        <w:t xml:space="preserve">[1:20:19] </w:t>
      </w:r>
      <w:r>
        <w:t>aur yeh is zamane mein ka jisko kehte hain muhasiba, introspection, iska yeh ek item mila hai. kaise muhasiba karein? kaise hum introspection karein?</w:t>
      </w:r>
    </w:p>
    <w:p>
      <w:pPr>
        <w:jc w:val="right"/>
      </w:pPr>
      <w:r>
        <w:t>اور یہاسزمانےمیںکا جسکوکہتےہیںمحاسبہ، انٹراسپیک شن، اسکا یہ ایک آئٹمملاہے۔ کیسےمحاسبہکریں؟ کیسےہمانٹراسپیکشنکریں؟</w:t>
      </w:r>
    </w:p>
    <w:p>
      <w:r>
        <w:rPr>
          <w:b/>
        </w:rPr>
        <w:t xml:space="preserve">[1:20:30] </w:t>
      </w:r>
      <w:r>
        <w:t>rozana aap dekh sakte hain ke kya wajah hai ke dawat ki baat ho to mere mind mein kuch baat nahi hoti kehne ke liye. Khuda ki baat ho to mere paas koi baat nahi hoti kehne ki kyunke woh file khali pada hua hai.</w:t>
      </w:r>
    </w:p>
    <w:p>
      <w:pPr>
        <w:jc w:val="right"/>
      </w:pPr>
      <w:r>
        <w:t>روز انہآپدیکھسکتےہیں کہکیا وجہ ہےکہدعوت کیباتہو تو میرےمائنڈمیںکچھباتہینہیںہوتی کہنےکےلیے۔ خداکیباتہو تو میرےپاسکوئیباتہینہیںہوتیکہنےکی کیونکہوہفائلخالیپڑاہواہے۔</w:t>
      </w:r>
    </w:p>
    <w:p>
      <w:r>
        <w:rPr>
          <w:b/>
        </w:rPr>
        <w:t xml:space="preserve">[1:20:42] </w:t>
      </w:r>
      <w:r>
        <w:t>maine ispar na study ki, na iska charcha kiya. ghar mein kuch baatein nahi ki, bahar ki bhi nahi ki. har jagah charcha kiya hai? wohi nafrat ka charcha aur tashaddud ka charcha.</w:t>
      </w:r>
    </w:p>
    <w:p>
      <w:pPr>
        <w:jc w:val="right"/>
      </w:pPr>
      <w:r>
        <w:t>میںنےاسپرنہ اسٹڈیکی ،نہاسکاچرچاکیا۔ گھرمیںکچھ باتیںنہیںکیں،باہرکے بھینہیںکی۔ ہرجگہچرچاکیاہے؟ وہی نفرتکاچرچا اور تشددکاچرچا۔</w:t>
      </w:r>
    </w:p>
    <w:p>
      <w:r>
        <w:rPr>
          <w:b/>
        </w:rPr>
        <w:t xml:space="preserve">[1:20:54] </w:t>
      </w:r>
      <w:r>
        <w:t>to woh filein bhari hui hain.</w:t>
      </w:r>
    </w:p>
    <w:p>
      <w:pPr>
        <w:jc w:val="right"/>
      </w:pPr>
      <w:r>
        <w:t>تووہفائلیںبھریہوئیہیں۔</w:t>
      </w:r>
    </w:p>
    <w:p>
      <w:r>
        <w:rPr>
          <w:b/>
        </w:rPr>
        <w:t xml:space="preserve">[1:20:56] </w:t>
      </w:r>
      <w:r>
        <w:t>yeh bahut hi, bahut hi danger baat hai. aur saare musalmanon ka haal yeh hai ke unhone nafrat ki filein bhar rakhi hain aur mohabbat ki filein khali padi hui hain. humein zaroori hai ke hum isko phir se sochein aur is surat e haal ko badlein warna aakhir mein hum bilkul yaani ghata uthane wale honge.</w:t>
      </w:r>
    </w:p>
    <w:p>
      <w:pPr>
        <w:jc w:val="right"/>
      </w:pPr>
      <w:r>
        <w:t>یہ بہت ہی، بہت ہی ڈینجرسباتہے۔ اور سارےمسلمانوںکاحال یہہے کہانہوںنےنفرتکیفائلیںبھررکھیہیں اورمحبتکیفائلیںخالیپڑیہوئیہیں۔ہمیںضروریہےکہہماسکو پھرسےسوچیں اور اسصورت حالکوبدلیںو رنہآخرتمیںہمبالکل یعنیگھاٹااٹھانےوالے ہوںگے۔</w:t>
      </w:r>
    </w:p>
    <w:p>
      <w:r>
        <w:rPr>
          <w:b/>
        </w:rPr>
        <w:t xml:space="preserve">[1:21:17] </w:t>
      </w:r>
      <w:r>
        <w:t>Maulana, inka ek aur sawal</w:t>
      </w:r>
    </w:p>
    <w:p>
      <w:pPr>
        <w:jc w:val="right"/>
      </w:pPr>
      <w:r>
        <w:t>مولانا،انکاایکاور سوال</w:t>
      </w:r>
    </w:p>
    <w:p>
      <w:r>
        <w:rPr>
          <w:b/>
        </w:rPr>
        <w:t xml:space="preserve">[1:21:19] </w:t>
      </w:r>
      <w:r>
        <w:t>hai. unhone likha hai: "one muslim leader send his speech rebellion to tyrant obedient to god." Maulana, woh jaanna chahte hain aapka kya comment hai ispar?</w:t>
      </w:r>
    </w:p>
    <w:p>
      <w:pPr>
        <w:jc w:val="right"/>
      </w:pPr>
      <w:r>
        <w:t>ہے۔ انہوںنےلکھاہے: "ون مسلم لیڈر سینڈانہزسپیچ ریبیلینٹٹواٹائرنٹ اوبیڈینسٹوگاڈ۔" مولانا،وہجانناچاہتےہیں آپکاکیا کمنٹہےاسپر ؟</w:t>
      </w:r>
    </w:p>
    <w:p>
      <w:r>
        <w:rPr>
          <w:b/>
        </w:rPr>
        <w:t xml:space="preserve">[1:21:33] </w:t>
      </w:r>
      <w:r>
        <w:t>yeh bilkul main isko shaitani jumla samajhta hoon ke ek kisi ko zalim karar de kar ke uski baghavat karein aap aur usko samjhein ke yahi meyar hai Khuda se Khudaai ka. bilkul khud saakhta meyar yeh hai</w:t>
      </w:r>
    </w:p>
    <w:p>
      <w:pPr>
        <w:jc w:val="right"/>
      </w:pPr>
      <w:r>
        <w:t>یہ بالکل میںاسکو شیطانیجملہسمجھتاہوں کہ ایککسی کوظالم قراردےکرکہاسکیبغاوتکریںآپ اوراسکوسمجھیںکہیہیمعیارہےخداسے خدائیکا۔بالکل خود ساخت ہمعیاریہہے</w:t>
      </w:r>
    </w:p>
    <w:p>
      <w:r>
        <w:rPr>
          <w:b/>
        </w:rPr>
        <w:t xml:space="preserve">[1:21:46] </w:t>
      </w:r>
      <w:r>
        <w:t>yani kisi ko zalim bata kar ke is ke khilaf hangama karna, baghavat karna, yeh yeh miyar nahi hai ke Khuda se Khudaai ka. Khuda se Khudaai ka miyar kya hai?</w:t>
      </w:r>
    </w:p>
    <w:p>
      <w:pPr>
        <w:jc w:val="right"/>
      </w:pPr>
      <w:r>
        <w:t>یعنیکسی کوظالم بتاکرکےاسکےخلافہنگامہکرنا، بغاوتکرنا، یہ یہ معیارنہیںہےکہخداسے خدائیکا۔ خداسےخدائیکامعیارکیاہے؟</w:t>
      </w:r>
    </w:p>
    <w:p>
      <w:r>
        <w:rPr>
          <w:b/>
        </w:rPr>
        <w:t xml:space="preserve">[1:21:56] </w:t>
      </w:r>
      <w:r>
        <w:t>Allah se mohabbat karna, Allah se darna, Allah ke bando ko Allah ka paigham pahunchana, yeh miyar hai. Yeh to shaitani politics hai yani politics jo shaitan ne nikal rakhi hai, is ka yeh phenomenon hai.</w:t>
      </w:r>
    </w:p>
    <w:p>
      <w:pPr>
        <w:jc w:val="right"/>
      </w:pPr>
      <w:r>
        <w:t>اللہ سےمحبتکرنا،اللہ سےڈرنا، اللہ کےبندوںکواللہکاپیغامپہنچانا،یہمعیارہے۔ یہتوشیطانیپولیٹکسہے یعنیپولیٹکس جو شیطاننےنکالرکھیہے،اسکا یہ فیناومیناہے۔</w:t>
      </w:r>
    </w:p>
    <w:p>
      <w:r>
        <w:rPr>
          <w:b/>
        </w:rPr>
        <w:t xml:space="preserve">[1:22:13] </w:t>
      </w:r>
      <w:r>
        <w:t>Islam ka phenomenon nahi hai.</w:t>
      </w:r>
    </w:p>
    <w:p>
      <w:pPr>
        <w:jc w:val="right"/>
      </w:pPr>
      <w:r>
        <w:t>اسلام کافیناومینانہیںہے۔</w:t>
      </w:r>
    </w:p>
    <w:p>
      <w:r>
        <w:rPr>
          <w:b/>
        </w:rPr>
        <w:t xml:space="preserve">[1:22:16] </w:t>
      </w:r>
      <w:r>
        <w:t>Islam ka phenomenon ho to yeh hai ke aap Allah se darein, Allah se mohabbat karein, khud chalein Allah ke raste par aur duniya walon ko batayein ke dekho bhai yeh rasta hai, is ko nahi ikhtiyar karoge to jannat tumhari jannat ke rizq log.</w:t>
      </w:r>
    </w:p>
    <w:p>
      <w:pPr>
        <w:jc w:val="right"/>
      </w:pPr>
      <w:r>
        <w:t>اسلام کافیناومیناہوتایہہےکہآپاللہسے ڈریں، اللہ سےمحبتکریں، خود چلیںاللہ کےراستےپر اوردنیا والوںکوبتائیںکہدیکھوبھئییہراستہہے، اسکونہیںاختیارکروگےتو جنتتمہاریجن تکےرزقلوگے۔تم ابدی،</w:t>
      </w:r>
    </w:p>
    <w:p>
      <w:r>
        <w:rPr>
          <w:b/>
        </w:rPr>
        <w:t xml:space="preserve">[1:22:34] </w:t>
      </w:r>
      <w:r>
        <w:t>tum abadi, abadi jo jannat hai, woh tum ko nahi milegi. Yeh hai zalim ko lalkarna aur zalim ko challenge karna, zalim ki bagha</w:t>
      </w:r>
    </w:p>
    <w:p>
      <w:pPr>
        <w:jc w:val="right"/>
      </w:pPr>
      <w:r>
        <w:t>ابدیجو جنتہے،وہتمکونہیںملےگی۔ یہہے ظالمکو لل کار نا اور ظالمکو چیلنجکرنا، ظالمکیبغا</w:t>
      </w:r>
    </w:p>
    <w:p>
      <w:r>
        <w:rPr>
          <w:b/>
        </w:rPr>
        <w:t xml:space="preserve">[1:22:45] </w:t>
      </w:r>
      <w:r>
        <w:t>vat karna, yeh bilashuba shaitani siyasat hai, is ka Islam se koi taluq nahi hai.</w:t>
      </w:r>
    </w:p>
    <w:p>
      <w:pPr>
        <w:jc w:val="right"/>
      </w:pPr>
      <w:r>
        <w:t>وتکرنا،یہبلاشبہ شیطانیسیاست ہے، اسکااسلام سےکوئیتعلقنہیںہے۔</w:t>
      </w:r>
    </w:p>
    <w:p>
      <w:r>
        <w:rPr>
          <w:b/>
        </w:rPr>
        <w:t xml:space="preserve">[1:22:51] </w:t>
      </w:r>
      <w:r>
        <w:t>Doctor Muslima Siddiqui ne Dilli se likha hai: "Jab ghalat policy apnaayein to shaitan ki madad aati hai aur ek bada crowd mil jata hai.</w:t>
      </w:r>
    </w:p>
    <w:p>
      <w:pPr>
        <w:jc w:val="right"/>
      </w:pPr>
      <w:r>
        <w:t>ڈاکٹر مسلمہ صدی قی نے دلیسےلکھاہے: "جب غلط پالیسی اپنائیں تو شیطانکیمد د آتیہے اورایک بڑا کراؤڈ ملجاتا ہے۔</w:t>
      </w:r>
    </w:p>
    <w:p>
      <w:r>
        <w:rPr>
          <w:b/>
        </w:rPr>
        <w:t xml:space="preserve">[1:23:04] </w:t>
      </w:r>
      <w:r>
        <w:t>Is ke bar khilaf agar sahi kaam ke liye yani dawat ke liye bulaaya jaaye to farishte madad karte hain, to log kyun nahi mil pa</w:t>
      </w:r>
    </w:p>
    <w:p>
      <w:pPr>
        <w:jc w:val="right"/>
      </w:pPr>
      <w:r>
        <w:t>اسکے بر خلاف اگر صحیحکام کےلیے یعنی دعوتکےلیے بل ایاجائے تو فرشتےمددکرتے ہیں، تو لوگ کیوںنہیںملپات</w:t>
      </w:r>
    </w:p>
    <w:p>
      <w:r>
        <w:rPr>
          <w:b/>
        </w:rPr>
        <w:t xml:space="preserve">[1:23:14] </w:t>
      </w:r>
      <w:r>
        <w:t>te?" Maulana, is ke bare mein batayein. Dekhiye, farishton ka usool yeh hai ke agar aadmi ke andar jazba ho, tab farishton ki madad milegi us ko.</w:t>
      </w:r>
    </w:p>
    <w:p>
      <w:pPr>
        <w:jc w:val="right"/>
      </w:pPr>
      <w:r>
        <w:t>ے ؟"مولانا،اسکےبارےمیںبتائیں۔ دیکھیے،فرشتوںکا اصولیہہے کہ اگر آدمیکےاندر جذبہہو ،تب فرشتوںکیمددملےگیاسکو ۔</w:t>
      </w:r>
    </w:p>
    <w:p>
      <w:r>
        <w:rPr>
          <w:b/>
        </w:rPr>
        <w:t xml:space="preserve">[1:23:27] </w:t>
      </w:r>
      <w:r>
        <w:t>Aisa nahi hai ke woh to sarkash andheron se bhara hua ho aur farishte to bas us ko mor dein. Aisa nahi ho sakta hai,</w:t>
      </w:r>
    </w:p>
    <w:p>
      <w:pPr>
        <w:jc w:val="right"/>
      </w:pPr>
      <w:r>
        <w:t>ایسانہیںکہوہتوسرکشاندرسےبھراہواہو اورفرشتےتوبساسکوموڑدیں۔ ایسانہیںہوسکتاہے،</w:t>
      </w:r>
    </w:p>
    <w:p>
      <w:r>
        <w:rPr>
          <w:b/>
        </w:rPr>
        <w:t xml:space="preserve">[1:23:35] </w:t>
      </w:r>
      <w:r>
        <w:t>aisa nahi ho sakta hai. Yani hum jab bulate hain kisi ko to farishte ki madad us ko milegi jo seekh raha ho, jo seekh raha ho, jo haq ka mutalashi ho,</w:t>
      </w:r>
    </w:p>
    <w:p>
      <w:pPr>
        <w:jc w:val="right"/>
      </w:pPr>
      <w:r>
        <w:t>ایسانہیںہوسکتاہے۔ یعنیہمجب بلاتےہیںکسیکو تو فرشتےکیمدداسکوملےگی جو سیکھرہو، جو سیکھرہو، جو حق کا مت لاشیہو،</w:t>
      </w:r>
    </w:p>
    <w:p>
      <w:r>
        <w:rPr>
          <w:b/>
        </w:rPr>
        <w:t xml:space="preserve">[1:23:51] </w:t>
      </w:r>
      <w:r>
        <w:t>jisko yeh tamanna ho ke mujhe sachai mile aur us ko main follow karoon. To farishton ki madad zaroor milegi us ko. Aur jiske andar sarkashi bhari hui hai, to us ko to shaitan ke saath milega, farishte ke saath nahi mil sakta us ko.</w:t>
      </w:r>
    </w:p>
    <w:p>
      <w:pPr>
        <w:jc w:val="right"/>
      </w:pPr>
      <w:r>
        <w:t>جسکویہتم ناہوکہمجھےسچائیملے اوراسکومیںفالوکروں۔ تو فرشتوںکیمددضرورملےگیاسکو۔ اور جسکےاندر سرکشیبھریہوئیہے، تو اسکو توشیطانکےساتھملےگا، فرشتےکےساتھنہیںملسکتااسکو۔</w:t>
      </w:r>
    </w:p>
    <w:p>
      <w:r>
        <w:rPr>
          <w:b/>
        </w:rPr>
        <w:t xml:space="preserve">[1:24:07] </w:t>
      </w:r>
      <w:r>
        <w:t>Maulana Abdul Basit Omri ne Doha, Qatar se likha hai:" Maulana, dawat ka asal muharrak kya maharfat nahi?</w:t>
      </w:r>
    </w:p>
    <w:p>
      <w:pPr>
        <w:jc w:val="right"/>
      </w:pPr>
      <w:r>
        <w:t>مول انا عبد الب اسط عمرینے دوحہ،قطرسےلکھاہے:" مولانا، دعوتکا اصل مح رک کیا معرفتنہیں؟</w:t>
      </w:r>
    </w:p>
    <w:p>
      <w:r>
        <w:rPr>
          <w:b/>
        </w:rPr>
        <w:t xml:space="preserve">[1:24:17] </w:t>
      </w:r>
      <w:r>
        <w:t>Jab maharfat dawat ka muharrak ho to kya dawat ka kaam aakhirat ki bajaye kisi aur duniyavi maqsad ke liye ho sakta hai ?</w:t>
      </w:r>
    </w:p>
    <w:p>
      <w:pPr>
        <w:jc w:val="right"/>
      </w:pPr>
      <w:r>
        <w:t>جب معرفت دعوت کا مح رکہے تو کیا دعوتکا کام آخرتکیبجائے کسی اور دنیا وی مقصدکےلیے ہوسکتاہے ؟</w:t>
      </w:r>
    </w:p>
    <w:p>
      <w:r>
        <w:rPr>
          <w:b/>
        </w:rPr>
        <w:t xml:space="preserve">[1:24:29] </w:t>
      </w:r>
      <w:r>
        <w:t>"Dekhiye, maharfat ka matlab hai realization, sachai ko daryaft karna, Allah ko daryaft karna.</w:t>
      </w:r>
    </w:p>
    <w:p>
      <w:pPr>
        <w:jc w:val="right"/>
      </w:pPr>
      <w:r>
        <w:t>"دیکھیے،معرفتکامطلبہے ریلائزیشن، سچائیکو دریا فتکرنا ،اللہ کودریافتکرنا۔</w:t>
      </w:r>
    </w:p>
    <w:p>
      <w:r>
        <w:rPr>
          <w:b/>
        </w:rPr>
        <w:t xml:space="preserve">[1:24:37] </w:t>
      </w:r>
      <w:r>
        <w:t>To maharfat ka matlab hai Allah ki daryaft, discovery of truth. Is ke baad aap ki sab baatein aati hain.</w:t>
      </w:r>
    </w:p>
    <w:p>
      <w:pPr>
        <w:jc w:val="right"/>
      </w:pPr>
      <w:r>
        <w:t>تو معرفت کامطلبہےاللہ کیدریا فت ، ڈسکوری آف ٹروتھ۔ اسکےبعد آپکے سبباتیںآتیہیں۔</w:t>
      </w:r>
    </w:p>
    <w:p>
      <w:r>
        <w:rPr>
          <w:b/>
        </w:rPr>
        <w:t xml:space="preserve">[1:24:47] </w:t>
      </w:r>
      <w:r>
        <w:t>Aap kehte hain jazba paida hota hai ke is ko hum follow karein, to us ko kehte hain itaa'at. Aap ko jazba paida hota hai ke doosre insano ko batayein, is ka naam hai dawat.</w:t>
      </w:r>
    </w:p>
    <w:p>
      <w:pPr>
        <w:jc w:val="right"/>
      </w:pPr>
      <w:r>
        <w:t>آپ کہتےہیںجذبہپیداہوتاہے کہاسکوہم فالوکریں، تو اسکوکہتےہیں اط اعت۔ آپ کوجذبہپیداہوتاہےکہدوسرےانسانوںکوبتائیں، اسکانامہےدعوت ۔</w:t>
      </w:r>
    </w:p>
    <w:p>
      <w:r>
        <w:rPr>
          <w:b/>
        </w:rPr>
        <w:t xml:space="preserve">[1:24:58] </w:t>
      </w:r>
      <w:r>
        <w:t>Aap ko jazba paida hota hai ke apne qaum ki islaah karein, us ko kehta hai aur bulwaalon ko phatne ke liye munkir.</w:t>
      </w:r>
    </w:p>
    <w:p>
      <w:pPr>
        <w:jc w:val="right"/>
      </w:pPr>
      <w:r>
        <w:t>آپ کوجذبہپیدا ہوتاہےکہ اپنے قومکیاصلاحکریں، اسکاکہتاہےاوربلواروںکوپھٹنےکےلیےمنکر۔</w:t>
      </w:r>
    </w:p>
    <w:p>
      <w:r>
        <w:rPr>
          <w:b/>
        </w:rPr>
        <w:t xml:space="preserve">[1:25:05] </w:t>
      </w:r>
      <w:r>
        <w:t>To maharfat se yeh sab cheezein nikalti hain. Maharfat jar hai, yeh maharfat nahi hogi to yeh sab baatein bhi nahi niklengi.</w:t>
      </w:r>
    </w:p>
    <w:p>
      <w:pPr>
        <w:jc w:val="right"/>
      </w:pPr>
      <w:r>
        <w:t>تو معرفت سے یہسبچیزیںنکلتیہیں۔ معرفت جڑہے، یہمعرفتنہیںہوگیتویہسبباتیںبھینہیںنکلیںگی۔</w:t>
      </w:r>
    </w:p>
    <w:p>
      <w:r>
        <w:rPr>
          <w:b/>
        </w:rPr>
        <w:t xml:space="preserve">[1:25:16] </w:t>
      </w:r>
      <w:r>
        <w:t>Kyunke jab Allah ki daryaft nahi hai to baatein kahan se niklengi? To aaghaz hota hai maharfat se aur is ke baad mukhtalif is ke phenomenon hain, is ke mukhtalif mazahire hain.</w:t>
      </w:r>
    </w:p>
    <w:p>
      <w:pPr>
        <w:jc w:val="right"/>
      </w:pPr>
      <w:r>
        <w:t>کیونکہجباللہ کیدریا فتینہیںہےتوباتیںکہاںسےنکلیںگی؟ تو آغاز ہوتاہے معرفتسے اوراسکےبعد مختلف اسکے فیناومیناہیں،اسکے مختلف مظاہرہیں۔</w:t>
      </w:r>
    </w:p>
    <w:p>
      <w:r>
        <w:rPr>
          <w:b/>
        </w:rPr>
        <w:t xml:space="preserve">[1:25:31] </w:t>
      </w:r>
      <w:r>
        <w:t>Jidhar aap, yani aap ki maharfat woh hai, translate hoti hai.</w:t>
      </w:r>
    </w:p>
    <w:p>
      <w:pPr>
        <w:jc w:val="right"/>
      </w:pPr>
      <w:r>
        <w:t>جدھرآپ ،یعنیآپکیمعرفتجوہے، ٹرانسلیٹہوتیہے۔</w:t>
      </w:r>
    </w:p>
    <w:p>
      <w:r>
        <w:rPr>
          <w:b/>
        </w:rPr>
        <w:t xml:space="preserve">[1:25:39] </w:t>
      </w:r>
      <w:r>
        <w:t>Mr. Talat Anjum Khan ne Dilli se likha hai: "Is it right to believe in sects? However, in Prophet of Islam time, there was no sect.</w:t>
      </w:r>
    </w:p>
    <w:p>
      <w:pPr>
        <w:jc w:val="right"/>
      </w:pPr>
      <w:r>
        <w:t>مسٹر طلت انجم خان نے دلیسےلکھاہے: "ازاٹرائٹٹوبیلیو ان فرقہ ؟ہاؤایور،ان پرافٹآفاسلام ٹ ائم، دیرواز نو فرقہ۔</w:t>
      </w:r>
    </w:p>
    <w:p>
      <w:r>
        <w:rPr>
          <w:b/>
        </w:rPr>
        <w:t xml:space="preserve">[1:25:52] </w:t>
      </w:r>
      <w:r>
        <w:t>How does and namaz get affected when we follow any sect? Are we under threat of getting misguided?</w:t>
      </w:r>
    </w:p>
    <w:p>
      <w:pPr>
        <w:jc w:val="right"/>
      </w:pPr>
      <w:r>
        <w:t>ہاؤڈز اور نماز گیٹ ایفیکٹڈ وینوی فالو اینیفرقہ؟ اروی انڈر تھریٹآف گیٹنگمس گائیڈڈ؟</w:t>
      </w:r>
    </w:p>
    <w:p>
      <w:r>
        <w:rPr>
          <w:b/>
        </w:rPr>
        <w:t xml:space="preserve">[1:26:01] </w:t>
      </w:r>
      <w:r>
        <w:t>P</w:t>
      </w:r>
    </w:p>
    <w:p>
      <w:pPr>
        <w:jc w:val="right"/>
      </w:pPr>
      <w:r>
        <w:t>پ</w:t>
      </w:r>
    </w:p>
    <w:p>
      <w:r>
        <w:rPr>
          <w:b/>
        </w:rPr>
        <w:t xml:space="preserve">[1:26:02] </w:t>
      </w:r>
      <w:r>
        <w:t>lease tell us." To firqa bandiyan jo hui hain, yeh to baad ke hui hain. Shia firqa, Sunni firqa, Hanafi firqa, Salafi firqa, yeh to firqe baad ke bane hain.</w:t>
      </w:r>
    </w:p>
    <w:p>
      <w:pPr>
        <w:jc w:val="right"/>
      </w:pPr>
      <w:r>
        <w:t>لیزٹیلاس۔ "توفرقہبندیاںجوہوئیہیں، یہتوبعد کےہوئی ہیں۔ شیعہفرقہ،سنیفرقہ، حنفیفرقہ،سلفیفرقہ،یہتوفرقےبعدکوبنےہیں۔</w:t>
      </w:r>
    </w:p>
    <w:p>
      <w:r>
        <w:rPr>
          <w:b/>
        </w:rPr>
        <w:t xml:space="preserve">[1:26:13] </w:t>
      </w:r>
      <w:r>
        <w:t>aur yeh jarr kya hai? saare firqay banay hain juz'iyat par, kulliyat par nahin. to fundamentals par koi firqa nahin banaya, non-fundamentals par banaya.</w:t>
      </w:r>
    </w:p>
    <w:p>
      <w:pPr>
        <w:jc w:val="right"/>
      </w:pPr>
      <w:r>
        <w:t>اور یہ جڑکیاہے؟ سارےفرقےبنےہیںجزئیاتپر ، کلی اتپرنہیں ۔ توفنڈامینٹلزپرکوئیفرقہنہیںبنایا، نان فنڈامینٹلزپربنایا۔</w:t>
      </w:r>
    </w:p>
    <w:p>
      <w:r>
        <w:rPr>
          <w:b/>
        </w:rPr>
        <w:t xml:space="preserve">[1:26:25] </w:t>
      </w:r>
      <w:r>
        <w:t>to non-fundamental mein to yeh tha Islam ki taleem ke yeh bhi theek, woh bhi theek.</w:t>
      </w:r>
    </w:p>
    <w:p>
      <w:pPr>
        <w:jc w:val="right"/>
      </w:pPr>
      <w:r>
        <w:t>تو نانفنڈامینٹلمیںتویہتھا اسلام کیتعلیم کہ یہبھیٹھیک،وہبھیٹھیک۔</w:t>
      </w:r>
    </w:p>
    <w:p>
      <w:r>
        <w:rPr>
          <w:b/>
        </w:rPr>
        <w:t xml:space="preserve">[1:26:32] </w:t>
      </w:r>
      <w:r>
        <w:t>hadees mein aata hai ke ashaab-e-ka al-nujoom,</w:t>
      </w:r>
    </w:p>
    <w:p>
      <w:pPr>
        <w:jc w:val="right"/>
      </w:pPr>
      <w:r>
        <w:t>حدیث میںآتاہےکہ اصحابک النجوم،</w:t>
      </w:r>
    </w:p>
    <w:p>
      <w:r>
        <w:rPr>
          <w:b/>
        </w:rPr>
        <w:t xml:space="preserve">[1:26:38] </w:t>
      </w:r>
      <w:r>
        <w:t>sahaba woh hain, woh sitaron ki manind hain. jis ke bhi پیرووی karo ge, tum haq par ho ge. to wahan pe sahaba ke haan juz'iyat mein farq tha, kulliyat mein farq nahin tha.</w:t>
      </w:r>
    </w:p>
    <w:p>
      <w:pPr>
        <w:jc w:val="right"/>
      </w:pPr>
      <w:r>
        <w:t>صحابہجوہیں،وہ ستارےکیمانندہیں۔ جسکےبھی پیرویکروگے،تمحقپرہوگے۔ تو وہاں پہصحابہکےہاں جز ئیاتمیںفرقتھا، کلی اتمیںفرقنہیںتھا۔</w:t>
      </w:r>
    </w:p>
    <w:p>
      <w:r>
        <w:rPr>
          <w:b/>
        </w:rPr>
        <w:t xml:space="preserve">[1:26:52] </w:t>
      </w:r>
      <w:r>
        <w:t>to logon ne isi juz'iyat ko le ke firqay bana daale, juz'iyat ko le ke firqay bana daale.</w:t>
      </w:r>
    </w:p>
    <w:p>
      <w:pPr>
        <w:jc w:val="right"/>
      </w:pPr>
      <w:r>
        <w:t>تولوگوںنے اسیجزئیاتکولےکےفرقےبناڈالے، جزئیاتکولےکےفرقےبناڈالے۔</w:t>
      </w:r>
    </w:p>
    <w:p>
      <w:r>
        <w:rPr>
          <w:b/>
        </w:rPr>
        <w:t xml:space="preserve">[1:26:59] </w:t>
      </w:r>
      <w:r>
        <w:t>to woh woh juz'iyat jo theen, woh to woh to diversity thi, woh to toوسع tha. is ko firqay banane ka koi matlab nahin tha. is ka matlab amr-e-bas se bhi theek hai, amr-e-bil-jabr bhi theek hai,</w:t>
      </w:r>
    </w:p>
    <w:p>
      <w:pPr>
        <w:jc w:val="right"/>
      </w:pPr>
      <w:r>
        <w:t>تو وہ وہجزئیاتجوتھیں،وہتو وہتو ڈ ائیورس ٹیتھی،وہتو توسعتھا۔ اسکوفرقےبنانےکاکوئیمطلبہینہیںتھا۔اسکا مطلب عامربسسےبھیٹھیکہے،عامربلجر بھیٹھیکہے،</w:t>
      </w:r>
    </w:p>
    <w:p>
      <w:r>
        <w:rPr>
          <w:b/>
        </w:rPr>
        <w:t xml:space="preserve">[1:27:13] </w:t>
      </w:r>
      <w:r>
        <w:t>raf'a adaab bhi theek hai, aur raf'a adaab na karna bhi theek hai.</w:t>
      </w:r>
    </w:p>
    <w:p>
      <w:pPr>
        <w:jc w:val="right"/>
      </w:pPr>
      <w:r>
        <w:t>رفعادابھیٹھیکہے،اوررفع ادانہکرنابھیٹھیکہے۔</w:t>
      </w:r>
    </w:p>
    <w:p>
      <w:r>
        <w:rPr>
          <w:b/>
        </w:rPr>
        <w:t xml:space="preserve">[1:27:20] </w:t>
      </w:r>
      <w:r>
        <w:t>is tarah ki jo cheezein un ko le ke firqay bane hain, log woh diversity ko batati hain, tan-o-awratوسع ko batati hain.</w:t>
      </w:r>
    </w:p>
    <w:p>
      <w:pPr>
        <w:jc w:val="right"/>
      </w:pPr>
      <w:r>
        <w:t>اسطرحکیجوچیزیںانکولےکےفرقہبنےہیں،لوگ وہ ڈائیورسٹیکوبت اتیہیں، تن وعاورتوسعکوبت اتیہیں۔</w:t>
      </w:r>
    </w:p>
    <w:p>
      <w:r>
        <w:rPr>
          <w:b/>
        </w:rPr>
        <w:t xml:space="preserve">[1:27:29] </w:t>
      </w:r>
      <w:r>
        <w:t>is ko le kar ke firqa banana hai bilkul Islam mein jaiz nahin. lekin aisa kya logon ne? to ab to aap apne aap ko bachaiye, ab ban chuka hai. woh kamaz-kam apne aap ko bachaiye is is firqa bandi se.</w:t>
      </w:r>
    </w:p>
    <w:p>
      <w:pPr>
        <w:jc w:val="right"/>
      </w:pPr>
      <w:r>
        <w:t>اسکولےکرکےفرقہبناناہےبالکلاسلام میںجائزنہیں۔ لیکن ایساکیالوگوںنے؟ تو ابتوآپاسے اپنےکوبچائیے، اببنچکاہے۔وہ کمازکماپنےکوبچائیے اس اسفرقہبندیسے۔</w:t>
      </w:r>
    </w:p>
    <w:p>
      <w:r>
        <w:rPr>
          <w:b/>
        </w:rPr>
        <w:t xml:space="preserve">[1:27:43] </w:t>
      </w:r>
      <w:r>
        <w:t>Professor Najma Siddiqui ne Delhi se likha hai: "Is there any possibility of starting work towards democratic traditions in Egypt and other Muslim countries?</w:t>
      </w:r>
    </w:p>
    <w:p>
      <w:pPr>
        <w:jc w:val="right"/>
      </w:pPr>
      <w:r>
        <w:t>پروفیسر نجمہ صدی قینے دلیسےلکھاہے: "از دیراینی پوسیبلیٹیآف سٹارٹنگ ورک ٹ ورڈزڈیموکریٹکٹریڈیشنزان ایجپٹاینڈادرمسلم کنٹریز ؟</w:t>
      </w:r>
    </w:p>
    <w:p>
      <w:r>
        <w:rPr>
          <w:b/>
        </w:rPr>
        <w:t xml:space="preserve">[1:27:57] </w:t>
      </w:r>
      <w:r>
        <w:t>Is there any practical or feasible solution how to start the work there?" dekhein, democracy ka jo starting point hai, woh education hai.</w:t>
      </w:r>
    </w:p>
    <w:p>
      <w:pPr>
        <w:jc w:val="right"/>
      </w:pPr>
      <w:r>
        <w:t>از دیراینی پریکٹیکل اور فی زیبل سولیوشن ہاؤٹوسٹارٹ دعویٰورک دیر؟ "دیکھیں،ڈیموکریسیکا کاجوسٹارٹنگپوائنٹہے،وہایجوکیشنہے۔</w:t>
      </w:r>
    </w:p>
    <w:p>
      <w:r>
        <w:rPr>
          <w:b/>
        </w:rPr>
        <w:t xml:space="preserve">[1:28:12] </w:t>
      </w:r>
      <w:r>
        <w:t>education hai. farq yeh hai ke kisi Arab country mein, jahan ke yani jahan ek mulk hukoomat karta hai, mulk badshah, us ko hata dein aap to us ka matlab yeh hai ke democracy aa jayegi, wahan</w:t>
      </w:r>
    </w:p>
    <w:p>
      <w:pPr>
        <w:jc w:val="right"/>
      </w:pPr>
      <w:r>
        <w:t>ایجوکیشنہے۔ فرقیہہےکہ کسی عرب کنٹریمیں،جہاںکے یعنیجہاں ایک ملکحکومت کرتاہے،ملک بادشاہ، اسکوہٹادیںآپ تواسکامطلبیہہےکہڈیموکریسیآجائےگی،وہاں</w:t>
      </w:r>
    </w:p>
    <w:p>
      <w:r>
        <w:rPr>
          <w:b/>
        </w:rPr>
        <w:t xml:space="preserve">[1:28:26] </w:t>
      </w:r>
      <w:r>
        <w:t>anarchy aayegi, ladai bhadai jayegi. ek aadmi baithe ga seat par, doosron ko maar peet kare ga. wohi matlab dictatorship aa jayegi kyun ke jamhooriyat ke liye wahan halaat saazgar nahin hain.</w:t>
      </w:r>
    </w:p>
    <w:p>
      <w:pPr>
        <w:jc w:val="right"/>
      </w:pPr>
      <w:r>
        <w:t>انارکیآئےگی،لڑائیبھڑائیجائےگی۔ ایکآدمیبیٹھےگاسیٹپر،دوسروںکومارپیٹکرےگا۔ وہی مطلبڈکٹیٹرشپآجائےگی کیونکہ جمہوریتکےلیےوہاںحالاتسازگارنہیںہیں۔</w:t>
      </w:r>
    </w:p>
    <w:p>
      <w:r>
        <w:rPr>
          <w:b/>
        </w:rPr>
        <w:t xml:space="preserve">[1:28:40] </w:t>
      </w:r>
      <w:r>
        <w:t>log value nahin samajhte. jamhooriyat mein dekhiye, difference ko value di jati hai aur jo mazhab-e-maslak bana hua hai, woh difference ko bardasht nahin karte.</w:t>
      </w:r>
    </w:p>
    <w:p>
      <w:pPr>
        <w:jc w:val="right"/>
      </w:pPr>
      <w:r>
        <w:t>لوگ ویلیونہیںسمجھتے۔ جمہوریتمیںدیکھیے، ڈفرنسکوویلیودیجاتیہے اور جو مزاجمسلکبناہواہے،وہڈفرنسکو برداشتنہیںکرتے۔</w:t>
      </w:r>
    </w:p>
    <w:p>
      <w:r>
        <w:rPr>
          <w:b/>
        </w:rPr>
        <w:t xml:space="preserve">[1:28:52] </w:t>
      </w:r>
      <w:r>
        <w:t>freedom of expression ko value di jati hai, aap freedom of expression ko mante hain nahin.</w:t>
      </w:r>
    </w:p>
    <w:p>
      <w:pPr>
        <w:jc w:val="right"/>
      </w:pPr>
      <w:r>
        <w:t>فریڈمآف ایکسپریشنکو ویلیودیجاتیہے، آپفریڈمآفایکسپریشنکومانتےہینہیں۔</w:t>
      </w:r>
    </w:p>
    <w:p>
      <w:r>
        <w:rPr>
          <w:b/>
        </w:rPr>
        <w:t xml:space="preserve">[1:29:00] </w:t>
      </w:r>
      <w:r>
        <w:t>apni defeat ko accept kiya jata hai, aap apni defeat ko mante hain nahin kyun ke woh ek qaul hai kisi ka ke "it requires a lot of history to it. it requires a lot of history to make a culture tradition."</w:t>
      </w:r>
    </w:p>
    <w:p>
      <w:pPr>
        <w:jc w:val="right"/>
      </w:pPr>
      <w:r>
        <w:t>اپنی ڈیفیٹکوایکسیپٹکیاجاتاہے، آپاپنیڈیفیٹکومانتےہینہیں کیونکہ وہ ایک قولہےکسی کا کہ"اٹریکوائرڈزلا ٹآفہسٹری ٹو اٹ۔اٹریکوائرڈزلاٹآفہسٹریٹومیکالٹلٹریڈیشن۔"</w:t>
      </w:r>
    </w:p>
    <w:p>
      <w:r>
        <w:rPr>
          <w:b/>
        </w:rPr>
        <w:t xml:space="preserve">[1:29:19] </w:t>
      </w:r>
      <w:r>
        <w:t>ek tradition banne ke liye bohat lambi tareekh darkar hoti hai. in mulkon mein jahan democracy hai, woh jahan do sau saal se education chal rahi hai, do sau saal se education chal rahi hai, hamare education nahin hai.</w:t>
      </w:r>
    </w:p>
    <w:p>
      <w:pPr>
        <w:jc w:val="right"/>
      </w:pPr>
      <w:r>
        <w:t>ایکٹریڈیشنبننےکےلیےبہت لم بیتاریخ درکارہوتیہے۔ ان ملکوںمیںجہاںڈیموکریسیہے،وہ جہ اں دو سوسالسے ایجوکیشنچلرہیہے، دو سوسالسےایجوکیشنچلرہیہے، ہمارےایجوکیشنہینہیںہے۔</w:t>
      </w:r>
    </w:p>
    <w:p>
      <w:r>
        <w:rPr>
          <w:b/>
        </w:rPr>
        <w:t xml:space="preserve">[1:29:33] </w:t>
      </w:r>
      <w:r>
        <w:t>agar hai to ab sub standard education hai.</w:t>
      </w:r>
    </w:p>
    <w:p>
      <w:pPr>
        <w:jc w:val="right"/>
      </w:pPr>
      <w:r>
        <w:t>اگر ہےتوابسب اسٹینڈرڈایجوکیشنہے۔</w:t>
      </w:r>
    </w:p>
    <w:p>
      <w:r>
        <w:rPr>
          <w:b/>
        </w:rPr>
        <w:t xml:space="preserve">[1:29:39] </w:t>
      </w:r>
      <w:r>
        <w:t>to jab tak aap logon ko educate na karein, logon ke spirit na batayein ke tolerance ki spirit musalmanon mein hai hi nahin.</w:t>
      </w:r>
    </w:p>
    <w:p>
      <w:pPr>
        <w:jc w:val="right"/>
      </w:pPr>
      <w:r>
        <w:t>تو جبتک آپ لوگوںکوایجوکیٹنہکریں، لوگوںکےسپرٹنہبتائیں کہ ٹولرنسکیسپرٹ مسلمانوںمیںہےہینہیں۔</w:t>
      </w:r>
    </w:p>
    <w:p>
      <w:r>
        <w:rPr>
          <w:b/>
        </w:rPr>
        <w:t xml:space="preserve">[1:29:46] </w:t>
      </w:r>
      <w:r>
        <w:t>democracy jo hai, us ko tolerance ki spirit honi chahiye us ke andar kyun ke doosra aadmi aap ke aap se alag hai, us ki hogi. doosra aadmi apni apni kamyabi chahe ga.</w:t>
      </w:r>
    </w:p>
    <w:p>
      <w:pPr>
        <w:jc w:val="right"/>
      </w:pPr>
      <w:r>
        <w:t>ڈیموکریسیجوہے، اسکو ٹولرنس کیسپرٹہونیچاہیےاسکےاندر کیونکہدوسراآدمیآپکے آپ سے الگرائےاسکیہوگی۔ دوسراآدمیاپنی اپنی کامیابیچاہےگا۔</w:t>
      </w:r>
    </w:p>
    <w:p>
      <w:r>
        <w:rPr>
          <w:b/>
        </w:rPr>
        <w:t xml:space="preserve">[1:29:59] </w:t>
      </w:r>
      <w:r>
        <w:t>to musalmanon ko jab tak yeh na paida kar lein, aap un ko educate karein, spirit of tolerance un ke liye paida karein, un ke andar defeat ko accept karne ka madah paida karein.</w:t>
      </w:r>
    </w:p>
    <w:p>
      <w:pPr>
        <w:jc w:val="right"/>
      </w:pPr>
      <w:r>
        <w:t>تو مس لمانوںکو جب تک یہ نہ پیدا کرلیں،آپ انکوایجوکیٹکریں، اسپرٹآفٹولرنسانکےلیےپیداکریں،انکےاندر ڈیفیٹکوایکسیپٹکرنےکامادہپیدا کریں۔</w:t>
      </w:r>
    </w:p>
    <w:p>
      <w:r>
        <w:rPr>
          <w:b/>
        </w:rPr>
        <w:t xml:space="preserve">[1:30:10] </w:t>
      </w:r>
      <w:r>
        <w:t>jaise misaal ke taur par dekhiye, Pakistan mein democracy laayi gayi lekin aaj tak ladai bhadai hai ki</w:t>
      </w:r>
    </w:p>
    <w:p>
      <w:pPr>
        <w:jc w:val="right"/>
      </w:pPr>
      <w:r>
        <w:t>جیسےمثالکےطورپردیکھیے، پاکستانمیںڈیموکریسیلائیگئی لیکن آجتکلڑائیبھڑائیہےکی</w:t>
      </w:r>
    </w:p>
    <w:p>
      <w:r>
        <w:rPr>
          <w:b/>
        </w:rPr>
        <w:t xml:space="preserve">[1:30:15] </w:t>
      </w:r>
      <w:r>
        <w:t>yun? jo jeet ta hai, us ko phir log insist karne ki koshish karte hain ke rigging hui ya yeh hua, woh hua. bar bar tajruba yeh hai ke jo jeet ta aaye ga Pakistan mein, ab us ko maro, us ko hatao, us ko insist karo.</w:t>
      </w:r>
    </w:p>
    <w:p>
      <w:pPr>
        <w:jc w:val="right"/>
      </w:pPr>
      <w:r>
        <w:t>وں؟جو جیتتاہے، اس کو پھر لوگ انسیڈکرنےکیکوششکرتےہیں کہریگنگہوئییایہہوا،وہہوا۔ بار بار تجربہیہہےکہجوجیتتاآئےگا پاکستانمیں، اباسکو مارو،اسکوہٹاؤ،اسکوانسیڈکرو۔</w:t>
      </w:r>
    </w:p>
    <w:p>
      <w:r>
        <w:rPr>
          <w:b/>
        </w:rPr>
        <w:t xml:space="preserve">[1:30:28] </w:t>
      </w:r>
      <w:r>
        <w:t>kyun? democracy ko jante hain yeh log. democracy ka matlab hai ke jeetne walon ko accept karna, apni defeat ko accept karna. tab to democracy chalegi.</w:t>
      </w:r>
    </w:p>
    <w:p>
      <w:pPr>
        <w:jc w:val="right"/>
      </w:pPr>
      <w:r>
        <w:t>کیوں؟ ڈیموکریسیکوجانتےہیںیہلوگ ۔ ڈیموکریسیکامطلبہےکہ جیتنےوالوںکوایکسیپٹکرنا، اپنیڈیفیٹکوایکسیپٹکرنا۔ تب توڈیموکریسیچلےگی۔</w:t>
      </w:r>
    </w:p>
    <w:p>
      <w:r>
        <w:rPr>
          <w:b/>
        </w:rPr>
        <w:t xml:space="preserve">[1:30:39] </w:t>
      </w:r>
      <w:r>
        <w:t>to kahin bhi, kisi bhi Muslim country mein yeh yeh tradition nahin hai aur kaise chalegi wahan? ab yeh jo aaj kal hai Muslim countries mein ke koi agar Rasool Allah ke khilaf cartoon bana de to maro us ko,</w:t>
      </w:r>
    </w:p>
    <w:p>
      <w:pPr>
        <w:jc w:val="right"/>
      </w:pPr>
      <w:r>
        <w:t>تو کہیںبھی،کسی بھی مسلمکنٹریمیںیہ یہٹریڈیشننہیںہے اور کیسےچلےگیوہاں؟ ابیہجوآجکلہےمسلمکنٹریزمیں کہکوئیاگر رسولاللہکےخلاف کارٹونبنادےتومارواسکو،</w:t>
      </w:r>
    </w:p>
    <w:p>
      <w:r>
        <w:rPr>
          <w:b/>
        </w:rPr>
        <w:t xml:space="preserve">[1:30:54] </w:t>
      </w:r>
      <w:r>
        <w:t>koi kitab chhapde to maarwaas ko. aise democracy chalegi. democracy to chalti he. freedom of expression ko aap maanen, har aadmi ko azaadi raaye den, tab chalti he d</w:t>
      </w:r>
    </w:p>
    <w:p>
      <w:pPr>
        <w:jc w:val="right"/>
      </w:pPr>
      <w:r>
        <w:t>کوئیکتاب چھاپدےتومارواسکو۔ ایسےڈیموکریسیچلےگی۔ ڈیموکریسیتوچلتیہے۔ فریڈمآفایکسپریشنکوآپ مان یں، ہرآدمیکو آز ادیرائےدیں، تب چلتیہےڈ</w:t>
      </w:r>
    </w:p>
    <w:p>
      <w:r>
        <w:rPr>
          <w:b/>
        </w:rPr>
        <w:t xml:space="preserve">[1:31:07] </w:t>
      </w:r>
      <w:r>
        <w:t>emocracy. musalmanon mein haalaat nahin hain. woh democracy wale to Egypt mein aap dekh lijiye, kuch nahin aayega. phir ek naya dictator aake baith gaya, jo apne ne kaha na abhi ke "one dictator goes, another dictator comes".</w:t>
      </w:r>
    </w:p>
    <w:p>
      <w:pPr>
        <w:jc w:val="right"/>
      </w:pPr>
      <w:r>
        <w:t>یموکریسی۔مس لمانوںمیںحالاتہینہیںہیں۔وہ ڈیموکریسیوالے توایجپٹمیںآپدیکھلیجئے،کچھنہیںآئےگا۔ پھرایکنیاڈکٹیٹرآکےبیٹھگیا ،جواپنے نےکہانااب ھی کہ"ونڈکٹیٹرگوز،انادرڈکٹیٹرکمز"۔</w:t>
      </w:r>
    </w:p>
    <w:p>
      <w:r>
        <w:rPr>
          <w:b/>
        </w:rPr>
        <w:t xml:space="preserve">[1:31:19] </w:t>
      </w:r>
      <w:r>
        <w:t>isse zyada kuch nahin hoga.</w:t>
      </w:r>
    </w:p>
    <w:p>
      <w:pPr>
        <w:jc w:val="right"/>
      </w:pPr>
      <w:r>
        <w:t>اسسےزیادہکچھنہیںہوگا۔</w:t>
      </w:r>
    </w:p>
    <w:p>
      <w:r>
        <w:rPr>
          <w:b/>
        </w:rPr>
        <w:t xml:space="preserve">[1:31:24] </w:t>
      </w:r>
      <w:r>
        <w:t>Maulana Sanaullah Khan ne aqula se likha hai: "toast karna kya hai aur is heebt se bachne ka tareeqa kya hai ?"</w:t>
      </w:r>
    </w:p>
    <w:p>
      <w:pPr>
        <w:jc w:val="right"/>
      </w:pPr>
      <w:r>
        <w:t>مول انا ثناء اللہ خان نے اکولاسےلکھاہے: "ٹوسٹکرناکیا ہے اور اس ہیبٹسےبچنےکا طریقہکیا ہے ؟"</w:t>
      </w:r>
    </w:p>
    <w:p>
      <w:r>
        <w:rPr>
          <w:b/>
        </w:rPr>
        <w:t xml:space="preserve">[1:31:36] </w:t>
      </w:r>
      <w:r>
        <w:t>toast karne ka matlab hai baat ko ghuma phira kar kehna ke aap se poochha jaaye ek ghalti ke bare mein. woh ghalti aapne kar rakhi hai lekin aap chahte hain ke mera yaani meri image na bigde, meri image achhi bane rahe. to ghuma phira kar baat karte hain,</w:t>
      </w:r>
    </w:p>
    <w:p>
      <w:pPr>
        <w:jc w:val="right"/>
      </w:pPr>
      <w:r>
        <w:t>ٹوسٹکرنےکامطلبہے باتکو گھماپھراکرکہنا کہآپ سے پوچھاجائےایکغلطیکےبارےمیں۔وہغلطیآپنےکررکھیہے لیکنآپچاہتےہیںکہمیرا یعنیمیریامیجنہبگڑے، میریا میجاچھیبنےرہے۔توگھماپھراکرباتکرتے ہیں،</w:t>
      </w:r>
    </w:p>
    <w:p>
      <w:r>
        <w:rPr>
          <w:b/>
        </w:rPr>
        <w:t xml:space="preserve">[1:31:54] </w:t>
      </w:r>
      <w:r>
        <w:t>saaf saaf nahin karte. to aap ke andar yeh jazba hona chahiye ke agar ghalti bani gayi to "I was wrong" ghuma ghuma phira kar kehne ki kya zaroorat hai? aapko</w:t>
      </w:r>
    </w:p>
    <w:p>
      <w:pPr>
        <w:jc w:val="right"/>
      </w:pPr>
      <w:r>
        <w:t>صافصافنہیںکرتے۔ تو آپ کےاندریہجذبہہوناچاہیےکہاگرغلطیبنی گئیتو"آئی وازرونگ" گھ ماگھماپھراکہنےکیکیاضرورتہے؟آپکو</w:t>
      </w:r>
    </w:p>
    <w:p>
      <w:r>
        <w:rPr>
          <w:b/>
        </w:rPr>
        <w:t xml:space="preserve">[1:32:06] </w:t>
      </w:r>
      <w:r>
        <w:t>kuch chhupayenge, kuch batayenge yaani kuch baat ko naye dhang se pesh karenge taake aap ki image na bigde.</w:t>
      </w:r>
    </w:p>
    <w:p>
      <w:pPr>
        <w:jc w:val="right"/>
      </w:pPr>
      <w:r>
        <w:t>کچھچھپائیںگے،کچھبتائیںگے یعنی کچھبات کو نئےڈھنگسےپیشکریںگے تاکہآپ آپ کیامیجنہبگڑے۔</w:t>
      </w:r>
    </w:p>
    <w:p>
      <w:r>
        <w:rPr>
          <w:b/>
        </w:rPr>
        <w:t xml:space="preserve">[1:32:17] </w:t>
      </w:r>
      <w:r>
        <w:t>to toast karne ka matlab yeh hai ke aap apni image ko bachane ke liye baaton ko ghuma phira kar pesh karen, tod mod kar pesh karen. yeh munafiqat ki pehchan hai. yaad rakhiye, jo aadmi toast karke baat karta hai, woh munafiqat ka kuch na kuch iske andar maujood hai.</w:t>
      </w:r>
    </w:p>
    <w:p>
      <w:pPr>
        <w:jc w:val="right"/>
      </w:pPr>
      <w:r>
        <w:t>تو ٹوسٹکرناکامطلبیہہےکہآپاپنیامیجکوبچانےکےلیے باتوںکوگھماپھراکرپیشکریں،توڑموڑکرپیشکریں۔ یہ من افقتکیپہچانہے۔ یادرکھیے،جو آدمی ٹوسٹکرکےباتکرتاہے، وہ منافقتکاکچھنہکچھاسکےاندر موجود ہے۔</w:t>
      </w:r>
    </w:p>
    <w:p>
      <w:r>
        <w:rPr>
          <w:b/>
        </w:rPr>
        <w:t xml:space="preserve">[1:32:36] </w:t>
      </w:r>
      <w:r>
        <w:t>jo mukhlis musalman, mukhlis momin hoga, woh saaf saaf baat kahega. jis Hazrat Umar the, kai baar aisa hua ke unhone koi baat keh di, pata chala ke woh theek nahin thi.</w:t>
      </w:r>
    </w:p>
    <w:p>
      <w:pPr>
        <w:jc w:val="right"/>
      </w:pPr>
      <w:r>
        <w:t>جو مخلصمسلمان، مخلص مومنہوگا، وہصافصافباتکہےگا۔ جس حضرتعمر تھے، کئیبارایساہوا کہانہوں نےکوئیباتکہہدی، پتہچلاکہوہٹھیکنہیںتھی۔</w:t>
      </w:r>
    </w:p>
    <w:p>
      <w:r>
        <w:rPr>
          <w:b/>
        </w:rPr>
        <w:t xml:space="preserve">[1:32:49] </w:t>
      </w:r>
      <w:r>
        <w:t>to unhone yahan tak is tarah se keh diya ke "lauw laa flan allaha lak umar" yaani falan aadmi ne agar mujhe na bataya hota to main to halaak ho raha tha.</w:t>
      </w:r>
    </w:p>
    <w:p>
      <w:pPr>
        <w:jc w:val="right"/>
      </w:pPr>
      <w:r>
        <w:t>تو انہوںنےیہاںتک اسطرحسےکہہدیا کہ "ل ولافلاناللہ لکعمر" یعنیفلاںآدمینےاگرمجھےنہبتایاہوتا تو میںتوہلاک ہورہاتھا۔</w:t>
      </w:r>
    </w:p>
    <w:p>
      <w:r>
        <w:rPr>
          <w:b/>
        </w:rPr>
        <w:t xml:space="preserve">[1:32:58] </w:t>
      </w:r>
      <w:r>
        <w:t>jaldi se maan liya isko unhone. to do maz</w:t>
      </w:r>
    </w:p>
    <w:p>
      <w:pPr>
        <w:jc w:val="right"/>
      </w:pPr>
      <w:r>
        <w:t>جلدیسے مانلیااسکوانہوںنے۔ تو دو مز</w:t>
      </w:r>
    </w:p>
    <w:p>
      <w:r>
        <w:rPr>
          <w:b/>
        </w:rPr>
        <w:t xml:space="preserve">[1:33:04] </w:t>
      </w:r>
      <w:r>
        <w:t>ajeeb hote hain. ek yeh hai ke aap foran keh dein ke "I was wrong, I was wrong" aur doosra yeh hua hai ke apni ghaltiyan nahin maanna chahte aap to ghuma phira kar baat karte hain. to woh munafiqat hai aur munafiqat bohat bari cheez hai.</w:t>
      </w:r>
    </w:p>
    <w:p>
      <w:pPr>
        <w:jc w:val="right"/>
      </w:pPr>
      <w:r>
        <w:t>اجہوتےہیں۔ ایک یہہےکہآپ فل فورکہہدیںکہ"آئیوازرونگ،آئیوازرونگ" اوردوسرایہہواہےکہاپنیغلطینہیںمانناچاہتےآپتوگھماپھراکرباتکرتےہیں۔ تووہمنافقتہے اورمنافقتبہتبریچیزہے۔</w:t>
      </w:r>
    </w:p>
    <w:p>
      <w:r>
        <w:rPr>
          <w:b/>
        </w:rPr>
        <w:t xml:space="preserve">[1:33:16] </w:t>
      </w:r>
      <w:r>
        <w:t>munafiqat ke bare mein Quran o Hadees mein bohat hi yaani bura bure anjaam ki khabar di gayi hai.</w:t>
      </w:r>
    </w:p>
    <w:p>
      <w:pPr>
        <w:jc w:val="right"/>
      </w:pPr>
      <w:r>
        <w:t>منافقتکےبارےمیںقرآنوحدیثمیںبہتہی یعنی برا برےانجام کی خبر دیگئیہے۔</w:t>
      </w:r>
    </w:p>
    <w:p>
      <w:r>
        <w:rPr>
          <w:b/>
        </w:rPr>
        <w:t xml:space="preserve">[1:33:27] </w:t>
      </w:r>
      <w:r>
        <w:t>Maulana Amanullah Riyazi ne Dilli se likha hai: "ek musalman ke liye India se mohabbat karna aur hinduo ke liye apne dil mein well-wishing ka gehra jazba rakhna kitna zaroori hai?" yeh farz hai,</w:t>
      </w:r>
    </w:p>
    <w:p>
      <w:pPr>
        <w:jc w:val="right"/>
      </w:pPr>
      <w:r>
        <w:t>مول انا امن اللہ ریاضینے دلیسےلکھاہے: "ایک مس لمان کےلیے انڈیاسے مح بت کرنا اور ہندو ؤںکےلیے اپنے دل میں ویلوشنگ کا گہرا جذبہرکھنا کتناضروریہے؟" یہفرضہے،</w:t>
      </w:r>
    </w:p>
    <w:p>
      <w:r>
        <w:rPr>
          <w:b/>
        </w:rPr>
        <w:t xml:space="preserve">[1:33:46] </w:t>
      </w:r>
      <w:r>
        <w:t>farz hai apne watan se mohabbat karna. yeh farz hai har insaan se mohabbat karna. farz hai yeh nahin hai to Islam bhi nemat samajhta hoon.</w:t>
      </w:r>
    </w:p>
    <w:p>
      <w:pPr>
        <w:jc w:val="right"/>
      </w:pPr>
      <w:r>
        <w:t>فرضہے اپنے وطن سےمحبتکرنا۔یہفرضہے ہرانسانسےمحبتکرنا۔فرضہے یہنہیںہےتواسلام بھینعمتکوسمجھتاہوں۔</w:t>
      </w:r>
    </w:p>
    <w:p>
      <w:r>
        <w:rPr>
          <w:b/>
        </w:rPr>
        <w:t xml:space="preserve">[1:33:58] </w:t>
      </w:r>
      <w:r>
        <w:t>yeh jahan jis mulk mein aap paida hue, jis mulk ke hawa mein saans liya aapne, jahan padhe likhe, jahan saara faayda jahan se mila aapko, wohi sab mohabbat nahin karenge aap?</w:t>
      </w:r>
    </w:p>
    <w:p>
      <w:pPr>
        <w:jc w:val="right"/>
      </w:pPr>
      <w:r>
        <w:t>یہجہاںجسملکمیںآپپیدا ہوئے ، جسملککےہوا میںسانسلیاآپنے ،جہاں پڑھےپڑھے، جہاںسارافائدہجہاںسےملاآپکو ، وہیسبمحبتنہیںکریںگےآپ؟</w:t>
      </w:r>
    </w:p>
    <w:p>
      <w:r>
        <w:rPr>
          <w:b/>
        </w:rPr>
        <w:t xml:space="preserve">[1:34:09] </w:t>
      </w:r>
      <w:r>
        <w:t>to yeh kahan hai? is yaani aisa aadmi ko ek yaani aisa aadmi aadmi nahin hai.</w:t>
      </w:r>
    </w:p>
    <w:p>
      <w:pPr>
        <w:jc w:val="right"/>
      </w:pPr>
      <w:r>
        <w:t>تویہکہاںہے؟ اس یعنیایساآدمیکو ایک یعنیایساآدمیآدمینہیںہے۔</w:t>
      </w:r>
    </w:p>
    <w:p>
      <w:r>
        <w:rPr>
          <w:b/>
        </w:rPr>
        <w:t xml:space="preserve">[1:34:18] </w:t>
      </w:r>
      <w:r>
        <w:t>to main samajhta hoon ke woh jo Hadees hai, usko kal log kehte hain ke mauzu hai "hubb al watan min al imaan".</w:t>
      </w:r>
    </w:p>
    <w:p>
      <w:pPr>
        <w:jc w:val="right"/>
      </w:pPr>
      <w:r>
        <w:t>تومیںسمجھتاہوںکہ وہجوحدیثہے،اسکو کللوگکہتےہیںکہ موضوعہے "حب الوطن من الایمان"۔</w:t>
      </w:r>
    </w:p>
    <w:p>
      <w:r>
        <w:rPr>
          <w:b/>
        </w:rPr>
        <w:t xml:space="preserve">[1:34:26] </w:t>
      </w:r>
      <w:r>
        <w:t>to main kehta hoon ke Hadees bil farz mauzu ho, tab bhi woh Hadees fitratan hai. yaani fitrat ki aawaz yeh hai ke aap apne watan se mohabbat karen. watan se mohabbat na karna yeh fitrat ke khilaaf hai, yeh fitrat ke khilaaf hai.</w:t>
      </w:r>
    </w:p>
    <w:p>
      <w:pPr>
        <w:jc w:val="right"/>
      </w:pPr>
      <w:r>
        <w:t>تومیںکہتاہوںکہ حدیثبالفرضموضوعہو،تببھیوہ حدیث فطرتہے۔ یعنیفطرتکیآوازیہہےکہآپاپنے وطن سےمحبتکریں۔ وطن سےمحبت نہکرنایہفطرتکےخلاف ہے، یہفطرتکےخلاف ہے۔</w:t>
      </w:r>
    </w:p>
    <w:p>
      <w:r>
        <w:rPr>
          <w:b/>
        </w:rPr>
        <w:t xml:space="preserve">[1:34:41] </w:t>
      </w:r>
      <w:r>
        <w:t>to aapko apne watan se mohabbat honi chahiye, insaan se mohabbat honi chahiye, insaan friendly behaviour hona chahiye aapka. aur Hindustan mein to main samajhta hoon ke yaani yeh watan plus hai, yeh mulk hamare liye</w:t>
      </w:r>
    </w:p>
    <w:p>
      <w:pPr>
        <w:jc w:val="right"/>
      </w:pPr>
      <w:r>
        <w:t>توآپکو اپنے وطن سےمحبتہونیچاہیے،انسانسےمحبتہوناچاہیے، انسان فرینڈلیبیہیویئرہوناچاہیےآپکا۔ اور ہندو ستانمیںتومیںسمجھتاہوںکہ یعنی یہ وطن پلسہے،یہملکہمارےلیے</w:t>
      </w:r>
    </w:p>
    <w:p>
      <w:r>
        <w:rPr>
          <w:b/>
        </w:rPr>
        <w:t xml:space="preserve">[1:34:55] </w:t>
      </w:r>
      <w:r>
        <w:t>yaani watan se badhkar hai. yeh kyun? yahan pe itne haalaat hain jo kisi mulk mein nahin hain. jitni opportunities India mein, duniya kisi mulk mein nahin hain.</w:t>
      </w:r>
    </w:p>
    <w:p>
      <w:pPr>
        <w:jc w:val="right"/>
      </w:pPr>
      <w:r>
        <w:t>یعنیوطنسےبڑھکرہے۔یہ کیوں ؟ یہاںپہاتنےحالاتہیں جوکسی ملکمیںنہیںہیں۔ جتنیاپرچونیٹیزانڈیامیں،دنیا کسی ملکمیںنہیںہے۔</w:t>
      </w:r>
    </w:p>
    <w:p>
      <w:r>
        <w:rPr>
          <w:b/>
        </w:rPr>
        <w:t xml:space="preserve">[1:35:08] </w:t>
      </w:r>
      <w:r>
        <w:t>main itne dinon se is mulk mein kaam kar raha hoon aur doosre mulkon mein bhi gaya hoon. kisi bhi mulk mein itna opportunities nahin hoti ke India mein hai. to aap India se to bas chadh ke mohabbat kijiye, India ko watan plus samjhen.</w:t>
      </w:r>
    </w:p>
    <w:p>
      <w:pPr>
        <w:jc w:val="right"/>
      </w:pPr>
      <w:r>
        <w:t>میںاتنےدنوںسےاسملکمیں کامکررہاہوں اور دوسرےملکوںمیںبھیگیاہوں۔کسیبھی ملکمیںاتنیاپرچونیٹیزنہیںہوتیکہانڈیامیںہے۔ توآپ انڈیاسےتو بسچڑھکےمحبتکیجئے، انڈیاکووطن پلسسمجھئے۔</w:t>
      </w:r>
    </w:p>
    <w:p>
      <w:r>
        <w:rPr>
          <w:b/>
        </w:rPr>
        <w:t xml:space="preserve">[1:35:24] </w:t>
      </w:r>
      <w:r>
        <w:t>agar aisa na samjhenge to insaniyat ke khilaaf hai, sharafat ke khilaaf hai, imaan ke khilaaf hai. yeh</w:t>
      </w:r>
    </w:p>
    <w:p>
      <w:pPr>
        <w:jc w:val="right"/>
      </w:pPr>
      <w:r>
        <w:t>اگر ایسانہسمجھیںگےتوانسانیتکےخلاف ہے، شرافتکےخلاف ہے، ایمانکےخلاف ہے۔یہ</w:t>
      </w:r>
    </w:p>
    <w:p>
      <w:r>
        <w:rPr>
          <w:b/>
        </w:rPr>
        <w:t xml:space="preserve">[1:35:33] </w:t>
      </w:r>
      <w:r>
        <w:t>Mr. Mazhar ne Dilli se likha hai: "kya ek Muslim ke liye loan par ghar lena aur bank account mein jo byaaj aata hai, usko use karna jaayez hai ya naajayez ?</w:t>
      </w:r>
    </w:p>
    <w:p>
      <w:pPr>
        <w:jc w:val="right"/>
      </w:pPr>
      <w:r>
        <w:t>مسٹر مظہرنے دلیسےلکھاہے :"کیا ایک مسلمکےلیے لونپر گھرلینا اور بینک اکاؤنٹمیںجو بیاج آتاہے، اسکو یوزکرنا جائزہے یا ناجائز ؟</w:t>
      </w:r>
    </w:p>
    <w:p>
      <w:r>
        <w:rPr>
          <w:b/>
        </w:rPr>
        <w:t xml:space="preserve">[1:35:47] </w:t>
      </w:r>
      <w:r>
        <w:t>"dekhen, yeh masla aap mufti se poochhiye. main yahan apna masla bayan karunga to khwaamkhwaah controversy paida hogi.</w:t>
      </w:r>
    </w:p>
    <w:p>
      <w:pPr>
        <w:jc w:val="right"/>
      </w:pPr>
      <w:r>
        <w:t>"دیکھیں،یہمسئلہآپمفتیسےپوچھیے۔ میںیہاں اپنامسئلہبیانکروںگاتوخوامخواہکنورسیپیدا ہوگی۔</w:t>
      </w:r>
    </w:p>
    <w:p>
      <w:r>
        <w:rPr>
          <w:b/>
        </w:rPr>
        <w:t xml:space="preserve">[1:35:55] </w:t>
      </w:r>
      <w:r>
        <w:t>istarah ke masail hma apni taqreer mein nahin lete hain. aap jis par bharosa ho, aap ko jo aalim aaye, us aalim se poochhiye. dekhiye, ek baat mein arz karoon ke ek mizaj hai ke har kisi se poochhna.</w:t>
      </w:r>
    </w:p>
    <w:p>
      <w:pPr>
        <w:jc w:val="right"/>
      </w:pPr>
      <w:r>
        <w:t>اسطرحکےمسئلےہماپنی تقریرمیںنہیںلیتےہیں۔ آپ جسپربھروسہہو،آپکوجسعالمپہ،اسعالمسےپوچھیے۔ دیکھیں،ایکباتیہمیںعرضکروں کہایک مزاجہےکہہرایکسےپوچھنا۔</w:t>
      </w:r>
    </w:p>
    <w:p>
      <w:r>
        <w:rPr>
          <w:b/>
        </w:rPr>
        <w:t xml:space="preserve">[1:36:06] </w:t>
      </w:r>
      <w:r>
        <w:t>aap ne mujh se poocha to agar mein ek masla bayan karoon is ka to aap kis aur se ja kar poochhenge, phir kis aur se ja kar poochhenge. yeh bohat galat tareeqa hai.</w:t>
      </w:r>
    </w:p>
    <w:p>
      <w:pPr>
        <w:jc w:val="right"/>
      </w:pPr>
      <w:r>
        <w:t>آپنےمجھسےپوچھا تواگرمیںایکمسئلہبیانکروںاسکاتوآپکسیاورسےجاکےپوچھیںگے، پھرکسیاورسےجاکےپوچھیںگے۔ یہبہت غلططریقہہے۔</w:t>
      </w:r>
    </w:p>
    <w:p>
      <w:r>
        <w:rPr>
          <w:b/>
        </w:rPr>
        <w:t xml:space="preserve">[1:36:16] </w:t>
      </w:r>
      <w:r>
        <w:t>is tarah ke mamle mein karna chahiye ke aadmi kisi ek shakhs se poochhe. bas mein ne bohat dekha hai ke log jab bhi ek shakhs se poochhenge, phir jaen kisi aur ke haan, phir kisi teesre ke haan, phir chauthe ke haan.</w:t>
      </w:r>
    </w:p>
    <w:p>
      <w:pPr>
        <w:jc w:val="right"/>
      </w:pPr>
      <w:r>
        <w:t>اساسطرحکےمعاملےمیں کرناچاہیےکہآدمیکسی ایک شخص سےپوچھے۔بس میںنےبہت دیکھاہےکہلوگجوہیںایکشخصسےپوچھیںگے، پھرجائیںکسیاورکےہاں،پھرکسی تیسرےکےہاں،پھرچوتھےکےہاں۔</w:t>
      </w:r>
    </w:p>
    <w:p>
      <w:r>
        <w:rPr>
          <w:b/>
        </w:rPr>
        <w:t xml:space="preserve">[1:36:27] </w:t>
      </w:r>
      <w:r>
        <w:t>yeh bohat yeh fitna hai, fitna yeh fitna hai. to pehle aap apne dil mein teh kar lijiye ke aap ko kis par bharosa hai.</w:t>
      </w:r>
    </w:p>
    <w:p>
      <w:pPr>
        <w:jc w:val="right"/>
      </w:pPr>
      <w:r>
        <w:t>یہبہت یہ فتنہہے،فتنہ یہفتنہہے۔ تو پہلے آپ اپنےدلمیںطےکیجئےکہآپکو کسپربھروسہہے۔</w:t>
      </w:r>
    </w:p>
    <w:p>
      <w:r>
        <w:rPr>
          <w:b/>
        </w:rPr>
        <w:t xml:space="preserve">[1:36:36] </w:t>
      </w:r>
      <w:r>
        <w:t>pehle yeh teh kijiye ke kaun baat, kaun aalim hai jo baat kar de to aap us ko maan lenge, kis aur se poochhne nahin jayenge. phir masla poochhiye. na sirf meri baat hai balkeh kisi bhi aalim ko pehle aap ne dil se maaniye ke aalim hai us qabil hai ke mein us se poochhoon masla, aur jo bata de to us ko us par qaim ho jaiye.</w:t>
      </w:r>
    </w:p>
    <w:p>
      <w:pPr>
        <w:jc w:val="right"/>
      </w:pPr>
      <w:r>
        <w:t>پہلے یہطےکیجئے کہکون بات،کون عالمہےجوبات کردےتوآپاسکومانلیںگے،کسیاورسےپوچھنےنہیںجائیںگے۔ پھر مسئلہپوچھیے۔ نہصرفمیریباتہےبلکہکسیبھی عالمکو پہلے آپ نےدلسے مانیےکہعالمجوہےاسقابلہےکہمیںاسسےپوچھوںمسئلہ، اور جوبتادےتو اسکواسپرقائمہوجائیے۔</w:t>
      </w:r>
    </w:p>
    <w:p>
      <w:r>
        <w:rPr>
          <w:b/>
        </w:rPr>
        <w:t xml:space="preserve">[1:36:55] </w:t>
      </w:r>
      <w:r>
        <w:t>woh na poochhe hi</w:t>
      </w:r>
    </w:p>
    <w:p>
      <w:pPr>
        <w:jc w:val="right"/>
      </w:pPr>
      <w:r>
        <w:t>وہنہپوچھےہی</w:t>
      </w:r>
    </w:p>
    <w:p>
      <w:r>
        <w:rPr>
          <w:b/>
        </w:rPr>
        <w:t xml:space="preserve">[1:36:56] </w:t>
      </w:r>
      <w:r>
        <w:t>mat, phir khud hi apni rai chalaieye. agar aap ko kai ulama se poochhna hai to phir poochhe hi mat, phir apni khwahish par chaliye.</w:t>
      </w:r>
    </w:p>
    <w:p>
      <w:pPr>
        <w:jc w:val="right"/>
      </w:pPr>
      <w:r>
        <w:t>مت،پھرخودہیاپنی رائے چلائیے۔ اگرآپکوکئیعلماءسےپوچھناہےتوپھر پوچھےہیمت، پھراپنی خواہشپرچلیے۔</w:t>
      </w:r>
    </w:p>
    <w:p>
      <w:r>
        <w:rPr>
          <w:b/>
        </w:rPr>
        <w:t xml:space="preserve">[1:37:09] </w:t>
      </w:r>
      <w:r>
        <w:t>maulana sharaq hussain ne dilli se likha hai: "aap ne kaha ke secular logon ki soch reason based hoti hai jab ke musalmanon ne apni jahadi soch ko jannat se joar rakha hai,</w:t>
      </w:r>
    </w:p>
    <w:p>
      <w:pPr>
        <w:jc w:val="right"/>
      </w:pPr>
      <w:r>
        <w:t>مول اناشارخحسیننے دلیسےلکھاہے: "آپنے کہا کہ سیکولرلوگوںکی سوچ ریزن بیسڈہوتیہے جب کہ مس لمان وںنے اپنی جہ ادی سوچکو جن تسے جوڑرکھاہے،</w:t>
      </w:r>
    </w:p>
    <w:p>
      <w:r>
        <w:rPr>
          <w:b/>
        </w:rPr>
        <w:t xml:space="preserve">[1:37:25] </w:t>
      </w:r>
      <w:r>
        <w:t>is liye unhein nateeje se koi matlab nahin hai." Maulana, is zehan ko kaise badla ja sakta hai? yeh bohat hi khatarnak baat hai, bohat hi khatarnak baat hai.</w:t>
      </w:r>
    </w:p>
    <w:p>
      <w:pPr>
        <w:jc w:val="right"/>
      </w:pPr>
      <w:r>
        <w:t>اسلیے انہیں نتیجےسےکوئی مطلبہینہیں ہے۔" مول انا،اس ذہنکو کیسےبد لاجاسکتاہے ؟ یہبہت ہی خطرناکباتہے، بہتہیخطرناکباتہے۔</w:t>
      </w:r>
    </w:p>
    <w:p>
      <w:r>
        <w:rPr>
          <w:b/>
        </w:rPr>
        <w:t xml:space="preserve">[1:37:38] </w:t>
      </w:r>
      <w:r>
        <w:t>yani secular aadmi kahin kahin ja kar ke nateeje ko sochta hai aur aur lot ta lot ta hai. jaise japan wale lote, ladai bhadai shuru ki unhone lekin phir unhone u turn le liya, u turn le liya.</w:t>
      </w:r>
    </w:p>
    <w:p>
      <w:pPr>
        <w:jc w:val="right"/>
      </w:pPr>
      <w:r>
        <w:t>یعنی سیکولرآدمی کہیںکہیںجاکرکے نتیجےکوسوچتاہےاور اور لوٹتالوٹتاہے۔ جیسے جاپانوالےلوٹے، لڑائیبھڑائیشروعکیانہوںنےلیکن پھر انہوںنےیوٹرنلےلیا، یوٹرنلےلیا۔</w:t>
      </w:r>
    </w:p>
    <w:p>
      <w:r>
        <w:rPr>
          <w:b/>
        </w:rPr>
        <w:t xml:space="preserve">[1:37:53] </w:t>
      </w:r>
      <w:r>
        <w:t>musalman wohi, u turn lete nahin ke unhein kiya nazariya hai ke society bombing kar ke mar jao, tab bhi jannat hai. yeh bilkul jhoota nazariya hai, jhoota masla hai, islam se koi talluq nahin hai.</w:t>
      </w:r>
    </w:p>
    <w:p>
      <w:pPr>
        <w:jc w:val="right"/>
      </w:pPr>
      <w:r>
        <w:t>مس لمانجوہیں،یوٹرنلیتےہینہیں کہانہیں کیانظریہانکاہے کہ سوسائٹیبمبنگکرکےمرجاؤ،تببھیجنتہے۔ یہبالکل جھوٹانظریہہے،جھوٹامسئلہہے، اسلام سےکوئیتعلقنہیںہے۔</w:t>
      </w:r>
    </w:p>
    <w:p>
      <w:r>
        <w:rPr>
          <w:b/>
        </w:rPr>
        <w:t xml:space="preserve">[1:38:06] </w:t>
      </w:r>
      <w:r>
        <w:t>lekin logon ne aise fatwe de de kar ke logon ko yaqeen dila rakha hai ke nahin, tum jannat mein jaoge. aise saare fatwe bilkul be buniyad hain, yani baseless fatwe hain.</w:t>
      </w:r>
    </w:p>
    <w:p>
      <w:pPr>
        <w:jc w:val="right"/>
      </w:pPr>
      <w:r>
        <w:t>لیکن لوگوںنے ایسےفتوےدےدےکرکے لوگوںکویقیندلارکھاہےکہنہیں،تم جنتمیںجاؤگے۔ ایسےسارےفتوےبالکل بےبنی ادہیں، یعنی بیسلیسفتوےہیں۔</w:t>
      </w:r>
    </w:p>
    <w:p>
      <w:r>
        <w:rPr>
          <w:b/>
        </w:rPr>
        <w:t xml:space="preserve">[1:38:18] </w:t>
      </w:r>
      <w:r>
        <w:t>society bombing har haal mein islam mein haram hai,</w:t>
      </w:r>
    </w:p>
    <w:p>
      <w:pPr>
        <w:jc w:val="right"/>
      </w:pPr>
      <w:r>
        <w:t>سوسائٹیبمبنگبہرحالاسلاممیںحرامہے،</w:t>
      </w:r>
    </w:p>
    <w:p>
      <w:r>
        <w:rPr>
          <w:b/>
        </w:rPr>
        <w:t xml:space="preserve">[1:38:21] </w:t>
      </w:r>
      <w:r>
        <w:t>koi bhi aap ki niyat ho, us se woh jaiz nahin ho jayegi. woh khawam khwah lad lad kar marna yeh jihad nahin hai, har giz nahin jihad hai. yeh sab bilkul galat fatwe hain aur bilkul baseless fatwe hain.</w:t>
      </w:r>
    </w:p>
    <w:p>
      <w:pPr>
        <w:jc w:val="right"/>
      </w:pPr>
      <w:r>
        <w:t>کوئیبھیآپکینیتہو،اسسےوہجائزنہیںہوجائےگی۔ وہخوامخواہلڑلڑکےمرنایہجہادنہیںہے، ہرگزنہیںجہ ادہے۔یہیہسببالکل غلطفتوےہیں اور بالکل بیسلیسفتوےہیں۔</w:t>
      </w:r>
    </w:p>
    <w:p>
      <w:r>
        <w:rPr>
          <w:b/>
        </w:rPr>
        <w:t xml:space="preserve">[1:38:35] </w:t>
      </w:r>
      <w:r>
        <w:t>islam ka kaam yeh hai ke aap dawat dein, dawat dein, aur yeh jo ladna girna woh hai, yeh khatam hi nahin, jo khatam nahin ho raha. musalman lad raha hai, is liye ke woh samajhte hain ke mar gaye, tab bhi hum jannat mein jayenge.</w:t>
      </w:r>
    </w:p>
    <w:p>
      <w:pPr>
        <w:jc w:val="right"/>
      </w:pPr>
      <w:r>
        <w:t>اسلام کاکام یہہےکہآپ دعوت دیں، دعوت دیں، اوریہجو لڑناگر ناجوہے،یہ ختمہی نہیں،جوختمنہیںہورہا۔مسلمانلڑرہاہے، اسلیےکہوہسمجھتےہیںکہ مر گئے،تببھی ہم جنتمیںجائیںگے۔</w:t>
      </w:r>
    </w:p>
    <w:p>
      <w:r>
        <w:rPr>
          <w:b/>
        </w:rPr>
        <w:t xml:space="preserve">[1:38:51] </w:t>
      </w:r>
      <w:r>
        <w:t>yeh kaise pata hai ke mar kar jannat mein jayenge? aap masla yeh masla hi galat hai. aur dekhiye, ek baat bhai yeh kahoon ke yeh sab jihad nahin</w:t>
      </w:r>
    </w:p>
    <w:p>
      <w:pPr>
        <w:jc w:val="right"/>
      </w:pPr>
      <w:r>
        <w:t>یہکیسےپتہہےکہمرکے جنتمیںجائیںگے؟آپ مسئلہیہمسئلہہیغلطہے۔ اور دیکھیے،ایکباتبھائییہکہوںکہیہسب جہادنہیں</w:t>
      </w:r>
    </w:p>
    <w:p>
      <w:r>
        <w:rPr>
          <w:b/>
        </w:rPr>
        <w:t xml:space="preserve">[1:39:01] </w:t>
      </w:r>
      <w:r>
        <w:t>hai, jihad hukoomat ka kaam hota hai. ar-raheel al-imam, yeh jo idhar udhar logon ki tanzeem bana kar ladte phirte hain, yeh to jihad hai hi nahin, sarr se nahin jihad hai, sarr se yeh jihad nahin hai.</w:t>
      </w:r>
    </w:p>
    <w:p>
      <w:pPr>
        <w:jc w:val="right"/>
      </w:pPr>
      <w:r>
        <w:t>ہے، جہادحکومت کاکامہوتاہے۔ الرحیل الامام، یہجوادھرادھرلوگوںکیتنظیمبناکرلڑتےپھرتےہیں،یہتوجہادہےہینہیں،سرےسےنہیںجہادہے، سرےسےیہجہادنہیںہے۔</w:t>
      </w:r>
    </w:p>
    <w:p>
      <w:r>
        <w:rPr>
          <w:b/>
        </w:rPr>
        <w:t xml:space="preserve">[1:39:15] </w:t>
      </w:r>
      <w:r>
        <w:t>agar koi qaum attack kare bahar se, us waqt hukoomat jo wahan hogi, woh us se woh niptegi. doosron ka kaam nahin hai ke woh woh lage ladne phirne.</w:t>
      </w:r>
    </w:p>
    <w:p>
      <w:pPr>
        <w:jc w:val="right"/>
      </w:pPr>
      <w:r>
        <w:t>اگر کوئی قوماٹیککرے باہرسے، اس وقت حکومت جو وہاںہوگی، وہ اسسے وہنپٹےگی۔ دوسروںکاکامنہیںہےکہوہ وہ لگےلڑنےپھرنے۔</w:t>
      </w:r>
    </w:p>
    <w:p>
      <w:r>
        <w:rPr>
          <w:b/>
        </w:rPr>
        <w:t xml:space="preserve">[1:39:30] </w:t>
      </w:r>
      <w:r>
        <w:t>is se pehle mein ne bataya tha aap ko ke ek sahib nikah ki kitab, aap kaise kehte hain? ibn taimiya ne fatwa diya tha tatar ke zamane mein, yeh galat hai bilkul. ibn kaseer jo un ke shagird the, unhone tafseel se likha hai apni kitab "al-bidaya wa al-nihaya", us ko padh lijiye.</w:t>
      </w:r>
    </w:p>
    <w:p>
      <w:pPr>
        <w:jc w:val="right"/>
      </w:pPr>
      <w:r>
        <w:t>اسسےپہلےمیںنےبتایاتھاآپکوکہایکصاحب نکاحکیکتاب،آپکیسےکہتےہیں؟ابن تیمیہنےفتویدیاتھا تاترکےزمان ےمیں، یہغلطہےبالکل ۔ ابن کثیرجوانکےشاگرد تھے، انہوںنےتفصیلسےلکھاہےاپنی کتاب "البدایہوالنہائمہ"،اسکوپڑھلیجئے۔</w:t>
      </w:r>
    </w:p>
    <w:p>
      <w:r>
        <w:rPr>
          <w:b/>
        </w:rPr>
        <w:t xml:space="preserve">[1:39:46] </w:t>
      </w:r>
      <w:r>
        <w:t>ibn taimiya ne har giz yeh fatwa nahin diya tha ke awam khud hi khud ja kar ladien. us zamane mein do saltanat the, ek misr mein, ek sham mein. un se woh mile aur kaha ke tum log ataa kar rahe ho, muqabla</w:t>
      </w:r>
    </w:p>
    <w:p>
      <w:pPr>
        <w:jc w:val="right"/>
      </w:pPr>
      <w:r>
        <w:t>ابن تیمیہنےہرگزیہفتوینہیںدیاتھاکہعوامخودہیخودجاکےلڑیں۔ اسزمانےمیںدوسلطانتھے، ایک مصر میں، ایکشاممیں۔ انسےوہملے اورکہاکہتملوگ عطاکررہےہو،مقاب</w:t>
      </w:r>
    </w:p>
    <w:p>
      <w:r>
        <w:rPr>
          <w:b/>
        </w:rPr>
        <w:t xml:space="preserve">[1:39:58] </w:t>
      </w:r>
      <w:r>
        <w:t>karo, aur awam se sirf yeh kaha tha ke tum log on ka saath do. woh kabhi unhone aisa fatwa nahin diya tha ke log khud hi khud ladna shuru kar dein. yeh sab jo bilkul anarchy hai, is ka islam se koi talluq nahin.</w:t>
      </w:r>
    </w:p>
    <w:p>
      <w:pPr>
        <w:jc w:val="right"/>
      </w:pPr>
      <w:r>
        <w:t>لہکرو، اور عوامسےصرفیہکہاتھاکہتملوگ وںکا ساتھدو۔ وہکبھیانہوںنےایسافتوینہیںدیاتھاکہلوگخودہیخودلڑناشروعکردیں۔ یہسب جوبالکل انارکیہے، اسکااسلام سےکوئیتعلقنہیں۔</w:t>
      </w:r>
    </w:p>
    <w:p>
      <w:r>
        <w:rPr>
          <w:b/>
        </w:rPr>
        <w:t xml:space="preserve">[1:40:13] </w:t>
      </w:r>
      <w:r>
        <w:t>mister mumtaz aalim ne dilli se likha hai: "Maulana, aap ne farmaya ke khul kar aur bilkul saaf saaf baat karna chahiye,</w:t>
      </w:r>
    </w:p>
    <w:p>
      <w:pPr>
        <w:jc w:val="right"/>
      </w:pPr>
      <w:r>
        <w:t>مسٹر ممتاز عالمنے دلیسےلکھاہے: "مولانا،آپنے فرمایا کہ کھلکر اور بالکل صاف صاف باتکرنا چاہیے،</w:t>
      </w:r>
    </w:p>
    <w:p>
      <w:r>
        <w:rPr>
          <w:b/>
        </w:rPr>
        <w:t xml:space="preserve">[1:40:25] </w:t>
      </w:r>
      <w:r>
        <w:t>lekin tajurba batata hai ke log aam taur par saaf saaf baat kehne se naraz ho jate hain. aisi halat mein saaf saaf baat kis tarah ki jaye?</w:t>
      </w:r>
    </w:p>
    <w:p>
      <w:pPr>
        <w:jc w:val="right"/>
      </w:pPr>
      <w:r>
        <w:t>لیکن تج ربہبتاتاہےکہ لوگ عام طور پر صاف صاف بات کہنےسے ناراضہوجاتےہیں۔ ایسی حالتمیں صاف صاف بات کسطرح کیجائے ؟</w:t>
      </w:r>
    </w:p>
    <w:p>
      <w:r>
        <w:rPr>
          <w:b/>
        </w:rPr>
        <w:t xml:space="preserve">[1:40:36] </w:t>
      </w:r>
      <w:r>
        <w:t>"yeh to mein ne nahin kaha ke kab mein ne kaha hai ke khul kar saaf saaf baat karen, yeh to mein ne nahin kaha. kab kaha mein ne? keh kaha hai ya chapaya hai? agar aap kahein mein ne chapaya ho to us ke saare hawale dijiye.</w:t>
      </w:r>
    </w:p>
    <w:p>
      <w:pPr>
        <w:jc w:val="right"/>
      </w:pPr>
      <w:r>
        <w:t>"یہتو میںنےنہیںکہا کہکبمیںنےکہاہےکہکھلکر صافصافباتکریں، یہتومیںنےنہیںکہا۔کبکہامیں نے ؟کہکہاہےیاچھاپاہے؟ اگر آپ کہیں میںنے چھاپاہوتواسکے سارےحوالہ دیجئے۔</w:t>
      </w:r>
    </w:p>
    <w:p>
      <w:r>
        <w:rPr>
          <w:b/>
        </w:rPr>
        <w:t xml:space="preserve">[1:40:52] </w:t>
      </w:r>
      <w:r>
        <w:t>dekhiye, koi bhi baat ho, dawat ki baat, ab bhi hikmat zaroori hai. hikmat, hikmat ka matlab hota hai practical wisdom. khawam khwah hi saaf saaf baat karna aur ladai bhadai bol lena, yeh to mein ne nahin kabhi nahin kaha."</w:t>
      </w:r>
    </w:p>
    <w:p>
      <w:pPr>
        <w:jc w:val="right"/>
      </w:pPr>
      <w:r>
        <w:t>دیکھیں،کوئیبھیباتہو، دعوتکیبات،اببھیحکمتضروریہے۔حکمت، حکمتکامطلبہوتاہےپریکٹیکلوزڈم۔ خوامخواہہیصافصافباتکرنااور لڑائیبھڑائیبول لینا،یہتومیںنےنہیںکبھینہیںکہا۔</w:t>
      </w:r>
    </w:p>
    <w:p>
      <w:r>
        <w:rPr>
          <w:b/>
        </w:rPr>
        <w:t xml:space="preserve">[1:41:04] </w:t>
      </w:r>
      <w:r>
        <w:t>ya taqreer mein kehna? nasara mein chhaapa. hukumat dawat ke liye bhi zaroori hai, dunya mein jeene ke liye bhi zaroori hai, har kaam ke liye hikmat zaroori hai.</w:t>
      </w:r>
    </w:p>
    <w:p>
      <w:pPr>
        <w:jc w:val="right"/>
      </w:pPr>
      <w:r>
        <w:t>یاتقریرمیںکہانا ؟نصاریمیںچھاپا۔ حک مت دعوتکےلیےبھیضروریہے، دنیا میںجینےکےلیےبھیضروریہے، ہرکامکےلیےحکمتضروریہے۔</w:t>
      </w:r>
    </w:p>
    <w:p>
      <w:r>
        <w:rPr>
          <w:b/>
        </w:rPr>
        <w:t xml:space="preserve">[1:41:14] </w:t>
      </w:r>
      <w:r>
        <w:t>hikmat ka matlab hai wisdom, practical wisdom.</w:t>
      </w:r>
    </w:p>
    <w:p>
      <w:pPr>
        <w:jc w:val="right"/>
      </w:pPr>
      <w:r>
        <w:t>حکمتکامطلبہےوز ڈم، پریکٹیکلوزڈم۔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