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Science of Life Sep 10, 2006 Maulana Wahiduddin Khan</w:t>
      </w:r>
    </w:p>
    <w:p>
      <w:r>
        <w:t>https://www.youtube.com/watch?v=9ZRasJA7jTw</w:t>
      </w:r>
    </w:p>
    <w:p>
      <w:r>
        <w:rPr>
          <w:b/>
        </w:rPr>
        <w:t xml:space="preserve">[00:14] </w:t>
      </w:r>
      <w:r>
        <w:t>bismillah hir rahman nir rahim, wa sallallahu ala nabiyyil karim. rabbishrah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lul uqdatan min lisani yafqahu qawli.</w:t>
      </w:r>
    </w:p>
    <w:p>
      <w:pPr>
        <w:jc w:val="right"/>
      </w:pPr>
      <w:r>
        <w:t>واحل العقدۃ من لسانی یفقہ قولی۔</w:t>
      </w:r>
    </w:p>
    <w:p>
      <w:r>
        <w:rPr>
          <w:b/>
        </w:rPr>
        <w:t xml:space="preserve">[00:38] </w:t>
      </w:r>
      <w:r>
        <w:t>aaj ka topic hai science of life.</w:t>
      </w:r>
    </w:p>
    <w:p>
      <w:pPr>
        <w:jc w:val="right"/>
      </w:pPr>
      <w:r>
        <w:t>آج کا ٹاپک ہے سائنس آف لائف۔</w:t>
      </w:r>
    </w:p>
    <w:p>
      <w:r>
        <w:rPr>
          <w:b/>
        </w:rPr>
        <w:t xml:space="preserve">[00:46] </w:t>
      </w:r>
      <w:r>
        <w:t>yeh topic is tarah mere mind mein aaya ke kal yahan nai dilli mein, India international center mein, ek seminar tha.</w:t>
      </w:r>
    </w:p>
    <w:p>
      <w:pPr>
        <w:jc w:val="right"/>
      </w:pPr>
      <w:r>
        <w:t>یہ ٹاپک اس طرح میرے مائنڈ میں آیا کہ کل یہاں نئی دہلی میں، انڈیا انٹرنیشنل سینٹر میں، ایک سیمینار تھا۔</w:t>
      </w:r>
    </w:p>
    <w:p>
      <w:r>
        <w:rPr>
          <w:b/>
        </w:rPr>
        <w:t xml:space="preserve">[01:02] </w:t>
      </w:r>
      <w:r>
        <w:t>mujhe bhi wahan bulaya gaya tha, to wahan sab educated log the, har religion ke.</w:t>
      </w:r>
    </w:p>
    <w:p>
      <w:pPr>
        <w:jc w:val="right"/>
      </w:pPr>
      <w:r>
        <w:t>مجھے بھی وہاں بلایا گیا تھا، تو وہاں سب ایجوکیٹڈ لوگ تھے، ہر ریلیجن کے۔</w:t>
      </w:r>
    </w:p>
    <w:p>
      <w:r>
        <w:rPr>
          <w:b/>
        </w:rPr>
        <w:t xml:space="preserve">[01:11] </w:t>
      </w:r>
      <w:r>
        <w:t>to ek speaker ne bolte hue ek bada hi striking sentence kaha.</w:t>
      </w:r>
    </w:p>
    <w:p>
      <w:pPr>
        <w:jc w:val="right"/>
      </w:pPr>
      <w:r>
        <w:t>تو ایک اسپیکر نے بولتے ہوئے ایک بڑا ہی اسٹرائیکنگ سینٹنس کہا۔</w:t>
      </w:r>
    </w:p>
    <w:p>
      <w:r>
        <w:rPr>
          <w:b/>
        </w:rPr>
        <w:t xml:space="preserve">[01:23] </w:t>
      </w:r>
      <w:r>
        <w:t>unhone kaha ke "we want to establish a perfect society." "we want to establish a perfect society,</w:t>
      </w:r>
    </w:p>
    <w:p>
      <w:pPr>
        <w:jc w:val="right"/>
      </w:pPr>
      <w:r>
        <w:t>انہوں نے کہا کہ "وی وانٹ ٹو اسٹیبلش ا پرفیکٹ سوسائٹی۔" "وی وانٹ ٹو اسٹیبلش ا پرفیکٹ سوسائٹی،</w:t>
      </w:r>
    </w:p>
    <w:p>
      <w:r>
        <w:rPr>
          <w:b/>
        </w:rPr>
        <w:t xml:space="preserve">[01:39] </w:t>
      </w:r>
      <w:r>
        <w:t>although society seems to be a utopia."</w:t>
      </w:r>
    </w:p>
    <w:p>
      <w:pPr>
        <w:jc w:val="right"/>
      </w:pPr>
      <w:r>
        <w:t>الدو اف سوسائٹی سیمز ٹو بی ا یوٹوپیا۔"</w:t>
      </w:r>
    </w:p>
    <w:p>
      <w:r>
        <w:rPr>
          <w:b/>
        </w:rPr>
        <w:t xml:space="preserve">[01:47] </w:t>
      </w:r>
      <w:r>
        <w:t>bahut hi frankli unhon ne yeh baat kahi ke hum logon ka jo goal hai, hum log jo chahte hain, hum sab log, woh yeh hai ke hum aik perfect society banayein.</w:t>
      </w:r>
    </w:p>
    <w:p>
      <w:pPr>
        <w:jc w:val="right"/>
      </w:pPr>
      <w:r>
        <w:t>بہت ہی فرینکلی انہوں نے یہ بات کہی کہ ہم لوگوں کا جو گول ہے، ہم لوگ جو چاہتے ہیں، ہم سب لوگ، وہ یہ ہے کہ ہم ایک پرفیکٹ سوسائٹی بنائیں۔</w:t>
      </w:r>
    </w:p>
    <w:p>
      <w:r>
        <w:rPr>
          <w:b/>
        </w:rPr>
        <w:t xml:space="preserve">[02:01] </w:t>
      </w:r>
      <w:r>
        <w:t>aur hum hi nahi balkeh poori history mein log yahi chahte rahe, lekin</w:t>
      </w:r>
    </w:p>
    <w:p>
      <w:pPr>
        <w:jc w:val="right"/>
      </w:pPr>
      <w:r>
        <w:t>اور ہم ہی نہیں بلکہ پوری ہسٹری میں لوگ یہی چاہتے رہے، لیکن</w:t>
      </w:r>
    </w:p>
    <w:p>
      <w:r>
        <w:rPr>
          <w:b/>
        </w:rPr>
        <w:t xml:space="preserve">[02:08] </w:t>
      </w:r>
      <w:r>
        <w:t>hazaron saal ki history batati hai ke perfect society aik abhi tak aik utopia bani hui hai.</w:t>
      </w:r>
    </w:p>
    <w:p>
      <w:pPr>
        <w:jc w:val="right"/>
      </w:pPr>
      <w:r>
        <w:t>ہزاروں سال کی ہسٹری بتاتی ہے کہ پرفیکٹ سوسائٹی ایک ابھی تک ایک یوٹوپیا بنی ہوئی ہے۔</w:t>
      </w:r>
    </w:p>
    <w:p>
      <w:r>
        <w:rPr>
          <w:b/>
        </w:rPr>
        <w:t xml:space="preserve">[02:18] </w:t>
      </w:r>
      <w:r>
        <w:t>yeh unhon ne kaha. to yeh keh kar unhon ne sochne ke liye aik baat de di mujh ko.</w:t>
      </w:r>
    </w:p>
    <w:p>
      <w:pPr>
        <w:jc w:val="right"/>
      </w:pPr>
      <w:r>
        <w:t>یہ انہوں نے کہا۔ تو یہ کہہ کر انہوں نے سوچنے کے لیے ایک بات دے دی مجھ کو۔</w:t>
      </w:r>
    </w:p>
    <w:p>
      <w:r>
        <w:rPr>
          <w:b/>
        </w:rPr>
        <w:t xml:space="preserve">[02:31] </w:t>
      </w:r>
      <w:r>
        <w:t>main sochta raha ke aisa kyun hai</w:t>
      </w:r>
    </w:p>
    <w:p>
      <w:pPr>
        <w:jc w:val="right"/>
      </w:pPr>
      <w:r>
        <w:t>میں سوچتا رہا کہ ایسا کیوں ہے</w:t>
      </w:r>
    </w:p>
    <w:p>
      <w:r>
        <w:rPr>
          <w:b/>
        </w:rPr>
        <w:t xml:space="preserve">[02:38] </w:t>
      </w:r>
      <w:r>
        <w:t>ke sari history mein jo reformers hue, jo bare bare leaders hue, sab ke sab</w:t>
      </w:r>
    </w:p>
    <w:p>
      <w:pPr>
        <w:jc w:val="right"/>
      </w:pPr>
      <w:r>
        <w:t>کہ ساری ہسٹری میں جو ریفارمرز ہوئے، جو بڑے بڑے لیڈرز ہوئے، سب کے سب</w:t>
      </w:r>
    </w:p>
    <w:p>
      <w:r>
        <w:rPr>
          <w:b/>
        </w:rPr>
        <w:t xml:space="preserve">[02:50] </w:t>
      </w:r>
      <w:r>
        <w:t>perfect society banana chahte the, ideal society banana chahte the. lekin</w:t>
      </w:r>
    </w:p>
    <w:p>
      <w:pPr>
        <w:jc w:val="right"/>
      </w:pPr>
      <w:r>
        <w:t>پرفیکٹ سوسائٹی بنانا چاہتے تھے، آئیڈیل سوسائٹی بنانا چاہتے تھے۔ لیکن</w:t>
      </w:r>
    </w:p>
    <w:p>
      <w:r>
        <w:rPr>
          <w:b/>
        </w:rPr>
        <w:t xml:space="preserve">[03:00] </w:t>
      </w:r>
      <w:r>
        <w:t>har aik</w:t>
      </w:r>
    </w:p>
    <w:p>
      <w:pPr>
        <w:jc w:val="right"/>
      </w:pPr>
      <w:r>
        <w:t>ہر ایک</w:t>
      </w:r>
    </w:p>
    <w:p>
      <w:r>
        <w:rPr>
          <w:b/>
        </w:rPr>
        <w:t xml:space="preserve">[03:05] </w:t>
      </w:r>
      <w:r>
        <w:t>is tarah mar gaya ke woh apne goal tak nahi pohncha.</w:t>
      </w:r>
    </w:p>
    <w:p>
      <w:pPr>
        <w:jc w:val="right"/>
      </w:pPr>
      <w:r>
        <w:t>اس طرح مر گیا کہ وہ اپنے گول تک نہیں پہنچا۔</w:t>
      </w:r>
    </w:p>
    <w:p>
      <w:r>
        <w:rPr>
          <w:b/>
        </w:rPr>
        <w:t xml:space="preserve">[03:20] </w:t>
      </w:r>
      <w:r>
        <w:t>to aisa kyun hai?</w:t>
      </w:r>
    </w:p>
    <w:p>
      <w:pPr>
        <w:jc w:val="right"/>
      </w:pPr>
      <w:r>
        <w:t>تو ایسا کیوں ہے؟</w:t>
      </w:r>
    </w:p>
    <w:p>
      <w:r>
        <w:rPr>
          <w:b/>
        </w:rPr>
        <w:t xml:space="preserve">[03:27] </w:t>
      </w:r>
      <w:r>
        <w:t>yeh baat main is se pehle keh chuka hoon ke aisa aisa kyun hai. is ke baray mein is se pehle bhi main keh chuka hoon ke</w:t>
      </w:r>
    </w:p>
    <w:p>
      <w:pPr>
        <w:jc w:val="right"/>
      </w:pPr>
      <w:r>
        <w:t>یہ بات میں اس سے پہلے کہہ چکا ہوں کہ ایسا ایسا کیوں ہے۔ اس کے بارے میں اس سے پہلے بھی میں کہہ چکا ہوں کہ</w:t>
      </w:r>
    </w:p>
    <w:p>
      <w:r>
        <w:rPr>
          <w:b/>
        </w:rPr>
        <w:t xml:space="preserve">[03:40] </w:t>
      </w:r>
      <w:r>
        <w:t>aisa is liye hai ke hum sab ke mind mein aik ideal world basa hua hai, aik perfect society basi hui hai.</w:t>
      </w:r>
    </w:p>
    <w:p>
      <w:pPr>
        <w:jc w:val="right"/>
      </w:pPr>
      <w:r>
        <w:t>ایسا اس لیے ہے کہ ہم سب کے مائنڈ میں ایک آئیڈیل ورلڈ بسا ہوا ہے، ایک پرفیکٹ سوسائٹی بسی ہوئی ہے۔</w:t>
      </w:r>
    </w:p>
    <w:p>
      <w:r>
        <w:rPr>
          <w:b/>
        </w:rPr>
        <w:t xml:space="preserve">[03:54] </w:t>
      </w:r>
      <w:r>
        <w:t>aisi dunya jahan sab kuch theek ho, har taraf happiness ho,</w:t>
      </w:r>
    </w:p>
    <w:p>
      <w:pPr>
        <w:jc w:val="right"/>
      </w:pPr>
      <w:r>
        <w:t>ایسی دنیا جہاں سب کچھ ٹھیک ہو، ہر طرف ہیپینس ہو،</w:t>
      </w:r>
    </w:p>
    <w:p>
      <w:r>
        <w:rPr>
          <w:b/>
        </w:rPr>
        <w:t xml:space="preserve">[04:03] </w:t>
      </w:r>
      <w:r>
        <w:t>jahan koi cheez unpleasant na ho,</w:t>
      </w:r>
    </w:p>
    <w:p>
      <w:pPr>
        <w:jc w:val="right"/>
      </w:pPr>
      <w:r>
        <w:t>جہاں کوئی چیز ان پلیزنٹ نہ ہو،</w:t>
      </w:r>
    </w:p>
    <w:p>
      <w:r>
        <w:rPr>
          <w:b/>
        </w:rPr>
        <w:t xml:space="preserve">[04:10] </w:t>
      </w:r>
      <w:r>
        <w:t>aisi aik dunya.</w:t>
      </w:r>
    </w:p>
    <w:p>
      <w:pPr>
        <w:jc w:val="right"/>
      </w:pPr>
      <w:r>
        <w:t>ایسی ایک دنیا۔</w:t>
      </w:r>
    </w:p>
    <w:p>
      <w:r>
        <w:rPr>
          <w:b/>
        </w:rPr>
        <w:t xml:space="preserve">[04:13] </w:t>
      </w:r>
      <w:r>
        <w:t>lekin sara problem yeh hai ke jo is dunya ka creator hai, God, ko God ke creation plan ko jaane baghair hum</w:t>
      </w:r>
    </w:p>
    <w:p>
      <w:pPr>
        <w:jc w:val="right"/>
      </w:pPr>
      <w:r>
        <w:t>لیکن سارا پرابلم یہ ہے کہ جو اس دنیا کا کریٹر ہے، گاڈ، کو گاڈ کے کریشن پلان کو جانے بغیر ہم</w:t>
      </w:r>
    </w:p>
    <w:p>
      <w:r>
        <w:rPr>
          <w:b/>
        </w:rPr>
        <w:t xml:space="preserve">[04:33] </w:t>
      </w:r>
      <w:r>
        <w:t>apna project bana rahe hain.</w:t>
      </w:r>
    </w:p>
    <w:p>
      <w:pPr>
        <w:jc w:val="right"/>
      </w:pPr>
      <w:r>
        <w:t>اپنا پروجیکٹ بنا رہے ہیں۔</w:t>
      </w:r>
    </w:p>
    <w:p>
      <w:r>
        <w:rPr>
          <w:b/>
        </w:rPr>
        <w:t xml:space="preserve">[04:35] </w:t>
      </w:r>
      <w:r>
        <w:t>God ka jo creation plan hai, us mein aik cheez woh hai jo hamein milti hai pre-death period mein, aur doosri cheez woh hai jo milti hai post-death period mein.</w:t>
      </w:r>
    </w:p>
    <w:p>
      <w:pPr>
        <w:jc w:val="right"/>
      </w:pPr>
      <w:r>
        <w:t>گاڈ کا جو کریشن پلان ہے، اس میں ایک چیز وہ ہے جو ہمیں ملتی ہے پری ڈیتھ پیریڈ میں، اور دوسری چیز وہ ہے جو ملتی ہے پوسٹ ڈیتھ پیریڈ میں۔</w:t>
      </w:r>
    </w:p>
    <w:p>
      <w:r>
        <w:rPr>
          <w:b/>
        </w:rPr>
        <w:t xml:space="preserve">[04:55] </w:t>
      </w:r>
      <w:r>
        <w:t>to jo log isi aaj ki dunya mein perfect society banana chahte hain,</w:t>
      </w:r>
    </w:p>
    <w:p>
      <w:pPr>
        <w:jc w:val="right"/>
      </w:pPr>
      <w:r>
        <w:t>تو جو لوگ اسی آج کی دنیا میں پرفیکٹ سوسائٹی بنانا چاہتے ہیں،</w:t>
      </w:r>
    </w:p>
    <w:p>
      <w:r>
        <w:rPr>
          <w:b/>
        </w:rPr>
        <w:t xml:space="preserve">[05:03] </w:t>
      </w:r>
      <w:r>
        <w:t>to woh un ki ghalti kya hai ke jo cheez God ne, yani creator ne, rakhi hai post-death period mein, woh chahte hain pre-death period mein.</w:t>
      </w:r>
    </w:p>
    <w:p>
      <w:pPr>
        <w:jc w:val="right"/>
      </w:pPr>
      <w:r>
        <w:t>تو وہ ان کی غلطی کیا ہے کہ جو چیز گاڈ نے، یعنی کریٹر نے، رکھی ہے پوسٹ ڈیتھ پیریڈ میں، وہ چاہتے ہیں پری ڈیتھ پیریڈ میں۔</w:t>
      </w:r>
    </w:p>
    <w:p>
      <w:r>
        <w:rPr>
          <w:b/>
        </w:rPr>
        <w:t xml:space="preserve">[05:20] </w:t>
      </w:r>
      <w:r>
        <w:t>sara mamla yahi hai.</w:t>
      </w:r>
    </w:p>
    <w:p>
      <w:pPr>
        <w:jc w:val="right"/>
      </w:pPr>
      <w:r>
        <w:t>سارا معاملہ یہی ہے۔</w:t>
      </w:r>
    </w:p>
    <w:p>
      <w:r>
        <w:rPr>
          <w:b/>
        </w:rPr>
        <w:t xml:space="preserve">[05:23] </w:t>
      </w:r>
      <w:r>
        <w:t>is ka best example yeh hai ke aik student examination hall mein aata hai. agar woh examination hall hi mein job dhoondhne lage</w:t>
      </w:r>
    </w:p>
    <w:p>
      <w:pPr>
        <w:jc w:val="right"/>
      </w:pPr>
      <w:r>
        <w:t>اس کا بیسٹ ایگزامپل یہ ہے کہ ایک اسٹوڈنٹ ایگزامپشن ایگزامینیشن ہال میں آتا ہے۔ اگر وہ ایگزامینیشن ہال ہی میں جاب ڈھونڈنے لگے</w:t>
      </w:r>
    </w:p>
    <w:p>
      <w:r>
        <w:rPr>
          <w:b/>
        </w:rPr>
        <w:t xml:space="preserve">[05:41] </w:t>
      </w:r>
      <w:r>
        <w:t>to kya hoga? wahan woh nahi paye ga.</w:t>
      </w:r>
    </w:p>
    <w:p>
      <w:pPr>
        <w:jc w:val="right"/>
      </w:pPr>
      <w:r>
        <w:t>تو کیا ہوگا؟ وہاں وہ نہیں پائے گا۔</w:t>
      </w:r>
    </w:p>
    <w:p>
      <w:r>
        <w:rPr>
          <w:b/>
        </w:rPr>
        <w:t xml:space="preserve">[05:45] </w:t>
      </w:r>
      <w:r>
        <w:t>us ke mind mein basa hua hai ke mujhe aik acha job mile,</w:t>
      </w:r>
    </w:p>
    <w:p>
      <w:pPr>
        <w:jc w:val="right"/>
      </w:pPr>
      <w:r>
        <w:t>اس کے مائنڈ میں بسا ہوا ہے کہ مجھے ایک اچھا جاب ملے،</w:t>
      </w:r>
    </w:p>
    <w:p>
      <w:r>
        <w:rPr>
          <w:b/>
        </w:rPr>
        <w:t xml:space="preserve">[05:52] </w:t>
      </w:r>
      <w:r>
        <w:t>lekin woh job jo woh chahta hai, woh nahi mile ga us ko examination hall mein. woh to us ke bahar mile ga jab woh us ke liye qualify kar chuka hoga.</w:t>
      </w:r>
    </w:p>
    <w:p>
      <w:pPr>
        <w:jc w:val="right"/>
      </w:pPr>
      <w:r>
        <w:t>لیکن وہ جاب جو وہ چاہتا ہے، وہ نہیں ملے گا اس کو ایگزامینیشن ہال میں۔ وہ تو اس کے باہر ملے گا جب وہ اس کے لیے کوالیفائی کر چکا ہوگا۔</w:t>
      </w:r>
    </w:p>
    <w:p>
      <w:r>
        <w:rPr>
          <w:b/>
        </w:rPr>
        <w:t xml:space="preserve">[06:05] </w:t>
      </w:r>
      <w:r>
        <w:t>examination hall is liye hota hai ke wahan par aap apne ko prove kar saken ke main aik deserving candidate hoon aik achay job ke liye.</w:t>
      </w:r>
    </w:p>
    <w:p>
      <w:pPr>
        <w:jc w:val="right"/>
      </w:pPr>
      <w:r>
        <w:t>ایگزامینیشن ہال اس لیے ہوتا ہے کہ وہاں پر آپ اپنے کو پروف کر سکیں کہ میں ایک ڈیزرونگ کینڈیڈیٹ ہوں ایک اچھے جاب کے لیے۔</w:t>
      </w:r>
    </w:p>
    <w:p>
      <w:r>
        <w:rPr>
          <w:b/>
        </w:rPr>
        <w:t xml:space="preserve">[06:18] </w:t>
      </w:r>
      <w:r>
        <w:t>to pre death period is like an examination hall. yahan aap ko</w:t>
      </w:r>
    </w:p>
    <w:p>
      <w:pPr>
        <w:jc w:val="right"/>
      </w:pPr>
      <w:r>
        <w:t>تو پری ڈیتھ پیریڈ از لائک این ایگزامینیشن ہال۔ یہاں آپ کو</w:t>
      </w:r>
    </w:p>
    <w:p>
      <w:r>
        <w:rPr>
          <w:b/>
        </w:rPr>
        <w:t xml:space="preserve">[06:26] </w:t>
      </w:r>
      <w:r>
        <w:t>test dena hai, qualify karna hai test mein, phir reward ke taur par aap ko post death period mein paradise mile gi.</w:t>
      </w:r>
    </w:p>
    <w:p>
      <w:pPr>
        <w:jc w:val="right"/>
      </w:pPr>
      <w:r>
        <w:t>ٹیسٹ دینا ہے، کوالیفائی کرنا ہے ٹیسٹ میں، پھر ریوارڈ کے طور پر آپ کو پوسٹ ڈیتھ پیریڈ میں پیراڈائز ملے گی۔</w:t>
      </w:r>
    </w:p>
    <w:p>
      <w:r>
        <w:rPr>
          <w:b/>
        </w:rPr>
        <w:t xml:space="preserve">[06:39] </w:t>
      </w:r>
      <w:r>
        <w:t>yeh hai</w:t>
      </w:r>
    </w:p>
    <w:p>
      <w:pPr>
        <w:jc w:val="right"/>
      </w:pPr>
      <w:r>
        <w:t>یہ ہے</w:t>
      </w:r>
    </w:p>
    <w:p>
      <w:r>
        <w:rPr>
          <w:b/>
        </w:rPr>
        <w:t xml:space="preserve">[06:46] </w:t>
      </w:r>
      <w:r>
        <w:t>God ka creation plan.</w:t>
      </w:r>
    </w:p>
    <w:p>
      <w:pPr>
        <w:jc w:val="right"/>
      </w:pPr>
      <w:r>
        <w:t>گاڈ کا کریشن پلان۔</w:t>
      </w:r>
    </w:p>
    <w:p>
      <w:r>
        <w:rPr>
          <w:b/>
        </w:rPr>
        <w:t xml:space="preserve">[06:57] </w:t>
      </w:r>
      <w:r>
        <w:t>so the case is that</w:t>
      </w:r>
    </w:p>
    <w:p>
      <w:pPr>
        <w:jc w:val="right"/>
      </w:pPr>
      <w:r>
        <w:t>سو دا کیس از دیٹ</w:t>
      </w:r>
    </w:p>
    <w:p>
      <w:r>
        <w:rPr>
          <w:b/>
        </w:rPr>
        <w:t xml:space="preserve">[07:01] </w:t>
      </w:r>
      <w:r>
        <w:t>we are seeking our paradise in pre death life period, whereas according to the God's plan,</w:t>
      </w:r>
    </w:p>
    <w:p>
      <w:pPr>
        <w:jc w:val="right"/>
      </w:pPr>
      <w:r>
        <w:t>وی آر سیکنگ اور پیراڈائز ان پری ڈیتھ لائف پیریڈ، ویئر ایز اکارڈنگ ٹو دا گاڈز پلان،</w:t>
      </w:r>
    </w:p>
    <w:p>
      <w:r>
        <w:rPr>
          <w:b/>
        </w:rPr>
        <w:t xml:space="preserve">[07:18] </w:t>
      </w:r>
      <w:r>
        <w:t>paradise lies in the post death period of life. yeh hai sara mamla.</w:t>
      </w:r>
    </w:p>
    <w:p>
      <w:pPr>
        <w:jc w:val="right"/>
      </w:pPr>
      <w:r>
        <w:t>پیراڈائز لائز ان دا پوسٹ ڈیتھ پیریڈ اف لائف۔ یہ ہے سارا معاملہ۔</w:t>
      </w:r>
    </w:p>
    <w:p>
      <w:r>
        <w:rPr>
          <w:b/>
        </w:rPr>
        <w:t xml:space="preserve">[07:33] </w:t>
      </w:r>
      <w:r>
        <w:t>is</w:t>
      </w:r>
    </w:p>
    <w:p>
      <w:pPr>
        <w:jc w:val="right"/>
      </w:pPr>
      <w:r>
        <w:t>اس</w:t>
      </w:r>
    </w:p>
    <w:p>
      <w:r>
        <w:rPr>
          <w:b/>
        </w:rPr>
        <w:t xml:space="preserve">[07:34] </w:t>
      </w:r>
      <w:r>
        <w:t>liye tension hai. sari dunya aap dekhen, tension mein jee rahi hai, frustration mein jee rahi hai.</w:t>
      </w:r>
    </w:p>
    <w:p>
      <w:pPr>
        <w:jc w:val="right"/>
      </w:pPr>
      <w:r>
        <w:t>ی لیے ٹینشن ہے۔ ساری دنیا آپ دیکھیں، ٹینشن میں جی رہی ہے، فرسٹریشن میں جی رہی ہے۔</w:t>
      </w:r>
    </w:p>
    <w:p>
      <w:r>
        <w:rPr>
          <w:b/>
        </w:rPr>
        <w:t xml:space="preserve">[07:42] </w:t>
      </w:r>
      <w:r>
        <w:t>har aik ka yeh ehsas hota hai ke jo main chahta tha, woh main nahi pa saka. is ehsas ke baghair woh mar raha hai.</w:t>
      </w:r>
    </w:p>
    <w:p>
      <w:pPr>
        <w:jc w:val="right"/>
      </w:pPr>
      <w:r>
        <w:t>ہر ایک کا یہ احساس ہوتا ہے کہ جو میں چاہتا تھا، وہ میں نہیں پا سکا۔ اس احساس کے بغیر وہ مر رہا ہے۔</w:t>
      </w:r>
    </w:p>
    <w:p>
      <w:r>
        <w:rPr>
          <w:b/>
        </w:rPr>
        <w:t xml:space="preserve">[07:51] </w:t>
      </w:r>
      <w:r>
        <w:t>to main samajhta hoon ke</w:t>
      </w:r>
    </w:p>
    <w:p>
      <w:pPr>
        <w:jc w:val="right"/>
      </w:pPr>
      <w:r>
        <w:t>تو میں سمجھتا ہوں کہ</w:t>
      </w:r>
    </w:p>
    <w:p>
      <w:r>
        <w:rPr>
          <w:b/>
        </w:rPr>
        <w:t xml:space="preserve">[07:56] </w:t>
      </w:r>
      <w:r>
        <w:t>better life ke liye jo master formula hai, woh yeh hai.</w:t>
      </w:r>
    </w:p>
    <w:p>
      <w:pPr>
        <w:jc w:val="right"/>
      </w:pPr>
      <w:r>
        <w:t>بیٹر لائف کے لیے جو ماسٹر فارمولا ہے، وہ یہ ہے۔</w:t>
      </w:r>
    </w:p>
    <w:p>
      <w:r>
        <w:rPr>
          <w:b/>
        </w:rPr>
        <w:t xml:space="preserve">[08:02] </w:t>
      </w:r>
      <w:r>
        <w:t>master formula kya hai? woh yeh hai ke hum is wisdom ko janen, is creation plan jo hai God ka, is ko janen,</w:t>
      </w:r>
    </w:p>
    <w:p>
      <w:pPr>
        <w:jc w:val="right"/>
      </w:pPr>
      <w:r>
        <w:t>ماسٹر فارمولا کیا ہے؟ وہ یہ ہے کہ ہم اس وزڈم کو جانیں، اس کریشن پلان جو ہے گاڈ کا، اس کو جانیں،</w:t>
      </w:r>
    </w:p>
    <w:p>
      <w:r>
        <w:rPr>
          <w:b/>
        </w:rPr>
        <w:t xml:space="preserve">[08:18] </w:t>
      </w:r>
      <w:r>
        <w:t>aur yeh hamare dil mein yeh conviction aa jaye ke my future is better than the present.</w:t>
      </w:r>
    </w:p>
    <w:p>
      <w:pPr>
        <w:jc w:val="right"/>
      </w:pPr>
      <w:r>
        <w:t>اور یہ ہمارے دل میں یہ کنوکشن آ جائے کہ مائی فیوچر از بیٹر دین دین دی پریزنٹ۔</w:t>
      </w:r>
    </w:p>
    <w:p>
      <w:r>
        <w:rPr>
          <w:b/>
        </w:rPr>
        <w:t xml:space="preserve">[08:32] </w:t>
      </w:r>
      <w:r>
        <w:t>yehi master formula hai.</w:t>
      </w:r>
    </w:p>
    <w:p>
      <w:pPr>
        <w:jc w:val="right"/>
      </w:pPr>
      <w:r>
        <w:t>یہی ماسٹر فارمولا ہے۔</w:t>
      </w:r>
    </w:p>
    <w:p>
      <w:r>
        <w:rPr>
          <w:b/>
        </w:rPr>
        <w:t xml:space="preserve">[08:36] </w:t>
      </w:r>
      <w:r>
        <w:t>future ke liye aik hope aap ko mil jaye to future ke hope pe aap jee sakte hain, kyunke present mein to milna hi nahi hai.</w:t>
      </w:r>
    </w:p>
    <w:p>
      <w:pPr>
        <w:jc w:val="right"/>
      </w:pPr>
      <w:r>
        <w:t>فیوچر کے لیے ایک ہوپ آپ کو مل جائے تو فیوچر کے ہوپ پہ آپ جی سکتے ہیں، کیونکہ پریزنٹ میں تو ملنا ہی نہیں ہے۔</w:t>
      </w:r>
    </w:p>
    <w:p>
      <w:r>
        <w:rPr>
          <w:b/>
        </w:rPr>
        <w:t xml:space="preserve">[08:48] </w:t>
      </w:r>
      <w:r>
        <w:t>aap dekhiye ke kisi ko bhi dekh lijiye, student ko dekhiye, businessman ko dekhiye, jab tak woh apne goal ko pa nahi chuka hota hai, tab tak samajhta hai ke jab mujhe apna goal mil jaye ga,</w:t>
      </w:r>
    </w:p>
    <w:p>
      <w:pPr>
        <w:jc w:val="right"/>
      </w:pPr>
      <w:r>
        <w:t>آپ دیکھیے کہ کسی کو بھی دیکھ لیجئے، اسٹوڈنٹ کو دیکھیے، بزنس مین کو دیکھیے، جب تک وہ اپنے گول کو پا نہیں چکا ہوتا ہے، تب تک سمجھتا ہے کہ جب مجھے اپنا گول مل جائے گا،</w:t>
      </w:r>
    </w:p>
    <w:p>
      <w:r>
        <w:rPr>
          <w:b/>
        </w:rPr>
        <w:t xml:space="preserve">[09:04] </w:t>
      </w:r>
      <w:r>
        <w:t>matlab is student ko job mil jaye ga, businessman ko aik aik factory laga laga chuka hoga, aik aik politician ko ministry mil jaye gi, to samajhta hai ke main bohat hi happiness mein rahoon</w:t>
      </w:r>
    </w:p>
    <w:p>
      <w:pPr>
        <w:jc w:val="right"/>
      </w:pPr>
      <w:r>
        <w:t>مطلب اس اسٹوڈنٹ کو جاب مل جائے گا، بزنس مین کو ایک ایک فیکٹری لگا لگا چکا ہوگا، ایک ایک پولیٹیشن کو منسٹری مل جائے گی، تو سمجھتا ہے کہ میں بہت ہی ہیپینس میں رہوں</w:t>
      </w:r>
    </w:p>
    <w:p>
      <w:r>
        <w:rPr>
          <w:b/>
        </w:rPr>
        <w:t xml:space="preserve">[09:19] </w:t>
      </w:r>
      <w:r>
        <w:t>ga. lekin kisi ke bhi dil ko toliye aap to koi bhi aaj ki dunya mein happiness mein nahi jee raha hai.</w:t>
      </w:r>
    </w:p>
    <w:p>
      <w:pPr>
        <w:jc w:val="right"/>
      </w:pPr>
      <w:r>
        <w:t>گا۔ لیکن کسی کے بھی دل کو ٹٹولیے آپ تو کوئی بھی آج کی دنیا میں ہیپینس میں نہیں جی رہا ہے۔</w:t>
      </w:r>
    </w:p>
    <w:p>
      <w:r>
        <w:rPr>
          <w:b/>
        </w:rPr>
        <w:t xml:space="preserve">[09:30] </w:t>
      </w:r>
      <w:r>
        <w:t>to asal cheez yeh hai ke aap ko aik aisa aisi ideology mil jaye jo tomorrow ke bare mein aap ko hope hope de sakti ho, kyunke aaj to har aik ko khona hi khona hai,</w:t>
      </w:r>
    </w:p>
    <w:p>
      <w:pPr>
        <w:jc w:val="right"/>
      </w:pPr>
      <w:r>
        <w:t>تو اصل چیز یہ ہے کہ آپ کو ایک ایسا ایسی آئیڈیالوجی مل جائے جو ٹومارو کے بارے میں آپ کو ہوپ ہوپ دے سکتی ہو، کیونکہ آج تو ہر ایک کو کھونا ہی کھونا ہے،</w:t>
      </w:r>
    </w:p>
    <w:p>
      <w:r>
        <w:rPr>
          <w:b/>
        </w:rPr>
        <w:t xml:space="preserve">[09:48] </w:t>
      </w:r>
      <w:r>
        <w:t>aaj to har aik ko khona hi khona hai.</w:t>
      </w:r>
    </w:p>
    <w:p>
      <w:pPr>
        <w:jc w:val="right"/>
      </w:pPr>
      <w:r>
        <w:t>آج تو ہر ایک کو کھونا ہی کھونا ہے۔</w:t>
      </w:r>
    </w:p>
    <w:p>
      <w:r>
        <w:rPr>
          <w:b/>
        </w:rPr>
        <w:t xml:space="preserve">[09:52] </w:t>
      </w:r>
      <w:r>
        <w:t>to yeh feeling mere andar aa jaye ke my future is better than my present.</w:t>
      </w:r>
    </w:p>
    <w:p>
      <w:pPr>
        <w:jc w:val="right"/>
      </w:pPr>
      <w:r>
        <w:t>تو یہ فیلنگ میرے اندر آ جائے کہ مائی فیوچر از بیٹر دین مائی پریزنٹ۔</w:t>
      </w:r>
    </w:p>
    <w:p>
      <w:r>
        <w:rPr>
          <w:b/>
        </w:rPr>
        <w:t xml:space="preserve">[10:02] </w:t>
      </w:r>
      <w:r>
        <w:t>yehi master formula hai,</w:t>
      </w:r>
    </w:p>
    <w:p>
      <w:pPr>
        <w:jc w:val="right"/>
      </w:pPr>
      <w:r>
        <w:t>یہی ماسٹر فارمولا ہے،</w:t>
      </w:r>
    </w:p>
    <w:p>
      <w:r>
        <w:rPr>
          <w:b/>
        </w:rPr>
        <w:t xml:space="preserve">[10:10] </w:t>
      </w:r>
      <w:r>
        <w:t>aur yehi science of life hai. science life, science of life ka sab se bara master formula yehi hai.</w:t>
      </w:r>
    </w:p>
    <w:p>
      <w:pPr>
        <w:jc w:val="right"/>
      </w:pPr>
      <w:r>
        <w:t>اور یہی سائنس آف لائف ہے۔ سائنس لائف، سائنس آف لائف کا سب سے بڑا ماسٹر فارمولا یہی ہے۔</w:t>
      </w:r>
    </w:p>
    <w:p>
      <w:r>
        <w:rPr>
          <w:b/>
        </w:rPr>
        <w:t xml:space="preserve">[10:23] </w:t>
      </w:r>
      <w:r>
        <w:t>mein aap ko do qisse bataun: ek</w:t>
      </w:r>
    </w:p>
    <w:p>
      <w:pPr>
        <w:jc w:val="right"/>
      </w:pPr>
      <w:r>
        <w:t>میں آپ کو دو قصے بتاؤں: ایک</w:t>
      </w:r>
    </w:p>
    <w:p>
      <w:r>
        <w:rPr>
          <w:b/>
        </w:rPr>
        <w:t xml:space="preserve">[10:30] </w:t>
      </w:r>
      <w:r>
        <w:t>ek east ka, ek west ka. hum dunya ko do is mein bhaag mein bantte hain: east aur west. east ka qissa hai ji RD tata.</w:t>
      </w:r>
    </w:p>
    <w:p>
      <w:pPr>
        <w:jc w:val="right"/>
      </w:pPr>
      <w:r>
        <w:t>ایک ایسٹ کا، ایک ویسٹ کا۔ ہم دنیا کو دو اس میں بھاگ میں بانٹتے ہیں: ایسٹ اور ویسٹ۔ ایسٹ کا قصہ ہے جی آر ڈی ٹاٹا۔</w:t>
      </w:r>
    </w:p>
    <w:p>
      <w:r>
        <w:rPr>
          <w:b/>
        </w:rPr>
        <w:t xml:space="preserve">[10:45] </w:t>
      </w:r>
      <w:r>
        <w:t>aap jante hain ke india mein ji RD tata jo hai, is ne bohat zyada industry mein bohat zyada progress kiya,</w:t>
      </w:r>
    </w:p>
    <w:p>
      <w:pPr>
        <w:jc w:val="right"/>
      </w:pPr>
      <w:r>
        <w:t>آپ جانتے ہیں کہ انڈیا میں جی آر ڈی ٹاٹا جو ہے، اس نے بہت زیادہ انڈسٹری میں بہت زیادہ پروگریس کیا،</w:t>
      </w:r>
    </w:p>
    <w:p>
      <w:r>
        <w:rPr>
          <w:b/>
        </w:rPr>
        <w:t xml:space="preserve">[10:58] </w:t>
      </w:r>
      <w:r>
        <w:t>lekin jab woh boorhe ho gaye to kya hua?</w:t>
      </w:r>
    </w:p>
    <w:p>
      <w:pPr>
        <w:jc w:val="right"/>
      </w:pPr>
      <w:r>
        <w:t>لیکن جب وہ بوڑھے ہو گئے تو کیا ہوا؟</w:t>
      </w:r>
    </w:p>
    <w:p>
      <w:r>
        <w:rPr>
          <w:b/>
        </w:rPr>
        <w:t xml:space="preserve">[11:05] </w:t>
      </w:r>
      <w:r>
        <w:t>dilli mein ek hain justice khanna, jo retired judge hain. unhon ne bataya ke ji RD tata mere paas jab woh boorhe ho chuke the to mere paas aate the legal advice lene ke liye.</w:t>
      </w:r>
    </w:p>
    <w:p>
      <w:pPr>
        <w:jc w:val="right"/>
      </w:pPr>
      <w:r>
        <w:t>دلی میں ایک ہیں جسٹس کھنہ، جو ریٹائرڈ جج ہیں۔ انہوں نے بتایا کہ جی آر ڈی ٹاٹا میرے پاس جب وہ بوڑھے ہو چکے تھے تو میرے پاس آتے تھے لیگل ایڈوائس لینے کے لیے۔</w:t>
      </w:r>
    </w:p>
    <w:p>
      <w:r>
        <w:rPr>
          <w:b/>
        </w:rPr>
        <w:t xml:space="preserve">[11:20] </w:t>
      </w:r>
      <w:r>
        <w:t>to ek baar tata ne kaha un se apne barhappe ke zamane mein ke "mooli to kha chuka, ab byaaj par jee raha hoon." apne yani apni body ke bare mein kaha unhon ne ke "ab meri body mein koi sakat nahi hai, koi jaan nahi hai, ab ghaseet raha hoon." to isi ko unhon ne kaha ke "mooli to kha chuka,</w:t>
      </w:r>
    </w:p>
    <w:p>
      <w:pPr>
        <w:jc w:val="right"/>
      </w:pPr>
      <w:r>
        <w:t>تو ایک بار ٹاٹا نے کہا ان سے اپنے بڑھاپے کے زمانے میں کہ "مولی تو کھا چکا، اب بیاج پر جی رہا ہوں۔" اپنے یعنی اپنی باڈی کے بارے میں کہا انہوں نے کہ "اب میری باڈی میں کوئی سکت نہیں ہے، کوئی جان نہیں ہے، اب گھسیٹ رہا ہوں۔" تو اسی کو انہوں نے کہا کہ "مولی تو کھا چکا،</w:t>
      </w:r>
    </w:p>
    <w:p>
      <w:r>
        <w:rPr>
          <w:b/>
        </w:rPr>
        <w:t xml:space="preserve">[11:49] </w:t>
      </w:r>
      <w:r>
        <w:t>ab byaaj par jee raha hoon." ab dekhen ke ek aadmi jo top par pahuncha hai india mein, top most position hasil ki, is ne aakhir mein kya keh kar woh is dunya se jata hai ke "main kuch liye baghair, dunya se kuch liye baghair chala ja raha hoon.</w:t>
      </w:r>
    </w:p>
    <w:p>
      <w:pPr>
        <w:jc w:val="right"/>
      </w:pPr>
      <w:r>
        <w:t>اب بیاج پر جی رہا ہوں۔" اب دیکھیں کہ ایک آدمی جو ٹاپ پر پہنچا ہے انڈیا میں، ٹاپ موسٹ پوزیشن حاصل کی، اس نے آخر میں کیا کہہ کر وہ اس دنیا سے جاتا ہے کہ "میں کچھ لیے بغیر، دنیا سے کچھ لیے بغیر چلا جا رہا ہوں۔</w:t>
      </w:r>
    </w:p>
    <w:p>
      <w:r>
        <w:rPr>
          <w:b/>
        </w:rPr>
        <w:t xml:space="preserve">[12:09] </w:t>
      </w:r>
      <w:r>
        <w:t>aage kya hoga, kuch pata nahi hai."</w:t>
      </w:r>
    </w:p>
    <w:p>
      <w:pPr>
        <w:jc w:val="right"/>
      </w:pPr>
      <w:r>
        <w:t>آگے کیا ہوگا، کچھ پتہ نہیں ہے۔"</w:t>
      </w:r>
    </w:p>
    <w:p>
      <w:r>
        <w:rPr>
          <w:b/>
        </w:rPr>
        <w:t xml:space="preserve">[12:16] </w:t>
      </w:r>
      <w:r>
        <w:t>doosri ek example jo maine is se pehle yahan ghaliban batai hai ke billy graham ne likha hai.</w:t>
      </w:r>
    </w:p>
    <w:p>
      <w:pPr>
        <w:jc w:val="right"/>
      </w:pPr>
      <w:r>
        <w:t>دوسری ایک ایگزامپل جو میں نے اس سے پہلے یہاں غالباً بتائی ہے کہ بلی گرہم نے لکھا ہے۔</w:t>
      </w:r>
    </w:p>
    <w:p>
      <w:r>
        <w:rPr>
          <w:b/>
        </w:rPr>
        <w:t xml:space="preserve">[12:27] </w:t>
      </w:r>
      <w:r>
        <w:t>billy graham khud bhi is waqt bed ridden hain.</w:t>
      </w:r>
    </w:p>
    <w:p>
      <w:pPr>
        <w:jc w:val="right"/>
      </w:pPr>
      <w:r>
        <w:t>بلی گرہم خود بھی اس وقت بیڈ ریڈن ہیں۔</w:t>
      </w:r>
    </w:p>
    <w:p>
      <w:r>
        <w:rPr>
          <w:b/>
        </w:rPr>
        <w:t xml:space="preserve">[12:33] </w:t>
      </w:r>
      <w:r>
        <w:t>to unhon ne likha hai ke "ek baar mujhe ek urgent message mila ek bohat bare american billionaire ka ke foran mujh se milo." jab main wahan gaya to is ka jo bohat bara mansion tha,</w:t>
      </w:r>
    </w:p>
    <w:p>
      <w:pPr>
        <w:jc w:val="right"/>
      </w:pPr>
      <w:r>
        <w:t>تو انہوں نے لکھا ہے کہ "ایک بار مجھے ایک ارجنٹ میسج ملا ایک بہت بڑے امریکن بلینیئر کا کہ فوراً مجھ سے ملو۔" جب میں وہاں گیا تو اس کا جو بہت بڑا مینشن تھا،</w:t>
      </w:r>
    </w:p>
    <w:p>
      <w:r>
        <w:rPr>
          <w:b/>
        </w:rPr>
        <w:t xml:space="preserve">[12:50] </w:t>
      </w:r>
      <w:r>
        <w:t>is ke ek kamre mein, ek room mein un ko le jaya gaya.</w:t>
      </w:r>
    </w:p>
    <w:p>
      <w:pPr>
        <w:jc w:val="right"/>
      </w:pPr>
      <w:r>
        <w:t>اس کے ایک کمرے میں، ایک روم میں ان کو لے جایا گیا۔</w:t>
      </w:r>
    </w:p>
    <w:p>
      <w:r>
        <w:rPr>
          <w:b/>
        </w:rPr>
        <w:t xml:space="preserve">[12:54] </w:t>
      </w:r>
      <w:r>
        <w:t>to wahan woh</w:t>
      </w:r>
    </w:p>
    <w:p>
      <w:pPr>
        <w:jc w:val="right"/>
      </w:pPr>
      <w:r>
        <w:t>تو وہاں وہ</w:t>
      </w:r>
    </w:p>
    <w:p>
      <w:r>
        <w:rPr>
          <w:b/>
        </w:rPr>
        <w:t xml:space="preserve">[12:58] </w:t>
      </w:r>
      <w:r>
        <w:t>do do chair thin, ek par billy graham bethe aur doosri taraf woh billionaire, american billionaire.</w:t>
      </w:r>
    </w:p>
    <w:p>
      <w:pPr>
        <w:jc w:val="right"/>
      </w:pPr>
      <w:r>
        <w:t>دو دو چیئر تھیں، ایک پر بلی گرہم بیٹھے اور دوسری طرف وہ بلینیئر، امریکن بلینیئر۔</w:t>
      </w:r>
    </w:p>
    <w:p>
      <w:r>
        <w:rPr>
          <w:b/>
        </w:rPr>
        <w:t xml:space="preserve">[13:08] </w:t>
      </w:r>
      <w:r>
        <w:t>to milte hi unhon ne kaha</w:t>
      </w:r>
    </w:p>
    <w:p>
      <w:pPr>
        <w:jc w:val="right"/>
      </w:pPr>
      <w:r>
        <w:t>تو ملتے ہی انہوں نے کہا</w:t>
      </w:r>
    </w:p>
    <w:p>
      <w:r>
        <w:rPr>
          <w:b/>
        </w:rPr>
        <w:t xml:space="preserve">[13:14] </w:t>
      </w:r>
      <w:r>
        <w:t>ke "you see, i am an old man.</w:t>
      </w:r>
    </w:p>
    <w:p>
      <w:pPr>
        <w:jc w:val="right"/>
      </w:pPr>
      <w:r>
        <w:t>کہ "یو سی، آئی ایم این اولڈ مین۔</w:t>
      </w:r>
    </w:p>
    <w:p>
      <w:r>
        <w:rPr>
          <w:b/>
        </w:rPr>
        <w:t xml:space="preserve">[13:23] </w:t>
      </w:r>
      <w:r>
        <w:t>life has lost all meanings.</w:t>
      </w:r>
    </w:p>
    <w:p>
      <w:pPr>
        <w:jc w:val="right"/>
      </w:pPr>
      <w:r>
        <w:t>لائف ہیز لاسٹ ال میننگز۔</w:t>
      </w:r>
    </w:p>
    <w:p>
      <w:r>
        <w:rPr>
          <w:b/>
        </w:rPr>
        <w:t xml:space="preserve">[13:29] </w:t>
      </w:r>
      <w:r>
        <w:t>i am going to take a fateful leap into the unknown.</w:t>
      </w:r>
    </w:p>
    <w:p>
      <w:pPr>
        <w:jc w:val="right"/>
      </w:pPr>
      <w:r>
        <w:t>آئی ایم گوئنگ ٹو ٹیک ا فیٹ فل لیپ انٹو دا ان نون۔</w:t>
      </w:r>
    </w:p>
    <w:p>
      <w:r>
        <w:rPr>
          <w:b/>
        </w:rPr>
        <w:t xml:space="preserve">[13:36] </w:t>
      </w:r>
      <w:r>
        <w:t>young man, can you give me a ray of hope?" yeh hai</w:t>
      </w:r>
    </w:p>
    <w:p>
      <w:pPr>
        <w:jc w:val="right"/>
      </w:pPr>
      <w:r>
        <w:t>ینگ مین، کین یو گیو می ا ری اف ہوپ؟" یہ ہے</w:t>
      </w:r>
    </w:p>
    <w:p>
      <w:r>
        <w:rPr>
          <w:b/>
        </w:rPr>
        <w:t xml:space="preserve">[13:44] </w:t>
      </w:r>
      <w:r>
        <w:t>saare logon ka haal. to kyun aisa haal ho raha hai ke woh is is formula ko nahi jaan sake ke better life to future mein milne wali hai,</w:t>
      </w:r>
    </w:p>
    <w:p>
      <w:pPr>
        <w:jc w:val="right"/>
      </w:pPr>
      <w:r>
        <w:t>سارے لوگوں کا حال۔ تو کیوں ایسا حال ہو رہا ہے کہ وہ اس اس فارمولے کو نہیں جان سکے کہ بیٹر لائف تو فیوچر میں ملنے والی ہے،</w:t>
      </w:r>
    </w:p>
    <w:p>
      <w:r>
        <w:rPr>
          <w:b/>
        </w:rPr>
        <w:t xml:space="preserve">[14:00] </w:t>
      </w:r>
      <w:r>
        <w:t>present mein nahi? yeh saare log ka ka ek hi case hai ke better life milne wali thi future mein aur woh dhoondhte rahe is ko present mein.</w:t>
      </w:r>
    </w:p>
    <w:p>
      <w:pPr>
        <w:jc w:val="right"/>
      </w:pPr>
      <w:r>
        <w:t>پریزنٹ میں نہیں؟ یہ سارے لوگ کا کا ایک ہی کیس ہے کہ بیٹر لائف ملنے والی تھی فیوچر میں اور وہ ڈھونڈتے رہے اس کو پریزنٹ میں۔</w:t>
      </w:r>
    </w:p>
    <w:p>
      <w:r>
        <w:rPr>
          <w:b/>
        </w:rPr>
        <w:t xml:space="preserve">[14:14] </w:t>
      </w:r>
      <w:r>
        <w:t>isi contradiction ka result hai woh cheez jis ko aap kehte hain tension, stress.</w:t>
      </w:r>
    </w:p>
    <w:p>
      <w:pPr>
        <w:jc w:val="right"/>
      </w:pPr>
      <w:r>
        <w:t>اسی کنٹراڈکشن کا رزلٹ ہے وہ چیز جس کو آپ کہتے ہیں ٹینشن، اسٹریس۔</w:t>
      </w:r>
    </w:p>
    <w:p>
      <w:r>
        <w:rPr>
          <w:b/>
        </w:rPr>
        <w:t xml:space="preserve">[14:27] </w:t>
      </w:r>
      <w:r>
        <w:t>to isi liye main kehta hoon ke master formula zindagi ka kya hai? ke aap ko</w:t>
      </w:r>
    </w:p>
    <w:p>
      <w:pPr>
        <w:jc w:val="right"/>
      </w:pPr>
      <w:r>
        <w:t>تو اسی لیے میں کہتا ہوں کہ ماسٹر فارمولا زندگی کا کیا ہے؟ کہ آپ کو</w:t>
      </w:r>
    </w:p>
    <w:p>
      <w:r>
        <w:rPr>
          <w:b/>
        </w:rPr>
        <w:t xml:space="preserve">[14:35] </w:t>
      </w:r>
      <w:r>
        <w:t>ek aisi ideology mil jaye,</w:t>
      </w:r>
    </w:p>
    <w:p>
      <w:pPr>
        <w:jc w:val="right"/>
      </w:pPr>
      <w:r>
        <w:t>ایک ایسی آئیڈیالوجی مل جائے،</w:t>
      </w:r>
    </w:p>
    <w:p>
      <w:r>
        <w:rPr>
          <w:b/>
        </w:rPr>
        <w:t xml:space="preserve">[14:38] </w:t>
      </w:r>
      <w:r>
        <w:t>ek aisi soch mil jaye jo aap ko bataye</w:t>
      </w:r>
    </w:p>
    <w:p>
      <w:pPr>
        <w:jc w:val="right"/>
      </w:pPr>
      <w:r>
        <w:t>ایک ایسی سوچ مل جائے جو آپ کو بتائے</w:t>
      </w:r>
    </w:p>
    <w:p>
      <w:r>
        <w:rPr>
          <w:b/>
        </w:rPr>
        <w:t xml:space="preserve">[14:42] </w:t>
      </w:r>
      <w:r>
        <w:t>ke "my present"</w:t>
      </w:r>
    </w:p>
    <w:p>
      <w:pPr>
        <w:jc w:val="right"/>
      </w:pPr>
      <w:r>
        <w:t>کہ "مائی پریزنٹ"</w:t>
      </w:r>
    </w:p>
    <w:p>
      <w:r>
        <w:rPr>
          <w:b/>
        </w:rPr>
        <w:t xml:space="preserve">[14:45] </w:t>
      </w:r>
      <w:r>
        <w:t>یہ ایک وہ یہ بتائے کہ "My future is better than the present"</w:t>
      </w:r>
    </w:p>
    <w:p>
      <w:pPr>
        <w:jc w:val="right"/>
      </w:pPr>
      <w:r>
        <w:t>یہ ایک وہ یہ بتائے کہ "مائی فیوچر از بیٹر دین دین دی پریزنٹ"</w:t>
      </w:r>
    </w:p>
    <w:p>
      <w:r>
        <w:rPr>
          <w:b/>
        </w:rPr>
        <w:t xml:space="preserve">[14:51] </w:t>
      </w:r>
      <w:r>
        <w:t>aur koi bhi doosra formula nahin,</w:t>
      </w:r>
    </w:p>
    <w:p>
      <w:pPr>
        <w:jc w:val="right"/>
      </w:pPr>
      <w:r>
        <w:t>اور کوئی بھی دوسرا فارمولا نہیں،</w:t>
      </w:r>
    </w:p>
    <w:p>
      <w:r>
        <w:rPr>
          <w:b/>
        </w:rPr>
        <w:t xml:space="preserve">[14:57] </w:t>
      </w:r>
      <w:r>
        <w:t>aur koi bhi doosra formula nahi.</w:t>
      </w:r>
    </w:p>
    <w:p>
      <w:pPr>
        <w:jc w:val="right"/>
      </w:pPr>
      <w:r>
        <w:t>اور کوئی بھی دوسرا فارمولا نہیں۔</w:t>
      </w:r>
    </w:p>
    <w:p>
      <w:r>
        <w:rPr>
          <w:b/>
        </w:rPr>
        <w:t xml:space="preserve">[15:03] </w:t>
      </w:r>
      <w:r>
        <w:t>to</w:t>
      </w:r>
    </w:p>
    <w:p>
      <w:pPr>
        <w:jc w:val="right"/>
      </w:pPr>
      <w:r>
        <w:t>تو</w:t>
      </w:r>
    </w:p>
    <w:p>
      <w:r>
        <w:rPr>
          <w:b/>
        </w:rPr>
        <w:t xml:space="preserve">[15:04] </w:t>
      </w:r>
      <w:r>
        <w:t>dunya mein jo aadmi is formula ko pa le aur is par woh bharpoor tor par believe kar sake, conviction ke sath,</w:t>
      </w:r>
    </w:p>
    <w:p>
      <w:pPr>
        <w:jc w:val="right"/>
      </w:pPr>
      <w:r>
        <w:t>دنیا میں جو آدمی اس فارمولے کو پا لے اور اس پر وہ بھرپور طور پر بیلیو کر سکے، کنوکشن کے ساتھ،</w:t>
      </w:r>
    </w:p>
    <w:p>
      <w:r>
        <w:rPr>
          <w:b/>
        </w:rPr>
        <w:t xml:space="preserve">[15:18] </w:t>
      </w:r>
      <w:r>
        <w:t>wahi jeega tension free life. nahi to phir wahi hai jo aaj sab ka haal ho raha hai.</w:t>
      </w:r>
    </w:p>
    <w:p>
      <w:pPr>
        <w:jc w:val="right"/>
      </w:pPr>
      <w:r>
        <w:t>وہی جیے گا ٹینشن فری لائف۔ نہیں تو پھر وہی ہے جو آج سب کا حال ہو رہا ہے۔</w:t>
      </w:r>
    </w:p>
    <w:p>
      <w:r>
        <w:rPr>
          <w:b/>
        </w:rPr>
        <w:t xml:space="preserve">[15:26] </w:t>
      </w:r>
      <w:r>
        <w:t>to aap is raaz ko janiye ke</w:t>
      </w:r>
    </w:p>
    <w:p>
      <w:pPr>
        <w:jc w:val="right"/>
      </w:pPr>
      <w:r>
        <w:t>تو آپ اس راز کو جانیے کہ</w:t>
      </w:r>
    </w:p>
    <w:p>
      <w:r>
        <w:rPr>
          <w:b/>
        </w:rPr>
        <w:t xml:space="preserve">[15:34] </w:t>
      </w:r>
      <w:r>
        <w:t>sahih maano mein scientific formula kya hai zindagi ka ya success, successful formula kya hai zindagi ka.</w:t>
      </w:r>
    </w:p>
    <w:p>
      <w:pPr>
        <w:jc w:val="right"/>
      </w:pPr>
      <w:r>
        <w:t>صحیح معنوں میں سائنٹیفک فارمولا کیا ہے زندگی کا یا سکسیس، سکسیس فل فارمولا کیا ہے زندگی کا۔</w:t>
      </w:r>
    </w:p>
    <w:p>
      <w:r>
        <w:rPr>
          <w:b/>
        </w:rPr>
        <w:t xml:space="preserve">[15:43] </w:t>
      </w:r>
      <w:r>
        <w:t>woh yeh ke aap discover karein is is is baat ko. yeh ek secret of life hai, is ko aap ko discover karna hai</w:t>
      </w:r>
    </w:p>
    <w:p>
      <w:pPr>
        <w:jc w:val="right"/>
      </w:pPr>
      <w:r>
        <w:t>وہ یہ کہ آپ ڈسکور کریں اس اس اس بات کو۔ یہ ایک سیکرٹ آف لائف ہے، اس کو آپ کو ڈسکور کرنا ہے</w:t>
      </w:r>
    </w:p>
    <w:p>
      <w:r>
        <w:rPr>
          <w:b/>
        </w:rPr>
        <w:t xml:space="preserve">[15:55] </w:t>
      </w:r>
      <w:r>
        <w:t>ke jo kuch future mein rakha hua hai, us ko aap present mein nahi pa sakte.</w:t>
      </w:r>
    </w:p>
    <w:p>
      <w:pPr>
        <w:jc w:val="right"/>
      </w:pPr>
      <w:r>
        <w:t>کہ جو کچھ فیوچر میں رکھا ہوا ہے، اس کو آپ پریزنٹ میں نہیں پا سکتے۔</w:t>
      </w:r>
    </w:p>
    <w:p>
      <w:r>
        <w:rPr>
          <w:b/>
        </w:rPr>
        <w:t xml:space="preserve">[16:05] </w:t>
      </w:r>
      <w:r>
        <w:t>to ek baat yeh mujhe kehna tha aap se. doosri baat yeh hai</w:t>
      </w:r>
    </w:p>
    <w:p>
      <w:pPr>
        <w:jc w:val="right"/>
      </w:pPr>
      <w:r>
        <w:t>تو ایک بات یہ مجھے کہنا تھا آپ سے۔ دوسری بات یہ ہے</w:t>
      </w:r>
    </w:p>
    <w:p>
      <w:r>
        <w:rPr>
          <w:b/>
        </w:rPr>
        <w:t xml:space="preserve">[16:15] </w:t>
      </w:r>
      <w:r>
        <w:t>ke meri study batati hai ke saare log wrong dichotomy mein jeete hain.</w:t>
      </w:r>
    </w:p>
    <w:p>
      <w:pPr>
        <w:jc w:val="right"/>
      </w:pPr>
      <w:r>
        <w:t>کہ میری اسٹڈی بتاتی ہے کہ سارے لوگ رونگ ڈائیکارڈمی میں جیتے ہیں۔</w:t>
      </w:r>
    </w:p>
    <w:p>
      <w:r>
        <w:rPr>
          <w:b/>
        </w:rPr>
        <w:t xml:space="preserve">[16:25] </w:t>
      </w:r>
      <w:r>
        <w:t>poori history isi mein chali gayi. wrong dichotomy,</w:t>
      </w:r>
    </w:p>
    <w:p>
      <w:pPr>
        <w:jc w:val="right"/>
      </w:pPr>
      <w:r>
        <w:t>پوری ہسٹری اسی میں چلی گئی۔ رونگ ڈائیکارڈمی،</w:t>
      </w:r>
    </w:p>
    <w:p>
      <w:r>
        <w:rPr>
          <w:b/>
        </w:rPr>
        <w:t xml:space="preserve">[16:33] </w:t>
      </w:r>
      <w:r>
        <w:t>wrong dichotomy ka matlab kya hai? log yeh samajhte hain ke jo dichotomy hai, jo taqseem hai, woh yeh hai ke yeh yeh good hai, yeh bad hai,</w:t>
      </w:r>
    </w:p>
    <w:p>
      <w:pPr>
        <w:jc w:val="right"/>
      </w:pPr>
      <w:r>
        <w:t>رونگ ڈائیکارڈمی کا مطلب کیا ہے؟ لوگ یہ سمجھتے ہیں کہ جو ڈائیکارڈمی ہے، جو تقسیم ہے، وہ یہ ہے کہ یہ یہ گڈ ہے، یہ بیڈ ہے،</w:t>
      </w:r>
    </w:p>
    <w:p>
      <w:r>
        <w:rPr>
          <w:b/>
        </w:rPr>
        <w:t xml:space="preserve">[16:52] </w:t>
      </w:r>
      <w:r>
        <w:t>yeh darkness hai, yeh bright hai, yeh achha hai ya bura hai. bas yahi dichotomy hai.</w:t>
      </w:r>
    </w:p>
    <w:p>
      <w:pPr>
        <w:jc w:val="right"/>
      </w:pPr>
      <w:r>
        <w:t>یہ ڈارکنس ہے، یہ برائٹ ہے، یہ اچھا ہے یا برا ہے۔ بس یہی ڈائیکارڈمی ہے۔</w:t>
      </w:r>
    </w:p>
    <w:p>
      <w:r>
        <w:rPr>
          <w:b/>
        </w:rPr>
        <w:t xml:space="preserve">[17:03] </w:t>
      </w:r>
      <w:r>
        <w:t>main samajhta hoon ke yeh dichotomy nahi hai. zindagi mein Quran mein hai ke "Ihdil Hasnain" insaan do do good ke beech mein rehta hai.</w:t>
      </w:r>
    </w:p>
    <w:p>
      <w:pPr>
        <w:jc w:val="right"/>
      </w:pPr>
      <w:r>
        <w:t>میں سمجھتا ہوں کہ یہ ڈائیکارڈمی نہیں ہے۔ زندگی میں قرآن میں ہے کہ "اہد الحسنین" انسان دو دو گڈ کے بیچ میں رہتا ہے۔</w:t>
      </w:r>
    </w:p>
    <w:p>
      <w:r>
        <w:rPr>
          <w:b/>
        </w:rPr>
        <w:t xml:space="preserve">[17:18] </w:t>
      </w:r>
      <w:r>
        <w:t>yeh badi anokha formula hai Quran majeed mein ke even yani good aur bad ke beech mein nahi hai.</w:t>
      </w:r>
    </w:p>
    <w:p>
      <w:pPr>
        <w:jc w:val="right"/>
      </w:pPr>
      <w:r>
        <w:t>یہ بڑی انوکھا فارمولا ہے قرآن مجید میں کہ ایون یعنی گڈ اور بیڈ کے بیچ میں نہیں ہے۔</w:t>
      </w:r>
    </w:p>
    <w:p>
      <w:r>
        <w:rPr>
          <w:b/>
        </w:rPr>
        <w:t xml:space="preserve">[17:26] </w:t>
      </w:r>
      <w:r>
        <w:t>insaan do good ke beech mein hai.</w:t>
      </w:r>
    </w:p>
    <w:p>
      <w:pPr>
        <w:jc w:val="right"/>
      </w:pPr>
      <w:r>
        <w:t>انسان دو گڈ کے بیچ میں ہے۔</w:t>
      </w:r>
    </w:p>
    <w:p>
      <w:r>
        <w:rPr>
          <w:b/>
        </w:rPr>
        <w:t xml:space="preserve">[17:30] </w:t>
      </w:r>
      <w:r>
        <w:t>dichotomy jo hai, woh do good ki dichotomy hai, na ke bad aur good ki dichotomy. is wajah se main yeh kehta hoon ke</w:t>
      </w:r>
    </w:p>
    <w:p>
      <w:pPr>
        <w:jc w:val="right"/>
      </w:pPr>
      <w:r>
        <w:t>ڈائیکارڈمی جو ہے، وہ دو گڈ کی ڈائیکارڈمی ہے، نہ کہ بیڈ اور گڈ کی ڈائیکارڈمی۔ اس وجہ سے میں یہ کہتا ہوں کہ</w:t>
      </w:r>
    </w:p>
    <w:p>
      <w:r>
        <w:rPr>
          <w:b/>
        </w:rPr>
        <w:t xml:space="preserve">[17:46] </w:t>
      </w:r>
      <w:r>
        <w:t>ke aap jo hai, yeh Quran mein bataya gaya hai ke aaj jo situation ko aap face kar rahe hain, jaise farz kijiye ke aap "have-nots" ki situation.</w:t>
      </w:r>
    </w:p>
    <w:p>
      <w:pPr>
        <w:jc w:val="right"/>
      </w:pPr>
      <w:r>
        <w:t>کہ آپ جو ہے، یہ قرآن میں بتایا گیا ہے کہ آج جو سچوئیشن کو آپ فیس کر رہے ہیں، جیسے فرض کیجئے کہ آپ "ہیو ناٹس" کی سچوئیشن۔</w:t>
      </w:r>
    </w:p>
    <w:p>
      <w:r>
        <w:rPr>
          <w:b/>
        </w:rPr>
        <w:t xml:space="preserve">[17:58] </w:t>
      </w:r>
      <w:r>
        <w:t>ek aisi family mein paida hui hain jo</w:t>
      </w:r>
    </w:p>
    <w:p>
      <w:pPr>
        <w:jc w:val="right"/>
      </w:pPr>
      <w:r>
        <w:t>ایک ایسی فیملی میں پیدا ہوئی ہیں جو</w:t>
      </w:r>
    </w:p>
    <w:p>
      <w:r>
        <w:rPr>
          <w:b/>
        </w:rPr>
        <w:t xml:space="preserve">[18:04] </w:t>
      </w:r>
      <w:r>
        <w:t>is category mein aati hai, us ko "have-nots" kehte hain.</w:t>
      </w:r>
    </w:p>
    <w:p>
      <w:pPr>
        <w:jc w:val="right"/>
      </w:pPr>
      <w:r>
        <w:t>اس کیٹگری میں آتی ہے، اس کو "ہیو ناٹس" کہتے ہیں۔</w:t>
      </w:r>
    </w:p>
    <w:p>
      <w:r>
        <w:rPr>
          <w:b/>
        </w:rPr>
        <w:t xml:space="preserve">[18:08] </w:t>
      </w:r>
      <w:r>
        <w:t>lekin potentially "you have" ki category mein hai. jaise is deshvi mein dekh lijiye, aap Dr. Ambedkar ek poor family mein paida hui hai, aur us ke baad kya hua?</w:t>
      </w:r>
    </w:p>
    <w:p>
      <w:pPr>
        <w:jc w:val="right"/>
      </w:pPr>
      <w:r>
        <w:t>لیکن پوٹینشلی "یو ہیو" کی کیٹگری میں ہے۔ جیسے اس دیشوی میں دیکھ لیجئے، آپ ڈاکٹر امبیدکر ایک پور فیملی میں پیدا ہوئی ہے، اور اس کے بعد کیا ہوا؟</w:t>
      </w:r>
    </w:p>
    <w:p>
      <w:r>
        <w:rPr>
          <w:b/>
        </w:rPr>
        <w:t xml:space="preserve">[18:20] </w:t>
      </w:r>
      <w:r>
        <w:t>ek bahut bada position un ko mili ke constitution of India banaya. unhone Dr. Ambedkar ne paida hue "have-not" ki category mein, lekin us ke baad woh "have" ki category mein aa gaye.</w:t>
      </w:r>
    </w:p>
    <w:p>
      <w:pPr>
        <w:jc w:val="right"/>
      </w:pPr>
      <w:r>
        <w:t>ایک بہت بڑا پوزیشن ان کو ملی کہ کانسٹیٹیوشن آف انڈیا بنایا۔ انہوں نے ڈاکٹر امبیدکر نے پیدا ہوئے "ہیو ناٹ" کی کیٹگری میں، لیکن اس کے بعد وہ "ہیو" کی کیٹگری میں آ گئے۔</w:t>
      </w:r>
    </w:p>
    <w:p>
      <w:r>
        <w:rPr>
          <w:b/>
        </w:rPr>
        <w:t xml:space="preserve">[18:39] </w:t>
      </w:r>
      <w:r>
        <w:t>ek ek student se poocha gaya jo law padh raha tha, us se poocha gaya ke bhai LLB karne ke baad tum kya karoge? to apni simple language mein us us student ne kaha ke "chal gayi to Moti Lal, nahi chali to Jawahar Lal".</w:t>
      </w:r>
    </w:p>
    <w:p>
      <w:pPr>
        <w:jc w:val="right"/>
      </w:pPr>
      <w:r>
        <w:t>ایک ایک اسٹوڈنٹ سے پوچھا گیا جو لاء پڑھ رہا تھا، اس سے پوچھا گیا کہ بھئی ایل ایل بی کرنے کے بعد تم کیا کرو گے؟ تو اپنی سمپل لینگویج میں اس اسٹوڈنٹ نے کہا کہ "چل گئی تو موتی لال، نہیں چلی تو جواہر لال"۔</w:t>
      </w:r>
    </w:p>
    <w:p>
      <w:r>
        <w:rPr>
          <w:b/>
        </w:rPr>
        <w:t xml:space="preserve">[18:57] </w:t>
      </w:r>
      <w:r>
        <w:t>yeh saada language mein se bahut badi baat is ke andar hai.</w:t>
      </w:r>
    </w:p>
    <w:p>
      <w:pPr>
        <w:jc w:val="right"/>
      </w:pPr>
      <w:r>
        <w:t>یہ سادہ لینگویج میں سے بہت بڑی بات اس کے اندر ہے۔</w:t>
      </w:r>
    </w:p>
    <w:p>
      <w:r>
        <w:rPr>
          <w:b/>
        </w:rPr>
        <w:t xml:space="preserve">[19:03] </w:t>
      </w:r>
      <w:r>
        <w:t>"chal gayi to Moti Lal, nahi chali to Jawahar Lal".</w:t>
      </w:r>
    </w:p>
    <w:p>
      <w:pPr>
        <w:jc w:val="right"/>
      </w:pPr>
      <w:r>
        <w:t>"چل گئی تو موتی لال، نہیں چلی تو جواہر لال"۔</w:t>
      </w:r>
    </w:p>
    <w:p>
      <w:r>
        <w:rPr>
          <w:b/>
        </w:rPr>
        <w:t xml:space="preserve">[19:06] </w:t>
      </w:r>
      <w:r>
        <w:t>aap jante hain ke Moti Lal Nehru bahut achhe lawyer the apne zamane ke, bahut bade advocate the, bahut paisa kamaya unhone.</w:t>
      </w:r>
    </w:p>
    <w:p>
      <w:pPr>
        <w:jc w:val="right"/>
      </w:pPr>
      <w:r>
        <w:t>آپ جانتے ہیں کہ موتی لال نہرو بہت اچھے لائر تھے اپنے زمانے کے، بہت بڑے ایڈوکیٹ تھے، بہت پیسہ کمایا انہوں نے۔</w:t>
      </w:r>
    </w:p>
    <w:p>
      <w:r>
        <w:rPr>
          <w:b/>
        </w:rPr>
        <w:t xml:space="preserve">[19:20] </w:t>
      </w:r>
      <w:r>
        <w:t>Allahabad mein kisi waqt sab se zyada shandar makaan jo tha, Anand Bhawan tha, jo Moti Lal Nehru ne banaya tha. us ke baad Jawahar Lal Nehru ne bhi law kiya aur practice bhi shuru ki.</w:t>
      </w:r>
    </w:p>
    <w:p>
      <w:pPr>
        <w:jc w:val="right"/>
      </w:pPr>
      <w:r>
        <w:t>الہ آباد میں کسی وقت سب سے زیادہ شاندار مکان جو تھا، ارن بھون تھا، جو موزی نہرو نے بنایا تھا۔ اس کے بعد جوالہ نہرو نے بھی لاء کیا اور پریکٹس بھی شروع کی۔</w:t>
      </w:r>
    </w:p>
    <w:p>
      <w:r>
        <w:rPr>
          <w:b/>
        </w:rPr>
        <w:t xml:space="preserve">[19:32] </w:t>
      </w:r>
      <w:r>
        <w:t>unho'n ne jawaharlal nehru ne pehle practice shuru ki thi law ki, lekin practice chali nahi hai un ki. phir aa gaye politics mein to aap jante hain ke number one leader ban gaye.</w:t>
      </w:r>
    </w:p>
    <w:p>
      <w:pPr>
        <w:jc w:val="right"/>
      </w:pPr>
      <w:r>
        <w:t>انہوں نے جوالہ نہرو نے پہلے پریکٹس شروع کی تھی لاء کی، لیکن پریکٹس چلی نہیں ہے ان کی۔ پھر آ گئے پولیٹکس میں تو آپ جانتے ہیں کہ نمبر ون لیڈر بن گئے۔</w:t>
      </w:r>
    </w:p>
    <w:p>
      <w:r>
        <w:rPr>
          <w:b/>
        </w:rPr>
        <w:t xml:space="preserve">[19:45] </w:t>
      </w:r>
      <w:r>
        <w:t>teesri ko us ne kaha ke "chal gayi to moti lal, nahi chali to jawahar lal". is bare mein ke aadmi do good ke beech mein hai,</w:t>
      </w:r>
    </w:p>
    <w:p>
      <w:pPr>
        <w:jc w:val="right"/>
      </w:pPr>
      <w:r>
        <w:t>تیسری کو اس نے کہا کہ "چل گئی تو موتی لال، نہیں چلی تو جواہر لال"۔ اس بارے میں کہ آدمی دو گڈ کے بیچ میں ہے،</w:t>
      </w:r>
    </w:p>
    <w:p>
      <w:r>
        <w:rPr>
          <w:b/>
        </w:rPr>
        <w:t xml:space="preserve">[19:57] </w:t>
      </w:r>
      <w:r>
        <w:t>is ne bhi, is ne bhi yaani unconsciously is ko discover kiya tha. main nahi samajhta ke is ne consciously kiya hoga, unconsciously discover kiya ke duniya mein aadmi do good ke beech mein hai.</w:t>
      </w:r>
    </w:p>
    <w:p>
      <w:pPr>
        <w:jc w:val="right"/>
      </w:pPr>
      <w:r>
        <w:t>اس نے بھی، اس نے بھی یعنی انکانشیسلی اس کو ڈسکور کیا تھا۔ میں نہیں سمجھتا کہ اس نے کانشیسلی کیا ہوگا، انکانشیسلی ڈسکور کیا کہ دنیا میں آدمی دو گڈ کے بیچ میں ہے۔</w:t>
      </w:r>
    </w:p>
    <w:p>
      <w:r>
        <w:rPr>
          <w:b/>
        </w:rPr>
        <w:t xml:space="preserve">[20:13] </w:t>
      </w:r>
      <w:r>
        <w:t>yaani aik hai practical good, aik hai potential good,</w:t>
      </w:r>
    </w:p>
    <w:p>
      <w:pPr>
        <w:jc w:val="right"/>
      </w:pPr>
      <w:r>
        <w:t>یعنی ایک ہے پریکٹیکل گڈ، ایک ہے پوٹینشل گڈ،</w:t>
      </w:r>
    </w:p>
    <w:p>
      <w:r>
        <w:rPr>
          <w:b/>
        </w:rPr>
        <w:t xml:space="preserve">[20:22] </w:t>
      </w:r>
      <w:r>
        <w:t>aik hai actual good, aik hai potential good. aik hai actual good, aik hai potential good.</w:t>
      </w:r>
    </w:p>
    <w:p>
      <w:pPr>
        <w:jc w:val="right"/>
      </w:pPr>
      <w:r>
        <w:t>ایک ہے ایکچول گڈ، ایک ہے پوٹینشل گڈ۔ ایک ہے ایکچول گڈ، ایک ہے پوٹینشل گڈ۔</w:t>
      </w:r>
    </w:p>
    <w:p>
      <w:r>
        <w:rPr>
          <w:b/>
        </w:rPr>
        <w:t xml:space="preserve">[20:32] </w:t>
      </w:r>
      <w:r>
        <w:t>yaani agar aap successful hain to goya ke aap ko actual good mil gaya, aur agar successful successful nahi hain to potential sense mein aap phir bhi aap ko g</w:t>
      </w:r>
    </w:p>
    <w:p>
      <w:pPr>
        <w:jc w:val="right"/>
      </w:pPr>
      <w:r>
        <w:t>یعنی اگر آپ سکسیس فل ہیں تو گویا کہ آپ کو ایکچول گڈ مل گیا، اور اگر سکسیس فل سکسیس فل نہیں ہیں تو پوٹینشل سینس میں آپ پھر بھی آپ کو گ</w:t>
      </w:r>
    </w:p>
    <w:p>
      <w:r>
        <w:rPr>
          <w:b/>
        </w:rPr>
        <w:t xml:space="preserve">[20:45] </w:t>
      </w:r>
      <w:r>
        <w:t>ood mila. abhi main kal parh raha tha britannica mein baswell ka. aap jante hain ke baswell biographer, biography ke yaani yeh biographical literature jo hai, jo sawaneh umri ka literature hai, is mein number one mana jata hai.</w:t>
      </w:r>
    </w:p>
    <w:p>
      <w:pPr>
        <w:jc w:val="right"/>
      </w:pPr>
      <w:r>
        <w:t>ڈ ملا۔ ابھی میں کل پڑھ رہا تھا برٹینکا میں باسول کا۔ آپ جانتے ہیں کہ باسول بیوگرافر، بیوگرافی کے یعنی یہ بیوگرافیکل لٹریچر جو ہے، جو سوانح عمری کا لٹریچر ہے، اس میں نمبر ون مانا جاتا ہے۔</w:t>
      </w:r>
    </w:p>
    <w:p>
      <w:r>
        <w:rPr>
          <w:b/>
        </w:rPr>
        <w:t xml:space="preserve">[21:07] </w:t>
      </w:r>
      <w:r>
        <w:t>baswell is ki jo biography likhi thi, us ne johnson ki, woh aaj bhi top ki biography mani jati hai.</w:t>
      </w:r>
    </w:p>
    <w:p>
      <w:pPr>
        <w:jc w:val="right"/>
      </w:pPr>
      <w:r>
        <w:t>باسول اس کی جو بیوگرافی لکھی تھی، اس نے جانسن کی، وہ آج بھی ٹاپ کی بیوگرافی مانی جاتی ہے۔</w:t>
      </w:r>
    </w:p>
    <w:p>
      <w:r>
        <w:rPr>
          <w:b/>
        </w:rPr>
        <w:t xml:space="preserve">[21:18] </w:t>
      </w:r>
      <w:r>
        <w:t>itna zyada is ko shohrat mili is mein biography ke duniya mein ke hamare jo vice president the, hidayatullah sahib, unho'n ne apni biography likhi to is ka naam rakh diya unho'n ne "my own baswell".</w:t>
      </w:r>
    </w:p>
    <w:p>
      <w:pPr>
        <w:jc w:val="right"/>
      </w:pPr>
      <w:r>
        <w:t>اتنا زیادہ اس کو شہرت ملی اس میں بیوگرافی کے دنیا میں کہ ہمارے جو وائس پریزیڈنٹ تھے، ہدایت اللہ صاحب، انہوں نے اپنی بیوگرافی لکھی تو اس کا نام رکھ دیا انہوں نے "مائی اون باسول"۔</w:t>
      </w:r>
    </w:p>
    <w:p>
      <w:r>
        <w:rPr>
          <w:b/>
        </w:rPr>
        <w:t xml:space="preserve">[21:37] </w:t>
      </w:r>
      <w:r>
        <w:t>"my own baswell" to main kal woh lamba article hai, is mein britannica mein baswell par us ne bataya hai ke bachpan se le kar aakhir tak agony mein is ki zindagi guzri.</w:t>
      </w:r>
    </w:p>
    <w:p>
      <w:pPr>
        <w:jc w:val="right"/>
      </w:pPr>
      <w:r>
        <w:t>"مائی اون باسول" تو میں کل وہ لمبا آرٹیکل ہے، اس میں برٹینکا میں باسول پر اس نے بتایا ہے کہ بچپن سے لے کر آخر تک ایگنی میں اس کی زندگی گزری۔</w:t>
      </w:r>
    </w:p>
    <w:p>
      <w:r>
        <w:rPr>
          <w:b/>
        </w:rPr>
        <w:t xml:space="preserve">[21:54] </w:t>
      </w:r>
      <w:r>
        <w:t>baswell ki bachpan se le kar aakhir tak agony mein, lekin is ki agony ne is ke andar ajeeb ghareeb qism ke potential ko jagaya.</w:t>
      </w:r>
    </w:p>
    <w:p>
      <w:pPr>
        <w:jc w:val="right"/>
      </w:pPr>
      <w:r>
        <w:t>باسول کی بچپن سے لے کر آخر تک ایگنی میں، لیکن اس کی ایگنی نے اس کے اندر عجیب غریب قسم کے پوٹینشل کو جگایا۔</w:t>
      </w:r>
    </w:p>
    <w:p>
      <w:r>
        <w:rPr>
          <w:b/>
        </w:rPr>
        <w:t xml:space="preserve">[22:06] </w:t>
      </w:r>
      <w:r>
        <w:t>shuru mein is ne kuch article likhe the, us ko colone koi important nahi di, lekin us agony ka jo is ko course chala, us ki zindagi mein jo museebatein sahein, us ne aakhir tak us ne is ke potential ko itna jagaya ke best biographer ban gaya woh.</w:t>
      </w:r>
    </w:p>
    <w:p>
      <w:pPr>
        <w:jc w:val="right"/>
      </w:pPr>
      <w:r>
        <w:t>شروع میں اس نے کچھ آرٹیکل لکھے تھے، اس کو کولون کوئی امپورٹنٹ نہیں دی، لیکن اس ایگنی کا جو اس کو کورس چلا، اس کی زندگی میں جو مصیبتیں سہیں، اس نے آخر تک اس نے اس کے پوٹینشل کو اتنا جگایا کہ بیسٹ بیوگرافر بن گیا وہ۔</w:t>
      </w:r>
    </w:p>
    <w:p>
      <w:r>
        <w:rPr>
          <w:b/>
        </w:rPr>
        <w:t xml:space="preserve">[22:28] </w:t>
      </w:r>
      <w:r>
        <w:t>to</w:t>
      </w:r>
    </w:p>
    <w:p>
      <w:pPr>
        <w:jc w:val="right"/>
      </w:pPr>
      <w:r>
        <w:t>تو</w:t>
      </w:r>
    </w:p>
    <w:p>
      <w:r>
        <w:rPr>
          <w:b/>
        </w:rPr>
        <w:t xml:space="preserve">[22:29] </w:t>
      </w:r>
      <w:r>
        <w:t>kya woh kya is ka case tha? shuru mein is ka case jo tha potential good ka tha, aur baad ko is ka case actual good ka ban gaya.</w:t>
      </w:r>
    </w:p>
    <w:p>
      <w:pPr>
        <w:jc w:val="right"/>
      </w:pPr>
      <w:r>
        <w:t>کیا وہ کیا اس کا کیس تھا؟ شروع میں اس کا کیس جو تھا پوٹینشل گڈ کا تھا، اور بعد کو اس کا کیس ایکچول گڈ کا بن گیا۔</w:t>
      </w:r>
    </w:p>
    <w:p>
      <w:r>
        <w:rPr>
          <w:b/>
        </w:rPr>
        <w:t xml:space="preserve">[22:48] </w:t>
      </w:r>
      <w:r>
        <w:t>yaani shuru mein woh potentially successful tha, baad ko woh actual sense mein successful</w:t>
      </w:r>
    </w:p>
    <w:p>
      <w:pPr>
        <w:jc w:val="right"/>
      </w:pPr>
      <w:r>
        <w:t>یعنی شروع میں وہ پوٹینشلی سکسیس فل تھا، بعد کو وہ ایکچول سینس میں سکسیس فل</w:t>
      </w:r>
    </w:p>
    <w:p>
      <w:r>
        <w:rPr>
          <w:b/>
        </w:rPr>
        <w:t xml:space="preserve">[22:54] </w:t>
      </w:r>
      <w:r>
        <w:t>ban gaya. isi ko main keh raha hoon ke aadmi yeh sari history mein log galat dichotomy mein jeete rahe hain. good aur woh samajhte the aik taraf good hai, aik taraf bad hai, aik taraf good hai, aik taraf bad hai.</w:t>
      </w:r>
    </w:p>
    <w:p>
      <w:pPr>
        <w:jc w:val="right"/>
      </w:pPr>
      <w:r>
        <w:t>بن گیا۔ اسی کو میں کہہ رہا ہوں کہ آدمی یہ ساری ہسٹری میں لوگ غلط ڈائیکارڈمی میں جیتے رہے ہیں۔ گڈ اور وہ سمجھتے تھے ایک طرف گڈ ہے، ایک طرف بیڈ ہے، ایک طرف گڈ ہے، ایک طرف بیڈ ہے۔</w:t>
      </w:r>
    </w:p>
    <w:p>
      <w:r>
        <w:rPr>
          <w:b/>
        </w:rPr>
        <w:t xml:space="preserve">[23:07] </w:t>
      </w:r>
      <w:r>
        <w:t>nahi, aadmi jis dichotomy mein jeeta hai, woh hai actual good aur potential good.</w:t>
      </w:r>
    </w:p>
    <w:p>
      <w:pPr>
        <w:jc w:val="right"/>
      </w:pPr>
      <w:r>
        <w:t>نہیں، آدمی جس ڈائیکارڈمی میں جیتا ہے، وہ ہے ایکچول گڈ اور پوٹینشل گڈ۔</w:t>
      </w:r>
    </w:p>
    <w:p>
      <w:r>
        <w:rPr>
          <w:b/>
        </w:rPr>
        <w:t xml:space="preserve">[23:15] </w:t>
      </w:r>
      <w:r>
        <w:t>yeh hai ahd al hasanain, jise stalin ne kaha tha</w:t>
      </w:r>
    </w:p>
    <w:p>
      <w:pPr>
        <w:jc w:val="right"/>
      </w:pPr>
      <w:r>
        <w:t>یہ ہے اہد الحسنین، جسے اسٹالن نے کہا تھا</w:t>
      </w:r>
    </w:p>
    <w:p>
      <w:r>
        <w:rPr>
          <w:b/>
        </w:rPr>
        <w:t xml:space="preserve">[23:24] </w:t>
      </w:r>
      <w:r>
        <w:t>ke jo hamara friend nahi, woh hamara enemy hai. russia ka jo dictator tha, bohat zabardast aadmi tha, woh to us ne kaha ke jo hamara friend nahi, woh hamara enemy hai.</w:t>
      </w:r>
    </w:p>
    <w:p>
      <w:pPr>
        <w:jc w:val="right"/>
      </w:pPr>
      <w:r>
        <w:t>کہ جو ہمارا فرینڈ نہیں، وہ ہمارا اینمی ہے۔ رشیا کا جو ڈکٹیٹر تھا، بہت زبردست آدمی تھا، وہ تو اس نے کہا کہ جو ہمارا فرینڈ نہیں، وہ ہمارا اینمی ہے۔</w:t>
      </w:r>
    </w:p>
    <w:p>
      <w:r>
        <w:rPr>
          <w:b/>
        </w:rPr>
        <w:t xml:space="preserve">[23:40] </w:t>
      </w:r>
      <w:r>
        <w:t>ab yeh dekhen, yeh formula unnatural formula hai.</w:t>
      </w:r>
    </w:p>
    <w:p>
      <w:pPr>
        <w:jc w:val="right"/>
      </w:pPr>
      <w:r>
        <w:t>اب یہ دیکھیں، یہ فارمولا ان نیچرل فارمولا ہے۔</w:t>
      </w:r>
    </w:p>
    <w:p>
      <w:r>
        <w:rPr>
          <w:b/>
        </w:rPr>
        <w:t xml:space="preserve">[23:44] </w:t>
      </w:r>
      <w:r>
        <w:t>sahi formula kya hai? ke jo mera enemy hai, woh mera potential friend hai. woh isi baat ko kaha masih ne "love your enemy".</w:t>
      </w:r>
    </w:p>
    <w:p>
      <w:pPr>
        <w:jc w:val="right"/>
      </w:pPr>
      <w:r>
        <w:t>صحیح فارمولا کیا ہے؟ کہ جو میرا اینمی ہے، وہ میرا پوٹینشل فرینڈ ہے۔ وہ اسی بات کو کہا مسیح نے "لو یور اینمی"۔</w:t>
      </w:r>
    </w:p>
    <w:p>
      <w:r>
        <w:rPr>
          <w:b/>
        </w:rPr>
        <w:t xml:space="preserve">[23:57] </w:t>
      </w:r>
      <w:r>
        <w:t>is ka matlab kya hai "love your enemy" ka? is ka matlab yeh hai ke "make friend out of enemy".</w:t>
      </w:r>
    </w:p>
    <w:p>
      <w:pPr>
        <w:jc w:val="right"/>
      </w:pPr>
      <w:r>
        <w:t>اس کا مطلب کیا ہے "لو یور اینمی" کا؟ اس کا مطلب یہ ہے کہ "میک فرینڈ آؤٹ آف اینمی"۔</w:t>
      </w:r>
    </w:p>
    <w:p>
      <w:r>
        <w:rPr>
          <w:b/>
        </w:rPr>
        <w:t xml:space="preserve">[24:08] </w:t>
      </w:r>
      <w:r>
        <w:t>enemy mein friend nikalo, enemy mein friend talash karo.</w:t>
      </w:r>
    </w:p>
    <w:p>
      <w:pPr>
        <w:jc w:val="right"/>
      </w:pPr>
      <w:r>
        <w:t>اینمی میں فرینڈ نکالو، علمی میں فرینڈ تلاش کرو۔</w:t>
      </w:r>
    </w:p>
    <w:p>
      <w:r>
        <w:rPr>
          <w:b/>
        </w:rPr>
        <w:t xml:space="preserve">[24:12] </w:t>
      </w:r>
      <w:r>
        <w:t>yeh baat quran majeed mein hai ke "fa-iz alladhi bainaka wa bainahu adawatun ka-annahu waliyun hameem". yaani jo aadmi tum ko dikhai deta hai enemy, us ke sath tum friendly behavior karo.</w:t>
      </w:r>
    </w:p>
    <w:p>
      <w:pPr>
        <w:jc w:val="right"/>
      </w:pPr>
      <w:r>
        <w:t>یہ بات قرآن مجید میں ہے کہ "فیض الذی بینک و بینہ عداوۃ کان ولی حمیم"۔ یعنی جو آدمی تم کو دکھائی دیتا ہے اینمی، اس کے ساتھ تم فرینڈلی بیہیویئر کرو۔</w:t>
      </w:r>
    </w:p>
    <w:p>
      <w:r>
        <w:rPr>
          <w:b/>
        </w:rPr>
        <w:t xml:space="preserve">[24:29] </w:t>
      </w:r>
      <w:r>
        <w:t>yaani aaj dikhai deta hai aap ko enemy, woh to friendly behavior, friendly us ke sath sulook karo. to kya hoga?</w:t>
      </w:r>
    </w:p>
    <w:p>
      <w:pPr>
        <w:jc w:val="right"/>
      </w:pPr>
      <w:r>
        <w:t>یعنی آج دکھائی دیتا ہے آپ کو اینمی، وہ تو فرینڈلی بیہیویئر، فرینڈلی اس کے ساتھ سلوک کرو۔ تو کیا ہوگا؟</w:t>
      </w:r>
    </w:p>
    <w:p>
      <w:r>
        <w:rPr>
          <w:b/>
        </w:rPr>
        <w:t xml:space="preserve">[24:39] </w:t>
      </w:r>
      <w:r>
        <w:t>woh tumhara pakka dost ban jayega. "kan wali humeem" . is ka matlab kya hua?</w:t>
      </w:r>
    </w:p>
    <w:p>
      <w:pPr>
        <w:jc w:val="right"/>
      </w:pPr>
      <w:r>
        <w:t>وہ تمہارا پکا دوست بن جائے گا۔ "کان ولی حمیم"۔ اس کا مطلب کیا ہوا؟</w:t>
      </w:r>
    </w:p>
    <w:p>
      <w:r>
        <w:rPr>
          <w:b/>
        </w:rPr>
        <w:t xml:space="preserve">[24:48] </w:t>
      </w:r>
      <w:r>
        <w:t>ke every every enemy is potentially your friend.</w:t>
      </w:r>
    </w:p>
    <w:p>
      <w:pPr>
        <w:jc w:val="right"/>
      </w:pPr>
      <w:r>
        <w:t>کہ ایوری ایوری اینمی از پوٹینشلی یور فرینڈ۔</w:t>
      </w:r>
    </w:p>
    <w:p>
      <w:r>
        <w:rPr>
          <w:b/>
        </w:rPr>
        <w:t xml:space="preserve">[24:56] </w:t>
      </w:r>
      <w:r>
        <w:t>is ka is mani ke jo dichotomy yahan par hai, woh friend aur enemy ki nahi hai, balkay actual friend aur potential friend ki hai.</w:t>
      </w:r>
    </w:p>
    <w:p>
      <w:pPr>
        <w:jc w:val="right"/>
      </w:pPr>
      <w:r>
        <w:t>اس کا اس معنی کہ جو ڈائیکارڈمی یہاں پر ہے، وہ فرینڈ اور اینمی کی نہیں ہے، بلکہ ایکچول فرینڈ اور پوٹینشل فرینڈ کی ہے۔</w:t>
      </w:r>
    </w:p>
    <w:p>
      <w:r>
        <w:rPr>
          <w:b/>
        </w:rPr>
        <w:t xml:space="preserve">[25:08] </w:t>
      </w:r>
      <w:r>
        <w:t>yeh bohat bara raaz zindagi ka hai, is ko aap samajhna chahiye aap ko ke zindagi insan jeeta hai jis dichotomy ke beech mein, woh woh nahi hoti jis ko log samajhte hain.</w:t>
      </w:r>
    </w:p>
    <w:p>
      <w:pPr>
        <w:jc w:val="right"/>
      </w:pPr>
      <w:r>
        <w:t>یہ بہت بڑا راز زندگی کا ہے، اس کو آپ سمجھنا چاہیے آپ کو کہ زندگی انسان جیتا ہے جس ڈائیکارڈمی کے بیچ میں، وہ وہ نہیں ہوتی جس کو لوگ سمجھتے ہیں۔</w:t>
      </w:r>
    </w:p>
    <w:p>
      <w:r>
        <w:rPr>
          <w:b/>
        </w:rPr>
        <w:t xml:space="preserve">[25:23] </w:t>
      </w:r>
      <w:r>
        <w:t>log samajhte hain ke aap good aur bad ki dichotomy mein jeete hain,</w:t>
      </w:r>
    </w:p>
    <w:p>
      <w:pPr>
        <w:jc w:val="right"/>
      </w:pPr>
      <w:r>
        <w:t>لوگ سمجھتے ہیں کہ آپ گڈ اور بیڈ کی ڈائیکارڈمی میں جیتے ہیں،</w:t>
      </w:r>
    </w:p>
    <w:p>
      <w:r>
        <w:rPr>
          <w:b/>
        </w:rPr>
        <w:t xml:space="preserve">[25:30] </w:t>
      </w:r>
      <w:r>
        <w:t>lekin jo jo fact hai, woh yeh hai ke hum hamari hum jis dichotomy ke beech mein jeete hain, woh yeh hai ke aik taraf actual good hai, doosri taraf potential good hai.</w:t>
      </w:r>
    </w:p>
    <w:p>
      <w:pPr>
        <w:jc w:val="right"/>
      </w:pPr>
      <w:r>
        <w:t>لیکن جو جو فیکٹ ہے، وہ یہ ہے کہ ہم ہماری ہم جس ڈائیکارڈمی کے بیچ میں جیتے ہیں، وہ یہ ہے کہ ایک طرف ایکچول گڈ ہے، دوسری طرف پوٹینشل گڈ ہے۔</w:t>
      </w:r>
    </w:p>
    <w:p>
      <w:r>
        <w:rPr>
          <w:b/>
        </w:rPr>
        <w:t xml:space="preserve">[25:44] </w:t>
      </w:r>
      <w:r>
        <w:t>to yeh hai soch aaj aadmi ke andar.</w:t>
      </w:r>
    </w:p>
    <w:p>
      <w:pPr>
        <w:jc w:val="right"/>
      </w:pPr>
      <w:r>
        <w:t>تو یہ ہے سوچ آج آدمی کے اندر۔</w:t>
      </w:r>
    </w:p>
    <w:p>
      <w:r>
        <w:rPr>
          <w:b/>
        </w:rPr>
        <w:t xml:space="preserve">[25:47] </w:t>
      </w:r>
      <w:r>
        <w:t>to</w:t>
      </w:r>
    </w:p>
    <w:p>
      <w:pPr>
        <w:jc w:val="right"/>
      </w:pPr>
      <w:r>
        <w:t>تو</w:t>
      </w:r>
    </w:p>
    <w:p>
      <w:r>
        <w:rPr>
          <w:b/>
        </w:rPr>
        <w:t xml:space="preserve">[25:51] </w:t>
      </w:r>
      <w:r>
        <w:t>aap soch sakte hain ke kitna bara revolution aa jaye is ke andar,</w:t>
      </w:r>
    </w:p>
    <w:p>
      <w:pPr>
        <w:jc w:val="right"/>
      </w:pPr>
      <w:r>
        <w:t>آپ سوچ سکتے ہیں کہ کتنا بڑا ریولیوشن آ جائے اس کے اندر،</w:t>
      </w:r>
    </w:p>
    <w:p>
      <w:r>
        <w:rPr>
          <w:b/>
        </w:rPr>
        <w:t xml:space="preserve">[26:01] </w:t>
      </w:r>
      <w:r>
        <w:t>kitna bara revolution aa jaye is ke andar.</w:t>
      </w:r>
    </w:p>
    <w:p>
      <w:pPr>
        <w:jc w:val="right"/>
      </w:pPr>
      <w:r>
        <w:t>کتنا بڑا ریولیوشن آ جائے اس کے اندر۔</w:t>
      </w:r>
    </w:p>
    <w:p>
      <w:r>
        <w:rPr>
          <w:b/>
        </w:rPr>
        <w:t xml:space="preserve">[26:11] </w:t>
      </w:r>
      <w:r>
        <w:t>aik aur baat jo mein kehna chahta hoon aap se, woh yeh hai</w:t>
      </w:r>
    </w:p>
    <w:p>
      <w:pPr>
        <w:jc w:val="right"/>
      </w:pPr>
      <w:r>
        <w:t>ایک اور بات جو میں کہنا چاہتا ہوں آپ سے، وہ یہ ہے</w:t>
      </w:r>
    </w:p>
    <w:p>
      <w:r>
        <w:rPr>
          <w:b/>
        </w:rPr>
        <w:t xml:space="preserve">[26:17] </w:t>
      </w:r>
      <w:r>
        <w:t>ke jis tarah se aap dekhte hain ke raat aati hai to is ke baad phir din aata hai.</w:t>
      </w:r>
    </w:p>
    <w:p>
      <w:pPr>
        <w:jc w:val="right"/>
      </w:pPr>
      <w:r>
        <w:t>کہ جس طرح سے آپ دیکھتے ہیں کہ رات آتی ہے تو اس کے بعد پھر دن آتا ہے۔</w:t>
      </w:r>
    </w:p>
    <w:p>
      <w:r>
        <w:rPr>
          <w:b/>
        </w:rPr>
        <w:t xml:space="preserve">[26:28] </w:t>
      </w:r>
      <w:r>
        <w:t>har raat jo hai, woh</w:t>
      </w:r>
    </w:p>
    <w:p>
      <w:pPr>
        <w:jc w:val="right"/>
      </w:pPr>
      <w:r>
        <w:t>ہر رات جو ہے، وہ</w:t>
      </w:r>
    </w:p>
    <w:p>
      <w:r>
        <w:rPr>
          <w:b/>
        </w:rPr>
        <w:t xml:space="preserve">[26:33] </w:t>
      </w:r>
      <w:r>
        <w:t>raat ke baad phir dobara raat nahi aati hai. raat ke baad jo jati hai, woh din hai. yeh darkness ke baad jo jati hai, woh light hai.</w:t>
      </w:r>
    </w:p>
    <w:p>
      <w:pPr>
        <w:jc w:val="right"/>
      </w:pPr>
      <w:r>
        <w:t>رات کے بعد پھر دوبارہ رات نہیں آتی ہے۔ رات کے بعد جو جاتی ہے، وہ دن ہے۔ یہ ڈارکنس کے بعد جو جاتی ہے، وہ لائٹ ہے۔</w:t>
      </w:r>
    </w:p>
    <w:p>
      <w:r>
        <w:rPr>
          <w:b/>
        </w:rPr>
        <w:t xml:space="preserve">[26:45] </w:t>
      </w:r>
      <w:r>
        <w:t>yeh aik nature ki taraf se aap ko aik aik woh bataya ja raha hai, aik hint di ja rahi hai.</w:t>
      </w:r>
    </w:p>
    <w:p>
      <w:pPr>
        <w:jc w:val="right"/>
      </w:pPr>
      <w:r>
        <w:t>یہ ایک نیچر کی طرف سے آپ کو ایک ایک وہ بتایا جا رہا ہے، ایک ہنٹ دی جا رہی ہے۔</w:t>
      </w:r>
    </w:p>
    <w:p>
      <w:r>
        <w:rPr>
          <w:b/>
        </w:rPr>
        <w:t xml:space="preserve">[26:56] </w:t>
      </w:r>
      <w:r>
        <w:t>isi cheez ko quran mein kaha gaya hai ke "asaa an takrahu shay'an wa huwa khairulakum" . yani ho sakta hai ke aik cheez jo jo tum ko achi na lag rahi ho, woh haqeeqat mein achi ho,</w:t>
      </w:r>
    </w:p>
    <w:p>
      <w:pPr>
        <w:jc w:val="right"/>
      </w:pPr>
      <w:r>
        <w:t>اسی چیز کو قرآن میں کہا گیا ہے کہ "اسان تکر حسین و خیر لکم"۔ یعنی ہو سکتا ہے کہ ایک چیز جو جو تم کو اچھی نہ لگ رہی ہو، وہ حقیقت میں اچھی ہو،</w:t>
      </w:r>
    </w:p>
    <w:p>
      <w:r>
        <w:rPr>
          <w:b/>
        </w:rPr>
        <w:t xml:space="preserve">[27:10] </w:t>
      </w:r>
      <w:r>
        <w:t>tumhare liye isi mein tumhare liye behtari ho, tumhare liye achai ho. "asaa an takrahu shay'an wa huwa khairulakum" ke jis cheez ko tum samajh rahe ho ke tumhare liye acha nahi hua, yeh isi mein tumhari achai chupi hui ho.</w:t>
      </w:r>
    </w:p>
    <w:p>
      <w:pPr>
        <w:jc w:val="right"/>
      </w:pPr>
      <w:r>
        <w:t>تمہارے لیے اسی میں تمہارے لیے بہتری ہو، تمہارے لیے اچھائی ہو۔ "اسان تکر حسین و خیر لکم" کہ جس چیز کو تم سمجھ رہے ہو کہ تمہارے لیے اچھا نہیں ہوا، یہ اسی میں تمہاری اچھائی چھپی ہوئی ہو۔</w:t>
      </w:r>
    </w:p>
    <w:p>
      <w:r>
        <w:rPr>
          <w:b/>
        </w:rPr>
        <w:t xml:space="preserve">[27:28] </w:t>
      </w:r>
      <w:r>
        <w:t>mein aik misaal deta hoon aap ko. mere bachpan ke zamane mein har taraf log angrezi language se nafrat karte the.</w:t>
      </w:r>
    </w:p>
    <w:p>
      <w:pPr>
        <w:jc w:val="right"/>
      </w:pPr>
      <w:r>
        <w:t>میں ایک مثال دیتا ہوں آپ کو۔ میرے بچپن کے زمانے میں ہر طرف لوگ انگریزی لینگویج سے نفرت کرتے تھے۔</w:t>
      </w:r>
    </w:p>
    <w:p>
      <w:r>
        <w:rPr>
          <w:b/>
        </w:rPr>
        <w:t xml:space="preserve">[27:39] </w:t>
      </w:r>
      <w:r>
        <w:t>jo parhta tha angrezi, woh woh samjha jata tha ke yeh revolt kar ke parh raha hai, society se revolt kar ke. us waqt English parhne ke liye aadmi ko society se revolt karna parta tha,</w:t>
      </w:r>
    </w:p>
    <w:p>
      <w:pPr>
        <w:jc w:val="right"/>
      </w:pPr>
      <w:r>
        <w:t>جو پڑھتا تھا انگریزی، وہ وہ سمجھا جاتا تھا کہ یہ ریولٹ کر کے پڑھ رہا ہے، سوسائٹی سے ریولٹ کر کے۔ اس وقت انگلش پڑھنے کے لیے آدمی کو سوسائٹی سے ریولٹ کرنا پڑتا تھا،</w:t>
      </w:r>
    </w:p>
    <w:p>
      <w:r>
        <w:rPr>
          <w:b/>
        </w:rPr>
        <w:t xml:space="preserve">[27:53] </w:t>
      </w:r>
      <w:r>
        <w:t>society se baghavat karni pad</w:t>
      </w:r>
    </w:p>
    <w:p>
      <w:pPr>
        <w:jc w:val="right"/>
      </w:pPr>
      <w:r>
        <w:t>سوسائٹی سے بغاوت کرنی پڑ</w:t>
      </w:r>
    </w:p>
    <w:p>
      <w:r>
        <w:rPr>
          <w:b/>
        </w:rPr>
        <w:t xml:space="preserve">[27:55] </w:t>
      </w:r>
      <w:r>
        <w:t>ti thi. kyun? woh angrezon ki zuban thi. aur yeh hamare bachpan mein yeh mashhoor tha, lord macaulay ne woh kaha tha.</w:t>
      </w:r>
    </w:p>
    <w:p>
      <w:pPr>
        <w:jc w:val="right"/>
      </w:pPr>
      <w:r>
        <w:t>تی تھی۔ کیوں؟ وہ انگریزوں کی زبان تھی۔ اور یہ ہمارے بچپن میں یہ مشہور تھا، لارڈ میکالے نے وہ کہا تھا۔</w:t>
      </w:r>
    </w:p>
    <w:p>
      <w:r>
        <w:rPr>
          <w:b/>
        </w:rPr>
        <w:t xml:space="preserve">[28:05] </w:t>
      </w:r>
      <w:r>
        <w:t>lord macaulay, aap jante hain ke wohi aik founder india mein mughlon se jo chala raha tha system, is mein persian language thi yahan ki official language thi.</w:t>
      </w:r>
    </w:p>
    <w:p>
      <w:pPr>
        <w:jc w:val="right"/>
      </w:pPr>
      <w:r>
        <w:t>لارڈ میکالے، آپ جانتے ہیں کہ وہی ایک فاؤنڈر انڈیا میں مغلوں سے جو چلا رہا تھا سسٹم، اس میں پرشین لینگویج تھی یہاں کی افیشل لینگویج تھی۔</w:t>
      </w:r>
    </w:p>
    <w:p>
      <w:r>
        <w:rPr>
          <w:b/>
        </w:rPr>
        <w:t xml:space="preserve">[28:16] </w:t>
      </w:r>
      <w:r>
        <w:t>persian language. phir lord macaulay ka aik commission bithaya gaya aur is ne yeh tajweez kiya ke india mein persian ko hata kar ke english language ko yahan ki official language banaya jaye.</w:t>
      </w:r>
    </w:p>
    <w:p>
      <w:pPr>
        <w:jc w:val="right"/>
      </w:pPr>
      <w:r>
        <w:t>پرشین لینگویج۔ پھر لارڈ میکالے کا ایک کمیشن بٹھایا گیا اور اس نے یہ تجویز کیا کہ انڈیا میں پرشین کو ہٹا کر کے انگلش لینگویج کو یہاں کی افیشل لینگویج بنایا جائے۔</w:t>
      </w:r>
    </w:p>
    <w:p>
      <w:r>
        <w:rPr>
          <w:b/>
        </w:rPr>
        <w:t xml:space="preserve">[28:30] </w:t>
      </w:r>
      <w:r>
        <w:t>aur phir yahan aik poora phailaya gaya english language ke is school, english school khol diye gaye har</w:t>
      </w:r>
    </w:p>
    <w:p>
      <w:pPr>
        <w:jc w:val="right"/>
      </w:pPr>
      <w:r>
        <w:t>اور پھر یہاں ایک پورا پھیلایا گیا انگلش لینگویج کے اسکول، انگلش اسکول کھول دیے گئے ہر</w:t>
      </w:r>
    </w:p>
    <w:p>
      <w:r>
        <w:rPr>
          <w:b/>
        </w:rPr>
        <w:t xml:space="preserve">[28:37] </w:t>
      </w:r>
      <w:r>
        <w:t>jagah. to lord macaulay ne kaha tha, to hamare bachpan ke zamane mein bohat chalta tha yeh is ka yeh ke "so that" yani english kyun hum india mein phaila rahe hain?</w:t>
      </w:r>
    </w:p>
    <w:p>
      <w:pPr>
        <w:jc w:val="right"/>
      </w:pPr>
      <w:r>
        <w:t>جگہ۔ تو لارڈ میکالے نے کہا تھا، تو ہمارے بچپن کے زمانے میں بہت چلتا تھا یہ اس کا یہ کہ "سو دیٹ" یعنی انگلش کیوں ہم انڈیا میں پھیلا رہے ہیں؟</w:t>
      </w:r>
    </w:p>
    <w:p>
      <w:r>
        <w:rPr>
          <w:b/>
        </w:rPr>
        <w:t xml:space="preserve">[28:51] </w:t>
      </w:r>
      <w:r>
        <w:t>so that a generation may arise which will be Indian in birth and English in thought</w:t>
      </w:r>
    </w:p>
    <w:p>
      <w:pPr>
        <w:jc w:val="right"/>
      </w:pPr>
      <w:r>
        <w:t>"سو دیٹ ا جنریشن می ارائز وچ ول بی انڈین ان برتھ اینڈ انگلش ان تھاٹ"</w:t>
      </w:r>
    </w:p>
    <w:p>
      <w:r>
        <w:rPr>
          <w:b/>
        </w:rPr>
        <w:t xml:space="preserve">[29:05] </w:t>
      </w:r>
      <w:r>
        <w:t>keh aik aisi nasal paida ho keh janam ke aitbar se to Indian ho, lekin apne mind ke aitbar se woh English ho.</w:t>
      </w:r>
    </w:p>
    <w:p>
      <w:pPr>
        <w:jc w:val="right"/>
      </w:pPr>
      <w:r>
        <w:t>کہ ایک ایسی نسل پیدا ہو کہ جنم کے اعتبار سے تو انڈین ہو، لیکن اپنے مائنڈ کے اعتبار سے وہ انگلش ہو۔</w:t>
      </w:r>
    </w:p>
    <w:p>
      <w:r>
        <w:rPr>
          <w:b/>
        </w:rPr>
        <w:t xml:space="preserve">[29:14] </w:t>
      </w:r>
      <w:r>
        <w:t>is ka matlab yeh tha keh woh unhon ne jo Angrezi zaban yahan chalai, to samajhte thay keh ab hum ne hamesha ke liye India ko apne apne qabze mein le liya.</w:t>
      </w:r>
    </w:p>
    <w:p>
      <w:pPr>
        <w:jc w:val="right"/>
      </w:pPr>
      <w:r>
        <w:t>اس کا مطلب یہ تھا کہ وہ انہوں نے جو انگریزی زبان یہاں چلائی، تو سمجھتے تھے کہ اب ہم نے ہمیشہ کے لیے انڈیا کو اپنے اپنے قبضے میں لے لیا۔</w:t>
      </w:r>
    </w:p>
    <w:p>
      <w:r>
        <w:rPr>
          <w:b/>
        </w:rPr>
        <w:t xml:space="preserve">[29:26] </w:t>
      </w:r>
      <w:r>
        <w:t>hamara occupation jo India ka hai, woh eternal ho gaya. Isi liye sab log mukhalif thay, sab log yahi dohrate thay is zamane mein Lord Macaulay ka yeh qoul.</w:t>
      </w:r>
    </w:p>
    <w:p>
      <w:pPr>
        <w:jc w:val="right"/>
      </w:pPr>
      <w:r>
        <w:t>ہمارا اکوپیشن جو انڈیا کا ہے، وہ ٹرنل ہو گیا۔ اسی لیے سب لوگ مخالف تھے، سب لوگ یہی دہراتے تھے اس زمانے میں لارڈ میکالے کا یہ قول۔</w:t>
      </w:r>
    </w:p>
    <w:p>
      <w:r>
        <w:rPr>
          <w:b/>
        </w:rPr>
        <w:t xml:space="preserve">[29:36] </w:t>
      </w:r>
      <w:r>
        <w:t>har taraf yahi isi ka charcha hota tha.</w:t>
      </w:r>
    </w:p>
    <w:p>
      <w:pPr>
        <w:jc w:val="right"/>
      </w:pPr>
      <w:r>
        <w:t>ہر طرف یہی اسی کا چرچہ ہوتا تھا۔</w:t>
      </w:r>
    </w:p>
    <w:p>
      <w:r>
        <w:rPr>
          <w:b/>
        </w:rPr>
        <w:t xml:space="preserve">[29:40] </w:t>
      </w:r>
      <w:r>
        <w:t>aaj ke lehaz se dekhiye, aaj sab se bara advantage India ka yahi hai keh English language yahan par hai. Hamare leaders jo hain, unhon ne jaise hi India azaad hua, foran unhon ne declare kiya keh India ki zaban Hindi hogi.</w:t>
      </w:r>
    </w:p>
    <w:p>
      <w:pPr>
        <w:jc w:val="right"/>
      </w:pPr>
      <w:r>
        <w:t>آج کے لحاظ سے دیکھیے، آج سب سے بڑا ایڈوانٹیج انڈیا کا یہی ہے کہ انگلش لینگویج یہاں پر ہے۔ ہمارے لیڈرز جو ہیں، انہوں نے جیسے ہی انڈیا آزاد ہوا، فوراً انہوں نے ڈیکلیئر کیا کہ انڈیا کی زبان ہندی ہوگی۔</w:t>
      </w:r>
    </w:p>
    <w:p>
      <w:r>
        <w:rPr>
          <w:b/>
        </w:rPr>
        <w:t xml:space="preserve">[29:58] </w:t>
      </w:r>
      <w:r>
        <w:t>constitution mein likh diya lekin woh chali nahi.</w:t>
      </w:r>
    </w:p>
    <w:p>
      <w:pPr>
        <w:jc w:val="right"/>
      </w:pPr>
      <w:r>
        <w:t>کانسٹیٹیوشن میں لکھ دیا لیکن وہ چلی نہیں۔</w:t>
      </w:r>
    </w:p>
    <w:p>
      <w:r>
        <w:rPr>
          <w:b/>
        </w:rPr>
        <w:t xml:space="preserve">[30:04] </w:t>
      </w:r>
      <w:r>
        <w:t>yani firstly their plan was failed.</w:t>
      </w:r>
    </w:p>
    <w:p>
      <w:pPr>
        <w:jc w:val="right"/>
      </w:pPr>
      <w:r>
        <w:t>یعنی فاسٹلی دیر پلان واز فیلڈ۔</w:t>
      </w:r>
    </w:p>
    <w:p>
      <w:r>
        <w:rPr>
          <w:b/>
        </w:rPr>
        <w:t xml:space="preserve">[30:09] </w:t>
      </w:r>
      <w:r>
        <w:t>aaj India jo stand kar raha hai international is mein affairs mein sirf English ki wajah se hai.</w:t>
      </w:r>
    </w:p>
    <w:p>
      <w:pPr>
        <w:jc w:val="right"/>
      </w:pPr>
      <w:r>
        <w:t>آج انڈیا جو سٹینڈ کر رہا ہے انٹرنیشنل اس میں افیئرز میں صرف انگلش کی وجہ سے ہے۔</w:t>
      </w:r>
    </w:p>
    <w:p>
      <w:r>
        <w:rPr>
          <w:b/>
        </w:rPr>
        <w:t xml:space="preserve">[30:18] </w:t>
      </w:r>
      <w:r>
        <w:t>isi ki wajah se hamara business hai, isi ki wajah se industry hai, isi ki wajah se duniya hamari importance hai.</w:t>
      </w:r>
    </w:p>
    <w:p>
      <w:pPr>
        <w:jc w:val="right"/>
      </w:pPr>
      <w:r>
        <w:t>اسی کی وجہ سے ہمارا بزنس ہے، اسی کی وجہ سے انڈسٹری ہے، اسی کی وجہ سے دنیا ہماری امپورٹنس ہے۔</w:t>
      </w:r>
    </w:p>
    <w:p>
      <w:r>
        <w:rPr>
          <w:b/>
        </w:rPr>
        <w:t xml:space="preserve">[30:25] </w:t>
      </w:r>
      <w:r>
        <w:t>recently mujhe yeh pata chala keh Angrezi ka jo domination hai is zamane mein, to woh countries jo traditionally anti English jinka mahaul tha, jaise Russia hai, China hai, Japan hai,</w:t>
      </w:r>
    </w:p>
    <w:p>
      <w:pPr>
        <w:jc w:val="right"/>
      </w:pPr>
      <w:r>
        <w:t>ریسنٹلی مجھے یہ پتہ چلا کہ انگریزی کا جو ڈومینیشن ہے اس زمانے میں، تو وہ کنٹریز جو ٹریڈیشنلی اینٹی انگلش جن کا ماحول تھا، جیسے رشیا ہے، چائنہ ہے، جاپان ہے،</w:t>
      </w:r>
    </w:p>
    <w:p>
      <w:r>
        <w:rPr>
          <w:b/>
        </w:rPr>
        <w:t xml:space="preserve">[30:44] </w:t>
      </w:r>
      <w:r>
        <w:t>Arab countries hain, yeh log English ko hate</w:t>
      </w:r>
    </w:p>
    <w:p>
      <w:pPr>
        <w:jc w:val="right"/>
      </w:pPr>
      <w:r>
        <w:t>عرب کنٹریز ہیں، یہ لوگ انگلش کو ہیٹ</w:t>
      </w:r>
    </w:p>
    <w:p>
      <w:r>
        <w:rPr>
          <w:b/>
        </w:rPr>
        <w:t xml:space="preserve">[30:47] </w:t>
      </w:r>
      <w:r>
        <w:t>karte thay pehle. Aaj sab ke sab daud rahe hain English ki taraf. Aur mujhe yeh pata chala keh woh log sab unka first choice hota hai Indian teacher,</w:t>
      </w:r>
    </w:p>
    <w:p>
      <w:pPr>
        <w:jc w:val="right"/>
      </w:pPr>
      <w:r>
        <w:t>کرتے تھے پہلے۔ آج سب کے سب دوڑ رہے ہیں انگلش کی طرف۔ اور مجھے یہ پتہ چلا کہ وہ لوگ سب ان کا فرسٹ چوائس ہوتا ہے انڈین ٹیچر،</w:t>
      </w:r>
    </w:p>
    <w:p>
      <w:r>
        <w:rPr>
          <w:b/>
        </w:rPr>
        <w:t xml:space="preserve">[31:01] </w:t>
      </w:r>
      <w:r>
        <w:t>kyun keh woh yeh kehte hain keh sab se best hai English teacher India ka. Is par maine ghor kiya keh baat kya hai.</w:t>
      </w:r>
    </w:p>
    <w:p>
      <w:pPr>
        <w:jc w:val="right"/>
      </w:pPr>
      <w:r>
        <w:t>کیونکہ وہ یہ کہتے ہیں کہ سب سے بیسٹ ہے انگلش ٹیچر انڈیا کا۔ اس پر میں نے غور کیا کہ بات کیا ہے۔</w:t>
      </w:r>
    </w:p>
    <w:p>
      <w:r>
        <w:rPr>
          <w:b/>
        </w:rPr>
        <w:t xml:space="preserve">[31:12] </w:t>
      </w:r>
      <w:r>
        <w:t>baat dekhiye, yeh hai keh jo jo ahle zaban hotay hain jin ki mother tongue wahi hoti hai, woh kabhi bhi grammar mein achhe nahi hotay.</w:t>
      </w:r>
    </w:p>
    <w:p>
      <w:pPr>
        <w:jc w:val="right"/>
      </w:pPr>
      <w:r>
        <w:t>بات دیکھیں، یہ ہے کہ جو جو اہل زبان ہوتے ہیں جن کی مدر ٹنگ وہی ہوتی ہے، وہ کبھی بھی گرامر میں اچھے نہیں ہوتے۔</w:t>
      </w:r>
    </w:p>
    <w:p>
      <w:r>
        <w:rPr>
          <w:b/>
        </w:rPr>
        <w:t xml:space="preserve">[31:24] </w:t>
      </w:r>
      <w:r>
        <w:t>meri zaban Urdu hai, main Urdu ke grammar nahi janta.</w:t>
      </w:r>
    </w:p>
    <w:p>
      <w:pPr>
        <w:jc w:val="right"/>
      </w:pPr>
      <w:r>
        <w:t>میری زبان اردو ہے، میں اردو کے گرامر نہیں جانتا۔</w:t>
      </w:r>
    </w:p>
    <w:p>
      <w:r>
        <w:rPr>
          <w:b/>
        </w:rPr>
        <w:t xml:space="preserve">[31:30] </w:t>
      </w:r>
      <w:r>
        <w:t>yeh aik law of teacher hai keh jo ahle zaban hoga, jis ki mother tongue hogi, woh zaban woh grammar mein kabhi bhi achha nahi hoga.</w:t>
      </w:r>
    </w:p>
    <w:p>
      <w:pPr>
        <w:jc w:val="right"/>
      </w:pPr>
      <w:r>
        <w:t>یہ ایک لاف ٹیچر ہے کہ جو اہل زبان ہوگا، جس کی مدر ٹنگ ہوگی، وہ زبان وہ گرامر میں کبھی بھی اچھا نہیں ہوگا۔</w:t>
      </w:r>
    </w:p>
    <w:p>
      <w:r>
        <w:rPr>
          <w:b/>
        </w:rPr>
        <w:t xml:space="preserve">[31:39] </w:t>
      </w:r>
      <w:r>
        <w:t>to in logon ka kehna yeh hai keh hamare bachon ko sahi grammar sirf Indian parha paate hain. Britishers jo hain, achhi grammar nahi parha paate, woh American achhi grammar nahi parha paate, woh is liye log daud rahe hain Indian teacher ki taraf.</w:t>
      </w:r>
    </w:p>
    <w:p>
      <w:pPr>
        <w:jc w:val="right"/>
      </w:pPr>
      <w:r>
        <w:t>تو ان لوگوں کا کہنا یہ ہے کہ ہمارے بچوں کو صحیح گرامر صرف انڈین پڑھا پاتے ہیں۔ برٹشرز جو ہیں، اچھی گرامر نہیں پڑھا پاتے، وہ امریکن اچھی گرامر نہیں پڑھا پاتے، وہ اس لیے لوگ دوڑ رہے ہیں انڈین ٹیچر کی طرف۔</w:t>
      </w:r>
    </w:p>
    <w:p>
      <w:r>
        <w:rPr>
          <w:b/>
        </w:rPr>
        <w:t xml:space="preserve">[31:54] </w:t>
      </w:r>
      <w:r>
        <w:t>aap zara ghor kijiye keh kitna bara khul gaya hai scope India ke liye is Angrezi ki wajah se, jis ko log samajhte thay keh bohat hi</w:t>
      </w:r>
    </w:p>
    <w:p>
      <w:pPr>
        <w:jc w:val="right"/>
      </w:pPr>
      <w:r>
        <w:t>آپ ذرا غور کیجئے کہ کتنا بڑا کھل گیا ہے اسکوپ انڈیا کے لیے اس انگریزی کی وجہ سے، جس کو لوگ سمجھتے تھے کہ بہت ہی</w:t>
      </w:r>
    </w:p>
    <w:p>
      <w:r>
        <w:rPr>
          <w:b/>
        </w:rPr>
        <w:t xml:space="preserve">[32:05] </w:t>
      </w:r>
      <w:r>
        <w:t>evil hai. Koi evil jo hai, woh kya ban gaya? Aaj good ban gaya. Is waqt yani jo cheez us waqt actual, yani us waqt yeh cheez yani potential good thi, aaj woh actual good ban gayi.</w:t>
      </w:r>
    </w:p>
    <w:p>
      <w:pPr>
        <w:jc w:val="right"/>
      </w:pPr>
      <w:r>
        <w:t>ایول ہے۔ کوئی ایول جو ہے، وہ کیا بن گیا؟ آج گڈ بن گیا۔ اس وقت یعنی جو چیز اس وقت ایکچول، یعنی اس وقت یہ چیز یعنی پوٹینشل گڈ تھی، آج وہ ایکچول گڈ بن گئی۔</w:t>
      </w:r>
    </w:p>
    <w:p>
      <w:r>
        <w:rPr>
          <w:b/>
        </w:rPr>
        <w:t xml:space="preserve">[32:24] </w:t>
      </w:r>
      <w:r>
        <w:t>yeh sab log jante hain keh English ki wajah se India ko bohat faida ho raha hai.</w:t>
      </w:r>
    </w:p>
    <w:p>
      <w:pPr>
        <w:jc w:val="right"/>
      </w:pPr>
      <w:r>
        <w:t>یہ سب لوگ جانتے ہیں کہ انگلش کی وجہ سے انڈیا کو بہت فائدہ ہو رہا ہے۔</w:t>
      </w:r>
    </w:p>
    <w:p>
      <w:r>
        <w:rPr>
          <w:b/>
        </w:rPr>
        <w:t xml:space="preserve">[32:32] </w:t>
      </w:r>
      <w:r>
        <w:t>computer industry, yeh Russia ka jo president hai, woh aaya tha Bangalore mein, us ne speech di to us ne kaha keh hamare paas engineering hai, hamare haan par English language nahi hai, hamein English language dijiye.</w:t>
      </w:r>
    </w:p>
    <w:p>
      <w:pPr>
        <w:jc w:val="right"/>
      </w:pPr>
      <w:r>
        <w:t>کمپیوٹر انڈسٹری، یہ رشیا کا جو پریزیڈنٹ ہے، وہ آیا تھا بنگلور میں، اس نے سپیچ دی تو اس نے کہا کہ ہمارے پاس انجینئرنگ ہے، ہمارے ہاں پر انگلش لینگویج نہیں ہے، ہمیں انگلش لینگویج دیجئے۔</w:t>
      </w:r>
    </w:p>
    <w:p>
      <w:r>
        <w:rPr>
          <w:b/>
        </w:rPr>
        <w:t xml:space="preserve">[32:46] </w:t>
      </w:r>
      <w:r>
        <w:t>to Japan, China, Russia, Arab countries har jagah yani India ke English teachers ki mang hai keh woh samajhte hain keh jitna achha parhayega English India ka aadmi, utna American aur Britishs bhi nahi parh sakte,</w:t>
      </w:r>
    </w:p>
    <w:p>
      <w:pPr>
        <w:jc w:val="right"/>
      </w:pPr>
      <w:r>
        <w:t>تو جاپان، چائنہ، رشیا، عرب کنٹریز ہر جگہ یعنی انڈیا کے انگلش ٹیچرز کی مانگ ہے کہ وہ سمجھتے ہیں کہ جتنا اچھا پڑھائے گا انگلش انڈیا کا آدمی، اتنا امریکن اور برٹشز بھی نہیں پڑھ سکتے،</w:t>
      </w:r>
    </w:p>
    <w:p>
      <w:r>
        <w:rPr>
          <w:b/>
        </w:rPr>
        <w:t xml:space="preserve">[33:05] </w:t>
      </w:r>
      <w:r>
        <w:t>kyun keh woh chahte hain keh achhi grammar aaye mere bachon ko. To achhi grammar India wale parha paate hain. Ab kitna bara aap sochiye keh aik aik khul gaya hai hamare liye scope.</w:t>
      </w:r>
    </w:p>
    <w:p>
      <w:pPr>
        <w:jc w:val="right"/>
      </w:pPr>
      <w:r>
        <w:t>کیونکہ وہ چاہتے ہیں کہ اچھی گرامر آئے میرے بچوں کو۔ تو اچھی گرامر انڈیا والے پڑھا پاتے ہیں۔ اب کتنا بڑا آپ سوچیں کہ ایک ایک کھل گیا ہے ہمارے لیے اسکوپ۔</w:t>
      </w:r>
    </w:p>
    <w:p>
      <w:r>
        <w:rPr>
          <w:b/>
        </w:rPr>
        <w:t xml:space="preserve">[33:17] </w:t>
      </w:r>
      <w:r>
        <w:t>ab kitni bari misaal hai yeh keh jo cheez us waqt yani jo maine kaha keh jo dichotomy, sahi dichotomy jo hai, actual good aur potential good ki hai, is example mein aap dekh sakte hain.</w:t>
      </w:r>
    </w:p>
    <w:p>
      <w:pPr>
        <w:jc w:val="right"/>
      </w:pPr>
      <w:r>
        <w:t>اب کتنی بڑی مثال ہے یہ کہ جو چیز اس وقت یعنی جو میں نے کہا کہ جو ڈائیکارڈمی، صحیح ڈائیکارڈمی جو ہے، ایکچول گڈ اور پوٹینشل گڈ کی ہے، اس ایگزیمپل میں آپ دیکھ سکتے ہیں۔</w:t>
      </w:r>
    </w:p>
    <w:p>
      <w:r>
        <w:rPr>
          <w:b/>
        </w:rPr>
        <w:t xml:space="preserve">[33:33] </w:t>
      </w:r>
      <w:r>
        <w:t>pehlay yeh cheez potential good thi, aaj woh cheez actual good ban gayi hai, jabkay log samajhtay thay ke yeh bohat bara evil aa gaya hai India mein, bohat bara evil aa gaya hai, aa gaya hai.</w:t>
      </w:r>
    </w:p>
    <w:p>
      <w:pPr>
        <w:jc w:val="right"/>
      </w:pPr>
      <w:r>
        <w:t>پہلے یہ چیز پوٹینشل گڈ تھی، آج وہ چیز ایکچول گڈ بن گئی ہے، جبکہ لوگ سمجھتے تھے کہ یہ بہت بڑا ایول آ گیا ہے انڈیا میں، بہت بڑا ایول آ گیا ہے، آ گیا ہے۔</w:t>
      </w:r>
    </w:p>
    <w:p>
      <w:r>
        <w:rPr>
          <w:b/>
        </w:rPr>
        <w:t xml:space="preserve">[33:46] </w:t>
      </w:r>
      <w:r>
        <w:t>halankay evil nahi tha, woh woh potential good tha. woh yeh kya hai? yeh laf nature hai, idal husnain. yani yani Quran ne is ko disclip kiya hai, is ko ghalat bataya ke tumhari yeh dichotomy galat hai.</w:t>
      </w:r>
    </w:p>
    <w:p>
      <w:pPr>
        <w:jc w:val="right"/>
      </w:pPr>
      <w:r>
        <w:t>حالانکہ ایول نہیں تھا، وہ وہ پوٹینشل گڈ تھا۔ وہ یہ کیا ہے؟ یہ لاف نیچر ہے، ایدل حسنین۔ یعنی یعنی قرآن نے اس کو ڈسپل کیا ہے، اس کو غلط بتایا کہ تمہاری یہ ڈائیکارڈمی غلط ہے۔</w:t>
      </w:r>
    </w:p>
    <w:p>
      <w:r>
        <w:rPr>
          <w:b/>
        </w:rPr>
        <w:t xml:space="preserve">[34:02] </w:t>
      </w:r>
      <w:r>
        <w:t>jo creator hai is dunya ka, us ne is is is dichotomy ko radd kar diya, kyunke dunya mein good aur bad ki dichotomy nahi hai,</w:t>
      </w:r>
    </w:p>
    <w:p>
      <w:pPr>
        <w:jc w:val="right"/>
      </w:pPr>
      <w:r>
        <w:t>جو کریٹر ہے اس دنیا کا، اس نے اس اس اس ڈائیکارڈمی کو رد کر دیا، کیونکہ دنیا میں گڈ اور بیڈ کی ڈائیکارڈمی نہیں ہے،</w:t>
      </w:r>
    </w:p>
    <w:p>
      <w:r>
        <w:rPr>
          <w:b/>
        </w:rPr>
        <w:t xml:space="preserve">[34:15] </w:t>
      </w:r>
      <w:r>
        <w:t>actual good aur potential good ki dichotomy hai. main samajhta hoon ke Quran ne sirf yeh hi ek baat batayi hoti, tab bhi kafi thi ke aap Quran ko Khuda, God, word of God samjhein.</w:t>
      </w:r>
    </w:p>
    <w:p>
      <w:pPr>
        <w:jc w:val="right"/>
      </w:pPr>
      <w:r>
        <w:t>ایکچول گڈ اور پوٹینشل گڈ کی ڈائیکارڈمی ہے۔ میں سمجھتا ہوں کہ قرآن نے صرف یہی ایک بات بتائی ہوتی، تب بھی کافی تھی کہ آپ قرآن کو خدا، گاڈ، ورڈ آف گاڈ سمجھیں۔</w:t>
      </w:r>
    </w:p>
    <w:p>
      <w:r>
        <w:rPr>
          <w:b/>
        </w:rPr>
        <w:t xml:space="preserve">[34:28] </w:t>
      </w:r>
      <w:r>
        <w:t>halankay is ke siwa aur bohat hi is mein bohat sari baatein hain.</w:t>
      </w:r>
    </w:p>
    <w:p>
      <w:pPr>
        <w:jc w:val="right"/>
      </w:pPr>
      <w:r>
        <w:t>حالانکہ اس کے سوا اور بہت ہی اس میں بہت ساری باتیں ہیں۔</w:t>
      </w:r>
    </w:p>
    <w:p>
      <w:r>
        <w:rPr>
          <w:b/>
        </w:rPr>
        <w:t xml:space="preserve">[34:32] </w:t>
      </w:r>
      <w:r>
        <w:t>yeh hi baat jo dunya ka koi philosophy nahi aa saka, koi thinker nahi aa saka, kisi thinker ko aap nahi bata sakte poori history mein jis ne is baat ko jaana ho ke yeh dichotomy galat hai, good aur bad ki dichotomy galat hai.</w:t>
      </w:r>
    </w:p>
    <w:p>
      <w:pPr>
        <w:jc w:val="right"/>
      </w:pPr>
      <w:r>
        <w:t>یہی بات جو دنیا کا کوئی فلسفہ نہیں آ سکا، کوئی تھنکر نہیں آ سکا، کسی تھنکر کو آپ نہیں بتا سکتے پوری ہسٹری میں جس نے اس بات کو جانا ہو کہ یہ ڈائیکارڈمی غلط ہے، گڈ اور بیڈ کی ڈائیکارڈمی غلط ہے۔</w:t>
      </w:r>
    </w:p>
    <w:p>
      <w:r>
        <w:rPr>
          <w:b/>
        </w:rPr>
        <w:t xml:space="preserve">[34:49] </w:t>
      </w:r>
      <w:r>
        <w:t>saaray thinker isi dichotomy jeetay thay,</w:t>
      </w:r>
    </w:p>
    <w:p>
      <w:pPr>
        <w:jc w:val="right"/>
      </w:pPr>
      <w:r>
        <w:t>سارے تھنکر اسی ڈائیکارڈمی جیتے تھے،</w:t>
      </w:r>
    </w:p>
    <w:p>
      <w:r>
        <w:rPr>
          <w:b/>
        </w:rPr>
        <w:t xml:space="preserve">[34:52] </w:t>
      </w:r>
      <w:r>
        <w:t>ghalat dichotomy mein. Quran ne yeh yeh bataya ke yeh dichotomy tumhari galat hai, yeh sahi dichotomy yeh hai ke tum din jis do situation ke beech mein tum jee rahay ho, woh hai ya to actual good ya potential good.</w:t>
      </w:r>
    </w:p>
    <w:p>
      <w:pPr>
        <w:jc w:val="right"/>
      </w:pPr>
      <w:r>
        <w:t>غلط ڈائیکارڈمی میں۔ قرآن نے یہ یہ بتایا کہ یہ ڈائیکارڈمی تمہاری غلط ہے، یہ صحیح ڈائیکارڈمی یہ ہے کہ تم دن جس دو سچوئیشن کے بیچ میں تم جی رہے ہو، وہ ہے یا تو ایکچول گڈ یا پوٹینشل گڈ۔</w:t>
      </w:r>
    </w:p>
    <w:p>
      <w:r>
        <w:rPr>
          <w:b/>
        </w:rPr>
        <w:t xml:space="preserve">[35:10] </w:t>
      </w:r>
      <w:r>
        <w:t>yeh dekhein, sirf creator jaan sakta tha is is raaz ko, sirf creator.</w:t>
      </w:r>
    </w:p>
    <w:p>
      <w:pPr>
        <w:jc w:val="right"/>
      </w:pPr>
      <w:r>
        <w:t>یہ دیکھیں، صرف کریٹر جان سکتا تھا اس اس راز کو، صرف کریٹر۔</w:t>
      </w:r>
    </w:p>
    <w:p>
      <w:r>
        <w:rPr>
          <w:b/>
        </w:rPr>
        <w:t xml:space="preserve">[35:17] </w:t>
      </w:r>
      <w:r>
        <w:t>bas hamaray India mein dekhein, aap mere jaan'nay mein ek bhi Indian leader nahi tha us waqt jo yeh jaanta ho ke English language hamaray liye potential good hai, ek bhi nahi.</w:t>
      </w:r>
    </w:p>
    <w:p>
      <w:pPr>
        <w:jc w:val="right"/>
      </w:pPr>
      <w:r>
        <w:t>بس ہمارے انڈیا میں دیکھیں، آپ میرے جاننے میں ایک بھی انڈین لیڈر نہیں تھا اس وقت جو یہ جانتا ہو کہ انگلش لینگویج ہمارے لیے پوٹینشل گڈ ہے، ایک بھی نہیں۔</w:t>
      </w:r>
    </w:p>
    <w:p>
      <w:r>
        <w:rPr>
          <w:b/>
        </w:rPr>
        <w:t xml:space="preserve">[35:33] </w:t>
      </w:r>
      <w:r>
        <w:t>to is ma'nay ke bohat bara ek ek ek aisa mind chahiye jo insaan se ziyada soch sakta ho, insaan se oopar ja kar soch sakta ho, jis ke liye jis ke liye past, present, future sab ek ho.</w:t>
      </w:r>
    </w:p>
    <w:p>
      <w:pPr>
        <w:jc w:val="right"/>
      </w:pPr>
      <w:r>
        <w:t>تو اس معنی کہ بہت بڑا ایک ایک ایک ایسا مائنڈ چاہیے جو انسان سے زیادہ سوچ سکتا ہو، انسان سے اوپر جا کر سوچ سکتا ہو، جس کے لیے جس کے لیے پاسٹ، پریزنٹ، فیوچر سب ایک ہو۔</w:t>
      </w:r>
    </w:p>
    <w:p>
      <w:r>
        <w:rPr>
          <w:b/>
        </w:rPr>
        <w:t xml:space="preserve">[35:51] </w:t>
      </w:r>
      <w:r>
        <w:t>to main samajhta hoon ke yeh hi ek baat kafi hai yeh maannay ke liye ke Quran word of God hai.</w:t>
      </w:r>
    </w:p>
    <w:p>
      <w:pPr>
        <w:jc w:val="right"/>
      </w:pPr>
      <w:r>
        <w:t>تو میں سمجھتا ہوں کہ یہی ایک بات کافی ہے یہ ماننے کے لیے کہ قرآن ورڈ آف گاڈ ہے۔</w:t>
      </w:r>
    </w:p>
    <w:p>
      <w:r>
        <w:rPr>
          <w:b/>
        </w:rPr>
        <w:t xml:space="preserve">[36:05] </w:t>
      </w:r>
      <w:r>
        <w:t>India ko aaj international jo status mil gaya hai, is ka ek hi woh hai, woh English language.</w:t>
      </w:r>
    </w:p>
    <w:p>
      <w:pPr>
        <w:jc w:val="right"/>
      </w:pPr>
      <w:r>
        <w:t>انڈیا کو آج انٹرنیشنل جو سٹیٹس مل گیا ہے، اس کا ایک ہی وہ ہے، وہ انگلش لینگویج۔</w:t>
      </w:r>
    </w:p>
    <w:p>
      <w:r>
        <w:rPr>
          <w:b/>
        </w:rPr>
        <w:t xml:space="preserve">[36:15] </w:t>
      </w:r>
      <w:r>
        <w:t>yeh kitni bari eye opener hai yeh cheez.</w:t>
      </w:r>
    </w:p>
    <w:p>
      <w:pPr>
        <w:jc w:val="right"/>
      </w:pPr>
      <w:r>
        <w:t>یہ کتنی بڑی آئی اوپنر ہے یہ چیز۔</w:t>
      </w:r>
    </w:p>
    <w:p>
      <w:r>
        <w:rPr>
          <w:b/>
        </w:rPr>
        <w:t xml:space="preserve">[36:21] </w:t>
      </w:r>
      <w:r>
        <w:t>to Khuda ne ajeeb is dunya ko is tarah banaya hai ke har har disadvantage mein ek advantage hai, har minus point pe ek plus point hai, har nahi mein ek hai.</w:t>
      </w:r>
    </w:p>
    <w:p>
      <w:pPr>
        <w:jc w:val="right"/>
      </w:pPr>
      <w:r>
        <w:t>تو خدا نے عجیب اس دنیا کو اس طرح بنایا ہے کہ ہر ہر ڈس ایڈوانٹیج میں ایک ایڈوانٹیج ہے، ہر مائنس پوائنٹ پہ ایک پلس پوائنٹ ہے، ہر نہیں میں ایک ہے۔</w:t>
      </w:r>
    </w:p>
    <w:p>
      <w:r>
        <w:rPr>
          <w:b/>
        </w:rPr>
        <w:t xml:space="preserve">[36:34] </w:t>
      </w:r>
      <w:r>
        <w:t>ek bohat hi ek ek ek interesting story main arz karoon aap ko ke Bernard Shaw jo tha, woh is ko smoking ke khilaaf tha, yani cigarette smoking jo thi, us ke bohat ziyada khilaaf tha.</w:t>
      </w:r>
    </w:p>
    <w:p>
      <w:pPr>
        <w:jc w:val="right"/>
      </w:pPr>
      <w:r>
        <w:t>ایک بہت ہی ایک ایک ایک انٹرسٹنگ سٹوری میں عرض کروں آپ کو کہ برناٹسا جو تھا، وہ اس کو اسموکنگ کے خلاف تھا، یعنی سگریٹ اسموکنگ جو تھی، اس کے بہت زیادہ خلاف تھا۔</w:t>
      </w:r>
    </w:p>
    <w:p>
      <w:r>
        <w:rPr>
          <w:b/>
        </w:rPr>
        <w:t xml:space="preserve">[36:48] </w:t>
      </w:r>
      <w:r>
        <w:t>woh woh campaign chala raha tha is ke khilaaf.</w:t>
      </w:r>
    </w:p>
    <w:p>
      <w:pPr>
        <w:jc w:val="right"/>
      </w:pPr>
      <w:r>
        <w:t>وہ وہ کیمپین چلا رہا تھا اس کے خلاف۔</w:t>
      </w:r>
    </w:p>
    <w:p>
      <w:r>
        <w:rPr>
          <w:b/>
        </w:rPr>
        <w:t xml:space="preserve">[36:53] </w:t>
      </w:r>
      <w:r>
        <w:t>to us zamanay mein ek cigarette hua karta tha England mein, is ka naam tha Abdullah. mujhe nahi maloom ke aaj kal woh chalta hai ke nahi chalta hai.</w:t>
      </w:r>
    </w:p>
    <w:p>
      <w:pPr>
        <w:jc w:val="right"/>
      </w:pPr>
      <w:r>
        <w:t>تو اس زمانے میں ایک سگریٹ ہوا کرتا تھا انگلینڈ میں، اس کا نام تھا عبداللہ۔ مجھے نہیں معلوم کہ آج کل وہ چلتا ہے کہ نہیں چلتا ہے۔</w:t>
      </w:r>
    </w:p>
    <w:p>
      <w:r>
        <w:rPr>
          <w:b/>
        </w:rPr>
        <w:t xml:space="preserve">[37:02] </w:t>
      </w:r>
      <w:r>
        <w:t>ek zamanay mein bara is ka number one cigarette maana jata tha Abdullah. to Abdullah ki company walay gaye Bernard Shaw ke paas ke hamaray cigarette ke liye aap kuch ek sentence likh dijiye.</w:t>
      </w:r>
    </w:p>
    <w:p>
      <w:pPr>
        <w:jc w:val="right"/>
      </w:pPr>
      <w:r>
        <w:t>ایک زمانے میں بڑا اس کا نمبر ون سگریٹ مانا جاتا تھا عبداللہ۔ تو عبداللہ کی کمپنی والے گئے برناٹسا کے پاس کہ ہمارے سگریٹ کے لیے آپ کچھ ایک سینٹنس لکھ دیجئے۔</w:t>
      </w:r>
    </w:p>
    <w:p>
      <w:r>
        <w:rPr>
          <w:b/>
        </w:rPr>
        <w:t xml:space="preserve">[37:19] </w:t>
      </w:r>
      <w:r>
        <w:t>to bohat ghussa hua ke main to cigarette ke yani koi ghalat samajhta hoon, main to is ke against mein hoon, main kaise likh doon? to logon ne kaha aap jo aap ka rai hai, wohi likh dijiye, aap wohi likh dijiye.</w:t>
      </w:r>
    </w:p>
    <w:p>
      <w:pPr>
        <w:jc w:val="right"/>
      </w:pPr>
      <w:r>
        <w:t>تو بہت غصہ ہوا کہ میں تو سگریٹ کے یعنی کوئی غلط سمجھتا ہوں، میں تو اس کے اگینسٹ میں ہوں، میں کیسے لکھ دوں؟ تو لوگوں نے کہا آپ جو آپ کا رائے ہے، وہی لکھ دیجئے، آپ وہی لکھ دیجئے۔</w:t>
      </w:r>
    </w:p>
    <w:p>
      <w:r>
        <w:rPr>
          <w:b/>
        </w:rPr>
        <w:t xml:space="preserve">[37:32] </w:t>
      </w:r>
      <w:r>
        <w:t>aap to us ne kaha acha main likh deta hoon. us ne likha ke "Don't smoke, don't smoke even Abdullah".</w:t>
      </w:r>
    </w:p>
    <w:p>
      <w:pPr>
        <w:jc w:val="right"/>
      </w:pPr>
      <w:r>
        <w:t>آپ تو اس نے کہا اچھا میں لکھ دیتا ہوں۔ اس نے لکھا کہ "ڈونٹ اسموک، ڈونٹ اسموک ایون عبداللہ"۔</w:t>
      </w:r>
    </w:p>
    <w:p>
      <w:r>
        <w:rPr>
          <w:b/>
        </w:rPr>
        <w:t xml:space="preserve">[37:46] </w:t>
      </w:r>
      <w:r>
        <w:t>Bernard Shaw ne likh diya ke "Don't smoke even Abdullah". ab jo aap is ki dhoom mach gayi is ki ke Abdullah koi bohat bari cheez us waqt tak ke Abdullah ke itni ziyada popular nahi hua tha, woh Abdullah cigarette.</w:t>
      </w:r>
    </w:p>
    <w:p>
      <w:pPr>
        <w:jc w:val="right"/>
      </w:pPr>
      <w:r>
        <w:t>برناٹسا نے لکھ دیا کہ "ڈونٹ اسموک ایون عبداللہ"۔ اب جو آپ اس کی دھوم مچ گئی اس کی کہ عبداللہ کوئی بہت بڑی چیز اس وقت تک کہ عبداللہ کہ اتنی زیادہ پاپولر نہیں ہوا تھا، وہ عبداللہ سگریٹ۔</w:t>
      </w:r>
    </w:p>
    <w:p>
      <w:r>
        <w:rPr>
          <w:b/>
        </w:rPr>
        <w:t xml:space="preserve">[38:00] </w:t>
      </w:r>
      <w:r>
        <w:t>lekin jab yeh chapa to logon ne ke Abdullah koi bohat bari cheez hai, koi bohat bara cigarette hai, koi bohat bari quality is ke andar hai. log toot paray is ki taraf.</w:t>
      </w:r>
    </w:p>
    <w:p>
      <w:pPr>
        <w:jc w:val="right"/>
      </w:pPr>
      <w:r>
        <w:t>لیکن جب یہ چھپا تو لوگوں نے کہ عبداللہ کوئی بہت بڑی چیز ہے، کوئی بہت بڑا سگریٹ ہے، کوئی بہت بڑی کوالٹی اس کے اندر ہے۔ لوگ ٹوٹ پڑے اس کی طرف۔</w:t>
      </w:r>
    </w:p>
    <w:p>
      <w:r>
        <w:rPr>
          <w:b/>
        </w:rPr>
        <w:t xml:space="preserve">[38:09] </w:t>
      </w:r>
      <w:r>
        <w:t>log</w:t>
      </w:r>
    </w:p>
    <w:p>
      <w:pPr>
        <w:jc w:val="right"/>
      </w:pPr>
      <w:r>
        <w:t>لوگ</w:t>
      </w:r>
    </w:p>
    <w:p>
      <w:r>
        <w:rPr>
          <w:b/>
        </w:rPr>
        <w:t xml:space="preserve">[38:11] </w:t>
      </w:r>
      <w:r>
        <w:t>to "Don't smoke even Abdullah" jo hai, bazahir ek ek ek minus aspect is mein tha, lekin woh plus aspect ban gaya company walon ke liye.</w:t>
      </w:r>
    </w:p>
    <w:p>
      <w:pPr>
        <w:jc w:val="right"/>
      </w:pPr>
      <w:r>
        <w:t>تو "ڈونٹ اسموک ایون عبداللہ" جو ہے، بظاہر ایک ایک ایک مائنس ایسپیکٹ اس میں تھا، لیکن وہ پلس ایسپیکٹ بن گیا کمپنی والوں کے لیے۔</w:t>
      </w:r>
    </w:p>
    <w:p>
      <w:r>
        <w:rPr>
          <w:b/>
        </w:rPr>
        <w:t xml:space="preserve">[38:20] </w:t>
      </w:r>
      <w:r>
        <w:t>ab dhoop mach gayi in ki. yeh duniya hai, yeh yeh laaf nature hai, yeh ke har minus mein plus point hai, har disadvantage mein ek advantage hai.</w:t>
      </w:r>
    </w:p>
    <w:p>
      <w:pPr>
        <w:jc w:val="right"/>
      </w:pPr>
      <w:r>
        <w:t>اب دھوپ مچ گئی ان کی۔ یہ دنیا ہے، یہ یہ لاف نیچر ہے، یہ کہ ہر مائنس میں پلس پوائنٹ ہے، ہر ڈس ایڈوانٹیج میں ایک ایڈوانٹیج ہے۔</w:t>
      </w:r>
    </w:p>
    <w:p>
      <w:r>
        <w:rPr>
          <w:b/>
        </w:rPr>
        <w:t xml:space="preserve">[38:32] </w:t>
      </w:r>
      <w:r>
        <w:t>in maal isra yeh sab yeh mein quran se yeh baat maine paayi hai.</w:t>
      </w:r>
    </w:p>
    <w:p>
      <w:pPr>
        <w:jc w:val="right"/>
      </w:pPr>
      <w:r>
        <w:t>ان مال اسرا یہ سب یہ میں قرآن سے یہ بات میں نے پائی ہے۔</w:t>
      </w:r>
    </w:p>
    <w:p>
      <w:r>
        <w:rPr>
          <w:b/>
        </w:rPr>
        <w:t xml:space="preserve">[38:39] </w:t>
      </w:r>
      <w:r>
        <w:t>ab yeh harkat kaun jaanta tha? mujhe bataiye quran se pehle ke har disward, har disadvantage mein ek advantage hai, har minus point mein ek plus point hai.</w:t>
      </w:r>
    </w:p>
    <w:p>
      <w:pPr>
        <w:jc w:val="right"/>
      </w:pPr>
      <w:r>
        <w:t>اب یہ حرکت کون جانتا تھا؟ مجھے بتائیے قرآن سے پہلے کہ ہر ڈسوارڈ، ہر ڈس ایڈوانٹیج میں ایک ایڈوانٹیج ہے، ہر مائنس پوائنٹ میں ایک پلس پوائنٹ ہے۔</w:t>
      </w:r>
    </w:p>
    <w:p>
      <w:r>
        <w:rPr>
          <w:b/>
        </w:rPr>
        <w:t xml:space="preserve">[38:49] </w:t>
      </w:r>
      <w:r>
        <w:t>itni badi baat jo hai, woh chhipi hui thi poori history mein jisko quran ne disclose kiya.</w:t>
      </w:r>
    </w:p>
    <w:p>
      <w:pPr>
        <w:jc w:val="right"/>
      </w:pPr>
      <w:r>
        <w:t>اتنی بڑی بات جو ہے، وہ چھپی ہوئی تھی پوری ہسٹری میں جس کو قرآن نے ڈسکلوز کیا۔</w:t>
      </w:r>
    </w:p>
    <w:p>
      <w:r>
        <w:rPr>
          <w:b/>
        </w:rPr>
        <w:t xml:space="preserve">[38:59] </w:t>
      </w:r>
      <w:r>
        <w:t>main samajhta hoon ke yeh yeh yahi yahi ek yahi ek misaal kaafi hai maanne ke liye.</w:t>
      </w:r>
    </w:p>
    <w:p>
      <w:pPr>
        <w:jc w:val="right"/>
      </w:pPr>
      <w:r>
        <w:t>میں سمجھتا ہوں کہ یہ یہ یہی یہی ایک یہی ایک مثال کافی ہے ماننے کے لیے۔</w:t>
      </w:r>
    </w:p>
    <w:p>
      <w:r>
        <w:rPr>
          <w:b/>
        </w:rPr>
        <w:t xml:space="preserve">[39:07] </w:t>
      </w:r>
      <w:r>
        <w:t>quran book of god hai.</w:t>
      </w:r>
    </w:p>
    <w:p>
      <w:pPr>
        <w:jc w:val="right"/>
      </w:pPr>
      <w:r>
        <w:t>قرآن بک آف گاڈ ہے۔</w:t>
      </w:r>
    </w:p>
    <w:p>
      <w:r>
        <w:rPr>
          <w:b/>
        </w:rPr>
        <w:t xml:space="preserve">[39:12] </w:t>
      </w:r>
      <w:r>
        <w:t>ab main apni personal life ke kuch misaal dena chahta hoon ke kis tarah se disadvantage mein advantage hota hai.</w:t>
      </w:r>
    </w:p>
    <w:p>
      <w:pPr>
        <w:jc w:val="right"/>
      </w:pPr>
      <w:r>
        <w:t>اب میں اپنی پرسنل لائف کے کچھ مثال دینا چاہتا ہوں کہ کس طرح سے ڈس ایڈوانٹیج میں ایڈوانٹیج ہوتا ہے۔</w:t>
      </w:r>
    </w:p>
    <w:p>
      <w:r>
        <w:rPr>
          <w:b/>
        </w:rPr>
        <w:t xml:space="preserve">[39:24] </w:t>
      </w:r>
      <w:r>
        <w:t>dekhein, main paida hua toh meri paidaish ke sirf paanch saal baad, abhi bhi umar sirf paanch saal thi, toh mere mere baap mar gaye.</w:t>
      </w:r>
    </w:p>
    <w:p>
      <w:pPr>
        <w:jc w:val="right"/>
      </w:pPr>
      <w:r>
        <w:t>دیکھیں، میں پیدا ہوا تو میری پیدائش کے صرف پانچ سال بعد، ابھی بھی عمر صرف پانچ سال تھی، تو میرے میرے باپ مر گئے۔</w:t>
      </w:r>
    </w:p>
    <w:p>
      <w:r>
        <w:rPr>
          <w:b/>
        </w:rPr>
        <w:t xml:space="preserve">[39:35] </w:t>
      </w:r>
      <w:r>
        <w:t>mere father ki death hui hai december 1929 mein.</w:t>
      </w:r>
    </w:p>
    <w:p>
      <w:pPr>
        <w:jc w:val="right"/>
      </w:pPr>
      <w:r>
        <w:t>میرے فادر کی ڈیتھ ہوئی ہے دسمبر 1929 میں۔</w:t>
      </w:r>
    </w:p>
    <w:p>
      <w:r>
        <w:rPr>
          <w:b/>
        </w:rPr>
        <w:t xml:space="preserve">[39:45] </w:t>
      </w:r>
      <w:r>
        <w:t>toh zahir hai ke har aadmi samajhta tha ke yeh bachche yateem ho gaye, sab yahi boli bolte the, itne chhote chhote bachche hain, yateem ho gaye.</w:t>
      </w:r>
    </w:p>
    <w:p>
      <w:pPr>
        <w:jc w:val="right"/>
      </w:pPr>
      <w:r>
        <w:t>تو ظاہر ہے کہ ہر آدمی سمجھتا تھا کہ یہ بچے یتیم ہو گئے، سب یہی بولی بولتے تھے، اتنے چھوٹے چھوٹے بچے ہیں، یتیم ہو گئے۔</w:t>
      </w:r>
    </w:p>
    <w:p>
      <w:r>
        <w:rPr>
          <w:b/>
        </w:rPr>
        <w:t xml:space="preserve">[39:56] </w:t>
      </w:r>
      <w:r>
        <w:t>har ek ki boli yahi thi. lekin ab main sochta hoon ke yateemi mere liye kitna bada advantage thi.</w:t>
      </w:r>
    </w:p>
    <w:p>
      <w:pPr>
        <w:jc w:val="right"/>
      </w:pPr>
      <w:r>
        <w:t>ہر ایک کی بولی یہی تھی۔ لیکن اب میں سوچتا ہوں کہ یتیمی میرے لیے کتنا بڑا ایڈوانٹیج تھی۔</w:t>
      </w:r>
    </w:p>
    <w:p>
      <w:r>
        <w:rPr>
          <w:b/>
        </w:rPr>
        <w:t xml:space="preserve">[40:07] </w:t>
      </w:r>
      <w:r>
        <w:t>jab mere baap zinda the toh main bahut emotional tha, lekin baap jab mar gaye toh main realist ban gaya.</w:t>
      </w:r>
    </w:p>
    <w:p>
      <w:pPr>
        <w:jc w:val="right"/>
      </w:pPr>
      <w:r>
        <w:t>جب میرے باپ زندہ تھے تو میں بہت ایموشنل تھا، لیکن باپ جب مر گئے تو میں ریلسٹ بن گیا۔</w:t>
      </w:r>
    </w:p>
    <w:p>
      <w:r>
        <w:rPr>
          <w:b/>
        </w:rPr>
        <w:t xml:space="preserve">[40:16] </w:t>
      </w:r>
      <w:r>
        <w:t>main samajhta hoon ke main duniya ka shayad sab se bada realist hoon.</w:t>
      </w:r>
    </w:p>
    <w:p>
      <w:pPr>
        <w:jc w:val="right"/>
      </w:pPr>
      <w:r>
        <w:t>میں سمجھتا ہوں کہ میں دنیا کا شاید سب سے بڑا ریلسٹ ہوں۔</w:t>
      </w:r>
    </w:p>
    <w:p>
      <w:r>
        <w:rPr>
          <w:b/>
        </w:rPr>
        <w:t xml:space="preserve">[40:23] </w:t>
      </w:r>
      <w:r>
        <w:t>shayad yeh exaggeration nahi hoga ke main duniya ka sab se bada realist hoon. aur main kaise bana? yateem hone ki bana par bana. jab mere baap zinda the toh bahut bolta tha, main bahut emotional type ki baatein karta tha, main jazbati andaaz mein tha mera.</w:t>
      </w:r>
    </w:p>
    <w:p>
      <w:pPr>
        <w:jc w:val="right"/>
      </w:pPr>
      <w:r>
        <w:t>شاید یہ ایگزیجریشن نہیں ہوگا کہ میں دنیا کا سب سے بڑا ریلسٹ ہوں۔ اور میں کیسے بنا؟ یتیم ہونے کی بنا پر بنا۔ جب میرے باپ زندہ تھے تو بہت بولتا تھا، میں بہت ایموشنل ٹائپ کی باتیں کرتا تھا، میں جذباتی انداز میں تھا میرا۔</w:t>
      </w:r>
    </w:p>
    <w:p>
      <w:r>
        <w:rPr>
          <w:b/>
        </w:rPr>
        <w:t xml:space="preserve">[40:39] </w:t>
      </w:r>
      <w:r>
        <w:t>ke jab baap mar gaye aur bahut zyada attachment tha mujh ko baap se, bahut zyada.</w:t>
      </w:r>
    </w:p>
    <w:p>
      <w:pPr>
        <w:jc w:val="right"/>
      </w:pPr>
      <w:r>
        <w:t>کہ جب باپ مر گئے اور بہت زیادہ اٹیچمنٹ تھا مجھ کو باپ سے، بہت زیادہ۔</w:t>
      </w:r>
    </w:p>
    <w:p>
      <w:r>
        <w:rPr>
          <w:b/>
        </w:rPr>
        <w:t xml:space="preserve">[40:45] </w:t>
      </w:r>
      <w:r>
        <w:t>toh baap mar gaye toh achaanak ek ek naya mujhe experience hua, ek naya experience jaise ke mere na koi mere aage hai, na koi peeche hai, na koi daayein hai, na koi baayein hai.</w:t>
      </w:r>
    </w:p>
    <w:p>
      <w:pPr>
        <w:jc w:val="right"/>
      </w:pPr>
      <w:r>
        <w:t>تو باپ مر گئے تو اچانک ایک ایک نیا مجھے ایکسپیرینس ہوا، ایک نیا ایکسپیرینس جیسے کہ میرے نہ کوئی میرے آگے ہے، نہ کوئی پیچھے ہے، نہ کوئی دائیں ہے، نہ کوئی بائیں ہے۔</w:t>
      </w:r>
    </w:p>
    <w:p>
      <w:r>
        <w:rPr>
          <w:b/>
        </w:rPr>
        <w:t xml:space="preserve">[40:57] </w:t>
      </w:r>
      <w:r>
        <w:t>is cheez ne mujhe realist bana diya. realistic approach jo mere andar hai, is ka direct jo result hai, woh yateemi ka ke main orphan ho gaya.</w:t>
      </w:r>
    </w:p>
    <w:p>
      <w:pPr>
        <w:jc w:val="right"/>
      </w:pPr>
      <w:r>
        <w:t>اس چیز نے مجھے ریلسٹ بنا دیا۔ ریلسٹک اپروچ جو میرے اندر ہے، اس کا ڈائریکٹ جو رزلٹ ہے، وہ یتیمی کا کہ میں ارفن ہو گیا۔</w:t>
      </w:r>
    </w:p>
    <w:p>
      <w:r>
        <w:rPr>
          <w:b/>
        </w:rPr>
        <w:t xml:space="preserve">[41:10] </w:t>
      </w:r>
      <w:r>
        <w:t>ab sochiye ke orphan hona obviously ek ek aadmi ki zindagi mein ek ek ek woh hai disadvantage ki baat hai ke isi qadar kitna bada advantage chhipa hua hai.</w:t>
      </w:r>
    </w:p>
    <w:p>
      <w:pPr>
        <w:jc w:val="right"/>
      </w:pPr>
      <w:r>
        <w:t>اب سوچیے کہ ارفن ہونا ابویسلی ایک ایک آدمی کی زندگی میں ایک ایک ایک وہ ہے ڈس ایڈوانٹیج کی بات ہے کہ اسی قدر کتنا بڑا ایڈوانٹیج چھپا ہوا ہے۔</w:t>
      </w:r>
    </w:p>
    <w:p>
      <w:r>
        <w:rPr>
          <w:b/>
        </w:rPr>
        <w:t xml:space="preserve">[41:26] </w:t>
      </w:r>
      <w:r>
        <w:t>main samajhta hoon ke realistic approach sab se bada power hai jo kisi ke andar hota hai, sab se badi cheez hai jo jis ko hum kehte hain realistic approach.</w:t>
      </w:r>
    </w:p>
    <w:p>
      <w:pPr>
        <w:jc w:val="right"/>
      </w:pPr>
      <w:r>
        <w:t>میں سمجھتا ہوں کہ ریلسٹک اپروچ سب سے بڑا پاور ہے جو کسی کے اندر ہوتا ہے، سب سے بڑی چیز ہے جو جس کو ہم کہتے ہیں ریلسٹک اپروچ۔</w:t>
      </w:r>
    </w:p>
    <w:p>
      <w:r>
        <w:rPr>
          <w:b/>
        </w:rPr>
        <w:t xml:space="preserve">[41:37] </w:t>
      </w:r>
      <w:r>
        <w:t>jo aaj kal ki duniya mein yaani seldom kisi aadmi ko aap paayenge jo sahi maano mein realistic approach jis ke andar ho, sab ka hai emotional andaaz mein sochte hain.</w:t>
      </w:r>
    </w:p>
    <w:p>
      <w:pPr>
        <w:jc w:val="right"/>
      </w:pPr>
      <w:r>
        <w:t>جو آج کل کی دنیا میں یعنی سیلڈم کسی آدمی کو آپ پائیں گے جو صحیح معنوں میں ریلسٹک اپروچ جس کے اندر ہو، سب کا ہے ایموشنل انداز میں سوچتے ہیں۔</w:t>
      </w:r>
    </w:p>
    <w:p>
      <w:r>
        <w:rPr>
          <w:b/>
        </w:rPr>
        <w:t xml:space="preserve">[41:50] </w:t>
      </w:r>
      <w:r>
        <w:t>thodi der realistic baat karenge, phir emotional ban jayenge.</w:t>
      </w:r>
    </w:p>
    <w:p>
      <w:pPr>
        <w:jc w:val="right"/>
      </w:pPr>
      <w:r>
        <w:t>تھوڑی دیر ریلسٹک بات کریں گے، پھر ایموشنل بن جائیں گے۔</w:t>
      </w:r>
    </w:p>
    <w:p>
      <w:r>
        <w:rPr>
          <w:b/>
        </w:rPr>
        <w:t xml:space="preserve">[41:56] </w:t>
      </w:r>
      <w:r>
        <w:t>toh realistic approach incomplete sense of the word yeh hona bahut hi rare hai, bahut hi rare hai. toh mujh ko jo yeh cheez mili, woh mili orphanhood se.</w:t>
      </w:r>
    </w:p>
    <w:p>
      <w:pPr>
        <w:jc w:val="right"/>
      </w:pPr>
      <w:r>
        <w:t>تو ریلسٹک اپروچ ان کمپلیٹ سینس آف دا ورڈ یہ ہونا بہت ہی ریئر ہے، بہت ہی ریئر ہے۔ تو مجھ کو جو یہ چیز ملی، وہ ملی ارفنش سے۔</w:t>
      </w:r>
    </w:p>
    <w:p>
      <w:r>
        <w:rPr>
          <w:b/>
        </w:rPr>
        <w:t xml:space="preserve">[42:12] </w:t>
      </w:r>
      <w:r>
        <w:t>orphan hona mera yeh zariya ban gaya ke main mera approach realistic ho.</w:t>
      </w:r>
    </w:p>
    <w:p>
      <w:pPr>
        <w:jc w:val="right"/>
      </w:pPr>
      <w:r>
        <w:t>ارفن ہونا میرا یہ ذریعہ بن گیا کہ میں میرا اپروچ ریلسٹک ہو۔</w:t>
      </w:r>
    </w:p>
    <w:p>
      <w:r>
        <w:rPr>
          <w:b/>
        </w:rPr>
        <w:t xml:space="preserve">[42:21] </w:t>
      </w:r>
      <w:r>
        <w:t>realistic approach ek direct tor par result hai is baat ka ke main yateem ban gaya. aise hi main meri zindagi ke mein bahut se aise waqey mein arz karoon aap ki khidmat mein, in mein se do azaadi se pehle yaani 47 se pehle ek baar main dilli aaya tha jab mujhe koi jaanta nahi tha naujawaani ki umar mein.</w:t>
      </w:r>
    </w:p>
    <w:p>
      <w:pPr>
        <w:jc w:val="right"/>
      </w:pPr>
      <w:r>
        <w:t>ریلسٹک اپروچ ایک ڈائریکٹ طور پر رزلٹ ہے اس بات کا کہ میں یتیم بن گیا۔ ایسے ہی میں میری زندگی کے میں بہت سے ایسے واقعے میں عرض کروں آپ کی خدمت میں، ان میں سے دو آزادی سے پہلے یعنی 47 سے پہلے ایک بار میں دہلی آیا تھا جب مجھے کوئی جانتا نہیں تھا نوجوانی کی عمر میں۔</w:t>
      </w:r>
    </w:p>
    <w:p>
      <w:r>
        <w:rPr>
          <w:b/>
        </w:rPr>
        <w:t xml:space="preserve">[42:48] </w:t>
      </w:r>
      <w:r>
        <w:t>toh aaya tha main yahan jamia millia jo hai, yahan par is mein admission lene ke liye.</w:t>
      </w:r>
    </w:p>
    <w:p>
      <w:pPr>
        <w:jc w:val="right"/>
      </w:pPr>
      <w:r>
        <w:t>تو آیا تھا میں یہاں جامعہ ملیہ جو ہے، یہاں پر اس میں ایڈیوشن لینے کے لیے۔</w:t>
      </w:r>
    </w:p>
    <w:p>
      <w:r>
        <w:rPr>
          <w:b/>
        </w:rPr>
        <w:t xml:space="preserve">[42:55] </w:t>
      </w:r>
      <w:r>
        <w:t>aazaadi se bahut pehle shayad 42 mein ya aap yeh theek se yaad nahi hai sun is ka. zaakir hussain is waqt vice chancellor the jaamea mein.</w:t>
      </w:r>
    </w:p>
    <w:p>
      <w:pPr>
        <w:jc w:val="right"/>
      </w:pPr>
      <w:r>
        <w:t>آزادی سے بہت پہلے شاید 42 میں یا آپ یہ ٹھیک سے یاد نہیں ہے سن اس کا۔ ذاکر حسین اس وقت وائس چانسلر تھے جامعہ میں۔</w:t>
      </w:r>
    </w:p>
    <w:p>
      <w:r>
        <w:rPr>
          <w:b/>
        </w:rPr>
        <w:t xml:space="preserve">[43:04] </w:t>
      </w:r>
      <w:r>
        <w:t>is waqt jaamea deacrize nahi hui thi, is waqt sheikh ul jaamea un ko kaha jaata tha.</w:t>
      </w:r>
    </w:p>
    <w:p>
      <w:pPr>
        <w:jc w:val="right"/>
      </w:pPr>
      <w:r>
        <w:t>اس وقت جامعہ ڈیکرائز نہیں ہوئی تھی، اس وقت شیخ الجامعہ ان کو کہا جاتا تھا۔</w:t>
      </w:r>
    </w:p>
    <w:p>
      <w:r>
        <w:rPr>
          <w:b/>
        </w:rPr>
        <w:t xml:space="preserve">[43:12] </w:t>
      </w:r>
      <w:r>
        <w:t>to mere bare bhai jo zaakir hussain sahib ke bahut gehre dost the, kyunke dono ne aligarh mein saath padha tha, iqbal ahmed sohail.</w:t>
      </w:r>
    </w:p>
    <w:p>
      <w:pPr>
        <w:jc w:val="right"/>
      </w:pPr>
      <w:r>
        <w:t>تو میرے بڑے بھائی جو ذاکر حسین صاحب کے بہت گہرے دوست تھے، کیونکہ دونوں نے علی گڑھ میں ساتھ پڑھا تھا، اقبال احمد سہیل۔</w:t>
      </w:r>
    </w:p>
    <w:p>
      <w:r>
        <w:rPr>
          <w:b/>
        </w:rPr>
        <w:t xml:space="preserve">[43:21] </w:t>
      </w:r>
      <w:r>
        <w:t>to iqbal ahmed sohail ne ek personal khat likha, bahut hi strong khat likha. unho ne recommend kiya ke mujh ko admission de de.</w:t>
      </w:r>
    </w:p>
    <w:p>
      <w:pPr>
        <w:jc w:val="right"/>
      </w:pPr>
      <w:r>
        <w:t>تو اقبال احمد سہیل نے ایک پرسنل خط لکھا، بہت ہی سٹرانگ خط لکھا۔ انہوں نے ریکمنڈ کیا کہ مجھ کو ایڈمیشن دے دے۔</w:t>
      </w:r>
    </w:p>
    <w:p>
      <w:r>
        <w:rPr>
          <w:b/>
        </w:rPr>
        <w:t xml:space="preserve">[43:31] </w:t>
      </w:r>
      <w:r>
        <w:t>woh is zamane mein admission jaamea milna kuch bhi koi badi baat nahi thi, kyunke woh to ek ek naam ka ek adara tha, kyunke</w:t>
      </w:r>
    </w:p>
    <w:p>
      <w:pPr>
        <w:jc w:val="right"/>
      </w:pPr>
      <w:r>
        <w:t>وہ اس زمانے میں ایڈمیشن جامعہ ملنا کچھ بھی کوئی بڑی بات نہیں تھی، کیونکہ وہ تو ایک ایک نام کا ایک ادارہ تھا، کیونکہ</w:t>
      </w:r>
    </w:p>
    <w:p>
      <w:r>
        <w:rPr>
          <w:b/>
        </w:rPr>
        <w:t xml:space="preserve">[43:40] </w:t>
      </w:r>
      <w:r>
        <w:t>deacrize tha nahi. woh mein un ka letter le kar aaya aur zaakir hussain sahib ne is ko padha aur kuch bhi mujhe chair bhi offer nahi ki, chair bithaya bhi nahi mujhe.</w:t>
      </w:r>
    </w:p>
    <w:p>
      <w:pPr>
        <w:jc w:val="right"/>
      </w:pPr>
      <w:r>
        <w:t>ڈیکرائز تھا نہیں۔ وہ میں ان کا لیٹر لے کر آیا اور ذاکر حسین صاحب نے اس کو پڑھا اور کچھ بھی مجھے چیئر بھی افر نہیں کی، چیئر بٹھایا بھی نہیں مجھے۔</w:t>
      </w:r>
    </w:p>
    <w:p>
      <w:r>
        <w:rPr>
          <w:b/>
        </w:rPr>
        <w:t xml:space="preserve">[43:54] </w:t>
      </w:r>
      <w:r>
        <w:t>bas itna keh diya ke bhai dakhla to nahi ho sakta, bas na mujhe koi chai offer ki, na ek chair offer ki, aur mein chup chap wahan se loot aaya.</w:t>
      </w:r>
    </w:p>
    <w:p>
      <w:pPr>
        <w:jc w:val="right"/>
      </w:pPr>
      <w:r>
        <w:t>بس اتنا کہہ دیا کہ بھئی داخلہ تو نہیں ہو سکتا، بس نہ مجھے کوئی چائے افر کی، نہ ایک چیئر افر کی، اور میں چپ چاپ وہاں سے لوٹ آیا۔</w:t>
      </w:r>
    </w:p>
    <w:p>
      <w:r>
        <w:rPr>
          <w:b/>
        </w:rPr>
        <w:t xml:space="preserve">[44:04] </w:t>
      </w:r>
      <w:r>
        <w:t>mein samajhta tha ke meri zindagi ka bahut hi bada yani hamesha mein is bare mein bahut dinon tak mein negative thought mere andar raha, lekin mein samajhta hoon ke agar dakhla un ko de diya hota unho ne to mere liye bahut hi galat hota woh.</w:t>
      </w:r>
    </w:p>
    <w:p>
      <w:pPr>
        <w:jc w:val="right"/>
      </w:pPr>
      <w:r>
        <w:t>میں سمجھتا تھا کہ میری زندگی کا بہت ہی بڑا یعنی ہمیشہ میں اس بارے میں بہت دنوں تک میں نیگیٹیو تھاٹ میرے اندر رہا، لیکن میں سمجھتا ہوں کہ اگر داخلہ ان کو دے دیا ہوتا انہوں نے تو میرے لیے بہت ہی غلط ہوتا وہ۔</w:t>
      </w:r>
    </w:p>
    <w:p>
      <w:r>
        <w:rPr>
          <w:b/>
        </w:rPr>
        <w:t xml:space="preserve">[44:20] </w:t>
      </w:r>
      <w:r>
        <w:t>kyun? phir mein chala jaata wohi usi life mein yani school, college, university mein service kar ke woh usi mein mein jeeta marta.</w:t>
      </w:r>
    </w:p>
    <w:p>
      <w:pPr>
        <w:jc w:val="right"/>
      </w:pPr>
      <w:r>
        <w:t>کیوں؟ پھر میں چلا جاتا وہی اسی لائف میں یعنی اسکول، کالج، یونیورسٹی میں سروس کر کے وہ اسی میں میں جیتا مرتا۔</w:t>
      </w:r>
    </w:p>
    <w:p>
      <w:r>
        <w:rPr>
          <w:b/>
        </w:rPr>
        <w:t xml:space="preserve">[44:28] </w:t>
      </w:r>
      <w:r>
        <w:t>bas promotion aur service yahi duniya meri ban jaati. goya ke ek limited duniya mein jeeta mein.</w:t>
      </w:r>
    </w:p>
    <w:p>
      <w:pPr>
        <w:jc w:val="right"/>
      </w:pPr>
      <w:r>
        <w:t>بس پروموشن اور سروس یہی دنیا میری بن جاتی۔ گویا کہ ایک لمیٹڈ دنیا میں جیتا میں۔</w:t>
      </w:r>
    </w:p>
    <w:p>
      <w:r>
        <w:rPr>
          <w:b/>
        </w:rPr>
        <w:t xml:space="preserve">[44:39] </w:t>
      </w:r>
      <w:r>
        <w:t>agar jaamea mein B.A. karta, M.A. karta to mein ek bahut hi limited duniya mein chala jaata jis mein bahut sare log jee rahe hain.</w:t>
      </w:r>
    </w:p>
    <w:p>
      <w:pPr>
        <w:jc w:val="right"/>
      </w:pPr>
      <w:r>
        <w:t>اگر جامعہ میں بی اے کرتا، ایم اے کرتا تو میں ایک بہت ہی لمیٹڈ دنیا میں چلا جاتا جس میں بہت سارے لوگ جی رہے ہیں۔</w:t>
      </w:r>
    </w:p>
    <w:p>
      <w:r>
        <w:rPr>
          <w:b/>
        </w:rPr>
        <w:t xml:space="preserve">[44:48] </w:t>
      </w:r>
      <w:r>
        <w:t>usi mein un ka sab se bada woh hota hai ke bas kisi tarah se promotion mil jaye, kisi tarah se yeh mil jaye, kisi tarah se woh mil jaye. wohi meri life hoti.</w:t>
      </w:r>
    </w:p>
    <w:p>
      <w:pPr>
        <w:jc w:val="right"/>
      </w:pPr>
      <w:r>
        <w:t>اسی میں ان کا سب سے بڑا وہ ہوتا ہے کہ بس کسی طرح سے پروموشن مل جائے، کسی طرح سے یہ مل جائے، کسی طرح سے وہ مل جائے۔ وہی میری لائف ہوتی۔</w:t>
      </w:r>
    </w:p>
    <w:p>
      <w:r>
        <w:rPr>
          <w:b/>
        </w:rPr>
        <w:t xml:space="preserve">[44:58] </w:t>
      </w:r>
      <w:r>
        <w:t>ek limited duniya mein jeeta mein. to aaj mein sochta hoon ke yeh jo disadvantage tha mera meri zindagi ka, woh haqeeqat mein yani advantage tha mera.</w:t>
      </w:r>
    </w:p>
    <w:p>
      <w:pPr>
        <w:jc w:val="right"/>
      </w:pPr>
      <w:r>
        <w:t>ایک لمیٹڈ دنیا میں جیتا میں۔ تو آج میں سوچتا ہوں کہ یہ جو ڈس ایڈوانٹیج تھا میرا میری زندگی کا، وہ حقیقت میں یعنی ایڈوانٹیج تھا میرا۔</w:t>
      </w:r>
    </w:p>
    <w:p>
      <w:r>
        <w:rPr>
          <w:b/>
        </w:rPr>
        <w:t xml:space="preserve">[45:12] </w:t>
      </w:r>
      <w:r>
        <w:t>yani us waqt yeh potential good tha, aaj mein sochta hoon ke mere liye woh actual good hai ke mein universal thinking mere andar aayi.</w:t>
      </w:r>
    </w:p>
    <w:p>
      <w:pPr>
        <w:jc w:val="right"/>
      </w:pPr>
      <w:r>
        <w:t>یعنی اس وقت یہ پوٹینشل گڈ تھا، آج میں سوچتا ہوں کہ میرے لیے وہ ایکچول گڈ ہے کہ میں یونیورسل تھنکنگ میرے اندر آئی۔</w:t>
      </w:r>
    </w:p>
    <w:p>
      <w:r>
        <w:rPr>
          <w:b/>
        </w:rPr>
        <w:t xml:space="preserve">[45:24] </w:t>
      </w:r>
      <w:r>
        <w:t>is tarike se mein second world war ke zamane mein</w:t>
      </w:r>
    </w:p>
    <w:p>
      <w:pPr>
        <w:jc w:val="right"/>
      </w:pPr>
      <w:r>
        <w:t>اس طریقے سے میں سیکنڈ ورلڈ وار کے زمانے میں</w:t>
      </w:r>
    </w:p>
    <w:p>
      <w:r>
        <w:rPr>
          <w:b/>
        </w:rPr>
        <w:t xml:space="preserve">[45:31] </w:t>
      </w:r>
      <w:r>
        <w:t>jab English angrez yahan rule kar rahe the to gorakhpur mein ek center khula tha, wahan supervisor ki bharti ho rahi thi.</w:t>
      </w:r>
    </w:p>
    <w:p>
      <w:pPr>
        <w:jc w:val="right"/>
      </w:pPr>
      <w:r>
        <w:t>جب انگلش انگریز یہاں رول کر رہے تھے تو گورکھ پور میں ایک سینٹر کھلا تھا، وہاں سپروائزر کی بھرتی ہو رہی تھی۔</w:t>
      </w:r>
    </w:p>
    <w:p>
      <w:r>
        <w:rPr>
          <w:b/>
        </w:rPr>
        <w:t xml:space="preserve">[45:40] </w:t>
      </w:r>
      <w:r>
        <w:t>to mein wahan gaya service ke liye, government service ke liye. goya ke ek bahut bade afsar the, mister faikh, gorakhpur mein DTS kaha jaata tha is zamane mein.</w:t>
      </w:r>
    </w:p>
    <w:p>
      <w:pPr>
        <w:jc w:val="right"/>
      </w:pPr>
      <w:r>
        <w:t>تو میں وہاں گیا سروس کے لیے، گورنمنٹ سروس کے لیے۔ گویا کہ ایک بہت بڑے افسر تھے، مسٹر فائق، گورکھ پور میں ڈی ٹی ایس کہا جاتا تھا اس زمانے میں۔</w:t>
      </w:r>
    </w:p>
    <w:p>
      <w:r>
        <w:rPr>
          <w:b/>
        </w:rPr>
        <w:t xml:space="preserve">[45:52] </w:t>
      </w:r>
      <w:r>
        <w:t>to unho ne bahut khat likha mujhe, aur phir nahi hua to phir aakhri unho ne bahut zabardast strong khat likha.</w:t>
      </w:r>
    </w:p>
    <w:p>
      <w:pPr>
        <w:jc w:val="right"/>
      </w:pPr>
      <w:r>
        <w:t>تو انہوں نے بہت خط لکھا مجھے، اور پھر نہیں ہوا تو پھر آخری انہوں نے بہت زبردست سٹرانگ خط لکھا۔</w:t>
      </w:r>
    </w:p>
    <w:p>
      <w:r>
        <w:rPr>
          <w:b/>
        </w:rPr>
        <w:t xml:space="preserve">[46:02] </w:t>
      </w:r>
      <w:r>
        <w:t>unho ne is ka ek sentence mujhe yaad hai ke "I hope you will take him in today". yani woh to ek clerk ke darje ka aadmi tha jo mujhe recruit kar raha tha, aur yeh bahut bada afsar tha.</w:t>
      </w:r>
    </w:p>
    <w:p>
      <w:pPr>
        <w:jc w:val="right"/>
      </w:pPr>
      <w:r>
        <w:t>انہوں نے اس کا ایک سینٹنس مجھے یاد ہے کہ "آئی ہوپ یو ویل ٹیک ہم ان ٹوڈے"۔ یعنی وہ تو ایک کلرک کے درجے کا آدمی تھا جو مجھے ریکروٹ کر رہا تھا، اور یہ بہت بڑا افسر تھا۔</w:t>
      </w:r>
    </w:p>
    <w:p>
      <w:r>
        <w:rPr>
          <w:b/>
        </w:rPr>
        <w:t xml:space="preserve">[46:16] </w:t>
      </w:r>
      <w:r>
        <w:t>yeh to is mein unho ne likha ke "I hope you will take him in today". phir bhi us ne nahi liya mujh ko.</w:t>
      </w:r>
    </w:p>
    <w:p>
      <w:pPr>
        <w:jc w:val="right"/>
      </w:pPr>
      <w:r>
        <w:t>یہ تو اس میں انہوں نے لکھا کہ "آئی ہوپ یو ویل ٹیک ہم ان ٹوڈے"۔ پھر بھی اس نے نہیں لیا مجھ کو۔</w:t>
      </w:r>
    </w:p>
    <w:p>
      <w:r>
        <w:rPr>
          <w:b/>
        </w:rPr>
        <w:t xml:space="preserve">[46:23] </w:t>
      </w:r>
      <w:r>
        <w:t>bahut dinon tak mein is par sochta raha ke meri zindagi mein goya ek aaj mein samajhta hoon ke woh bahut bada advantage tha mere liye.</w:t>
      </w:r>
    </w:p>
    <w:p>
      <w:pPr>
        <w:jc w:val="right"/>
      </w:pPr>
      <w:r>
        <w:t>بہت دنوں تک میں اس پر سوچتا رہا کہ میری زندگی میں گویا ایک آج میں سمجھتا ہوں کہ وہ بہت بڑا ایڈوانٹیج تھا میرے لیے۔</w:t>
      </w:r>
    </w:p>
    <w:p>
      <w:r>
        <w:rPr>
          <w:b/>
        </w:rPr>
        <w:t xml:space="preserve">[46:33] </w:t>
      </w:r>
      <w:r>
        <w:t>kyunke aap dekhiye in logon ko jo government service mein rehte hain, government service mein jo log chale aate hain, un ki soch kya hoti hai? bahut hi limited soch hoti hai.</w:t>
      </w:r>
    </w:p>
    <w:p>
      <w:pPr>
        <w:jc w:val="right"/>
      </w:pPr>
      <w:r>
        <w:t>کیونکہ آپ دیکھیے ان لوگوں کو جو گورنمنٹ سروس میں رہتے ہیں، گورنمنٹ سروس میں جو لوگ چلے آتے ہیں، ان کی سوچ کیا ہوتی ہے؟ بہت ہی لمیٹڈ سوچ ہوتی ہے۔</w:t>
      </w:r>
    </w:p>
    <w:p>
      <w:r>
        <w:rPr>
          <w:b/>
        </w:rPr>
        <w:t xml:space="preserve">[46:43] </w:t>
      </w:r>
      <w:r>
        <w:t>government service mein bach gaya mein to is ka matlab hai ke unlimited soch mere andar aa gayi. ek badi duniya mein dakhil ho gaya mein.</w:t>
      </w:r>
    </w:p>
    <w:p>
      <w:pPr>
        <w:jc w:val="right"/>
      </w:pPr>
      <w:r>
        <w:t>گورنمنٹ سروس میں بچ گیا میں تو اس کا مطلب ہے کہ ان لمیٹڈ سوچ میرے اندر آ گئی۔ ایک بڑی دنیا میں داخل ہو گیا میں۔</w:t>
      </w:r>
    </w:p>
    <w:p>
      <w:r>
        <w:rPr>
          <w:b/>
        </w:rPr>
        <w:t xml:space="preserve">[46:54] </w:t>
      </w:r>
      <w:r>
        <w:t>aise hi mein ek apni zindagi ka ek qissa bataoon aap ko jo aap log jante hain, shayad na honge. 47 se pehle mein ek baar chala gaya tha lahore, yani woh is mulk, woh jahan jo aaj pakistan hai.</w:t>
      </w:r>
    </w:p>
    <w:p>
      <w:pPr>
        <w:jc w:val="right"/>
      </w:pPr>
      <w:r>
        <w:t>ایسے ہی میں ایک اپنی زندگی کا ایک قصہ بتاؤں آپ کو جو آپ لوگ جانتے ہیں، شاید نہ ہوں گے۔ 47 سے پہلے میں ایک بار چلا گیا تھا لاہور، یعنی وہ اس ملک، وہ جہاں جو آج پاکستان ہے۔</w:t>
      </w:r>
    </w:p>
    <w:p>
      <w:r>
        <w:rPr>
          <w:b/>
        </w:rPr>
        <w:t xml:space="preserve">[47:08] </w:t>
      </w:r>
      <w:r>
        <w:t>pakistan banne se pehle to lahore mein mein samajhta tha ke wahan mujhe koi service mil jayegi, koi kaam mil jayega, lekin wahan par kuch kaam nahi mila.</w:t>
      </w:r>
    </w:p>
    <w:p>
      <w:pPr>
        <w:jc w:val="right"/>
      </w:pPr>
      <w:r>
        <w:t>پاکستان بننے سے پہلے تو لاہور میں میں سمجھتا تھا کہ وہاں مجھے کوئی سروس مل جائے گی، کوئی کام مل جائے گا، لیکن وہاں پر کچھ کام نہیں ملا۔</w:t>
      </w:r>
    </w:p>
    <w:p>
      <w:r>
        <w:rPr>
          <w:b/>
        </w:rPr>
        <w:t xml:space="preserve">[47:20] </w:t>
      </w:r>
      <w:r>
        <w:t>aur aakhir kaar mein wahan se loṭa.</w:t>
      </w:r>
    </w:p>
    <w:p>
      <w:pPr>
        <w:jc w:val="right"/>
      </w:pPr>
      <w:r>
        <w:t>اور آخر کار میں وہاں سے لوٹا۔</w:t>
      </w:r>
    </w:p>
    <w:p>
      <w:r>
        <w:rPr>
          <w:b/>
        </w:rPr>
        <w:t xml:space="preserve">[47:24] </w:t>
      </w:r>
      <w:r>
        <w:t>aik wahan par hindu woh thay, un ka tailoring, tailoring ka un ka kaam tha. is ka naam hota tha "bi leela ram and sons".</w:t>
      </w:r>
    </w:p>
    <w:p>
      <w:pPr>
        <w:jc w:val="right"/>
      </w:pPr>
      <w:r>
        <w:t>ایک وہاں پر ہندو وہ تھے، ان کا ٹیلرنگ، ٹیلرنگ کا ان کا کام تھا۔ اس کا نام ہوتا تھا "بی لیلا رام اینڈ سنز"۔</w:t>
      </w:r>
    </w:p>
    <w:p>
      <w:r>
        <w:rPr>
          <w:b/>
        </w:rPr>
        <w:t xml:space="preserve">[47:37] </w:t>
      </w:r>
      <w:r>
        <w:t>to bi leela ram and sons ka ka mein guest raha is zamane mein. becharay baray achhay aadmi thay, aur unhon ne hi mera wapsi ka ticket le kar mujhe loṭa diya.</w:t>
      </w:r>
    </w:p>
    <w:p>
      <w:pPr>
        <w:jc w:val="right"/>
      </w:pPr>
      <w:r>
        <w:t>تو بی لیلا رام اینڈ سنز کا کا میں گیسٹ رہا اس زمانے میں۔ بیچارے بڑے اچھے آدمی تھے، اور انہوں نے ہی میرا واپسی کا ٹکٹ لے کر مجھے لوٹا دیا۔</w:t>
      </w:r>
    </w:p>
    <w:p>
      <w:r>
        <w:rPr>
          <w:b/>
        </w:rPr>
        <w:t xml:space="preserve">[47:48] </w:t>
      </w:r>
      <w:r>
        <w:t>to aaj mein sochta hoon ke agar mujhe wahan par koi kaam mil gaya hota lahore mein, wahan par reh jaata, jantay hain kya hota? bohat hi bara meri zindagi mein bohat hi bara yaani loss hota mera.</w:t>
      </w:r>
    </w:p>
    <w:p>
      <w:pPr>
        <w:jc w:val="right"/>
      </w:pPr>
      <w:r>
        <w:t>تو آج میں سوچتا ہوں کہ اگر مجھے وہاں پر کوئی کام مل گیا ہوتا لاہور میں، وہاں پر رہ جاتا، جانتے ہیں کیا ہوتا؟ بہت ہی بڑا میری زندگی میں بہت ہی بڑا یعنی لاس ہوتا میرا۔</w:t>
      </w:r>
    </w:p>
    <w:p>
      <w:r>
        <w:rPr>
          <w:b/>
        </w:rPr>
        <w:t xml:space="preserve">[48:02] </w:t>
      </w:r>
      <w:r>
        <w:t>woh kya? muslim oriented thinking.</w:t>
      </w:r>
    </w:p>
    <w:p>
      <w:pPr>
        <w:jc w:val="right"/>
      </w:pPr>
      <w:r>
        <w:t>وہ کیا؟ مسلم اورینٹڈ تھنکنگ۔</w:t>
      </w:r>
    </w:p>
    <w:p>
      <w:r>
        <w:rPr>
          <w:b/>
        </w:rPr>
        <w:t xml:space="preserve">[48:07] </w:t>
      </w:r>
      <w:r>
        <w:t>isi waqt mein conditioned ho jaata, kyunke pakistan ke ya muslim countries ke 57 muslim countries mein jitnay bhi aap jaayen, kisi ko milen, har aadmi ki kya hai?</w:t>
      </w:r>
    </w:p>
    <w:p>
      <w:pPr>
        <w:jc w:val="right"/>
      </w:pPr>
      <w:r>
        <w:t>اسی وقت میں کنڈیشنڈ ہو جاتا، کیونکہ پاکستان کے یا مسلم کنٹریز کے 57 مسلم کنٹریز میں جتنے بھی آپ جائیں، کسی کو ملیں، ہر آدمی کی کیا ہے؟</w:t>
      </w:r>
    </w:p>
    <w:p>
      <w:r>
        <w:rPr>
          <w:b/>
        </w:rPr>
        <w:t xml:space="preserve">[48:17] </w:t>
      </w:r>
      <w:r>
        <w:t>muslim oriented thinking hai. to pakistan ya kisi bhi muslim country mein agar mein settle ho gaya hota, wahan mujhe koi kaam mil jaata to meri thinking muslim oriented ho jaati</w:t>
      </w:r>
    </w:p>
    <w:p>
      <w:pPr>
        <w:jc w:val="right"/>
      </w:pPr>
      <w:r>
        <w:t>مسلم اورینٹڈ تھنکنگ ہے۔ تو پاکستان یا کسی بھی مسلم کنٹری میں اگر میں سیٹل ہو گیا ہوتا، وہاں مجھے کوئی کام مل جاتا تو میری تھنکنگ مسلم اورینٹڈ ہو جاتی</w:t>
      </w:r>
    </w:p>
    <w:p>
      <w:r>
        <w:rPr>
          <w:b/>
        </w:rPr>
        <w:t xml:space="preserve">[48:31] </w:t>
      </w:r>
      <w:r>
        <w:t>. allah ke fazl se aaj meri thinking muslim world mein insan oriented thinking hai. universal thinking mere andar hai.</w:t>
      </w:r>
    </w:p>
    <w:p>
      <w:pPr>
        <w:jc w:val="right"/>
      </w:pPr>
      <w:r>
        <w:t>۔ اللہ کے فضل سے آج میری تھنکنگ مسلم ورلڈ میں انسان اورینٹڈ تھنکنگ ہے۔ یونیورسل تھنکنگ میرے اندر ہے۔</w:t>
      </w:r>
    </w:p>
    <w:p>
      <w:r>
        <w:rPr>
          <w:b/>
        </w:rPr>
        <w:t xml:space="preserve">[48:40] </w:t>
      </w:r>
      <w:r>
        <w:t>saaray insan ko le kar mein sochta hoon. to agar mein lahore mein koi kaam pa jaata to us waqt to mein khush hota, lekin kitna bara nuqsan tha ke mein hamesha ke liye, hamesha ke liye conditioned ho jaata muslim oriented thinking mein.</w:t>
      </w:r>
    </w:p>
    <w:p>
      <w:pPr>
        <w:jc w:val="right"/>
      </w:pPr>
      <w:r>
        <w:t>سارے انسان کو لے کر میں سوچتا ہوں۔ تو اگر میں لاہور میں کوئی کام پا جاتا تو اس وقت تو میں خوش ہوتا، لیکن کتنا بڑا نقصان تھا کہ میں ہمیشہ کے لیے، ہمیشہ کے لیے کنڈیشنڈ ہو جاتا مسلم اورینٹڈ تھنکنگ میں۔</w:t>
      </w:r>
    </w:p>
    <w:p>
      <w:r>
        <w:rPr>
          <w:b/>
        </w:rPr>
        <w:t xml:space="preserve">[48:59] </w:t>
      </w:r>
      <w:r>
        <w:t>lekin jab wahan se ḍheel diya gaya mujh ko, aur kisi bhi muslim countries mein mein settle nahi ho saka, to meri conditioning tooti, aur mere andar woh cheez aayi jis ko mein kehta hoon insan oriented thinking.</w:t>
      </w:r>
    </w:p>
    <w:p>
      <w:pPr>
        <w:jc w:val="right"/>
      </w:pPr>
      <w:r>
        <w:t>لیکن جب وہاں سے ڈھیل دیا گیا مجھ کو، اور کسی بھی مسلم کنٹریز میں میں سیٹل نہیں ہو سکا، تو میری کنڈیشننگ ٹوٹی، اور میرے اندر وہ چیز آئی جس کو میں کہتا ہوں انسان اورینٹڈ تھنکنگ۔</w:t>
      </w:r>
    </w:p>
    <w:p>
      <w:r>
        <w:rPr>
          <w:b/>
        </w:rPr>
        <w:t xml:space="preserve">[49:15] </w:t>
      </w:r>
      <w:r>
        <w:t>to woh cheez jo us waqt yaani potential good thi, aaj meri actual good ban gayi. yeh hai history, yeh hai insan ka maamla is duniya mein</w:t>
      </w:r>
    </w:p>
    <w:p>
      <w:pPr>
        <w:jc w:val="right"/>
      </w:pPr>
      <w:r>
        <w:t>تو وہ چیز جو اس وقت یعنی پوٹینشل گڈ تھی، آج میری ایکچول گڈ بن گئی۔ یہ ہے ہسٹری، یہ ہے انسان کا معاملہ اس دنیا میں</w:t>
      </w:r>
    </w:p>
    <w:p>
      <w:r>
        <w:rPr>
          <w:b/>
        </w:rPr>
        <w:t xml:space="preserve">[49:27] </w:t>
      </w:r>
      <w:r>
        <w:t>. to baharhaal is maamle mein baaten bohat sari hain, bohat se example mein de sakta hoon, lekin mein samajhta hoon ke jo misaalain mein ne di hain, woh bhi kaafi hain baat ko samajhnay ke liye.</w:t>
      </w:r>
    </w:p>
    <w:p>
      <w:pPr>
        <w:jc w:val="right"/>
      </w:pPr>
      <w:r>
        <w:t>۔ تو بہرحال اس معاملے میں باتیں بہت ساری ہیں، بہت سے ایگزامپل میں دے سکتا ہوں، لیکن میں سمجھتا ہوں کہ جو مثالیں میں نے دی ہیں، وہ بھی کافی ہیں بات کو سمجھنے کے لیے۔</w:t>
      </w:r>
    </w:p>
    <w:p>
      <w:r>
        <w:rPr>
          <w:b/>
        </w:rPr>
        <w:t xml:space="preserve">[49:47] </w:t>
      </w:r>
      <w:r>
        <w:t>to mein arz karunga ke us waqt mein ne teen baaten aap ki khidmat mein arz keen.</w:t>
      </w:r>
    </w:p>
    <w:p>
      <w:pPr>
        <w:jc w:val="right"/>
      </w:pPr>
      <w:r>
        <w:t>تو میں عرض کروں گا کہ اس وقت میں نے تین باتیں آپ کی خدمت میں عرض کیں۔</w:t>
      </w:r>
    </w:p>
    <w:p>
      <w:r>
        <w:rPr>
          <w:b/>
        </w:rPr>
        <w:t xml:space="preserve">[49:53] </w:t>
      </w:r>
      <w:r>
        <w:t>aaj ki talk mein mein ne teenon baaten aik doosray se related hain, related hain, phir bhi woh teen baaten.</w:t>
      </w:r>
    </w:p>
    <w:p>
      <w:pPr>
        <w:jc w:val="right"/>
      </w:pPr>
      <w:r>
        <w:t>آج کی ٹاک میں میں نے تینوں باتیں ایک دوسرے سے ریلیٹڈ ہیں، ریلیٹڈ ہیں، پھر بھی وہ تین باتیں۔</w:t>
      </w:r>
    </w:p>
    <w:p>
      <w:r>
        <w:rPr>
          <w:b/>
        </w:rPr>
        <w:t xml:space="preserve">[50:03] </w:t>
      </w:r>
      <w:r>
        <w:t>pehli baat mein ne kya arz ki? woh yeh ke perfect society ka concept jis se sab log obsessed rahay hain, poori history mein tamam reformers, poori history mein tamam reformers, tamam thinkers ka obsession kya tha?</w:t>
      </w:r>
    </w:p>
    <w:p>
      <w:pPr>
        <w:jc w:val="right"/>
      </w:pPr>
      <w:r>
        <w:t>پہلی بات میں نے کیا عرض کی؟ وہ یہ کہ پرفیکٹ سوسائٹی کا کانسیپٹ جس سے سب لوگ ابسسڈ رہے ہیں، پوری ہسٹری میں تمام ریفارمرز، پوری ہسٹری میں تمام ریفارمرز، تمام تھنکرز کا ابسیشن کیا تھا؟</w:t>
      </w:r>
    </w:p>
    <w:p>
      <w:r>
        <w:rPr>
          <w:b/>
        </w:rPr>
        <w:t xml:space="preserve">[50:21] </w:t>
      </w:r>
      <w:r>
        <w:t>perfect society, ideal system.</w:t>
      </w:r>
    </w:p>
    <w:p>
      <w:pPr>
        <w:jc w:val="right"/>
      </w:pPr>
      <w:r>
        <w:t>پرفیکٹ سوسائٹی، آئیڈیل سسٹم۔</w:t>
      </w:r>
    </w:p>
    <w:p>
      <w:r>
        <w:rPr>
          <w:b/>
        </w:rPr>
        <w:t xml:space="preserve">[50:25] </w:t>
      </w:r>
      <w:r>
        <w:t>yeh bohat hi wrong concept hai, yeh khuda ke creation plan ko na jaan nay ki wajah se hai. aap ke mind mein bhara hua hai aik ideal world ka naqsha, lekin woh is is liye nahi ke is duniya mein hum achieve kar saktay hain.</w:t>
      </w:r>
    </w:p>
    <w:p>
      <w:pPr>
        <w:jc w:val="right"/>
      </w:pPr>
      <w:r>
        <w:t>یہ بہت ہی رونگ کانسیپٹ ہے، یہ خدا کے کریشن پلان کو نہ جاننے کی وجہ سے ہے۔ آپ کے مائنڈ میں بھرا ہوا ہے ایک آئیڈیل ورلڈ کا نقشہ، لیکن وہ اس اس لیے نہیں کہ اس دنیا میں ہم اچیو کر سکتے ہیں۔</w:t>
      </w:r>
    </w:p>
    <w:p>
      <w:r>
        <w:rPr>
          <w:b/>
        </w:rPr>
        <w:t xml:space="preserve">[50:42] </w:t>
      </w:r>
      <w:r>
        <w:t>isko woh sirf is liye hai ke hum yahan woh kaam karen jis se hum is ke liye deserving candidate ban saken.</w:t>
      </w:r>
    </w:p>
    <w:p>
      <w:pPr>
        <w:jc w:val="right"/>
      </w:pPr>
      <w:r>
        <w:t>اس کو وہ صرف اس لیے ہے کہ ہم یہاں وہ کام کریں جس سے ہم اس کے لیے ڈیزرونگ کینڈیڈیٹ بن سکیں۔</w:t>
      </w:r>
    </w:p>
    <w:p>
      <w:r>
        <w:rPr>
          <w:b/>
        </w:rPr>
        <w:t xml:space="preserve">[50:53] </w:t>
      </w:r>
      <w:r>
        <w:t>jaise aik student ke mind mein aik naujawan ko dekhiye to us ke mind mein aik naqsha hoga bohat bara ke mein achhi service mein, mujhe achhi service ka naqsha har har naujawan ke mind mein bhara hota hai ke mein aik achhi service paoon.</w:t>
      </w:r>
    </w:p>
    <w:p>
      <w:pPr>
        <w:jc w:val="right"/>
      </w:pPr>
      <w:r>
        <w:t>جیسے ایک اسٹوڈنٹ کے مائنڈ میں ایک نوجوان کو دیکھیے تو اس کے مائنڈ میں ایک نقشہ ہوگا بہت بڑا کہ میں اچھی سروس میں، مجھے اچھی سروس کا نقشہ ہر ہر نوجوان کے مائنڈ میں بھرا ہوتا ہے کہ میں ایک اچھی سروس پاؤں۔</w:t>
      </w:r>
    </w:p>
    <w:p>
      <w:r>
        <w:rPr>
          <w:b/>
        </w:rPr>
        <w:t xml:space="preserve">[51:09] </w:t>
      </w:r>
      <w:r>
        <w:t>lekin zahir hai ke woh achhi service us ko school mein nahi milegi, examination hall mein nahi milegi. woh to us waqt milegi jab parh likh kar ke woh apnay aap ko is ka competent bana sakega.</w:t>
      </w:r>
    </w:p>
    <w:p>
      <w:pPr>
        <w:jc w:val="right"/>
      </w:pPr>
      <w:r>
        <w:t>لیکن ظاہر ہے کہ وہ اچھی سروس اس کو اسکول میں نہیں ملے گی، ایگزامینیشن ہال میں نہیں ملے گی۔ وہ تو اس وقت ملے گی جب پڑھ لکھ کر کے وہ اپنے آپ کو اس کا کمپیٹنٹ بنا سکے گا۔</w:t>
      </w:r>
    </w:p>
    <w:p>
      <w:r>
        <w:rPr>
          <w:b/>
        </w:rPr>
        <w:t xml:space="preserve">[51:24] </w:t>
      </w:r>
      <w:r>
        <w:t>to jis tarah student ke mind mein bhara rehta hai aik achhi job ka concept, usi tarah mere aur aap ke dil mein bhara hua hai aik ideal world ka concept.</w:t>
      </w:r>
    </w:p>
    <w:p>
      <w:pPr>
        <w:jc w:val="right"/>
      </w:pPr>
      <w:r>
        <w:t>تو جس طرح اسٹوڈنٹ کے مائنڈ میں بھرا رہتا ہے ایک اچھی جاب کا کانسیپٹ، اسی طرح میرے اور آپ کے دل میں بھرا ہوا ہے ایک آئیڈیل ورلڈ کا کانسیپٹ۔</w:t>
      </w:r>
    </w:p>
    <w:p>
      <w:r>
        <w:rPr>
          <w:b/>
        </w:rPr>
        <w:t xml:space="preserve">[51:36] </w:t>
      </w:r>
      <w:r>
        <w:t>lekin woh milega kab? jab is duniya mein jahan hum test ke liye aaye hain, wahan hum apnay test mein pooray utren, hum qualify karen, aur sab se bara jo test hai woh hai positivity.</w:t>
      </w:r>
    </w:p>
    <w:p>
      <w:pPr>
        <w:jc w:val="right"/>
      </w:pPr>
      <w:r>
        <w:t>لیکن وہ ملے گا کب؟ جب اس دنیا میں جہاں ہم ٹیسٹ کے لیے آئے ہیں، وہاں ہم اپنے ٹیسٹ میں پورے اتریں، ہم کوالیفائی کریں، اور سب سے بڑا جو ٹیسٹ ہے وہ ہے پازیٹیوٹی۔</w:t>
      </w:r>
    </w:p>
    <w:p>
      <w:r>
        <w:rPr>
          <w:b/>
        </w:rPr>
        <w:t xml:space="preserve">[51:51] </w:t>
      </w:r>
      <w:r>
        <w:t>agar aap chahtay hain khuda ke paradise mein jagah paana to aap ko hundred percent positive banna parhega. negativity ka aik idea bhi agar aap ke andar hai to aap positive to aap ko jagah nahi milegi paradise mein.</w:t>
      </w:r>
    </w:p>
    <w:p>
      <w:pPr>
        <w:jc w:val="right"/>
      </w:pPr>
      <w:r>
        <w:t>اگر آپ چاہتے ہیں خدا کے پیراڈائز میں جگہ پانا تو آپ کو ہنڈرڈ پرسنٹ پازیٹیو بننا پڑے گا۔ نیگیٹیوٹی کا ایک آئیڈیا بھی اگر آپ کے اندر ہے تو آپ پازیٹیو تو آپ کو جگہ نہیں ملے گی پیراڈائز میں۔</w:t>
      </w:r>
    </w:p>
    <w:p>
      <w:r>
        <w:rPr>
          <w:b/>
        </w:rPr>
        <w:t xml:space="preserve">[52:06] </w:t>
      </w:r>
      <w:r>
        <w:t>yaad rakhiye, yaani hate na ho, revenge na ho, lust na ho. woh sari cheezain jo negative thought jis ko hum kehtay hain, negative thought se poori tarah pak hona chahiye aap ko, tab ja kar paradise mein jagah milegi aap ko.</w:t>
      </w:r>
    </w:p>
    <w:p>
      <w:pPr>
        <w:jc w:val="right"/>
      </w:pPr>
      <w:r>
        <w:t>یاد رکھیے، یعنی ہیٹ نہ ہو، ریونج نہ ہو، لسٹ نہ ہو۔ وہ ساری چیزیں جو نیگیٹیو تھاٹ جس کو ہم کہتے ہیں، نیگیٹیو تھاٹ سے پوری طرح پاک ہونا چاہیے آپ کو، تب جا کر پیراڈائز میں جگہ ملے گی آپ کو۔</w:t>
      </w:r>
    </w:p>
    <w:p>
      <w:r>
        <w:rPr>
          <w:b/>
        </w:rPr>
        <w:t xml:space="preserve">[52:25] </w:t>
      </w:r>
      <w:r>
        <w:t>aur yaad rakhiye, negative thought se pak honay ka matlab kya hai? is ka matlab yeh nahi ke aap sab kuch theek thaak aap ke liye ho, aik dam smooth life aap ki ho, tab aap negative thought se pak rahen.</w:t>
      </w:r>
    </w:p>
    <w:p>
      <w:pPr>
        <w:jc w:val="right"/>
      </w:pPr>
      <w:r>
        <w:t>اور یاد رکھیے، نیگیٹیو تھاٹ سے پاک ہونے کا مطلب کیا ہے؟ اس کا مطلب یہ نہیں کہ آپ سب کچھ ٹھیک ٹھاک آپ کے لیے ہو، ایک دم سموتھ لائف آپ کی ہو، تب آپ نیگیٹیو تھاٹ سے پاک رہیں۔</w:t>
      </w:r>
    </w:p>
    <w:p>
      <w:r>
        <w:rPr>
          <w:b/>
        </w:rPr>
        <w:t xml:space="preserve">[52:42] </w:t>
      </w:r>
      <w:r>
        <w:t>yeh matlab nahi hai is ka.</w:t>
      </w:r>
    </w:p>
    <w:p>
      <w:pPr>
        <w:jc w:val="right"/>
      </w:pPr>
      <w:r>
        <w:t>یہ مطلب نہیں ہے اس کا۔</w:t>
      </w:r>
    </w:p>
    <w:p>
      <w:r>
        <w:rPr>
          <w:b/>
        </w:rPr>
        <w:t xml:space="preserve">[52:44] </w:t>
      </w:r>
      <w:r>
        <w:t>aap ko jungal mein jeena pare ga, aap ko provokretic situation mein jeena pare ga, aap ko aisi jagah jeena pare ga jahan log aap ko ghussa dilayein, jahan aap ko bharkayein, phir bhi aap apne aap ko negative thought se bacha sakein.</w:t>
      </w:r>
    </w:p>
    <w:p>
      <w:pPr>
        <w:jc w:val="right"/>
      </w:pPr>
      <w:r>
        <w:t>آپ کو جنگل میں جینا پڑے گا، آپ کو پرووکریٹک سچوئیشن میں جینا پڑے گا، آپ کو ایسی جگہ جینا پڑے گا جہاں لوگ آپ کو غصہ دلائیں، جہاں آپ کو بھڑکائیں، پھر بھی آپ اپنے آپ کو نیگیٹیو تھاٹ سے بچا سکیں۔</w:t>
      </w:r>
    </w:p>
    <w:p>
      <w:r>
        <w:rPr>
          <w:b/>
        </w:rPr>
        <w:t xml:space="preserve">[53:02] </w:t>
      </w:r>
      <w:r>
        <w:t>yeh hai test. koi aadmi agar yeh chahta ho ke us ko sab kuch theek thaak mile aur phir woh positive bana rahe to aisi utopia mein aap jee sakte hain, lekin aisi utopia kahin dunya mein hai nahi.</w:t>
      </w:r>
    </w:p>
    <w:p>
      <w:pPr>
        <w:jc w:val="right"/>
      </w:pPr>
      <w:r>
        <w:t>یہ ہے ٹیسٹ۔ کوئی آدمی اگر یہ چاہتا ہو کہ اس کو سب کچھ ٹھیک ٹھاک ملے اور پھر وہ پازیٹیو بنا رہے تو ایسی یوٹوپیا میں آپ جی سکتے ہیں، لیکن ایسی یوٹوپیا کہیں دنیا میں ہے نہیں۔</w:t>
      </w:r>
    </w:p>
    <w:p>
      <w:r>
        <w:rPr>
          <w:b/>
        </w:rPr>
        <w:t xml:space="preserve">[53:19] </w:t>
      </w:r>
      <w:r>
        <w:t>aisi aisa utopia koi dunya mein hai nahi. jo hai wahi hai ke aik aik jungal hai, thoray nahi, bushes hain, kankar pathar hain, hazaron qism ki yani negative cheezein hain,</w:t>
      </w:r>
    </w:p>
    <w:p>
      <w:pPr>
        <w:jc w:val="right"/>
      </w:pPr>
      <w:r>
        <w:t>ایسی ایسا یوٹوپیا کوئی دنیا میں ہے نہیں۔ جو ہے وہی ہے کہ ایک ایک جنگل ہے، تھوڑے نہیں، بشز ہیں، کنکر پتھر ہیں، ہزاروں قسم کے یعنی نیگیٹیو چیزیں ہیں،</w:t>
      </w:r>
    </w:p>
    <w:p>
      <w:r>
        <w:rPr>
          <w:b/>
        </w:rPr>
        <w:t xml:space="preserve">[53:38] </w:t>
      </w:r>
      <w:r>
        <w:t>phir bhi is mein apne aap ko bachaye rakhna hai. aap ko abhi positivity ko bachaye rakhna hai, yani living in positivity in spite all that negativity.</w:t>
      </w:r>
    </w:p>
    <w:p>
      <w:pPr>
        <w:jc w:val="right"/>
      </w:pPr>
      <w:r>
        <w:t>پھر بھی اس میں اپنے آپ کو بچائے رکھنا ہے۔ آپ کو ابھی پازیٹیوٹی کو بچائے رکھنا ہے، یعنی لیونگ ان پازیٹیوٹی ان سپائٹ ال دیٹ نیگیٹیوٹی۔</w:t>
      </w:r>
    </w:p>
    <w:p>
      <w:r>
        <w:rPr>
          <w:b/>
        </w:rPr>
        <w:t xml:space="preserve">[53:52] </w:t>
      </w:r>
      <w:r>
        <w:t>yeh hai certificate paradise ka.</w:t>
      </w:r>
    </w:p>
    <w:p>
      <w:pPr>
        <w:jc w:val="right"/>
      </w:pPr>
      <w:r>
        <w:t>یہ ہے سرٹیفیکیٹ پیراڈائز کا۔</w:t>
      </w:r>
    </w:p>
    <w:p>
      <w:r>
        <w:rPr>
          <w:b/>
        </w:rPr>
        <w:t xml:space="preserve">[53:57] </w:t>
      </w:r>
      <w:r>
        <w:t>doosri cheez jo mein ne arz ki aap ki khidmat mein woh yeh hai ke ghalat dichotomy mein jeena chhod dijiye jis mein ke is poori history mein log jeete rahe hain.</w:t>
      </w:r>
    </w:p>
    <w:p>
      <w:pPr>
        <w:jc w:val="right"/>
      </w:pPr>
      <w:r>
        <w:t>دوسری چیز جو میں نے عرض کی آپ کی خدمت میں وہ یہ ہے کہ غلط ڈائیکاٹمی میں جینا چھوڑ دیجئے جس میں کہ اس پوری ہسٹری میں لوگ جیتے رہے ہیں۔</w:t>
      </w:r>
    </w:p>
    <w:p>
      <w:r>
        <w:rPr>
          <w:b/>
        </w:rPr>
        <w:t xml:space="preserve">[54:08] </w:t>
      </w:r>
      <w:r>
        <w:t>ghalat dichotomy, wrong dichotomy. saare log isi obsession mein rahe hain ke yani tareeki aur roshni, darkness aur aur light, evil aur good, acha aur bura.</w:t>
      </w:r>
    </w:p>
    <w:p>
      <w:pPr>
        <w:jc w:val="right"/>
      </w:pPr>
      <w:r>
        <w:t>غلط ڈائیکاٹمی، رونگ ڈائیکاٹمی۔ سارے لوگ اسی ابسیشن میں رہے ہیں کہ یعنی تاریکی اور روشنی، ڈارکنس اور اور لائٹ، ایول اور گڈ، اچھا اور برا۔</w:t>
      </w:r>
    </w:p>
    <w:p>
      <w:r>
        <w:rPr>
          <w:b/>
        </w:rPr>
        <w:t xml:space="preserve">[54:28] </w:t>
      </w:r>
      <w:r>
        <w:t>yeh dichotomy nahi hai.</w:t>
      </w:r>
    </w:p>
    <w:p>
      <w:pPr>
        <w:jc w:val="right"/>
      </w:pPr>
      <w:r>
        <w:t>یہ ڈائیکاٹمی نہیں ہے۔</w:t>
      </w:r>
    </w:p>
    <w:p>
      <w:r>
        <w:rPr>
          <w:b/>
        </w:rPr>
        <w:t xml:space="preserve">[54:31] </w:t>
      </w:r>
      <w:r>
        <w:t>jo jo dichotomy asal hai woh hai actual good ya potential good. is ka matlab kya hua? agar aap ko actual sense mein koi bad mila hua ho to aap samajh lijiye ke woh potential sense mein woh good hai.</w:t>
      </w:r>
    </w:p>
    <w:p>
      <w:pPr>
        <w:jc w:val="right"/>
      </w:pPr>
      <w:r>
        <w:t>جو جو ڈائیکاٹمی اصل ہے وہ ہے ایکچول گڈ یا پوٹینشل گڈ۔ اس کا مطلب کیا ہوا؟ اگر آپ کو ایکچول سینس میں کوئی بیڈ ملا ہوا ہو تو آپ سمجھ لیجئے کہ وہ پوٹینشل سینس میں وہ گڈ ہے۔</w:t>
      </w:r>
    </w:p>
    <w:p>
      <w:r>
        <w:rPr>
          <w:b/>
        </w:rPr>
        <w:t xml:space="preserve">[54:49] </w:t>
      </w:r>
      <w:r>
        <w:t>woh potential, potential sense mein woh good hai. yani present mein agar woh bad hai to future mein woh good ban sakta hai.</w:t>
      </w:r>
    </w:p>
    <w:p>
      <w:pPr>
        <w:jc w:val="right"/>
      </w:pPr>
      <w:r>
        <w:t>وہ پوٹینشل، پوٹینشل سینس میں وہ گڈ ہے۔ یعنی پریزنٹ میں اگر وہ بیڈ ہے تو فیوچر میں وہ گڈ بن سکتا ہے۔</w:t>
      </w:r>
    </w:p>
    <w:p>
      <w:r>
        <w:rPr>
          <w:b/>
        </w:rPr>
        <w:t xml:space="preserve">[55:00] </w:t>
      </w:r>
      <w:r>
        <w:t>to apni dichotomy ko badliye, apni dichotomy ko khatm kijiye. kabhi na sochiye ke bas bad hai to bad hai, good hai to good hai.</w:t>
      </w:r>
    </w:p>
    <w:p>
      <w:pPr>
        <w:jc w:val="right"/>
      </w:pPr>
      <w:r>
        <w:t>تو اپنی ڈائیکاٹمی کو بدلیے، اپنی ڈائیکاٹمی کو ختم کیجئے۔ کبھی نہ سوچیے کہ بس بیڈ ہے تو بیڈ ہے، گڈ ہے تو گڈ ہے۔</w:t>
      </w:r>
    </w:p>
    <w:p>
      <w:r>
        <w:rPr>
          <w:b/>
        </w:rPr>
        <w:t xml:space="preserve">[55:14] </w:t>
      </w:r>
      <w:r>
        <w:t>yeh dunya mein hamesha yahi hoga aap ke sath aur har aik ke sath hoga. lekin yeh samajh lijiye ke actual jo actual cheez hai woh to aap ke samne maujood hoti hai,</w:t>
      </w:r>
    </w:p>
    <w:p>
      <w:pPr>
        <w:jc w:val="right"/>
      </w:pPr>
      <w:r>
        <w:t>یہ دنیا میں ہمیشہ یہی ہوگا آپ کے ساتھ اور ہر ایک کے ساتھ ہوگا۔ لیکن یہ سمجھ لیجئے کہ ایکچول جو ایکچول چیز ہے وہ تو آپ کے سامنے موجود ہوتی ہے،</w:t>
      </w:r>
    </w:p>
    <w:p>
      <w:r>
        <w:rPr>
          <w:b/>
        </w:rPr>
        <w:t xml:space="preserve">[55:31] </w:t>
      </w:r>
      <w:r>
        <w:t>lekin jo potential jo cheez hoti hai, potential sense mein woh aap ke mind ko is aap ko activate karna parta hai. warna aap samajh nahi sakte is ko, is ko samajh nahi sakte.</w:t>
      </w:r>
    </w:p>
    <w:p>
      <w:pPr>
        <w:jc w:val="right"/>
      </w:pPr>
      <w:r>
        <w:t>لیکن جو پوٹینشل جو چیز ہوتی ہے، پوٹینشل سینس میں وہ آپ کے مائنڈ کو اس آپ کو ایکٹیویٹ کرنا پڑتا ہے۔ ورنہ آپ سمجھ نہیں سکتے اس کو، اس کو سمجھ نہیں سکتے۔</w:t>
      </w:r>
    </w:p>
    <w:p>
      <w:r>
        <w:rPr>
          <w:b/>
        </w:rPr>
        <w:t xml:space="preserve">[55:44] </w:t>
      </w:r>
      <w:r>
        <w:t>aap kya? aap andhera ho gaya, suraj doob gaya, raat aa gayi to raat to aap ke samne hai.</w:t>
      </w:r>
    </w:p>
    <w:p>
      <w:pPr>
        <w:jc w:val="right"/>
      </w:pPr>
      <w:r>
        <w:t>آپ کیا؟ آپ اندھیرا ہو گیا، سورج ڈوب گیا، رات آ گئی تو رات تو آپ کے سامنے ہے۔</w:t>
      </w:r>
    </w:p>
    <w:p>
      <w:r>
        <w:rPr>
          <w:b/>
        </w:rPr>
        <w:t xml:space="preserve">[55:53] </w:t>
      </w:r>
      <w:r>
        <w:t>raat ko janne ke liye ke mein raat mein hoon, andhere mein hoon, is ko janne ke liye kisi aql ki zaroorat nahi hai. woh to apne aap bata rahi hai ke yeh andhera hai, andhera hai, andhera. yeh janne ke liye ke ke agle agle din sawera hone wala hai, is ke liye aql istemal karni pare gi.</w:t>
      </w:r>
    </w:p>
    <w:p>
      <w:pPr>
        <w:jc w:val="right"/>
      </w:pPr>
      <w:r>
        <w:t>رات کو جاننے کے لیے کہ میں رات میں ہوں، اندھیرے میں ہوں، اس کو جاننے کے لیے کسی عقل کی ضرورت نہیں ہے۔ وہ تو اپنے آپ بتا رہی ہے کہ یہ اندھیرا ہے، اندھیرا ہے، اندھیرا۔ یہ جاننے کے لیے کہ کہ اگلے اگلے دن سویرا ہونے والا ہے، اس کے لیے عقل استعمال کرنی پڑے گی۔</w:t>
      </w:r>
    </w:p>
    <w:p>
      <w:r>
        <w:rPr>
          <w:b/>
        </w:rPr>
        <w:t xml:space="preserve">[56:13] </w:t>
      </w:r>
      <w:r>
        <w:t>jab aap difficulty mein jee rahe hon to difficulty to apne aap bata rahi hai apne aap ko ke mein difficulty mein hoon, lekin woh difficulty khatm ho kar ke aik better situation aye gi.</w:t>
      </w:r>
    </w:p>
    <w:p>
      <w:pPr>
        <w:jc w:val="right"/>
      </w:pPr>
      <w:r>
        <w:t>جب آپ ڈیفیکلٹی میں جی رہے ہوں تو ڈیفیکلٹی تو اپنے آپ بتا رہی ہے اپنے آپ کو کہ میں ڈیفیکلٹی میں ہوں، لیکن وہ ڈیفیکلٹی ختم ہو کر کے ایک بیٹر سچوئیشن آئے گی۔</w:t>
      </w:r>
    </w:p>
    <w:p>
      <w:r>
        <w:rPr>
          <w:b/>
        </w:rPr>
        <w:t xml:space="preserve">[56:24] </w:t>
      </w:r>
      <w:r>
        <w:t>is ke liye aql istemal karni pare gi.</w:t>
      </w:r>
    </w:p>
    <w:p>
      <w:pPr>
        <w:jc w:val="right"/>
      </w:pPr>
      <w:r>
        <w:t>اس کے لیے عقل استعمال کرنی پڑے گی۔</w:t>
      </w:r>
    </w:p>
    <w:p>
      <w:r>
        <w:rPr>
          <w:b/>
        </w:rPr>
        <w:t xml:space="preserve">[56:27] </w:t>
      </w:r>
      <w:r>
        <w:t>to potential aur actual mein yeh difference hai. jo actual hai woh to apne aap bata raha hai apne aap ko, lekin jo potential tor par hai us ko janne ke liye aap ne aql ko istemal karna pare ga, apni wisdom ko istemal karna pare ga.</w:t>
      </w:r>
    </w:p>
    <w:p>
      <w:pPr>
        <w:jc w:val="right"/>
      </w:pPr>
      <w:r>
        <w:t>تو پوٹینشل اور ایکچول میں یہ ڈیفرنس ہے۔ جو ایکچول ہے وہ تو اپنے آپ بتا رہا ہے اپنے آپ کو، لیکن جو پوٹینشل طور پر ہے اس کو جاننے کے لیے آپ نے عقل کو استعمال کرنا پڑے گا، اپنی وزڈم کو استعمال کرنا پڑے گا۔</w:t>
      </w:r>
    </w:p>
    <w:p>
      <w:r>
        <w:rPr>
          <w:b/>
        </w:rPr>
        <w:t xml:space="preserve">[56:44] </w:t>
      </w:r>
      <w:r>
        <w:t>nahi to aap jaan nahi sakte is ko. to abhi mein jo jo keh raha hoon ke right dichotomy to us woh apne aap nahi mil jati, woh apni aql ko istemal kar ke milti hai.</w:t>
      </w:r>
    </w:p>
    <w:p>
      <w:pPr>
        <w:jc w:val="right"/>
      </w:pPr>
      <w:r>
        <w:t>نہیں تو آپ جان نہیں سکتے اس کو۔ تو ابھی میں جو جو کہہ رہا ہوں کہ رائٹ ڈائیکاٹمی تو اس وہ اپنے آپ نہیں مل جاتی، وہ اپنی عقل کو استعمال کر کے ملتی ہے۔</w:t>
      </w:r>
    </w:p>
    <w:p>
      <w:r>
        <w:rPr>
          <w:b/>
        </w:rPr>
        <w:t xml:space="preserve">[57:00] </w:t>
      </w:r>
      <w:r>
        <w:t>hamare aik sahab thay, woh kuch un ko pareshani pari to unhone suicide kar liya, woh pul kha liya unhone.</w:t>
      </w:r>
    </w:p>
    <w:p>
      <w:pPr>
        <w:jc w:val="right"/>
      </w:pPr>
      <w:r>
        <w:t>ہمارے ایک صاحب تھے، وہ کچھ ان کو پریشانی پڑی تو انہوں نے سوسائیڈ کر لیا، وہ پل کھا لیا انہوں نے۔</w:t>
      </w:r>
    </w:p>
    <w:p>
      <w:r>
        <w:rPr>
          <w:b/>
        </w:rPr>
        <w:t xml:space="preserve">[57:10] </w:t>
      </w:r>
      <w:r>
        <w:t>ab woh ittefaq se bach gaye, woh koi doctor hakim aa gaya aur jaldi se unhone kuch un ko bacha liya. is ko is ke baad wahi aadmi jo apne ko samajhta tha ke mein to fail ho gaya zindagi mein, mujhe dunya mein kuch nahi milne wala hai,</w:t>
      </w:r>
    </w:p>
    <w:p>
      <w:pPr>
        <w:jc w:val="right"/>
      </w:pPr>
      <w:r>
        <w:t>اب وہ اتفاق سے بچ گئے، وہ کوئی ڈاکٹر حکیم آ گیا اور جلدی سے انہوں نے کچھ ان کو بچا لیا۔ اس کو اس کے بعد وہی آدمی جو اپنے کو سمجھتا تھا کہ میں تو فیل ہو گیا زندگی میں، مجھے دنیا میں کچھ نہیں ملنے والا ہے،</w:t>
      </w:r>
    </w:p>
    <w:p>
      <w:r>
        <w:rPr>
          <w:b/>
        </w:rPr>
        <w:t xml:space="preserve">[57:23] </w:t>
      </w:r>
      <w:r>
        <w:t>mein aik bilkul mera case failure ka case hai, wahi aadmi hero ban gaya baat ko.</w:t>
      </w:r>
    </w:p>
    <w:p>
      <w:pPr>
        <w:jc w:val="right"/>
      </w:pPr>
      <w:r>
        <w:t>میں ایک بالکل میرا کیس فیلیر کا کیس ہے، وہی آدمی ہیرو بن گیا بات کو۔</w:t>
      </w:r>
    </w:p>
    <w:p>
      <w:r>
        <w:rPr>
          <w:b/>
        </w:rPr>
        <w:t xml:space="preserve">[57:32] </w:t>
      </w:r>
      <w:r>
        <w:t>to ghusucide se pehle jo us ke mind ki halat thi, us mein woh discover na kar saka ke mera kya potential chupa hua hai, mere andar kya potential hai.</w:t>
      </w:r>
    </w:p>
    <w:p>
      <w:pPr>
        <w:jc w:val="right"/>
      </w:pPr>
      <w:r>
        <w:t>تو گھسوسائیڈ سے پہلے جو اس کے مائنڈ کی حالت تھی، اس میں وہ ڈسکور نہ کر سکا کہ میرا کیا پوٹینشل چھپا ہوا ہے، میرے اندر کیا پوٹینشل ہے۔</w:t>
      </w:r>
    </w:p>
    <w:p>
      <w:r>
        <w:rPr>
          <w:b/>
        </w:rPr>
        <w:t xml:space="preserve">[57:43] </w:t>
      </w:r>
      <w:r>
        <w:t>woh to compulsory us ke samne aya. to yaad rakhiye, potential tor par jo cheez aap ke andar hai, us ki janne ke liye aap ko apni aql ko istemal karna pare ga.</w:t>
      </w:r>
    </w:p>
    <w:p>
      <w:pPr>
        <w:jc w:val="right"/>
      </w:pPr>
      <w:r>
        <w:t>وہ تو کمپلسری اس کے سامنے آیا۔ تو یاد رکھیے، پوٹینشل طور پر جو چیز آپ کے اندر ہے، اس کی جاننے کے لیے آپ کو اپنی عقل کو استعمال کرنا پڑے گا۔</w:t>
      </w:r>
    </w:p>
    <w:p>
      <w:r>
        <w:rPr>
          <w:b/>
        </w:rPr>
        <w:t xml:space="preserve">[57:55] </w:t>
      </w:r>
      <w:r>
        <w:t>agar aap apni aql ko salaye rakhen to aap jo cheez potentially aap ke liye maujood hai, wo aap us ko daryaft nahi kar sakenge. is liye aap us ko avail bhi nahi kar payenge.</w:t>
      </w:r>
    </w:p>
    <w:p>
      <w:pPr>
        <w:jc w:val="right"/>
      </w:pPr>
      <w:r>
        <w:t>اگر آپ اپنی عقل کو سلائے رکھیں تو آپ جو چیز پوٹینشلی آپ کے لیے موجود ہے، وہ آپ اس کو دریافت نہیں کر سکیں گے۔ اس لیے آپ اس کو اویل بھی نہیں کر پائیں گے۔</w:t>
      </w:r>
    </w:p>
    <w:p>
      <w:r>
        <w:rPr>
          <w:b/>
        </w:rPr>
        <w:t xml:space="preserve">[58:06] </w:t>
      </w:r>
      <w:r>
        <w:t>potential ko avail karne ke liye aql chahiye. jo actual hai, us ko avail karna kya hai? wo to hai hi apne aap hi hai. wo</w:t>
      </w:r>
    </w:p>
    <w:p>
      <w:pPr>
        <w:jc w:val="right"/>
      </w:pPr>
      <w:r>
        <w:t>پوٹینشل کو اویل کرنے کے لیے عقل چاہیے۔ جو ایکچول ہے، اس کو اویل کرنا کیا ہے؟ وہ تو ہے ہی اپنے آپ ہی ہے۔ وہ</w:t>
      </w:r>
    </w:p>
    <w:p>
      <w:r>
        <w:rPr>
          <w:b/>
        </w:rPr>
        <w:t xml:space="preserve">[58:16] </w:t>
      </w:r>
      <w:r>
        <w:t>potential, potential ko avail karne ke liye aql chahiye. is ko achi tarah samajh lijie.</w:t>
      </w:r>
    </w:p>
    <w:p>
      <w:pPr>
        <w:jc w:val="right"/>
      </w:pPr>
      <w:r>
        <w:t>پوٹینشل، پوٹینشل کو اویل کرنے کے لیے عقل چاہیے۔ اس کو اچھی طرح سمجھ لیجئے۔</w:t>
      </w:r>
    </w:p>
    <w:p>
      <w:r>
        <w:rPr>
          <w:b/>
        </w:rPr>
        <w:t xml:space="preserve">[58:23] </w:t>
      </w:r>
      <w:r>
        <w:t>teesri cheez jo maine arz ki wo hai ke ke hamesha yaad rakhiye, is dunya ke liye Khuda ka qanoon yeh hai ke har disadvantage mein ek advantage chupa hua hai.</w:t>
      </w:r>
    </w:p>
    <w:p>
      <w:pPr>
        <w:jc w:val="right"/>
      </w:pPr>
      <w:r>
        <w:t>تیسری چیز جو میں نے عرض کی وہ ہے کہ کہ ہمیشہ یاد رکھیے، اس دنیا کے لیے خدا کا قانون یہ ہے کہ ہر ڈس ایڈوانٹیج میں ایک ایڈوانٹیج چھپا ہوا ہے۔</w:t>
      </w:r>
    </w:p>
    <w:p>
      <w:r>
        <w:rPr>
          <w:b/>
        </w:rPr>
        <w:t xml:space="preserve">[58:39] </w:t>
      </w:r>
      <w:r>
        <w:t>jaisa ke maine apni zindagi ki kai baaten bataeen,</w:t>
      </w:r>
    </w:p>
    <w:p>
      <w:pPr>
        <w:jc w:val="right"/>
      </w:pPr>
      <w:r>
        <w:t>جیسا کہ میں نے اپنی زندگی کی کئی باتیں بتائیں،</w:t>
      </w:r>
    </w:p>
    <w:p>
      <w:r>
        <w:rPr>
          <w:b/>
        </w:rPr>
        <w:t xml:space="preserve">[58:46] </w:t>
      </w:r>
      <w:r>
        <w:t>har disadvantage mein ek advantage chupa hua hai.</w:t>
      </w:r>
    </w:p>
    <w:p>
      <w:pPr>
        <w:jc w:val="right"/>
      </w:pPr>
      <w:r>
        <w:t>ہر ڈس ڈس ایڈوانٹیج میں ایک ایڈوانٹیج چھپا ہوا ہے۔</w:t>
      </w:r>
    </w:p>
    <w:p>
      <w:r>
        <w:rPr>
          <w:b/>
        </w:rPr>
        <w:t xml:space="preserve">[58:52] </w:t>
      </w:r>
      <w:r>
        <w:t>to jab bhi aap apne aap ko payen is halat mein ke aap ke halaat mein kuch yani</w:t>
      </w:r>
    </w:p>
    <w:p>
      <w:pPr>
        <w:jc w:val="right"/>
      </w:pPr>
      <w:r>
        <w:t>تو جب بھی آپ اپنے آپ کو پائیں اس حالت میں کہ آپ کے حالات میں کچھ یعنی</w:t>
      </w:r>
    </w:p>
    <w:p>
      <w:r>
        <w:rPr>
          <w:b/>
        </w:rPr>
        <w:t xml:space="preserve">[59:02] </w:t>
      </w:r>
      <w:r>
        <w:t>kuch hope nahi nazar aata hai aap ko, aap apne aap ko samajhte hain ke main to fail ho gaya zindagi mein, tab bhi yeh samajh lijie ke abhi kuch aur yani zindagi ke kuch aur chapter baqi hain.</w:t>
      </w:r>
    </w:p>
    <w:p>
      <w:pPr>
        <w:jc w:val="right"/>
      </w:pPr>
      <w:r>
        <w:t>کچھ ہوپ نہیں نظر آتا ہے آپ کو، آپ اپنے آپ کو سمجھتے ہیں کہ میں تو فیل ہو گیا زندگی میں، تب بھی یہ سمجھ لیجئے کہ ابھی کچھ اور یعنی زندگی کے کچھ اور چیپٹر باقی ہیں۔</w:t>
      </w:r>
    </w:p>
    <w:p>
      <w:r>
        <w:rPr>
          <w:b/>
        </w:rPr>
        <w:t xml:space="preserve">[59:15] </w:t>
      </w:r>
      <w:r>
        <w:t>wo chapter mein agar khol sakoon to wahan mujhe bright future dikhai dega. bright future mil jayega.</w:t>
      </w:r>
    </w:p>
    <w:p>
      <w:pPr>
        <w:jc w:val="right"/>
      </w:pPr>
      <w:r>
        <w:t>وہ چیپٹر میں اگر کھول سکوں تو وہاں مجھے برائٹ فیوچر دکھائی دے گا۔ برائٹ فیوچر مل جائے گا۔</w:t>
      </w:r>
    </w:p>
    <w:p>
      <w:r>
        <w:rPr>
          <w:b/>
        </w:rPr>
        <w:t xml:space="preserve">[59:22] </w:t>
      </w:r>
      <w:r>
        <w:t>zindagi ki kitab dekhen, kabhi bhi khatam nahi hoti. zindagi ki kitab jo hai, zindagi ki jo book hai, wo itni bari hoti hai, bari kabhi khatam nahi hoti.</w:t>
      </w:r>
    </w:p>
    <w:p>
      <w:pPr>
        <w:jc w:val="right"/>
      </w:pPr>
      <w:r>
        <w:t>زندگی کی کتاب دیکھیں، کبھی بھی ختم نہیں ہوتی۔ زندگی کی کتاب جو ہے، زندگی کی جو بک ہے، وہ اتنی بڑی ہوتی ہے، بڑی کبھی ختم نہیں ہوتی۔</w:t>
      </w:r>
    </w:p>
    <w:p>
      <w:r>
        <w:rPr>
          <w:b/>
        </w:rPr>
        <w:t xml:space="preserve">[59:32] </w:t>
      </w:r>
      <w:r>
        <w:t>wo aaj ek chapter agar dekhen, aap ko is chapter mein to kuch nahi tha mere liye. agla chapter kholiye, kuch bhi nahi khulega.</w:t>
      </w:r>
    </w:p>
    <w:p>
      <w:pPr>
        <w:jc w:val="right"/>
      </w:pPr>
      <w:r>
        <w:t>وہ آج ایک چیپٹر اگر دیکھیں، آپ کو اس چیپٹر میں تو کچھ نہیں تھا میرے لیے۔ اگلا چیپٹر کھولیے، کچھ بھی نہیں کھلے گا۔</w:t>
      </w:r>
    </w:p>
    <w:p>
      <w:r>
        <w:rPr>
          <w:b/>
        </w:rPr>
        <w:t xml:space="preserve">[59:40] </w:t>
      </w:r>
      <w:r>
        <w:t>phir teesra chapter kholiye to zindagi jo hai, kabhi bhi aisa nahi ho sakta hai, impossible hai.</w:t>
      </w:r>
    </w:p>
    <w:p>
      <w:pPr>
        <w:jc w:val="right"/>
      </w:pPr>
      <w:r>
        <w:t>پھر تیسرا چیپٹر کھولیے تو زندگی جو ہے، کبھی بھی ایسا نہیں ہو سکتا ہے، امپاسیبل ہے۔</w:t>
      </w:r>
    </w:p>
    <w:p>
      <w:r>
        <w:rPr>
          <w:b/>
        </w:rPr>
        <w:t xml:space="preserve">[59:49] </w:t>
      </w:r>
      <w:r>
        <w:t>law of nature ke mutabiq</w:t>
      </w:r>
    </w:p>
    <w:p>
      <w:pPr>
        <w:jc w:val="right"/>
      </w:pPr>
      <w:r>
        <w:t>لاء آف نیچر کے مطابق</w:t>
      </w:r>
    </w:p>
    <w:p>
      <w:r>
        <w:rPr>
          <w:b/>
        </w:rPr>
        <w:t xml:space="preserve">[59:53] </w:t>
      </w:r>
      <w:r>
        <w:t>ke darkness mein khatam ho jaye. har darkness ko khatam hona hai aur phir us ke baad subah ko aana hai.</w:t>
      </w:r>
    </w:p>
    <w:p>
      <w:pPr>
        <w:jc w:val="right"/>
      </w:pPr>
      <w:r>
        <w:t>کہ ڈارکنس میں ختم ہو جائے۔ ہر ڈارکنس کو ختم ہونا ہے اور پھر اس کے بعد صبح کو آنا ہے۔</w:t>
      </w:r>
    </w:p>
    <w:p>
      <w:r>
        <w:rPr>
          <w:b/>
        </w:rPr>
        <w:t xml:space="preserve">[1:00:01] </w:t>
      </w:r>
      <w:r>
        <w:t>wo jo ek astronaut jo gaya tha upar pehli bar aur us ne zameen ke upar wo ura tha, bohat upar ja kar ke.</w:t>
      </w:r>
    </w:p>
    <w:p>
      <w:pPr>
        <w:jc w:val="right"/>
      </w:pPr>
      <w:r>
        <w:t>وہ جو ایک اسٹرانور جو گیا تھا اوپر پہلی بار اور اس نے زمین کے اوپر وہ اڑا تھا، بہت اوپر جا کر کے۔</w:t>
      </w:r>
    </w:p>
    <w:p>
      <w:r>
        <w:rPr>
          <w:b/>
        </w:rPr>
        <w:t xml:space="preserve">[1:00:16] </w:t>
      </w:r>
      <w:r>
        <w:t>to us ne jo aane ke baad jo report di thi to us mein se ek sentence yeh tha ke "I saw rapid section of light and darkness on the on the surface of earth".</w:t>
      </w:r>
    </w:p>
    <w:p>
      <w:pPr>
        <w:jc w:val="right"/>
      </w:pPr>
      <w:r>
        <w:t>تو اس نے جو آنے کے بعد جو رپورٹ دی تھی تو اس میں سے ایک سینٹنس یہ تھا کہ "آئی ساہ ریپڈ سیکشن آف لائٹ اینڈ ڈارکنس ان دا ان دا سرفس آف ارتھ"۔</w:t>
      </w:r>
    </w:p>
    <w:p>
      <w:r>
        <w:rPr>
          <w:b/>
        </w:rPr>
        <w:t xml:space="preserve">[1:00:37] </w:t>
      </w:r>
      <w:r>
        <w:t>aisa kuch tha ke zameen ke upar maine roshni aur tareeki ka ek rapid section dekha. ya tareeki aa rahi hai, roshni aa rahi hai, tareeki aa rahi hai, roshni aa rahi hai.</w:t>
      </w:r>
    </w:p>
    <w:p>
      <w:pPr>
        <w:jc w:val="right"/>
      </w:pPr>
      <w:r>
        <w:t>ایسا کچھ تھا کہ زمین کے اوپر میں نے روشنی اور تاریکی کا ایک ریپڈ سیکشن دیکھا۔ یا تاریکی آ رہی ہے، روشنی آ رہی ہے، تاریکی آ رہی ہے، روشنی آ رہی ہے۔</w:t>
      </w:r>
    </w:p>
    <w:p>
      <w:r>
        <w:rPr>
          <w:b/>
        </w:rPr>
        <w:t xml:space="preserve">[1:00:48] </w:t>
      </w:r>
      <w:r>
        <w:t>ek ke baad ek ke baad ek, yani tareeki aayi, phir roshni aa gayi, roshni gayi, phir tareeki aa gayi.</w:t>
      </w:r>
    </w:p>
    <w:p>
      <w:pPr>
        <w:jc w:val="right"/>
      </w:pPr>
      <w:r>
        <w:t>ایک کے بعد ایک کے بعد ایک، یعنی تاریکی آئی، پھر روشنی آ گئی، روشنی گئی، پھر تاریکی آ گئی۔</w:t>
      </w:r>
    </w:p>
    <w:p>
      <w:r>
        <w:rPr>
          <w:b/>
        </w:rPr>
        <w:t xml:space="preserve">[1:00:56] </w:t>
      </w:r>
      <w:r>
        <w:t>to zindagi isi ka naam hai. to us ne yeh kaha tha ke "I saw rapid section of yani darkness and light in the earth".</w:t>
      </w:r>
    </w:p>
    <w:p>
      <w:pPr>
        <w:jc w:val="right"/>
      </w:pPr>
      <w:r>
        <w:t>تو زندگی اسی کا نام ہے۔ تو اس نے یہ کہا تھا کہ "آئی ساہ ریپڈ سیکشن آف یعنی ڈارکنس اینڈ لائٹ ان دی ارتھ"۔</w:t>
      </w:r>
    </w:p>
    <w:p>
      <w:r>
        <w:rPr>
          <w:b/>
        </w:rPr>
        <w:t xml:space="preserve">[1:01:09] </w:t>
      </w:r>
      <w:r>
        <w:t>aisa kuch wording thi us ki. to zindagi naam hai isi baat ka. har disadvantage, har disadvantage ke baad ek advantage aata hai.</w:t>
      </w:r>
    </w:p>
    <w:p>
      <w:pPr>
        <w:jc w:val="right"/>
      </w:pPr>
      <w:r>
        <w:t>ایسی کچھ ورڈنگ تھی اس کی۔ تو زندگی نام ہے اسی بات کا۔ ہر ڈسوارڈ، ہر ڈس ایڈوانٹیج کے بعد ایک ایڈوانٹیج آتا ہے۔</w:t>
      </w:r>
    </w:p>
    <w:p>
      <w:r>
        <w:rPr>
          <w:b/>
        </w:rPr>
        <w:t xml:space="preserve">[1:01:18] </w:t>
      </w:r>
      <w:r>
        <w:t>har minus point ke baad ek ek is mein plus point nikal aata hai.</w:t>
      </w:r>
    </w:p>
    <w:p>
      <w:pPr>
        <w:jc w:val="right"/>
      </w:pPr>
      <w:r>
        <w:t>ہر مائنس پوائنٹ کے بعد ایک ایک اس میں پلس پوائنٹ نکل آتا ہے۔</w:t>
      </w:r>
    </w:p>
    <w:p>
      <w:r>
        <w:rPr>
          <w:b/>
        </w:rPr>
        <w:t xml:space="preserve">[1:01:26] </w:t>
      </w:r>
      <w:r>
        <w:t>to zindagi mein aap ke liye kabhi bhi nirasha hone ki zaroorat nahi hai. sirf yeh hai ke aap apni aql ko activate karen, gehrai mein sochen</w:t>
      </w:r>
    </w:p>
    <w:p>
      <w:pPr>
        <w:jc w:val="right"/>
      </w:pPr>
      <w:r>
        <w:t>تو زندگی میں آپ کے لیے کبھی بھی نراشہ ہونے کی ضرورت نہیں ہے۔ صرف یہ ہے کہ آپ اپنی عقل کو ایکٹیویٹ کریں، گہرائی میں سوچیں</w:t>
      </w:r>
    </w:p>
    <w:p>
      <w:r>
        <w:rPr>
          <w:b/>
        </w:rPr>
        <w:t xml:space="preserve">[1:01:39] </w:t>
      </w:r>
      <w:r>
        <w:t>aur is is is baat ko dhyan se nikal den ke jo present hai, wo eternal hai. wo present jo badalne wala nahi hai.</w:t>
      </w:r>
    </w:p>
    <w:p>
      <w:pPr>
        <w:jc w:val="right"/>
      </w:pPr>
      <w:r>
        <w:t>اور اس اس اس بات کو دھیان سے نکال دیں کہ جو پریزنٹ ہے، وہ ایٹرنل ہے۔ وہ پریزنٹ جو بدلنے والا نہیں ہے۔</w:t>
      </w:r>
    </w:p>
    <w:p>
      <w:r>
        <w:rPr>
          <w:b/>
        </w:rPr>
        <w:t xml:space="preserve">[1:01:48] </w:t>
      </w:r>
      <w:r>
        <w:t>har present badalta hai, phir naya ek naya future samne aata hai.</w:t>
      </w:r>
    </w:p>
    <w:p>
      <w:pPr>
        <w:jc w:val="right"/>
      </w:pPr>
      <w:r>
        <w:t>ہر پریزنٹ بدلتا ہے، پھر نیا ایک نیا فیوچر سامنے آتا ہے۔</w:t>
      </w:r>
    </w:p>
    <w:p>
      <w:r>
        <w:rPr>
          <w:b/>
        </w:rPr>
        <w:t xml:space="preserve">[1:01:53] </w:t>
      </w:r>
      <w:r>
        <w:t>yeh chand baaten thin jo</w:t>
      </w:r>
    </w:p>
    <w:p>
      <w:pPr>
        <w:jc w:val="right"/>
      </w:pPr>
      <w:r>
        <w:t>یہ چند باتیں تھیں جو</w:t>
      </w:r>
    </w:p>
    <w:p>
      <w:r>
        <w:rPr>
          <w:b/>
        </w:rPr>
        <w:t xml:space="preserve">[1:01:59] </w:t>
      </w:r>
      <w:r>
        <w:t>mein ne aap ki khidmat mein arz keen aur mera yeh experience hai</w:t>
      </w:r>
    </w:p>
    <w:p>
      <w:pPr>
        <w:jc w:val="right"/>
      </w:pPr>
      <w:r>
        <w:t>میں نے آپ کی خدمت میں عرض کیں اور میرا یہ ایکسپیرینس ہے</w:t>
      </w:r>
    </w:p>
    <w:p>
      <w:r>
        <w:rPr>
          <w:b/>
        </w:rPr>
        <w:t xml:space="preserve">[1:02:12] </w:t>
      </w:r>
      <w:r>
        <w:t>keh jis tarah se God unlimited hai, usi tarah se is ne insaan ke liye scope, scope bhi unlimited bana diye hain.</w:t>
      </w:r>
    </w:p>
    <w:p>
      <w:pPr>
        <w:jc w:val="right"/>
      </w:pPr>
      <w:r>
        <w:t>کہ جس طرح سے گاڈ ان لمیٹڈ ہے، اسی طرح سے اس نے انسان کے لیے سکوپ، سکوپ بھی ان لمیٹڈ بنا دیے ہیں۔</w:t>
      </w:r>
    </w:p>
    <w:p>
      <w:r>
        <w:rPr>
          <w:b/>
        </w:rPr>
        <w:t xml:space="preserve">[1:02:22] </w:t>
      </w:r>
      <w:r>
        <w:t>aap jante hain, God unlimited hai, God ki koi limitation nahin. Is God ne jo dunya create ki hai, is mein jo scope rakh diya hai, woh scope bhi unlimited hai.</w:t>
      </w:r>
    </w:p>
    <w:p>
      <w:pPr>
        <w:jc w:val="right"/>
      </w:pPr>
      <w:r>
        <w:t>آپ جانتے ہیں، گاڈ ان لمیٹڈ ہے، گاڈ کی کوئی لیمیٹیشن نہیں۔ اس گاڈ نے جو دنیا کریٹ کی ہے، اس میں جو سکوپ رکھ دیا ہے، وہ سکوپ بھی ان لمیٹڈ ہے۔</w:t>
      </w:r>
    </w:p>
    <w:p>
      <w:r>
        <w:rPr>
          <w:b/>
        </w:rPr>
        <w:t xml:space="preserve">[1:02:38] </w:t>
      </w:r>
      <w:r>
        <w:t>God jis tarah unlimited hai, usi tarah scopes bhi hamare liye unlimited hain.</w:t>
      </w:r>
    </w:p>
    <w:p>
      <w:pPr>
        <w:jc w:val="right"/>
      </w:pPr>
      <w:r>
        <w:t>گاڈ جس طرح ان لمیٹڈ ہے، اسی طرح سکوپس بھی ہمارے لیے ان لمیٹڈ ہیں۔</w:t>
      </w:r>
    </w:p>
    <w:p>
      <w:r>
        <w:rPr>
          <w:b/>
        </w:rPr>
        <w:t xml:space="preserve">[1:02:42] </w:t>
      </w:r>
      <w:r>
        <w:t>itni bari baat hai yeh keh is se bari baat aur kya ho sakti hai? To aap is ko avail kijiye, is unlimited scope ko aur mind jo Khuda ne diya hai, woh bhi unlimited hai.</w:t>
      </w:r>
    </w:p>
    <w:p>
      <w:pPr>
        <w:jc w:val="right"/>
      </w:pPr>
      <w:r>
        <w:t>اتنی بڑی بات ہے یہ کہ اس سے بڑی بات اور کیا ہو سکتی ہے؟ تو آپ اس کو اویل کیجئے، اس ان لمیٹڈ سکوپ کو اور مائنڈ جو خدا نے دیا ہے، وہ بھی ان لمیٹڈ ہے۔</w:t>
      </w:r>
    </w:p>
    <w:p>
      <w:r>
        <w:rPr>
          <w:b/>
        </w:rPr>
        <w:t xml:space="preserve">[1:02:59] </w:t>
      </w:r>
      <w:r>
        <w:t>mind ki capacity itni zyada hai keh aaj tak koi samajh nahin saka is ko keh kitna bara mind hai.</w:t>
      </w:r>
    </w:p>
    <w:p>
      <w:pPr>
        <w:jc w:val="right"/>
      </w:pPr>
      <w:r>
        <w:t>مائنڈ کی کیپیسٹی اتنی زیادہ ہے کہ آج تک کوئی سمجھ نہیں سکا اس کو کہ کتنا بڑا مائنڈ ہے۔</w:t>
      </w:r>
    </w:p>
    <w:p>
      <w:r>
        <w:rPr>
          <w:b/>
        </w:rPr>
        <w:t xml:space="preserve">[1:03:06] </w:t>
      </w:r>
      <w:r>
        <w:t>koi bhi super super computer aap ke mind ke barabar nahin ho sakta hai.</w:t>
      </w:r>
    </w:p>
    <w:p>
      <w:pPr>
        <w:jc w:val="right"/>
      </w:pPr>
      <w:r>
        <w:t>کوئی بھی سپر سپر کمپیوٹر آپ کے مائنڈ کے برابر نہیں ہو سکتا ہے۔</w:t>
      </w:r>
    </w:p>
    <w:p>
      <w:r>
        <w:rPr>
          <w:b/>
        </w:rPr>
        <w:t xml:space="preserve">[1:03:14] </w:t>
      </w:r>
      <w:r>
        <w:t>to zindagi mein</w:t>
      </w:r>
    </w:p>
    <w:p>
      <w:pPr>
        <w:jc w:val="right"/>
      </w:pPr>
      <w:r>
        <w:t>تو زندگی میں</w:t>
      </w:r>
    </w:p>
    <w:p>
      <w:r>
        <w:rPr>
          <w:b/>
        </w:rPr>
        <w:t xml:space="preserve">[1:03:20] </w:t>
      </w:r>
      <w:r>
        <w:t>yani sochi samjhi zindagi guzarna seekhiye.</w:t>
      </w:r>
    </w:p>
    <w:p>
      <w:pPr>
        <w:jc w:val="right"/>
      </w:pPr>
      <w:r>
        <w:t>یعنی سوچی سمجھی زندگی گزارنا سیکھیے۔</w:t>
      </w:r>
    </w:p>
    <w:p>
      <w:r>
        <w:rPr>
          <w:b/>
        </w:rPr>
        <w:t xml:space="preserve">[1:03:26] </w:t>
      </w:r>
      <w:r>
        <w:t>blindness ke sath dunya mein na rahiye, warna yeh dunya bhi aap ki fail ho jaye gi aur is ke baad jo doosri dunya aanay aanay wali hai, wahan bhi aap fail ho jayen ge.</w:t>
      </w:r>
    </w:p>
    <w:p>
      <w:pPr>
        <w:jc w:val="right"/>
      </w:pPr>
      <w:r>
        <w:t>بلائنڈنس کے ساتھ دنیا میں نہ رہیے، ورنہ یہ دنیا بھی آپ کی فیل ہو جائے گی اور اس کے بعد جو دوسری دنیا آنے آنے والی ہے، وہاں بھی آپ فیل ہو جائیں گے۔</w:t>
      </w:r>
    </w:p>
    <w:p>
      <w:r>
        <w:rPr>
          <w:b/>
        </w:rPr>
        <w:t xml:space="preserve">[1:03:37] </w:t>
      </w:r>
      <w:r>
        <w:t>to yeh jo is se pehle mein ne arz kiya hai keh hamari jo life span hai, woh death par khatam nahin hota hai. Jis tarah se iceberg hota hai, iceberg ka aik tip dikhaya jata hai, oopar baqi sara jo is ka body hai, woh samundar mein chupa hota hai.</w:t>
      </w:r>
    </w:p>
    <w:p>
      <w:pPr>
        <w:jc w:val="right"/>
      </w:pPr>
      <w:r>
        <w:t>تو یہ جو اس سے پہلے میں نے عرض کیا ہے کہ ہماری جو لائف اسپین ہے، وہ ڈیتھ پر ختم نہیں ہوتا ہے۔ جس طرح سے آئس برگ ہوتا ہے، آئس برگ کا ایک ٹپ دکھایا جاتا ہے، اوپر باقی سارا جو اس کا باڈی ہے، وہ سمندر میں چھپا ہوتا ہے۔</w:t>
      </w:r>
    </w:p>
    <w:p>
      <w:r>
        <w:rPr>
          <w:b/>
        </w:rPr>
        <w:t xml:space="preserve">[1:03:56] </w:t>
      </w:r>
      <w:r>
        <w:t>to yeh life, yeh jo hamara life span is dunya mein hai, woh to bohat chota hai. Woh sara bara jo hai, woh is death period mein hai.</w:t>
      </w:r>
    </w:p>
    <w:p>
      <w:pPr>
        <w:jc w:val="right"/>
      </w:pPr>
      <w:r>
        <w:t>تو یہ لائف، یہ جو ہمارا لائف اسپین اس دنیا میں ہے، وہ تو بہت چھوٹا ہے۔ وہ سارا بڑا جو ہے، وہ اس ڈیتھ پیریڈ میں ہے۔</w:t>
      </w:r>
    </w:p>
    <w:p>
      <w:r>
        <w:rPr>
          <w:b/>
        </w:rPr>
        <w:t xml:space="preserve">[1:04:07] </w:t>
      </w:r>
      <w:r>
        <w:t>to hamein dono hi, yahan bhi, wahan bhi, dono jagah success lena hai. To poore life span mein success panay ke liye zaroori hai keh aap ne mind ko activate karein,</w:t>
      </w:r>
    </w:p>
    <w:p>
      <w:pPr>
        <w:jc w:val="right"/>
      </w:pPr>
      <w:r>
        <w:t>تو ہمیں دونوں ہی، یہاں بھی، وہاں بھی، دونوں جگہ سکسیس لینا ہے۔ تو پورے لائف اسپین میں سکسیس پانے کے لیے ضروری ہے کہ آپ نے مائنڈ کو ایکٹیویٹ کریں،</w:t>
      </w:r>
    </w:p>
    <w:p>
      <w:r>
        <w:rPr>
          <w:b/>
        </w:rPr>
        <w:t xml:space="preserve">[1:04:21] </w:t>
      </w:r>
      <w:r>
        <w:t>sochi samjhi zindagi guzarein aur God ke creation plan ko samjhein. Aur inshallah aap ke liye yahan bhi success hai, wahan bhi success hai.</w:t>
      </w:r>
    </w:p>
    <w:p>
      <w:pPr>
        <w:jc w:val="right"/>
      </w:pPr>
      <w:r>
        <w:t>سوچی سمجھی زندگی گزاریں اور گاڈ کے کریشن پلان کو سمجھیں۔ اور انشاءاللہ آپ کے لیے یہاں بھی سکسیس ہے، وہاں بھی سکسیس ہے۔</w:t>
      </w:r>
    </w:p>
    <w:p>
      <w:r>
        <w:rPr>
          <w:b/>
        </w:rPr>
        <w:t xml:space="preserve">[1:04:35] </w:t>
      </w:r>
      <w:r>
        <w:t>aqool qooli haza wastaghfirullaha li walim ajmaeen.</w:t>
      </w:r>
    </w:p>
    <w:p>
      <w:pPr>
        <w:jc w:val="right"/>
      </w:pPr>
      <w:r>
        <w:t>اقول قولیھذا واستغفراللہ علی ولم اجمعین۔</w:t>
      </w:r>
    </w:p>
    <w:p>
      <w:r>
        <w:rPr>
          <w:b/>
        </w:rPr>
        <w:t xml:space="preserve">[1:04:54] </w:t>
      </w:r>
      <w:r>
        <w:t>ah, this question is from Aisha. It is often said: "Truth is God" or "God is Truth".</w:t>
      </w:r>
    </w:p>
    <w:p>
      <w:pPr>
        <w:jc w:val="right"/>
      </w:pPr>
      <w:r>
        <w:t>اہ، دس کوئسچن از فرام عائشہ۔ اٹ از افن سیڈ: "ٹرuth از گاڈ" اور "گاڈ از ٹروتھ"۔</w:t>
      </w:r>
    </w:p>
    <w:p>
      <w:r>
        <w:rPr>
          <w:b/>
        </w:rPr>
        <w:t xml:space="preserve">[1:05:02] </w:t>
      </w:r>
      <w:r>
        <w:t>how are truth and God related?</w:t>
      </w:r>
    </w:p>
    <w:p>
      <w:pPr>
        <w:jc w:val="right"/>
      </w:pPr>
      <w:r>
        <w:t>ہاؤ ار ٹروتھ اینڈ گاڈ ریلیٹڈ؟</w:t>
      </w:r>
    </w:p>
    <w:p>
      <w:r>
        <w:rPr>
          <w:b/>
        </w:rPr>
        <w:t xml:space="preserve">[1:05:08] </w:t>
      </w:r>
      <w:r>
        <w:t>dekhein, mein is concept ko theek nahin samajhta. Yeh asal mein monistic thinking jo hai, is ka yeh product hai.</w:t>
      </w:r>
    </w:p>
    <w:p>
      <w:pPr>
        <w:jc w:val="right"/>
      </w:pPr>
      <w:r>
        <w:t>دیکھیں، میں اس کانسیپٹ کو ٹھیک نہیں سمجھتا۔ یہ اصل میں مونسٹک تھنکنگ جو ہے، اس کا یہ پروڈکٹ ہے۔</w:t>
      </w:r>
    </w:p>
    <w:p>
      <w:r>
        <w:rPr>
          <w:b/>
        </w:rPr>
        <w:t xml:space="preserve">[1:05:22] </w:t>
      </w:r>
      <w:r>
        <w:t>jo log Khuda ko, yani aap jante hain keh Semitic religions mein God ko personal God mana jata hai, to personal God mein yeh concept fit nahin hota.</w:t>
      </w:r>
    </w:p>
    <w:p>
      <w:pPr>
        <w:jc w:val="right"/>
      </w:pPr>
      <w:r>
        <w:t>جو لوگ خدا کو، یعنی آپ جانتے ہیں کہ سیمیٹک ریلیجنز میں گاڈ کو پرسنل گاڈ مانا جاتا ہے، تو پرسنل گاڈ میں یہ کانسیپٹ فٹ نہیں ہوتا۔</w:t>
      </w:r>
    </w:p>
    <w:p>
      <w:r>
        <w:rPr>
          <w:b/>
        </w:rPr>
        <w:t xml:space="preserve">[1:05:35] </w:t>
      </w:r>
      <w:r>
        <w:t>yeh concept fit hota hai monistic concept mein. Wahan Khuda koi person nahin hai, woh aik preceding spirit hai, just like gravity ya cosmic rays.</w:t>
      </w:r>
    </w:p>
    <w:p>
      <w:pPr>
        <w:jc w:val="right"/>
      </w:pPr>
      <w:r>
        <w:t>یہ کانسیپٹ فٹ ہوتا ہے مونسٹک کانسیپٹ میں۔ وہاں خدا کوئی پرسن نہیں ہے، وہ ایک پرویڈنگ اسپرٹ ہے، جسٹ لائک گریویٹی یا کاسمک ریز۔</w:t>
      </w:r>
    </w:p>
    <w:p>
      <w:r>
        <w:rPr>
          <w:b/>
        </w:rPr>
        <w:t xml:space="preserve">[1:05:47] </w:t>
      </w:r>
      <w:r>
        <w:t>to wahan ke lehaz se baat bolte hain log. To mein samajhta hoon keh monistic thinking ke mutabiq to yeh theek lagta hai aap ko, lekin monotheistic thinking jo hai, us ke lehaz se yeh galat hai kyunkeh Khuda alag hai aur hum alag hain.</w:t>
      </w:r>
    </w:p>
    <w:p>
      <w:pPr>
        <w:jc w:val="right"/>
      </w:pPr>
      <w:r>
        <w:t>تو وہاں کے لحاظ سے بات بولتے ہیں لوگ۔ تو میں سمجھتا ہوں کہ مونسٹک تھنکنگ کے مطابق تو یہ ٹھیک لگتا ہے آپ کو، لیکن مونوتھیسٹک تھنکنگ جو ہے، اس کے لحاظ سے یہ غلط ہے کیونکہ خدا الگ ہے اور ہم الگ ہیں۔</w:t>
      </w:r>
    </w:p>
    <w:p>
      <w:r>
        <w:rPr>
          <w:b/>
        </w:rPr>
        <w:t xml:space="preserve">[1:06:05] </w:t>
      </w:r>
      <w:r>
        <w:t>sachai bhi Khuda se alag hai. Sachai Khuda nahin hai. Khuda apne aap mein exist karta hai aur khud sachai ko Khuda hum kahein to yeh sahi nahin hai.</w:t>
      </w:r>
    </w:p>
    <w:p>
      <w:pPr>
        <w:jc w:val="right"/>
      </w:pPr>
      <w:r>
        <w:t>سچائی بھی خدا سے الگ ہے۔ سچائی خدا نہیں ہے۔ خدا اپنے آپ میں ایگزسٹ کرتا ہے اور خود سچائی کو خدا ہم کہیں تو یہ صحیح نہیں ہے۔</w:t>
      </w:r>
    </w:p>
    <w:p>
      <w:r>
        <w:rPr>
          <w:b/>
        </w:rPr>
        <w:t xml:space="preserve">[1:06:21] </w:t>
      </w:r>
      <w:r>
        <w:t>ah, this question is from Shakeel: what does night and day represent? Please elaborate.</w:t>
      </w:r>
    </w:p>
    <w:p>
      <w:pPr>
        <w:jc w:val="right"/>
      </w:pPr>
      <w:r>
        <w:t>اہ، دس کوئسچن از فرام شکیل: واٹ ڈز نائٹ اینڈ ڈے ریپریزنٹ؟ پلیز ایلیبریٹ۔</w:t>
      </w:r>
    </w:p>
    <w:p>
      <w:r>
        <w:rPr>
          <w:b/>
        </w:rPr>
        <w:t xml:space="preserve">[1:06:31] </w:t>
      </w:r>
      <w:r>
        <w:t>dekhein, night and days, yeh raat aur din jo hain, woh aik zahir hai keh physical event hain. Physical events hain, lekin Quran ka jo concept hai, woh yeh hai keh physical world ko Khuda ne aik bana diya sign, S I G N, keh physical event mein aap ko spiritual lessons chupa diye hain.</w:t>
      </w:r>
    </w:p>
    <w:p>
      <w:pPr>
        <w:jc w:val="right"/>
      </w:pPr>
      <w:r>
        <w:t>دیکھیں، نائٹ اینڈ ڈیز، یہ رات اور دن جو ہیں، وہ ایک ظاہر ہے کہ فزیکل ایونٹ ہیں۔ فزیکل ایونٹس ہیں، لیکن قرآن کا جو کانسیپٹ ہے، وہ یہ ہے کہ فزیکل ورلڈ کو خدا نے ایک بنا دیا سائن، ایس آئی جی این، کہ فزیکل ایونٹ میں آپ کو سپریچول لیسنز چھپا دیے ہیں۔</w:t>
      </w:r>
    </w:p>
    <w:p>
      <w:r>
        <w:rPr>
          <w:b/>
        </w:rPr>
        <w:t xml:space="preserve">[1:06:54] </w:t>
      </w:r>
      <w:r>
        <w:t>yeh aap mante hain.</w:t>
      </w:r>
    </w:p>
    <w:p>
      <w:pPr>
        <w:jc w:val="right"/>
      </w:pPr>
      <w:r>
        <w:t>یہ آپ مانتے ہیں۔</w:t>
      </w:r>
    </w:p>
    <w:p>
      <w:r>
        <w:rPr>
          <w:b/>
        </w:rPr>
        <w:t xml:space="preserve">[1:06:56] </w:t>
      </w:r>
      <w:r>
        <w:t>is ko quran mein tosam kaha gaya hai. tosam ka matlab hi yahi hai ke physical experience se aap spiritual experience ko extract kar saken.</w:t>
      </w:r>
    </w:p>
    <w:p>
      <w:pPr>
        <w:jc w:val="right"/>
      </w:pPr>
      <w:r>
        <w:t>اس کو قرآن میں توسم کہا گیا ہے۔ توسم کا مطلب ہی یہی ہے کہ فزیکل ایکسپیرینس سے آپ سپریچول ایکسپیرینس کو ایکسٹریکٹ کر سکیں۔</w:t>
      </w:r>
    </w:p>
    <w:p>
      <w:r>
        <w:rPr>
          <w:b/>
        </w:rPr>
        <w:t xml:space="preserve">[1:07:08] </w:t>
      </w:r>
      <w:r>
        <w:t>to is tarah se maine kaha ke raat aur din haqeeqat mein ek physical waqeat hain, physical events hain, lekin jab is ko dekhta hai aadmi tosam ki nazar se, tosam, to is se yeh spiritual lesson leta hai ke jis tarah se raat aur din thehre hue nahin hain.</w:t>
      </w:r>
    </w:p>
    <w:p>
      <w:pPr>
        <w:jc w:val="right"/>
      </w:pPr>
      <w:r>
        <w:t>تو اس طرح سے میں نے کہا کہ رات اور دن حقیقت میں ایک فزیکل واقعات ہیں، فزیکل ایونٹس ہیں، لیکن جب اس کو دیکھتا ہے آدمی توسم کی نظر سے، توسم، تو اس سے یہ سپریچول لیسن لیتا ہے کہ جس طرح سے رات اور دن ٹھہرے ہوئے نہیں ہیں۔</w:t>
      </w:r>
    </w:p>
    <w:p>
      <w:r>
        <w:rPr>
          <w:b/>
        </w:rPr>
        <w:t xml:space="preserve">[1:07:24] </w:t>
      </w:r>
      <w:r>
        <w:t>raat aai to arz hai ke raat hi raat chali ja rahi hai, phir din aaya. aise hi meri zindagi mein jo aate hain to woh bhi aisa nahin ke museebat aa gai to museebat hi rahe gi hamesha.</w:t>
      </w:r>
    </w:p>
    <w:p>
      <w:pPr>
        <w:jc w:val="right"/>
      </w:pPr>
      <w:r>
        <w:t>رات آئی تو عرض ہے کہ رات ہی رات چلی جا رہی ہے، پھر دن آیا۔ ایسے ہی میری زندگی میں جو آتے ہیں تو وہ بھی ایسا نہیں کہ مصیبت آ گئی تو مصیبت ہی رہے گی ہمیشہ۔</w:t>
      </w:r>
    </w:p>
    <w:p>
      <w:r>
        <w:rPr>
          <w:b/>
        </w:rPr>
        <w:t xml:space="preserve">[1:07:35] </w:t>
      </w:r>
      <w:r>
        <w:t>mushkil aa gai to mushkil hi hamesha rahe gi. woh badle ga. jis tarah raat badal kar din aata hai, is tarah se meri haalat bhi badal kar ke dobara achhi haalat aai gi.</w:t>
      </w:r>
    </w:p>
    <w:p>
      <w:pPr>
        <w:jc w:val="right"/>
      </w:pPr>
      <w:r>
        <w:t>مشکل آ گئی تو مشکل ہی ہمیشہ رہے گی۔ وہ بدلے گا۔ جس طرح رات بدل کر دن آتا ہے، اس طرح سے میری حالت بھی بدل کر کے دوبارہ اچھی حالت آئے گی۔</w:t>
      </w:r>
    </w:p>
    <w:p>
      <w:r>
        <w:rPr>
          <w:b/>
        </w:rPr>
        <w:t xml:space="preserve">[1:07:46] </w:t>
      </w:r>
      <w:r>
        <w:t>yeh gaya yaani tosam ke taur par hum is se</w:t>
      </w:r>
    </w:p>
    <w:p>
      <w:pPr>
        <w:jc w:val="right"/>
      </w:pPr>
      <w:r>
        <w:t>یہ گیا یعنی توسم کے طور پر ہم اس سے</w:t>
      </w:r>
    </w:p>
    <w:p>
      <w:r>
        <w:rPr>
          <w:b/>
        </w:rPr>
        <w:t xml:space="preserve">[1:07:51] </w:t>
      </w:r>
      <w:r>
        <w:t>extract karte hain. is se ah, this question is from Bhavna Ahuja: why should a human being work on the premise that a future is going to be better than the present?</w:t>
      </w:r>
    </w:p>
    <w:p>
      <w:pPr>
        <w:jc w:val="right"/>
      </w:pPr>
      <w:r>
        <w:t>ایکسٹریکٹ کرتے ہیں۔ اس سے اہ، دس کوئسچن از فرام بھابنا اہوجا: وائی شوڈ ا ہیومن بینگ ورک ان دا پریمائس دیٹ ا فیوچر از گوئنگ ٹو بی بیٹر دین دا پریزنٹ؟</w:t>
      </w:r>
    </w:p>
    <w:p>
      <w:r>
        <w:rPr>
          <w:b/>
        </w:rPr>
        <w:t xml:space="preserve">[1:08:05] </w:t>
      </w:r>
      <w:r>
        <w:t>i believe we should try to make our present the best that we can. please elaborate.</w:t>
      </w:r>
    </w:p>
    <w:p>
      <w:pPr>
        <w:jc w:val="right"/>
      </w:pPr>
      <w:r>
        <w:t>آئی بیلیو وی شوڈ ٹرائی ٹو میک اور پریزنٹ دا بیسٹ دیٹ وی کین۔ پلیز ایلیبریٹ۔</w:t>
      </w:r>
    </w:p>
    <w:p>
      <w:r>
        <w:rPr>
          <w:b/>
        </w:rPr>
        <w:t xml:space="preserve">[1:08:11] </w:t>
      </w:r>
      <w:r>
        <w:t>dekhen, kehne ke liye to baat achha hai, lekin poori no history mein jo cheez possible na hui ho, woh aap kaise possible bana len ge?</w:t>
      </w:r>
    </w:p>
    <w:p>
      <w:pPr>
        <w:jc w:val="right"/>
      </w:pPr>
      <w:r>
        <w:t>دیکھیں، کہنے کے لیے تو بات اچھا ہے، لیکن پوری نون ہسٹری میں جو چیز پاسیبل نہ ہوئی ہو، وہ آپ کیسے پاسیبل بنا لیں گے؟</w:t>
      </w:r>
    </w:p>
    <w:p>
      <w:r>
        <w:rPr>
          <w:b/>
        </w:rPr>
        <w:t xml:space="preserve">[1:08:22] </w:t>
      </w:r>
      <w:r>
        <w:t>kaun duniya mein aisa hai jis ne present ko achha bana bana paya ho? bolte hain sab aise ek beautiful</w:t>
      </w:r>
    </w:p>
    <w:p>
      <w:pPr>
        <w:jc w:val="right"/>
      </w:pPr>
      <w:r>
        <w:t>کون دنیا میں ایسا ہے جس نے پریزنٹ کو اچھا بنا بنا پایا ہو؟ بولتے ہیں سب ایسے ایک بیوٹی فل</w:t>
      </w:r>
    </w:p>
    <w:p>
      <w:r>
        <w:rPr>
          <w:b/>
        </w:rPr>
        <w:t xml:space="preserve">[1:08:29] </w:t>
      </w:r>
      <w:r>
        <w:t>words hain yeh. jaise maine aap se kaha tha ke samdar mein ek aadmi ne yeh baat kahi hui, aur sachi baat kahi us ne ke "we want to establish perfect society, although it is the fact that we are living in utopia, it is not possible according to the history." to poori history batati hai ke jin logon ne bhi apne present ko achha banana chaha, achha nahin bana sake, woh fr</w:t>
      </w:r>
    </w:p>
    <w:p>
      <w:pPr>
        <w:jc w:val="right"/>
      </w:pPr>
      <w:r>
        <w:t>ورڈز ہیں یہ۔ جیسے میں نے آپ سے کہا تھا کہ سمڈار میں ایک آدمی نے یہ بات کہی ہوئی، اور سچی بات کہی اس نے کہ "وی وانٹ ٹو اسٹیبلش پرفیکٹ سوسائٹی، الدو اٹ از دا فیکٹ دیٹ وی آر لیونگ ان یوٹوپیا، اٹ از ناٹ پاسیبل اکارڈنگ ٹو دا ہسٹری۔" تو پوری ہسٹری بتاتی ہے کہ جن لوگوں نے بھی اپنے پریزنٹ کو اچھا بنانا چاہا، اچھا نہیں بنا سکے، وہ فر</w:t>
      </w:r>
    </w:p>
    <w:p>
      <w:r>
        <w:rPr>
          <w:b/>
        </w:rPr>
        <w:t xml:space="preserve">[1:08:57] </w:t>
      </w:r>
      <w:r>
        <w:t>st maray, woh to bolne ke liye aap boliye, lekin history se aap ko lesson lena hai to aap ko revision karna pare ga, apna reassess karna pare ga, phir se sochna pare ga.</w:t>
      </w:r>
    </w:p>
    <w:p>
      <w:pPr>
        <w:jc w:val="right"/>
      </w:pPr>
      <w:r>
        <w:t>سٹ مرے، وہ تو بولنے کے لیے آپ بولیے، لیکن ہسٹری سے آپ کو لیسن لینا ہے تو آپ کو ریویژن کرنا پڑے گا، اپنا ری ایسس کرنا پڑے گا، پھر سے سوچنا پڑے گا۔</w:t>
      </w:r>
    </w:p>
    <w:p>
      <w:r>
        <w:rPr>
          <w:b/>
        </w:rPr>
        <w:t xml:space="preserve">[1:09:08] </w:t>
      </w:r>
      <w:r>
        <w:t>bahut se log aise bolte rehte hain, yeh nahin dekhte ke history kya keh rahi hai. hamari limitations hain, is limitations ki wajah se hum apne present ko achha nahin bana paate.</w:t>
      </w:r>
    </w:p>
    <w:p>
      <w:pPr>
        <w:jc w:val="right"/>
      </w:pPr>
      <w:r>
        <w:t>بہت سے لوگ ایسے بولتے رہتے ہیں، یہ نہیں دیکھتے کہ ہسٹری کیا کہہ رہی ہے۔ ہماری لیمیٹیشنز ہیں، اس لیمیٹیشنز کی وجہ سے ہم اپنے پریزنٹ کو اچھا نہیں بنا پاتے۔</w:t>
      </w:r>
    </w:p>
    <w:p>
      <w:r>
        <w:rPr>
          <w:b/>
        </w:rPr>
        <w:t xml:space="preserve">[1:09:19] </w:t>
      </w:r>
      <w:r>
        <w:t>to yeh is baat ka ek sign hai, is baat ka ek Khuda ki taraf se ek bataya ja raha hai ke present mein tum bana hi nahin sakte woh cheez tumhare mind mein chhipi hui hai.</w:t>
      </w:r>
    </w:p>
    <w:p>
      <w:pPr>
        <w:jc w:val="right"/>
      </w:pPr>
      <w:r>
        <w:t>تو یہ اس بات کا ایک سائن ہے، اس بات کا ایک خدا کی طرف سے ایک بتایا جا رہا ہے کہ پریزنٹ میں تم بنا ہی نہیں سکتے وہ چیز تمہارے مائنڈ میں چھپی ہوئی ہے۔</w:t>
      </w:r>
    </w:p>
    <w:p>
      <w:r>
        <w:rPr>
          <w:b/>
        </w:rPr>
        <w:t xml:space="preserve">[1:09:31] </w:t>
      </w:r>
      <w:r>
        <w:t>jo yaani hamare mind mein yeh hai ke hum ek achha, achhi duniya banayen apne liye, ek ideal world banayen apne liye. to woh poori history bata rahi hai ke ko</w:t>
      </w:r>
    </w:p>
    <w:p>
      <w:pPr>
        <w:jc w:val="right"/>
      </w:pPr>
      <w:r>
        <w:t>جو یعنی ہمارے مائنڈ میں یہ ہے کہ ہم ایک اچھا، اچھی دنیا بنائیں اپنے لیے، ایک آئیڈیل ورلڈ بنائیں اپنے لیے۔ تو وہ پوری ہسٹری بتا رہی ہے کہ کو</w:t>
      </w:r>
    </w:p>
    <w:p>
      <w:r>
        <w:rPr>
          <w:b/>
        </w:rPr>
        <w:t xml:space="preserve">[1:09:44] </w:t>
      </w:r>
      <w:r>
        <w:t>i bana nahin saka. jaise quran mein hai ke "wa la'inna al insana la fi khusr" yaani history is witness that man is in loss.</w:t>
      </w:r>
    </w:p>
    <w:p>
      <w:pPr>
        <w:jc w:val="right"/>
      </w:pPr>
      <w:r>
        <w:t>ئی بنا نہیں سکا۔ جیسے قرآن میں ہے کہ "وَلَسْرَ إِنَّ الْإِنْسَانَ لَفِي خُسْرٍ" یعنی ہسٹری از وٹنس دیٹ مین از ان لاس۔</w:t>
      </w:r>
    </w:p>
    <w:p>
      <w:r>
        <w:rPr>
          <w:b/>
        </w:rPr>
        <w:t xml:space="preserve">[1:09:55] </w:t>
      </w:r>
      <w:r>
        <w:t>is ka matlab yeh hai ke jis ne present mein woh cheez chahiye jo present mein nahin rakhi gai thi, to woh loss hi loss mein raha. woh kisi ko bhi dekh li jiye, aap koi bhi XYZ, woh apne present ko woh na bana saka jo us ke mind mein chhipa hua tha, basa hua tha ke aisa mera present hona chahiye.</w:t>
      </w:r>
    </w:p>
    <w:p>
      <w:pPr>
        <w:jc w:val="right"/>
      </w:pPr>
      <w:r>
        <w:t>اس کا مطلب یہ ہے کہ جس نے پریزنٹ میں وہ چیز چاہیے جو پریزنٹ میں نہیں رکھی گئی تھی، تو وہ لاس ہی لاس میں رہا۔ وہ کسی کو بھی دیکھ لیجئے، آپ کوئی بھی ایکس وائی زیڈ، وہ اپنے پریزنٹ کو وہ نہ بنا سکا جو اس کے مائنڈ میں چھپا ہوا تھا، بسا ہوا تھا کہ ایسا میرا پریزنٹ ہونا چاہیے۔</w:t>
      </w:r>
    </w:p>
    <w:p>
      <w:r>
        <w:rPr>
          <w:b/>
        </w:rPr>
        <w:t xml:space="preserve">[1:10:16] </w:t>
      </w:r>
      <w:r>
        <w:t>main aksar ek ek scene mujhe yaad aata hai, us waqt main jaunpur mein tha, yaani partition se kuch pehle, 47 se kuch pehle.</w:t>
      </w:r>
    </w:p>
    <w:p>
      <w:pPr>
        <w:jc w:val="right"/>
      </w:pPr>
      <w:r>
        <w:t>میں اکثر ایک ایک سین مجھے یاد آتا ہے، اس وقت میں جون پور میں تھا، یعنی پارٹیشن سے کچھ پہلے، 47 سے کچھ پہلے۔</w:t>
      </w:r>
    </w:p>
    <w:p>
      <w:r>
        <w:rPr>
          <w:b/>
        </w:rPr>
        <w:t xml:space="preserve">[1:10:28] </w:t>
      </w:r>
      <w:r>
        <w:t>to wahan ek nawab yusuf the, un ka obsession yeh tha, obsession ke mere kothi ke samne bahut umda qism ka lawn ho.</w:t>
      </w:r>
    </w:p>
    <w:p>
      <w:pPr>
        <w:jc w:val="right"/>
      </w:pPr>
      <w:r>
        <w:t>تو وہاں ایک نواب یوسف تھے، ان کا ابس یہ تھا، ابسیشن کہ میرے کوٹھی کے سامنے بہت عمدہ قسم کا لان ہو۔</w:t>
      </w:r>
    </w:p>
    <w:p>
      <w:r>
        <w:rPr>
          <w:b/>
        </w:rPr>
        <w:t xml:space="preserve">[1:10:38] </w:t>
      </w:r>
      <w:r>
        <w:t>to pata nahin kitne saalon ke mehnat se unhon ne ek lawn, waqai bahut beautiful lawn tha, woh bahut hi achha lawn,</w:t>
      </w:r>
    </w:p>
    <w:p>
      <w:pPr>
        <w:jc w:val="right"/>
      </w:pPr>
      <w:r>
        <w:t>تو پتہ نہیں کتنے سالوں کے محنت سے انہوں نے ایک لان، واقعی بہت بیوٹی فل لان تھا، وہ بہت ہی اچھا لان،</w:t>
      </w:r>
    </w:p>
    <w:p>
      <w:r>
        <w:rPr>
          <w:b/>
        </w:rPr>
        <w:t xml:space="preserve">[1:10:45] </w:t>
      </w:r>
      <w:r>
        <w:t>aur partition hua. aur us baad jab riot hone lage, sab chhod ke Pakistan chale gaye. woh aaj wahan par na kothi hai na lawn hai, kisi kisi farmer ne khareed liya, us ko tod tod kar ke wahan khet bana diya.</w:t>
      </w:r>
    </w:p>
    <w:p>
      <w:pPr>
        <w:jc w:val="right"/>
      </w:pPr>
      <w:r>
        <w:t>اور پارٹیشن ہوا۔ اور اس بعد جب رائٹ ہونے لگے، سب چھوڑ کے پاکستان چلے گئے۔ وہ آج وہاں پر نہ کوٹھی ہے نہ لان ہے، کسی کسی فارمر نے خرید لیا، اس کو توڑ توڑ کر کے وہاں کھیت بنا دیا۔</w:t>
      </w:r>
    </w:p>
    <w:p>
      <w:r>
        <w:rPr>
          <w:b/>
        </w:rPr>
        <w:t xml:space="preserve">[1:11:00] </w:t>
      </w:r>
      <w:r>
        <w:t>to kya kya kaun hai jo bana pata hai?</w:t>
      </w:r>
    </w:p>
    <w:p>
      <w:pPr>
        <w:jc w:val="right"/>
      </w:pPr>
      <w:r>
        <w:t>تو کیا کیا کون ہے جو بنا پاتا ہے؟</w:t>
      </w:r>
    </w:p>
    <w:p>
      <w:r>
        <w:rPr>
          <w:b/>
        </w:rPr>
        <w:t xml:space="preserve">[1:11:05] </w:t>
      </w:r>
      <w:r>
        <w:t>is wajah se hamein reassess karna hai.</w:t>
      </w:r>
    </w:p>
    <w:p>
      <w:pPr>
        <w:jc w:val="right"/>
      </w:pPr>
      <w:r>
        <w:t>اس وجہ سے ہمیں ری ایسس کرنا ہے۔</w:t>
      </w:r>
    </w:p>
    <w:p>
      <w:r>
        <w:rPr>
          <w:b/>
        </w:rPr>
        <w:t xml:space="preserve">[1:11:08] </w:t>
      </w:r>
      <w:r>
        <w:t>poori history ka jo lesson hai, woh yahi hai: agar hum reassess na karen to is ka matlab yeh hai ke hum wahin marna chahte hain jahan doosre log mare, yaani frustration mein.</w:t>
      </w:r>
    </w:p>
    <w:p>
      <w:pPr>
        <w:jc w:val="right"/>
      </w:pPr>
      <w:r>
        <w:t>پوری ہسٹری کا جو لیسن ہے، وہ یہی ہے: اگر ہم ری ایسس نہ کریں تو اس کا مطلب یہ ہے کہ ہم وہیں مرنا چاہتے ہیں جہاں دوسرے لوگ مرے، یعنی فرسٹریشن میں۔</w:t>
      </w:r>
    </w:p>
    <w:p>
      <w:r>
        <w:rPr>
          <w:b/>
        </w:rPr>
        <w:t xml:space="preserve">[1:11:18] </w:t>
      </w:r>
      <w:r>
        <w:t>to main chahta hoon ke aap hope mein maren. aap ki death aaye to hope mein death aaye, aap ko aage asha dikhai deti ho.</w:t>
      </w:r>
    </w:p>
    <w:p>
      <w:pPr>
        <w:jc w:val="right"/>
      </w:pPr>
      <w:r>
        <w:t>تو میں چاہتا ہوں کہ آپ ہوپ میں مریں۔ آپ کی ڈیتھ آئے تو ہوپ میں ڈیتھ آئے، آپ کو آگے آشا دکھائی دیتی ہو۔</w:t>
      </w:r>
    </w:p>
    <w:p>
      <w:r>
        <w:rPr>
          <w:b/>
        </w:rPr>
        <w:t xml:space="preserve">[1:11:28] </w:t>
      </w:r>
      <w:r>
        <w:t>ah, this question is from Kash Maulana: what is afterlife? why should we believe in afterlife? for which i see no proof?</w:t>
      </w:r>
    </w:p>
    <w:p>
      <w:pPr>
        <w:jc w:val="right"/>
      </w:pPr>
      <w:r>
        <w:t>اہ، دس کوئسچن از فرام کش مولانا: واٹ از افٹر لائف؟ وائی شوڈ وی بیلیو ان افٹر لائف؟ فار وچ آئی سی نو پروف؟</w:t>
      </w:r>
    </w:p>
    <w:p>
      <w:r>
        <w:rPr>
          <w:b/>
        </w:rPr>
        <w:t xml:space="preserve">[1:11:38] </w:t>
      </w:r>
      <w:r>
        <w:t>How do I know it exists? I want to make the most of this life, then work for afterlife. Dekhen, proof ki baat jo log karte hain, woh shayad scientific development ko nahi jante.</w:t>
      </w:r>
    </w:p>
    <w:p>
      <w:pPr>
        <w:jc w:val="right"/>
      </w:pPr>
      <w:r>
        <w:t>ہاؤ ڈو آئی نو اٹ ایگزسٹ؟ آئی وانٹ ٹو میک دا موسٹ اف دس لائف، دین ورک فار افٹر لائف۔ دیکھیں، پروف کی بات جو لوگ کرتے ہیں، وہ شاید سائنٹیفک ڈیویلپمنٹ کو نہیں جانتے۔</w:t>
      </w:r>
    </w:p>
    <w:p>
      <w:r>
        <w:rPr>
          <w:b/>
        </w:rPr>
        <w:t xml:space="preserve">[1:11:51] </w:t>
      </w:r>
      <w:r>
        <w:t>yeh bohat purani baat ho gayi newton ke zamane ki.</w:t>
      </w:r>
    </w:p>
    <w:p>
      <w:pPr>
        <w:jc w:val="right"/>
      </w:pPr>
      <w:r>
        <w:t>یہ بہت پرانی بات ہو گئی نیوٹن کے زمانے کی۔</w:t>
      </w:r>
    </w:p>
    <w:p>
      <w:r>
        <w:rPr>
          <w:b/>
        </w:rPr>
        <w:t xml:space="preserve">[1:11:55] </w:t>
      </w:r>
      <w:r>
        <w:t>aaj kisi baat ka koi proof nahi hai. aap exist kar rahe hain, iska bhi koi proof nahi hai. philosophers mein yeh bari behas chali, bohat zyada ke kya main exist karta hoon?</w:t>
      </w:r>
    </w:p>
    <w:p>
      <w:pPr>
        <w:jc w:val="right"/>
      </w:pPr>
      <w:r>
        <w:t>آج کسی بات کا کوئی پروف نہیں ہے۔ آپ ایگزسٹ کر رہے ہیں، اس کا بھی کوئی پروف نہیں ہے۔ فلاسفرز میں یہ بڑی بحث چلی، بہت زیادہ کہ کیا میں ایگزسٹ کرتا ہوں؟</w:t>
      </w:r>
    </w:p>
    <w:p>
      <w:r>
        <w:rPr>
          <w:b/>
        </w:rPr>
        <w:t xml:space="preserve">[1:12:09] </w:t>
      </w:r>
      <w:r>
        <w:t>to maloom hua ke philosophically you can not say that i exist. to descartes ne kaha tha ke i think therefore i exist. ke thinking mein apne existence ko paya hota hai, zahir mein nahi.</w:t>
      </w:r>
    </w:p>
    <w:p>
      <w:pPr>
        <w:jc w:val="right"/>
      </w:pPr>
      <w:r>
        <w:t>تو معلوم ہوا کہ فلاسفیکلی یو کین ناٹ سے دیٹ آئی ایگزسٹ۔ تو ڈیکارڈ نے کہا تھا کہ آئی تھنک دیر فور آئی ایگزسٹ۔ کہ تھنکنگ میں اپنے ایگزسٹنس کو پایا ہوتا ہے، ظاہر میں نہیں۔</w:t>
      </w:r>
    </w:p>
    <w:p>
      <w:r>
        <w:rPr>
          <w:b/>
        </w:rPr>
        <w:t xml:space="preserve">[1:12:23] </w:t>
      </w:r>
      <w:r>
        <w:t>aap sochiye zara, yeh kehna pada isko ke i think therefore i exist. yeh to subjective daleel hai, subjective argument hai ke main soch raha hoon, tab main yaqeen kar sakta hoon ke main mein hoon.</w:t>
      </w:r>
    </w:p>
    <w:p>
      <w:pPr>
        <w:jc w:val="right"/>
      </w:pPr>
      <w:r>
        <w:t>آپ سوچیے ذرا، یہ کہنا پڑا اس کو کہ آئی تھنک دیر فور آئی ایگزسٹ۔ یہ تو سبجیکٹو دلیل ہے، سبجیکٹو ارگومنٹ ہے کہ میں سوچ رہا ہوں، تب میں یقین کر سکتا ہوں کہ میں میں ہوں۔</w:t>
      </w:r>
    </w:p>
    <w:p>
      <w:r>
        <w:rPr>
          <w:b/>
        </w:rPr>
        <w:t xml:space="preserve">[1:12:37] </w:t>
      </w:r>
      <w:r>
        <w:t>to meri soch ke bahar mera koi existence nahi hai. yeh proof ki baat jo log bolte hain, woh jante nahi ke scientific development kya ho chuki hai. aaj jo proof hai, scientific scientific proof, woh sara ka sara base karta hai inference par.</w:t>
      </w:r>
    </w:p>
    <w:p>
      <w:pPr>
        <w:jc w:val="right"/>
      </w:pPr>
      <w:r>
        <w:t>تو میری سوچ کے باہر میرا کوئی ایگزسٹنس نہیں ہے۔ یہ پروف کی بات جو لوگ بولتے ہیں، وہ جانتے نہیں کہ سائنٹیفک ڈیویلپمنٹ کیا ہو چکی ہے۔ آج جو پروف ہے، سائنٹیفک سائنٹیفک پروف، وہ سارا کا سارا بیس کرتا ہے انفرنس پر۔</w:t>
      </w:r>
    </w:p>
    <w:p>
      <w:r>
        <w:rPr>
          <w:b/>
        </w:rPr>
        <w:t xml:space="preserve">[1:12:52] </w:t>
      </w:r>
      <w:r>
        <w:t>to main is par poora lecture mein de chuka hoon ke inference ko jab valid argument maan lein to sab kuch proof ho jata hai. lekin agar aap logical positivist se mutasir ho, jo khatam ho chuki, logical positivist aaj kahan hai?</w:t>
      </w:r>
    </w:p>
    <w:p>
      <w:pPr>
        <w:jc w:val="right"/>
      </w:pPr>
      <w:r>
        <w:t>تو میں اس پر پورا لیکچر میں دے چکا ہوں کہ انفرنس کو جب ویلڈ ارگومنٹ مان لیں تو سب کچھ پروف ہو جاتا ہے۔ لیکن اگر آپ لاجیکل پازیٹیوٹیز سے متاثر ہو، جو ختم ہو چکی، لاجیکل پازیٹیوٹیز آج کہاں ہے؟</w:t>
      </w:r>
    </w:p>
    <w:p>
      <w:r>
        <w:rPr>
          <w:b/>
        </w:rPr>
        <w:t xml:space="preserve">[1:13:08] </w:t>
      </w:r>
      <w:r>
        <w:t>ab to sab kuch inference pe base karta hai, sab kuch. to agar inferential argument jab valid ho chuka to phir sab cheez aap proof ho jati hai.</w:t>
      </w:r>
    </w:p>
    <w:p>
      <w:pPr>
        <w:jc w:val="right"/>
      </w:pPr>
      <w:r>
        <w:t>اب تو سب کچھ انفرنس پہ بیس کرتا ہے، سب کچھ۔ تو اگر انفرینشل ارگومنٹ جب ویلڈ ہو چکا تو پھر سب چیز آپ پروف ہو جاتی ہے۔</w:t>
      </w:r>
    </w:p>
    <w:p>
      <w:r>
        <w:rPr>
          <w:b/>
        </w:rPr>
        <w:t xml:space="preserve">[1:13:22] </w:t>
      </w:r>
      <w:r>
        <w:t>is baat ko samjhiye. ah, this question is from mr sikandar: can the personal transformation that you have been stressing suffices to tackle deeply rooted social problems based on unequal distribution of assets and resources, endemic poverty and so on?</w:t>
      </w:r>
    </w:p>
    <w:p>
      <w:pPr>
        <w:jc w:val="right"/>
      </w:pPr>
      <w:r>
        <w:t>اس بات کو سمجھیے۔ اہ، دس کوئسچن از فرام مسٹر سکند: کین دی پرسنل ٹرانسفارمیشن دیٹ یو ہیو بین سٹریسنگ سفائز ٹو ٹیکل ڈیپلی روٹڈ سوشل پرابلمز بیسڈ ان ان ایکول ڈسٹریبیوشن اف ایسٹس اینڈ ریسورسز، اینڈیمک پاورٹی اینڈ سو ان؟</w:t>
      </w:r>
    </w:p>
    <w:p>
      <w:r>
        <w:rPr>
          <w:b/>
        </w:rPr>
        <w:t xml:space="preserve">[1:13:43] </w:t>
      </w:r>
      <w:r>
        <w:t>isnt this approach rather elitist? nahi, dekhen, jis cheez ko main yani deal kiya hai is waqt, woh</w:t>
      </w:r>
    </w:p>
    <w:p>
      <w:pPr>
        <w:jc w:val="right"/>
      </w:pPr>
      <w:r>
        <w:t>ازنٹ دس اپروچ رادر ایلیٹسٹ؟ نہیں، دیکھیں، جس چیز کو میں یعنی ڈیل کیا ہے اس وقت، وہ</w:t>
      </w:r>
    </w:p>
    <w:p>
      <w:r>
        <w:rPr>
          <w:b/>
        </w:rPr>
        <w:t xml:space="preserve">[1:13:58] </w:t>
      </w:r>
      <w:r>
        <w:t>woh yeh hai yani elitist, elitist approach hi ko main yani</w:t>
      </w:r>
    </w:p>
    <w:p>
      <w:pPr>
        <w:jc w:val="right"/>
      </w:pPr>
      <w:r>
        <w:t>وہ یہ ہے یعنی ایلیٹسٹ، ایلیٹسٹ اپروچ ہی کو میں یعنی</w:t>
      </w:r>
    </w:p>
    <w:p>
      <w:r>
        <w:rPr>
          <w:b/>
        </w:rPr>
        <w:t xml:space="preserve">[1:14:05] </w:t>
      </w:r>
      <w:r>
        <w:t>deny kiya maine. yani yeh ek beautiful word hai, elitist ka. ek sahi baat ko ek wrong normal creature hai. yeh main samajhta hoon ke sahi baat jo hai, woh yeh nahi hai.</w:t>
      </w:r>
    </w:p>
    <w:p>
      <w:pPr>
        <w:jc w:val="right"/>
      </w:pPr>
      <w:r>
        <w:t>ڈینائی کیا میں نے۔ یعنی یہ ایک بیوٹی فل ورڈ ہے، ایلیٹسٹ کا۔ ایک صحیح بات کو ایک رونگ نارمل کریچر ہے۔ یہ میں سمجھتا ہوں کہ صحیح بات جو ہے، وہ یہ نہیں ہے۔</w:t>
      </w:r>
    </w:p>
    <w:p>
      <w:r>
        <w:rPr>
          <w:b/>
        </w:rPr>
        <w:t xml:space="preserve">[1:14:17] </w:t>
      </w:r>
      <w:r>
        <w:t>yani yeh bhi galat dichotomy hai. sahi baat yeh hai ke hum yeh sochein ke jo difference hai, jo jo inequality hai, kya woh permanent hai?</w:t>
      </w:r>
    </w:p>
    <w:p>
      <w:pPr>
        <w:jc w:val="right"/>
      </w:pPr>
      <w:r>
        <w:t>یعنی یہ بھی غلط ڈائیکارٹ بھی ہے۔ صحیح بات یہ ہے کہ ہم یہ سوچیں کہ جو ڈیفرنس ہے، جو جو ان ایکولٹی ہے، کیا وہ پرماننٹ ہے؟</w:t>
      </w:r>
    </w:p>
    <w:p>
      <w:r>
        <w:rPr>
          <w:b/>
        </w:rPr>
        <w:t xml:space="preserve">[1:14:28] </w:t>
      </w:r>
      <w:r>
        <w:t>to main ne yeh yeh proof karna chaha ke permanent nahi hai. woh aaj ek aadmi poor hai, kal woh rich ho jata hai.</w:t>
      </w:r>
    </w:p>
    <w:p>
      <w:pPr>
        <w:jc w:val="right"/>
      </w:pPr>
      <w:r>
        <w:t>تو میں نے یہ یہ پروف کرنا چاہا کہ پرماننٹ نہیں ہے۔ وہ آج ایک آدمی پور ہے، کل وہ رچ ہو جاتا ہے۔</w:t>
      </w:r>
    </w:p>
    <w:p>
      <w:r>
        <w:rPr>
          <w:b/>
        </w:rPr>
        <w:t xml:space="preserve">[1:14:37] </w:t>
      </w:r>
      <w:r>
        <w:t>aaj woh peechay hai, kal woh aagay ho jata hai. to yeh dichotomy bhi galat hai ke aap ke yeh yeh kahein ke yeh yeh poor hai, yeh rich hai, yeh poor hai, yeh rich hai.</w:t>
      </w:r>
    </w:p>
    <w:p>
      <w:pPr>
        <w:jc w:val="right"/>
      </w:pPr>
      <w:r>
        <w:t>آج وہ پیچھے ہے، کل وہ آگے ہو جاتا ہے۔ تو یہ ڈائیکارٹ بھی غلط ہے کہ آپ کے یہ یہ کہیں کہ یہ یہ پور ہے، یہ رچ ہے، یہ پور ہے، یہ رچ ہے۔</w:t>
      </w:r>
    </w:p>
    <w:p>
      <w:r>
        <w:rPr>
          <w:b/>
        </w:rPr>
        <w:t xml:space="preserve">[1:14:45] </w:t>
      </w:r>
      <w:r>
        <w:t>yeh dichotomy bhi galat hai. har din aap dekhenge ke log aagay aagay peechay hote rehte hain. to aagay peechay hote rehte hain. jo yeh khuda ka scheme hai, yeh challenge hai.</w:t>
      </w:r>
    </w:p>
    <w:p>
      <w:pPr>
        <w:jc w:val="right"/>
      </w:pPr>
      <w:r>
        <w:t>یہ ڈائیکارٹ بھی غلط ہے۔ ہر دن آپ دیکھیں گے کہ لوگ آگے آگے پیچھے ہوتے رہتے ہیں۔ تو آگے پیچھے ہوتے رہتے ہیں۔ جو یہ خدا کا سکیم ہے، یہ چیلنج ہے۔</w:t>
      </w:r>
    </w:p>
    <w:p>
      <w:r>
        <w:rPr>
          <w:b/>
        </w:rPr>
        <w:t xml:space="preserve">[1:14:55] </w:t>
      </w:r>
      <w:r>
        <w:t>to khuda ne jo jo jo khuda ka jo creation plan hai, woh yeh nahi hai ke sab ko ekal bana diya jaye. sab ko yeh hai hi</w:t>
      </w:r>
    </w:p>
    <w:p>
      <w:pPr>
        <w:jc w:val="right"/>
      </w:pPr>
      <w:r>
        <w:t>تو خدا نے جو جو جو خدا کا جو کریشن پلان ہے، وہ یہ نہیں ہے کہ سب کو ایکول بنا دیا جائے۔ سب کو یہ ہے ہی</w:t>
      </w:r>
    </w:p>
    <w:p>
      <w:r>
        <w:rPr>
          <w:b/>
        </w:rPr>
        <w:t xml:space="preserve">[1:15:04] </w:t>
      </w:r>
      <w:r>
        <w:t>nahi. khuda ka khuda ka ek ekal plan jo inequality ko base karta hai. kyun? inequality jab hogi, tabhi challenge aayega.</w:t>
      </w:r>
    </w:p>
    <w:p>
      <w:pPr>
        <w:jc w:val="right"/>
      </w:pPr>
      <w:r>
        <w:t>نہیں۔ خدا کا خدا کا ایک ایکول پلان جو ان ایکولٹی کو بیس کرتا ہے۔ کیوں؟ ان ایکولٹی جب ہوگی، تبھی چیلنج آئے گا۔</w:t>
      </w:r>
    </w:p>
    <w:p>
      <w:r>
        <w:rPr>
          <w:b/>
        </w:rPr>
        <w:t xml:space="preserve">[1:15:13] </w:t>
      </w:r>
      <w:r>
        <w:t>jab challenge aayega, tabhi development hoga. yeh jo declare kar diya ke yeh elitist class hai, yeh iski thinking hai, main adhi ki galat hai.</w:t>
      </w:r>
    </w:p>
    <w:p>
      <w:pPr>
        <w:jc w:val="right"/>
      </w:pPr>
      <w:r>
        <w:t>جب چیلنج آئے گا، تبھی ڈیویلپمنٹ ہوگا۔ یہ جو ڈیکلیئر کر دیا کہ یہ ایلیٹسٹ کلاس ہے، یہ اس کی تھنکنگ ہے، میں عدی کی غلط ہے۔</w:t>
      </w:r>
    </w:p>
    <w:p>
      <w:r>
        <w:rPr>
          <w:b/>
        </w:rPr>
        <w:t xml:space="preserve">[1:15:21] </w:t>
      </w:r>
      <w:r>
        <w:t>bilkul jo cheez hai, woh yahi hai ke aap khuda ke creation plan ko janiye. khuda ne logon ko in equal paida kiya hai.</w:t>
      </w:r>
    </w:p>
    <w:p>
      <w:pPr>
        <w:jc w:val="right"/>
      </w:pPr>
      <w:r>
        <w:t>بالکل جو چیز ہے، وہ یہی ہے کہ آپ خدا کے کریشن پلان کو جانیں۔ خدا نے لوگوں کو ان ایکول پیدا کیا ہے۔</w:t>
      </w:r>
    </w:p>
    <w:p>
      <w:r>
        <w:rPr>
          <w:b/>
        </w:rPr>
        <w:t xml:space="preserve">[1:15:31] </w:t>
      </w:r>
      <w:r>
        <w:t>equal paida hi nahi</w:t>
      </w:r>
    </w:p>
    <w:p>
      <w:pPr>
        <w:jc w:val="right"/>
      </w:pPr>
      <w:r>
        <w:t>ایکول پیدا ہی نہیں</w:t>
      </w:r>
    </w:p>
    <w:p>
      <w:r>
        <w:rPr>
          <w:b/>
        </w:rPr>
        <w:t xml:space="preserve">[1:15:32] </w:t>
      </w:r>
      <w:r>
        <w:t>kya hai. na khuda chahta hai ke aisa koi samajh bane jahan sare log equal hon. kyun? jab aisa samajh banega to wahan sab challenge khatam ho jayega. competition khatam ho jayega.</w:t>
      </w:r>
    </w:p>
    <w:p>
      <w:pPr>
        <w:jc w:val="right"/>
      </w:pPr>
      <w:r>
        <w:t>کیا ہے۔ نہ خدا چاہتا ہے کہ ایسا کوئی سماج بنے جہاں سارے لوگ ایکول ہوں۔ کیوں؟ جب ایسا سماج بنے گا تو وہاں سب چیلنج ختم ہو جائے گا۔ کمپیٹیشن ختم ہو جائے گا۔</w:t>
      </w:r>
    </w:p>
    <w:p>
      <w:r>
        <w:rPr>
          <w:b/>
        </w:rPr>
        <w:t xml:space="preserve">[1:15:42] </w:t>
      </w:r>
      <w:r>
        <w:t>zindagi standard skill ho jayegi. to yeh maine dekh ke khuda ke creation plan ko yani dhyan mein na rakh kar sochna hai.</w:t>
      </w:r>
    </w:p>
    <w:p>
      <w:pPr>
        <w:jc w:val="right"/>
      </w:pPr>
      <w:r>
        <w:t>زندگی اسٹینڈرڈ سکل ہو جائے گی۔ تو یہ میں نے دیکھ کے خدا کے کریشن پلان کو یعنی دھیان میں نہ رکھ کر سوچنا ہے۔</w:t>
      </w:r>
    </w:p>
    <w:p>
      <w:r>
        <w:rPr>
          <w:b/>
        </w:rPr>
        <w:t xml:space="preserve">[1:15:54] </w:t>
      </w:r>
      <w:r>
        <w:t>maine jo baat kehni chahi thi is waqt, woh yahi thi ke in equal hona bohat bari basic hamare liye hai</w:t>
      </w:r>
    </w:p>
    <w:p>
      <w:pPr>
        <w:jc w:val="right"/>
      </w:pPr>
      <w:r>
        <w:t>میں نے جو بات کہنی چاہی تھی اس وقت، وہ یہی تھی کہ ان ایکول ہونا بہت بڑی بیسک ہمارے لیے ہے</w:t>
      </w:r>
    </w:p>
    <w:p>
      <w:r>
        <w:rPr>
          <w:b/>
        </w:rPr>
        <w:t xml:space="preserve">[1:16:01] </w:t>
      </w:r>
      <w:r>
        <w:t>ke in equal agar na ho, log in inequality agar logon ke andar na ho to challenge kaise aayega? discussion kaise hoga? intellectual development kaise hoga?</w:t>
      </w:r>
    </w:p>
    <w:p>
      <w:pPr>
        <w:jc w:val="right"/>
      </w:pPr>
      <w:r>
        <w:t>کہ ان ایکول اگر نہ ہو، لوگ ان ان ایکولٹی اگر لوگوں کے اندر نہ ہو تو چیلنج کیسے آئے گا؟ ڈسکشن کیسے ہوگا؟ انٹلیکچول ڈیویلپمنٹ کیسے ہوگا؟</w:t>
      </w:r>
    </w:p>
    <w:p>
      <w:r>
        <w:rPr>
          <w:b/>
        </w:rPr>
        <w:t xml:space="preserve">[1:16:11] </w:t>
      </w:r>
      <w:r>
        <w:t>saari activities kaise jaari hongi? to yeh challenge aur competition hota hai jab jab ke samaj mein inequality ho. is wajah se main isko blessing samajhta hoon.</w:t>
      </w:r>
    </w:p>
    <w:p>
      <w:pPr>
        <w:jc w:val="right"/>
      </w:pPr>
      <w:r>
        <w:t>ساری ایکٹیویٹیز کیسے جاری ہوں گی؟ تو یہ چیلنج اور کمپیٹیشن ہوتا ہے جب جب کہ سماج میں ان ایکولٹی ہو۔ اس وجہ سے میں اس کو بلیسنگ سمجھتا ہوں۔</w:t>
      </w:r>
    </w:p>
    <w:p>
      <w:r>
        <w:rPr>
          <w:b/>
        </w:rPr>
        <w:t xml:space="preserve">[1:16:22] </w:t>
      </w:r>
      <w:r>
        <w:t>is ko main koi evil nahi samajhta.</w:t>
      </w:r>
    </w:p>
    <w:p>
      <w:pPr>
        <w:jc w:val="right"/>
      </w:pPr>
      <w:r>
        <w:t>اس کو میں کوئی ایول نہیں سمجھتا۔</w:t>
      </w:r>
    </w:p>
    <w:p>
      <w:r>
        <w:rPr>
          <w:b/>
        </w:rPr>
        <w:t xml:space="preserve">[1:16:29] </w:t>
      </w:r>
      <w:r>
        <w:t>ah, this question is from raziya: it is often said the truth is not absolute. is it correct? if it isnt, if it isnt, then what is the truth?</w:t>
      </w:r>
    </w:p>
    <w:p>
      <w:pPr>
        <w:jc w:val="right"/>
      </w:pPr>
      <w:r>
        <w:t>اہ، دس کوئسچن از فرام راضیہ: اٹ از افن سیڈ دا ٹروتھ از ناٹ ایبسولیوٹ۔ از اٹ کریکٹ؟ اف اٹ ازنٹ، اف اٹ ازنٹ، دین واٹ از دا ٹروتھ؟</w:t>
      </w:r>
    </w:p>
    <w:p>
      <w:r>
        <w:rPr>
          <w:b/>
        </w:rPr>
        <w:t xml:space="preserve">[1:16:43] </w:t>
      </w:r>
      <w:r>
        <w:t>haan, yeh kuch log aisa kehte hain yaani philosophers mein se. lekin main samajhta hoon ke ah, yeh cheez bhi ab galat saabit ho chuki hai ke</w:t>
      </w:r>
    </w:p>
    <w:p>
      <w:pPr>
        <w:jc w:val="right"/>
      </w:pPr>
      <w:r>
        <w:t>ہاں، یہ کچھ لوگ ایسا کہتے ہیں یعنی فلاسفرز میں سے۔ لیکن میں سمجھتا ہوں کہ اہ، یہ چیز بھی اب غلط ثابت ہو چکی ہے کہ</w:t>
      </w:r>
    </w:p>
    <w:p>
      <w:r>
        <w:rPr>
          <w:b/>
        </w:rPr>
        <w:t xml:space="preserve">[1:17:00] </w:t>
      </w:r>
      <w:r>
        <w:t>ab main is par bohat si kitabein maine likh</w:t>
      </w:r>
    </w:p>
    <w:p>
      <w:pPr>
        <w:jc w:val="right"/>
      </w:pPr>
      <w:r>
        <w:t>اب میں اس پر بہت سی کتابیں میں نے لکھ</w:t>
      </w:r>
    </w:p>
    <w:p>
      <w:r>
        <w:rPr>
          <w:b/>
        </w:rPr>
        <w:t xml:space="preserve">[1:17:02] </w:t>
      </w:r>
      <w:r>
        <w:t>i hain. aap kitaab dekh sakte hain ke jab aap Khuda ko discover karte hain aur yeh discover karte hain ke yeh Quran word of God hai, usi waqt yeh yeh baat khatam ho jaati hai.</w:t>
      </w:r>
    </w:p>
    <w:p>
      <w:pPr>
        <w:jc w:val="right"/>
      </w:pPr>
      <w:r>
        <w:t>ی ہیں۔ آپ کتاب دیکھ سکتے ہیں کہ جب آپ خدا کو ڈسکور کرتے ہیں اور یہ ڈسکور کرتے ہیں کہ یہ قرآن ورڈ اف گاڈ ہے، اسی وقت یہ یہ بات ختم ہو جاتی ہے۔</w:t>
      </w:r>
    </w:p>
    <w:p>
      <w:r>
        <w:rPr>
          <w:b/>
        </w:rPr>
        <w:t xml:space="preserve">[1:17:16] </w:t>
      </w:r>
      <w:r>
        <w:t>kyunke word of God jo hai, woh eternal hai, woh absolute hai. to jo log, jo log God ko na maanein, revelation ko na maanein, woh aisi boli bolte hain.</w:t>
      </w:r>
    </w:p>
    <w:p>
      <w:pPr>
        <w:jc w:val="right"/>
      </w:pPr>
      <w:r>
        <w:t>کیونکہ ورڈ اف گاڈ جو ہے، وہ ایٹرنل ہے، وہ ایبسولیوٹ ہے۔ تو جو لوگ، جو لوگ گاڈ کو نہ مانیں، ریولیشن کو نہ مانیں، وہ ایسی بولی بولتے ہیں۔</w:t>
      </w:r>
    </w:p>
    <w:p>
      <w:r>
        <w:rPr>
          <w:b/>
        </w:rPr>
        <w:t xml:space="preserve">[1:17:30] </w:t>
      </w:r>
      <w:r>
        <w:t>lekin jab aap, jab aap, jab aap Khuda ko discover karte hain aur revelation ke ko discover karte hain, to yeh baat khatam ho jaati hai.</w:t>
      </w:r>
    </w:p>
    <w:p>
      <w:pPr>
        <w:jc w:val="right"/>
      </w:pPr>
      <w:r>
        <w:t>لیکن جب آپ، جب آپ، جب آپ خدا کو ڈسکور کرتے ہیں اور ریولیشن کے کو ڈسکور کرتے ہیں، تو یہ بات ختم ہو جاتی ہے۔</w:t>
      </w:r>
    </w:p>
    <w:p>
      <w:r>
        <w:rPr>
          <w:b/>
        </w:rPr>
        <w:t xml:space="preserve">[1:17:41] </w:t>
      </w:r>
      <w:r>
        <w:t>jaisa ke maine abhi kaha ke poori poori history mein jo baat nahi kahi gayi thi, woh jab revelation mein aayi, Quran mein aayi, to is se apna aap prove hoga ke yeh word of God hai, word of God hai.</w:t>
      </w:r>
    </w:p>
    <w:p>
      <w:pPr>
        <w:jc w:val="right"/>
      </w:pPr>
      <w:r>
        <w:t>جیسا کہ میں نے ابھی کہا کہ پوری پوری ہسٹری میں جو بات نہیں کہی گئی تھی، وہ جب ریولیشن میں آئی، قرآن میں آئی، تو اس سے اپنا آپ پروف ہوگا کہ یہ ورڈ اف گاڈ ہے، ورڈ اف گاڈ ہے۔</w:t>
      </w:r>
    </w:p>
    <w:p>
      <w:r>
        <w:rPr>
          <w:b/>
        </w:rPr>
        <w:t xml:space="preserve">[1:17:54] </w:t>
      </w:r>
      <w:r>
        <w:t>to jab aap yeh yaqeen kar lein ke yeh word of God hai, to phir truth ko eternal</w:t>
      </w:r>
    </w:p>
    <w:p>
      <w:pPr>
        <w:jc w:val="right"/>
      </w:pPr>
      <w:r>
        <w:t>تو جب آپ یہ یقین کر لیں کہ یہ ورڈ اف گاڈ ہے، تو پھر ٹروتھ کو ایٹرنل</w:t>
      </w:r>
    </w:p>
    <w:p>
      <w:r>
        <w:rPr>
          <w:b/>
        </w:rPr>
        <w:t xml:space="preserve">[1:17:59] </w:t>
      </w:r>
      <w:r>
        <w:t>maanna padega. kaise nahi maaneinge? aap mere ilm mein, jise maine abhi misaal di ke mere ilm mein koi ek bhi philosopher ya thinker ya reformer nahi hai jisne yeh baat kaha ho ke duniya mein jo dichotomy bhi hai, woh kya hai?</w:t>
      </w:r>
    </w:p>
    <w:p>
      <w:pPr>
        <w:jc w:val="right"/>
      </w:pPr>
      <w:r>
        <w:t>ماننا پڑے گا۔ کیسے نہیں مانیں گے؟ آپ میرے علم میں، جسے میں نے ابھی مثال دی کہ میرے علم میں کوئی ایک بھی فلاسفر یا تھنکر یا ریفارمر نہیں ہے جس نے یہ بات کہا ہو کہ دنیا میں جو ڈائیکارٹ بھی ہے، وہ کیا ہے؟</w:t>
      </w:r>
    </w:p>
    <w:p>
      <w:r>
        <w:rPr>
          <w:b/>
        </w:rPr>
        <w:t xml:space="preserve">[1:18:14] </w:t>
      </w:r>
      <w:r>
        <w:t>maine arz kiya aap ki khidmat mein ke jo dichotomy bhi Quran batata hai, woh kya hai? ke actual good aur potential good. yeh kisi reformer ne nahi kahi hai.</w:t>
      </w:r>
    </w:p>
    <w:p>
      <w:pPr>
        <w:jc w:val="right"/>
      </w:pPr>
      <w:r>
        <w:t>میں نے عرض کیا آپ کی خدمت میں کہ جو ڈائیکارٹ بھی قرآن بتاتا ہے، وہ کیا ہے؟ کہ ایکچول گڈ اور پوٹینشل گڈ۔ یہ کسی ریفارمر نے نہیں کہی ہے۔</w:t>
      </w:r>
    </w:p>
    <w:p>
      <w:r>
        <w:rPr>
          <w:b/>
        </w:rPr>
        <w:t xml:space="preserve">[1:18:25] </w:t>
      </w:r>
      <w:r>
        <w:t>itni badi baat chupi hui thi. to itni baat, itni badi baat jo chupi hui thi, woh hum ko Quran mein mili. to hum maanne majboor hain. Quran jo revealed book hai, word of God hai.</w:t>
      </w:r>
    </w:p>
    <w:p>
      <w:pPr>
        <w:jc w:val="right"/>
      </w:pPr>
      <w:r>
        <w:t>اتنی بڑی بات چھپی ہوئی تھی۔ تو اتنی بات، اتنی بڑی بات جو چھپی ہوئی تھی، وہ ہم کو قرآن میں ملی۔ تو ہم ماننے مجبور ہیں۔ قرآن جو ریویلڈ بک ہے، ورڈ اف گاڈ ہے۔</w:t>
      </w:r>
    </w:p>
    <w:p>
      <w:r>
        <w:rPr>
          <w:b/>
        </w:rPr>
        <w:t xml:space="preserve">[1:18:37] </w:t>
      </w:r>
      <w:r>
        <w:t>to jab aap is ko word of God maan lein, to phir yeh notion khatam ho jaata hai ke truth jo hai, eternal nahi hai. main baharhaal yeh samajh paaya hoon.</w:t>
      </w:r>
    </w:p>
    <w:p>
      <w:pPr>
        <w:jc w:val="right"/>
      </w:pPr>
      <w:r>
        <w:t>تو جب آپ اس کو ورڈ اف گاڈ مان لیں، تو پھر یہ نوشن ختم ہو جاتا ہے کہ ٹروتھ جو ہے، ایٹرنل نہیں ہے۔ میں بہرحال یہ سمجھ پایا ہوں۔</w:t>
      </w:r>
    </w:p>
    <w:p>
      <w:r>
        <w:rPr>
          <w:b/>
        </w:rPr>
        <w:t xml:space="preserve">[1:18:48] </w:t>
      </w:r>
      <w:r>
        <w:t>this question is from priya molana: you had a very eventful life right from your childhood, which led to your intellectual development.</w:t>
      </w:r>
    </w:p>
    <w:p>
      <w:pPr>
        <w:jc w:val="right"/>
      </w:pPr>
      <w:r>
        <w:t>دس کوئسچن از فرام پریا مولانا: یو ہیڈ ا ویری ایونٹ فل لائف رائٹ فرام یور چائلڈ ہڈ، وچ لیڈ ٹو یور انٹلیکچول ڈیویلپمنٹ۔</w:t>
      </w:r>
    </w:p>
    <w:p>
      <w:r>
        <w:rPr>
          <w:b/>
        </w:rPr>
        <w:t xml:space="preserve">[1:18:58] </w:t>
      </w:r>
      <w:r>
        <w:t>higher intellectual development means to attain higher levels of paradise.</w:t>
      </w:r>
    </w:p>
    <w:p>
      <w:pPr>
        <w:jc w:val="right"/>
      </w:pPr>
      <w:r>
        <w:t>ہائر انٹلیکچول ڈیویلپمنٹ مینز ٹو اٹین ہائر لیولز اف پیراڈائز۔</w:t>
      </w:r>
    </w:p>
    <w:p>
      <w:r>
        <w:rPr>
          <w:b/>
        </w:rPr>
        <w:t xml:space="preserve">[1:19:03] </w:t>
      </w:r>
      <w:r>
        <w:t>what about those people who have a very comfortable life with negligible events? how should they work towards intellectual development to occupy higher levels of paradise?</w:t>
      </w:r>
    </w:p>
    <w:p>
      <w:pPr>
        <w:jc w:val="right"/>
      </w:pPr>
      <w:r>
        <w:t>واٹ اباؤٹ دوز پیپل ہو ہیو ا ویری کمفرٹیبل لائف ود نیگلیجیبل ایونٹس؟ ہاؤ شوڈ دے ورک ٹورڈز انٹلیکچول ڈیویلپمنٹ ٹو اکوپائی ہائر لیولز اف پیراڈائز؟</w:t>
      </w:r>
    </w:p>
    <w:p>
      <w:r>
        <w:rPr>
          <w:b/>
        </w:rPr>
        <w:t xml:space="preserve">[1:19:18] </w:t>
      </w:r>
      <w:r>
        <w:t>haan, yeh yeh ek bohat hi poignant question hai. jo log khush hain, apne aksar mein sunta hoon, logon se milta hoon to Allah ka bara fazal hai.</w:t>
      </w:r>
    </w:p>
    <w:p>
      <w:pPr>
        <w:jc w:val="right"/>
      </w:pPr>
      <w:r>
        <w:t>ہاں، یہ یہ ایک بہت ہی پوائنٹنٹ کوئسچن ہے۔ جو لوگ خوش ہیں، اپنے اکثر میں سنتا ہوں، لوگوں سے ملتا ہوں تو اللہ کا بڑا فضل ہے۔</w:t>
      </w:r>
    </w:p>
    <w:p>
      <w:r>
        <w:rPr>
          <w:b/>
        </w:rPr>
        <w:t xml:space="preserve">[1:19:34] </w:t>
      </w:r>
      <w:r>
        <w:t>Allah ka bara fazal hai. matlab hamare paas khoob bara sa makaan hai aur gaadiyan hain aur business hai. to yeh Allah ka fazal nahi hai. yeh is is notion ko khatam kijiye aap ke is ko Allah ka fazal samajh lete hain.</w:t>
      </w:r>
    </w:p>
    <w:p>
      <w:pPr>
        <w:jc w:val="right"/>
      </w:pPr>
      <w:r>
        <w:t>اللہ کا بڑا فضل ہے۔ مطلب ہمارے پاس خوب بڑا سا مکان ہے اور گاڑیاں ہیں اور بزنس ہے۔ تو یہ اللہ کا فضل نہیں ہے۔ یہ اس اس نوشن کو ختم کیجئے آپ کہ اس کو اللہ کا فضل سمجھ لیتے ہیں۔</w:t>
      </w:r>
    </w:p>
    <w:p>
      <w:r>
        <w:rPr>
          <w:b/>
        </w:rPr>
        <w:t xml:space="preserve">[1:19:45] </w:t>
      </w:r>
      <w:r>
        <w:t>woh log, woh to gaya test paper barha diya Khuda ne un ka. usi mein phanse raho tum.</w:t>
      </w:r>
    </w:p>
    <w:p>
      <w:pPr>
        <w:jc w:val="right"/>
      </w:pPr>
      <w:r>
        <w:t>وہ لوگ، وہ تو گیا ٹیسٹ پیپر بڑھا دیا خدا نے ان کا۔ اسی میں پھنسے رہو تم۔</w:t>
      </w:r>
    </w:p>
    <w:p>
      <w:r>
        <w:rPr>
          <w:b/>
        </w:rPr>
        <w:t xml:space="preserve">[1:19:54] </w:t>
      </w:r>
      <w:r>
        <w:t>main samajhta hoon Allah ka fazal yeh hai ke aadmi ko is ki need poori hoti rahein. bas need poori hoti rahein. kyunke phir is mein phansega, itna phansega woh ke phir woh is ki soch ka darwaza band ho jayega.</w:t>
      </w:r>
    </w:p>
    <w:p>
      <w:pPr>
        <w:jc w:val="right"/>
      </w:pPr>
      <w:r>
        <w:t>میں سمجھتا ہوں اللہ کا فضل یہ ہے کہ آدمی کو اس کی نیڈ پوری ہوتی رہیں۔ بس نیڈ پوری ہوتی رہیں۔ کیونکہ پھر اس میں پھنسے گا، اتنا پھنسے گا وہ کہ پھر وہ اس کی سوچ کا دروازہ بند ہو جائے گا۔</w:t>
      </w:r>
    </w:p>
    <w:p>
      <w:r>
        <w:rPr>
          <w:b/>
        </w:rPr>
        <w:t xml:space="preserve">[1:20:10] </w:t>
      </w:r>
      <w:r>
        <w:t>to Khuda yeh dikhata hai logon ko ke dekho, jis cheez ko tum bohat chahte ho, daulat aur popularity, aur woh kis tarah woh logon ko intellectual dwarf bana ra</w:t>
      </w:r>
    </w:p>
    <w:p>
      <w:pPr>
        <w:jc w:val="right"/>
      </w:pPr>
      <w:r>
        <w:t>تو خدا یہ دکھاتا ہے لوگوں کو کہ دیکھو، جس چیز کو تم بہت چاہتے ہو، دولت اور پاپولیرٹی، اور وہ کس طرح وہ لوگوں کو انٹلیکچول ڈور بنا رہ</w:t>
      </w:r>
    </w:p>
    <w:p>
      <w:r>
        <w:rPr>
          <w:b/>
        </w:rPr>
        <w:t xml:space="preserve">[1:20:24] </w:t>
      </w:r>
      <w:r>
        <w:t>he hain. woh main samajhta hoon ke ek sign hai Khuda ka. woh aap jab chahein dekh lijiye kisi aise aadmi ko jo affluence mein jeeta ho, woh stunted paayenge.</w:t>
      </w:r>
    </w:p>
    <w:p>
      <w:pPr>
        <w:jc w:val="right"/>
      </w:pPr>
      <w:r>
        <w:t>ے ہیں۔ وہ میں سمجھتا ہوں کہ ایک سائن ہے خدا کا۔ وہ آپ جب چاہیں دیکھ لیجئے کسی ایسے آدمی کو جو افلوئنس میں جیتا ہو، وہ اسٹیپٹ پائیں گے۔</w:t>
      </w:r>
    </w:p>
    <w:p>
      <w:r>
        <w:rPr>
          <w:b/>
        </w:rPr>
        <w:t xml:space="preserve">[1:20:33] </w:t>
      </w:r>
      <w:r>
        <w:t>aap think ke level is ke paas mamooli hogi. to yeh Khuda dikha raha hai ke jis cheez ki tum barey hareese ho, tum chahte ho khoob mujhe daulat mile, mujhe power mile, khoob khoob mujhe publicity mile, is ki price kya deni padti hai?</w:t>
      </w:r>
    </w:p>
    <w:p>
      <w:pPr>
        <w:jc w:val="right"/>
      </w:pPr>
      <w:r>
        <w:t>آپ تھنک کی لیول اس کے پاس معمولی ہوگی۔ تو یہ خدا دکھا رہا ہے کہ جس چیز کی تم بڑے حریص ہو، تم چاہتے ہو خوب مجھے دولت ملے، مجھے پاور ملے، خوب خوب مجھے پبلیسٹی ملے، اس کی پرائس کیا دینی پڑتی ہے؟</w:t>
      </w:r>
    </w:p>
    <w:p>
      <w:r>
        <w:rPr>
          <w:b/>
        </w:rPr>
        <w:t xml:space="preserve">[1:20:49] </w:t>
      </w:r>
      <w:r>
        <w:t>ke tum is ki price yeh deni padti hai ke intellectually tum dwarf ho jaate ho.</w:t>
      </w:r>
    </w:p>
    <w:p>
      <w:pPr>
        <w:jc w:val="right"/>
      </w:pPr>
      <w:r>
        <w:t>کہ تم اس کی پرائس یہ دینی پڑتی ہے کہ انٹلیکچولی تم ڈوارف ہو جاتے ہو۔</w:t>
      </w:r>
    </w:p>
    <w:p>
      <w:r>
        <w:rPr>
          <w:b/>
        </w:rPr>
        <w:t xml:space="preserve">[1:20:55] </w:t>
      </w:r>
      <w:r>
        <w:t>to mein samajhta hoon ke woh lesson lene ke liye hai hamare liye. use hum lesson lein aur shukr karein Khuda ka ke hum ko koi bohat bara ameer kabhi Khuda ne nahi banaya, bohat rich nahi banaya hum ko.</w:t>
      </w:r>
    </w:p>
    <w:p>
      <w:pPr>
        <w:jc w:val="right"/>
      </w:pPr>
      <w:r>
        <w:t>تو میں سمجھتا ہوں کہ وہ لیسن لینے کے لیے ہے ہمارے لیے۔ اسے ہم لیسن لیں اور شکر کریں خدا کا کہ ہم کو کوئی بہت بڑا امیر کبھی خدا نے نہیں بنایا، بہت رچ نہیں بنایا ہم کو۔</w:t>
      </w:r>
    </w:p>
    <w:p>
      <w:r>
        <w:rPr>
          <w:b/>
        </w:rPr>
        <w:t xml:space="preserve">[1:21:06] </w:t>
      </w:r>
      <w:r>
        <w:t>aap ko aap ne paper mein dekha hoga, woh is ke ek report aayi hai America ke bare mein. theek yahi baat is mein kahi gayi ke America mein jo big bey rich log hain, to un ko ek nayi bimari is ka naam diya hai afluenza.</w:t>
      </w:r>
    </w:p>
    <w:p>
      <w:pPr>
        <w:jc w:val="right"/>
      </w:pPr>
      <w:r>
        <w:t>آپ کو آپ نے پیپر میں دیکھا ہوگا، وہ اس کے ایک رپورٹ آئی ہے امریکہ کے بارے میں۔ ٹھیک یہی بات اس میں کہی گئی کہ امریکہ میں جو بگ بے رچ لوگ ہیں، تو ان کو ایک نئی بیماری اس کا نام دیا ہے افلوئنزا۔</w:t>
      </w:r>
    </w:p>
    <w:p>
      <w:r>
        <w:rPr>
          <w:b/>
        </w:rPr>
        <w:t xml:space="preserve">[1:21:25] </w:t>
      </w:r>
      <w:r>
        <w:t>afluenza yani affluence ki wajah se un ke bachche jo hain, un ka development, intellectual development zyada acha nahi ho raha hai. body to khoob moti ho jati hai, dekhne mein achhe lagte hain woh, lekin yani intellectual dwarfism ka shikar ho jate hain.</w:t>
      </w:r>
    </w:p>
    <w:p>
      <w:pPr>
        <w:jc w:val="right"/>
      </w:pPr>
      <w:r>
        <w:t>افلوئنزا یعنی افلوئنس کی وجہ سے ان کے بچے جو ہیں، ان کا ڈیویلپمنٹ، انٹلیکچول ڈیویلپمنٹ زیادہ اچھا نہیں ہو رہا ہے۔ باڈی تو خوب موٹی ہو جاتی ہے، دیکھنے میں اچھے لگتے ہیں وہ، لیکن یعنی انٹلیکچول ڈوارفزم کا شکار ہو جاتے ہیں۔</w:t>
      </w:r>
    </w:p>
    <w:p>
      <w:r>
        <w:rPr>
          <w:b/>
        </w:rPr>
        <w:t xml:space="preserve">[1:21:40] </w:t>
      </w:r>
      <w:r>
        <w:t>woh isi ko to afluenza kaha hai is ne</w:t>
      </w:r>
    </w:p>
    <w:p>
      <w:pPr>
        <w:jc w:val="right"/>
      </w:pPr>
      <w:r>
        <w:t>وہ اسی کو تو افلوئنزا کہا ہے اس نے</w:t>
      </w:r>
    </w:p>
    <w:p>
      <w:r>
        <w:rPr>
          <w:b/>
        </w:rPr>
        <w:t xml:space="preserve">[1:21:43] </w:t>
      </w:r>
      <w:r>
        <w:t>. to yeh is liye hai, mein samajhta hoon ke log is ki hiras karne se bachein. is se bachein ke woh hiras karein ke Khuda kaash hum ko bhi deta bohat zyada dolat.</w:t>
      </w:r>
    </w:p>
    <w:p>
      <w:pPr>
        <w:jc w:val="right"/>
      </w:pPr>
      <w:r>
        <w:t>۔ تو یہ اس لیے ہے، میں سمجھتا ہوں کہ لوگ اس کی حرص کرنے سے بچیں۔ اس سے بچیں کہ وہ حرص کریں کہ خدا کاش ہم کو بھی دیتا بہت زیادہ دولت۔</w:t>
      </w:r>
    </w:p>
    <w:p>
      <w:r>
        <w:rPr>
          <w:b/>
        </w:rPr>
        <w:t xml:space="preserve">[1:21:54] </w:t>
      </w:r>
      <w:r>
        <w:t>kyun ke jis ko dolat mili hai bohat zyada, is ka haal dekho, woh intellectual dwarfism ka shikar ho kar reh gaya hai.</w:t>
      </w:r>
    </w:p>
    <w:p>
      <w:pPr>
        <w:jc w:val="right"/>
      </w:pPr>
      <w:r>
        <w:t>کیونکہ جس کو دولت ملی ہے بہت زیادہ، اس کا حال دیکھو، وہ انٹلیکچول ڈوارفزم کا شکار ہو کر رہ گیا ہے۔</w:t>
      </w:r>
    </w:p>
    <w:p>
      <w:r>
        <w:rPr>
          <w:b/>
        </w:rPr>
        <w:t xml:space="preserve">[1:22:01] </w:t>
      </w:r>
      <w:r>
        <w:t>to yeh Khuda ke bohat se sign hain. is mein se ek sign yeh bhi hai ke kuch logon ko zyada dolat de kar woh dikha raha hai baqi logon ko ke tum yeh hiras na karo is ki.</w:t>
      </w:r>
    </w:p>
    <w:p>
      <w:pPr>
        <w:jc w:val="right"/>
      </w:pPr>
      <w:r>
        <w:t>تو یہ خدا کے بہت سے سائن ہیں۔ اس میں سے ایک سائن یہ بھی ہے کہ کچھ لوگوں کو زیادہ دولت دے کر وہ دکھا رہا ہے بقیہ لوگوں کو کہ تم یہ حرص نہ کرو اس کی۔</w:t>
      </w:r>
    </w:p>
    <w:p>
      <w:r>
        <w:rPr>
          <w:b/>
        </w:rPr>
        <w:t xml:space="preserve">[1:22:12] </w:t>
      </w:r>
      <w:r>
        <w:t>kyun ke koi achhi cheez nahi hai yeh. ah, but Maulana, how these so called affluent people who are suffering from intellectual dwarfism?</w:t>
      </w:r>
    </w:p>
    <w:p>
      <w:pPr>
        <w:jc w:val="right"/>
      </w:pPr>
      <w:r>
        <w:t>کیونکہ کوئی اچھی چیز نہیں ہے یہ۔ اہ، بٹ مولانا، ہاؤ دیز سو کالڈ ایفلوئنٹ پیپل ہو آر سفرنگ فرام انٹلیکچول ڈوارفزم؟</w:t>
      </w:r>
    </w:p>
    <w:p>
      <w:r>
        <w:rPr>
          <w:b/>
        </w:rPr>
        <w:t xml:space="preserve">[1:22:20] </w:t>
      </w:r>
      <w:r>
        <w:t>how can they attain intellectual development?</w:t>
      </w:r>
    </w:p>
    <w:p>
      <w:pPr>
        <w:jc w:val="right"/>
      </w:pPr>
      <w:r>
        <w:t>ہاؤ کین دے اٹین انٹلیکچول ڈیویلپمنٹ؟</w:t>
      </w:r>
    </w:p>
    <w:p>
      <w:r>
        <w:rPr>
          <w:b/>
        </w:rPr>
        <w:t xml:space="preserve">[1:22:27] </w:t>
      </w:r>
      <w:r>
        <w:t>ab yeh possible nahi hai.</w:t>
      </w:r>
    </w:p>
    <w:p>
      <w:pPr>
        <w:jc w:val="right"/>
      </w:pPr>
      <w:r>
        <w:t>اب یہ پاسیبل نہیں ہے۔</w:t>
      </w:r>
    </w:p>
    <w:p>
      <w:r>
        <w:rPr>
          <w:b/>
        </w:rPr>
        <w:t xml:space="preserve">[1:22:29] </w:t>
      </w:r>
      <w:r>
        <w:t>aap dekhein, kai log jo maslan Gautam Buddha the, woh yani royal family mein paida hue, lekin is se bahar aaye, is se is fold se bahar aaye.</w:t>
      </w:r>
    </w:p>
    <w:p>
      <w:pPr>
        <w:jc w:val="right"/>
      </w:pPr>
      <w:r>
        <w:t>آپ دیکھیں، کئی لوگ جو مثلاً گوتم بدھ تھے، وہ یعنی رائل فیملی میں پیدا ہوئے، لیکن اس سے باہر آئے، اس سے اس فولڈ سے باہر آئے۔</w:t>
      </w:r>
    </w:p>
    <w:p>
      <w:r>
        <w:rPr>
          <w:b/>
        </w:rPr>
        <w:t xml:space="preserve">[1:22:39] </w:t>
      </w:r>
      <w:r>
        <w:t>woh to impossible nahi hai. un ko bataya jaye, samjhaya jaye to woh bhi attain kar sakte hain. magar yahi price deni paregi ke is ko un ko is se bahar aana parega.</w:t>
      </w:r>
    </w:p>
    <w:p>
      <w:pPr>
        <w:jc w:val="right"/>
      </w:pPr>
      <w:r>
        <w:t>وہ تو امپاسیبل نہیں ہے۔ ان کو بتایا جائے، سمجھایا جائے تو وہ بھی اٹین کر سکتے ہیں۔ مگر یہی پرائس دینی پڑے گی کہ اس کو ان کو اس سے باہر آنا پڑے گا۔</w:t>
      </w:r>
    </w:p>
    <w:p>
      <w:r>
        <w:rPr>
          <w:b/>
        </w:rPr>
        <w:t xml:space="preserve">[1:22:50] </w:t>
      </w:r>
      <w:r>
        <w:t>Islam ki history mein dekhiye, ek bohat bari example hai Umar ibn Abdul Aziz ka.</w:t>
      </w:r>
    </w:p>
    <w:p>
      <w:pPr>
        <w:jc w:val="right"/>
      </w:pPr>
      <w:r>
        <w:t>اسلام کی ہسٹری میں دیکھیے، ایک بہت بڑی ایگزامپل ہے عمر ابن عبدالعزیز کا۔</w:t>
      </w:r>
    </w:p>
    <w:p>
      <w:r>
        <w:rPr>
          <w:b/>
        </w:rPr>
        <w:t xml:space="preserve">[1:22:56] </w:t>
      </w:r>
      <w:r>
        <w:t>Umar ibn Al Aziz ek prince the, woh aur bohat zabardast zindagi un ki thi. to mein samajhta hoon ke Khuda ne jo rakha hai tareeqa, woh yeh hai.</w:t>
      </w:r>
    </w:p>
    <w:p>
      <w:pPr>
        <w:jc w:val="right"/>
      </w:pPr>
      <w:r>
        <w:t>عمر ابن العزیز ایک پرنس تھے، وہ اور بہت زبردست زندگی ان کی تھی۔ تو میں سمجھتا ہوں کہ خدا نے جو رکھا ہے طریقہ، وہ یہ ہے۔</w:t>
      </w:r>
    </w:p>
    <w:p>
      <w:r>
        <w:rPr>
          <w:b/>
        </w:rPr>
        <w:t xml:space="preserve">[1:23:07] </w:t>
      </w:r>
      <w:r>
        <w:t>isi se mein batata hoon aap ko ke Gautam Buddha ko jo naya woh hua, woh bloodshed ko dekh kar hua.</w:t>
      </w:r>
    </w:p>
    <w:p>
      <w:pPr>
        <w:jc w:val="right"/>
      </w:pPr>
      <w:r>
        <w:t>اسی سے میں بتاتا ہوں آپ کو کہ گوتم بدھ کو جو نیا وہ ہوا، وہ بلڈ شیڈ کو دیکھ کر ہوا۔</w:t>
      </w:r>
    </w:p>
    <w:p>
      <w:r>
        <w:rPr>
          <w:b/>
        </w:rPr>
        <w:t xml:space="preserve">[1:23:16] </w:t>
      </w:r>
      <w:r>
        <w:t>yeh nahi, Gautam Buddha nahi, woh Ashoka ko. Ashoka ko jo hua, woh bloodshed ko dekh kar hua.</w:t>
      </w:r>
    </w:p>
    <w:p>
      <w:pPr>
        <w:jc w:val="right"/>
      </w:pPr>
      <w:r>
        <w:t>یہ نہیں، گوتم بدھ نہیں، وہ اشوک کو۔ اشوک کو جو ہوا، وہ بلڈ شیڈ کو دیکھ کر ہوا۔</w:t>
      </w:r>
    </w:p>
    <w:p>
      <w:r>
        <w:rPr>
          <w:b/>
        </w:rPr>
        <w:t xml:space="preserve">[1:23:22] </w:t>
      </w:r>
      <w:r>
        <w:t>bloodshed ko dekha is ne to woh is ke andar ek naya ehsas jaag utha. us ne apne ko badal liya. to Umar Abdul Aziz bhi the aise ke un ke sath kuch aise qisse pesh aaye.</w:t>
      </w:r>
    </w:p>
    <w:p>
      <w:pPr>
        <w:jc w:val="right"/>
      </w:pPr>
      <w:r>
        <w:t>بلڈ شیڈ کو دیکھا اس نے تو وہ اس کے اندر ایک نیا احساس جاگ اٹھا۔ اس نے اپنے کو بدل لیا۔ تو عمر عبدالعزیز بھی تھے ایسے کہ ان کے ساتھ کچھ ایسے قصے پیش آئے۔</w:t>
      </w:r>
    </w:p>
    <w:p>
      <w:r>
        <w:rPr>
          <w:b/>
        </w:rPr>
        <w:t xml:space="preserve">[1:23:34] </w:t>
      </w:r>
      <w:r>
        <w:t>is se unhon ne lesson liya ke yani prince hone mein kya nuqsan hai, woh dekha unhon ne.</w:t>
      </w:r>
    </w:p>
    <w:p>
      <w:pPr>
        <w:jc w:val="right"/>
      </w:pPr>
      <w:r>
        <w:t>اس سے انہوں نے لیسن لیا کہ یعنی پرنس ہونے میں کیا نقصان ہے، وہ دیکھا انہوں نے۔</w:t>
      </w:r>
    </w:p>
    <w:p>
      <w:r>
        <w:rPr>
          <w:b/>
        </w:rPr>
        <w:t xml:space="preserve">[1:23:43] </w:t>
      </w:r>
      <w:r>
        <w:t>to mein samajhta hoon ke introspection agar agar aadmi ke andar hai, introspection to kahin na kahin woh baat pakad leta hai. kahin na kahin woh apni yani is ko aisa koi baat mil jati hai, reassess kare, revision kare woh apne andar.</w:t>
      </w:r>
    </w:p>
    <w:p>
      <w:pPr>
        <w:jc w:val="right"/>
      </w:pPr>
      <w:r>
        <w:t>تو میں سمجھتا ہوں کہ انٹراسپیکشن اگر اگر آدمی کے اندر ہے، انٹراسپیکشن تو کہیں نہ کہیں وہ بات پکڑ لیتا ہے۔ کہیں نہ کہیں وہ اپنی یعنی اس کو ایسا کوئی بات مل جاتی ہے، ری ایسس کرے، ریویژن کرے وہ اپنے اندر۔</w:t>
      </w:r>
    </w:p>
    <w:p>
      <w:r>
        <w:rPr>
          <w:b/>
        </w:rPr>
        <w:t xml:space="preserve">[1:23:58] </w:t>
      </w:r>
      <w:r>
        <w:t>to agar woh chahe to pass to yeh impossible nahi hai. lekin is ko introspection karna parega, division karna parega, apni zindagi ke ko phir se sochna parega, apni zindagi ke bare mein.</w:t>
      </w:r>
    </w:p>
    <w:p>
      <w:pPr>
        <w:jc w:val="right"/>
      </w:pPr>
      <w:r>
        <w:t>تو اگر وہ چاہے تو پاس تو یہ امپاسیبل نہیں ہے۔ لیکن اس کو انٹراسپیکشن کرنا پڑے گا، ڈیویژن کرنا پڑے گا، اپنی زندگی کے کو پھر سے سوچنا پڑے گا، اپنی زندگی کے بارے میں۔</w:t>
      </w:r>
    </w:p>
    <w:p>
      <w:r>
        <w:rPr>
          <w:b/>
        </w:rPr>
        <w:t xml:space="preserve">[1:24:13] </w:t>
      </w:r>
      <w:r>
        <w:t>to to yeh impossible nahi hai. woh</w:t>
      </w:r>
    </w:p>
    <w:p>
      <w:pPr>
        <w:jc w:val="right"/>
      </w:pPr>
      <w:r>
        <w:t>تو تو یہ امپاسیبل نہیں ہے۔ وہ</w:t>
      </w:r>
    </w:p>
    <w:p>
      <w:r>
        <w:rPr>
          <w:b/>
        </w:rPr>
        <w:t xml:space="preserve">[1:24:17] </w:t>
      </w:r>
      <w:r>
        <w:t>this question is from Bharija: every goal in business has a back up plan, back up planning for failure me</w:t>
      </w:r>
    </w:p>
    <w:p>
      <w:pPr>
        <w:jc w:val="right"/>
      </w:pPr>
      <w:r>
        <w:t>دس کوئسچن از فرام بھاریجہ: ایوری گول ان بزنس ہیز ا بیک اپ پلین، بیک اپ پلاننگ فار فیلیر می</w:t>
      </w:r>
    </w:p>
    <w:p>
      <w:r>
        <w:rPr>
          <w:b/>
        </w:rPr>
        <w:t xml:space="preserve">[1:24:25] </w:t>
      </w:r>
      <w:r>
        <w:t>nagement. kya hai? every goal in business has a back up planning of failure management. is it equally relevant in paradise?</w:t>
      </w:r>
    </w:p>
    <w:p>
      <w:pPr>
        <w:jc w:val="right"/>
      </w:pPr>
      <w:r>
        <w:t>نجمنٹ۔ کیا ہے؟ ایوری گول ان بزنس ہیز ا بیک اپ پلاننگ اف فیلیر مینجمنٹ۔ از اٹ ایکولی ریلیونٹ ان پیراڈائز؟</w:t>
      </w:r>
    </w:p>
    <w:p>
      <w:r>
        <w:rPr>
          <w:b/>
        </w:rPr>
        <w:t xml:space="preserve">[1:24:37] </w:t>
      </w:r>
      <w:r>
        <w:t>kiska sawal hai? Bharija, acha phir se padhiye: every goal in business has a back up planning of failure management.</w:t>
      </w:r>
    </w:p>
    <w:p>
      <w:pPr>
        <w:jc w:val="right"/>
      </w:pPr>
      <w:r>
        <w:t>کس کا سوال ہے؟ بھاریجہ، اچھا پھر سے پڑھیے: ایوری گول ان بزنس ہیز ا بیک اپ پلاننگ اف فیلیر مینجمنٹ۔</w:t>
      </w:r>
    </w:p>
    <w:p>
      <w:r>
        <w:rPr>
          <w:b/>
        </w:rPr>
        <w:t xml:space="preserve">[1:24:47] </w:t>
      </w:r>
      <w:r>
        <w:t>is it equally relevant in paradise? mein to samajhta hoon ke equally relevant hai yeh.</w:t>
      </w:r>
    </w:p>
    <w:p>
      <w:pPr>
        <w:jc w:val="right"/>
      </w:pPr>
      <w:r>
        <w:t>از اٹ ایکولی ریلیونٹ ان پیراڈائز؟ میں تو سمجھتا ہوں کہ ایکولی ریلیونٹ ہے یہ۔</w:t>
      </w:r>
    </w:p>
    <w:p>
      <w:r>
        <w:rPr>
          <w:b/>
        </w:rPr>
        <w:t xml:space="preserve">[1:24:54] </w:t>
      </w:r>
      <w:r>
        <w:t>mein khud isi course se guzra hoon. sab se zyada hum seekhte hain failure se, success se nahin.</w:t>
      </w:r>
    </w:p>
    <w:p>
      <w:pPr>
        <w:jc w:val="right"/>
      </w:pPr>
      <w:r>
        <w:t>میں خود اسی کورس سے گزرا ہوں۔ سب سے زیادہ ہم سیکھتے ہیں فیلیر سے، سکسیس سے نہیں۔</w:t>
      </w:r>
    </w:p>
    <w:p>
      <w:r>
        <w:rPr>
          <w:b/>
        </w:rPr>
        <w:t xml:space="preserve">[1:25:05] </w:t>
      </w:r>
      <w:r>
        <w:t>dekhen, success hum ko kya karta hai? organs mein daal deta hai, bhlave mein daal deta hai. failure jo hai, woh hamare mind ko jagata hai.</w:t>
      </w:r>
    </w:p>
    <w:p>
      <w:pPr>
        <w:jc w:val="right"/>
      </w:pPr>
      <w:r>
        <w:t>دیکھیں، سکسیس ہم کو کیا کرتا ہے؟ ارگنز میں ڈال دیتا ہے، بھلاوے میں ڈال دیتا ہے۔ فیلیر جو ہے، وہ ہمارے مائنڈ کو جگاتا ہے۔</w:t>
      </w:r>
    </w:p>
    <w:p>
      <w:r>
        <w:rPr>
          <w:b/>
        </w:rPr>
        <w:t xml:space="preserve">[1:25:16] </w:t>
      </w:r>
      <w:r>
        <w:t>mein ne khud, mein apne bare mein keh sakta hoon ke mein ne failure se sachai ko discover kiya.</w:t>
      </w:r>
    </w:p>
    <w:p>
      <w:pPr>
        <w:jc w:val="right"/>
      </w:pPr>
      <w:r>
        <w:t>میں نے خود، میں اپنے بارے میں کہہ سکتا ہوں کہ میں نے فیلیر سے سچائی کو ڈسکور کیا۔</w:t>
      </w:r>
    </w:p>
    <w:p>
      <w:r>
        <w:rPr>
          <w:b/>
        </w:rPr>
        <w:t xml:space="preserve">[1:25:23] </w:t>
      </w:r>
      <w:r>
        <w:t>apne bare mein mein yahi keh sakta hoon ke failure management bilashuba success ka sab se bara rasta hai. lekin yeh is ke liye yeh hai ke aadmi ko bohat zyada, yaani har aadmi ke bas mein nahin hota.</w:t>
      </w:r>
    </w:p>
    <w:p>
      <w:pPr>
        <w:jc w:val="right"/>
      </w:pPr>
      <w:r>
        <w:t>اپنے بارے میں میں یہی کہہ سکتا ہوں کہ فیلیر مینجمنٹ بلاشبہ سکسیس کا سب سے بڑا راستہ ہے۔ لیکن یہ اس کے لیے یہ ہے کہ آدمی کو بہت زیادہ، یعنی ہر آدمی کے بس میں نہیں ہوتا۔</w:t>
      </w:r>
    </w:p>
    <w:p>
      <w:r>
        <w:rPr>
          <w:b/>
        </w:rPr>
        <w:t xml:space="preserve">[1:25:38] </w:t>
      </w:r>
      <w:r>
        <w:t>yeh</w:t>
      </w:r>
    </w:p>
    <w:p>
      <w:pPr>
        <w:jc w:val="right"/>
      </w:pPr>
      <w:r>
        <w:t>یہ</w:t>
      </w:r>
    </w:p>
    <w:p>
      <w:r>
        <w:rPr>
          <w:b/>
        </w:rPr>
        <w:t xml:space="preserve">[1:25:39] </w:t>
      </w:r>
      <w:r>
        <w:t>agar aadmi yaani alert ho, apne mind ko woh active rakhe aur sach much woh failure management kar sake, to mein samajhta hoon ke chahe yeh world ho ya woh world, dono jagah ki taraqqi ka raaz isi mein hai.</w:t>
      </w:r>
    </w:p>
    <w:p>
      <w:pPr>
        <w:jc w:val="right"/>
      </w:pPr>
      <w:r>
        <w:t>اگر آدمی یعنی الرٹ ہو، اپنے مائنڈ کو وہ ایکٹیو رکھے اور سچ مچ وہ فیلیر مینجمنٹ کر سکے، تو میں سمجھتا ہوں کہ چاہے یہ ورلڈ ہو یا وہ ورلڈ، دونوں جگہ کی ترقی کا راز اسی میں ہے۔</w:t>
      </w:r>
    </w:p>
    <w:p>
      <w:r>
        <w:rPr>
          <w:b/>
        </w:rPr>
        <w:t xml:space="preserve">[1:25:56] </w:t>
      </w:r>
      <w:r>
        <w:t>mein mein samajhta hoon aap ne theek baat kahi hai. aap ne</w:t>
      </w:r>
    </w:p>
    <w:p>
      <w:pPr>
        <w:jc w:val="right"/>
      </w:pPr>
      <w:r>
        <w:t>میں میں سمجھتا ہوں آپ نے ٹھیک بات کہی ہے۔ آپ نے</w:t>
      </w:r>
    </w:p>
    <w:p>
      <w:r>
        <w:rPr>
          <w:b/>
        </w:rPr>
        <w:t xml:space="preserve">[1:26:01] </w:t>
      </w:r>
      <w:r>
        <w:t>das question is from idrees: you mention that this world is a test, but everyone gets different test papers with different levels of difficulties.</w:t>
      </w:r>
    </w:p>
    <w:p>
      <w:pPr>
        <w:jc w:val="right"/>
      </w:pPr>
      <w:r>
        <w:t>دس کوئسچن از فرام ادریس: یو مینشن دیٹ دس ورلڈ از ا ٹیسٹ، بٹ ایوری ون گیٹس ڈفرنٹ ٹیسٹ پیپرز ود ڈفرنٹ لیولز اف ڈیفیکلٹیز۔</w:t>
      </w:r>
    </w:p>
    <w:p>
      <w:r>
        <w:rPr>
          <w:b/>
        </w:rPr>
        <w:t xml:space="preserve">[1:26:12] </w:t>
      </w:r>
      <w:r>
        <w:t>is it fair?</w:t>
      </w:r>
    </w:p>
    <w:p>
      <w:pPr>
        <w:jc w:val="right"/>
      </w:pPr>
      <w:r>
        <w:t>از اٹ فیئر؟</w:t>
      </w:r>
    </w:p>
    <w:p>
      <w:r>
        <w:rPr>
          <w:b/>
        </w:rPr>
        <w:t xml:space="preserve">[1:26:16] </w:t>
      </w:r>
      <w:r>
        <w:t>dekhen, fair hai. is mein yaani different hone se kya farq pada? bohat se log aap yeh keh sakte hain ke choti difficulty aur bari difficulty.</w:t>
      </w:r>
    </w:p>
    <w:p>
      <w:pPr>
        <w:jc w:val="right"/>
      </w:pPr>
      <w:r>
        <w:t>دیکھیں، فیئر ہے۔ اس میں یعنی ڈفرنٹ ہونے سے کیا فرق پڑا؟ بہت سے لوگ آپ یہ کہہ سکتے ہیں کہ چھوٹی ڈیفیکلٹی اور بڑی ڈیفیکلٹی۔</w:t>
      </w:r>
    </w:p>
    <w:p>
      <w:r>
        <w:rPr>
          <w:b/>
        </w:rPr>
        <w:t xml:space="preserve">[1:26:25] </w:t>
      </w:r>
      <w:r>
        <w:t>to mein ne apne andar paya hai apni zindagi mein ke bari difficulty zyada bari blessing hai. kyunke bari difficulty to aap ke mind ko hilati hai. choti difficulty mein kya hilega aap ke mind?</w:t>
      </w:r>
    </w:p>
    <w:p>
      <w:pPr>
        <w:jc w:val="right"/>
      </w:pPr>
      <w:r>
        <w:t>تو میں نے اپنے اندر پایا ہے اپنی زندگی میں کہ بڑی ڈیفیکلٹی زیادہ بڑی بلیسنگ ہے۔ کیونکہ بڑی ڈیفیکلٹی تو آپ کے مائنڈ کو ہلاتی ہے۔ چھوٹی ڈیفیکلٹی میں کیا ہلے گا آپ کے مائنڈ؟</w:t>
      </w:r>
    </w:p>
    <w:p>
      <w:r>
        <w:rPr>
          <w:b/>
        </w:rPr>
        <w:t xml:space="preserve">[1:26:38] </w:t>
      </w:r>
      <w:r>
        <w:t>jaise mein ne kaha ke mere mein orphan ho gaya, yateem ho gaya. to hum log, hamari bohat bari zimmedari thi, hum landlord thay.</w:t>
      </w:r>
    </w:p>
    <w:p>
      <w:pPr>
        <w:jc w:val="right"/>
      </w:pPr>
      <w:r>
        <w:t>جیسے میں نے کہا کہ میرے میں ارفن ہو گیا، یتیم ہو گیا۔ تو ہم لوگ، ہماری بہت بڑی ذمہ داری تھی، ہم لینڈ لارڈ تھے۔</w:t>
      </w:r>
    </w:p>
    <w:p>
      <w:r>
        <w:rPr>
          <w:b/>
        </w:rPr>
        <w:t xml:space="preserve">[1:26:47] </w:t>
      </w:r>
      <w:r>
        <w:t>to baap ke marte hi hum aik dam woh ho gaye, yaani aik dam yaani woh ho gaye.</w:t>
      </w:r>
    </w:p>
    <w:p>
      <w:pPr>
        <w:jc w:val="right"/>
      </w:pPr>
      <w:r>
        <w:t>تو باپ کے مرتے ہی ہم ایک دم وہ ہو گئے، یعنی ایک دم یعنی وہ ہو گئے۔</w:t>
      </w:r>
    </w:p>
    <w:p>
      <w:r>
        <w:rPr>
          <w:b/>
        </w:rPr>
        <w:t xml:space="preserve">[1:26:56] </w:t>
      </w:r>
      <w:r>
        <w:t>yun kehna chahiye ke penniless ho gaye. baap ke marte hi aik dam halaat aise badle. to woh to bohat bari difficulty hamare samne pesh aa gayi, bohat bari difficulty.</w:t>
      </w:r>
    </w:p>
    <w:p>
      <w:pPr>
        <w:jc w:val="right"/>
      </w:pPr>
      <w:r>
        <w:t>یوں کہنا چاہیے کہ پینی لیس ہو گئے۔ باپ کے مرتے ہی ایک دم حالات ایسے بدلے۔ تو وہ تو بہت بڑی ڈیفیکلٹی ہمارے سامنے پیش آ گئی، بہت بڑی ڈیفیکلٹی۔</w:t>
      </w:r>
    </w:p>
    <w:p>
      <w:r>
        <w:rPr>
          <w:b/>
        </w:rPr>
        <w:t xml:space="preserve">[1:27:07] </w:t>
      </w:r>
      <w:r>
        <w:t>lekin isi difficulty se jo hammering hui, hammering isi se mera mind active hua aur phir mein sachai ko discover kar saka.</w:t>
      </w:r>
    </w:p>
    <w:p>
      <w:pPr>
        <w:jc w:val="right"/>
      </w:pPr>
      <w:r>
        <w:t>لیکن اسی ڈیفیکلٹی سے جو ہیمرنگ ہوئی، ہیمرنگ اسی سے میرا مائنڈ ایکٹیو ہوا اور پھر میں سچائی کو ڈسکور کر سکا۔</w:t>
      </w:r>
    </w:p>
    <w:p>
      <w:r>
        <w:rPr>
          <w:b/>
        </w:rPr>
        <w:t xml:space="preserve">[1:27:15] </w:t>
      </w:r>
      <w:r>
        <w:t>to mein samajhta hoon ke bari difficulty agar hai to woh bari blessing hai. woh yeh yaani woh aadmi zyada, yaani Khuda ne zyada is par blessing ki jis ko bari difficulty mein daal diya.</w:t>
      </w:r>
    </w:p>
    <w:p>
      <w:pPr>
        <w:jc w:val="right"/>
      </w:pPr>
      <w:r>
        <w:t>تو میں سمجھتا ہوں کہ بڑی ڈیفیکلٹی اگر ہے تو وہ بڑی بلیسنگ ہے۔ وہ یہ یعنی وہ آدمی زیادہ، یعنی خدا نے زیادہ اس پر بلیسنگ کی جس کو بڑی ڈیفیکلٹی میں ڈال دیا۔</w:t>
      </w:r>
    </w:p>
    <w:p>
      <w:r>
        <w:rPr>
          <w:b/>
        </w:rPr>
        <w:t xml:space="preserve">[1:27:31] </w:t>
      </w:r>
      <w:r>
        <w:t>aap history mein dekhen jo log guzre hain to difficulty hi ne unhein banaya hai. angrezi ka aik misl bohat acha hai: it is not ease but effort, not difficulty.</w:t>
      </w:r>
    </w:p>
    <w:p>
      <w:pPr>
        <w:jc w:val="right"/>
      </w:pPr>
      <w:r>
        <w:t>آپ ہسٹری میں دیکھیں جو لوگ گزرے ہیں تو ڈیفیکلٹی ہی نے انہیں بنایا ہے۔ انگریزی کا ایک مثل بہت اچھا ہے: اٹ از ناٹ ایز بٹ ایفرٹ، ناٹ ڈیفیکلٹ۔</w:t>
      </w:r>
    </w:p>
    <w:p>
      <w:r>
        <w:rPr>
          <w:b/>
        </w:rPr>
        <w:t xml:space="preserve">[1:27:44] </w:t>
      </w:r>
      <w:r>
        <w:t>it is not ease but effort, not facility but difficulty. that makes man ke choti difficulty se chota insan banta hai, bari difficulty se bara insan banta hai.</w:t>
      </w:r>
    </w:p>
    <w:p>
      <w:pPr>
        <w:jc w:val="right"/>
      </w:pPr>
      <w:r>
        <w:t>اٹ از ناٹ ایز بٹ ایفرٹ، ناٹ فیسلیٹی بٹ ڈیفیکلٹی۔ دیٹ میکس مین کہ چھوٹی ڈیفیکلٹی سے چھوٹا انسان بنتا ہے، بڑی ڈیفیکلٹی سے بڑا انسان بنتا ہے۔</w:t>
      </w:r>
    </w:p>
    <w:p>
      <w:r>
        <w:rPr>
          <w:b/>
        </w:rPr>
        <w:t xml:space="preserve">[1:27:54] </w:t>
      </w:r>
      <w:r>
        <w:t>yeh hai formula.</w:t>
      </w:r>
    </w:p>
    <w:p>
      <w:pPr>
        <w:jc w:val="right"/>
      </w:pPr>
      <w:r>
        <w:t>یہ ہے فارمولا۔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