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Role of Ulama 22 Aug 2021 - Prof. Farida Khanam</w:t>
      </w:r>
    </w:p>
    <w:p>
      <w:r>
        <w:t>https://www.youtube.com/watch?v=sQ4jnchby1o</w:t>
      </w:r>
    </w:p>
    <w:p>
      <w:r>
        <w:rPr>
          <w:b/>
        </w:rPr>
        <w:t xml:space="preserve">[00:13]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assalamu alaikum wa 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[00:20] </w:t>
      </w:r>
      <w:r>
        <w:t>ek Maulana ki ek kitab hai "Ulama aur Daur-e-Jadeed".</w:t>
      </w:r>
    </w:p>
    <w:p>
      <w:pPr>
        <w:jc w:val="right"/>
      </w:pPr>
      <w:r>
        <w:t>اے مولانا کی ایک کتاب ہے "علماء اور دور جدید"۔</w:t>
      </w:r>
    </w:p>
    <w:p>
      <w:r>
        <w:rPr>
          <w:b/>
        </w:rPr>
        <w:t xml:space="preserve">[00:25] </w:t>
      </w:r>
      <w:r>
        <w:t>تو یہ کتاب جو ہے 1999 1992 میں ایک سیمینار ہوا تھا۔ اس کا</w:t>
      </w:r>
    </w:p>
    <w:p>
      <w:pPr>
        <w:jc w:val="right"/>
      </w:pPr>
      <w:r>
        <w:t>تو یہ کتاب جو ہے نائنٹین نائنٹین نائن نائنٹین نائنٹی ٹو میں ایک سیمینار ہوا تھا۔ اس کا</w:t>
      </w:r>
    </w:p>
    <w:p>
      <w:r>
        <w:rPr>
          <w:b/>
        </w:rPr>
        <w:t xml:space="preserve">[00:33] </w:t>
      </w:r>
      <w:r>
        <w:t>mawzu tha "Ulama ka Qaidana Kirdar".</w:t>
      </w:r>
    </w:p>
    <w:p>
      <w:pPr>
        <w:jc w:val="right"/>
      </w:pPr>
      <w:r>
        <w:t>موضوع تھا "علماء کا قائدانہ کردار"۔</w:t>
      </w:r>
    </w:p>
    <w:p>
      <w:r>
        <w:rPr>
          <w:b/>
        </w:rPr>
        <w:t xml:space="preserve">[00:36] </w:t>
      </w:r>
      <w:r>
        <w:t>yeh seminar Lucknow mein hua tha to us ke liye Maulana ne yeh maqala likha tha. to us</w:t>
      </w:r>
    </w:p>
    <w:p>
      <w:pPr>
        <w:jc w:val="right"/>
      </w:pPr>
      <w:r>
        <w:t>یہ سیمینار لکھنو میں ہوا تھا تو اس کے لیے مولانا نے یہ مقالہ لکھا تھا۔ تو اس</w:t>
      </w:r>
    </w:p>
    <w:p>
      <w:r>
        <w:rPr>
          <w:b/>
        </w:rPr>
        <w:t xml:space="preserve">[00:42] </w:t>
      </w:r>
      <w:r>
        <w:t>mein</w:t>
      </w:r>
    </w:p>
    <w:p>
      <w:pPr>
        <w:jc w:val="right"/>
      </w:pPr>
      <w:r>
        <w:t>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