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History Repeats Itself I 10th March 2013 - Maulana Wahiduddin Khan</w:t>
      </w:r>
    </w:p>
    <w:p>
      <w:r>
        <w:t>https://www.youtube.com/watch?v=h4bBxMgSIc8</w:t>
      </w:r>
    </w:p>
    <w:p>
      <w:r>
        <w:rPr>
          <w:b/>
        </w:rPr>
        <w:t xml:space="preserve">[00:15]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 allah ala al-nabi al-karim.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 al-uqdatan min lisani yafqa</w:t>
      </w:r>
    </w:p>
    <w:p>
      <w:pPr>
        <w:jc w:val="right"/>
      </w:pPr>
      <w:r>
        <w:t>واحل العقدۃ من لسانی یفقہ</w:t>
      </w:r>
    </w:p>
    <w:p>
      <w:r>
        <w:rPr>
          <w:b/>
        </w:rPr>
        <w:t xml:space="preserve">[00:31] </w:t>
      </w:r>
      <w:r>
        <w:t>qawli. Aaj ka topic hai</w:t>
      </w:r>
    </w:p>
    <w:p>
      <w:pPr>
        <w:jc w:val="right"/>
      </w:pPr>
      <w:r>
        <w:t>قولی۔ آج کا ٹاپک ہے</w:t>
      </w:r>
    </w:p>
    <w:p>
      <w:r>
        <w:rPr>
          <w:b/>
        </w:rPr>
        <w:t xml:space="preserve">[00:37] </w:t>
      </w:r>
      <w:r>
        <w:t>tareekh-e-insani ke bare mein Allah ka ek qanoon.</w:t>
      </w:r>
    </w:p>
    <w:p>
      <w:pPr>
        <w:jc w:val="right"/>
      </w:pPr>
      <w:r>
        <w:t>تاریخ انسانی کے بارے میں اللہ کا ایک قانون۔</w:t>
      </w:r>
    </w:p>
    <w:p>
      <w:r>
        <w:rPr>
          <w:b/>
        </w:rPr>
        <w:t xml:space="preserve">[00:46] </w:t>
      </w:r>
      <w:r>
        <w:t>kyunki aaj</w:t>
      </w:r>
    </w:p>
    <w:p>
      <w:pPr>
        <w:jc w:val="right"/>
      </w:pPr>
      <w:r>
        <w:t>کیونکہ آج</w:t>
      </w:r>
    </w:p>
    <w:p>
      <w:r>
        <w:rPr>
          <w:b/>
        </w:rPr>
        <w:t xml:space="preserve">[00:51] </w:t>
      </w:r>
      <w:r>
        <w:t>march 2013 ki 10 tareekh hai,</w:t>
      </w:r>
    </w:p>
    <w:p>
      <w:pPr>
        <w:jc w:val="right"/>
      </w:pPr>
      <w:r>
        <w:t>مارچ 2013 کی 10 تاریخ ہے،</w:t>
      </w:r>
    </w:p>
    <w:p>
      <w:r>
        <w:rPr>
          <w:b/>
        </w:rPr>
        <w:t xml:space="preserve">[00:57] </w:t>
      </w:r>
      <w:r>
        <w:t>kal Delhi mein ek bada function tha jis mein mujh ko</w:t>
      </w:r>
    </w:p>
    <w:p>
      <w:pPr>
        <w:jc w:val="right"/>
      </w:pPr>
      <w:r>
        <w:t>کل دلی میں ایک بڑا فنکشن تھا جس میں مجھ کو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