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Realization of God 12 May 2018 - Maulana Wahiduddin Khan</w:t>
      </w:r>
    </w:p>
    <w:p>
      <w:r>
        <w:t>https://www.youtube.com/watch?v=Z_0nn6MHsog</w:t>
      </w:r>
    </w:p>
    <w:p>
      <w:r>
        <w:rPr>
          <w:b/>
        </w:rPr>
        <w:t xml:space="preserve">[00:14] </w:t>
      </w:r>
      <w:r>
        <w:t>Bismillah Rehman-e-Rahim, wa Salla Allahu ala Nabi-il-Kareem.</w:t>
      </w:r>
    </w:p>
    <w:p>
      <w:pPr>
        <w:jc w:val="right"/>
      </w:pPr>
      <w:r>
        <w:t>بسم اللہ الرحمن الرحیم، وصلی اللہ علی النبی الکریم۔</w:t>
      </w:r>
    </w:p>
    <w:p>
      <w:r>
        <w:rPr>
          <w:b/>
        </w:rPr>
        <w:t xml:space="preserve">[00:23] </w:t>
      </w:r>
      <w:r>
        <w:t>12 May 2018.</w:t>
      </w:r>
    </w:p>
    <w:p>
      <w:pPr>
        <w:jc w:val="right"/>
      </w:pPr>
      <w:r>
        <w:t>12 مئی 2018۔</w:t>
      </w:r>
    </w:p>
    <w:p>
      <w:r>
        <w:rPr>
          <w:b/>
        </w:rPr>
        <w:t xml:space="preserve">[00:32] </w:t>
      </w:r>
      <w:r>
        <w:t>Aaj subah jab mein utha</w:t>
      </w:r>
    </w:p>
    <w:p>
      <w:pPr>
        <w:jc w:val="right"/>
      </w:pPr>
      <w:r>
        <w:t>آج صبح جب میں اٹھا</w:t>
      </w:r>
    </w:p>
    <w:p>
      <w:r>
        <w:rPr>
          <w:b/>
        </w:rPr>
        <w:t xml:space="preserve">[00:39] </w:t>
      </w:r>
      <w:r>
        <w:t>toh mujhe ek waqia yaad aaya.</w:t>
      </w:r>
    </w:p>
    <w:p>
      <w:pPr>
        <w:jc w:val="right"/>
      </w:pPr>
      <w:r>
        <w:t>تو مجھے ایک واقعہ یاد آیا۔</w:t>
      </w:r>
    </w:p>
    <w:p>
      <w:r>
        <w:rPr>
          <w:b/>
        </w:rPr>
        <w:t xml:space="preserve">[00:46] </w:t>
      </w:r>
      <w:r>
        <w:t>Ek shakhs jo apne ko naturalist kehta tha, fitrat pasand,</w:t>
      </w:r>
    </w:p>
    <w:p>
      <w:pPr>
        <w:jc w:val="right"/>
      </w:pPr>
      <w:r>
        <w:t>ایک شخص جو اپنے کو نیچرلسٹ کہتا تھا، فطرت پسند،</w:t>
      </w:r>
    </w:p>
    <w:p>
      <w:r>
        <w:rPr>
          <w:b/>
        </w:rPr>
        <w:t xml:space="preserve">[00:57] </w:t>
      </w:r>
      <w:r>
        <w:t>toh</w:t>
      </w:r>
    </w:p>
    <w:p>
      <w:pPr>
        <w:jc w:val="right"/>
      </w:pPr>
      <w:r>
        <w:t>تو</w:t>
      </w:r>
    </w:p>
    <w:p>
      <w:r>
        <w:rPr>
          <w:b/>
        </w:rPr>
        <w:t xml:space="preserve">[01:00] </w:t>
      </w:r>
      <w:r>
        <w:t>woh subah ko so kar utha</w:t>
      </w:r>
    </w:p>
    <w:p>
      <w:pPr>
        <w:jc w:val="right"/>
      </w:pPr>
      <w:r>
        <w:t>وہ صبح کو سو کر اٹھا</w:t>
      </w:r>
    </w:p>
    <w:p>
      <w:r>
        <w:rPr>
          <w:b/>
        </w:rPr>
        <w:t xml:space="preserve">[01:06] </w:t>
      </w:r>
      <w:r>
        <w:t>toh uska kamra is tareeqe se tha ke subah ko uski window se suraj ki pehli kiran uske bedroom mein aati thi.</w:t>
      </w:r>
    </w:p>
    <w:p>
      <w:pPr>
        <w:jc w:val="right"/>
      </w:pPr>
      <w:r>
        <w:t>تو اس کا کمرہ اس طریقے سے تھا کہ صبح کو اس کی ونڈو سے سورج کی پہلی کرن اس کے بیڈ روم میں آتی تھی۔</w:t>
      </w:r>
    </w:p>
    <w:p>
      <w:r>
        <w:rPr>
          <w:b/>
        </w:rPr>
        <w:t xml:space="preserve">[01:19] </w:t>
      </w:r>
      <w:r>
        <w:t>Toh subah ko jab woh uthta tha toh sab se pehle usko suraj dikhai deta tha. Usko bahut pasand tha yeh manzar, kyunki woh naturalist tha.</w:t>
      </w:r>
    </w:p>
    <w:p>
      <w:pPr>
        <w:jc w:val="right"/>
      </w:pPr>
      <w:r>
        <w:t>تو صبح کو جب وہ اٹھتا تھا تو سب سے پہلے اس کو سورج دکھائی دیتا تھا۔ اس کو بہت پسند تھا یہ منظر، کیونکہ وہ نیچرلسٹ تھا۔</w:t>
      </w:r>
    </w:p>
    <w:p>
      <w:r>
        <w:rPr>
          <w:b/>
        </w:rPr>
        <w:t xml:space="preserve">[01:36] </w:t>
      </w:r>
      <w:r>
        <w:t>Toh usne likha tha ke apna ek din ka waqia ke woh subah ko jab so kar utha aur dekha ke uske bedroom mein suraj ki roshni aa rahi hai</w:t>
      </w:r>
    </w:p>
    <w:p>
      <w:pPr>
        <w:jc w:val="right"/>
      </w:pPr>
      <w:r>
        <w:t>تو اس نے لکھا تھا کہ اپنا ایک دن کا واقعہ کہ وہ صبح کو جب سو کر اٹھا اور دیکھا کہ اس کے بیڈ روم میں سورج کی روشنی آ رہی ہے</w:t>
      </w:r>
    </w:p>
    <w:p>
      <w:r>
        <w:rPr>
          <w:b/>
        </w:rPr>
        <w:t xml:space="preserve">[01:54] </w:t>
      </w:r>
      <w:r>
        <w:t>toh woh chala utha.</w:t>
      </w:r>
    </w:p>
    <w:p>
      <w:pPr>
        <w:jc w:val="right"/>
      </w:pPr>
      <w:r>
        <w:t>تو وہ چلا اٹھا۔</w:t>
      </w:r>
    </w:p>
    <w:p>
      <w:r>
        <w:rPr>
          <w:b/>
        </w:rPr>
        <w:t xml:space="preserve">[02:00] </w:t>
      </w:r>
      <w:r>
        <w:t>Chala kar woh apne bistar se bahar aa gaya aur kaha ke "one more golden morning." "one more golden morning."</w:t>
      </w:r>
    </w:p>
    <w:p>
      <w:pPr>
        <w:jc w:val="right"/>
      </w:pPr>
      <w:r>
        <w:t>چلا کر وہ اپنے بستر سے باہر آ گیا اور کہا کہ "ون مور گولڈن مارننگ۔" "ون مور گولڈن مارننگ۔"</w:t>
      </w:r>
    </w:p>
    <w:p>
      <w:r>
        <w:rPr>
          <w:b/>
        </w:rPr>
        <w:t xml:space="preserve">[02:18] </w:t>
      </w:r>
      <w:r>
        <w:t>Toh yeh soch kar ke mera mind trigger hua. Main sochne laga ke yeh toh ek naturalist ki, yani fitrat pasand aadmi ki,</w:t>
      </w:r>
    </w:p>
    <w:p>
      <w:pPr>
        <w:jc w:val="right"/>
      </w:pPr>
      <w:r>
        <w:t>تو یہ سوچ کر کے میرا مائنڈ ٹریگر ہوا۔ میں سوچنے لگا کہ یہ تو ایک نیچرلسٹ کی، یعنی فطرت پسند آدمی کی،</w:t>
      </w:r>
    </w:p>
    <w:p>
      <w:r>
        <w:rPr>
          <w:b/>
        </w:rPr>
        <w:t xml:space="preserve">[02:32] </w:t>
      </w:r>
      <w:r>
        <w:t>rooh ki awaz hai. Ek momin ki aise mauqe par awaz kya hogi?</w:t>
      </w:r>
    </w:p>
    <w:p>
      <w:pPr>
        <w:jc w:val="right"/>
      </w:pPr>
      <w:r>
        <w:t>روح کی آواز ہے۔ ایک مومن کی ایسے موقع پر آواز کیا ہوگی؟</w:t>
      </w:r>
    </w:p>
    <w:p>
      <w:r>
        <w:rPr>
          <w:b/>
        </w:rPr>
        <w:t xml:space="preserve">[02:40] </w:t>
      </w:r>
      <w:r>
        <w:t>Momin kya bolega?</w:t>
      </w:r>
    </w:p>
    <w:p>
      <w:pPr>
        <w:jc w:val="right"/>
      </w:pPr>
      <w:r>
        <w:t>مومن کیا بولے گا؟</w:t>
      </w:r>
    </w:p>
    <w:p>
      <w:r>
        <w:rPr>
          <w:b/>
        </w:rPr>
        <w:t xml:space="preserve">[02:46] </w:t>
      </w:r>
      <w:r>
        <w:t>to meri samajh mein aaya ke momin sab se pehle creator ki yaad karega jis ne is ko raat ko in par neend taari kar di.</w:t>
      </w:r>
    </w:p>
    <w:p>
      <w:pPr>
        <w:jc w:val="right"/>
      </w:pPr>
      <w:r>
        <w:t>تو میری سمجھ میں آیا کہ مومن سب سے پہلے کریٹر کی یاد کرے گا جس نے اس کو رات کو ان پر نیند طاری کر دی۔</w:t>
      </w:r>
    </w:p>
    <w:p>
      <w:r>
        <w:rPr>
          <w:b/>
        </w:rPr>
        <w:t xml:space="preserve">[03:00] </w:t>
      </w:r>
      <w:r>
        <w:t>agar aap kabhi aisa guzra ho aap ke upar</w:t>
      </w:r>
    </w:p>
    <w:p>
      <w:pPr>
        <w:jc w:val="right"/>
      </w:pPr>
      <w:r>
        <w:t>اگر آپ کبھی ایسا گزرا ہو آپ کے اوپر</w:t>
      </w:r>
    </w:p>
    <w:p>
      <w:r>
        <w:rPr>
          <w:b/>
        </w:rPr>
        <w:t xml:space="preserve">[03:05] </w:t>
      </w:r>
      <w:r>
        <w:t>ke aap bed par hon lekin neend nahi aa rahi hai, karwat badal rahe hon aur neend nahi aa rahi ho, to aap ko pata hoga ke neend na aana kehti hai wahi museebat hai.</w:t>
      </w:r>
    </w:p>
    <w:p>
      <w:pPr>
        <w:jc w:val="right"/>
      </w:pPr>
      <w:r>
        <w:t>کہ آپ بیڈ پر ہوں لیکن نیند نہیں آ رہی ہے، کروٹ بدل رہے ہوں اور نیند نہیں آ رہی ہو، تو آپ کو پتہ ہوگا کہ نیند نہ آنا کہتی ہے وہی مصیبت ہے۔</w:t>
      </w:r>
    </w:p>
    <w:p>
      <w:r>
        <w:rPr>
          <w:b/>
        </w:rPr>
        <w:t xml:space="preserve">[03:22] </w:t>
      </w:r>
      <w:r>
        <w:t>to jab raat ko aadmi soya, us ko sound sleep aai, phir subah ko utha to sab se pehle wo yaad karega momin ke kaisa ajeeb hai wo khuda jis ne</w:t>
      </w:r>
    </w:p>
    <w:p>
      <w:pPr>
        <w:jc w:val="right"/>
      </w:pPr>
      <w:r>
        <w:t>تو جب رات کو آدمی سویا، اس کو ساؤنڈ سلیپ آئی، پھر صبح کو اٹھا تو سب سے پہلے وہ یاد کرے گا مومن کہ کیسا عجیب ہے وہ خدا جس نے</w:t>
      </w:r>
    </w:p>
    <w:p>
      <w:r>
        <w:rPr>
          <w:b/>
        </w:rPr>
        <w:t xml:space="preserve">[03:39] </w:t>
      </w:r>
      <w:r>
        <w:t>meri raat is tarah se guzri ke is ne mere upar neend taari kar di. main sound sleep le kar utha hoon.</w:t>
      </w:r>
    </w:p>
    <w:p>
      <w:pPr>
        <w:jc w:val="right"/>
      </w:pPr>
      <w:r>
        <w:t>میری رات اس طرح سے گزری کہ اس نے میرے اوپر نیند طاری کر دی۔ میں ساؤنڈ سلیپ لے کر اٹھا ہوں۔</w:t>
      </w:r>
    </w:p>
    <w:p>
      <w:r>
        <w:rPr>
          <w:b/>
        </w:rPr>
        <w:t xml:space="preserve">[03:51] </w:t>
      </w:r>
      <w:r>
        <w:t>phir mujhe yaad aaya</w:t>
      </w:r>
    </w:p>
    <w:p>
      <w:pPr>
        <w:jc w:val="right"/>
      </w:pPr>
      <w:r>
        <w:t>پھر مجھے یاد آیا</w:t>
      </w:r>
    </w:p>
    <w:p>
      <w:r>
        <w:rPr>
          <w:b/>
        </w:rPr>
        <w:t xml:space="preserve">[03:55] </w:t>
      </w:r>
      <w:r>
        <w:t>ke quran mein kuch logon ka zikr hai jo rasool Allah ke paas aaye madine mein.</w:t>
      </w:r>
    </w:p>
    <w:p>
      <w:pPr>
        <w:jc w:val="right"/>
      </w:pPr>
      <w:r>
        <w:t>کہ قرآن میں کچھ لوگوں کا ذکر ہے جو رسول اللہ کے پاس آئے مدینہ میں۔</w:t>
      </w:r>
    </w:p>
    <w:p>
      <w:r>
        <w:rPr>
          <w:b/>
        </w:rPr>
        <w:t xml:space="preserve">[04:08] </w:t>
      </w:r>
      <w:r>
        <w:t>aap ne un ko quran ka kuch hissa sunaya.</w:t>
      </w:r>
    </w:p>
    <w:p>
      <w:pPr>
        <w:jc w:val="right"/>
      </w:pPr>
      <w:r>
        <w:t>آپ نے ان کو قرآن کا کچھ حصہ سنایا۔</w:t>
      </w:r>
    </w:p>
    <w:p>
      <w:r>
        <w:rPr>
          <w:b/>
        </w:rPr>
        <w:t xml:space="preserve">[04:15] </w:t>
      </w:r>
      <w:r>
        <w:t>ghaliban wo arabi jante the.</w:t>
      </w:r>
    </w:p>
    <w:p>
      <w:pPr>
        <w:jc w:val="right"/>
      </w:pPr>
      <w:r>
        <w:t>غالباً وہ عربی جانتے تھے۔</w:t>
      </w:r>
    </w:p>
    <w:p>
      <w:r>
        <w:rPr>
          <w:b/>
        </w:rPr>
        <w:t xml:space="preserve">[04:20] </w:t>
      </w:r>
      <w:r>
        <w:t>to quran mein is ka jo jis tarah report kiya gaya hai wo yeh hai ke "wa idha sabaw ma unzila ar rasool</w:t>
      </w:r>
    </w:p>
    <w:p>
      <w:pPr>
        <w:jc w:val="right"/>
      </w:pPr>
      <w:r>
        <w:t>تو قرآن میں اس کا جو جس طرح رپورٹ کیا گیا ہے وہ یہ ہے کہ "وَإِذَا سَبَوْا مَا أُنْذِلَ الرَّسُولُ</w:t>
      </w:r>
    </w:p>
    <w:p>
      <w:r>
        <w:rPr>
          <w:b/>
        </w:rPr>
        <w:t xml:space="preserve">[04:36] </w:t>
      </w:r>
      <w:r>
        <w:t>tara alam taf'eelun ala al tam mimma arafu min al haqq"</w:t>
      </w:r>
    </w:p>
    <w:p>
      <w:pPr>
        <w:jc w:val="right"/>
      </w:pPr>
      <w:r>
        <w:t>تَرَى عَالَمَ تفْعِيلٌ عَلَى الْتَّمْ مِمَّا عَرَفُوا مِنَ الْحَقِّ"</w:t>
      </w:r>
    </w:p>
    <w:p>
      <w:r>
        <w:rPr>
          <w:b/>
        </w:rPr>
        <w:t xml:space="preserve">[04:47] </w:t>
      </w:r>
      <w:r>
        <w:t>ke yeh aane wale log, wo zahir hai ke wo seeker the, wo. seeker the yeh log, ghaliban christian the.</w:t>
      </w:r>
    </w:p>
    <w:p>
      <w:pPr>
        <w:jc w:val="right"/>
      </w:pPr>
      <w:r>
        <w:t>کہ یہ آنے والے لوگ، وہ ظاہر ہے کہ وہ سیکر تھے، وہ۔ سیکر تھے یہ لوگ، غالباً کرسچن تھے۔</w:t>
      </w:r>
    </w:p>
    <w:p>
      <w:r>
        <w:rPr>
          <w:b/>
        </w:rPr>
        <w:t xml:space="preserve">[05:00] </w:t>
      </w:r>
      <w:r>
        <w:t>jab unhone suna quran ke aayaton ko to un ki aankhein aansuon se beh parin.</w:t>
      </w:r>
    </w:p>
    <w:p>
      <w:pPr>
        <w:jc w:val="right"/>
      </w:pPr>
      <w:r>
        <w:t>جب انہوں نے سنا قرآن کے آیتوں کو تو ان کی آنکھیں آنسوؤں سے بہہ پڑیں۔</w:t>
      </w:r>
    </w:p>
    <w:p>
      <w:r>
        <w:rPr>
          <w:b/>
        </w:rPr>
        <w:t xml:space="preserve">[05:15] </w:t>
      </w:r>
      <w:r>
        <w:t>is sabab se ke un ko in aayaton mein</w:t>
      </w:r>
    </w:p>
    <w:p>
      <w:pPr>
        <w:jc w:val="right"/>
      </w:pPr>
      <w:r>
        <w:t>اس سبب سے کہ ان کو ان آیتوں میں</w:t>
      </w:r>
    </w:p>
    <w:p>
      <w:r>
        <w:rPr>
          <w:b/>
        </w:rPr>
        <w:t xml:space="preserve">[05:20] </w:t>
      </w:r>
      <w:r>
        <w:t>ma'rifat ki pehchan ho gayi, yaani Allah rab ul alameen ki pehchan ho gayi.</w:t>
      </w:r>
    </w:p>
    <w:p>
      <w:pPr>
        <w:jc w:val="right"/>
      </w:pPr>
      <w:r>
        <w:t>معرفت کی پہچان ہو گئی، یعنی اللہ رب العالمین کی پہچان ہو گئی۔</w:t>
      </w:r>
    </w:p>
    <w:p>
      <w:r>
        <w:rPr>
          <w:b/>
        </w:rPr>
        <w:t xml:space="preserve">[05:29] </w:t>
      </w:r>
      <w:r>
        <w:t>un ko is baat ki pehchan ho gayi ke yeh kalam sirf khudai ka kalam ho sakta hai,</w:t>
      </w:r>
    </w:p>
    <w:p>
      <w:pPr>
        <w:jc w:val="right"/>
      </w:pPr>
      <w:r>
        <w:t>ان کو اس بات کی پہچان ہو گئی کہ یہ کلام صرف خدائی کا کلام ہو سکتا ہے،</w:t>
      </w:r>
    </w:p>
    <w:p>
      <w:r>
        <w:rPr>
          <w:b/>
        </w:rPr>
        <w:t xml:space="preserve">[05:38] </w:t>
      </w:r>
      <w:r>
        <w:t>kisi insaan ka nahi ho sakta.</w:t>
      </w:r>
    </w:p>
    <w:p>
      <w:pPr>
        <w:jc w:val="right"/>
      </w:pPr>
      <w:r>
        <w:t>کسی انسان کا نہیں ہو سکتا۔</w:t>
      </w:r>
    </w:p>
    <w:p>
      <w:r>
        <w:rPr>
          <w:b/>
        </w:rPr>
        <w:t xml:space="preserve">[05:44] </w:t>
      </w:r>
      <w:r>
        <w:t>dekhein quran mein kai, ghaliban do jagah yeh baat hai ke is tarah ka kalam bana kar lao agar tum nahi mante is ko.</w:t>
      </w:r>
    </w:p>
    <w:p>
      <w:pPr>
        <w:jc w:val="right"/>
      </w:pPr>
      <w:r>
        <w:t>دیکھیں قرآن میں کئی، غالباً دو جگہ یہ بات ہے کہ اس طرح کا کلام بنا کر لاؤ اگر تم نہیں مانتے اس کو۔</w:t>
      </w:r>
    </w:p>
    <w:p>
      <w:r>
        <w:rPr>
          <w:b/>
        </w:rPr>
        <w:t xml:space="preserve">[05:57] </w:t>
      </w:r>
      <w:r>
        <w:t>to is par bari bahasein hain, kitabein likhi gayi hain</w:t>
      </w:r>
    </w:p>
    <w:p>
      <w:pPr>
        <w:jc w:val="right"/>
      </w:pPr>
      <w:r>
        <w:t>تو اس پر بڑی بحثیں ہیں، کتابیں لکھی گئی ہیں</w:t>
      </w:r>
    </w:p>
    <w:p>
      <w:r>
        <w:rPr>
          <w:b/>
        </w:rPr>
        <w:t xml:space="preserve">[06:02] </w:t>
      </w:r>
      <w:r>
        <w:t>ke quran kis aitbaar se moajza hai ke insaan beshak kalam nahi bana sakta. to zyada tar logon ka yeh khayal hai ke apni balaghat ke aitbaar se moajza hai.</w:t>
      </w:r>
    </w:p>
    <w:p>
      <w:pPr>
        <w:jc w:val="right"/>
      </w:pPr>
      <w:r>
        <w:t>کہ قرآن کس اعتبار سے معجزہ ہے کہ انسان بے شک کلام نہیں بنا سکتا۔ تو زیادہ تر لوگوں کا یہ خیال ہے کہ اپنی بلاغت کے اعتبار سے معجزہ ہے۔</w:t>
      </w:r>
    </w:p>
    <w:p>
      <w:r>
        <w:rPr>
          <w:b/>
        </w:rPr>
        <w:t xml:space="preserve">[06:18] </w:t>
      </w:r>
      <w:r>
        <w:t>lekin maine jahan tak socha hai,</w:t>
      </w:r>
    </w:p>
    <w:p>
      <w:pPr>
        <w:jc w:val="right"/>
      </w:pPr>
      <w:r>
        <w:t>لیکن میں نے جہاں تک سوچا ہے،</w:t>
      </w:r>
    </w:p>
    <w:p>
      <w:r>
        <w:rPr>
          <w:b/>
        </w:rPr>
        <w:t xml:space="preserve">[06:22] </w:t>
      </w:r>
      <w:r>
        <w:t>balaghat kalam ke aitbaar se moajza nahi hai, apne usloob ke aitbaar se moajza hai. wo usloob yeh hai ke jab aap quran ko parhein to aap sun parhte hain: "ayyuha al insaan</w:t>
      </w:r>
    </w:p>
    <w:p>
      <w:pPr>
        <w:jc w:val="right"/>
      </w:pPr>
      <w:r>
        <w:t>بلاغت کلام کے اعتبار سے معجزہ نہیں ہے، اپنے اسلوب کے اعتبار سے معجزہ ہے۔ وہ اسلوب یہ ہے کہ جب آپ قرآن کو پڑھیں تو آپ سن پڑھتے ہیں: "أَيُّهَا الْإِنْسَانُ</w:t>
      </w:r>
    </w:p>
    <w:p>
      <w:r>
        <w:rPr>
          <w:b/>
        </w:rPr>
        <w:t xml:space="preserve">[06:43] </w:t>
      </w:r>
      <w:r>
        <w:t>ma gharrka birabbika al kareem". bar bar is tarah ki baatein aati hain.</w:t>
      </w:r>
    </w:p>
    <w:p>
      <w:pPr>
        <w:jc w:val="right"/>
      </w:pPr>
      <w:r>
        <w:t>مَا غَرَّكَ بِرَبِّكَ الْكَرِيمِ"۔ بار بار اس طرح کی باتیں آتی ہیں۔</w:t>
      </w:r>
    </w:p>
    <w:p>
      <w:r>
        <w:rPr>
          <w:b/>
        </w:rPr>
        <w:t xml:space="preserve">[06:51] </w:t>
      </w:r>
      <w:r>
        <w:t>"ayyuha al insaan ma gharrka birabbika al kareem". aye insaan, kuch to kis dhoke mein hai apne rab ke bare mein?</w:t>
      </w:r>
    </w:p>
    <w:p>
      <w:pPr>
        <w:jc w:val="right"/>
      </w:pPr>
      <w:r>
        <w:t>"أَيُّهَا الْإِنْسَانُ مَا غَرَّكَ بِرَبِّكَ الْكَرِيمِ"۔ اے انسان، کچھ تو کس دھوکے میں ہے اپنے رب کے بارے میں؟</w:t>
      </w:r>
    </w:p>
    <w:p>
      <w:r>
        <w:rPr>
          <w:b/>
        </w:rPr>
        <w:t xml:space="preserve">[07:04] </w:t>
      </w:r>
      <w:r>
        <w:t>to aap sochein ke is andaaz mein to koi bola nahi, na ghalib bole, na zauk bole, na shakespeare bola. yeh jo andaaz hai kehne ka, aye insaan, jaise jaise koi bartar hasti bol raha ho,</w:t>
      </w:r>
    </w:p>
    <w:p>
      <w:pPr>
        <w:jc w:val="right"/>
      </w:pPr>
      <w:r>
        <w:t>تو آپ سوچیں کہ اس انداز میں تو کوئی بولا نہیں، نہ غالب بولے، نہ ذوق بولے، نہ شیکسپیئر بولا۔ یہ جو انداز ہے کہنے کا، اے انسان، جیسے جیسے کوئی برتر ہستی بول رہا ہو،</w:t>
      </w:r>
    </w:p>
    <w:p>
      <w:r>
        <w:rPr>
          <w:b/>
        </w:rPr>
        <w:t xml:space="preserve">[07:19] </w:t>
      </w:r>
      <w:r>
        <w:t>bartar hasti. aap jo bhi kalam parhein ge,</w:t>
      </w:r>
    </w:p>
    <w:p>
      <w:pPr>
        <w:jc w:val="right"/>
      </w:pPr>
      <w:r>
        <w:t>برتر ہستی۔ آپ جو بھی کلام پڑھیں گے،</w:t>
      </w:r>
    </w:p>
    <w:p>
      <w:r>
        <w:rPr>
          <w:b/>
        </w:rPr>
        <w:t xml:space="preserve">[07:24] </w:t>
      </w:r>
      <w:r>
        <w:t>koi bhi kalam, ghaleeb ka, shakespeare ka, bernard shah ka, to lage ga ke ek mere jaisa ek insaan bol raha hai, mere jaisa ek insaan bol raha hai.</w:t>
      </w:r>
    </w:p>
    <w:p>
      <w:pPr>
        <w:jc w:val="right"/>
      </w:pPr>
      <w:r>
        <w:t>کوئی بھی کلام، غالب کا، شیکسپیئر کا، برنارڈ شاہ کا، تو لگے گا کہ ایک میرے جیسا ایک انسان بول رہا ہے، میرے جیسا ایک انسان بول رہا ہے۔</w:t>
      </w:r>
    </w:p>
    <w:p>
      <w:r>
        <w:rPr>
          <w:b/>
        </w:rPr>
        <w:t xml:space="preserve">[07:41] </w:t>
      </w:r>
      <w:r>
        <w:t>jaise Bernard Shaw ne kaha tha ke "the most uneducated person is one who has nothing to forget".</w:t>
      </w:r>
    </w:p>
    <w:p>
      <w:pPr>
        <w:jc w:val="right"/>
      </w:pPr>
      <w:r>
        <w:t>جیسے برنارڈ شاہ نے کہا تھا کہ "دا موسٹ ان ایجوکیٹڈ پرسن از ون ہو از نتھنگ ٹو فارگیٹ"۔</w:t>
      </w:r>
    </w:p>
    <w:p>
      <w:r>
        <w:rPr>
          <w:b/>
        </w:rPr>
        <w:t xml:space="preserve">[07:54] </w:t>
      </w:r>
      <w:r>
        <w:t>yeh yeh khuda ka kalam nahi ho sakta, yeh insaan ka kalam ho sakta hai.</w:t>
      </w:r>
    </w:p>
    <w:p>
      <w:pPr>
        <w:jc w:val="right"/>
      </w:pPr>
      <w:r>
        <w:t>یہ یہ خدا کا کلام نہیں ہو سکتا، یہ انسان کا کلام ہو سکتا ہے۔</w:t>
      </w:r>
    </w:p>
    <w:p>
      <w:r>
        <w:rPr>
          <w:b/>
        </w:rPr>
        <w:t xml:space="preserve">[07:59] </w:t>
      </w:r>
      <w:r>
        <w:t>to quran mein jo usloob hai, aye insaan, aye bani adam, is tarah ke jo alfaaz hain, woh sirf khuda hi bol sakta hai, koi insaan nahi bol sakta.</w:t>
      </w:r>
    </w:p>
    <w:p>
      <w:pPr>
        <w:jc w:val="right"/>
      </w:pPr>
      <w:r>
        <w:t>تو قرآن میں جو اسلوب ہے، اے انسان، اے بنی آدم، اس طرح کے جو الفاظ ہیں، وہ صرف خدا ہی بول سکتا ہے، کوئی انسان نہیں بول سکتا۔</w:t>
      </w:r>
    </w:p>
    <w:p>
      <w:r>
        <w:rPr>
          <w:b/>
        </w:rPr>
        <w:t xml:space="preserve">[08:13] </w:t>
      </w:r>
      <w:r>
        <w:t>poore quran mein aisa hi hai.</w:t>
      </w:r>
    </w:p>
    <w:p>
      <w:pPr>
        <w:jc w:val="right"/>
      </w:pPr>
      <w:r>
        <w:t>پورے قرآن میں ایسا ہی ہے۔</w:t>
      </w:r>
    </w:p>
    <w:p>
      <w:r>
        <w:rPr>
          <w:b/>
        </w:rPr>
        <w:t xml:space="preserve">[08:18] </w:t>
      </w:r>
      <w:r>
        <w:t>to main samajhta hoon ke yahi woh cheez hai jo quran ko ek special kalam ka ehsaas deti hai ke insani usloob nahi hai, woh koi insaniyat se bartar koi hasti hai jo bol rahi hai.</w:t>
      </w:r>
    </w:p>
    <w:p>
      <w:pPr>
        <w:jc w:val="right"/>
      </w:pPr>
      <w:r>
        <w:t>تو میں سمجھتا ہوں کہ یہی وہ چیز ہے جو قرآن کو ایک اسپیشل کلام کا احساس دیتی ہے کہ انسانی اسلوب نہیں ہے، وہ کوئی انسانیت سے برتر کوئی ہستی ہے جو بول رہی ہے۔</w:t>
      </w:r>
    </w:p>
    <w:p>
      <w:r>
        <w:rPr>
          <w:b/>
        </w:rPr>
        <w:t xml:space="preserve">[08:39] </w:t>
      </w:r>
      <w:r>
        <w:t>to khair, yeh ek alag baat thi. to main yeh keh raha tha ke jab aap subah ko uthte hain</w:t>
      </w:r>
    </w:p>
    <w:p>
      <w:pPr>
        <w:jc w:val="right"/>
      </w:pPr>
      <w:r>
        <w:t>تو خیر، یہ ایک الگ بات تھی۔ تو میں یہ کہہ رہا تھا کہ جب آپ صبح کو اٹھتے ہیں</w:t>
      </w:r>
    </w:p>
    <w:p>
      <w:r>
        <w:rPr>
          <w:b/>
        </w:rPr>
        <w:t xml:space="preserve">[08:49] </w:t>
      </w:r>
      <w:r>
        <w:t>to aap jante hain kya hota hai?</w:t>
      </w:r>
    </w:p>
    <w:p>
      <w:pPr>
        <w:jc w:val="right"/>
      </w:pPr>
      <w:r>
        <w:t>تو آپ جانتے ہیں کیا ہوتا ہے؟</w:t>
      </w:r>
    </w:p>
    <w:p>
      <w:r>
        <w:rPr>
          <w:b/>
        </w:rPr>
        <w:t xml:space="preserve">[08:54] </w:t>
      </w:r>
      <w:r>
        <w:t>insaan, aadmi ka mind aisi ajeeb ghareeb cheez hai jo kabhi woh chup nahi baithta. aap so rahe hain, tab bhi woh soch raha hai.</w:t>
      </w:r>
    </w:p>
    <w:p>
      <w:pPr>
        <w:jc w:val="right"/>
      </w:pPr>
      <w:r>
        <w:t>انسان، آدمی کا مائنڈ ایسی عجیب غریب چیز ہے جو کبھی وہ چپ نہیں بیٹھتا۔ آپ سو رہے ہیں، تب بھی وہ سوچ رہا ہے۔</w:t>
      </w:r>
    </w:p>
    <w:p>
      <w:r>
        <w:rPr>
          <w:b/>
        </w:rPr>
        <w:t xml:space="preserve">[09:06] </w:t>
      </w:r>
      <w:r>
        <w:t>bohat ajeeb ghareeb cheez hai insaan ka mind ke jab aap so so rahe hain, tab bhi woh soch raha hai.</w:t>
      </w:r>
    </w:p>
    <w:p>
      <w:pPr>
        <w:jc w:val="right"/>
      </w:pPr>
      <w:r>
        <w:t>بہت عجیب غریب چیز ہے انسان کا مائنڈ کہ جب آپ سو سو رہے ہیں، تب بھی وہ سوچ رہا ہے۔</w:t>
      </w:r>
    </w:p>
    <w:p>
      <w:r>
        <w:rPr>
          <w:b/>
        </w:rPr>
        <w:t xml:space="preserve">[09:16] </w:t>
      </w:r>
      <w:r>
        <w:t>to raat bhar aap ka mind process karta raha sari maloomat ko. to subah ko agar aap</w:t>
      </w:r>
    </w:p>
    <w:p>
      <w:pPr>
        <w:jc w:val="right"/>
      </w:pPr>
      <w:r>
        <w:t>تو رات بھر آپ کا مائنڈ پروسیس کرتا رہا ساری معلومات کو۔ تو صبح کو اگر آپ</w:t>
      </w:r>
    </w:p>
    <w:p>
      <w:r>
        <w:rPr>
          <w:b/>
        </w:rPr>
        <w:t xml:space="preserve">[09:30] </w:t>
      </w:r>
      <w:r>
        <w:t>apne ko, apne</w:t>
      </w:r>
    </w:p>
    <w:p>
      <w:pPr>
        <w:jc w:val="right"/>
      </w:pPr>
      <w:r>
        <w:t>اپنے کو، اپنے</w:t>
      </w:r>
    </w:p>
    <w:p>
      <w:r>
        <w:rPr>
          <w:b/>
        </w:rPr>
        <w:t xml:space="preserve">[09:34] </w:t>
      </w:r>
      <w:r>
        <w:t>ab yeh apne zehan ko bohat zyada apne dedicate kar rakha ho, fitrat par baqi rakha ho, fitrat par, to subah ko aap ka mind jo hai bole ga,</w:t>
      </w:r>
    </w:p>
    <w:p>
      <w:pPr>
        <w:jc w:val="right"/>
      </w:pPr>
      <w:r>
        <w:t>اب یہ اپنے ذہن کو بہت زیادہ اپنے ڈیووٹ کر رکھا ہو، فطرت پر باقی رکھا ہو، فطرت پر، تو صبح کو آپ کا مائنڈ جو ہے بولے گا،</w:t>
      </w:r>
    </w:p>
    <w:p>
      <w:r>
        <w:rPr>
          <w:b/>
        </w:rPr>
        <w:t xml:space="preserve">[09:49] </w:t>
      </w:r>
      <w:r>
        <w:t>bole ga ke kaisa ajeeb hai suraj ka nizaam, kaisa ajeeb hai barish ka nizaam, kaisa ajeeb hai zameen ka nizaam.</w:t>
      </w:r>
    </w:p>
    <w:p>
      <w:pPr>
        <w:jc w:val="right"/>
      </w:pPr>
      <w:r>
        <w:t>بولے گا کہ کیسا عجیب ہے سورج کا نظام، کیسا عجیب ہے بارش کا نظام، کیسا عجیب ہے زمین کا نظام۔</w:t>
      </w:r>
    </w:p>
    <w:p>
      <w:r>
        <w:rPr>
          <w:b/>
        </w:rPr>
        <w:t xml:space="preserve">[09:58] </w:t>
      </w:r>
      <w:r>
        <w:t>har cheez aap ko Allah ki yaad dilaye gi.</w:t>
      </w:r>
    </w:p>
    <w:p>
      <w:pPr>
        <w:jc w:val="right"/>
      </w:pPr>
      <w:r>
        <w:t>ہر چیز آپ کو اللہ کی یاد دلائے گی۔</w:t>
      </w:r>
    </w:p>
    <w:p>
      <w:r>
        <w:rPr>
          <w:b/>
        </w:rPr>
        <w:t xml:space="preserve">[10:02] </w:t>
      </w:r>
      <w:r>
        <w:t>har cheez, har cheez mein aap ko Allah ki marifat mehsoos ho gi.</w:t>
      </w:r>
    </w:p>
    <w:p>
      <w:pPr>
        <w:jc w:val="right"/>
      </w:pPr>
      <w:r>
        <w:t>ہر چیز، ہر چیز میں آپ کو اللہ کی معرفت محسوس ہوگی۔</w:t>
      </w:r>
    </w:p>
    <w:p>
      <w:r>
        <w:rPr>
          <w:b/>
        </w:rPr>
        <w:t xml:space="preserve">[10:13] </w:t>
      </w:r>
      <w:r>
        <w:t>to phir mujhe quran ki ek ayat yaad aayi jo hazrat ibrahim ke baray mein hai. is ke alfaaz yeh hain ke "shaker shaker lana".</w:t>
      </w:r>
    </w:p>
    <w:p>
      <w:pPr>
        <w:jc w:val="right"/>
      </w:pPr>
      <w:r>
        <w:t>تو پھر مجھے قرآن کی ایک آیت یاد آئی جو حضرت ابراہیم کے بارے میں ہے۔ اس کے الفاظ یہ ہیں کہ "شاکر شاکر لعنہ"۔</w:t>
      </w:r>
    </w:p>
    <w:p>
      <w:r>
        <w:rPr>
          <w:b/>
        </w:rPr>
        <w:t xml:space="preserve">[10:31] </w:t>
      </w:r>
      <w:r>
        <w:t>yani quran kehta hai hazrat ibrahim ke baray mein</w:t>
      </w:r>
    </w:p>
    <w:p>
      <w:pPr>
        <w:jc w:val="right"/>
      </w:pPr>
      <w:r>
        <w:t>یعنی قرآن کہتا ہے حضرت ابراہیم کے بارے میں</w:t>
      </w:r>
    </w:p>
    <w:p>
      <w:r>
        <w:rPr>
          <w:b/>
        </w:rPr>
        <w:t xml:space="preserve">[10:34] </w:t>
      </w:r>
      <w:r>
        <w:t>ke "shaker lana". woh shukr karne wala tha Allah ki nematon par. is ayat ko leejye, marifat wali ayat ko, aur is ko leejye.</w:t>
      </w:r>
    </w:p>
    <w:p>
      <w:pPr>
        <w:jc w:val="right"/>
      </w:pPr>
      <w:r>
        <w:t>کہ "شاکر لعنہ"۔ وہ شکر کرنے والا تھا اللہ کی نعمتوں پر۔ اس آیت کو لیجئے، معرفت والی آیت کو، اور اس کو لیجئے۔</w:t>
      </w:r>
    </w:p>
    <w:p>
      <w:r>
        <w:rPr>
          <w:b/>
        </w:rPr>
        <w:t xml:space="preserve">[10:50] </w:t>
      </w:r>
      <w:r>
        <w:t>to aap agar waqai ek sachay insaan ki neend soye hon aur sachay insaan ki neend jaage hon to aap ke baray mein farishtay kya record karein ge?</w:t>
      </w:r>
    </w:p>
    <w:p>
      <w:pPr>
        <w:jc w:val="right"/>
      </w:pPr>
      <w:r>
        <w:t>تو آپ اگر واقعی ایک سچے انسان کی نیند سوئے ہوں اور سچے انسان کی نیند جاگے ہوں تو آپ کے بارے میں فرشتے کیا ریکارڈ کریں گے؟</w:t>
      </w:r>
    </w:p>
    <w:p>
      <w:r>
        <w:rPr>
          <w:b/>
        </w:rPr>
        <w:t xml:space="preserve">[11:03] </w:t>
      </w:r>
      <w:r>
        <w:t>yeh sochiye. mere khayal se yeh record karein ge</w:t>
      </w:r>
    </w:p>
    <w:p>
      <w:pPr>
        <w:jc w:val="right"/>
      </w:pPr>
      <w:r>
        <w:t>یہ سوچیے۔ میرے خیال سے یہ ریکارڈ کریں گے</w:t>
      </w:r>
    </w:p>
    <w:p>
      <w:r>
        <w:rPr>
          <w:b/>
        </w:rPr>
        <w:t xml:space="preserve">[11:10] </w:t>
      </w:r>
      <w:r>
        <w:t>ke "arif zata o shaker lana".</w:t>
      </w:r>
    </w:p>
    <w:p>
      <w:pPr>
        <w:jc w:val="right"/>
      </w:pPr>
      <w:r>
        <w:t>کہ "عارف ذاتہ و شاکر لعنہ"۔</w:t>
      </w:r>
    </w:p>
    <w:p>
      <w:r>
        <w:rPr>
          <w:b/>
        </w:rPr>
        <w:t xml:space="preserve">[11:18] </w:t>
      </w:r>
      <w:r>
        <w:t>is ayat ko le kar main keh raha hoon aur is ayat ko le kar do ayaton ko le kar keh raha hoon: "arif lazata o shaker lana".</w:t>
      </w:r>
    </w:p>
    <w:p>
      <w:pPr>
        <w:jc w:val="right"/>
      </w:pPr>
      <w:r>
        <w:t>اس آیت کو لے کر میں کہہ رہا ہوں اور اس آیت کو لے کر دو آیتوں کو لے کر کہہ رہا ہوں: "عارف لذاتہ و شاکر لعنہ"۔</w:t>
      </w:r>
    </w:p>
    <w:p>
      <w:r>
        <w:rPr>
          <w:b/>
        </w:rPr>
        <w:t xml:space="preserve">[11:28] </w:t>
      </w:r>
      <w:r>
        <w:t>yani</w:t>
      </w:r>
    </w:p>
    <w:p>
      <w:pPr>
        <w:jc w:val="right"/>
      </w:pPr>
      <w:r>
        <w:t>یعنی</w:t>
      </w:r>
    </w:p>
    <w:p>
      <w:r>
        <w:rPr>
          <w:b/>
        </w:rPr>
        <w:t xml:space="preserve">[11:34] </w:t>
      </w:r>
      <w:r>
        <w:t>firishte apne record mein likhein ge: yeh aik insaan so kar utha hai</w:t>
      </w:r>
    </w:p>
    <w:p>
      <w:pPr>
        <w:jc w:val="right"/>
      </w:pPr>
      <w:r>
        <w:t>فرشتے اپنے ریکارڈ میں لکھیں گے: یہ ایک انسان سو کر اٹھا ہے</w:t>
      </w:r>
    </w:p>
    <w:p>
      <w:r>
        <w:rPr>
          <w:b/>
        </w:rPr>
        <w:t xml:space="preserve">[11:45] </w:t>
      </w:r>
      <w:r>
        <w:t>jo Allah rabb ul alameen ki</w:t>
      </w:r>
    </w:p>
    <w:p>
      <w:pPr>
        <w:jc w:val="right"/>
      </w:pPr>
      <w:r>
        <w:t>جو اللہ رب العالمین کی</w:t>
      </w:r>
    </w:p>
    <w:p>
      <w:r>
        <w:rPr>
          <w:b/>
        </w:rPr>
        <w:t xml:space="preserve">[11:52] </w:t>
      </w:r>
      <w:r>
        <w:t>marifat wala insaan tha, Allah rabb ul alameen ki marifat wala insaan, aur woh Allah ki nematon par shukr karne wala insaan hai.</w:t>
      </w:r>
    </w:p>
    <w:p>
      <w:pPr>
        <w:jc w:val="right"/>
      </w:pPr>
      <w:r>
        <w:t>معرفت والا انسان تھا، اللہ رب العالمین کی معرفت والا انسان، اور وہ اللہ کی نعمتوں پر شکر کرنے والا انسان ہے۔</w:t>
      </w:r>
    </w:p>
    <w:p>
      <w:r>
        <w:rPr>
          <w:b/>
        </w:rPr>
        <w:t xml:space="preserve">[12:04] </w:t>
      </w:r>
      <w:r>
        <w:t>"aarif li zaatihi wa shakir li an'umihi"۔ yaani Allah ki marifat wala insaan aur Allah ki nematon par shukr karne wala insaan.</w:t>
      </w:r>
    </w:p>
    <w:p>
      <w:pPr>
        <w:jc w:val="right"/>
      </w:pPr>
      <w:r>
        <w:t>"عارف لذاتہ و شاکر لعنہ"۔ یعنی اللہ کی معرفت والا انسان اور اللہ کی نعمتوں پر شکر کرنے والا انسان۔</w:t>
      </w:r>
    </w:p>
    <w:p>
      <w:r>
        <w:rPr>
          <w:b/>
        </w:rPr>
        <w:t xml:space="preserve">[12:18] </w:t>
      </w:r>
      <w:r>
        <w:t>to kaisi ajeeb baat hai! kaisi ajeeb baat hai!</w:t>
      </w:r>
    </w:p>
    <w:p>
      <w:pPr>
        <w:jc w:val="right"/>
      </w:pPr>
      <w:r>
        <w:t>تو کیسی عجیب بات ہے! کیسی عجیب بات ہے!</w:t>
      </w:r>
    </w:p>
    <w:p>
      <w:r>
        <w:rPr>
          <w:b/>
        </w:rPr>
        <w:t xml:space="preserve">[12:24] </w:t>
      </w:r>
      <w:r>
        <w:t>hum yahan baithe hue hain</w:t>
      </w:r>
    </w:p>
    <w:p>
      <w:pPr>
        <w:jc w:val="right"/>
      </w:pPr>
      <w:r>
        <w:t>ہم یہاں بیٹھے ہوئے ہیں</w:t>
      </w:r>
    </w:p>
    <w:p>
      <w:r>
        <w:rPr>
          <w:b/>
        </w:rPr>
        <w:t xml:space="preserve">[12:29] </w:t>
      </w:r>
      <w:r>
        <w:t>to aik shakhs, yeh thi maine dekha hai ke log hawa jahaz mein urr rahe hain aur kaan mein woh lagaye hue hain, gaana sunne wala,</w:t>
      </w:r>
    </w:p>
    <w:p>
      <w:pPr>
        <w:jc w:val="right"/>
      </w:pPr>
      <w:r>
        <w:t>تو ایک شخص، یہ تھی میں نے دیکھا ہے کہ لوگ ہوا جہاز میں اڑ رہے ہیں اور کان میں وہ لگائے ہوئے ہیں، گانا سننے والا،</w:t>
      </w:r>
    </w:p>
    <w:p>
      <w:r>
        <w:rPr>
          <w:b/>
        </w:rPr>
        <w:t xml:space="preserve">[12:39] </w:t>
      </w:r>
      <w:r>
        <w:t>gaana sun rahe hain. mujhe hairat hi hairani hoti hai ke woh lamha</w:t>
      </w:r>
    </w:p>
    <w:p>
      <w:pPr>
        <w:jc w:val="right"/>
      </w:pPr>
      <w:r>
        <w:t>گانا سن رہے ہیں۔ مجھے حیرت ہی حیرانی ہوتی ہے کہ وہ لمحہ</w:t>
      </w:r>
    </w:p>
    <w:p>
      <w:r>
        <w:rPr>
          <w:b/>
        </w:rPr>
        <w:t xml:space="preserve">[12:47] </w:t>
      </w:r>
      <w:r>
        <w:t>jab ke insaan Allah ke sab se barhe, yaani ayat Allah jo hain, un mein se aik sab se barhi cheez ka personal tajurba kar raha hai ke Allah ne aisi technology insaan ko di</w:t>
      </w:r>
    </w:p>
    <w:p>
      <w:pPr>
        <w:jc w:val="right"/>
      </w:pPr>
      <w:r>
        <w:t>جب کہ انسان اللہ کے سب سے بڑے، یعنی آیات اللہ جو ہیں، ان میں سے ایک سب سے بڑی چیز کا پرسنل تجربہ کر رہا ہے کہ اللہ نے ایسی ٹیکنالوجی انسان کو دی</w:t>
      </w:r>
    </w:p>
    <w:p>
      <w:r>
        <w:rPr>
          <w:b/>
        </w:rPr>
        <w:t xml:space="preserve">[13:04] </w:t>
      </w:r>
      <w:r>
        <w:t>ke jahaz urr raha hai, samundaron ke oopar, janglon ke oopar, bastiyon ke oopar, paharon ke oopar, urra ja raha hai, urra chala ja raha hai, aur ja kar theek jahan aap jana chahte hain, wahan utar utar jata hai.</w:t>
      </w:r>
    </w:p>
    <w:p>
      <w:pPr>
        <w:jc w:val="right"/>
      </w:pPr>
      <w:r>
        <w:t>کہ جہاز اڑ رہا ہے، سمندروں کے اوپر، جنگل کے اوپر، بستیوں کے اوپر، پہاڑوں کے اوپر، اڑا جا رہا ہے، اڑا چلا جا رہا ہے، اور جا کر ٹھیک جہاں آپ جانا چاہتے ہیں، وہاں اتر اتر جاتا ہے۔</w:t>
      </w:r>
    </w:p>
    <w:p>
      <w:r>
        <w:rPr>
          <w:b/>
        </w:rPr>
        <w:t xml:space="preserve">[13:21] </w:t>
      </w:r>
      <w:r>
        <w:t>kaisi ajeeb nemat hai Allah rabb ul alameen ki ke aap ko aisi sawari diya,</w:t>
      </w:r>
    </w:p>
    <w:p>
      <w:pPr>
        <w:jc w:val="right"/>
      </w:pPr>
      <w:r>
        <w:t>کیسی عجیب نعمت ہے اللہ رب العالمین کی کہ آپ کو ایسی سواری دیا،</w:t>
      </w:r>
    </w:p>
    <w:p>
      <w:r>
        <w:rPr>
          <w:b/>
        </w:rPr>
        <w:t xml:space="preserve">[13:27] </w:t>
      </w:r>
      <w:r>
        <w:t>aisi sawari diya, aur aap kisi singer ki gaana sunne ka kaan lagaye hue hain.</w:t>
      </w:r>
    </w:p>
    <w:p>
      <w:pPr>
        <w:jc w:val="right"/>
      </w:pPr>
      <w:r>
        <w:t>ایسی سواری دیا، اور آپ کسی سنگر کی گانا سننے کا کان لگائے ہوئے ہیں۔</w:t>
      </w:r>
    </w:p>
    <w:p>
      <w:r>
        <w:rPr>
          <w:b/>
        </w:rPr>
        <w:t xml:space="preserve">[13:36] </w:t>
      </w:r>
      <w:r>
        <w:t>jhoota jhoota gaana, jhoota gaana.</w:t>
      </w:r>
    </w:p>
    <w:p>
      <w:pPr>
        <w:jc w:val="right"/>
      </w:pPr>
      <w:r>
        <w:t>جھوٹا جھوٹا گانا، جھوٹا گانا۔</w:t>
      </w:r>
    </w:p>
    <w:p>
      <w:r>
        <w:rPr>
          <w:b/>
        </w:rPr>
        <w:t xml:space="preserve">[13:40] </w:t>
      </w:r>
      <w:r>
        <w:t>mujhe to koi agar free ticket de sari duniya mein ghoomne ka, aur yeh shart yeh ho ke har waqt tumhare kaan mein is singer ka woh laga rahe ga, to main to aik second bhi nahi sochunga ke main aisi sawari pe safar karun.</w:t>
      </w:r>
    </w:p>
    <w:p>
      <w:pPr>
        <w:jc w:val="right"/>
      </w:pPr>
      <w:r>
        <w:t>مجھے تو کوئی اگر فری ٹکٹ دے ساری دنیا میں گھومنے کا، اور یہ شرط یہ ہو کہ ہر وقت تمہارے کان میں اس سنگر کا وہ لگا رہے گا، تو میں تو ایک سیکنڈ بھی نہیں سوچوں گا کہ میں ایسی سواری پہ سفر کروں۔</w:t>
      </w:r>
    </w:p>
    <w:p>
      <w:r>
        <w:rPr>
          <w:b/>
        </w:rPr>
        <w:t xml:space="preserve">[13:58] </w:t>
      </w:r>
      <w:r>
        <w:t>kyun ke woh lamha hota hai Allah ko yaad karne ka.</w:t>
      </w:r>
    </w:p>
    <w:p>
      <w:pPr>
        <w:jc w:val="right"/>
      </w:pPr>
      <w:r>
        <w:t>کیونکہ وہ لمحہ ہوتا ہے اللہ کو یاد کرنے کا۔</w:t>
      </w:r>
    </w:p>
    <w:p>
      <w:r>
        <w:rPr>
          <w:b/>
        </w:rPr>
        <w:t xml:space="preserve">[14:04] </w:t>
      </w:r>
      <w:r>
        <w:t>yahan bhi aap hain to yeh lamha hai Allah ki yaad karne ka. yahan aap dekh rahe hain, chidiya hain, darakht hain, aasman hai, badal hain, hawaein hain, oxygen hai,</w:t>
      </w:r>
    </w:p>
    <w:p>
      <w:pPr>
        <w:jc w:val="right"/>
      </w:pPr>
      <w:r>
        <w:t>یہاں بھی آپ ہیں تو یہ لمحہ ہے اللہ کی یاد کرنے کا۔ یہاں آپ دیکھ رہے ہیں، چڑیا ہیں، درخت ہیں، آسمان ہے، بادل ہیں، ہوائیں ہیں، اکسیجن ہے،</w:t>
      </w:r>
    </w:p>
    <w:p>
      <w:r>
        <w:rPr>
          <w:b/>
        </w:rPr>
        <w:t xml:space="preserve">[14:20] </w:t>
      </w:r>
      <w:r>
        <w:t>aur kya hai, kya hai, kya hai, kya hai. to</w:t>
      </w:r>
    </w:p>
    <w:p>
      <w:pPr>
        <w:jc w:val="right"/>
      </w:pPr>
      <w:r>
        <w:t>اور کیا ہے، کیا ہے، کیا ہے، کیا ہے۔ تو</w:t>
      </w:r>
    </w:p>
    <w:p>
      <w:r>
        <w:rPr>
          <w:b/>
        </w:rPr>
        <w:t xml:space="preserve">[14:23] </w:t>
      </w:r>
      <w:r>
        <w:t>yeh lamha Allah rabb ul alameen ko yaad dilane ke liye hai. yeh nahi ke aap kuch aur cheezein mashghool ho jayein. duniya mein bohat sari cheezein hain, us mein mashghool ho jayein.</w:t>
      </w:r>
    </w:p>
    <w:p>
      <w:pPr>
        <w:jc w:val="right"/>
      </w:pPr>
      <w:r>
        <w:t>یہ لمحہ اللہ رب العالمین کو یاد دلانے کے لیے ہے۔ یہ نہیں کہ آپ کچھ اور چیزیں مشغول ہو جائیں۔ دنیا میں بہت ساری چیزیں ہیں، اس میں مشغول ہو جائیں۔</w:t>
      </w:r>
    </w:p>
    <w:p>
      <w:r>
        <w:rPr>
          <w:b/>
        </w:rPr>
        <w:t xml:space="preserve">[14:37] </w:t>
      </w:r>
      <w:r>
        <w:t>yaani ain ain</w:t>
      </w:r>
    </w:p>
    <w:p>
      <w:pPr>
        <w:jc w:val="right"/>
      </w:pPr>
      <w:r>
        <w:t>یعنی عین عین</w:t>
      </w:r>
    </w:p>
    <w:p>
      <w:r>
        <w:rPr>
          <w:b/>
        </w:rPr>
        <w:t xml:space="preserve">[14:42] </w:t>
      </w:r>
      <w:r>
        <w:t>ain is fitrat ke darmiyan reh kar ke aap yaad karein kisi aur ko.</w:t>
      </w:r>
    </w:p>
    <w:p>
      <w:pPr>
        <w:jc w:val="right"/>
      </w:pPr>
      <w:r>
        <w:t>عین اس فطرت کے درمیان رہ کر کے آپ یاد کریں کسی اور کو۔</w:t>
      </w:r>
    </w:p>
    <w:p>
      <w:r>
        <w:rPr>
          <w:b/>
        </w:rPr>
        <w:t xml:space="preserve">[14:50] </w:t>
      </w:r>
      <w:r>
        <w:t>to yeh tha mera subah ka tajurba</w:t>
      </w:r>
    </w:p>
    <w:p>
      <w:pPr>
        <w:jc w:val="right"/>
      </w:pPr>
      <w:r>
        <w:t>تو یہ تھا میرا صبح کا تجربہ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