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with A Mission 5 June 2007 - Maulana Wahiduddin Khan</w:t>
      </w:r>
    </w:p>
    <w:p>
      <w:r>
        <w:t>https://www.youtube.com/watch?v=SZ2xjZjGOhE</w:t>
      </w:r>
    </w:p>
    <w:p>
      <w:r>
        <w:rPr>
          <w:b/>
        </w:rPr>
        <w:t xml:space="preserve">[00:14] </w:t>
      </w:r>
      <w:r>
        <w:t>bismillah hir rahman nir rahim, wa salla Allahu ala nabi il karim.</w:t>
      </w:r>
    </w:p>
    <w:p>
      <w:pPr>
        <w:jc w:val="right"/>
      </w:pPr>
      <w:r>
        <w:t>بسم اللہ الرحمن الرحیم، وصلی اللہ علی النبی الکریم۔</w:t>
      </w:r>
    </w:p>
    <w:p>
      <w:r>
        <w:rPr>
          <w:b/>
        </w:rPr>
        <w:t xml:space="preserve">[00:22] </w:t>
      </w:r>
      <w:r>
        <w:t>rab ishrah li sadri, wa yassir li amri, wah lul uqdata min lisani</w:t>
      </w:r>
    </w:p>
    <w:p>
      <w:pPr>
        <w:jc w:val="right"/>
      </w:pPr>
      <w:r>
        <w:t>رب اشرح لی صدری، ویسر لی امری، واحل العقدۃ من لسانی</w:t>
      </w:r>
    </w:p>
    <w:p>
      <w:r>
        <w:rPr>
          <w:b/>
        </w:rPr>
        <w:t xml:space="preserve">[00:31] </w:t>
      </w:r>
      <w:r>
        <w:t>yafqa qawli. aaj main apni zindagi ke</w:t>
      </w:r>
    </w:p>
    <w:p>
      <w:pPr>
        <w:jc w:val="right"/>
      </w:pPr>
      <w:r>
        <w:t>یفقہ قولی۔ آج میں اپنی زندگی کے</w:t>
      </w:r>
    </w:p>
    <w:p>
      <w:r>
        <w:rPr>
          <w:b/>
        </w:rPr>
        <w:t xml:space="preserve">[00:39] </w:t>
      </w:r>
      <w:r>
        <w:t>safar ke baray mein kuch kehna chahta hoon.</w:t>
      </w:r>
    </w:p>
    <w:p>
      <w:pPr>
        <w:jc w:val="right"/>
      </w:pPr>
      <w:r>
        <w:t>سفر کے بارے میں کچھ کہنا چاہتا ہوں۔</w:t>
      </w:r>
    </w:p>
    <w:p>
      <w:r>
        <w:rPr>
          <w:b/>
        </w:rPr>
        <w:t xml:space="preserve">[00:47] </w:t>
      </w:r>
      <w:r>
        <w:t>meri poori zindagi</w:t>
      </w:r>
    </w:p>
    <w:p>
      <w:pPr>
        <w:jc w:val="right"/>
      </w:pPr>
      <w:r>
        <w:t>میری پوری زندگی</w:t>
      </w:r>
    </w:p>
    <w:p>
      <w:r>
        <w:rPr>
          <w:b/>
        </w:rPr>
        <w:t xml:space="preserve">[00:51] </w:t>
      </w:r>
      <w:r>
        <w:t>aik musafir-e-islam ki kahani hai.</w:t>
      </w:r>
    </w:p>
    <w:p>
      <w:pPr>
        <w:jc w:val="right"/>
      </w:pPr>
      <w:r>
        <w:t>ایک مسافرِ اسلام کی کہانی ہے۔</w:t>
      </w:r>
    </w:p>
    <w:p>
      <w:r>
        <w:rPr>
          <w:b/>
        </w:rPr>
        <w:t xml:space="preserve">[00:59] </w:t>
      </w:r>
      <w:r>
        <w:t>main samajhta hoon ke mere liye sab se sahih lafz yahi ho sakta hai ke main islam ke raaste ka musafir tha, bachpan se le kar ab tak.</w:t>
      </w:r>
    </w:p>
    <w:p>
      <w:pPr>
        <w:jc w:val="right"/>
      </w:pPr>
      <w:r>
        <w:t>میں سمجھتا ہوں کہ میرے لیے سب سے صحیح لفظ یہی ہو سکتا ہے کہ میں اسلام کے راستے کا مسافر تھا، بچپن سے لے کر اب تک۔</w:t>
      </w:r>
    </w:p>
    <w:p>
      <w:r>
        <w:rPr>
          <w:b/>
        </w:rPr>
        <w:t xml:space="preserve">[01:17] </w:t>
      </w:r>
      <w:r>
        <w:t>meri paidaish ki sahih tareekh maloom nahi hai. passport mein likha hua hai ke yakum jannori 1925.</w:t>
      </w:r>
    </w:p>
    <w:p>
      <w:pPr>
        <w:jc w:val="right"/>
      </w:pPr>
      <w:r>
        <w:t>میری پیدائش کی صحیح تاریخ معلوم نہیں ہے۔ پاسپورٹ میں لکھا ہوا ہے کہ یکم جنوری 1925۔</w:t>
      </w:r>
    </w:p>
    <w:p>
      <w:r>
        <w:rPr>
          <w:b/>
        </w:rPr>
        <w:t xml:space="preserve">[01:30] </w:t>
      </w:r>
      <w:r>
        <w:t>lekin mera khayal hai ke meri paidaish is se kuch pehle hui.</w:t>
      </w:r>
    </w:p>
    <w:p>
      <w:pPr>
        <w:jc w:val="right"/>
      </w:pPr>
      <w:r>
        <w:t>لیکن میرا خیال ہے کہ میری پیدائش اس سے کچھ پہلے ہوئی۔</w:t>
      </w:r>
    </w:p>
    <w:p>
      <w:r>
        <w:rPr>
          <w:b/>
        </w:rPr>
        <w:t xml:space="preserve">[01:36] </w:t>
      </w:r>
      <w:r>
        <w:t>to meri maan ne mujhe bataya tha ke jis subah ko meri paidaish hone wali thi, us raat ko unhon ne khwab dekha ke main paida hua,</w:t>
      </w:r>
    </w:p>
    <w:p>
      <w:pPr>
        <w:jc w:val="right"/>
      </w:pPr>
      <w:r>
        <w:t>تو میری ماں نے مجھے بتایا تھا کہ جس صبح کو میری پیدائش ہونے والی تھی، اس رات کو انہوں نے خواب دیکھا کہ میں پیدا ہوا،</w:t>
      </w:r>
    </w:p>
    <w:p>
      <w:r>
        <w:rPr>
          <w:b/>
        </w:rPr>
        <w:t xml:space="preserve">[01:51] </w:t>
      </w:r>
      <w:r>
        <w:t>aur is ke baad aik bara sa hathi aaya.</w:t>
      </w:r>
    </w:p>
    <w:p>
      <w:pPr>
        <w:jc w:val="right"/>
      </w:pPr>
      <w:r>
        <w:t>اور اس کے بعد ایک بڑا سا ہاتھی آیا۔</w:t>
      </w:r>
    </w:p>
    <w:p>
      <w:r>
        <w:rPr>
          <w:b/>
        </w:rPr>
        <w:t xml:space="preserve">[01:55] </w:t>
      </w:r>
      <w:r>
        <w:t>hathi ne apni sond se utha kar mujh ko apni peeth par rakh liya aur chala gaya.</w:t>
      </w:r>
    </w:p>
    <w:p>
      <w:pPr>
        <w:jc w:val="right"/>
      </w:pPr>
      <w:r>
        <w:t>ہاتھی نے اپنی سونڈ سے اٹھا کر مجھ کو اپنی پیٹھ پر رکھ لیا اور چلا گیا۔</w:t>
      </w:r>
    </w:p>
    <w:p>
      <w:r>
        <w:rPr>
          <w:b/>
        </w:rPr>
        <w:t xml:space="preserve">[02:07] </w:t>
      </w:r>
      <w:r>
        <w:t>to meri maan ne kaha ke dekho, itna acha bacha tha, aur hathi le kar chala gaya.</w:t>
      </w:r>
    </w:p>
    <w:p>
      <w:pPr>
        <w:jc w:val="right"/>
      </w:pPr>
      <w:r>
        <w:t>تو میری ماں نے کہا کہ دیکھو، اتنا اچھا بچہ تھا، اور ہاتھی لے کر چلا گیا۔</w:t>
      </w:r>
    </w:p>
    <w:p>
      <w:r>
        <w:rPr>
          <w:b/>
        </w:rPr>
        <w:t xml:space="preserve">[02:16] </w:t>
      </w:r>
      <w:r>
        <w:t>main samajhta hoon ke yeh khwab, is khwab ka matlab ghaliban yeh tha ke paida ho kar main aik safar par nikal paroon ga, sachai ki taraf safar, islam ki</w:t>
      </w:r>
    </w:p>
    <w:p>
      <w:pPr>
        <w:jc w:val="right"/>
      </w:pPr>
      <w:r>
        <w:t>میں سمجھتا ہوں کہ یہ خواب، اس خواب کا مطلب غالباً یہ تھا کہ پیدا ہو کر میں ایک سفر پر نکل پڑوں گا، سچائی کی طرف سفر، اسلام کی</w:t>
      </w:r>
    </w:p>
    <w:p>
      <w:r>
        <w:rPr>
          <w:b/>
        </w:rPr>
        <w:t xml:space="preserve">[02:33] </w:t>
      </w:r>
      <w:r>
        <w:t>taraf safar. aur aisa hi hua. baad ko,</w:t>
      </w:r>
    </w:p>
    <w:p>
      <w:pPr>
        <w:jc w:val="right"/>
      </w:pPr>
      <w:r>
        <w:t>طرف سفر۔ اور ایسا ہی ہوا۔ بعد کو،</w:t>
      </w:r>
    </w:p>
    <w:p>
      <w:r>
        <w:rPr>
          <w:b/>
        </w:rPr>
        <w:t xml:space="preserve">[02:42] </w:t>
      </w:r>
      <w:r>
        <w:t>ghaliban 1942 mein ya 1943 mein, aik baar yun hi main ghar se nikal parha. us zamane mein main sachai ki talash mein deewana ho raha tha.</w:t>
      </w:r>
    </w:p>
    <w:p>
      <w:pPr>
        <w:jc w:val="right"/>
      </w:pPr>
      <w:r>
        <w:t>غالباً 1942 میں یا 1943 میں، ایک بار یوں ہی میں گھر سے نکل پڑا۔ اس زمانے میں میں سچائی کی تلاش میں دیوانہ ہو رہا تھا۔</w:t>
      </w:r>
    </w:p>
    <w:p>
      <w:r>
        <w:rPr>
          <w:b/>
        </w:rPr>
        <w:t xml:space="preserve">[02:58] </w:t>
      </w:r>
      <w:r>
        <w:t>to mujhe yaad hai ke main paidal chal raha tha, aur yeh sher parh raha tha: "chala hai shoq-e-be-khabar,</w:t>
      </w:r>
    </w:p>
    <w:p>
      <w:pPr>
        <w:jc w:val="right"/>
      </w:pPr>
      <w:r>
        <w:t>تو مجھے یاد ہے کہ میں پیدل چل رہا تھا، اور یہ شعر پڑھ رہا تھا: "چلا ہے شوق بے خبر،</w:t>
      </w:r>
    </w:p>
    <w:p>
      <w:r>
        <w:rPr>
          <w:b/>
        </w:rPr>
        <w:t xml:space="preserve">[03:12] </w:t>
      </w:r>
      <w:r>
        <w:t>junoon mein janiye kidhar,</w:t>
      </w:r>
    </w:p>
    <w:p>
      <w:pPr>
        <w:jc w:val="right"/>
      </w:pPr>
      <w:r>
        <w:t>جنوں میں جانیے کدھر،</w:t>
      </w:r>
    </w:p>
    <w:p>
      <w:r>
        <w:rPr>
          <w:b/>
        </w:rPr>
        <w:t xml:space="preserve">[03:17] </w:t>
      </w:r>
      <w:r>
        <w:t>na koi manzil-e-safar, na qaid kuch muqam ki."</w:t>
      </w:r>
    </w:p>
    <w:p>
      <w:pPr>
        <w:jc w:val="right"/>
      </w:pPr>
      <w:r>
        <w:t>نہ کوئی منزلِ سفر، نہ قید کچھ مقام کی۔"</w:t>
      </w:r>
    </w:p>
    <w:p>
      <w:r>
        <w:rPr>
          <w:b/>
        </w:rPr>
        <w:t xml:space="preserve">[03:24] </w:t>
      </w:r>
      <w:r>
        <w:t>is tarah se meri poori zindagi, bachpan se le kar ab tak, aik musafir ki kahani hai.</w:t>
      </w:r>
    </w:p>
    <w:p>
      <w:pPr>
        <w:jc w:val="right"/>
      </w:pPr>
      <w:r>
        <w:t>اس طرح سے میری پوری زندگی، بچپن سے لے کر اب تک، ایک مسافر کی کہانی ہے۔</w:t>
      </w:r>
    </w:p>
    <w:p>
      <w:r>
        <w:rPr>
          <w:b/>
        </w:rPr>
        <w:t xml:space="preserve">[03:37] </w:t>
      </w:r>
      <w:r>
        <w:t>lucknow mein aik buzurg aalim thay, Maulana Abdul Bari Nadvi.</w:t>
      </w:r>
    </w:p>
    <w:p>
      <w:pPr>
        <w:jc w:val="right"/>
      </w:pPr>
      <w:r>
        <w:t>لکھنو میں ایک بزرگ عالم تھے، مولانا عبدالباری ندوی۔</w:t>
      </w:r>
    </w:p>
    <w:p>
      <w:r>
        <w:rPr>
          <w:b/>
        </w:rPr>
        <w:t xml:space="preserve">[03:49] </w:t>
      </w:r>
      <w:r>
        <w:t>wo Maulana Thanvi ke khalifa-e-majaz thay.</w:t>
      </w:r>
    </w:p>
    <w:p>
      <w:pPr>
        <w:jc w:val="right"/>
      </w:pPr>
      <w:r>
        <w:t>وہ مولانا تھانوی کے خلیفہ مجاز تھے۔</w:t>
      </w:r>
    </w:p>
    <w:p>
      <w:r>
        <w:rPr>
          <w:b/>
        </w:rPr>
        <w:t xml:space="preserve">[03:57] </w:t>
      </w:r>
      <w:r>
        <w:t>to mere baray mein unhon ne aik baar khat likha tha.</w:t>
      </w:r>
    </w:p>
    <w:p>
      <w:pPr>
        <w:jc w:val="right"/>
      </w:pPr>
      <w:r>
        <w:t>تو میرے بارے میں انہوں نے ایک بار خط لکھا تھا۔</w:t>
      </w:r>
    </w:p>
    <w:p>
      <w:r>
        <w:rPr>
          <w:b/>
        </w:rPr>
        <w:t xml:space="preserve">[04:03] </w:t>
      </w:r>
      <w:r>
        <w:t>us khat mein unhon ne likha tha ke un ki khaas zuban hoti thi, to is ki zuban yeh thi ke: "baqi mera to khayal yeh hai ke aap jadeed tabqa ki taraf mab'oos hain."</w:t>
      </w:r>
    </w:p>
    <w:p>
      <w:pPr>
        <w:jc w:val="right"/>
      </w:pPr>
      <w:r>
        <w:t>اس خط میں انہوں نے لکھا تھا کہ ان کی خاص زبان ہوتی تھی، تو اس کی زبان یہ تھی کہ: "باقی میرا تو خیال یہ ہے کہ آپ جدید طبقہ کی طرف مبعوث ہیں۔"</w:t>
      </w:r>
    </w:p>
    <w:p>
      <w:r>
        <w:rPr>
          <w:b/>
        </w:rPr>
        <w:t xml:space="preserve">[04:21] </w:t>
      </w:r>
      <w:r>
        <w:t>to shayad Allah taala ne mujhe is ke liye chuna ho ke main mau'ooda zamane mein deen ka izhaar ka zariya banoon.</w:t>
      </w:r>
    </w:p>
    <w:p>
      <w:pPr>
        <w:jc w:val="right"/>
      </w:pPr>
      <w:r>
        <w:t>تو شاید اللہ تعالیٰ نے مجھے اس کے لیے چنا ہو کہ میں موعودہ زمانے میں دین کا اظہار کا ذریعہ بنوں۔</w:t>
      </w:r>
    </w:p>
    <w:p>
      <w:r>
        <w:rPr>
          <w:b/>
        </w:rPr>
        <w:t xml:space="preserve">[04:39] </w:t>
      </w:r>
      <w:r>
        <w:t>aap jante hain ke quran mein yeh ayat hai: "layuzhirahu 'ala ad-deeni kulli".</w:t>
      </w:r>
    </w:p>
    <w:p>
      <w:pPr>
        <w:jc w:val="right"/>
      </w:pPr>
      <w:r>
        <w:t>آپ جانتے ہیں کہ قرآن میں یہ آیت ہے: "لَيُظْهَرُهُ عَلَى الدِّينِ كُلِّ"۔</w:t>
      </w:r>
    </w:p>
    <w:p>
      <w:r>
        <w:rPr>
          <w:b/>
        </w:rPr>
        <w:t xml:space="preserve">[04:47] </w:t>
      </w:r>
      <w:r>
        <w:t>to izhaar-e-deen Khuda ka aik matloob kaam hai. to aik izhaar-e-deen woh tha jo</w:t>
      </w:r>
    </w:p>
    <w:p>
      <w:pPr>
        <w:jc w:val="right"/>
      </w:pPr>
      <w:r>
        <w:t>تو اظہارِ دین خدا کا ایک مطلوب کام ہے۔ تو ایک اظہارِ دین وہ تھا جو</w:t>
      </w:r>
    </w:p>
    <w:p>
      <w:r>
        <w:rPr>
          <w:b/>
        </w:rPr>
        <w:t xml:space="preserve">[04:56] </w:t>
      </w:r>
      <w:r>
        <w:t>riwayati daur mein hua. doosra izhaar-e-deen woh hai jo sainsi daur mein matloob hai.</w:t>
      </w:r>
    </w:p>
    <w:p>
      <w:pPr>
        <w:jc w:val="right"/>
      </w:pPr>
      <w:r>
        <w:t>روایتی دور میں ہوا۔ دوسرا اظہارِ دین وہ ہے جو سائنسی دور میں مطلوب ہے۔</w:t>
      </w:r>
    </w:p>
    <w:p>
      <w:r>
        <w:rPr>
          <w:b/>
        </w:rPr>
        <w:t xml:space="preserve">[05:09] </w:t>
      </w:r>
      <w:r>
        <w:t>shayad mujhe Khuda ne</w:t>
      </w:r>
    </w:p>
    <w:p>
      <w:pPr>
        <w:jc w:val="right"/>
      </w:pPr>
      <w:r>
        <w:t>شاید مجھے خدا نے</w:t>
      </w:r>
    </w:p>
    <w:p>
      <w:r>
        <w:rPr>
          <w:b/>
        </w:rPr>
        <w:t xml:space="preserve">[05:13] </w:t>
      </w:r>
      <w:r>
        <w:t>sainsi dour mein izhaar-e-deen ke liye chuna ho. aisa khayal mujhe kabhi kabhi aata hai, apni zindagi ko dekh kar.</w:t>
      </w:r>
    </w:p>
    <w:p>
      <w:pPr>
        <w:jc w:val="right"/>
      </w:pPr>
      <w:r>
        <w:t>سائنسی دور میں اظہارِ دین کے لیے چنا ہو۔ ایسا خیال مجھے کبھی کبھی آتا ہے، اپنی زندگی کو دیکھ کر۔</w:t>
      </w:r>
    </w:p>
    <w:p>
      <w:r>
        <w:rPr>
          <w:b/>
        </w:rPr>
        <w:t xml:space="preserve">[05:26] </w:t>
      </w:r>
      <w:r>
        <w:t>to beharhaal,</w:t>
      </w:r>
    </w:p>
    <w:p>
      <w:pPr>
        <w:jc w:val="right"/>
      </w:pPr>
      <w:r>
        <w:t>تو بہرحال،</w:t>
      </w:r>
    </w:p>
    <w:p>
      <w:r>
        <w:rPr>
          <w:b/>
        </w:rPr>
        <w:t xml:space="preserve">[05:32] </w:t>
      </w:r>
      <w:r>
        <w:t>ghaaliban 1949 ki baat hai ya 1940 ki baat hai,</w:t>
      </w:r>
    </w:p>
    <w:p>
      <w:pPr>
        <w:jc w:val="right"/>
      </w:pPr>
      <w:r>
        <w:t>غالباً 1949 کی بات ہے یا 1940 کی بات ہے،</w:t>
      </w:r>
    </w:p>
    <w:p>
      <w:r>
        <w:rPr>
          <w:b/>
        </w:rPr>
        <w:t xml:space="preserve">[05:47] </w:t>
      </w:r>
      <w:r>
        <w:t>meri paidaish Adam Garh mein hui, mera watan Adam Garh tha. to mein gaya hua tha Banaras.</w:t>
      </w:r>
    </w:p>
    <w:p>
      <w:pPr>
        <w:jc w:val="right"/>
      </w:pPr>
      <w:r>
        <w:t>میری پیدائش آدم گڑھ میں ہوئی، میرا وطن آدم گڑھ تھا۔ تو میں گیا ہوا تھا بنارس۔</w:t>
      </w:r>
    </w:p>
    <w:p>
      <w:r>
        <w:rPr>
          <w:b/>
        </w:rPr>
        <w:t xml:space="preserve">[05:57] </w:t>
      </w:r>
      <w:r>
        <w:t>Banaras mein hamare ek aziz rehte the. to mujhe yaad hai achi tarah se ke ek din mein Banaras ki ek sadak par chal raha tha.</w:t>
      </w:r>
    </w:p>
    <w:p>
      <w:pPr>
        <w:jc w:val="right"/>
      </w:pPr>
      <w:r>
        <w:t>بنارس میں ہمارے ایک عزیز رہتے تھے۔ تو مجھے یاد ہے اچھی طرح سے کہ ایک دن میں بنارس کی ایک سڑک پر چل رہا تھا۔</w:t>
      </w:r>
    </w:p>
    <w:p>
      <w:r>
        <w:rPr>
          <w:b/>
        </w:rPr>
        <w:t xml:space="preserve">[06:09] </w:t>
      </w:r>
      <w:r>
        <w:t>wahan oopar chhat par ek masjid thi,</w:t>
      </w:r>
    </w:p>
    <w:p>
      <w:pPr>
        <w:jc w:val="right"/>
      </w:pPr>
      <w:r>
        <w:t>وہاں اوپر چھت پر ایک مسجد تھی،</w:t>
      </w:r>
    </w:p>
    <w:p>
      <w:r>
        <w:rPr>
          <w:b/>
        </w:rPr>
        <w:t xml:space="preserve">[06:17] </w:t>
      </w:r>
      <w:r>
        <w:t>neeche dukaanen, oopar masjid. to woh maghrib ka waqt tha, azan ho chuki thi, aur imam sahab loudspeaker par namaz padha rahe the.</w:t>
      </w:r>
    </w:p>
    <w:p>
      <w:pPr>
        <w:jc w:val="right"/>
      </w:pPr>
      <w:r>
        <w:t>نیچے دکانیں، اوپر مسجد۔ تو وہ مغرب کا وقت تھا، اذان ہو چکی تھی، اور امام صاحب لاؤڈ اسپیکر پر نماز پڑھا رہے تھے۔</w:t>
      </w:r>
    </w:p>
    <w:p>
      <w:r>
        <w:rPr>
          <w:b/>
        </w:rPr>
        <w:t xml:space="preserve">[06:33] </w:t>
      </w:r>
      <w:r>
        <w:t>to mere kaan mein awaaz aayi,</w:t>
      </w:r>
    </w:p>
    <w:p>
      <w:pPr>
        <w:jc w:val="right"/>
      </w:pPr>
      <w:r>
        <w:t>تو میرے کان میں آواز آئی،</w:t>
      </w:r>
    </w:p>
    <w:p>
      <w:r>
        <w:rPr>
          <w:b/>
        </w:rPr>
        <w:t xml:space="preserve">[06:36] </w:t>
      </w:r>
      <w:r>
        <w:t>us waqt woh Quran ki Surah Wazuha yaani baab number 93 ki tilawat kar rahe the.</w:t>
      </w:r>
    </w:p>
    <w:p>
      <w:pPr>
        <w:jc w:val="right"/>
      </w:pPr>
      <w:r>
        <w:t>اس وقت وہ قرآن کی سورہ والضحیٰ یعنی باب نمبر 93 کی تلاوت کر رہے تھے۔</w:t>
      </w:r>
    </w:p>
    <w:p>
      <w:r>
        <w:rPr>
          <w:b/>
        </w:rPr>
        <w:t xml:space="preserve">[06:47] </w:t>
      </w:r>
      <w:r>
        <w:t>to mein us waqt deewangi ke aalam mein tha, aur sachai ki talash ki deewangi mujh par taari thi,</w:t>
      </w:r>
    </w:p>
    <w:p>
      <w:pPr>
        <w:jc w:val="right"/>
      </w:pPr>
      <w:r>
        <w:t>تو میں اس وقت دیوانگی کے عالم میں تھا، اور سچائی کی تلاش کی دیوانگی مجھ پر طاری تھی،</w:t>
      </w:r>
    </w:p>
    <w:p>
      <w:r>
        <w:rPr>
          <w:b/>
        </w:rPr>
        <w:t xml:space="preserve">[06:58] </w:t>
      </w:r>
      <w:r>
        <w:t>aur apni zindagi ka,</w:t>
      </w:r>
    </w:p>
    <w:p>
      <w:pPr>
        <w:jc w:val="right"/>
      </w:pPr>
      <w:r>
        <w:t>اور اپنی زندگی کا،</w:t>
      </w:r>
    </w:p>
    <w:p>
      <w:r>
        <w:rPr>
          <w:b/>
        </w:rPr>
        <w:t xml:space="preserve">[07:02] </w:t>
      </w:r>
      <w:r>
        <w:t>apni zindagi ki manzil</w:t>
      </w:r>
    </w:p>
    <w:p>
      <w:pPr>
        <w:jc w:val="right"/>
      </w:pPr>
      <w:r>
        <w:t>اپنی زندگی کی منزل</w:t>
      </w:r>
    </w:p>
    <w:p>
      <w:r>
        <w:rPr>
          <w:b/>
        </w:rPr>
        <w:t xml:space="preserve">[07:04] </w:t>
      </w:r>
      <w:r>
        <w:t>talash kar raha tha.</w:t>
      </w:r>
    </w:p>
    <w:p>
      <w:pPr>
        <w:jc w:val="right"/>
      </w:pPr>
      <w:r>
        <w:t>تلاش کر رہا تھا۔</w:t>
      </w:r>
    </w:p>
    <w:p>
      <w:r>
        <w:rPr>
          <w:b/>
        </w:rPr>
        <w:t xml:space="preserve">[07:06] </w:t>
      </w:r>
      <w:r>
        <w:t>to isi alam mein tha mein ke awaz aayi masjid se imam sahib ki</w:t>
      </w:r>
    </w:p>
    <w:p>
      <w:pPr>
        <w:jc w:val="right"/>
      </w:pPr>
      <w:r>
        <w:t>تو اسی عالم میں تھا میں کہ آواز آئی مسجد سے امام صاحب کی</w:t>
      </w:r>
    </w:p>
    <w:p>
      <w:r>
        <w:rPr>
          <w:b/>
        </w:rPr>
        <w:t xml:space="preserve">[07:13] </w:t>
      </w:r>
      <w:r>
        <w:t>ke: "walsawfa yutika rabbuka fatarza".</w:t>
      </w:r>
    </w:p>
    <w:p>
      <w:pPr>
        <w:jc w:val="right"/>
      </w:pPr>
      <w:r>
        <w:t>کہ: "وَلَسَوْفَ يَوْتِيكَ رَبُّكَ فَتَرْذَا"۔</w:t>
      </w:r>
    </w:p>
    <w:p>
      <w:r>
        <w:rPr>
          <w:b/>
        </w:rPr>
        <w:t xml:space="preserve">[07:30] </w:t>
      </w:r>
      <w:r>
        <w:t>aisa mehsoos hua ke yeh aayat barah-e-raast mujh ko khitaab kar rahi hai. mujhe aisa laga ke Khuda ki kitaab is aayat ke zariye barah-e-raast mujh ko khitaab kar rahi hai.</w:t>
      </w:r>
    </w:p>
    <w:p>
      <w:pPr>
        <w:jc w:val="right"/>
      </w:pPr>
      <w:r>
        <w:t>ایسا محسوس ہوا کہ یہ آیت براہِ راست مجھ کو خطاب کر رہی ہے۔ مجھے ایسا لگا کہ خدا کی کتاب اس آیت کے ذریعے براہِ راست مجھ کو خطاب کر رہی ہے۔</w:t>
      </w:r>
    </w:p>
    <w:p>
      <w:r>
        <w:rPr>
          <w:b/>
        </w:rPr>
        <w:t xml:space="preserve">[07:49] </w:t>
      </w:r>
      <w:r>
        <w:t>to waqea yeh hai ke yeh meri poori zindagi ban gayi. is aayat mein kaha gaya hai ke qareeb Khuda tum ko dega ke tum us par raazi ho jao,</w:t>
      </w:r>
    </w:p>
    <w:p>
      <w:pPr>
        <w:jc w:val="right"/>
      </w:pPr>
      <w:r>
        <w:t>تو واقعہ یہ ہے کہ یہ میری پوری زندگی بن گئی۔ اس آیت میں کہا گیا ہے کہ قریبی خدا تم کو دے گا کہ تم اس پر راضی ہو جاؤ،</w:t>
      </w:r>
    </w:p>
    <w:p>
      <w:r>
        <w:rPr>
          <w:b/>
        </w:rPr>
        <w:t xml:space="preserve">[08:05] </w:t>
      </w:r>
      <w:r>
        <w:t>tumhari talash ka jawab mil jayega tum ko.</w:t>
      </w:r>
    </w:p>
    <w:p>
      <w:pPr>
        <w:jc w:val="right"/>
      </w:pPr>
      <w:r>
        <w:t>تمہاری تلاش کا جواب مل جائے گا تم کو۔</w:t>
      </w:r>
    </w:p>
    <w:p>
      <w:r>
        <w:rPr>
          <w:b/>
        </w:rPr>
        <w:t xml:space="preserve">[08:08] </w:t>
      </w:r>
      <w:r>
        <w:t>phir farmaya ke Khuda ne tum ko yateem banaya,</w:t>
      </w:r>
    </w:p>
    <w:p>
      <w:pPr>
        <w:jc w:val="right"/>
      </w:pPr>
      <w:r>
        <w:t>پھر فرمایا کہ خدا نے تم کو یتیم بنایا،</w:t>
      </w:r>
    </w:p>
    <w:p>
      <w:r>
        <w:rPr>
          <w:b/>
        </w:rPr>
        <w:t xml:space="preserve">[08:18] </w:t>
      </w:r>
      <w:r>
        <w:t>aur phir tum ko</w:t>
      </w:r>
    </w:p>
    <w:p>
      <w:pPr>
        <w:jc w:val="right"/>
      </w:pPr>
      <w:r>
        <w:t>اور پھر تم کو</w:t>
      </w:r>
    </w:p>
    <w:p>
      <w:r>
        <w:rPr>
          <w:b/>
        </w:rPr>
        <w:t xml:space="preserve">[08:22] </w:t>
      </w:r>
      <w:r>
        <w:t>sahara diya,</w:t>
      </w:r>
    </w:p>
    <w:p>
      <w:pPr>
        <w:jc w:val="right"/>
      </w:pPr>
      <w:r>
        <w:t>سہارا دیا،</w:t>
      </w:r>
    </w:p>
    <w:p>
      <w:r>
        <w:rPr>
          <w:b/>
        </w:rPr>
        <w:t xml:space="preserve">[08:27] </w:t>
      </w:r>
      <w:r>
        <w:t>tum ko bhatka hua paya, to tum ko hidayat di, aur tum ko, aur tum ko</w:t>
      </w:r>
    </w:p>
    <w:p>
      <w:pPr>
        <w:jc w:val="right"/>
      </w:pPr>
      <w:r>
        <w:t>تم کو بھٹکا ہوا پایا، تو تم کو ہدایت دی، اور تم کو، اور تم کو</w:t>
      </w:r>
    </w:p>
    <w:p>
      <w:r>
        <w:rPr>
          <w:b/>
        </w:rPr>
        <w:t xml:space="preserve">[08:43] </w:t>
      </w:r>
      <w:r>
        <w:t>woh paya yaani muflis paya, to tum ko ghani kar diya.</w:t>
      </w:r>
    </w:p>
    <w:p>
      <w:pPr>
        <w:jc w:val="right"/>
      </w:pPr>
      <w:r>
        <w:t>وہ پایا یعنی مفلص پایا، تو تم کو غنی کر دیا۔</w:t>
      </w:r>
    </w:p>
    <w:p>
      <w:r>
        <w:rPr>
          <w:b/>
        </w:rPr>
        <w:t xml:space="preserve">[08:51] </w:t>
      </w:r>
      <w:r>
        <w:t>"God found you".</w:t>
      </w:r>
    </w:p>
    <w:p>
      <w:pPr>
        <w:jc w:val="right"/>
      </w:pPr>
      <w:r>
        <w:t>"God found you"۔</w:t>
      </w:r>
    </w:p>
    <w:p>
      <w:r>
        <w:rPr>
          <w:b/>
        </w:rPr>
        <w:t xml:space="preserve">[09:08] </w:t>
      </w:r>
      <w:r>
        <w:t>to yeh yeh chaar paanch manzilein hain.</w:t>
      </w:r>
    </w:p>
    <w:p>
      <w:pPr>
        <w:jc w:val="right"/>
      </w:pPr>
      <w:r>
        <w:t>تو یہ یہ چار پانچ منزلیں ہیں۔</w:t>
      </w:r>
    </w:p>
    <w:p>
      <w:r>
        <w:rPr>
          <w:b/>
        </w:rPr>
        <w:t xml:space="preserve">[09:18] </w:t>
      </w:r>
      <w:r>
        <w:t>to mein sochta raha, to laga ke Rasool Allah Sal Allahu Alaihi Wasallam ke saath yeh yeh aayatein zahir hai ke Rasool Allah Sal Allahu Alaihi Wasallam ko mukhatib kar ke utri theen, aur aap ke saath aisi pesh aaya tha ke aap yateem paida hue,</w:t>
      </w:r>
    </w:p>
    <w:p>
      <w:pPr>
        <w:jc w:val="right"/>
      </w:pPr>
      <w:r>
        <w:t>تو میں سوچتا رہا، تو لگا کہ رسول اللہ صلی اللہ علیہ وسلم کے ساتھ یہ یہ آیتیں ظاہر ہے کہ رسول اللہ صلی اللہ علیہ وسلم کو مخاطب کر کے اتری تھیں، اور آپ کے ساتھ ایسی پیش آیا تھا کہ آپ یتیم پیدا ہوئے،</w:t>
      </w:r>
    </w:p>
    <w:p>
      <w:r>
        <w:rPr>
          <w:b/>
        </w:rPr>
        <w:t xml:space="preserve">[09:40] </w:t>
      </w:r>
      <w:r>
        <w:t>to Khuda ne aap ke liye sahara mehya kiya, aur aap sachai ki talash mein sargardan the, to Khuda ne aap ko rehnumai di,</w:t>
      </w:r>
    </w:p>
    <w:p>
      <w:pPr>
        <w:jc w:val="right"/>
      </w:pPr>
      <w:r>
        <w:t>تو خدا نے آپ کے لیے سہارا مہیا کیا، اور آپ سچائی کی تلاش میں سرگرداں تھے، تو خدا نے آپ کو رہنمائی دی،</w:t>
      </w:r>
    </w:p>
    <w:p>
      <w:r>
        <w:rPr>
          <w:b/>
        </w:rPr>
        <w:t xml:space="preserve">[09:58] </w:t>
      </w:r>
      <w:r>
        <w:t>aur aap ke paas koi zariya-e-maash nahi tha, to Khuda ne aap ko, aap ki family ko aap ka supporter bana diya.</w:t>
      </w:r>
    </w:p>
    <w:p>
      <w:pPr>
        <w:jc w:val="right"/>
      </w:pPr>
      <w:r>
        <w:t>اور آپ کے پاس کوئی ذریعہ معاش نہیں تھا، تو خدا نے آپ کو، آپ کی فیملی کو آپ کا سپورٹر بنا دیا۔</w:t>
      </w:r>
    </w:p>
    <w:p>
      <w:r>
        <w:rPr>
          <w:b/>
        </w:rPr>
        <w:t xml:space="preserve">[10:11] </w:t>
      </w:r>
      <w:r>
        <w:t>is tarah se aap kaam karte rahe. dekhein, yeh bohat hi</w:t>
      </w:r>
    </w:p>
    <w:p>
      <w:pPr>
        <w:jc w:val="right"/>
      </w:pPr>
      <w:r>
        <w:t>اس طرح سے آپ کام کرتے رہے۔ دیکھیں، یہ بہت ہی</w:t>
      </w:r>
    </w:p>
    <w:p>
      <w:r>
        <w:rPr>
          <w:b/>
        </w:rPr>
        <w:t xml:space="preserve">[10:19] </w:t>
      </w:r>
      <w:r>
        <w:t>qabil-e-ghor baatein hain yeh. khaas tor par yeh aakhri jo ayat hai: "wa lasawfa yutika rabbuka fatardha".</w:t>
      </w:r>
    </w:p>
    <w:p>
      <w:pPr>
        <w:jc w:val="right"/>
      </w:pPr>
      <w:r>
        <w:t>قابلِ غور باتیں ہیں یہ۔ خاص طور پر یہ آخری جو آیت ہے: "وَلَسَوْفَ يَوْتِيكَ رَبُّكَ فَتَرْذَا"۔</w:t>
      </w:r>
    </w:p>
    <w:p>
      <w:r>
        <w:rPr>
          <w:b/>
        </w:rPr>
        <w:t xml:space="preserve">[10:32] </w:t>
      </w:r>
      <w:r>
        <w:t>keh us ne paya tum ko</w:t>
      </w:r>
    </w:p>
    <w:p>
      <w:pPr>
        <w:jc w:val="right"/>
      </w:pPr>
      <w:r>
        <w:t>کہ اس نے پایا تم کو</w:t>
      </w:r>
    </w:p>
    <w:p>
      <w:r>
        <w:rPr>
          <w:b/>
        </w:rPr>
        <w:t xml:space="preserve">[10:40] </w:t>
      </w:r>
      <w:r>
        <w:t>mohtaaj, to us ne tum ko be niaz bana diya. yeh aam tor par log is ka yeh matlab samajhte hain keh rasool Allah sal Allah alaihi wasallam ke paas koi jayedad nahi thi,</w:t>
      </w:r>
    </w:p>
    <w:p>
      <w:pPr>
        <w:jc w:val="right"/>
      </w:pPr>
      <w:r>
        <w:t>محتاج، تو اس نے تم کو بے نیاز بنا دیا۔ یہ عام طور پر لوگ اس کا یہ مطلب سمجھتے ہیں کہ رسول اللہ صلی اللہ علیہ وسلم کے پاس کوئی جائیداد نہیں تھی،</w:t>
      </w:r>
    </w:p>
    <w:p>
      <w:r>
        <w:rPr>
          <w:b/>
        </w:rPr>
        <w:t xml:space="preserve">[10:55] </w:t>
      </w:r>
      <w:r>
        <w:t>maal o dolat nahi tha,</w:t>
      </w:r>
    </w:p>
    <w:p>
      <w:pPr>
        <w:jc w:val="right"/>
      </w:pPr>
      <w:r>
        <w:t>مال و دولت نہیں تھا،</w:t>
      </w:r>
    </w:p>
    <w:p>
      <w:r>
        <w:rPr>
          <w:b/>
        </w:rPr>
        <w:t xml:space="preserve">[10:57] </w:t>
      </w:r>
      <w:r>
        <w:t>to khadija se shadi hui to aap ke paas maal o dolat aa gaya kyunkeh woh maldar khatoon theen. dekhein, yeh baat nahi hai.</w:t>
      </w:r>
    </w:p>
    <w:p>
      <w:pPr>
        <w:jc w:val="right"/>
      </w:pPr>
      <w:r>
        <w:t>تو خدیجہ سے شادی ہوئی تو آپ کے پاس مال و دولت آگیا کیونکہ وہ مالدار خاتون تھیں۔ دیکھیں، یہ بات نہیں ہے۔</w:t>
      </w:r>
    </w:p>
    <w:p>
      <w:r>
        <w:rPr>
          <w:b/>
        </w:rPr>
        <w:t xml:space="preserve">[11:07] </w:t>
      </w:r>
      <w:r>
        <w:t>rasool Allah sal Allah alaihi wasallam ki bohat achhi sehat thi, bohat hi zaheen aap thay,</w:t>
      </w:r>
    </w:p>
    <w:p>
      <w:pPr>
        <w:jc w:val="right"/>
      </w:pPr>
      <w:r>
        <w:t>رسول اللہ صلی اللہ علیہ وسلم کی بہت اچھی صحت تھی، بہت ہی ذہین آپ تھے،</w:t>
      </w:r>
    </w:p>
    <w:p>
      <w:r>
        <w:rPr>
          <w:b/>
        </w:rPr>
        <w:t xml:space="preserve">[11:14] </w:t>
      </w:r>
      <w:r>
        <w:t>saari insani khoobiyan aap ke andar maujood theen, to aap koi bhi kaam kar sakte thay</w:t>
      </w:r>
    </w:p>
    <w:p>
      <w:pPr>
        <w:jc w:val="right"/>
      </w:pPr>
      <w:r>
        <w:t>ساری انسانی خوبیاں آپ کے اندر موجود تھیں، تو آپ کوئی بھی کام کر سکتے تھے</w:t>
      </w:r>
    </w:p>
    <w:p>
      <w:r>
        <w:rPr>
          <w:b/>
        </w:rPr>
        <w:t xml:space="preserve">[11:24] </w:t>
      </w:r>
      <w:r>
        <w:t>maash ke husool ka. asal cheez yeh hai keh rasool Allah sal Allah alaihi wasallam ke liye ek mission muqaddar tha.</w:t>
      </w:r>
    </w:p>
    <w:p>
      <w:pPr>
        <w:jc w:val="right"/>
      </w:pPr>
      <w:r>
        <w:t>معاش کے حصول کا۔ اصل چیز یہ ہے کہ رسول اللہ صلی اللہ علیہ وسلم کے لیے ایک مشن مقدر تھا۔</w:t>
      </w:r>
    </w:p>
    <w:p>
      <w:r>
        <w:rPr>
          <w:b/>
        </w:rPr>
        <w:t xml:space="preserve">[11:33] </w:t>
      </w:r>
      <w:r>
        <w:t>rasool Allah sal Allah alaihi wasallam ke liye muqaddar tha keh woh ek mission chalayen, tauheed ka mission, khuda parasti ka mission.</w:t>
      </w:r>
    </w:p>
    <w:p>
      <w:pPr>
        <w:jc w:val="right"/>
      </w:pPr>
      <w:r>
        <w:t>رسول اللہ صلی اللہ علیہ وسلم کے لیے مقدر تھا کہ وہ ایک مشن چلائیں، توحید کا مشن، خدا پرستی کا مشن۔</w:t>
      </w:r>
    </w:p>
    <w:p>
      <w:r>
        <w:rPr>
          <w:b/>
        </w:rPr>
        <w:t xml:space="preserve">[11:43] </w:t>
      </w:r>
      <w:r>
        <w:t>to dekhein, mission jo hai,</w:t>
      </w:r>
    </w:p>
    <w:p>
      <w:pPr>
        <w:jc w:val="right"/>
      </w:pPr>
      <w:r>
        <w:t>تو دیکھیں، مشن جو ہے،</w:t>
      </w:r>
    </w:p>
    <w:p>
      <w:r>
        <w:rPr>
          <w:b/>
        </w:rPr>
        <w:t xml:space="preserve">[11:48] </w:t>
      </w:r>
      <w:r>
        <w:t>mission waqf chahta hai. baghair waqf ke koi aadmi mission chala nahi sakta.</w:t>
      </w:r>
    </w:p>
    <w:p>
      <w:pPr>
        <w:jc w:val="right"/>
      </w:pPr>
      <w:r>
        <w:t>مشن وقف چاہتا ہے۔ بغیر وقف کے کوئی آدمی مشن چلا نہیں سکتا۔</w:t>
      </w:r>
    </w:p>
    <w:p>
      <w:r>
        <w:rPr>
          <w:b/>
        </w:rPr>
        <w:t xml:space="preserve">[12:02] </w:t>
      </w:r>
      <w:r>
        <w:t>to is ka matlab yeh hai asal mein keh rasool Allah sal Allah alaihi wasallam ek mission ko le kar uthne wale thay, is ke liye aap apne aap ko poori tarah se waqf karne wale thay.</w:t>
      </w:r>
    </w:p>
    <w:p>
      <w:pPr>
        <w:jc w:val="right"/>
      </w:pPr>
      <w:r>
        <w:t>تو اس کا مطلب یہ ہے اصل میں کہ رسول اللہ صلی اللہ علیہ وسلم ایک مشن کو لے کر اٹھنے والے تھے، اس کے لیے آپ اپنے آپ کو پوری طرح سے وقف کرنے والے تھے۔</w:t>
      </w:r>
    </w:p>
    <w:p>
      <w:r>
        <w:rPr>
          <w:b/>
        </w:rPr>
        <w:t xml:space="preserve">[12:16] </w:t>
      </w:r>
      <w:r>
        <w:t>to aisi haalat mein yeh mumkin nahi tha keh aap apni talash, talash maash ke liye kaam kar saken.</w:t>
      </w:r>
    </w:p>
    <w:p>
      <w:pPr>
        <w:jc w:val="right"/>
      </w:pPr>
      <w:r>
        <w:t>تو ایسی حالت میں یہ ممکن نہیں تھا کہ آپ اپنی تلاش، تلاش معاش کے لیے کام کر سکیں۔</w:t>
      </w:r>
    </w:p>
    <w:p>
      <w:r>
        <w:rPr>
          <w:b/>
        </w:rPr>
        <w:t xml:space="preserve">[12:25] </w:t>
      </w:r>
      <w:r>
        <w:t>to mission mein masroofiyat ki wajah se aap chunkeh talash maash ke liye nahi kar sakte thay, kyunkeh agar idhar lagte to mission ka kaam na hota.</w:t>
      </w:r>
    </w:p>
    <w:p>
      <w:pPr>
        <w:jc w:val="right"/>
      </w:pPr>
      <w:r>
        <w:t>تو مشن میں مصروفیت کی وجہ سے آپ چونکہ تلاش معاش کے لیے نہیں کر سکتے تھے، کیونکہ اگر ادھر لگتے تو مشن کا کام نہ ہوتا۔</w:t>
      </w:r>
    </w:p>
    <w:p>
      <w:r>
        <w:rPr>
          <w:b/>
        </w:rPr>
        <w:t xml:space="preserve">[12:41] </w:t>
      </w:r>
      <w:r>
        <w:t>to Khuda ne aap ki</w:t>
      </w:r>
    </w:p>
    <w:p>
      <w:pPr>
        <w:jc w:val="right"/>
      </w:pPr>
      <w:r>
        <w:t>تو خدا نے آپ کی</w:t>
      </w:r>
    </w:p>
    <w:p>
      <w:r>
        <w:rPr>
          <w:b/>
        </w:rPr>
        <w:t xml:space="preserve">[12:44] </w:t>
      </w:r>
      <w:r>
        <w:t>family ko aap ka supporter bana diya. yeh hai matlab is ka. ab dekhein keh aap jab paida hue to abhi aap pait mein thay keh baap ka inteqal ho gaya.</w:t>
      </w:r>
    </w:p>
    <w:p>
      <w:pPr>
        <w:jc w:val="right"/>
      </w:pPr>
      <w:r>
        <w:t>فیملی کو آپ کا سپورٹر بنا دیا۔ یہ ہے مطلب اس کا۔ اب دیکھیں کہ آپ جب پیدا ہوئے تو ابھی آپ پیٹ میں تھے کہ باپ کا انتقال ہوگیا۔</w:t>
      </w:r>
    </w:p>
    <w:p>
      <w:r>
        <w:rPr>
          <w:b/>
        </w:rPr>
        <w:t xml:space="preserve">[12:59] </w:t>
      </w:r>
      <w:r>
        <w:t>paida hone ke baad maa ka bhi inteqal ho gaya jaldi.</w:t>
      </w:r>
    </w:p>
    <w:p>
      <w:pPr>
        <w:jc w:val="right"/>
      </w:pPr>
      <w:r>
        <w:t>پیدا ہونے کے بعد ماں کا بھی انتقال ہوگیا جلدی۔</w:t>
      </w:r>
    </w:p>
    <w:p>
      <w:r>
        <w:rPr>
          <w:b/>
        </w:rPr>
        <w:t xml:space="preserve">[13:04] </w:t>
      </w:r>
      <w:r>
        <w:t>us waqt sab se pehle aap ke dada, aap ke dada Abdul Muttalib, aap ke sarparast bane.</w:t>
      </w:r>
    </w:p>
    <w:p>
      <w:pPr>
        <w:jc w:val="right"/>
      </w:pPr>
      <w:r>
        <w:t>اس وقت سب سے پہلے آپ کے دادا، آپ کے دادا عبدالمطلب، آپ کے سرپرست بنے۔</w:t>
      </w:r>
    </w:p>
    <w:p>
      <w:r>
        <w:rPr>
          <w:b/>
        </w:rPr>
        <w:t xml:space="preserve">[13:14] </w:t>
      </w:r>
      <w:r>
        <w:t>Abdul Muttalib ek sardar thay, wahan ek leader ki hesiyat thi un ki.</w:t>
      </w:r>
    </w:p>
    <w:p>
      <w:pPr>
        <w:jc w:val="right"/>
      </w:pPr>
      <w:r>
        <w:t>عبدالمطلب ایک سردار تھے، وہاں ایک لیڈر کی حیثیت تھی ان کی۔</w:t>
      </w:r>
    </w:p>
    <w:p>
      <w:r>
        <w:rPr>
          <w:b/>
        </w:rPr>
        <w:t xml:space="preserve">[13:21] </w:t>
      </w:r>
      <w:r>
        <w:t>woh hamesha aap ko apne saath rakhte, yahan tak keh wahan par jo Darul Nadwa tha yaani qabaili assembly,</w:t>
      </w:r>
    </w:p>
    <w:p>
      <w:pPr>
        <w:jc w:val="right"/>
      </w:pPr>
      <w:r>
        <w:t>وہ ہمیشہ آپ کو اپنے ساتھ رکھتے، یہاں تک کہ وہاں پر جو دارالندوہ تھا یعنی قبائلی اسمبلی،</w:t>
      </w:r>
    </w:p>
    <w:p>
      <w:r>
        <w:rPr>
          <w:b/>
        </w:rPr>
        <w:t xml:space="preserve">[13:35] </w:t>
      </w:r>
      <w:r>
        <w:t>us mein us ke woh senior member thay.</w:t>
      </w:r>
    </w:p>
    <w:p>
      <w:pPr>
        <w:jc w:val="right"/>
      </w:pPr>
      <w:r>
        <w:t>اس میں اس کے وہ سینئر ممبر تھے۔</w:t>
      </w:r>
    </w:p>
    <w:p>
      <w:r>
        <w:rPr>
          <w:b/>
        </w:rPr>
        <w:t xml:space="preserve">[13:39] </w:t>
      </w:r>
      <w:r>
        <w:t>to wahan jaate to woh rasool Allah sal Allah alaihi wasallam ko bhi saath le ke jaate. us waqt woh bachche thay. to logon ko koi aitraaz hota keh yeh to senior logon ki majlis hai, bachchon ka yahan kya kaam?</w:t>
      </w:r>
    </w:p>
    <w:p>
      <w:pPr>
        <w:jc w:val="right"/>
      </w:pPr>
      <w:r>
        <w:t>تو وہاں جاتے تو وہ رسول اللہ صلی اللہ علیہ وسلم کو بھی ساتھ لے کے جاتے۔ اس وقت وہ بچے تھے۔ تو لوگوں کو کوئی اعتراض ہوتا کہ یہ تو سینئر لوگوں کی مجلس ہے، بچوں کا یہاں کیا کام؟</w:t>
      </w:r>
    </w:p>
    <w:p>
      <w:r>
        <w:rPr>
          <w:b/>
        </w:rPr>
        <w:t xml:space="preserve">[13:55] </w:t>
      </w:r>
      <w:r>
        <w:t>to Abdul Muttalib chunkeh ek bohat hi</w:t>
      </w:r>
    </w:p>
    <w:p>
      <w:pPr>
        <w:jc w:val="right"/>
      </w:pPr>
      <w:r>
        <w:t>تو عبدالمطلب چونکہ ایک بہت ہی</w:t>
      </w:r>
    </w:p>
    <w:p>
      <w:r>
        <w:rPr>
          <w:b/>
        </w:rPr>
        <w:t xml:space="preserve">[13:59] </w:t>
      </w:r>
      <w:r>
        <w:t>paaye ke aadmi thay, to woh kehte thay keh mere bachche se ko kuch na kaho, mera bachcha ek bohat bara sardar banne wala hai.</w:t>
      </w:r>
    </w:p>
    <w:p>
      <w:pPr>
        <w:jc w:val="right"/>
      </w:pPr>
      <w:r>
        <w:t>پائے کے آدمی تھے، تو وہ کہتے تھے کہ میرے بچے سے کو کچھ نہ کہو، میرا بچہ ایک بہت بڑا سردار بننے والا ہے۔</w:t>
      </w:r>
    </w:p>
    <w:p>
      <w:r>
        <w:rPr>
          <w:b/>
        </w:rPr>
        <w:t xml:space="preserve">[14:10] </w:t>
      </w:r>
      <w:r>
        <w:t>"inna li hadhal ghulami lashanan". to pehle Abdul Muttalib ne aap ki sarparasti ki.</w:t>
      </w:r>
    </w:p>
    <w:p>
      <w:pPr>
        <w:jc w:val="right"/>
      </w:pPr>
      <w:r>
        <w:t>"إِنَّا لِهَذَا الْغُلَامُ لَشَانًا"۔ تو پہلے عبدالمطلب نے آپ کی سرپرستی کی۔</w:t>
      </w:r>
    </w:p>
    <w:p>
      <w:r>
        <w:rPr>
          <w:b/>
        </w:rPr>
        <w:t xml:space="preserve">[14:21] </w:t>
      </w:r>
      <w:r>
        <w:t>unki wafat ho gayi, is waqt aap ki umar shayad aath das saal hogi. to is ke baad aap ke chacha, aap ke ankal abu talib, aap ke sarparast ban gaye.</w:t>
      </w:r>
    </w:p>
    <w:p>
      <w:pPr>
        <w:jc w:val="right"/>
      </w:pPr>
      <w:r>
        <w:t>ان کی وفات ہوگئی، اس وقت آپ کی عمر شاید آٹھ دس سال ہوگی۔ تو اس کے بعد آپ کے چچا، آپ کے انکل ابو طالب، آپ کے سرپرست بن گئے۔</w:t>
      </w:r>
    </w:p>
    <w:p>
      <w:r>
        <w:rPr>
          <w:b/>
        </w:rPr>
        <w:t xml:space="preserve">[14:37] </w:t>
      </w:r>
      <w:r>
        <w:t>unhon ne bhi bohat zyada ehtimam ke sath</w:t>
      </w:r>
    </w:p>
    <w:p>
      <w:pPr>
        <w:jc w:val="right"/>
      </w:pPr>
      <w:r>
        <w:t>انہوں نے بھی بہت زیادہ اہتمام کے ساتھ</w:t>
      </w:r>
    </w:p>
    <w:p>
      <w:r>
        <w:rPr>
          <w:b/>
        </w:rPr>
        <w:t xml:space="preserve">[14:40] </w:t>
      </w:r>
      <w:r>
        <w:t>aap ki dekh bhaal ki, yahan tak ke woh woh tajir thay aur suriya jaya karte thay tijarat ke liye.</w:t>
      </w:r>
    </w:p>
    <w:p>
      <w:pPr>
        <w:jc w:val="right"/>
      </w:pPr>
      <w:r>
        <w:t>آپ کی دیکھ بھال کی، یہاں تک کہ وہ وہ تاجر تھے اور سیریا جایا کرتے تھے تجارت کے لیے۔</w:t>
      </w:r>
    </w:p>
    <w:p>
      <w:r>
        <w:rPr>
          <w:b/>
        </w:rPr>
        <w:t xml:space="preserve">[14:53] </w:t>
      </w:r>
      <w:r>
        <w:t>to apne sath woh le gaye, halanke us waqt aap chhote thay.</w:t>
      </w:r>
    </w:p>
    <w:p>
      <w:pPr>
        <w:jc w:val="right"/>
      </w:pPr>
      <w:r>
        <w:t>تو اپنے ساتھ وہ لے گئے، حالانکہ اس وقت آپ چھوٹے تھے۔</w:t>
      </w:r>
    </w:p>
    <w:p>
      <w:r>
        <w:rPr>
          <w:b/>
        </w:rPr>
        <w:t xml:space="preserve">[14:59] </w:t>
      </w:r>
      <w:r>
        <w:t>kaha jata hai ke wahan par busra jo shehar hai, wahan par aik isai rahb tha. us ne dekha to chunke torat, chunke torat o injeel mein aap ke bare mein paishangoi aayi thi,</w:t>
      </w:r>
    </w:p>
    <w:p>
      <w:pPr>
        <w:jc w:val="right"/>
      </w:pPr>
      <w:r>
        <w:t>کہا جاتا ہے کہ وہاں پر بصرہ جو شہر ہے، وہاں پر ایک عیسائی راہب تھا۔ اس نے دیکھا تو چونکہ تورات، چونکہ تورات و انجیل میں آپ کے بارے میں پیشنگوئی آئی تھی،</w:t>
      </w:r>
    </w:p>
    <w:p>
      <w:r>
        <w:rPr>
          <w:b/>
        </w:rPr>
        <w:t xml:space="preserve">[15:19] </w:t>
      </w:r>
      <w:r>
        <w:t>to us ne kaha ke aisa lagta hai ke yeh bachcha wahi hai, yeh khatam un nabiyyin hone wala hai, is ko wapas le jao kyunke yahoodi is ke jaane ke dushman ho jayenge.</w:t>
      </w:r>
    </w:p>
    <w:p>
      <w:pPr>
        <w:jc w:val="right"/>
      </w:pPr>
      <w:r>
        <w:t>تو اس نے کہا کہ ایسا لگتا ہے کہ یہ بچہ وہی ہے، یہ خاتم النبیین ہونے والا ہے، اس کو واپس لے جاؤ کیونکہ یہودی اس کے جانے کے دشمن ہو جائیں گے۔</w:t>
      </w:r>
    </w:p>
    <w:p>
      <w:r>
        <w:rPr>
          <w:b/>
        </w:rPr>
        <w:t xml:space="preserve">[15:31] </w:t>
      </w:r>
      <w:r>
        <w:t>woh is tarah se aap ki, aap ko family ka support milta raha.</w:t>
      </w:r>
    </w:p>
    <w:p>
      <w:pPr>
        <w:jc w:val="right"/>
      </w:pPr>
      <w:r>
        <w:t>وہ اس طرح سے آپ کی، آپ کو فیملی کا سپورٹ ملتا رہا۔</w:t>
      </w:r>
    </w:p>
    <w:p>
      <w:r>
        <w:rPr>
          <w:b/>
        </w:rPr>
        <w:t xml:space="preserve">[15:40] </w:t>
      </w:r>
      <w:r>
        <w:t>is ke baad aap</w:t>
      </w:r>
    </w:p>
    <w:p>
      <w:pPr>
        <w:jc w:val="right"/>
      </w:pPr>
      <w:r>
        <w:t>اس کے بعد آپ</w:t>
      </w:r>
    </w:p>
    <w:p>
      <w:r>
        <w:rPr>
          <w:b/>
        </w:rPr>
        <w:t xml:space="preserve">[15:44] </w:t>
      </w:r>
      <w:r>
        <w:t>ka nikah ho gaya khadija se. is waqt khadija ki umar chalis saal thi, aap ki umar pachees saal thi.</w:t>
      </w:r>
    </w:p>
    <w:p>
      <w:pPr>
        <w:jc w:val="right"/>
      </w:pPr>
      <w:r>
        <w:t>کا نکاح ہوگیا خدیجہ سے۔ اس وقت خدیجہ کی عمر چالیس سال تھی، آپ کی عمر پچیس سال تھی۔</w:t>
      </w:r>
    </w:p>
    <w:p>
      <w:r>
        <w:rPr>
          <w:b/>
        </w:rPr>
        <w:t xml:space="preserve">[15:53] </w:t>
      </w:r>
      <w:r>
        <w:t>yeh nabuwat se pehle ki baat hai. to khadija jo theen, woh aik maldar khatoon theen.</w:t>
      </w:r>
    </w:p>
    <w:p>
      <w:pPr>
        <w:jc w:val="right"/>
      </w:pPr>
      <w:r>
        <w:t>یہ نبوت سے پہلے کی بات ہے۔ تو خدیجہ جو تھیں، وہ ایک مالدار خاتون تھیں۔</w:t>
      </w:r>
    </w:p>
    <w:p>
      <w:r>
        <w:rPr>
          <w:b/>
        </w:rPr>
        <w:t xml:space="preserve">[16:02] </w:t>
      </w:r>
      <w:r>
        <w:t>is se pehle un ki shadi hui thi, aik maldar tajir thay. to jaldi un ka intiqal ho gaya, to un ki sari daulat khadija ko mil gayi, khadija bint khuwaild.</w:t>
      </w:r>
    </w:p>
    <w:p>
      <w:pPr>
        <w:jc w:val="right"/>
      </w:pPr>
      <w:r>
        <w:t>اس سے پہلے ان کی شادی ہوئی تھی، ایک مالدار تاجر تھے۔ تو جلدی ان کا انتقال ہوگیا، تو ان کی ساری دولت خدیجہ کو مل گئی، خدیجہ بنت خویلد۔</w:t>
      </w:r>
    </w:p>
    <w:p>
      <w:r>
        <w:rPr>
          <w:b/>
        </w:rPr>
        <w:t xml:space="preserve">[16:18] </w:t>
      </w:r>
      <w:r>
        <w:t>to aik maldar khatoon aap ki ahliya ban gayeen. is tarah se aap ko maashi support khandan ki taraf se milta raha.</w:t>
      </w:r>
    </w:p>
    <w:p>
      <w:pPr>
        <w:jc w:val="right"/>
      </w:pPr>
      <w:r>
        <w:t>تو ایک مالدار خاتون آپ کی اہلیہ بن گئیں۔ اس طرح سے آپ کو معاشی سپورٹ خاندان کی طرف سے ملتا رہا۔</w:t>
      </w:r>
    </w:p>
    <w:p>
      <w:r>
        <w:rPr>
          <w:b/>
        </w:rPr>
        <w:t xml:space="preserve">[16:31] </w:t>
      </w:r>
      <w:r>
        <w:t>is ke baad aap ki</w:t>
      </w:r>
    </w:p>
    <w:p>
      <w:pPr>
        <w:jc w:val="right"/>
      </w:pPr>
      <w:r>
        <w:t>اس کے بعد آپ کی</w:t>
      </w:r>
    </w:p>
    <w:p>
      <w:r>
        <w:rPr>
          <w:b/>
        </w:rPr>
        <w:t xml:space="preserve">[16:35] </w:t>
      </w:r>
      <w:r>
        <w:t>shadi aisha se hui jin ke baap thay abubakar. to abubakar jo thay, woh bohat hi muazzaz aadmi thay.</w:t>
      </w:r>
    </w:p>
    <w:p>
      <w:pPr>
        <w:jc w:val="right"/>
      </w:pPr>
      <w:r>
        <w:t>شادی عائشہ سے ہوئی جن کے باپ تھے ابوبکر۔ تو ابوبکر جو تھے، وہ بہت ہی معزز آدمی تھے۔</w:t>
      </w:r>
    </w:p>
    <w:p>
      <w:r>
        <w:rPr>
          <w:b/>
        </w:rPr>
        <w:t xml:space="preserve">[16:49] </w:t>
      </w:r>
      <w:r>
        <w:t>woh shuru hi mein aap ke upar iman laye, woh</w:t>
      </w:r>
    </w:p>
    <w:p>
      <w:pPr>
        <w:jc w:val="right"/>
      </w:pPr>
      <w:r>
        <w:t>وہ شروع ہی میں آپ کے اوپر ایمان لائے، وہ</w:t>
      </w:r>
    </w:p>
    <w:p>
      <w:r>
        <w:rPr>
          <w:b/>
        </w:rPr>
        <w:t xml:space="preserve">[16:55] </w:t>
      </w:r>
      <w:r>
        <w:t>to woh aap ke har aitbar se aap ke saathi ban gaye. to agle marhale mein abubakar poori tarah se aap ko support dete rahe kyunke woh khud aik tajir thay.</w:t>
      </w:r>
    </w:p>
    <w:p>
      <w:pPr>
        <w:jc w:val="right"/>
      </w:pPr>
      <w:r>
        <w:t>تو وہ آپ کے ہر اعتبار سے آپ کے ساتھی بن گئے۔ تو اگلے مرحلے میں ابوبکر پوری طرح سے آپ کو سپورٹ دیتے رہے کیونکہ وہ خود ایک تاجر تھے۔</w:t>
      </w:r>
    </w:p>
    <w:p>
      <w:r>
        <w:rPr>
          <w:b/>
        </w:rPr>
        <w:t xml:space="preserve">[17:10] </w:t>
      </w:r>
      <w:r>
        <w:t>itna zyada woh aap ko support dete thay</w:t>
      </w:r>
    </w:p>
    <w:p>
      <w:pPr>
        <w:jc w:val="right"/>
      </w:pPr>
      <w:r>
        <w:t>اتنا زیادہ وہ آپ کو سپورٹ دیتے تھے</w:t>
      </w:r>
    </w:p>
    <w:p>
      <w:r>
        <w:rPr>
          <w:b/>
        </w:rPr>
        <w:t xml:space="preserve">[17:14] </w:t>
      </w:r>
      <w:r>
        <w:t>ke jab hijrat ka waqt aaya yani makke se hijrat kar ke madina jane ka waqt, to unhon ne khud se itne zyada, woh zaheen thay, itna zyada un ko fikr thi rasool ALLAH صلی اللہ علیہ وسلم ki.</w:t>
      </w:r>
    </w:p>
    <w:p>
      <w:pPr>
        <w:jc w:val="right"/>
      </w:pPr>
      <w:r>
        <w:t>کہ جب ہجرت کا وقت آیا یعنی مکے سے ہجرت کر کے مدینہ جانے کا وقت، تو انہوں نے خود سے اتنے زیادہ، وہ ذہین تھے، اتنا زیادہ ان کو فکر تھی رسول اللہ صلی اللہ علیہ وسلم کی۔</w:t>
      </w:r>
    </w:p>
    <w:p>
      <w:r>
        <w:rPr>
          <w:b/>
        </w:rPr>
        <w:t xml:space="preserve">[17:29] </w:t>
      </w:r>
      <w:r>
        <w:t>apne aap unhon ne yeh samjha ke mujhe</w:t>
      </w:r>
    </w:p>
    <w:p>
      <w:pPr>
        <w:jc w:val="right"/>
      </w:pPr>
      <w:r>
        <w:t>اپنے آپ انہوں نے یہ سمجھا کہ مجھے</w:t>
      </w:r>
    </w:p>
    <w:p>
      <w:r>
        <w:rPr>
          <w:b/>
        </w:rPr>
        <w:t xml:space="preserve">[17:32] </w:t>
      </w:r>
      <w:r>
        <w:t>do oont tayyar karna chahiye. apne ko woh samajhte thay ke main un ke sath jaunga. yeh sab baghair kahe hua, khud se samjha unhon ne is baat ko.</w:t>
      </w:r>
    </w:p>
    <w:p>
      <w:pPr>
        <w:jc w:val="right"/>
      </w:pPr>
      <w:r>
        <w:t>دو اونٹ تیار کرنا چاہیے۔ اپنے کو وہ سمجھتے تھے کہ میں ان کے ساتھ جاؤں گا۔ یہ سب بغیر کہے ہوا، خود سے سمجھا انہوں نے اس بات کو۔</w:t>
      </w:r>
    </w:p>
    <w:p>
      <w:r>
        <w:rPr>
          <w:b/>
        </w:rPr>
        <w:t xml:space="preserve">[17:44] </w:t>
      </w:r>
      <w:r>
        <w:t>to do oont, unhon ne achhe qism ke do oont khareed kar ke</w:t>
      </w:r>
    </w:p>
    <w:p>
      <w:pPr>
        <w:jc w:val="right"/>
      </w:pPr>
      <w:r>
        <w:t>تو دو اونٹ، انہوں نے اچھے قسم کے دو اونٹ خرید کر کے</w:t>
      </w:r>
    </w:p>
    <w:p>
      <w:r>
        <w:rPr>
          <w:b/>
        </w:rPr>
        <w:t xml:space="preserve">[17:49] </w:t>
      </w:r>
      <w:r>
        <w:t>makke ke bahar aik maqam par rakh diya aur aik aadmi rakha is ko dekh bhaal ke liye paishgi tor par. to jis raat ko rawangi hui,</w:t>
      </w:r>
    </w:p>
    <w:p>
      <w:pPr>
        <w:jc w:val="right"/>
      </w:pPr>
      <w:r>
        <w:t>مکہ کے باہر ایک مقام پر رکھ دیا اور ایک آدمی رکھا اس کو دیکھ بھال کے لیے پیشگی طور پر۔ تو جس رات کو روانگی ہوئی،</w:t>
      </w:r>
    </w:p>
    <w:p>
      <w:r>
        <w:rPr>
          <w:b/>
        </w:rPr>
        <w:t xml:space="preserve">[18:02] </w:t>
      </w:r>
      <w:r>
        <w:t>to wahan par aadmi jo tha, us ko kehla diya ke falan maqam par tum oont le kar aa jao.</w:t>
      </w:r>
    </w:p>
    <w:p>
      <w:pPr>
        <w:jc w:val="right"/>
      </w:pPr>
      <w:r>
        <w:t>تو وہاں پر آدمی جو تھا، اس کو کہلا دیا کہ فلاں مقام پر تم اونٹ لے کر آ جاؤ۔</w:t>
      </w:r>
    </w:p>
    <w:p>
      <w:r>
        <w:rPr>
          <w:b/>
        </w:rPr>
        <w:t xml:space="preserve">[18:09] </w:t>
      </w:r>
      <w:r>
        <w:t>to makke se rasool ALLAH صلی اللہ علیہ وسلم aur abubakar dono paidal gaye thay. wahan par ja kar oont mila, us par baith kar dono aage gaye.</w:t>
      </w:r>
    </w:p>
    <w:p>
      <w:pPr>
        <w:jc w:val="right"/>
      </w:pPr>
      <w:r>
        <w:t>تو مکہ سے رسول اللہ صلی اللہ علیہ وسلم اور ابوبکر دونوں پیدل گئے تھے۔ وہاں پر جا کر اونٹ ملا، اس پر بیٹھ کر دونوں آگے گئے۔</w:t>
      </w:r>
    </w:p>
    <w:p>
      <w:r>
        <w:rPr>
          <w:b/>
        </w:rPr>
        <w:t xml:space="preserve">[18:21] </w:t>
      </w:r>
      <w:r>
        <w:t>is tarah se abubakar siddiq jo thay, woh aap ke bharpoor supporter bane rahe.</w:t>
      </w:r>
    </w:p>
    <w:p>
      <w:pPr>
        <w:jc w:val="right"/>
      </w:pPr>
      <w:r>
        <w:t>اس طرح سے ابوبکر صدیق جو تھے، وہ آپ کے بھرپور سپورٹر بنے رہے۔</w:t>
      </w:r>
    </w:p>
    <w:p>
      <w:r>
        <w:rPr>
          <w:b/>
        </w:rPr>
        <w:t xml:space="preserve">[18:29] </w:t>
      </w:r>
      <w:r>
        <w:t>dekhen, mission ka jo aadmi hota hai, mission ka aadmi talash maash mein agar lage to mission ka kaam nahi kar sakta, woh namumkin hai.</w:t>
      </w:r>
    </w:p>
    <w:p>
      <w:pPr>
        <w:jc w:val="right"/>
      </w:pPr>
      <w:r>
        <w:t>دیکھیں، مشن کا جو آدمی ہوتا ہے، مشن کا آدمی تلاش معاش میں اگر لگے تو مشن کا کام نہیں کر سکتا، وہ ناممکن ہے۔</w:t>
      </w:r>
    </w:p>
    <w:p>
      <w:r>
        <w:rPr>
          <w:b/>
        </w:rPr>
        <w:t xml:space="preserve">[18:43] </w:t>
      </w:r>
      <w:r>
        <w:t>is liye Khuda ne Rasool Allah S.A.W. ke liye yeh support</w:t>
      </w:r>
    </w:p>
    <w:p>
      <w:pPr>
        <w:jc w:val="right"/>
      </w:pPr>
      <w:r>
        <w:t>اس لیے خدا نے رسول اللہ صلی اللہ علیہ وسلم کے لیے یہ سپورٹ</w:t>
      </w:r>
    </w:p>
    <w:p>
      <w:r>
        <w:rPr>
          <w:b/>
        </w:rPr>
        <w:t xml:space="preserve">[18:46] </w:t>
      </w:r>
      <w:r>
        <w:t>faraham kiya family ki taraf se kyunke family jo hai, sab se bari taluq hota hai is ko. dekhen, mission ka aadmi</w:t>
      </w:r>
    </w:p>
    <w:p>
      <w:pPr>
        <w:jc w:val="right"/>
      </w:pPr>
      <w:r>
        <w:t>فراہم کیا فیملی کی طرف سے کیونکہ فیملی جو ہے، سب سے بڑی تعلق ہوتا ہے اس کو۔ دیکھیں، مشن کا آدمی</w:t>
      </w:r>
    </w:p>
    <w:p>
      <w:r>
        <w:rPr>
          <w:b/>
        </w:rPr>
        <w:t xml:space="preserve">[19:00] </w:t>
      </w:r>
      <w:r>
        <w:t>agar koi ek aadmi supporter mil jaye us ko to zahir hai kuch din woh mar jaye ga to mission aage nahi barhe ga. musalsal support milna chahiye, musalsal shuru se aakhir tak.</w:t>
      </w:r>
    </w:p>
    <w:p>
      <w:pPr>
        <w:jc w:val="right"/>
      </w:pPr>
      <w:r>
        <w:t>اگر کوئی ایک آدمی سپورٹر مل جائے اس کو تو ظاہر ہے کچھ دن وہ مر جائے گا تو مشن آگے نہیں بڑھے گا۔ مسلسل سپورٹ ملنا چاہیے، مسلسل شروع سے آخر تک۔</w:t>
      </w:r>
    </w:p>
    <w:p>
      <w:r>
        <w:rPr>
          <w:b/>
        </w:rPr>
        <w:t xml:space="preserve">[19:18] </w:t>
      </w:r>
      <w:r>
        <w:t>doosri baat yeh hai to Rasool Allah S.A.W. ko musalsal support mili. doosri baat yeh hai ke kai logon ko main jaanta hoon, tareekh mein parha hai ke kisi ignation ki taraf se un ko support mili, hukoomat ki taraf se, kisi jamaat ki taraf se, kisi idare ki taraf se support mili.</w:t>
      </w:r>
    </w:p>
    <w:p>
      <w:pPr>
        <w:jc w:val="right"/>
      </w:pPr>
      <w:r>
        <w:t>دوسری بات یہ ہے تو رسول اللہ صلی اللہ علیہ وسلم کو مسلسل سپورٹ ملی۔ دوسری بات یہ ہے کہ کئی لوگوں کو میں جانتا ہوں، تاریخ میں پڑھا ہے کہ کسی اگنائشن کی طرف سے ان کو سپورٹ ملی، حکومت کی طرف سے، کسی جماعت کی طرف سے، کسی ادارے کی طرف سے سپورٹ ملی۔</w:t>
      </w:r>
    </w:p>
    <w:p>
      <w:r>
        <w:rPr>
          <w:b/>
        </w:rPr>
        <w:t xml:space="preserve">[19:40] </w:t>
      </w:r>
      <w:r>
        <w:t>aise bohat se log hain,</w:t>
      </w:r>
    </w:p>
    <w:p>
      <w:pPr>
        <w:jc w:val="right"/>
      </w:pPr>
      <w:r>
        <w:t>ایسے بہت سے لوگ ہیں،</w:t>
      </w:r>
    </w:p>
    <w:p>
      <w:r>
        <w:rPr>
          <w:b/>
        </w:rPr>
        <w:t xml:space="preserve">[19:42] </w:t>
      </w:r>
      <w:r>
        <w:t>aaj bhi hain aur pehle bhi thay. dekhen, yeh support jo hai, bohat adhuri hoti hai. kyun?</w:t>
      </w:r>
    </w:p>
    <w:p>
      <w:pPr>
        <w:jc w:val="right"/>
      </w:pPr>
      <w:r>
        <w:t>آج بھی ہیں اور پہلے بھی تھے۔ دیکھیں، یہ سپورٹ جو ہے، بہت ادھوری ہوتی ہے۔ کیوں؟</w:t>
      </w:r>
    </w:p>
    <w:p>
      <w:r>
        <w:rPr>
          <w:b/>
        </w:rPr>
        <w:t xml:space="preserve">[19:52] </w:t>
      </w:r>
      <w:r>
        <w:t>aadmi ko samjhota karna parta hai bar bar is ignation se. to ek aisa aadmi jo takhleeqi zehan ho,</w:t>
      </w:r>
    </w:p>
    <w:p>
      <w:pPr>
        <w:jc w:val="right"/>
      </w:pPr>
      <w:r>
        <w:t>آدمی کو سمجھوتہ کرنا پڑتا ہے بار بار اس اگنائشن سے۔ تو ایک ایسا آدمی جو تخلیقی ذہن ہو،</w:t>
      </w:r>
    </w:p>
    <w:p>
      <w:r>
        <w:rPr>
          <w:b/>
        </w:rPr>
        <w:t xml:space="preserve">[20:03] </w:t>
      </w:r>
      <w:r>
        <w:t>jo ek takhleeqi mission le kar utha ho, woh is ka, us ko bardasht nahi kar sakta ke woh kisi se samjhota karay.</w:t>
      </w:r>
    </w:p>
    <w:p>
      <w:pPr>
        <w:jc w:val="right"/>
      </w:pPr>
      <w:r>
        <w:t>جو ایک تخلیقی مشن لے کر اٹھا ہو، وہ اس کا، اس کو برداشت نہیں کر سکتا کہ وہ کسی سے سمجھوتہ کرے۔</w:t>
      </w:r>
    </w:p>
    <w:p>
      <w:r>
        <w:rPr>
          <w:b/>
        </w:rPr>
        <w:t xml:space="preserve">[20:15] </w:t>
      </w:r>
      <w:r>
        <w:t>is liye ignation ki support jo hai, woh</w:t>
      </w:r>
    </w:p>
    <w:p>
      <w:pPr>
        <w:jc w:val="right"/>
      </w:pPr>
      <w:r>
        <w:t>اس لیے اگنائشن کی سپورٹ جو ہے، وہ</w:t>
      </w:r>
    </w:p>
    <w:p>
      <w:r>
        <w:rPr>
          <w:b/>
        </w:rPr>
        <w:t xml:space="preserve">[20:20] </w:t>
      </w:r>
      <w:r>
        <w:t>mil jaye tab bhi woh kafi nahi hoti kyunke ignation jo hai, woh chahti hai ke is se samjhota kar ke, is se samjhota kiya jaye.</w:t>
      </w:r>
    </w:p>
    <w:p>
      <w:pPr>
        <w:jc w:val="right"/>
      </w:pPr>
      <w:r>
        <w:t>مل جائے تب بھی وہ کافی نہیں ہوتی کیونکہ اگنائشن جو ہے، وہ چاہتی ہے کہ اس سے سمجھوتہ کر کے، اس سے سمجھوتہ کیا جائے۔</w:t>
      </w:r>
    </w:p>
    <w:p>
      <w:r>
        <w:rPr>
          <w:b/>
        </w:rPr>
        <w:t xml:space="preserve">[20:31] </w:t>
      </w:r>
      <w:r>
        <w:t>to main ne bohat se logon ko jaanta hoon ke woh bohat zaheen thay, bohat samajhdar thay,</w:t>
      </w:r>
    </w:p>
    <w:p>
      <w:pPr>
        <w:jc w:val="right"/>
      </w:pPr>
      <w:r>
        <w:t>تو میں نے بہت سے لوگوں کو جانتا ہوں کہ وہ بہت ذہین تھے، بہت سمجھدار تھے،</w:t>
      </w:r>
    </w:p>
    <w:p>
      <w:r>
        <w:rPr>
          <w:b/>
        </w:rPr>
        <w:t xml:space="preserve">[20:37] </w:t>
      </w:r>
      <w:r>
        <w:t>kuch kaam karna chahte thay lekin unhone kisi ignation ki support li, kisi jamaat ki, kisi idare ki, kisi hukoomat ki.</w:t>
      </w:r>
    </w:p>
    <w:p>
      <w:pPr>
        <w:jc w:val="right"/>
      </w:pPr>
      <w:r>
        <w:t>کچھ کام کرنا چاہتے تھے لیکن انہوں نے کسی اگنائشن کی سپورٹ لی، کسی جماعت کی، کسی ادارے کی، کسی حکومت کی۔</w:t>
      </w:r>
    </w:p>
    <w:p>
      <w:r>
        <w:rPr>
          <w:b/>
        </w:rPr>
        <w:t xml:space="preserve">[20:48] </w:t>
      </w:r>
      <w:r>
        <w:t>to kya hua ke woh apne mission ko</w:t>
      </w:r>
    </w:p>
    <w:p>
      <w:pPr>
        <w:jc w:val="right"/>
      </w:pPr>
      <w:r>
        <w:t>تو کیا ہوا کہ وہ اپنے مشن کو</w:t>
      </w:r>
    </w:p>
    <w:p>
      <w:r>
        <w:rPr>
          <w:b/>
        </w:rPr>
        <w:t xml:space="preserve">[20:53] </w:t>
      </w:r>
      <w:r>
        <w:t>sahi tareeqay se aage na barha sake, samjhota kar diya unhone. samjhota karne ki wajah se un ka mission jo hai, bilkul kuchal kar reh gaya.</w:t>
      </w:r>
    </w:p>
    <w:p>
      <w:pPr>
        <w:jc w:val="right"/>
      </w:pPr>
      <w:r>
        <w:t>صحیح طریقے سے آگے نہ بڑھا سکے، سمجھوتہ کر دیا انہوں نے۔ سمجھوتہ کرنے کی وجہ سے ان کا مشن جو ہے، بالکل کچل کر رہ گیا۔</w:t>
      </w:r>
    </w:p>
    <w:p>
      <w:r>
        <w:rPr>
          <w:b/>
        </w:rPr>
        <w:t xml:space="preserve">[21:06] </w:t>
      </w:r>
      <w:r>
        <w:t>to yeh aisa support sirf family ki taraf se ho sakta hai</w:t>
      </w:r>
    </w:p>
    <w:p>
      <w:pPr>
        <w:jc w:val="right"/>
      </w:pPr>
      <w:r>
        <w:t>تو یہ ایسا سپورٹ صرف فیملی کی طرف سے ہو سکتا ہے</w:t>
      </w:r>
    </w:p>
    <w:p>
      <w:r>
        <w:rPr>
          <w:b/>
        </w:rPr>
        <w:t xml:space="preserve">[21:11] </w:t>
      </w:r>
      <w:r>
        <w:t>ke baghair kisi shart ke, ke aap ko koi samjhota nahi karna ho, koi aap se wapas na chahta ho, chahte hon woh log.</w:t>
      </w:r>
    </w:p>
    <w:p>
      <w:pPr>
        <w:jc w:val="right"/>
      </w:pPr>
      <w:r>
        <w:t>کہ بغیر کسی شرط کے، کہ آپ کو کوئی سمجھوتہ نہیں کرنا ہو، کوئی آپ سے واپس نہ چاہتا ہو، چاہتے ہوں وہ لوگ۔</w:t>
      </w:r>
    </w:p>
    <w:p>
      <w:r>
        <w:rPr>
          <w:b/>
        </w:rPr>
        <w:t xml:space="preserve">[21:21] </w:t>
      </w:r>
      <w:r>
        <w:t>to aisa support Rasool Allah S.A.W. ko mila apni family ki taraf se. to behrhaal mujhe aisa mehsoos hota hai</w:t>
      </w:r>
    </w:p>
    <w:p>
      <w:pPr>
        <w:jc w:val="right"/>
      </w:pPr>
      <w:r>
        <w:t>تو ایسا سپورٹ رسول اللہ صلی اللہ علیہ وسلم کو ملا اپنی فیملی کی طرف سے۔ تو بہرحال مجھے ایسا محسوس ہوتا ہے</w:t>
      </w:r>
    </w:p>
    <w:p>
      <w:r>
        <w:rPr>
          <w:b/>
        </w:rPr>
        <w:t xml:space="preserve">[21:30] </w:t>
      </w:r>
      <w:r>
        <w:t>ke Allah taala ne mere liye isi qism ka support faraham kiya, is wajah se main apna kaam kar saka.</w:t>
      </w:r>
    </w:p>
    <w:p>
      <w:pPr>
        <w:jc w:val="right"/>
      </w:pPr>
      <w:r>
        <w:t>کہ اللہ تعالیٰ نے میرے لیے اسی قسم کا سپورٹ فراہم کیا، اس وجہ سے میں اپنا کام کر سکا۔</w:t>
      </w:r>
    </w:p>
    <w:p>
      <w:r>
        <w:rPr>
          <w:b/>
        </w:rPr>
        <w:t xml:space="preserve">[21:40] </w:t>
      </w:r>
      <w:r>
        <w:t>is ke baray mein main kuch arz karunga.</w:t>
      </w:r>
    </w:p>
    <w:p>
      <w:pPr>
        <w:jc w:val="right"/>
      </w:pPr>
      <w:r>
        <w:t>اس کے بارے میں میں کچھ عرض کروں گا۔</w:t>
      </w:r>
    </w:p>
    <w:p>
      <w:r>
        <w:rPr>
          <w:b/>
        </w:rPr>
        <w:t xml:space="preserve">[21:45] </w:t>
      </w:r>
      <w:r>
        <w:t>pehli baat yeh hai ke mera mission kya tha? mera mission bohat hi pecheeda mission tha.</w:t>
      </w:r>
    </w:p>
    <w:p>
      <w:pPr>
        <w:jc w:val="right"/>
      </w:pPr>
      <w:r>
        <w:t>پہلی بات یہ ہے کہ میرا مشن کیا تھا؟ میرا مشن بہت ہی پیچیدہ مشن تھا۔</w:t>
      </w:r>
    </w:p>
    <w:p>
      <w:r>
        <w:rPr>
          <w:b/>
        </w:rPr>
        <w:t xml:space="preserve">[21:54] </w:t>
      </w:r>
      <w:r>
        <w:t>main apne mission ko batane ke liye yeh kahunga ke teen hissay is ke thay.</w:t>
      </w:r>
    </w:p>
    <w:p>
      <w:pPr>
        <w:jc w:val="right"/>
      </w:pPr>
      <w:r>
        <w:t>میں اپنے مشن کو بتانے کے لیے یہ کہوں گا کہ تین حصے اس کے تھے۔</w:t>
      </w:r>
    </w:p>
    <w:p>
      <w:r>
        <w:rPr>
          <w:b/>
        </w:rPr>
        <w:t xml:space="preserve">[22:04] </w:t>
      </w:r>
      <w:r>
        <w:t>pehla hissa deconditioning, apni deconditioning.</w:t>
      </w:r>
    </w:p>
    <w:p>
      <w:pPr>
        <w:jc w:val="right"/>
      </w:pPr>
      <w:r>
        <w:t>پہلا حصہ ڈی کنڈیشننگ، اپنی ڈی کنڈیشننگ۔</w:t>
      </w:r>
    </w:p>
    <w:p>
      <w:r>
        <w:rPr>
          <w:b/>
        </w:rPr>
        <w:t xml:space="preserve">[22:11] </w:t>
      </w:r>
      <w:r>
        <w:t>doosra sachai ko daryaft karna. aur teesra mtabal adbiyaat tayyar karna.</w:t>
      </w:r>
    </w:p>
    <w:p>
      <w:pPr>
        <w:jc w:val="right"/>
      </w:pPr>
      <w:r>
        <w:t>دوسرا سچائی کو دریافت کرنا۔ اور تیسرا متبادل ادبیات تیار کرنا۔</w:t>
      </w:r>
    </w:p>
    <w:p>
      <w:r>
        <w:rPr>
          <w:b/>
        </w:rPr>
        <w:t xml:space="preserve">[22:24] </w:t>
      </w:r>
      <w:r>
        <w:t>zahir hai ke main ek mahaul mein paida hua, ek zamanay mein paida hua.</w:t>
      </w:r>
    </w:p>
    <w:p>
      <w:pPr>
        <w:jc w:val="right"/>
      </w:pPr>
      <w:r>
        <w:t>ظاہر ہے کہ میں ایک ماحول میں پیدا ہوا، ایک زمانے میں پیدا ہوا۔</w:t>
      </w:r>
    </w:p>
    <w:p>
      <w:r>
        <w:rPr>
          <w:b/>
        </w:rPr>
        <w:t xml:space="preserve">[22:30] </w:t>
      </w:r>
      <w:r>
        <w:t>to hadith se sabit hota hai aur watson ki jo tehqeeq hai, us se sabit hota hai ke har aadmi ki conditioning hoti rehti hai. har aadmi baghair kisi istis'na ke musri conditioner ban jata hai.</w:t>
      </w:r>
    </w:p>
    <w:p>
      <w:pPr>
        <w:jc w:val="right"/>
      </w:pPr>
      <w:r>
        <w:t>تو حدیث سے ثابت ہوتا ہے اور واٹسن کی جو تحقیق ہے، اس سے ثابت ہوتا ہے کہ ہر آدمی کی کنڈیشننگ ہوتی رہتی ہے۔ ہر آدمی بغیر کسی استثنا کے مصری کنڈیشنر بن جاتا ہے۔</w:t>
      </w:r>
    </w:p>
    <w:p>
      <w:r>
        <w:rPr>
          <w:b/>
        </w:rPr>
        <w:t xml:space="preserve">[22:45] </w:t>
      </w:r>
      <w:r>
        <w:t>to zahir hai ke main bhi aisa tha.</w:t>
      </w:r>
    </w:p>
    <w:p>
      <w:pPr>
        <w:jc w:val="right"/>
      </w:pPr>
      <w:r>
        <w:t>تو ظاہر ہے کہ میں بھی ایسا تھا۔</w:t>
      </w:r>
    </w:p>
    <w:p>
      <w:r>
        <w:rPr>
          <w:b/>
        </w:rPr>
        <w:t xml:space="preserve">[22:49] </w:t>
      </w:r>
      <w:r>
        <w:t>to pehla kaam yani ibtidai nuqta yeh hai ke aadmi apni apni conditioning ko khatam kare, apne ko decondition kare.</w:t>
      </w:r>
    </w:p>
    <w:p>
      <w:pPr>
        <w:jc w:val="right"/>
      </w:pPr>
      <w:r>
        <w:t>تو پہلا کام یعنی ابتدائی نقطہ یہ ہے کہ آدمی اپنی اپنی کنڈیشننگ کو ختم کرے، اپنے کو ڈی کنڈیشن کرے۔</w:t>
      </w:r>
    </w:p>
    <w:p>
      <w:r>
        <w:rPr>
          <w:b/>
        </w:rPr>
        <w:t xml:space="preserve">[22:59] </w:t>
      </w:r>
      <w:r>
        <w:t>yeh bohat hi tedha kaam hai, is ke liye poori exui chahiye, poori poori exui chahiye.</w:t>
      </w:r>
    </w:p>
    <w:p>
      <w:pPr>
        <w:jc w:val="right"/>
      </w:pPr>
      <w:r>
        <w:t>یہ بہت ہی ٹیڑھا کام ہے، اس کے لیے پوری ایکسوئی چاہیے، پوری پوری ایکسوئی چاہیے۔</w:t>
      </w:r>
    </w:p>
    <w:p>
      <w:r>
        <w:rPr>
          <w:b/>
        </w:rPr>
        <w:t xml:space="preserve">[23:10] </w:t>
      </w:r>
      <w:r>
        <w:t>to Allah taala ne mujhe exui kar diya kyunke shuru se aakhir tak meri family mujh ko support deti rahi.</w:t>
      </w:r>
    </w:p>
    <w:p>
      <w:pPr>
        <w:jc w:val="right"/>
      </w:pPr>
      <w:r>
        <w:t>تو اللہ تعالیٰ نے مجھے ایکسو کر دیا کیونکہ شروع سے آخر تک میری فیملی مجھ کو سپورٹ دیتی رہی۔</w:t>
      </w:r>
    </w:p>
    <w:p>
      <w:r>
        <w:rPr>
          <w:b/>
        </w:rPr>
        <w:t xml:space="preserve">[23:22] </w:t>
      </w:r>
      <w:r>
        <w:t>to main poori tarah se maashi masail se alag ho kar ke, chunke main ne koi maashi kaam nahi kiya, meri biwi jin ka inteqal ho chuka hai, 63 saal ki umar</w:t>
      </w:r>
    </w:p>
    <w:p>
      <w:pPr>
        <w:jc w:val="right"/>
      </w:pPr>
      <w:r>
        <w:t>تو میں پوری طرح سے معاشی مسائل سے الگ ہو کر کے، چونکہ میں نے کوئی معاشی کام نہیں کیا، میری بیوی جن کا انتقال ہو چکا ہے، 63 سال کی عمر</w:t>
      </w:r>
    </w:p>
    <w:p>
      <w:r>
        <w:rPr>
          <w:b/>
        </w:rPr>
        <w:t xml:space="preserve">[23:38] </w:t>
      </w:r>
      <w:r>
        <w:t>mein mere saath rehne ke baad, to un ki ek saathi theen raziya, adam garh mein, jo dekhti theen ke main koi kaam nahi kar raha hoon.</w:t>
      </w:r>
    </w:p>
    <w:p>
      <w:pPr>
        <w:jc w:val="right"/>
      </w:pPr>
      <w:r>
        <w:t>میں میرے ساتھ رہنے کے بعد، تو ان کی ایک ساتھی تھیں رضیہ، آدم گڑھ میں، جو دیکھتی تھیں کہ میں کوئی کام نہیں کر رہا ہوں۔</w:t>
      </w:r>
    </w:p>
    <w:p>
      <w:r>
        <w:rPr>
          <w:b/>
        </w:rPr>
        <w:t xml:space="preserve">[23:48] </w:t>
      </w:r>
      <w:r>
        <w:t>to unhon ne ek din kaha meri biwi se ke</w:t>
      </w:r>
    </w:p>
    <w:p>
      <w:pPr>
        <w:jc w:val="right"/>
      </w:pPr>
      <w:r>
        <w:t>تو انہوں نے ایک دن کہا میری بیوی سے کہ</w:t>
      </w:r>
    </w:p>
    <w:p>
      <w:r>
        <w:rPr>
          <w:b/>
        </w:rPr>
        <w:t xml:space="preserve">[23:55] </w:t>
      </w:r>
      <w:r>
        <w:t>ke un ka kaam to un ke bhai support dete hain, chal raha hai, aur bachon ka kya hoga? to main ghar mein aaya, wahan adam garh mein tha, to unhon ne kaha ke raziya ne aisa kaha hai.</w:t>
      </w:r>
    </w:p>
    <w:p>
      <w:pPr>
        <w:jc w:val="right"/>
      </w:pPr>
      <w:r>
        <w:t>کہ ان کا کام تو ان کے بھائی سپورٹ دیتے ہیں، چل رہا ہے، اور بچوں کا کیا ہوگا؟ تو میں گھر میں آیا، وہاں آدم گڑھ میں تھا، تو انہوں نے کہا کہ رضیہ نے ایسا کہا ہے۔</w:t>
      </w:r>
    </w:p>
    <w:p>
      <w:r>
        <w:rPr>
          <w:b/>
        </w:rPr>
        <w:t xml:space="preserve">[24:09] </w:t>
      </w:r>
      <w:r>
        <w:t>to main ne kaha ke</w:t>
      </w:r>
    </w:p>
    <w:p>
      <w:pPr>
        <w:jc w:val="right"/>
      </w:pPr>
      <w:r>
        <w:t>تو میں نے کہا کہ</w:t>
      </w:r>
    </w:p>
    <w:p>
      <w:r>
        <w:rPr>
          <w:b/>
        </w:rPr>
        <w:t xml:space="preserve">[24:13] </w:t>
      </w:r>
      <w:r>
        <w:t>mujhe achhi tarah yaad hai, main khada hua tha aur khade khade mere zuban se alfaaz nikle ke yeh kashti apne tamam sawaron samait bas Allah ke hawale hai.</w:t>
      </w:r>
    </w:p>
    <w:p>
      <w:pPr>
        <w:jc w:val="right"/>
      </w:pPr>
      <w:r>
        <w:t>مجھے اچھی طرح یاد ہے، میں کھڑا ہوا تھا اور کھڑے کھڑے میرے زبان سے الفاظ نکلے کہ یہ کشتی اپنے تمام سواروں سمیت بس اللہ کے حوالے ہے۔</w:t>
      </w:r>
    </w:p>
    <w:p>
      <w:r>
        <w:rPr>
          <w:b/>
        </w:rPr>
        <w:t xml:space="preserve">[24:27] </w:t>
      </w:r>
      <w:r>
        <w:t>dekhein, main yeh nahi kehta ke main ne talash ma'ash nahi kiya, haqeeqat yeh hai ke bohat se doosre naujawanon ki tarah main ne bhi talash ma'ash kiya, lekin aisa lagta tha ke Khuda thokar maar deta hai mere har kaam ko.</w:t>
      </w:r>
    </w:p>
    <w:p>
      <w:pPr>
        <w:jc w:val="right"/>
      </w:pPr>
      <w:r>
        <w:t>دیکھیں، میں یہ نہیں کہتا کہ میں نے تلاش معاش نہیں کیا، حقیقت یہ ہے کہ بہت سے دوسرے نوجوانوں کی طرح میں نے بھی تلاش معاش کیا، لیکن ایسا لگتا تھا کہ خدا ٹھوکر مار دیتا ہے میرے ہر کام کو۔</w:t>
      </w:r>
    </w:p>
    <w:p>
      <w:r>
        <w:rPr>
          <w:b/>
        </w:rPr>
        <w:t xml:space="preserve">[24:44] </w:t>
      </w:r>
      <w:r>
        <w:t>main chand ek waqia arz karoon</w:t>
      </w:r>
    </w:p>
    <w:p>
      <w:pPr>
        <w:jc w:val="right"/>
      </w:pPr>
      <w:r>
        <w:t>میں چند ایک واقعہ عرض کروں</w:t>
      </w:r>
    </w:p>
    <w:p>
      <w:r>
        <w:rPr>
          <w:b/>
        </w:rPr>
        <w:t xml:space="preserve">[24:49] </w:t>
      </w:r>
      <w:r>
        <w:t>ke madarse se nikalne ke baad mujhe yeh khayal hua ke madarse ki jo sanad hai, woh to kuch to kuch kaam nahi aayegi, maashi aitbar se is ki ahmiyat kuch hai hi nahi.</w:t>
      </w:r>
    </w:p>
    <w:p>
      <w:pPr>
        <w:jc w:val="right"/>
      </w:pPr>
      <w:r>
        <w:t>کہ مدرسے سے نکلنے کے بعد مجھے یہ خیال ہوا کہ مدرسے کی جو سند ہے، وہ تو کچھ تو کچھ کام نہیں آئے گی، معاشی اعتبار سے اس کی اہمیت کچھ ہے ہی نہیں۔</w:t>
      </w:r>
    </w:p>
    <w:p>
      <w:r>
        <w:rPr>
          <w:b/>
        </w:rPr>
        <w:t xml:space="preserve">[25:04] </w:t>
      </w:r>
      <w:r>
        <w:t>to main jamia mein, jo dilli ka jamia millia islamia hai,</w:t>
      </w:r>
    </w:p>
    <w:p>
      <w:pPr>
        <w:jc w:val="right"/>
      </w:pPr>
      <w:r>
        <w:t>تو میں جامعہ میں، جو دلی کا جامعہ ملیہ اسلامیہ ہے،</w:t>
      </w:r>
    </w:p>
    <w:p>
      <w:r>
        <w:rPr>
          <w:b/>
        </w:rPr>
        <w:t xml:space="preserve">[25:08] </w:t>
      </w:r>
      <w:r>
        <w:t>yahan aa kar dakhla le kar ke yahan B.A M.A karoon. to yeh azadi se pehle ki baat hai, mere jo chacha zaad bhai the, iqbal ahmed sohail, to us waqt yahan par vice chancellor the, doctor zakir hussain jamia ke, jin ko shaikh ul jamia kaha jata tha.</w:t>
      </w:r>
    </w:p>
    <w:p>
      <w:pPr>
        <w:jc w:val="right"/>
      </w:pPr>
      <w:r>
        <w:t>یہاں آ کر داخلہ لے کر کے یہاں بی اے ایم اے کروں۔ تو یہ آزادی سے پہلے کی بات ہے، میرے جو چچا زاد بھائی تھے، اقبال احمد سہیل، تو اس وقت یہاں پر وائس چانسلر تھے، ڈاکٹر ذاکر حسین جامعہ کے، جن کو شیخ الجامعہ کہا جاتا تھا۔</w:t>
      </w:r>
    </w:p>
    <w:p>
      <w:r>
        <w:rPr>
          <w:b/>
        </w:rPr>
        <w:t xml:space="preserve">[25:29] </w:t>
      </w:r>
      <w:r>
        <w:t>to hamare bare bhai ke bohat gehre dost the kyunke dono ne ek saath ali garh university mein, ali garh university mein parha tha. us waqt college tha to wahan parha tha dono ne.</w:t>
      </w:r>
    </w:p>
    <w:p>
      <w:pPr>
        <w:jc w:val="right"/>
      </w:pPr>
      <w:r>
        <w:t>تو ہمارے بڑے بھائی کے بہت گہرے دوست تھے کیونکہ دونوں نے ایک ساتھ علی گڑھ یونیورسٹی میں، علی گڑھ یونیورسٹی میں پڑھا تھا۔ اس وقت کالج تھا تو وہاں پڑھا تھا دونوں نے۔</w:t>
      </w:r>
    </w:p>
    <w:p>
      <w:r>
        <w:rPr>
          <w:b/>
        </w:rPr>
        <w:t xml:space="preserve">[25:43] </w:t>
      </w:r>
      <w:r>
        <w:t>to unhon ne ek khat likha mere liye</w:t>
      </w:r>
    </w:p>
    <w:p>
      <w:pPr>
        <w:jc w:val="right"/>
      </w:pPr>
      <w:r>
        <w:t>تو انہوں نے ایک خط لکھا میرے لیے</w:t>
      </w:r>
    </w:p>
    <w:p>
      <w:r>
        <w:rPr>
          <w:b/>
        </w:rPr>
        <w:t xml:space="preserve">[25:48] </w:t>
      </w:r>
      <w:r>
        <w:t>aur woh khat le kar ke main aaya dilli. us waqt ki baat hai jab ke dilli mein tram chala karti thi, azadi se bohat pehle ki baat hai.</w:t>
      </w:r>
    </w:p>
    <w:p>
      <w:pPr>
        <w:jc w:val="right"/>
      </w:pPr>
      <w:r>
        <w:t>اور وہ خط لے کر کے میں آیا دلی۔ اس وقت کی بات ہے جب کہ دلی میں ٹرام چلا کرتی تھی، آزادی سے بہت پہلے کی بات ہے۔</w:t>
      </w:r>
    </w:p>
    <w:p>
      <w:r>
        <w:rPr>
          <w:b/>
        </w:rPr>
        <w:t xml:space="preserve">[26:00] </w:t>
      </w:r>
      <w:r>
        <w:t>to yahan aa kar ke main kisi saraye mein thehra</w:t>
      </w:r>
    </w:p>
    <w:p>
      <w:pPr>
        <w:jc w:val="right"/>
      </w:pPr>
      <w:r>
        <w:t>تو یہاں آ کر کے میں کسی سرائے میں ٹھہرا</w:t>
      </w:r>
    </w:p>
    <w:p>
      <w:r>
        <w:rPr>
          <w:b/>
        </w:rPr>
        <w:t xml:space="preserve">[26:05] </w:t>
      </w:r>
      <w:r>
        <w:t>aur phir main tram se safar kar ke jamia pohancha okhla. to ab tak mujhe yaad hai ke main ne woh letter un ko diya, zakir hussain sahib ko jo shaikh ul jamia the,</w:t>
      </w:r>
    </w:p>
    <w:p>
      <w:pPr>
        <w:jc w:val="right"/>
      </w:pPr>
      <w:r>
        <w:t>اور پھر میں ٹرام سے سفر کر کے جامعہ پہنچا اوکھلا۔ تو اب تک مجھے یاد ہے کہ میں نے وہ لیٹر ان کو دیا، ذاکر حسین صاحب کو جو شیخ الجامعہ تھے،</w:t>
      </w:r>
    </w:p>
    <w:p>
      <w:r>
        <w:rPr>
          <w:b/>
        </w:rPr>
        <w:t xml:space="preserve">[26:18] </w:t>
      </w:r>
      <w:r>
        <w:t>us ko parha unhon ne. mujh ko kursi bhi offer nahi ki unhon ne, main khada hua tha, woh baithe hue the,</w:t>
      </w:r>
    </w:p>
    <w:p>
      <w:pPr>
        <w:jc w:val="right"/>
      </w:pPr>
      <w:r>
        <w:t>اس کو پڑھا انہوں نے۔ مجھ کو کرسی بھی آفر نہیں کی انہوں نے، میں کھڑا ہوا تھا، وہ بیٹھے ہوئے تھے،</w:t>
      </w:r>
    </w:p>
    <w:p>
      <w:r>
        <w:rPr>
          <w:b/>
        </w:rPr>
        <w:t xml:space="preserve">[26:27] </w:t>
      </w:r>
      <w:r>
        <w:t>unhon ne mujhe baithne ke liye nahi kaha, na kuch chai pani ke liye kaha, sirf ek jumla kaha unhon ne ke dakhla to nahi ho sakta.</w:t>
      </w:r>
    </w:p>
    <w:p>
      <w:pPr>
        <w:jc w:val="right"/>
      </w:pPr>
      <w:r>
        <w:t>انہوں نے مجھے بیٹھنے کے لیے نہیں کہا، نہ کچھ چائے پانی کے لیے کہا، صرف ایک جملہ کہا انہوں نے کہ داخلہ تو نہیں ہو سکتا۔</w:t>
      </w:r>
    </w:p>
    <w:p>
      <w:r>
        <w:rPr>
          <w:b/>
        </w:rPr>
        <w:t xml:space="preserve">[26:38] </w:t>
      </w:r>
      <w:r>
        <w:t>halanke dakhla bilkul ho sakta tha, hamare ilaqe ke do aadmi,</w:t>
      </w:r>
    </w:p>
    <w:p>
      <w:pPr>
        <w:jc w:val="right"/>
      </w:pPr>
      <w:r>
        <w:t>حالانکہ داخلہ بالکل ہو سکتا تھا، ہمارے علاقے کے دو آدمی،</w:t>
      </w:r>
    </w:p>
    <w:p>
      <w:r>
        <w:rPr>
          <w:b/>
        </w:rPr>
        <w:t xml:space="preserve">[26:44] </w:t>
      </w:r>
      <w:r>
        <w:t>abdul latif sahib aur abdul rehman sahib, isi tarah ke, meri tarah ke the, woh yahan aaye aur dakhla le ke parha unhon ne, aur B.A M.A kiya, aur phir service waghera mili un ko.</w:t>
      </w:r>
    </w:p>
    <w:p>
      <w:pPr>
        <w:jc w:val="right"/>
      </w:pPr>
      <w:r>
        <w:t>عبداللطیف صاحب اور عبدالرحمن صاحب، اسی طرح کے، میری طرح کے تھے، وہ یہاں آئے اور داخلہ لے کے پڑھا انہوں نے، اور بی اے ایم اے کیا، اور پھر سروس وغیرہ ملی ان کو۔</w:t>
      </w:r>
    </w:p>
    <w:p>
      <w:r>
        <w:rPr>
          <w:b/>
        </w:rPr>
        <w:t xml:space="preserve">[26:57] </w:t>
      </w:r>
      <w:r>
        <w:t>to behrahal mein yeh chahta tha ke jamiya millia se</w:t>
      </w:r>
    </w:p>
    <w:p>
      <w:pPr>
        <w:jc w:val="right"/>
      </w:pPr>
      <w:r>
        <w:t>تو بہرحال میں یہ چاہتا تھا کہ جامعہ ملیہ سے</w:t>
      </w:r>
    </w:p>
    <w:p>
      <w:r>
        <w:rPr>
          <w:b/>
        </w:rPr>
        <w:t xml:space="preserve">[27:00] </w:t>
      </w:r>
      <w:r>
        <w:t>b.a. m.a. kar ke kisi service mein chala jaon. to allah taala ne kya dala zakir hussain sahib ko, halanke bohat hi woh hamdard aadmi thay, bohat ziyada hamdard aadmi thay ke bilkul mere case par unhon ne consider hi nahi kiya.</w:t>
      </w:r>
    </w:p>
    <w:p>
      <w:pPr>
        <w:jc w:val="right"/>
      </w:pPr>
      <w:r>
        <w:t>بی اے ایم اے کر کے کسی سروس میں چلا جاؤں۔ تو اللہ تعالیٰ نے کیا ڈالا ذاکر حسین صاحب کو، حالانکہ بہت ہی وہ ہمدرد آدمی تھے، بہت زیادہ ہمدرد آدمی تھے کہ بالکل میرے کیس پر انہوں نے کنسیڈر ہی نہیں کیا۔</w:t>
      </w:r>
    </w:p>
    <w:p>
      <w:r>
        <w:rPr>
          <w:b/>
        </w:rPr>
        <w:t xml:space="preserve">[27:19] </w:t>
      </w:r>
      <w:r>
        <w:t>yun hi parha parh kar ke aisi khat daal diya ke nahi, dakhla to nahi ho sakta, dakhla to nahi ho sakta, kuch bhi nahi kaha us ke baad, na koi baat cheet ki, na na mujhe bithaya, na kuch.</w:t>
      </w:r>
    </w:p>
    <w:p>
      <w:pPr>
        <w:jc w:val="right"/>
      </w:pPr>
      <w:r>
        <w:t>یوں ہی پڑھا پڑھ کر کے ایسی خط ڈال دیا کہ نہیں، داخلہ تو نہیں ہو سکتا، داخلہ تو نہیں ہو سکتا، کچھ بھی نہیں کہا اس کے بعد، نہ کوئی بات چیت کی، نہ نہ مجھے بٹھایا، نہ کچھ۔</w:t>
      </w:r>
    </w:p>
    <w:p>
      <w:r>
        <w:rPr>
          <w:b/>
        </w:rPr>
        <w:t xml:space="preserve">[27:33] </w:t>
      </w:r>
      <w:r>
        <w:t>isi tareeqay se dekhen,</w:t>
      </w:r>
    </w:p>
    <w:p>
      <w:pPr>
        <w:jc w:val="right"/>
      </w:pPr>
      <w:r>
        <w:t>اسی طریقے سے دیکھیں،</w:t>
      </w:r>
    </w:p>
    <w:p>
      <w:r>
        <w:rPr>
          <w:b/>
        </w:rPr>
        <w:t xml:space="preserve">[27:35] </w:t>
      </w:r>
      <w:r>
        <w:t>second world war ke zamanay ki baat hai, second world war mein aik supervisor ki bharti ho rahi thi gorakhpur mein, woh log bheje jatay thay, field mein bheje jatay thay.</w:t>
      </w:r>
    </w:p>
    <w:p>
      <w:pPr>
        <w:jc w:val="right"/>
      </w:pPr>
      <w:r>
        <w:t>سیکنڈ ورلڈ وار کے زمانے کی بات ہے، سیکنڈ ورلڈ وار میں ایک سپروائزر کی بھرتی ہو رہی تھی گورکھ پور میں، وہ لوگ بھیجے جاتے تھے، فیلڈ میں بھیجے جاتے تھے۔</w:t>
      </w:r>
    </w:p>
    <w:p>
      <w:r>
        <w:rPr>
          <w:b/>
        </w:rPr>
        <w:t xml:space="preserve">[27:53] </w:t>
      </w:r>
      <w:r>
        <w:t>to mujh se kisi ne kaha ke tum bhi chale jao, bohat aasani se bharti ho jaye gi aur supervisor ban jao ge aur is mein achi tankhwah mile gi.</w:t>
      </w:r>
    </w:p>
    <w:p>
      <w:pPr>
        <w:jc w:val="right"/>
      </w:pPr>
      <w:r>
        <w:t>تو مجھ سے کسی نے کہا کہ تم بھی چلے جاؤ، بہت آسانی سے بھرتی ہو جائے گی اور سپروائزر بن جاؤ گے اور اس میں اچھی تنخواہ ملے گی۔</w:t>
      </w:r>
    </w:p>
    <w:p>
      <w:r>
        <w:rPr>
          <w:b/>
        </w:rPr>
        <w:t xml:space="preserve">[28:04] </w:t>
      </w:r>
      <w:r>
        <w:t>to mein adam garh se safar kar ke wahan pohancha gorakhpur mein, hamare aik rishtedar thay wahan par,</w:t>
      </w:r>
    </w:p>
    <w:p>
      <w:pPr>
        <w:jc w:val="right"/>
      </w:pPr>
      <w:r>
        <w:t>تو میں آدم گڑھ سے سفر کر کے وہاں پہنچا گورکھ پور میں، ہمارے ایک رشتہ دار تھے وہاں پر،</w:t>
      </w:r>
    </w:p>
    <w:p>
      <w:r>
        <w:rPr>
          <w:b/>
        </w:rPr>
        <w:t xml:space="preserve">[28:12] </w:t>
      </w:r>
      <w:r>
        <w:t>woh un ka naam tha</w:t>
      </w:r>
    </w:p>
    <w:p>
      <w:pPr>
        <w:jc w:val="right"/>
      </w:pPr>
      <w:r>
        <w:t>وہ ان کا نام تھا</w:t>
      </w:r>
    </w:p>
    <w:p>
      <w:r>
        <w:rPr>
          <w:b/>
        </w:rPr>
        <w:t xml:space="preserve">[28:18] </w:t>
      </w:r>
      <w:r>
        <w:t>afaq sahib, woh wahan bohat baray uhday par thay, yani railway mein woh is zamanay mein d.t.s. kaha jata tha, to woh d.t.s. thay, aik bara uhda hota tha woh, to railway colony mein rehte thay.</w:t>
      </w:r>
    </w:p>
    <w:p>
      <w:pPr>
        <w:jc w:val="right"/>
      </w:pPr>
      <w:r>
        <w:t>افاق صاحب، وہ وہاں بہت بڑے عہدے پر تھے، یعنی ریلوے میں وہ اس زمانے میں ڈی ٹی ایس کہا جاتا تھا، تو وہ ڈی ٹی ایس تھے، ایک بڑا عہدہ ہوتا تھا وہ، تو ریلوے کالونی میں رہتے تھے۔</w:t>
      </w:r>
    </w:p>
    <w:p>
      <w:r>
        <w:rPr>
          <w:b/>
        </w:rPr>
        <w:t xml:space="preserve">[28:33] </w:t>
      </w:r>
      <w:r>
        <w:t>to khair, mein</w:t>
      </w:r>
    </w:p>
    <w:p>
      <w:pPr>
        <w:jc w:val="right"/>
      </w:pPr>
      <w:r>
        <w:t>تو خیر، میں</w:t>
      </w:r>
    </w:p>
    <w:p>
      <w:r>
        <w:rPr>
          <w:b/>
        </w:rPr>
        <w:t xml:space="preserve">[28:36] </w:t>
      </w:r>
      <w:r>
        <w:t>un ke haan thehra aur un ke haan thehar kar ke jahan jahan woh jahan woh bharti ho rahi thi, wahan office mein gaya.</w:t>
      </w:r>
    </w:p>
    <w:p>
      <w:pPr>
        <w:jc w:val="right"/>
      </w:pPr>
      <w:r>
        <w:t>ان کے ہاں ٹھہرا اور ان کے ہاں ٹھہر کر کے جہاں جہاں وہ جہاں وہ بھرتی ہو رہی تھی، وہاں آفس میں گیا۔</w:t>
      </w:r>
    </w:p>
    <w:p>
      <w:r>
        <w:rPr>
          <w:b/>
        </w:rPr>
        <w:t xml:space="preserve">[28:47] </w:t>
      </w:r>
      <w:r>
        <w:t>to wahan bohat se log thay, mein bhi is mein shamil ho gaya. to</w:t>
      </w:r>
    </w:p>
    <w:p>
      <w:pPr>
        <w:jc w:val="right"/>
      </w:pPr>
      <w:r>
        <w:t>تو وہاں بہت سے لوگ تھے، میں بھی اس میں شامل ہو گیا۔ تو</w:t>
      </w:r>
    </w:p>
    <w:p>
      <w:r>
        <w:rPr>
          <w:b/>
        </w:rPr>
        <w:t xml:space="preserve">[28:52] </w:t>
      </w:r>
      <w:r>
        <w:t>aik din, do din, acha, unhon ne afaq sahib ne aik letter bhi diya mere liye, us afsar ke naam jo bharti kar raha tha, aur afaq sahib darja bohat ooncha darja tha aur woh is ke muqablay mein bohat</w:t>
      </w:r>
    </w:p>
    <w:p>
      <w:pPr>
        <w:jc w:val="right"/>
      </w:pPr>
      <w:r>
        <w:t>ایک دن، دو دن، اچھا، انہوں نے افاق صاحب نے ایک لیٹر بھی دیا میرے لیے، اس افسر کے نام جو بھرتی کر رہا تھا، اور افاق صاحب درجہ بہت اونچا درجہ تھا اور وہ اس کے مقابلے میں بہت</w:t>
      </w:r>
    </w:p>
    <w:p>
      <w:r>
        <w:rPr>
          <w:b/>
        </w:rPr>
        <w:t xml:space="preserve">[29:09] </w:t>
      </w:r>
      <w:r>
        <w:t>neeche ke level par tha, woh aadmi. to us ne is ko kuch bhi dhiyan nahi diya. ghaliban teen din ke baad phir mein afaq sahib se kaha ke aap aik aur khat likh dijiye.</w:t>
      </w:r>
    </w:p>
    <w:p>
      <w:pPr>
        <w:jc w:val="right"/>
      </w:pPr>
      <w:r>
        <w:t>نیچے کے لیول پر تھا، وہ آدمی۔ تو اس نے اس کو کچھ بھی دھیان نہیں دیا۔ غالباً تین دن کے بعد پھر میں افاق صاحب سے کہا کہ آپ ایک اور خط لکھ دیجئے۔</w:t>
      </w:r>
    </w:p>
    <w:p>
      <w:r>
        <w:rPr>
          <w:b/>
        </w:rPr>
        <w:t xml:space="preserve">[29:24] </w:t>
      </w:r>
      <w:r>
        <w:t>aik aur khat likha unhon ne bohat hi zordar tareeqay par,</w:t>
      </w:r>
    </w:p>
    <w:p>
      <w:pPr>
        <w:jc w:val="right"/>
      </w:pPr>
      <w:r>
        <w:t>ایک اور خط لکھا انہوں نے بہت ہی زوردار طریقے پر،</w:t>
      </w:r>
    </w:p>
    <w:p>
      <w:r>
        <w:rPr>
          <w:b/>
        </w:rPr>
        <w:t xml:space="preserve">[29:28] </w:t>
      </w:r>
      <w:r>
        <w:t>us ka aik jumla yaad hai mujhe ke "i hope you will take him on today, i hope you will take him on today".</w:t>
      </w:r>
    </w:p>
    <w:p>
      <w:pPr>
        <w:jc w:val="right"/>
      </w:pPr>
      <w:r>
        <w:t>اس کا ایک جملہ یاد ہے مجھے کہ "آئی ہوپ یو ویل ٹیک ہم آن ٹوڈے، آئی ہوپ یو ویل ٹیک ہم آن ٹوڈے"۔</w:t>
      </w:r>
    </w:p>
    <w:p>
      <w:r>
        <w:rPr>
          <w:b/>
        </w:rPr>
        <w:t xml:space="preserve">[29:42] </w:t>
      </w:r>
      <w:r>
        <w:t>lekin is aadmi ne mujhe nahi liya, phir bhi</w:t>
      </w:r>
    </w:p>
    <w:p>
      <w:pPr>
        <w:jc w:val="right"/>
      </w:pPr>
      <w:r>
        <w:t>لیکن اس آدمی نے مجھے نہیں لیا، پھر بھی</w:t>
      </w:r>
    </w:p>
    <w:p>
      <w:r>
        <w:rPr>
          <w:b/>
        </w:rPr>
        <w:t xml:space="preserve">[29:45] </w:t>
      </w:r>
      <w:r>
        <w:t>wahan se mein chala aya. aisa lagta tha ke jab bhi mein koi kaam karna chahta hoon to khuda thokar maar deta hai. aise hi hamare saathi thay madrassay ke, masoos sahib un ka naam tha,</w:t>
      </w:r>
    </w:p>
    <w:p>
      <w:pPr>
        <w:jc w:val="right"/>
      </w:pPr>
      <w:r>
        <w:t>وہاں سے میں چلا آیا۔ ایسا لگتا تھا کہ جب بھی میں کوئی کام کرنا چاہتا ہوں تو خدا ٹھوکر مار دیتا ہے۔ ایسے ہی ہمارے ساتھی تھے مدرسے کے، مخصوص صاحب ان کا نام تھا،</w:t>
      </w:r>
    </w:p>
    <w:p>
      <w:r>
        <w:rPr>
          <w:b/>
        </w:rPr>
        <w:t xml:space="preserve">[29:59] </w:t>
      </w:r>
      <w:r>
        <w:t>to un ke sath hum ne kai business kiya.</w:t>
      </w:r>
    </w:p>
    <w:p>
      <w:pPr>
        <w:jc w:val="right"/>
      </w:pPr>
      <w:r>
        <w:t>تو ان کے ساتھ ہم نے کئی بزنس کیا۔</w:t>
      </w:r>
    </w:p>
    <w:p>
      <w:r>
        <w:rPr>
          <w:b/>
        </w:rPr>
        <w:t xml:space="preserve">[30:04] </w:t>
      </w:r>
      <w:r>
        <w:t>woh is ko kehte thay "shoes material stores", joote ke saman ki dukan. to jaunpur mein kiya aur kanpur mein kiya aur khud adam garh mein kiya, "shoes material stores",</w:t>
      </w:r>
    </w:p>
    <w:p>
      <w:pPr>
        <w:jc w:val="right"/>
      </w:pPr>
      <w:r>
        <w:t>وہ اس کو کہتے تھے "شوز میٹیریل اسٹورز"، جوتے کے سامان کی دکان۔ تو جون پور میں کیا اور کانپور میں کیا اور خود آدم گڑھ میں کیا، "شوز میٹیریل اسٹورز"،</w:t>
      </w:r>
    </w:p>
    <w:p>
      <w:r>
        <w:rPr>
          <w:b/>
        </w:rPr>
        <w:t xml:space="preserve">[30:24] </w:t>
      </w:r>
      <w:r>
        <w:t>aur woh chali nahi, dukan sab toot khatam ho gayi.</w:t>
      </w:r>
    </w:p>
    <w:p>
      <w:pPr>
        <w:jc w:val="right"/>
      </w:pPr>
      <w:r>
        <w:t>اور وہ چلی نہیں، دکان سب ٹوٹ ختم ہو گئی۔</w:t>
      </w:r>
    </w:p>
    <w:p>
      <w:r>
        <w:rPr>
          <w:b/>
        </w:rPr>
        <w:t xml:space="preserve">[30:30] </w:t>
      </w:r>
      <w:r>
        <w:t>phir is ke baad hum ne apne baray bhai ke kehne par bhi business shuru kiya, aik business shuru kiya hum ne, glass beads ka business, glass beads ka, woh bhi fail ho gaya.</w:t>
      </w:r>
    </w:p>
    <w:p>
      <w:pPr>
        <w:jc w:val="right"/>
      </w:pPr>
      <w:r>
        <w:t>پھر اس کے بعد ہم نے اپنے بڑے بھائی کے کہنے پر بھی بزنس شروع کیا، ایک بزنس شروع کیا ہم نے، گلاس بیٹس کا بزنس، گلاس بیٹس کا، وہ بھی فیل ہو گیا۔</w:t>
      </w:r>
    </w:p>
    <w:p>
      <w:r>
        <w:rPr>
          <w:b/>
        </w:rPr>
        <w:t xml:space="preserve">[30:48] </w:t>
      </w:r>
      <w:r>
        <w:t>phir banaras mein bhai sahib ke kehne se unhon ne kuch paisa lagaya tha, to woh tha</w:t>
      </w:r>
    </w:p>
    <w:p>
      <w:pPr>
        <w:jc w:val="right"/>
      </w:pPr>
      <w:r>
        <w:t>پھر بنارس میں بھائی صاحب کے کہنے سے انہوں نے کچھ پیسہ لگایا تھا، تو وہ تھا</w:t>
      </w:r>
    </w:p>
    <w:p>
      <w:r>
        <w:rPr>
          <w:b/>
        </w:rPr>
        <w:t xml:space="preserve">[30:58] </w:t>
      </w:r>
      <w:r>
        <w:t>wire knitting company thi, taar, brass, brass ke taar banana tha, woh woh bhi nahi chala. magar dekhen, jab bhi maine maashi kaam koi kiya to lagta tha ke khuda is ko thokar maar deta hai,</w:t>
      </w:r>
    </w:p>
    <w:p>
      <w:pPr>
        <w:jc w:val="right"/>
      </w:pPr>
      <w:r>
        <w:t>وائر نیٹنگ کمپنی تھی، تار، براس، براس کے تار بنانا تھا، وہ وہ بھی نہیں چلا۔ مگر دیکھیں، جب بھی میں نے معاشی کام کوئی کیا تو لگتا تھا کہ خدا اس کو ٹھوکر مار دیتا ہے،</w:t>
      </w:r>
    </w:p>
    <w:p>
      <w:r>
        <w:rPr>
          <w:b/>
        </w:rPr>
        <w:t xml:space="preserve">[31:12] </w:t>
      </w:r>
      <w:r>
        <w:t>chalne nahi deta is ko.</w:t>
      </w:r>
    </w:p>
    <w:p>
      <w:pPr>
        <w:jc w:val="right"/>
      </w:pPr>
      <w:r>
        <w:t>چلنے نہیں دیتا اس کو۔</w:t>
      </w:r>
    </w:p>
    <w:p>
      <w:r>
        <w:rPr>
          <w:b/>
        </w:rPr>
        <w:t xml:space="preserve">[31:15] </w:t>
      </w:r>
      <w:r>
        <w:t>kyunke khuda ko yeh matloob tha ke main sachai ke rastay par lagoon aur yeh kaam khuda ne muqaddar kar diya tha mere liye ke meri family karti rahay.</w:t>
      </w:r>
    </w:p>
    <w:p>
      <w:pPr>
        <w:jc w:val="right"/>
      </w:pPr>
      <w:r>
        <w:t>کیونکہ خدا کو یہ مطلوب تھا کہ میں سچائی کے راستے پر لگوں اور یہ کام خدا نے مقدر کر دیا تھا میرے لیے کہ میری فیملی کرتی رہے۔</w:t>
      </w:r>
    </w:p>
    <w:p>
      <w:r>
        <w:rPr>
          <w:b/>
        </w:rPr>
        <w:t xml:space="preserve">[31:27] </w:t>
      </w:r>
      <w:r>
        <w:t>chunanche dekhen, shuru se meri family mujhe support deti rahi.</w:t>
      </w:r>
    </w:p>
    <w:p>
      <w:pPr>
        <w:jc w:val="right"/>
      </w:pPr>
      <w:r>
        <w:t>چنانچہ دیکھیں، شروع سے میری فیملی مجھے سپورٹ دیتی رہی۔</w:t>
      </w:r>
    </w:p>
    <w:p>
      <w:r>
        <w:rPr>
          <w:b/>
        </w:rPr>
        <w:t xml:space="preserve">[31:36] </w:t>
      </w:r>
      <w:r>
        <w:t>sab se pehlay jab ke mere walid ka intiqal ho gaya tha, hum chotay thay, hamaray bhai bhi chotay thay, to hamaray mamo thay, un ka naam tha deen muhammad.</w:t>
      </w:r>
    </w:p>
    <w:p>
      <w:pPr>
        <w:jc w:val="right"/>
      </w:pPr>
      <w:r>
        <w:t>سب سے پہلے جب کہ میرے والد کا انتقال ہو گیا تھا، ہم چھوٹے تھے، ہمارے بھائی بھی چھوٹے تھے، تو ہمارے مامو تھے، ان کا نام تھا دین محمد۔</w:t>
      </w:r>
    </w:p>
    <w:p>
      <w:r>
        <w:rPr>
          <w:b/>
        </w:rPr>
        <w:t xml:space="preserve">[31:48] </w:t>
      </w:r>
      <w:r>
        <w:t>deen muhammad sahib rehtay thay aik aur gaon mein, koi teen kilometer ki doori par tha woh gaon.</w:t>
      </w:r>
    </w:p>
    <w:p>
      <w:pPr>
        <w:jc w:val="right"/>
      </w:pPr>
      <w:r>
        <w:t>دین محمد صاحب رہتے تھے ایک اور گاؤں میں، کوئی تین کلومیٹر کی دوری پر تھا وہ گاؤں۔</w:t>
      </w:r>
    </w:p>
    <w:p>
      <w:r>
        <w:rPr>
          <w:b/>
        </w:rPr>
        <w:t xml:space="preserve">[31:55] </w:t>
      </w:r>
      <w:r>
        <w:t>barabar wahan se woh saman bhejhtay rehtay thay, gehoon, chawal, gur, ghalla, yeh sab jo cheezain hoti hain, woh sab wahan se bhejhtay rehtay thay.</w:t>
      </w:r>
    </w:p>
    <w:p>
      <w:pPr>
        <w:jc w:val="right"/>
      </w:pPr>
      <w:r>
        <w:t>برابر وہاں سے وہ سامان بھیجتے رہتے تھے، گیہوں، چاول، گڑ، غلہ، یہ سب جو چیزیں ہوتی ہیں، وہ سب وہاں سے بھیجتے رہتے تھے۔</w:t>
      </w:r>
    </w:p>
    <w:p>
      <w:r>
        <w:rPr>
          <w:b/>
        </w:rPr>
        <w:t xml:space="preserve">[32:05] </w:t>
      </w:r>
      <w:r>
        <w:t>jab ke un ko pata chalta tha ke koi zaroorat hai to wahan se aadmi aata tha.</w:t>
      </w:r>
    </w:p>
    <w:p>
      <w:pPr>
        <w:jc w:val="right"/>
      </w:pPr>
      <w:r>
        <w:t>جب کہ ان کو پتہ چلتا تھا کہ کوئی ضرورت ہے تو وہاں سے آدمی آتا تھا۔</w:t>
      </w:r>
    </w:p>
    <w:p>
      <w:r>
        <w:rPr>
          <w:b/>
        </w:rPr>
        <w:t xml:space="preserve">[32:12] </w:t>
      </w:r>
      <w:r>
        <w:t>to deen muhammad sahib</w:t>
      </w:r>
    </w:p>
    <w:p>
      <w:pPr>
        <w:jc w:val="right"/>
      </w:pPr>
      <w:r>
        <w:t>تو دین محمد صاحب</w:t>
      </w:r>
    </w:p>
    <w:p>
      <w:r>
        <w:rPr>
          <w:b/>
        </w:rPr>
        <w:t xml:space="preserve">[32:15] </w:t>
      </w:r>
      <w:r>
        <w:t>ki support shuru mein hasil rahi. acha, is ke baad kya hua ke meri parhai ka mamla tha, meri maan jo theen, ziya bin nisa, woh meri parhai ka kharcha nahi de sakti theen.</w:t>
      </w:r>
    </w:p>
    <w:p>
      <w:pPr>
        <w:jc w:val="right"/>
      </w:pPr>
      <w:r>
        <w:t>کی سپورٹ شروع میں حاصل رہی۔ اچھا، اس کے بعد کیا ہوا کہ میری پڑھائی کا معاملہ تھا، میری ماں جو تھیں، زیاء بن نساء، وہ میری پڑھائی کا خرچہ نہیں دے سکتی تھیں۔</w:t>
      </w:r>
    </w:p>
    <w:p>
      <w:r>
        <w:rPr>
          <w:b/>
        </w:rPr>
        <w:t xml:space="preserve">[32:30] </w:t>
      </w:r>
      <w:r>
        <w:t>is waqt halaat baap ke marnay ke baad</w:t>
      </w:r>
    </w:p>
    <w:p>
      <w:pPr>
        <w:jc w:val="right"/>
      </w:pPr>
      <w:r>
        <w:t>اس وقت حالات باپ کے مرنے کے بعد</w:t>
      </w:r>
    </w:p>
    <w:p>
      <w:r>
        <w:rPr>
          <w:b/>
        </w:rPr>
        <w:t xml:space="preserve">[32:33] </w:t>
      </w:r>
      <w:r>
        <w:t>bohat hi maashi aitbar se achay nahi thay. to hamaray chacha thay soofi abdul majeed, un ke dil mein allah taala ne dala, khud se baghair kahe hue,</w:t>
      </w:r>
    </w:p>
    <w:p>
      <w:pPr>
        <w:jc w:val="right"/>
      </w:pPr>
      <w:r>
        <w:t>بہت ہی معاشی اعتبار سے اچھے نہیں تھے۔ تو ہمارے چچا تھے صوفی عبدالمجید، ان کے دل میں اللہ تعالیٰ نے ڈالا، خود سے بغیر کہے ہوئے،</w:t>
      </w:r>
    </w:p>
    <w:p>
      <w:r>
        <w:rPr>
          <w:b/>
        </w:rPr>
        <w:t xml:space="preserve">[32:48] </w:t>
      </w:r>
      <w:r>
        <w:t>to apne kharchay par unhon ne mujhe parhwaya.</w:t>
      </w:r>
    </w:p>
    <w:p>
      <w:pPr>
        <w:jc w:val="right"/>
      </w:pPr>
      <w:r>
        <w:t>تو اپنے خرچے پر انہوں نے مجھے پڑھوایا۔</w:t>
      </w:r>
    </w:p>
    <w:p>
      <w:r>
        <w:rPr>
          <w:b/>
        </w:rPr>
        <w:t xml:space="preserve">[32:54] </w:t>
      </w:r>
      <w:r>
        <w:t>acha, is waqt hamaray ghar mein angrezi taleem aa chuki thi kyunke hamaray jo chacha zaad bhai thay, iqbal ahmed sohael, woh aligarh mein parha tha unhon ne.</w:t>
      </w:r>
    </w:p>
    <w:p>
      <w:pPr>
        <w:jc w:val="right"/>
      </w:pPr>
      <w:r>
        <w:t>اچھا، اس وقت ہمارے گھر میں انگریزی تعلیم آ چکی تھی کیونکہ ہمارے جو چچا زاد بھائی تھے، اقبال احمد سہیل، وہ علی گڑھ میں پڑھا تھا انہوں نے۔</w:t>
      </w:r>
    </w:p>
    <w:p>
      <w:r>
        <w:rPr>
          <w:b/>
        </w:rPr>
        <w:t xml:space="preserve">[33:07] </w:t>
      </w:r>
      <w:r>
        <w:t>is waqt jab ke aligarh mein pehla m.a. class khula tha,</w:t>
      </w:r>
    </w:p>
    <w:p>
      <w:pPr>
        <w:jc w:val="right"/>
      </w:pPr>
      <w:r>
        <w:t>اس وقت جب کہ علی گڑھ میں پہلا ایم اے کلاس کھلا تھا،</w:t>
      </w:r>
    </w:p>
    <w:p>
      <w:r>
        <w:rPr>
          <w:b/>
        </w:rPr>
        <w:t xml:space="preserve">[33:12] </w:t>
      </w:r>
      <w:r>
        <w:t>pehli baar m.a. class, us ke pehlay batch mein thay woh. to is tareeqay se angrezi taleem aa chuki thi, hamaray ghar ke nojawan jo hain, angrezi taleem ki taraf barh rahay thay.</w:t>
      </w:r>
    </w:p>
    <w:p>
      <w:pPr>
        <w:jc w:val="right"/>
      </w:pPr>
      <w:r>
        <w:t>پہلی بار ایم اے کلاس، اس کے پہلے بیچ میں تھے وہ۔ تو اس طریقے سے انگریزی تعلیم آ چکی تھی، ہمارے گھر کے نوجوان جو ہیں، انگریزی تعلیم کی طرف بڑھ رہے تھے۔</w:t>
      </w:r>
    </w:p>
    <w:p>
      <w:r>
        <w:rPr>
          <w:b/>
        </w:rPr>
        <w:t xml:space="preserve">[33:27] </w:t>
      </w:r>
      <w:r>
        <w:t>to yani pehla imkan yeh tha ke koi mujhe angrezi madrassay mein dakhil kar de,</w:t>
      </w:r>
    </w:p>
    <w:p>
      <w:pPr>
        <w:jc w:val="right"/>
      </w:pPr>
      <w:r>
        <w:t>تو یعنی پہلا امکان یہ تھا کہ کوئی مجھے انگریزی مدرسے میں داخل کر دے،</w:t>
      </w:r>
    </w:p>
    <w:p>
      <w:r>
        <w:rPr>
          <w:b/>
        </w:rPr>
        <w:t xml:space="preserve">[33:34] </w:t>
      </w:r>
      <w:r>
        <w:t>lekin soofi abdul majeed sahib jo thay, woh soofi aadmi thay aur mazhabi aadmi thay, rohani mizaj ke aadmi thay. unhon ne apne israr par, apne kharchay par mujhe madrassay mein dakhil karwaya,</w:t>
      </w:r>
    </w:p>
    <w:p>
      <w:pPr>
        <w:jc w:val="right"/>
      </w:pPr>
      <w:r>
        <w:t>لیکن صوفی عبدالمجید صاحب جو تھے، وہ صوفی آدمی تھے اور مذہبی آدمی تھے، روحانی مزاج کے آدمی تھے۔ انہوں نے اپنے اصرار پر، اپنے خرچے پر مجھے مدرسے میں داخل کروایا،</w:t>
      </w:r>
    </w:p>
    <w:p>
      <w:r>
        <w:rPr>
          <w:b/>
        </w:rPr>
        <w:t xml:space="preserve">[33:48] </w:t>
      </w:r>
      <w:r>
        <w:t>poora kharcha wahi de detay thay. hamaray gaon mein aik sahib thay, munshi mahmood ali khan, woh is gaon mein muhrir thay, yani clerk, unhi ke zariye se woh baqayda paisa bhejhtay rehtay thay.</w:t>
      </w:r>
    </w:p>
    <w:p>
      <w:pPr>
        <w:jc w:val="right"/>
      </w:pPr>
      <w:r>
        <w:t>پورا خرچہ وہی دے دیتے تھے۔ ہمارے گاؤں میں ایک صاحب تھے، منشی محمود علی خان، وہ اس گاؤں میں محرر تھے، یعنی کلرک، انہی کے ذریعے سے وہ باقاعدہ پیسہ بھیجتے رہتے تھے۔</w:t>
      </w:r>
    </w:p>
    <w:p>
      <w:r>
        <w:rPr>
          <w:b/>
        </w:rPr>
        <w:t xml:space="preserve">[34:01] </w:t>
      </w:r>
      <w:r>
        <w:t>aur wahan madrassay mein dastarخوان do qism ke thay, aik ziyada mehnga dastarخوان, aik sasta dastarخوان. to mujh ko unhon ne mehngay dastarخوان mein intezam kiya tha khanay ka,</w:t>
      </w:r>
    </w:p>
    <w:p>
      <w:pPr>
        <w:jc w:val="right"/>
      </w:pPr>
      <w:r>
        <w:t>اور وہاں مدرسے میں دسترخوان دو قسم کے تھے، ایک زیادہ مہنگا دسترخوان، ایک سستا دسترخوان۔ تو مجھ کو انہوں نے مہنگے دسترخوان میں انتظام کیا تھا کھانے کا،</w:t>
      </w:r>
    </w:p>
    <w:p>
      <w:r>
        <w:rPr>
          <w:b/>
        </w:rPr>
        <w:t xml:space="preserve">[34:15] </w:t>
      </w:r>
      <w:r>
        <w:t>munshi mahmood ali sahib ke zariye se.</w:t>
      </w:r>
    </w:p>
    <w:p>
      <w:pPr>
        <w:jc w:val="right"/>
      </w:pPr>
      <w:r>
        <w:t>منشی محمود علی صاحب کے ذریعے سے۔</w:t>
      </w:r>
    </w:p>
    <w:p>
      <w:r>
        <w:rPr>
          <w:b/>
        </w:rPr>
        <w:t xml:space="preserve">[34:17] </w:t>
      </w:r>
      <w:r>
        <w:t>to soofi sahib ke khusoosi સહયોગ se maine taleem hasil ki. is ke baad hamaray jo baray bhai thay, abdul aziz khan sahib, unhon ne business kiya aur aakhir mein unhon ne light and company limited banai,</w:t>
      </w:r>
    </w:p>
    <w:p>
      <w:pPr>
        <w:jc w:val="right"/>
      </w:pPr>
      <w:r>
        <w:t>تو صوفی صاحب کے خصوصی تعاون سے میں نے تعلیم حاصل کی۔ اس کے بعد ہمارے جو بڑے بھائی تھے، عبدالعزیز خان صاحب، انہوں نے بزنس کیا اور آخر میں انہوں نے لائٹ اینڈ کمپنی لمیٹڈ بنائی،</w:t>
      </w:r>
    </w:p>
    <w:p>
      <w:r>
        <w:rPr>
          <w:b/>
        </w:rPr>
        <w:t xml:space="preserve">[34:37] </w:t>
      </w:r>
      <w:r>
        <w:t>kafi bara karobar phailaya unhon ne. to woh poora mera support detay rahay aakhir waqt tak. aik baar un ko adam garh se ja rahay thay, bombay ki tabiyat kharab ho gayi thi,</w:t>
      </w:r>
    </w:p>
    <w:p>
      <w:pPr>
        <w:jc w:val="right"/>
      </w:pPr>
      <w:r>
        <w:t>کافی بڑا کاروبار پھیلایا انہوں نے۔ تو وہ پورا میرا سپورٹ دیتے رہے آخر وقت تک۔ ایک بار ان کو آدم گڑھ سے جا رہے تھے، بمبئی کی طبیعت خراب ہو گئی تھی،</w:t>
      </w:r>
    </w:p>
    <w:p>
      <w:r>
        <w:rPr>
          <w:b/>
        </w:rPr>
        <w:t xml:space="preserve">[34:57] </w:t>
      </w:r>
      <w:r>
        <w:t>to rastay mein un ke betay un ke sath thay. to betay se akeley mein unhon ne kaha ke dekho, main wahiduddin ka poora khayal karta raha hoon, un ka kharcha uthata raha hoon,</w:t>
      </w:r>
    </w:p>
    <w:p>
      <w:pPr>
        <w:jc w:val="right"/>
      </w:pPr>
      <w:r>
        <w:t>تو راستے میں ان کے بیٹے ان کے ساتھ تھے۔ تو بیٹے سے اکیلے میں انہوں نے کہا کہ دیکھو، میں وحید الدین کا پورا خیال کرتا رہا ہوں، ان کا خرچہ اٹھاتا رہا ہوں،</w:t>
      </w:r>
    </w:p>
    <w:p>
      <w:r>
        <w:rPr>
          <w:b/>
        </w:rPr>
        <w:t xml:space="preserve">[35:15] </w:t>
      </w:r>
      <w:r>
        <w:t>to agar main mar jaon to tum ko meri hi tarah un ka khayal rakhna hoga. itna ziyada un ko mera concern tha, mere baray bhai ka.</w:t>
      </w:r>
    </w:p>
    <w:p>
      <w:pPr>
        <w:jc w:val="right"/>
      </w:pPr>
      <w:r>
        <w:t>تو اگر میں مر جاؤں تو تم کو میری ہی طرح ان کا خیال رکھنا ہوگا۔ اتنا زیادہ ان کو میرا کنسرن تھا، میرے بڑے بھائی کا۔</w:t>
      </w:r>
    </w:p>
    <w:p>
      <w:r>
        <w:rPr>
          <w:b/>
        </w:rPr>
        <w:t xml:space="preserve">[35:29] </w:t>
      </w:r>
      <w:r>
        <w:t>is tarah yeh chalta raha.</w:t>
      </w:r>
    </w:p>
    <w:p>
      <w:pPr>
        <w:jc w:val="right"/>
      </w:pPr>
      <w:r>
        <w:t>اس طرح یہ چلتا رہا۔</w:t>
      </w:r>
    </w:p>
    <w:p>
      <w:r>
        <w:rPr>
          <w:b/>
        </w:rPr>
        <w:t xml:space="preserve">[35:32] </w:t>
      </w:r>
      <w:r>
        <w:t>phir is ke baad mere jo baray betay hain, doctor zafar aslam khan, unhon ne parha aur parh kar ke bahar gaye, woh arab arab mein gaye, phir woh england gaye, wahan kaam kiya aur wahan paisa kamaya unhon ne.</w:t>
      </w:r>
    </w:p>
    <w:p>
      <w:pPr>
        <w:jc w:val="right"/>
      </w:pPr>
      <w:r>
        <w:t>پھر اس کے بعد میرے جو بڑے بیٹے ہیں، ڈاکٹر ظفرالسلام خان، انہوں نے پڑھا اور پڑھ کر کے باہر گئے، وہ عرب عرب میں گئے، پھر وہ انگلینڈ گئے، وہاں کام کیا اور وہاں پیسہ کمایا انہوں نے۔</w:t>
      </w:r>
    </w:p>
    <w:p>
      <w:r>
        <w:rPr>
          <w:b/>
        </w:rPr>
        <w:t xml:space="preserve">[35:47] </w:t>
      </w:r>
      <w:r>
        <w:t>to woh barabar</w:t>
      </w:r>
    </w:p>
    <w:p>
      <w:pPr>
        <w:jc w:val="right"/>
      </w:pPr>
      <w:r>
        <w:t>تو وہ برابر</w:t>
      </w:r>
    </w:p>
    <w:p>
      <w:r>
        <w:rPr>
          <w:b/>
        </w:rPr>
        <w:t xml:space="preserve">[35:49] </w:t>
      </w:r>
      <w:r>
        <w:t>mere mujhe support dete rahe. Dilli mein unhon ne yahan ke bank mein N jo kehte hain, NRI, is ka account khol diya aur check book par advance sign kar ke de diya ke jab zaroorat ho to nikal li jiye.</w:t>
      </w:r>
    </w:p>
    <w:p>
      <w:pPr>
        <w:jc w:val="right"/>
      </w:pPr>
      <w:r>
        <w:t>میرے مجھے سپورٹ دیتے رہے۔ دلی میں انہوں نے یہاں کے بینک میں این جو کہتے ہیں، این آر آئی، اس کا اکاؤنٹ کھول دیا اور چیک بک پر ایڈوانس سائن کر کے دے دیا کہ جب ضرورت ہو تو نکال لیجئے۔</w:t>
      </w:r>
    </w:p>
    <w:p>
      <w:r>
        <w:rPr>
          <w:b/>
        </w:rPr>
        <w:t xml:space="preserve">[36:08] </w:t>
      </w:r>
      <w:r>
        <w:t>is tarah se doctor Zafar Islam jo hain, mere supporter bane rahe. Phir Allah taala ne hamare jo doosre bete hain, doctor Sani Hussain Khan, un ko kaam mein lagaya aur mashaAllah unhon ne bohat acha business kiya</w:t>
      </w:r>
    </w:p>
    <w:p>
      <w:pPr>
        <w:jc w:val="right"/>
      </w:pPr>
      <w:r>
        <w:t>اس طرح سے ڈاکٹر ظفرالسلام جو ہیں، میرے سپورٹر بنے رہے۔ پھر اللہ تعالیٰ نے ہمارے جو دوسرے بیٹے ہیں، ڈاکٹر ثانی حسین خان، ان کو کام میں لگایا اور ماشاءاللہ انہوں نے بہت اچھا بزنس کیا</w:t>
      </w:r>
    </w:p>
    <w:p>
      <w:r>
        <w:rPr>
          <w:b/>
        </w:rPr>
        <w:t xml:space="preserve">[36:26] </w:t>
      </w:r>
      <w:r>
        <w:t>aur good word ki shakal mein. To is ke baad jo hai hamare doosre bete, doctor Sani Hussain Khan, sara kaam mera karte rahe, abhi tak kar rahe hain,</w:t>
      </w:r>
    </w:p>
    <w:p>
      <w:pPr>
        <w:jc w:val="right"/>
      </w:pPr>
      <w:r>
        <w:t>اور گڈ ورڈ کی شکل میں۔ تو اس کے بعد جو ہے ہمارے دوسرے بیٹے، ڈاکٹر ثانی حسین خان، سارا کام میرا کرتے رہے، ابھی تک کر رہے ہیں،</w:t>
      </w:r>
    </w:p>
    <w:p>
      <w:r>
        <w:rPr>
          <w:b/>
        </w:rPr>
        <w:t xml:space="preserve">[36:40] </w:t>
      </w:r>
      <w:r>
        <w:t>is waqt tak wohi kar rahe hain sara kaam.</w:t>
      </w:r>
    </w:p>
    <w:p>
      <w:pPr>
        <w:jc w:val="right"/>
      </w:pPr>
      <w:r>
        <w:t>اس وقت تک وہی کر رہے ہیں سارا کام۔</w:t>
      </w:r>
    </w:p>
    <w:p>
      <w:r>
        <w:rPr>
          <w:b/>
        </w:rPr>
        <w:t xml:space="preserve">[36:45] </w:t>
      </w:r>
      <w:r>
        <w:t>To is tarah se bachpan se le kar ab tak mujhe family ka support milta raha.</w:t>
      </w:r>
    </w:p>
    <w:p>
      <w:pPr>
        <w:jc w:val="right"/>
      </w:pPr>
      <w:r>
        <w:t>تو اس طرح سے بچپن سے لے کر اب تک مجھے فیملی کا سپورٹ ملتا رہا۔</w:t>
      </w:r>
    </w:p>
    <w:p>
      <w:r>
        <w:rPr>
          <w:b/>
        </w:rPr>
        <w:t xml:space="preserve">[36:53] </w:t>
      </w:r>
      <w:r>
        <w:t>Aur is maamle mein meri chhoti beti jo un ka naam hai, doctor Muslima Khanam, is ne bhi bohat badi qurbani di hai ke ek zamane mein aisa hua tha ke hamare halaat bohat kharab ho gaye the,</w:t>
      </w:r>
    </w:p>
    <w:p>
      <w:pPr>
        <w:jc w:val="right"/>
      </w:pPr>
      <w:r>
        <w:t>اور اس معاملے میں میری چھوٹی بیٹی جو ان کا نام ہے، ڈاکٹر مسلمہ خانم، اس نے بھی بہت بڑی قربانی دی ہے کہ ایک زمانے میں ایسا ہوا تھا کہ ہمارے حالات بہت خراب ہو گئے تھے،</w:t>
      </w:r>
    </w:p>
    <w:p>
      <w:r>
        <w:rPr>
          <w:b/>
        </w:rPr>
        <w:t xml:space="preserve">[37:07] </w:t>
      </w:r>
      <w:r>
        <w:t>to unhon ne BIMS kiya tha.</w:t>
      </w:r>
    </w:p>
    <w:p>
      <w:pPr>
        <w:jc w:val="right"/>
      </w:pPr>
      <w:r>
        <w:t>تو انہوں نے بی آئی ایم ایس کیا تھا۔</w:t>
      </w:r>
    </w:p>
    <w:p>
      <w:r>
        <w:rPr>
          <w:b/>
        </w:rPr>
        <w:t xml:space="preserve">[37:11] </w:t>
      </w:r>
      <w:r>
        <w:t>To unhon ne matab khola yahan Dilli mein, ek arse tak wohi sara kharcha nikalte rahe hain, matab se poora karte hain yeh kharcha.</w:t>
      </w:r>
    </w:p>
    <w:p>
      <w:pPr>
        <w:jc w:val="right"/>
      </w:pPr>
      <w:r>
        <w:t>تو انہوں نے مطب کھولا یہاں دلی میں، ایک عرصے تک وہی سارا خرچہ نکالتے رہے ہیں، مطب سے پورا کرتے ہیں یہ خرچہ۔</w:t>
      </w:r>
    </w:p>
    <w:p>
      <w:r>
        <w:rPr>
          <w:b/>
        </w:rPr>
        <w:t xml:space="preserve">[37:24] </w:t>
      </w:r>
      <w:r>
        <w:t>Halanke is ki wajah se un ka woh chhoot gaya jis ko kehte hain internship.</w:t>
      </w:r>
    </w:p>
    <w:p>
      <w:pPr>
        <w:jc w:val="right"/>
      </w:pPr>
      <w:r>
        <w:t>حالانکہ اس کی وجہ سے ان کا وہ چھوٹ گیا جس کو کہتے ہیں انٹرن شپ۔</w:t>
      </w:r>
    </w:p>
    <w:p>
      <w:r>
        <w:rPr>
          <w:b/>
        </w:rPr>
        <w:t xml:space="preserve">[37:30] </w:t>
      </w:r>
      <w:r>
        <w:t>Internship se un ki aamdani barh jati, lekin yeh goya sacrifice kar ke unhon ne clinic khola, Rabi clinic is ka naam to hota tha, aur woh sara kharcha uthati rahin clinic ke zariye se.</w:t>
      </w:r>
    </w:p>
    <w:p>
      <w:pPr>
        <w:jc w:val="right"/>
      </w:pPr>
      <w:r>
        <w:t>انٹرن شپ سے ان کی آمدنی بڑھ جاتی، لیکن یہ گویا سیکریفائس کر کے انہوں نے کلینک کھولا، ربی کلینک اس کا نام تو ہوتا تھا، اور وہ سارا خرچہ اٹھاتی رہیں کلینک کے ذریعے سے۔</w:t>
      </w:r>
    </w:p>
    <w:p>
      <w:r>
        <w:rPr>
          <w:b/>
        </w:rPr>
        <w:t xml:space="preserve">[37:48] </w:t>
      </w:r>
      <w:r>
        <w:t>Ek muddat woh bhi guzri hai aur ab Khuda ke fazl se mere jo doosre bete hain, doctor Sani Hussain Khan, woh sara kaam sambhale hue hain.</w:t>
      </w:r>
    </w:p>
    <w:p>
      <w:pPr>
        <w:jc w:val="right"/>
      </w:pPr>
      <w:r>
        <w:t>ایک مدت وہ بھی گزری ہے اور اب خدا کے فضل سے میرے جو دوسرے بیٹے ہیں، ڈاکٹر ثانی حسین خان، وہ سارا کام سنبھالے ہوئے ہیں۔</w:t>
      </w:r>
    </w:p>
    <w:p>
      <w:r>
        <w:rPr>
          <w:b/>
        </w:rPr>
        <w:t xml:space="preserve">[37:57] </w:t>
      </w:r>
      <w:r>
        <w:t>To family ki support jo hai, yahan se wahan tak mujhe mili. Is ke baghair main</w:t>
      </w:r>
    </w:p>
    <w:p>
      <w:pPr>
        <w:jc w:val="right"/>
      </w:pPr>
      <w:r>
        <w:t>تو فیملی کی سپورٹ جو ہے، یہاں سے وہاں تک مجھے ملی۔ اس کے بغیر میں</w:t>
      </w:r>
    </w:p>
    <w:p>
      <w:r>
        <w:rPr>
          <w:b/>
        </w:rPr>
        <w:t xml:space="preserve">[38:06] </w:t>
      </w:r>
      <w:r>
        <w:t>kuch bhi nahi kar sakta tha kyun ke yeh jo kaam maine liya, yeh kaam bohat hi mushkil kaam tha. Is mein poora dedication, hundred percent apne aap ko laga dena</w:t>
      </w:r>
    </w:p>
    <w:p>
      <w:pPr>
        <w:jc w:val="right"/>
      </w:pPr>
      <w:r>
        <w:t>کچھ بھی نہیں کر سکتا تھا کیونکہ یہ جو کام میں نے لیا، یہ کام بہت ہی مشکل کام تھا۔ اس میں پورا ڈیڈیکیشن، ہنڈرڈ پرسنٹ اپنے آپ کو لگا دینا</w:t>
      </w:r>
    </w:p>
    <w:p>
      <w:r>
        <w:rPr>
          <w:b/>
        </w:rPr>
        <w:t xml:space="preserve">[38:23] </w:t>
      </w:r>
      <w:r>
        <w:t>parta hai, tab aadmi kaam kar sakta hai, nahi to nahi. To kaise main, agar main talash maash ki zindagi, meri talash maash ki zimmedari rehti mere upar, to main nahi kar sakta tha kuch kaam.</w:t>
      </w:r>
    </w:p>
    <w:p>
      <w:pPr>
        <w:jc w:val="right"/>
      </w:pPr>
      <w:r>
        <w:t>پڑتا ہے، تب آدمی کام کر سکتا ہے، نہیں تو نہیں۔ تو کیسے میں، اگر میں تلاش معاش کی زندگی، میری تلاش معاش کی ذمہ داری رہتی میرے اوپر، تو میں نہیں کر سکتا تھا کچھ کام۔</w:t>
      </w:r>
    </w:p>
    <w:p>
      <w:r>
        <w:rPr>
          <w:b/>
        </w:rPr>
        <w:t xml:space="preserve">[38:39] </w:t>
      </w:r>
      <w:r>
        <w:t>To ek taraf to Allah taala ne mujhe maashi kaam mein lagne hi nahi diya,</w:t>
      </w:r>
    </w:p>
    <w:p>
      <w:pPr>
        <w:jc w:val="right"/>
      </w:pPr>
      <w:r>
        <w:t>تو ایک طرف تو اللہ تعالیٰ نے مجھے معاشی کام میں لگنے ہی نہیں دیا،</w:t>
      </w:r>
    </w:p>
    <w:p>
      <w:r>
        <w:rPr>
          <w:b/>
        </w:rPr>
        <w:t xml:space="preserve">[38:44] </w:t>
      </w:r>
      <w:r>
        <w:t>thokar maar kar hata diya wahan se, aur doosri taraf meri apni family ko khada kar diya ke woh bachpan se le kar ab tak mujhe support deti rahe, support deti rahe, support deti rahe.</w:t>
      </w:r>
    </w:p>
    <w:p>
      <w:pPr>
        <w:jc w:val="right"/>
      </w:pPr>
      <w:r>
        <w:t>ٹھوکر مار کر ہٹا دیا وہاں سے، اور دوسری طرف میری اپنی فیملی کو کھڑا کر دیا کہ وہ بچپن سے لے کر اب تک مجھے سپورٹ دیتی رہے، سپورٹ دیتی رہے، سپورٹ دیتی رہے۔</w:t>
      </w:r>
    </w:p>
    <w:p>
      <w:r>
        <w:rPr>
          <w:b/>
        </w:rPr>
        <w:t xml:space="preserve">[38:57] </w:t>
      </w:r>
      <w:r>
        <w:t>Aur mere saath ek bohat bara contribution meri ladki, doctor Farida Khanam ka hai</w:t>
      </w:r>
    </w:p>
    <w:p>
      <w:pPr>
        <w:jc w:val="right"/>
      </w:pPr>
      <w:r>
        <w:t>اور میرے ساتھ ایک بہت بڑا کنٹریبیوشن میری لڑکی، ڈاکٹر فریدہ خانم کا ہے</w:t>
      </w:r>
    </w:p>
    <w:p>
      <w:r>
        <w:rPr>
          <w:b/>
        </w:rPr>
        <w:t xml:space="preserve">[39:02] </w:t>
      </w:r>
      <w:r>
        <w:t>kyun ke mere liye woh intellectual partner ban gayeen. Main ek aisa aadmi hoon jis ko har waqt chahiye ek aadmi jis se main intellectual exchange kar sakoon.</w:t>
      </w:r>
    </w:p>
    <w:p>
      <w:pPr>
        <w:jc w:val="right"/>
      </w:pPr>
      <w:r>
        <w:t>کیونکہ میرے لیے وہ انٹلیکچول پارٹنر بن گئیں۔ میں ایک ایسا آدمی ہوں جس کو ہر وقت چاہیے ایک آدمی جس سے میں انٹلیکچول ایکسچینج کر سکوں۔</w:t>
      </w:r>
    </w:p>
    <w:p>
      <w:r>
        <w:rPr>
          <w:b/>
        </w:rPr>
        <w:t xml:space="preserve">[39:16] </w:t>
      </w:r>
      <w:r>
        <w:t>Har waqt chahiye mujhe, har waqt mere mind mein koi issue aata hai, koi koi cheez main</w:t>
      </w:r>
    </w:p>
    <w:p>
      <w:pPr>
        <w:jc w:val="right"/>
      </w:pPr>
      <w:r>
        <w:t>ہر وقت چاہیے مجھے، ہر وقت میرے مائنڈ میں کوئی ایشو آتا ہے، کوئی کوئی چیز میں</w:t>
      </w:r>
    </w:p>
    <w:p>
      <w:r>
        <w:rPr>
          <w:b/>
        </w:rPr>
        <w:t xml:space="preserve">[39:22] </w:t>
      </w:r>
      <w:r>
        <w:t>ek discovery ke roop mein mere mind mein aati hai, koi bhi sawal aata hai to mujhe chahiye ek aadmi jis se main discussion kar sakoon.</w:t>
      </w:r>
    </w:p>
    <w:p>
      <w:pPr>
        <w:jc w:val="right"/>
      </w:pPr>
      <w:r>
        <w:t>ایک ڈسکوری کے روپ میں میرے مائنڈ میں آتی ہے، کوئی بھی سوال آتا ہے تو مجھے چاہیے ایک آدمی جس سے میں ڈسکشن کر سکوں۔</w:t>
      </w:r>
    </w:p>
    <w:p>
      <w:r>
        <w:rPr>
          <w:b/>
        </w:rPr>
        <w:t xml:space="preserve">[39:32] </w:t>
      </w:r>
      <w:r>
        <w:t>To meri ladki, doctor Farida Khanam, jo double MA hain, yani Angrezi se MA kiya unhon ne, phir Islamiat mein MA kiya unhon ne,</w:t>
      </w:r>
    </w:p>
    <w:p>
      <w:pPr>
        <w:jc w:val="right"/>
      </w:pPr>
      <w:r>
        <w:t>تو میری لڑکی، ڈاکٹر فریدہ خانم، جو ڈبل ایم اے ہیں، یعنی انگریزی سے ایم اے کیا انہوں نے، پھر اسلامیات میں ایم اے کیا انہوں نے،</w:t>
      </w:r>
    </w:p>
    <w:p>
      <w:r>
        <w:rPr>
          <w:b/>
        </w:rPr>
        <w:t xml:space="preserve">[39:41] </w:t>
      </w:r>
      <w:r>
        <w:t>to un ka bohat bara contribution hai ke main musalsal un se intellectual exchange karta rehta hoon. Aaj se nahi, bohat pehle se, balkeh poori un ki poori zindagi isi mein guzri hai.</w:t>
      </w:r>
    </w:p>
    <w:p>
      <w:pPr>
        <w:jc w:val="right"/>
      </w:pPr>
      <w:r>
        <w:t>تو ان کا بہت بڑا کنٹریبیوشن ہے کہ میں مسلسل ان سے انٹلیکچول ایکسچینج کرتا رہتا ہوں۔ آج سے نہیں، بہت پہلے سے، بلکہ پوری ان کی پوری زندگی اسی میں گزری ہے۔</w:t>
      </w:r>
    </w:p>
    <w:p>
      <w:r>
        <w:rPr>
          <w:b/>
        </w:rPr>
        <w:t xml:space="preserve">[39:55] </w:t>
      </w:r>
      <w:r>
        <w:t>To main yeh keh sakta hoon ke meri jo meri jo ladki hain, doctor Farida Khanam, woh meri intellectual successor hain.</w:t>
      </w:r>
    </w:p>
    <w:p>
      <w:pPr>
        <w:jc w:val="right"/>
      </w:pPr>
      <w:r>
        <w:t>تو میں یہ کہہ سکتا ہوں کہ میری جو میری جو لڑکی ہیں، ڈاکٹر فریدہ خانم، وہ میری انٹلیکچول سکسیسر ہیں۔</w:t>
      </w:r>
    </w:p>
    <w:p>
      <w:r>
        <w:rPr>
          <w:b/>
        </w:rPr>
        <w:t xml:space="preserve">[40:04] </w:t>
      </w:r>
      <w:r>
        <w:t>Yani mere baad agar koi shakhs aisa hoga jo meri baat ko bharpoor tor par jaane, meri numaindagi kar sake, yeh bata sake ke meri soch kya thi, to woh doctor Farida Khanam hain.</w:t>
      </w:r>
    </w:p>
    <w:p>
      <w:pPr>
        <w:jc w:val="right"/>
      </w:pPr>
      <w:r>
        <w:t>یعنی میرے بعد اگر کوئی شخص ایسا ہوگا جو میری بات کو بھرپور طور پر جانے، میری نمائندگی کر سکے، یہ بتا سکے کہ میری سوچ کیا تھی، تو وہ ڈاکٹر فریدہ خانم ہیں۔</w:t>
      </w:r>
    </w:p>
    <w:p>
      <w:r>
        <w:rPr>
          <w:b/>
        </w:rPr>
        <w:t xml:space="preserve">[40:19] </w:t>
      </w:r>
      <w:r>
        <w:t>is wajah se woh</w:t>
      </w:r>
    </w:p>
    <w:p>
      <w:pPr>
        <w:jc w:val="right"/>
      </w:pPr>
      <w:r>
        <w:t>اس وجہ سے وہ</w:t>
      </w:r>
    </w:p>
    <w:p>
      <w:r>
        <w:rPr>
          <w:b/>
        </w:rPr>
        <w:t xml:space="preserve">[40:20] </w:t>
      </w:r>
      <w:r>
        <w:t>mere liye goya ke meri intellectual successor keh sakta hoon main unko. yeh ek lamba silsila hai.</w:t>
      </w:r>
    </w:p>
    <w:p>
      <w:pPr>
        <w:jc w:val="right"/>
      </w:pPr>
      <w:r>
        <w:t>میرے لیے گویا کہ میری انٹلیکچول سکسیسر کہہ سکتا ہوں میں ان کو۔ یہ ایک لمبا سلسلہ ہے۔</w:t>
      </w:r>
    </w:p>
    <w:p>
      <w:r>
        <w:rPr>
          <w:b/>
        </w:rPr>
        <w:t xml:space="preserve">[40:33] </w:t>
      </w:r>
      <w:r>
        <w:t>ab main jo teen baat maine arz ki thi, us ke bare mein kuch detail bataunga</w:t>
      </w:r>
    </w:p>
    <w:p>
      <w:pPr>
        <w:jc w:val="right"/>
      </w:pPr>
      <w:r>
        <w:t>اب میں جو تین بات میں نے عرض کی تھیں، اس کے بارے میں کچھ ڈیٹیل بتاؤں گا</w:t>
      </w:r>
    </w:p>
    <w:p>
      <w:r>
        <w:rPr>
          <w:b/>
        </w:rPr>
        <w:t xml:space="preserve">[40:38] </w:t>
      </w:r>
      <w:r>
        <w:t>ke kis tarah se yeh mushkil safar zaroori tha ke is ke liye koi supporter hon kyunke maashi dor bhag karte hue aadmi yeh safar tay nahi kar sakta.</w:t>
      </w:r>
    </w:p>
    <w:p>
      <w:pPr>
        <w:jc w:val="right"/>
      </w:pPr>
      <w:r>
        <w:t>کہ کس طرح سے یہ مشکل سفر ضروری تھا کہ اس کے لیے کوئی سپورٹر ہوں کیونکہ معاشی دوڑ بھاگ کرتے ہوئے آدمی یہ سفر طے نہیں کر سکتا۔</w:t>
      </w:r>
    </w:p>
    <w:p>
      <w:r>
        <w:rPr>
          <w:b/>
        </w:rPr>
        <w:t xml:space="preserve">[40:51] </w:t>
      </w:r>
      <w:r>
        <w:t>toh maine kaha tha ke sab se pehle zaroorat thi deconditioning ki.</w:t>
      </w:r>
    </w:p>
    <w:p>
      <w:pPr>
        <w:jc w:val="right"/>
      </w:pPr>
      <w:r>
        <w:t>تو میں نے کہا تھا کہ سب سے پہلے ضرورت تھی ڈی کنڈیشننگ کی۔</w:t>
      </w:r>
    </w:p>
    <w:p>
      <w:r>
        <w:rPr>
          <w:b/>
        </w:rPr>
        <w:t xml:space="preserve">[40:57] </w:t>
      </w:r>
      <w:r>
        <w:t>dekhein, hadith mein hai ke "kul mauloodi yulad ala al fitra, fa abawaahu wa yuwawwidaanuhu wa yuwawwidaanuhu wa yuwawwidaanuhu" ke har aadmi paida hota hai</w:t>
      </w:r>
    </w:p>
    <w:p>
      <w:pPr>
        <w:jc w:val="right"/>
      </w:pPr>
      <w:r>
        <w:t>دیکھیں، حدیث میں ہے کہ "کل مولودی یولد علی الفطرہ، فابواہ وبدانہ و مجسانہ ونسراہ" کہ ہر آدمی پیدا ہوتا ہے</w:t>
      </w:r>
    </w:p>
    <w:p>
      <w:r>
        <w:rPr>
          <w:b/>
        </w:rPr>
        <w:t xml:space="preserve">[41:13] </w:t>
      </w:r>
      <w:r>
        <w:t>nature par, fitrat par, phir us ke maa baap us ko yahoodi, nasrani aur majoosi bana dete hain.</w:t>
      </w:r>
    </w:p>
    <w:p>
      <w:pPr>
        <w:jc w:val="right"/>
      </w:pPr>
      <w:r>
        <w:t>نیچر پر، فطرت پر، پھر اس کے ماں باپ اس کو یہودی، نصرانی اور مجوسی بنا دیتے ہیں۔</w:t>
      </w:r>
    </w:p>
    <w:p>
      <w:r>
        <w:rPr>
          <w:b/>
        </w:rPr>
        <w:t xml:space="preserve">[41:25] </w:t>
      </w:r>
      <w:r>
        <w:t>is hadith mein bataya gaya hai ke har aadmi ki conditioning hoti rehti hai,</w:t>
      </w:r>
    </w:p>
    <w:p>
      <w:pPr>
        <w:jc w:val="right"/>
      </w:pPr>
      <w:r>
        <w:t>اس حدیث میں بتایا گیا ہے کہ ہر آدمی کی کنڈیشننگ ہوتی رہتی ہے،</w:t>
      </w:r>
    </w:p>
    <w:p>
      <w:r>
        <w:rPr>
          <w:b/>
        </w:rPr>
        <w:t xml:space="preserve">[41:32] </w:t>
      </w:r>
      <w:r>
        <w:t>har aadmi ki conditioning hoti rehti hai. toh yeh Rasool Allah ne bohat pehle yeh baat batai thi lekin America ka professor Watson ne bohat lambe tajrube ke baad bataya ke har aadmi misconditioned hota hai.</w:t>
      </w:r>
    </w:p>
    <w:p>
      <w:pPr>
        <w:jc w:val="right"/>
      </w:pPr>
      <w:r>
        <w:t>ہر آدمی کی کنڈیشننگ ہوتی رہتی ہے۔ تو یہ رسول اللہ نے بہت پہلے یہ بات بتائی تھی لیکن امریکہ کا پروفیسر واٹسن نے بہت لمبے تجربے کے بعد بتایا کہ ہر آدمی مس کنڈیشنڈ ہوتا ہے۔</w:t>
      </w:r>
    </w:p>
    <w:p>
      <w:r>
        <w:rPr>
          <w:b/>
        </w:rPr>
        <w:t xml:space="preserve">[41:48] </w:t>
      </w:r>
      <w:r>
        <w:t>toh Watson toh adhi baat kar saka</w:t>
      </w:r>
    </w:p>
    <w:p>
      <w:pPr>
        <w:jc w:val="right"/>
      </w:pPr>
      <w:r>
        <w:t>تو واٹسن تو ادھی بات کر سکا</w:t>
      </w:r>
    </w:p>
    <w:p>
      <w:r>
        <w:rPr>
          <w:b/>
        </w:rPr>
        <w:t xml:space="preserve">[41:51] </w:t>
      </w:r>
      <w:r>
        <w:t>ke har aadmi misconditioned hota hai lekin deconditioning woh nahi daryaft kar saka ke apni conditioning ki aadmi deconditioning kar sakta hai, yeh Watson nahi bata saka.</w:t>
      </w:r>
    </w:p>
    <w:p>
      <w:pPr>
        <w:jc w:val="right"/>
      </w:pPr>
      <w:r>
        <w:t>کہ ہر آدمی مس کنڈیشنڈ ہوتا ہے لیکن ڈی کنڈیشننگ وہ نہیں دریافت کر سکا کہ اپنی کنڈیشننگ کی آدمی ڈی کنڈیشننگ کر سکتا ہے، یہ واٹسن نہیں بتا سکا۔</w:t>
      </w:r>
    </w:p>
    <w:p>
      <w:r>
        <w:rPr>
          <w:b/>
        </w:rPr>
        <w:t xml:space="preserve">[42:05] </w:t>
      </w:r>
      <w:r>
        <w:t>toh behal</w:t>
      </w:r>
    </w:p>
    <w:p>
      <w:pPr>
        <w:jc w:val="right"/>
      </w:pPr>
      <w:r>
        <w:t>تو بہرحال</w:t>
      </w:r>
    </w:p>
    <w:p>
      <w:r>
        <w:rPr>
          <w:b/>
        </w:rPr>
        <w:t xml:space="preserve">[42:07] </w:t>
      </w:r>
      <w:r>
        <w:t>yeh sab se pehla marhala tha mere liye ke main apni conditioning ko todun aur aur objective way mein cheezon ko jaan sakun.</w:t>
      </w:r>
    </w:p>
    <w:p>
      <w:pPr>
        <w:jc w:val="right"/>
      </w:pPr>
      <w:r>
        <w:t>یہ سب سے پہلا مرحلہ تھا میرے لیے کہ میں اپنی کنڈیشننگ کو توڑوں اور اور ابجیکٹو وے میں چیزوں کو جان سکوں۔</w:t>
      </w:r>
    </w:p>
    <w:p>
      <w:r>
        <w:rPr>
          <w:b/>
        </w:rPr>
        <w:t xml:space="preserve">[42:21] </w:t>
      </w:r>
      <w:r>
        <w:t>toh yeh ek lamba process tha, apni conditioning ko todna itna mushkil kaam hai ke main keh sakta hoon ke shayad poori history mein main akela ek insaan hoon jo poore maanon mein apni deconditioning kar saka.</w:t>
      </w:r>
    </w:p>
    <w:p>
      <w:pPr>
        <w:jc w:val="right"/>
      </w:pPr>
      <w:r>
        <w:t>تو یہ ایک لمبا پروسیس تھا، اپنی کنڈیشننگ کو توڑنا اتنا مشکل کام ہے کہ میں کہہ سکتا ہوں کہ شاید پوری ہسٹری میں میں اکیلا ایک انسان ہوں جو پورے معنوں میں اپنی ڈی کنڈیشننگ کر سکا۔</w:t>
      </w:r>
    </w:p>
    <w:p>
      <w:r>
        <w:rPr>
          <w:b/>
        </w:rPr>
        <w:t xml:space="preserve">[42:35] </w:t>
      </w:r>
      <w:r>
        <w:t>mujhe kisi ka pata nahi,</w:t>
      </w:r>
    </w:p>
    <w:p>
      <w:pPr>
        <w:jc w:val="right"/>
      </w:pPr>
      <w:r>
        <w:t>مجھے کسی کا پتہ نہیں،</w:t>
      </w:r>
    </w:p>
    <w:p>
      <w:r>
        <w:rPr>
          <w:b/>
        </w:rPr>
        <w:t xml:space="preserve">[42:39] </w:t>
      </w:r>
      <w:r>
        <w:t>yaani agar isi par mujhe bolna ho toh main inshallah naam bana bata sakta hoon kis tarah se log conditioning mein rahe aur conditioning mar gaye, apni conditioning se bahar aa kar soch nahi sake.</w:t>
      </w:r>
    </w:p>
    <w:p>
      <w:pPr>
        <w:jc w:val="right"/>
      </w:pPr>
      <w:r>
        <w:t>یعنی اگر اسی پر مجھے بولنا ہو تو میں انشاءاللہ نام بنا بتا سکتا ہوں کس طرح سے لوگ کنڈیشننگ میں رہے اور کنڈیشننگ مر گئے، اپنی کنڈیشننگ سے باہر آ کر سوچ نہیں سکے۔</w:t>
      </w:r>
    </w:p>
    <w:p>
      <w:r>
        <w:rPr>
          <w:b/>
        </w:rPr>
        <w:t xml:space="preserve">[42:50] </w:t>
      </w:r>
      <w:r>
        <w:t>woh khud Watson bhi itna bara professor tha, apni conditioning se bahar aa kar woh soch nahi saka, woh mar gaya.</w:t>
      </w:r>
    </w:p>
    <w:p>
      <w:pPr>
        <w:jc w:val="right"/>
      </w:pPr>
      <w:r>
        <w:t>وہ خود واٹسن بھی اتنا بڑا پروفیسر تھا، اپنی کنڈیشننگ سے باہر آ کر وہ سوچ نہیں سکا، وہ مر گیا۔</w:t>
      </w:r>
    </w:p>
    <w:p>
      <w:r>
        <w:rPr>
          <w:b/>
        </w:rPr>
        <w:t xml:space="preserve">[43:00] </w:t>
      </w:r>
      <w:r>
        <w:t>toh mujhe apni conditioning ko deconditioning karna tha, us ko todna tha. yeh bilkul jaise piyaz hoti hai, piyaz ke upar layer hote hain, layer hote hain, layer hote hain, ek ek layer hatana padta hai,</w:t>
      </w:r>
    </w:p>
    <w:p>
      <w:pPr>
        <w:jc w:val="right"/>
      </w:pPr>
      <w:r>
        <w:t>تو مجھے اپنی کنڈیشننگ کو ڈی کنڈیشننگ کرنا تھا، اس کو توڑنا تھا۔ یہ بالکل جیسے پیاز ہوتی ہے، پیاز کے اوپر لیئر ہوتے ہیں، لیئر ہوتے ہیں، لیئر ہوتے ہیں، ایک ایک لیئر ہٹانا پڑتا ہے،</w:t>
      </w:r>
    </w:p>
    <w:p>
      <w:r>
        <w:rPr>
          <w:b/>
        </w:rPr>
        <w:t xml:space="preserve">[43:15] </w:t>
      </w:r>
      <w:r>
        <w:t>tab ja kar us ka magz milta hai.</w:t>
      </w:r>
    </w:p>
    <w:p>
      <w:pPr>
        <w:jc w:val="right"/>
      </w:pPr>
      <w:r>
        <w:t>تب جا کر اس کا مغز ملتا ہے۔</w:t>
      </w:r>
    </w:p>
    <w:p>
      <w:r>
        <w:rPr>
          <w:b/>
        </w:rPr>
        <w:t xml:space="preserve">[43:18] </w:t>
      </w:r>
      <w:r>
        <w:t>yeh maamla hai deconditioning ka. yeh ek anokha mere saath Allah taala ne maamla kiya ke maine is is haqeeqat ko jaana ke deconditioning ke baghair aadmi ka safar hi shuru nahi hota.</w:t>
      </w:r>
    </w:p>
    <w:p>
      <w:pPr>
        <w:jc w:val="right"/>
      </w:pPr>
      <w:r>
        <w:t>یہ معاملہ ہے ڈی کنڈیشننگ کا۔ یہ ایک انوکھا میرے ساتھ اللہ تعالیٰ نے معاملہ کیا کہ میں نے اس اس حقیقت کو جانا کہ ڈی کنڈیشننگ کے بغیر آدمی کا سفر ہی شروع نہیں ہوتا۔</w:t>
      </w:r>
    </w:p>
    <w:p>
      <w:r>
        <w:rPr>
          <w:b/>
        </w:rPr>
        <w:t xml:space="preserve">[43:33] </w:t>
      </w:r>
      <w:r>
        <w:t>yeh "here is the starting point"</w:t>
      </w:r>
    </w:p>
    <w:p>
      <w:pPr>
        <w:jc w:val="right"/>
      </w:pPr>
      <w:r>
        <w:t>یہ "ہیر از دا سٹارٹنگ پوائنٹ"</w:t>
      </w:r>
    </w:p>
    <w:p>
      <w:r>
        <w:rPr>
          <w:b/>
        </w:rPr>
        <w:t xml:space="preserve">[43:37] </w:t>
      </w:r>
      <w:r>
        <w:t>jab tak aap yeh Rasool Allah ki ek hadith se maine pakri hai yeh baat, ek hadith hai ke "Allahumma arina al haqq haqqan wa raziqna al tibaa'a wa arina al batil batilan wa raziqna al ijtinaba</w:t>
      </w:r>
    </w:p>
    <w:p>
      <w:pPr>
        <w:jc w:val="right"/>
      </w:pPr>
      <w:r>
        <w:t>جب تک آپ یہ رسول اللہ کی ایک حدیث سے میں نے پکڑی ہے یہ بات، ایک حدیث ہے کہ "اللہم ارنا الحق حقا ورقن التباع وارنا الباطل باطلا ورقن اجتناب</w:t>
      </w:r>
    </w:p>
    <w:p>
      <w:r>
        <w:rPr>
          <w:b/>
        </w:rPr>
        <w:t xml:space="preserve">[43:56] </w:t>
      </w:r>
      <w:r>
        <w:t>wa arina al ashya'a kama hi". aye Allah, hum ko</w:t>
      </w:r>
    </w:p>
    <w:p>
      <w:pPr>
        <w:jc w:val="right"/>
      </w:pPr>
      <w:r>
        <w:t>وارنا الاشیاء کما ہے"۔ اے اللہ، ہم کو</w:t>
      </w:r>
    </w:p>
    <w:p>
      <w:r>
        <w:rPr>
          <w:b/>
        </w:rPr>
        <w:t xml:space="preserve">[44:07] </w:t>
      </w:r>
      <w:r>
        <w:t>haq ko haq ke roop mein dikha aur us ko follow karne ki tofeeq de, aur aye Allah, hum ko falsehood ko, batil ko batil ke roop mein dikha</w:t>
      </w:r>
    </w:p>
    <w:p>
      <w:pPr>
        <w:jc w:val="right"/>
      </w:pPr>
      <w:r>
        <w:t>حق کو حق کے روپ میں دکھا اور اس کو فالو کرنے کی توفیق دے، اور اے اللہ، ہم کو فالس ہڈ کو، باطل کو باطل کے روپ میں دکھا</w:t>
      </w:r>
    </w:p>
    <w:p>
      <w:r>
        <w:rPr>
          <w:b/>
        </w:rPr>
        <w:t xml:space="preserve">[44:23] </w:t>
      </w:r>
      <w:r>
        <w:t>aur us ko aur us se bachne ki tofeeq de, aur aye Allah, hum ko cheezon ko as it is dikha.</w:t>
      </w:r>
    </w:p>
    <w:p>
      <w:pPr>
        <w:jc w:val="right"/>
      </w:pPr>
      <w:r>
        <w:t>اور اس کو اور اس سے بچنے کی توفیق دے، اور اے اللہ، ہم کو چیزوں کو ایز اٹ از دکھا۔</w:t>
      </w:r>
    </w:p>
    <w:p>
      <w:r>
        <w:rPr>
          <w:b/>
        </w:rPr>
        <w:t xml:space="preserve">[44:33] </w:t>
      </w:r>
      <w:r>
        <w:t>yeh theek isi cheez ki dua hai. is dua se maine is cheez ko daryaft kiya, yeh discover kiya</w:t>
      </w:r>
    </w:p>
    <w:p>
      <w:pPr>
        <w:jc w:val="right"/>
      </w:pPr>
      <w:r>
        <w:t>یہ ٹھیک اسی چیز کی دعا ہے۔ اس دعا سے میں نے اس چیز کو دریافت کیا، یہ ڈسکور کیا</w:t>
      </w:r>
    </w:p>
    <w:p>
      <w:r>
        <w:rPr>
          <w:b/>
        </w:rPr>
        <w:t xml:space="preserve">[44:40] </w:t>
      </w:r>
      <w:r>
        <w:t>ke pehla kaam hai apni deconditioning, dua karna, koshish karna, dua karna, koshish karna. dua ke sath sath koshish zaruri hai, yeh dua parhte rahen yaad karke to koi deconditioning hone wali nahi hai,</w:t>
      </w:r>
    </w:p>
    <w:p>
      <w:pPr>
        <w:jc w:val="right"/>
      </w:pPr>
      <w:r>
        <w:t>کہ پہلا کام ہے اپنی ڈی کنڈیشننگ، دعا کرنا، کوشش کرنا، دعا کرنا، کوشش کرنا۔ دعا کے ساتھ ساتھ کوشش ضروری ہے، یہ دعا پڑھتے رہیں یاد کر کے تو کوئی ڈی کنڈیشننگ ہونے والی نہیں ہے،</w:t>
      </w:r>
    </w:p>
    <w:p>
      <w:r>
        <w:rPr>
          <w:b/>
        </w:rPr>
        <w:t xml:space="preserve">[44:59] </w:t>
      </w:r>
      <w:r>
        <w:t>namumkin baat hai. is dua ke sath koshish darkar hai. is hadith se maine is baat ko jana ke har aadmi ka yeh pehla masla hai</w:t>
      </w:r>
    </w:p>
    <w:p>
      <w:pPr>
        <w:jc w:val="right"/>
      </w:pPr>
      <w:r>
        <w:t>ناممکن بات ہے۔ اس دعا کے ساتھ کوشش درکار ہے۔ اس حدیث سے میں نے اس بات کو جانا کہ ہر آدمی کا یہ پہلا مسئلہ ہے</w:t>
      </w:r>
    </w:p>
    <w:p>
      <w:r>
        <w:rPr>
          <w:b/>
        </w:rPr>
        <w:t xml:space="preserve">[45:16] </w:t>
      </w:r>
      <w:r>
        <w:t>ke woh apni deconditioning kare, warna woh kya hoga ke sachai ko sachai ke roop mein nahi dekh sakega, woh woh falsehood ko falsehood ke roop mein nahi dekh sakega,</w:t>
      </w:r>
    </w:p>
    <w:p>
      <w:pPr>
        <w:jc w:val="right"/>
      </w:pPr>
      <w:r>
        <w:t>کہ وہ اپنی ڈی کنڈیشننگ کرے، ورنہ وہ کیا ہوگا کہ سچائی کو سچائی کے روپ میں نہیں دیکھ سکے گا، وہ وہ فالس ہڈ کو فالس ہڈ کے روپ میں نہیں دیکھ سکے گا،</w:t>
      </w:r>
    </w:p>
    <w:p>
      <w:r>
        <w:rPr>
          <w:b/>
        </w:rPr>
        <w:t xml:space="preserve">[45:33] </w:t>
      </w:r>
      <w:r>
        <w:t>woh cheezon ko objective taur par nahi dekh sakega. to phir faida kya hai? faida kuch bhi nahi hai. is hadith se mujhe yeh baat mili, do hadithien maine padhin, pehli hadith yeh mili ke har aadmi mr conditioned hota hai,</w:t>
      </w:r>
    </w:p>
    <w:p>
      <w:pPr>
        <w:jc w:val="right"/>
      </w:pPr>
      <w:r>
        <w:t>وہ چیزوں کو ابجیکٹو طور پر نہیں دیکھ سکے گا۔ تو پھر فائدہ کیا ہے؟ فائدہ کچھ بھی نہیں ہے۔ اس حدیث سے مجھے یہ بات ملی، دو حدیثیں میں نے پڑھیں، پہلی حدیث یہ ملی کہ ہر آدمی مسٹر کنڈیشنڈ ہوتا ہے،</w:t>
      </w:r>
    </w:p>
    <w:p>
      <w:r>
        <w:rPr>
          <w:b/>
        </w:rPr>
        <w:t xml:space="preserve">[45:54] </w:t>
      </w:r>
      <w:r>
        <w:t>is mein koi exception nahi. aap ka ghar, aap ka mahol, aap ki society, aap ke idare, woh sari cheezen mil kar ke aap ki conditioning karte rehte hain.</w:t>
      </w:r>
    </w:p>
    <w:p>
      <w:pPr>
        <w:jc w:val="right"/>
      </w:pPr>
      <w:r>
        <w:t>اس میں کوئی ایکسیپشن نہیں۔ آپ کا گھر، آپ کا ماحول، آپ کی سوسائٹی، آپ کے ادارے، وہ ساری چیزیں مل کر کے آپ کی کنڈیشننگ کرتے رہتے ہیں۔</w:t>
      </w:r>
    </w:p>
    <w:p>
      <w:r>
        <w:rPr>
          <w:b/>
        </w:rPr>
        <w:t xml:space="preserve">[46:12] </w:t>
      </w:r>
      <w:r>
        <w:t>to har aadmi dheere dheere dheere mr conditioned ban jata hai, is mein koi exception nahi.</w:t>
      </w:r>
    </w:p>
    <w:p>
      <w:pPr>
        <w:jc w:val="right"/>
      </w:pPr>
      <w:r>
        <w:t>تو ہر آدمی دھیرے دھیرے دھیرے مسٹر کنڈیشنڈ بن جاتا ہے، اس میں کوئی ایکسیپشن نہیں۔</w:t>
      </w:r>
    </w:p>
    <w:p>
      <w:r>
        <w:rPr>
          <w:b/>
        </w:rPr>
        <w:t xml:space="preserve">[46:22] </w:t>
      </w:r>
      <w:r>
        <w:t>to yeh ek hadith se mujhe yeh baat mili. doosri baat, doosri hadith se mili ke aadmi ko chahiye ke woh apni deconditioning kare,</w:t>
      </w:r>
    </w:p>
    <w:p>
      <w:pPr>
        <w:jc w:val="right"/>
      </w:pPr>
      <w:r>
        <w:t>تو یہ ایک حدیث سے مجھے یہ بات ملی۔ دوسری بات، دوسری حدیث سے ملی کہ آدمی کو چاہیے کہ وہ اپنی ڈی کنڈیشننگ کرے،</w:t>
      </w:r>
    </w:p>
    <w:p>
      <w:r>
        <w:rPr>
          <w:b/>
        </w:rPr>
        <w:t xml:space="preserve">[46:32] </w:t>
      </w:r>
      <w:r>
        <w:t>apni is conditioning ko tode, apne ko as it is thinking, apne andar as it is thinking ki salahiyat paida kare.</w:t>
      </w:r>
    </w:p>
    <w:p>
      <w:pPr>
        <w:jc w:val="right"/>
      </w:pPr>
      <w:r>
        <w:t>اپنی اس کنڈیشننگ کو توڑے، اپنے کو ایز ایز اٹ از تھنکنگ، اپنے اندر ایز ایز اٹ از تھنکنگ کی صلاحیت پیدا کرے۔</w:t>
      </w:r>
    </w:p>
    <w:p>
      <w:r>
        <w:rPr>
          <w:b/>
        </w:rPr>
        <w:t xml:space="preserve">[46:44] </w:t>
      </w:r>
      <w:r>
        <w:t>yani conditioning jo hai, woh aadmi ko as it is thinking se mahroom kar deti hai.</w:t>
      </w:r>
    </w:p>
    <w:p>
      <w:pPr>
        <w:jc w:val="right"/>
      </w:pPr>
      <w:r>
        <w:t>یعنی کنڈیشننگ جو ہے، وہ آدمی کو ایز اٹ از تھنکنگ سے محروم کر دیتی ہے۔</w:t>
      </w:r>
    </w:p>
    <w:p>
      <w:r>
        <w:rPr>
          <w:b/>
        </w:rPr>
        <w:t xml:space="preserve">[46:53] </w:t>
      </w:r>
      <w:r>
        <w:t>conditioning jo hai, woh aadmi ko objective thinking se mahroom kar deti hai, as it is thinking se mahroom kar deti hai. yeh sab ke sath hota hai.</w:t>
      </w:r>
    </w:p>
    <w:p>
      <w:pPr>
        <w:jc w:val="right"/>
      </w:pPr>
      <w:r>
        <w:t>کنڈیشننگ جو ہے، وہ آدمی کو ابجیکٹو تھنکنگ سے محروم کر دیتی ہے، ایز اٹ از تھنکنگ سے محروم کر دیتی ہے۔ یہ سب کے ساتھ ہوتا ہے۔</w:t>
      </w:r>
    </w:p>
    <w:p>
      <w:r>
        <w:rPr>
          <w:b/>
        </w:rPr>
        <w:t xml:space="preserve">[47:05] </w:t>
      </w:r>
      <w:r>
        <w:t>to kya karna hai? aap ko apni conditioning ko todna hai.</w:t>
      </w:r>
    </w:p>
    <w:p>
      <w:pPr>
        <w:jc w:val="right"/>
      </w:pPr>
      <w:r>
        <w:t>تو کیا کرنا ہے؟ آپ کو اپنی کنڈیشننگ کو توڑنا ہے۔</w:t>
      </w:r>
    </w:p>
    <w:p>
      <w:r>
        <w:rPr>
          <w:b/>
        </w:rPr>
        <w:t xml:space="preserve">[47:11] </w:t>
      </w:r>
      <w:r>
        <w:t>phir ek hadith mein hai ke</w:t>
      </w:r>
    </w:p>
    <w:p>
      <w:pPr>
        <w:jc w:val="right"/>
      </w:pPr>
      <w:r>
        <w:t>پھر ایک حدیث میں ہے کہ</w:t>
      </w:r>
    </w:p>
    <w:p>
      <w:r>
        <w:rPr>
          <w:b/>
        </w:rPr>
        <w:t xml:space="preserve">[47:16] </w:t>
      </w:r>
      <w:r>
        <w:t>"kul bani adam khattaun khairul khattain at tawwabun". har insan jo hai, woh khata kar hota hai. sab se khata, acha khata kar woh hai jo tauba kare, yani apni ghalti ko maanta rahe.</w:t>
      </w:r>
    </w:p>
    <w:p>
      <w:pPr>
        <w:jc w:val="right"/>
      </w:pPr>
      <w:r>
        <w:t>"کل بنی آدم خطاون خیر الخطائین التوابون"۔ ہر انسان جو ہے، وہ خطا کار ہوتا ہے۔ سب سے خطا، اچھا خطا کار وہ ہے جو توبہ کرے، یعنی اپنی غلطی کو مانتا رہے۔</w:t>
      </w:r>
    </w:p>
    <w:p>
      <w:r>
        <w:rPr>
          <w:b/>
        </w:rPr>
        <w:t xml:space="preserve">[47:32] </w:t>
      </w:r>
      <w:r>
        <w:t>is mani, is se maine yeh discover kiya, yeh baat</w:t>
      </w:r>
    </w:p>
    <w:p>
      <w:pPr>
        <w:jc w:val="right"/>
      </w:pPr>
      <w:r>
        <w:t>اس معنی، اس سے میں نے یہ ڈسکور کیا، یہ بات</w:t>
      </w:r>
    </w:p>
    <w:p>
      <w:r>
        <w:rPr>
          <w:b/>
        </w:rPr>
        <w:t xml:space="preserve">[47:35] </w:t>
      </w:r>
      <w:r>
        <w:t>ke sab se bada formula deconditioning ka yeh hai ke aap har waqt apni ghalti ko manne ke liye tayyar rahen, har waqt tayyar rahen ke kahin ke aap "I was wrong, I was wrong, I was wrong".</w:t>
      </w:r>
    </w:p>
    <w:p>
      <w:pPr>
        <w:jc w:val="right"/>
      </w:pPr>
      <w:r>
        <w:t>کہ سب سے بڑا فارمولا ڈی کنڈیشننگ کا یہ ہے کہ آپ ہر وقت اپنی غلطی کو ماننے کے لیے تیار رہیں، ہر وقت تیار رہیں کہ کہیں کہ آپ "آئی واز رونگ، آئی واز رونگ، آئی واز رونگ"۔</w:t>
      </w:r>
    </w:p>
    <w:p>
      <w:r>
        <w:rPr>
          <w:b/>
        </w:rPr>
        <w:t xml:space="preserve">[47:53] </w:t>
      </w:r>
      <w:r>
        <w:t>balkeh apni apni ghaltiyon ko dhoondhen, aap jo conditioning ho chuki hai, us ko dhoond dhoond kar ke pata karna hai ke kahan kahan conditioning hui hai, aur foran maan lena, jaise maloom ho ke yahan main galat tha, foran maan lena hai.</w:t>
      </w:r>
    </w:p>
    <w:p>
      <w:pPr>
        <w:jc w:val="right"/>
      </w:pPr>
      <w:r>
        <w:t>بلکہ اپنی اپنی غلطیوں کو ڈھونڈیں، آپ جو کنڈیشننگ ہو چکی ہے، اس کو ڈھونڈ ڈھونڈ کر کے پتہ کرنا ہے کہ کہاں کہاں کنڈیشننگ ہوئی ہے، اور فوراً مان لینا، جیسے معلوم ہو کہ یہاں میں غلط تھا، فوراً مان لینا ہے۔</w:t>
      </w:r>
    </w:p>
    <w:p>
      <w:r>
        <w:rPr>
          <w:b/>
        </w:rPr>
        <w:t xml:space="preserve">[48:12] </w:t>
      </w:r>
      <w:r>
        <w:t>yeh kaam jo mujhe karna tha, yeh bohat hi zyada dedication chahta tha. raat din sochna, yani khana bhi bhool jaye aadmi, sona bhi bhool jaye aadmi, itni zyada is mein zarurat thi apne ko lagane ki.</w:t>
      </w:r>
    </w:p>
    <w:p>
      <w:pPr>
        <w:jc w:val="right"/>
      </w:pPr>
      <w:r>
        <w:t>یہ کام جو مجھے کرنا تھا، یہ بہت ہی زیادہ ڈیڈیکیشن چاہتا تھا۔ رات دن سوچنا، یعنی کھانا بھی بھول جائے آدمی، سونا بھی بھول جائے آدمی، اتنی زیادہ اس میں ضرورت تھی اپنے کو لگانے کی۔</w:t>
      </w:r>
    </w:p>
    <w:p>
      <w:r>
        <w:rPr>
          <w:b/>
        </w:rPr>
        <w:t xml:space="preserve">[48:27] </w:t>
      </w:r>
      <w:r>
        <w:t>yeh mamooli kaam nahi tha is ki.</w:t>
      </w:r>
    </w:p>
    <w:p>
      <w:pPr>
        <w:jc w:val="right"/>
      </w:pPr>
      <w:r>
        <w:t>یہ معمولی کام نہیں تھا اس کی۔</w:t>
      </w:r>
    </w:p>
    <w:p>
      <w:r>
        <w:rPr>
          <w:b/>
        </w:rPr>
        <w:t xml:space="preserve">[48:30] </w:t>
      </w:r>
      <w:r>
        <w:t>to ab yeh zahir hai ke is kaam ke sath sath main koi maashi kaam nahi kar sakta tha. to meri family ne mujhe yahan par support diya.</w:t>
      </w:r>
    </w:p>
    <w:p>
      <w:pPr>
        <w:jc w:val="right"/>
      </w:pPr>
      <w:r>
        <w:t>تو اب یہ ظاہر ہے کہ اس کام کے ساتھ ساتھ میں کوئی معاشی کام نہیں کر سکتا تھا۔ تو میری فیملی نے مجھے یہاں پر سپورٹ دیا۔</w:t>
      </w:r>
    </w:p>
    <w:p>
      <w:r>
        <w:rPr>
          <w:b/>
        </w:rPr>
        <w:t xml:space="preserve">[48:40] </w:t>
      </w:r>
      <w:r>
        <w:t>ab ek misaal mein arz karta hoon, bohat sari misalon mein se ek misaal. dekhiye,</w:t>
      </w:r>
    </w:p>
    <w:p>
      <w:pPr>
        <w:jc w:val="right"/>
      </w:pPr>
      <w:r>
        <w:t>اب ایک مثال میں عرض کرتا ہوں، بہت ساری مثالوں میں سے ایک مثال۔ دیکھیے،</w:t>
      </w:r>
    </w:p>
    <w:p>
      <w:r>
        <w:rPr>
          <w:b/>
        </w:rPr>
        <w:t xml:space="preserve">[48:49] </w:t>
      </w:r>
      <w:r>
        <w:t>Rasool Allah salallahu alaihi wasallam ne jo kamyabi hasil ki thi Arab mein, to Quran mein bataya gaya hai ke yeh kamyabi aap ko mili Hudaybiyah ke zariye.</w:t>
      </w:r>
    </w:p>
    <w:p>
      <w:pPr>
        <w:jc w:val="right"/>
      </w:pPr>
      <w:r>
        <w:t>رسول اللہ صلی اللہ علیہ وسلم نے جو کامیابی حاصل کی تھی عرب میں، تو قرآن میں بتایا گیا ہے کہ یہ کامیابی آپ کو ملی حدیبیہ کے ذریعے۔</w:t>
      </w:r>
    </w:p>
    <w:p>
      <w:r>
        <w:rPr>
          <w:b/>
        </w:rPr>
        <w:t xml:space="preserve">[49:02] </w:t>
      </w:r>
      <w:r>
        <w:t>"Inna fatahna laka fathan mubeena". yeh Hudaybiyah ek method hai,</w:t>
      </w:r>
    </w:p>
    <w:p>
      <w:pPr>
        <w:jc w:val="right"/>
      </w:pPr>
      <w:r>
        <w:t>"انا فتحنا لک فتح مبینہ"۔ یہ حدیبیہ ایک میتھڈ ہے،</w:t>
      </w:r>
    </w:p>
    <w:p>
      <w:r>
        <w:rPr>
          <w:b/>
        </w:rPr>
        <w:t xml:space="preserve">[49:09] </w:t>
      </w:r>
      <w:r>
        <w:t>is method ko apnane se aap ko fatah mubeen mili. yani poori Rasool Allah ki poori zindagi mein sab se bada waqea jo aap ko fatah mubeen diya, jis ne woh tha Hazrat Hudaybiyah.</w:t>
      </w:r>
    </w:p>
    <w:p>
      <w:pPr>
        <w:jc w:val="right"/>
      </w:pPr>
      <w:r>
        <w:t>اس میتھڈ کو اپنانے سے آپ کو فتح مبین ملی۔ یعنی پوری رسول اللہ کی پوری زندگی میں سب سے بڑا واقعہ جو آپ کو فتح مبین دیا، جس نے وہ تھا حضرت حدیبیہ۔</w:t>
      </w:r>
    </w:p>
    <w:p>
      <w:r>
        <w:rPr>
          <w:b/>
        </w:rPr>
        <w:t xml:space="preserve">[49:28] </w:t>
      </w:r>
      <w:r>
        <w:t>aap jante hain ke doctor Michael Hart ne likha hai ke Rasool Allah poori history ke sab se zyada successful aadmi the. "He was he was supremely successful man in history".</w:t>
      </w:r>
    </w:p>
    <w:p>
      <w:pPr>
        <w:jc w:val="right"/>
      </w:pPr>
      <w:r>
        <w:t>آپ جانتے ہیں کہ ڈاکٹر مائیکل ہارٹ نے لکھا ہے کہ رسول اللہ پوری ہسٹری کے سب سے زیادہ سکسیس فل آدمی تھے۔ "ہی واز ہی واز سپریملی سکسیس فل مین ان ہسٹری"۔</w:t>
      </w:r>
    </w:p>
    <w:p>
      <w:r>
        <w:rPr>
          <w:b/>
        </w:rPr>
        <w:t xml:space="preserve">[49:45] </w:t>
      </w:r>
      <w:r>
        <w:t>to woh kaise hue? Hudaybiyah ke zariye hue. Quran is ka roop hai, kyunke jaise hi Hudaybiyah ka agreement hua tha,</w:t>
      </w:r>
    </w:p>
    <w:p>
      <w:pPr>
        <w:jc w:val="right"/>
      </w:pPr>
      <w:r>
        <w:t>تو وہ کیسے ہوئے؟ حدیبیہ کے ذریعے ہوئے۔ قرآن اس کا روپ ہے، کیونکہ جیسے ہی حدیبیہ کا ایگریمنٹ ہوا تھا،</w:t>
      </w:r>
    </w:p>
    <w:p>
      <w:r>
        <w:rPr>
          <w:b/>
        </w:rPr>
        <w:t xml:space="preserve">[49:53] </w:t>
      </w:r>
      <w:r>
        <w:t>to Quran mein ayat utri thi "Inna fatahna laka fat-han mubeena". Hum ne de diya tum ko woh open victory, sab se bari victory.</w:t>
      </w:r>
    </w:p>
    <w:p>
      <w:pPr>
        <w:jc w:val="right"/>
      </w:pPr>
      <w:r>
        <w:t>تو قرآن میں آیت اتری تھی "انا فتحنا لک فتح مبینہ"۔ ہم نے دے دیا تم کو وہ اوپن وکٹری، سب سے بڑی وکٹری۔</w:t>
      </w:r>
    </w:p>
    <w:p>
      <w:r>
        <w:rPr>
          <w:b/>
        </w:rPr>
        <w:t xml:space="preserve">[50:05] </w:t>
      </w:r>
      <w:r>
        <w:t>aur ek ek bohat bare muhaddis aur jo tabi'i yeh kehte hain</w:t>
      </w:r>
    </w:p>
    <w:p>
      <w:pPr>
        <w:jc w:val="right"/>
      </w:pPr>
      <w:r>
        <w:t>اور ایک ایک بہت بڑے محدث اور جو تابعی یہ کہتے ہیں</w:t>
      </w:r>
    </w:p>
    <w:p>
      <w:r>
        <w:rPr>
          <w:b/>
        </w:rPr>
        <w:t xml:space="preserve">[50:12] </w:t>
      </w:r>
      <w:r>
        <w:t>ke Islam ki tareekh mein sab se bari fatah jo thi, woh wohi hai jo Hudaybiyah ke zariye hasil hui. To poori poori tareekh mein hazar saal mein Hudaybiyah ka jo model hai, woh gum ho gaya tha.</w:t>
      </w:r>
    </w:p>
    <w:p>
      <w:pPr>
        <w:jc w:val="right"/>
      </w:pPr>
      <w:r>
        <w:t>کہ اسلام کی تاریخ میں سب سے بڑی فتح جو تھی، وہ وہی ہے جو حدیبیہ کے ذریعے حاصل ہوئی۔ تو پوری پوری تاریخ میں ہزار سال میں حدیبیہ کا جو ماڈل ہے، وہ گم ہو گیا تھا۔</w:t>
      </w:r>
    </w:p>
    <w:p>
      <w:r>
        <w:rPr>
          <w:b/>
        </w:rPr>
        <w:t xml:space="preserve">[50:29] </w:t>
      </w:r>
      <w:r>
        <w:t>koi kitab nahi hai jis mein bataya gaya ho baat ko ke Hudaybiyah ka model kitna successful model hai. To ek hazar saal ka parda pad chuka tha Hudaybiyah ke model par.</w:t>
      </w:r>
    </w:p>
    <w:p>
      <w:pPr>
        <w:jc w:val="right"/>
      </w:pPr>
      <w:r>
        <w:t>کوئی کتاب نہیں ہے جس میں بتایا گیا ہو بات کو کہ حدیبیہ کا ماڈل کتنا سکسیس فل ماڈل ہے۔ تو ایک ہزار سال کا پردہ پڑ چکا تھا حدیبیہ کے ماڈل پر۔</w:t>
      </w:r>
    </w:p>
    <w:p>
      <w:r>
        <w:rPr>
          <w:b/>
        </w:rPr>
        <w:t xml:space="preserve">[50:42] </w:t>
      </w:r>
      <w:r>
        <w:t>is ko bohat hi dinon ki koshish ke baad, mutala, tajruba aur fikr ke baad maine is ko discover kiya, Hudaybiyah model.</w:t>
      </w:r>
    </w:p>
    <w:p>
      <w:pPr>
        <w:jc w:val="right"/>
      </w:pPr>
      <w:r>
        <w:t>اس کو بہت ہی دنوں کی کوشش کے بعد، مطالعہ، تجربہ اور فکر کے بعد میں نے اس کو ڈسکور کیا، حدیبیہ ماڈل۔</w:t>
      </w:r>
    </w:p>
    <w:p>
      <w:r>
        <w:rPr>
          <w:b/>
        </w:rPr>
        <w:t xml:space="preserve">[50:51] </w:t>
      </w:r>
      <w:r>
        <w:t>aur jab maine discover kiya, tab bhi woh itna ajnabi tha ke saare log is ke khilaf ho gaye. Tamam ulama, kaisi ajib baat hai ke saare ulama is ke khilaf ho gaye.</w:t>
      </w:r>
    </w:p>
    <w:p>
      <w:pPr>
        <w:jc w:val="right"/>
      </w:pPr>
      <w:r>
        <w:t>اور جب میں نے ڈسکور کیا، تب بھی وہ اتنا اجنبی تھا کہ سارے لوگ اس کے خلاف ہو گئے۔ تمام علماء، کیسی عجیب بات ہے کہ سارے علماء اس کے خلاف ہو گئے۔</w:t>
      </w:r>
    </w:p>
    <w:p>
      <w:r>
        <w:rPr>
          <w:b/>
        </w:rPr>
        <w:t xml:space="preserve">[51:04] </w:t>
      </w:r>
      <w:r>
        <w:t>kya kehne lage? Yeh to buzdi sikhaate hain. Rasool Allah ka woh model jis</w:t>
      </w:r>
    </w:p>
    <w:p>
      <w:pPr>
        <w:jc w:val="right"/>
      </w:pPr>
      <w:r>
        <w:t>کیا کہنے لگے؟ یہ تو بزدلی سکھاتے ہیں۔ رسول اللہ کا وہ ماڈل جس</w:t>
      </w:r>
    </w:p>
    <w:p>
      <w:r>
        <w:rPr>
          <w:b/>
        </w:rPr>
        <w:t xml:space="preserve">[51:10] </w:t>
      </w:r>
      <w:r>
        <w:t>ne aap ko fatah mubeen diya, woh tareekh mein itna gum ho chuka tha ke log is ko samajhne lage ke to yeh to yeh to buzdi hai.</w:t>
      </w:r>
    </w:p>
    <w:p>
      <w:pPr>
        <w:jc w:val="right"/>
      </w:pPr>
      <w:r>
        <w:t>نے آپ کو فتح مبین دیا، وہ تاریخ میں اتنا گم ہو چکا تھا کہ لوگ اس کو سمجھنے لگے کہ تو یہ تو یہ تو بزدلی ہے۔</w:t>
      </w:r>
    </w:p>
    <w:p>
      <w:r>
        <w:rPr>
          <w:b/>
        </w:rPr>
        <w:t xml:space="preserve">[51:21] </w:t>
      </w:r>
      <w:r>
        <w:t>kyunke dekhiye, Hudaybiyah model kya hai? Hudaybiyah model naam hai is baat ka</w:t>
      </w:r>
    </w:p>
    <w:p>
      <w:pPr>
        <w:jc w:val="right"/>
      </w:pPr>
      <w:r>
        <w:t>کیونکہ دیکھیے، حدیبیہ ماڈل کیا ہے؟ حدیبیہ ماڈل نام ہے اس بات کا</w:t>
      </w:r>
    </w:p>
    <w:p>
      <w:r>
        <w:rPr>
          <w:b/>
        </w:rPr>
        <w:t xml:space="preserve">[51:28] </w:t>
      </w:r>
      <w:r>
        <w:t>ke aap kisi bhi situation mein status quo maan lein, status quo se takrao na karein, aur yeh talash karein ke status quo ko maante hue wahan par kya opportunities hain.</w:t>
      </w:r>
    </w:p>
    <w:p>
      <w:pPr>
        <w:jc w:val="right"/>
      </w:pPr>
      <w:r>
        <w:t>کہ آپ کسی بھی سچویشن میں اسٹیٹس کو کو مان لیں، اسٹیٹس کو سے ٹکراؤ نہ کریں، اور یہ تلاش کریں کہ اسٹیٹس کو کو مانتے ہوئے وہاں پر کیا اپرچونیٹیز ہیں۔</w:t>
      </w:r>
    </w:p>
    <w:p>
      <w:r>
        <w:rPr>
          <w:b/>
        </w:rPr>
        <w:t xml:space="preserve">[51:45] </w:t>
      </w:r>
      <w:r>
        <w:t>to Hudaybiyah model ka formula kya hai?</w:t>
      </w:r>
    </w:p>
    <w:p>
      <w:pPr>
        <w:jc w:val="right"/>
      </w:pPr>
      <w:r>
        <w:t>تو حدیبیہ ماڈل کا فارمولا کیا ہے؟</w:t>
      </w:r>
    </w:p>
    <w:p>
      <w:r>
        <w:rPr>
          <w:b/>
        </w:rPr>
        <w:t xml:space="preserve">[51:49] </w:t>
      </w:r>
      <w:r>
        <w:t>"ignore the problem, avail the opportunities". Yeh hai model, aur yeh is waqt ho sakta hai ke jab ke aap status quo ko maan lein.</w:t>
      </w:r>
    </w:p>
    <w:p>
      <w:pPr>
        <w:jc w:val="right"/>
      </w:pPr>
      <w:r>
        <w:t>"اگنور دا پرابلم، اویل دا اپرچونیٹیز"۔ یہ ہے ماڈل، اور یہ اس وقت ہو سکتا ہے کہ جب کہ آپ اسٹیٹس کو کو مان لیں۔</w:t>
      </w:r>
    </w:p>
    <w:p>
      <w:r>
        <w:rPr>
          <w:b/>
        </w:rPr>
        <w:t xml:space="preserve">[51:59] </w:t>
      </w:r>
      <w:r>
        <w:t>is ko status quo ko badalna,</w:t>
      </w:r>
    </w:p>
    <w:p>
      <w:pPr>
        <w:jc w:val="right"/>
      </w:pPr>
      <w:r>
        <w:t>اس کو اسٹیٹس کو کو بدلنا،</w:t>
      </w:r>
    </w:p>
    <w:p>
      <w:r>
        <w:rPr>
          <w:b/>
        </w:rPr>
        <w:t xml:space="preserve">[52:05] </w:t>
      </w:r>
      <w:r>
        <w:t>yeh model nahi hai. Ab dekhein ke Musalman jo hain, sari duniya mein status quo se takra rahe hain. Jahan bhi dekhiye, Kashmir mein dekhiye, Falasteen mein dekhiye, jahan bhi dekhiye,</w:t>
      </w:r>
    </w:p>
    <w:p>
      <w:pPr>
        <w:jc w:val="right"/>
      </w:pPr>
      <w:r>
        <w:t>یہ ماڈل نہیں ہے۔ اب دیکھیں کہ مسلمان جو ہیں، ساری دنیا میں اسٹیٹس کو سے ٹکرا رہے ہیں۔ جہاں بھی دیکھیے، کشمیر میں دیکھیے، فلسطین میں دیکھیے، جہاں بھی دیکھیے،</w:t>
      </w:r>
    </w:p>
    <w:p>
      <w:r>
        <w:rPr>
          <w:b/>
        </w:rPr>
        <w:t xml:space="preserve">[52:18] </w:t>
      </w:r>
      <w:r>
        <w:t>jo status quo hai us par takra rahe hain. Woh jaante hain kya? Ke jab tak hum status quo ko badlein nahi,</w:t>
      </w:r>
    </w:p>
    <w:p>
      <w:pPr>
        <w:jc w:val="right"/>
      </w:pPr>
      <w:r>
        <w:t>جو اسٹیٹس کو ہے اس پر ٹکرا رہے ہیں۔ وہ جانتے ہیں کیا؟ کہ جب تک ہم اسٹیٹس کو کو بدلیں نہیں،</w:t>
      </w:r>
    </w:p>
    <w:p>
      <w:r>
        <w:rPr>
          <w:b/>
        </w:rPr>
        <w:t xml:space="preserve">[52:25] </w:t>
      </w:r>
      <w:r>
        <w:t>tab tak koi rasta nikalne wala nahi hai. Yeh Rasool Allah ka tareeqa nahi tha. Hudaybiyah mein aap ne jo status quo tha, wahan us ko maan liya, aur kya kiya?</w:t>
      </w:r>
    </w:p>
    <w:p>
      <w:pPr>
        <w:jc w:val="right"/>
      </w:pPr>
      <w:r>
        <w:t>تب تک کوئی راستہ نکلنے والا نہیں ہے۔ یہ رسول اللہ کا طریقہ نہیں تھا۔ حدیبیہ میں آپ نے جو اسٹیٹس کو تھا، وہاں اس کو مان لیا، اور کیا کیا؟</w:t>
      </w:r>
    </w:p>
    <w:p>
      <w:r>
        <w:rPr>
          <w:b/>
        </w:rPr>
        <w:t xml:space="preserve">[52:38] </w:t>
      </w:r>
      <w:r>
        <w:t>ke daawa opportunities ko avail kiya.</w:t>
      </w:r>
    </w:p>
    <w:p>
      <w:pPr>
        <w:jc w:val="right"/>
      </w:pPr>
      <w:r>
        <w:t>کہ دعویٰ اپرچونیٹیز کو اویل کیا۔</w:t>
      </w:r>
    </w:p>
    <w:p>
      <w:r>
        <w:rPr>
          <w:b/>
        </w:rPr>
        <w:t xml:space="preserve">[52:43] </w:t>
      </w:r>
      <w:r>
        <w:t>to yeh yahi formula tha aap ka ke "ignore the problem, avail the opportunities". Yeh hai Hudaybiyah model. Is se aap ko zabardast kamyabi hui.</w:t>
      </w:r>
    </w:p>
    <w:p>
      <w:pPr>
        <w:jc w:val="right"/>
      </w:pPr>
      <w:r>
        <w:t>تو یہ یہی فارمولا تھا آپ کا کہ "اگنور دا پرابلم، اویل دا اپرچونیٹیز"۔ یہ ہے حدیبیہ ماڈل۔ اس سے آپ کو زبردست کامیابی ہوئی۔</w:t>
      </w:r>
    </w:p>
    <w:p>
      <w:r>
        <w:rPr>
          <w:b/>
        </w:rPr>
        <w:t xml:space="preserve">[52:53] </w:t>
      </w:r>
      <w:r>
        <w:t>is ko maine tafseel se likha hai apni kitabon mein. To yeh itna mushkil tha is ko discover karna ke aaj bhi</w:t>
      </w:r>
    </w:p>
    <w:p>
      <w:pPr>
        <w:jc w:val="right"/>
      </w:pPr>
      <w:r>
        <w:t>اس کو میں نے تفصیل سے لکھا ہے اپنی کتابوں میں۔ تو یہ اتنا مشکل تھا اس کو ڈسکور کرنا کہ آج بھی</w:t>
      </w:r>
    </w:p>
    <w:p>
      <w:r>
        <w:rPr>
          <w:b/>
        </w:rPr>
        <w:t xml:space="preserve">[53:02] </w:t>
      </w:r>
      <w:r>
        <w:t>log itna conditioned hain ke samajh nahi paate Hudaybiyah model ki importance ko. Aaj bhi nahi samajh paate. Abhi bhi ek kitab chhapi hai, India ke jo sab se bara idara mana jata hai, Nadwa, wahan se is mein is ko ridicule kiya hai, Hudaybiyah model ko,</w:t>
      </w:r>
    </w:p>
    <w:p>
      <w:pPr>
        <w:jc w:val="right"/>
      </w:pPr>
      <w:r>
        <w:t>لوگ اتنا کنڈیشنڈ ہیں کہ سمجھ نہیں پاتے حدیبیہ ماڈل کی امپورٹنس کو۔ آج بھی نہیں سمجھ پاتے۔ ابھی بھی ایک کتاب چھپی ہے، انڈیا کے جو سب سے بڑا ادارہ مانا جاتا ہے، ندوہ، وہاں سے اس میں اس کو ریڈیکول کیا ہے، حدیبیہ ماڈل کو،</w:t>
      </w:r>
    </w:p>
    <w:p>
      <w:r>
        <w:rPr>
          <w:b/>
        </w:rPr>
        <w:t xml:space="preserve">[53:21] </w:t>
      </w:r>
      <w:r>
        <w:t>ke main logon ko buzdi sikha raha hoon. Main logon ko buzdi sikha raha hoon kyunke logon ke baad jo hai, jihadi model jo hai, logon ke dimagh par chhaya hua tha.</w:t>
      </w:r>
    </w:p>
    <w:p>
      <w:pPr>
        <w:jc w:val="right"/>
      </w:pPr>
      <w:r>
        <w:t>کہ میں لوگوں کو بزدلی سکھا رہا ہوں۔ میں لوگوں کو بزدلی سکھا رہا ہوں کیونکہ لوگوں کے بعد جو ہے، جہادی ماڈل جو ہے، لوگوں کے دماغ پر چھایا ہوا تھا۔</w:t>
      </w:r>
    </w:p>
    <w:p>
      <w:r>
        <w:rPr>
          <w:b/>
        </w:rPr>
        <w:t xml:space="preserve">[53:32] </w:t>
      </w:r>
      <w:r>
        <w:t>jihadi model. Ab dekhein ke main bhi isi se mutasir tha jaise main gaya wahan par</w:t>
      </w:r>
    </w:p>
    <w:p>
      <w:pPr>
        <w:jc w:val="right"/>
      </w:pPr>
      <w:r>
        <w:t>جہادی ماڈل۔ اب دیکھیں کہ میں بھی اسی سے متاثر تھا جیسے میں گیا وہاں پر</w:t>
      </w:r>
    </w:p>
    <w:p>
      <w:r>
        <w:rPr>
          <w:b/>
        </w:rPr>
        <w:t xml:space="preserve">[53:40] </w:t>
      </w:r>
      <w:r>
        <w:t>Libya. Wahan par ek ek ek woh hai, ek asar-e-qadeema ka ek idara hai.</w:t>
      </w:r>
    </w:p>
    <w:p>
      <w:pPr>
        <w:jc w:val="right"/>
      </w:pPr>
      <w:r>
        <w:t>لیبیا۔ وہاں پر ایک ایک ایک وہ ہے، ایک آثار قدیمہ کا ایک ادارہ ہے۔</w:t>
      </w:r>
    </w:p>
    <w:p>
      <w:r>
        <w:rPr>
          <w:b/>
        </w:rPr>
        <w:t xml:space="preserve">[53:50] </w:t>
      </w:r>
      <w:r>
        <w:t>wahan par ek ek tha to us par likha hua tha, yani aap ko maloom hai ke Hudaybiyah par hamla kiya tha, attack kiya tha Italy ne.</w:t>
      </w:r>
    </w:p>
    <w:p>
      <w:pPr>
        <w:jc w:val="right"/>
      </w:pPr>
      <w:r>
        <w:t>وہاں پر ایک ایک تھا تو اس پر لکھا ہوا تھا، یعنی آپ کو معلوم ہے کہ حدیبیہ پر حملہ کیا تھا، اٹیک کیا تھا اٹلی نے۔</w:t>
      </w:r>
    </w:p>
    <w:p>
      <w:r>
        <w:rPr>
          <w:b/>
        </w:rPr>
        <w:t xml:space="preserve">[54:01] </w:t>
      </w:r>
      <w:r>
        <w:t>to kuch din tak wahan par woh rule karta raha Italy. Is zamane mein wahan ke Arabon ne larai ki thi. To unka naarah kya tha?</w:t>
      </w:r>
    </w:p>
    <w:p>
      <w:pPr>
        <w:jc w:val="right"/>
      </w:pPr>
      <w:r>
        <w:t>تو کچھ دن تک وہاں پر وہ رول کرتا رہا اٹلی۔ اس زمانے میں وہاں کے عربوں نے لڑائی کی تھی۔ تو ان کا نعرہ کیا تھا؟</w:t>
      </w:r>
    </w:p>
    <w:p>
      <w:r>
        <w:rPr>
          <w:b/>
        </w:rPr>
        <w:t xml:space="preserve">[54:11] </w:t>
      </w:r>
      <w:r>
        <w:t>"Mooto al-youm azzah qabl tamooto ghadan adlah". Aaj izzat ke sath mar jao, is se pehle ke kal tum ko be-izzat ho kar marna pare.</w:t>
      </w:r>
    </w:p>
    <w:p>
      <w:pPr>
        <w:jc w:val="right"/>
      </w:pPr>
      <w:r>
        <w:t>"موتو اليوم عزہ قبل تموتو غدا عدلہ"۔ آج عزت کے ساتھ مر جاؤ، اس سے پہلے کہ کل تم کو بے عزت ہو کر مرنا پڑے۔</w:t>
      </w:r>
    </w:p>
    <w:p>
      <w:r>
        <w:rPr>
          <w:b/>
        </w:rPr>
        <w:t xml:space="preserve">[54:24] </w:t>
      </w:r>
      <w:r>
        <w:t>Yeh yeh tha mizaj, jihadi mizaj. Sultan Tipu ne 1799 mein kaha tha ke ke sher ki ek zindagi geedar ki hazar saal ki zindagi se behtar hai, aur keh ke larke mar gaye.</w:t>
      </w:r>
    </w:p>
    <w:p>
      <w:pPr>
        <w:jc w:val="right"/>
      </w:pPr>
      <w:r>
        <w:t>یہ یہ تھا مزاج، جہادی مزاج۔ سلطان ٹیپو نے 1799 میں کہا تھا کہ کہ شیر کی ایک زندگی گیدڑ کی ہزار سال کی زندگی سے بہتر ہے، اور کہہ کے لڑ کے مر گئے۔</w:t>
      </w:r>
    </w:p>
    <w:p>
      <w:r>
        <w:rPr>
          <w:b/>
        </w:rPr>
        <w:t xml:space="preserve">[54:38] </w:t>
      </w:r>
      <w:r>
        <w:t>Woh Falasteen mein aap dekhiye,</w:t>
      </w:r>
    </w:p>
    <w:p>
      <w:pPr>
        <w:jc w:val="right"/>
      </w:pPr>
      <w:r>
        <w:t>وہ فلسطین میں آپ دیکھیے،</w:t>
      </w:r>
    </w:p>
    <w:p>
      <w:r>
        <w:rPr>
          <w:b/>
        </w:rPr>
        <w:t xml:space="preserve">[54:42] </w:t>
      </w:r>
      <w:r>
        <w:t>Wahan ka naarah kya hai? Wahan ka naarah yeh hai ke "Woh halma qatil, halma qatil, fa innal qital shabeer al-rashadi".</w:t>
      </w:r>
    </w:p>
    <w:p>
      <w:pPr>
        <w:jc w:val="right"/>
      </w:pPr>
      <w:r>
        <w:t>وہاں کا نعرہ کیا ہے؟ وہاں کا نعرہ یہ ہے کہ "وہ حلما قاتل، حلما قاتل، فان القتال شبیر الرشادی"۔</w:t>
      </w:r>
    </w:p>
    <w:p>
      <w:r>
        <w:rPr>
          <w:b/>
        </w:rPr>
        <w:t xml:space="preserve">[54:53] </w:t>
      </w:r>
      <w:r>
        <w:t>Laro, laro, laro,</w:t>
      </w:r>
    </w:p>
    <w:p>
      <w:pPr>
        <w:jc w:val="right"/>
      </w:pPr>
      <w:r>
        <w:t>لڑو، لڑو، لڑو،</w:t>
      </w:r>
    </w:p>
    <w:p>
      <w:r>
        <w:rPr>
          <w:b/>
        </w:rPr>
        <w:t xml:space="preserve">[54:55] </w:t>
      </w:r>
      <w:r>
        <w:t>Larkar ke kamyabi milti hai. To jahan bhi aap dekhiye, logon par jihadi model chhaya hua hai. Jihadi model kya hai?</w:t>
      </w:r>
    </w:p>
    <w:p>
      <w:pPr>
        <w:jc w:val="right"/>
      </w:pPr>
      <w:r>
        <w:t>لڑ کر کے کامیابی ملتی ہے۔ تو جہاں بھی آپ دیکھیے، لوگوں پر جہادی ماڈل چھایا ہوا ہے۔ جہادی ماڈل کیا ہے؟</w:t>
      </w:r>
    </w:p>
    <w:p>
      <w:r>
        <w:rPr>
          <w:b/>
        </w:rPr>
        <w:t xml:space="preserve">[55:04] </w:t>
      </w:r>
      <w:r>
        <w:t>Status quo ko takrana, status quo ko badalna. Yeh jihadi model hai. Jo situation hai, jaise ke Kashmir mein jo situation thi, us se log larai karte karte thak gaye.</w:t>
      </w:r>
    </w:p>
    <w:p>
      <w:pPr>
        <w:jc w:val="right"/>
      </w:pPr>
      <w:r>
        <w:t>اسٹیٹس کو کو ٹکرانا، اسٹیٹس کو کو بدلنا۔ یہ جہادی ماڈل ہے۔ جو سچویشن ہے، جیسے کہ کشمیر میں جو سچویشن تھی، اس سے لوگ لڑائی کرتے کرتے تھک گئے۔</w:t>
      </w:r>
    </w:p>
    <w:p>
      <w:r>
        <w:rPr>
          <w:b/>
        </w:rPr>
        <w:t xml:space="preserve">[55:18] </w:t>
      </w:r>
      <w:r>
        <w:t>Woh samajhte the ke pehle badlo, yahan se Indian army ko nikalo, India ka qabza khatam karo</w:t>
      </w:r>
    </w:p>
    <w:p>
      <w:pPr>
        <w:jc w:val="right"/>
      </w:pPr>
      <w:r>
        <w:t>وہ سمجھتے تھے کہ پہلے بدلو، یہاں سے انڈین آرمی کو نکالو، انڈیا کا قبضہ ختم کرو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