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Management in History 7 April 2013 - Maulana Wahiduddin Khan</w:t>
      </w:r>
    </w:p>
    <w:p>
      <w:r>
        <w:t>https://www.youtube.com/watch?v=B-dCV7COXqY</w:t>
      </w:r>
    </w:p>
    <w:p>
      <w:r>
        <w:rPr>
          <w:b/>
        </w:rPr>
        <w:t xml:space="preserve">[00:14] </w:t>
      </w:r>
      <w:r>
        <w:t>Bismillah hir rehman nir rahim, wa salli Allahu ala an-nabiyyil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[00:33] </w:t>
      </w:r>
      <w:r>
        <w:t>Aaj April 2013 ki 7 tareekh hai.</w:t>
      </w:r>
    </w:p>
    <w:p>
      <w:pPr>
        <w:jc w:val="right"/>
      </w:pPr>
      <w:r>
        <w:t>آج اپریل 2013 کی 7 تاریخ ہے۔</w:t>
      </w:r>
    </w:p>
    <w:p>
      <w:r>
        <w:rPr>
          <w:b/>
        </w:rPr>
        <w:t xml:space="preserve">[00:41] </w:t>
      </w:r>
      <w:r>
        <w:t>Aaj ke liye jo topic hai woh hai "Divine Management in History".</w:t>
      </w:r>
    </w:p>
    <w:p>
      <w:pPr>
        <w:jc w:val="right"/>
      </w:pPr>
      <w:r>
        <w:t>آج کے لیے جو ٹاپک ہے وہ ہے "Divine Management in History"۔</w:t>
      </w:r>
    </w:p>
    <w:p>
      <w:r>
        <w:rPr>
          <w:b/>
        </w:rPr>
        <w:t xml:space="preserve">[00:50] </w:t>
      </w:r>
      <w:r>
        <w:t>Yaani tareekh mein Allah ki rububiyat.</w:t>
      </w:r>
    </w:p>
    <w:p>
      <w:pPr>
        <w:jc w:val="right"/>
      </w:pPr>
      <w:r>
        <w:t>یعنی تاریخ میں اللہ کی ربوبیت۔</w:t>
      </w:r>
    </w:p>
    <w:p>
      <w:r>
        <w:rPr>
          <w:b/>
        </w:rPr>
        <w:t xml:space="preserve">[00:56] </w:t>
      </w:r>
      <w:r>
        <w:t>Dekhiye, Quran kya hai? Quran</w:t>
      </w:r>
    </w:p>
    <w:p>
      <w:pPr>
        <w:jc w:val="right"/>
      </w:pPr>
      <w:r>
        <w:t>دیکھیے، قرآن کیا ہے؟ قرآن</w:t>
      </w:r>
    </w:p>
    <w:p>
      <w:r>
        <w:rPr>
          <w:b/>
        </w:rPr>
        <w:t xml:space="preserve">[01:06] </w:t>
      </w:r>
      <w:r>
        <w:t>Ek mazhabi kitab saada taur par nahi hai. Woh Creator ki taraf se is baat ka ek bayan hai ke uska takhleeqi mansooba kya hai is kainat ke bare mein.</w:t>
      </w:r>
    </w:p>
    <w:p>
      <w:pPr>
        <w:jc w:val="right"/>
      </w:pPr>
      <w:r>
        <w:t>ایک مذہبی کتاب سادہ طور پر نہیں ہے۔ وہ Creator کی طرف سے اس بات کا ایک بیان ہے کہ اس کا تخلیقی منصوبہ کیا ہے اس کائنات کے بارے میں۔</w:t>
      </w:r>
    </w:p>
    <w:p>
      <w:r>
        <w:rPr>
          <w:b/>
        </w:rPr>
        <w:t xml:space="preserve">[01:26] </w:t>
      </w:r>
      <w:r>
        <w:t>To Quran ke mutale se maloom hota hai ke Allah taala ne is duniya ko paida kar ke</w:t>
      </w:r>
    </w:p>
    <w:p>
      <w:pPr>
        <w:jc w:val="right"/>
      </w:pPr>
      <w:r>
        <w:t>تو قرآن کے مطالعے سے معلوم ہوتا ہے کہ اللہ تعالیٰ نے اس دنیا کو پیدا کر کے</w:t>
      </w:r>
    </w:p>
    <w:p>
      <w:r>
        <w:rPr>
          <w:b/>
        </w:rPr>
        <w:t xml:space="preserve">[01:40] </w:t>
      </w:r>
      <w:r>
        <w:t>Chhod nahi diya. Paida karne ke baad Khuda is kainat ko manage kar raha hai.</w:t>
      </w:r>
    </w:p>
    <w:p>
      <w:pPr>
        <w:jc w:val="right"/>
      </w:pPr>
      <w:r>
        <w:t>چھوڑ نہیں دیا۔ پیدا کرنے کے بعد خدا اس کائنات کو مینیج کر رہا ہے۔</w:t>
      </w:r>
    </w:p>
    <w:p>
      <w:r>
        <w:rPr>
          <w:b/>
        </w:rPr>
        <w:t xml:space="preserve">[01:50] </w:t>
      </w:r>
      <w:r>
        <w:t>Isi ko kaha gaya hai Quran mein rububiyat. Rububiyat ka wahi matlab hai jo aaj kal ki zaban mein kehte hain manage karna.</w:t>
      </w:r>
    </w:p>
    <w:p>
      <w:pPr>
        <w:jc w:val="right"/>
      </w:pPr>
      <w:r>
        <w:t>اسی کو کہا گیا ہے قرآن میں ربوبیت۔ ربوبیت کا وہی معنی ہے جو آج کل کی زبان میں کہتے ہیں مینیج کرنا۔</w:t>
      </w:r>
    </w:p>
    <w:p>
      <w:r>
        <w:rPr>
          <w:b/>
        </w:rPr>
        <w:t xml:space="preserve">[02:02] </w:t>
      </w:r>
      <w:r>
        <w:t>To Khuda is kainat ka Creator hai. Aur uske baad poori tareekh mein woh is kainat ko manage kar raha hai.</w:t>
      </w:r>
    </w:p>
    <w:p>
      <w:pPr>
        <w:jc w:val="right"/>
      </w:pPr>
      <w:r>
        <w:t>تو خدا اس کائنات کا Creator ہے۔ اور اس کے بعد پوری تاریخ میں وہ اس کائنات کو مینیج کر رہا ہے۔</w:t>
      </w:r>
    </w:p>
    <w:p>
      <w:r>
        <w:rPr>
          <w:b/>
        </w:rPr>
        <w:t xml:space="preserve">[02:12] </w:t>
      </w:r>
      <w:r>
        <w:t>Material world ko bhi aur human world ko bhi.</w:t>
      </w:r>
    </w:p>
    <w:p>
      <w:pPr>
        <w:jc w:val="right"/>
      </w:pPr>
      <w:r>
        <w:t>مٹیریل ورلڈ کو بھی اور ہیومن ورلڈ کو بھی۔</w:t>
      </w:r>
    </w:p>
    <w:p>
      <w:r>
        <w:rPr>
          <w:b/>
        </w:rPr>
        <w:t xml:space="preserve">[02:19] </w:t>
      </w:r>
      <w:r>
        <w:t>To human world ke bare mein uski rububiyat kya hai?</w:t>
      </w:r>
    </w:p>
    <w:p>
      <w:pPr>
        <w:jc w:val="right"/>
      </w:pPr>
      <w:r>
        <w:t>تو ہیومن ورلڈ کے بارے میں اس کی ربوبیت کیا ہے؟</w:t>
      </w:r>
    </w:p>
    <w:p>
      <w:r>
        <w:rPr>
          <w:b/>
        </w:rPr>
        <w:t xml:space="preserve">[02:26] </w:t>
      </w:r>
      <w:r>
        <w:t>Jahan tak Quran ke mutale se maine samjha hai, iske do bare pehlu hain.</w:t>
      </w:r>
    </w:p>
    <w:p>
      <w:pPr>
        <w:jc w:val="right"/>
      </w:pPr>
      <w:r>
        <w:t>جہاں تک قرآن کے مطالعے سے میں نے سمجھا ہے، اس کے دو بڑے پہلو ہیں۔</w:t>
      </w:r>
    </w:p>
    <w:p>
      <w:r>
        <w:rPr>
          <w:b/>
        </w:rPr>
        <w:t xml:space="preserve">[02:36] </w:t>
      </w:r>
      <w:r>
        <w:t>Ek yeh ke Allah ne insan ko azadi di. Aur uske baad Allah ne har zamane mein peghambar bheje.</w:t>
      </w:r>
    </w:p>
    <w:p>
      <w:pPr>
        <w:jc w:val="right"/>
      </w:pPr>
      <w:r>
        <w:t>ایک یہ کہ اللہ نے انسان کو آزادی دی۔ اور اس کے بعد اللہ نے ہر زمانے میں پیغمبر بھیجے۔</w:t>
      </w:r>
    </w:p>
    <w:p>
      <w:r>
        <w:rPr>
          <w:b/>
        </w:rPr>
        <w:t xml:space="preserve">[02:46] </w:t>
      </w:r>
      <w:r>
        <w:t>Batane ke liye ke Khuda ki mansha kya hai. Yaani azadi to mili hai insan ko lekin azadi ke bawajood usko khud nazm o zabt mein rehna hai.</w:t>
      </w:r>
    </w:p>
    <w:p>
      <w:pPr>
        <w:jc w:val="right"/>
      </w:pPr>
      <w:r>
        <w:t>بتانے کے لیے کہ خدا کی منشا کیا ہے۔ یعنی آزادی تو ملی ہے انسان کو لیکن آزادی کے باوجود اس کو خود نظم و ضبط میں رہنا ہے۔</w:t>
      </w:r>
    </w:p>
    <w:p>
      <w:r>
        <w:rPr>
          <w:b/>
        </w:rPr>
        <w:t xml:space="preserve">[03:01] </w:t>
      </w:r>
      <w:r>
        <w:t>aazadi ke bawajood is ko</w:t>
      </w:r>
    </w:p>
    <w:p>
      <w:pPr>
        <w:jc w:val="right"/>
      </w:pPr>
      <w:r>
        <w:t>آزادی کے باوجود اس کو</w:t>
      </w:r>
    </w:p>
    <w:p>
      <w:r>
        <w:rPr>
          <w:b/>
        </w:rPr>
        <w:t xml:space="preserve">[03:04] </w:t>
      </w:r>
      <w:r>
        <w:t>allah ki rehnumai ke mutabiq chalna hai. khud apne ikhtiyar se. to yeh batane ke liye allah ne apne nabi bheje har zamane mein.</w:t>
      </w:r>
    </w:p>
    <w:p>
      <w:pPr>
        <w:jc w:val="right"/>
      </w:pPr>
      <w:r>
        <w:t>اللہ کی رہنمائی کے مطابق چلنا ہے۔ خود اپنے اختیار سے۔ تو یہ بتانے کے لیے اللہ نے اپنے نبی بھیجے ہر زمانے میں۔</w:t>
      </w:r>
    </w:p>
    <w:p>
      <w:r>
        <w:rPr>
          <w:b/>
        </w:rPr>
        <w:t xml:space="preserve">[03:18] </w:t>
      </w:r>
      <w:r>
        <w:t>aur aakhri nabi</w:t>
      </w:r>
    </w:p>
    <w:p>
      <w:pPr>
        <w:jc w:val="right"/>
      </w:pPr>
      <w:r>
        <w:t>اور آخری نبی</w:t>
      </w:r>
    </w:p>
    <w:p>
      <w:r>
        <w:rPr>
          <w:b/>
        </w:rPr>
        <w:t xml:space="preserve">[03:20] </w:t>
      </w:r>
      <w:r>
        <w:t>muhammad sallallahu alaihi wasallam the jo saatvi sadi isvi mein aaye. ek intezam yeh hai. lekin allah ne isi par bas nahi kiya.</w:t>
      </w:r>
    </w:p>
    <w:p>
      <w:pPr>
        <w:jc w:val="right"/>
      </w:pPr>
      <w:r>
        <w:t>محمد صلی اللہ علیہ وسلم تھے جو ساتویں صدی عیسوی میں آئے۔ ایک انتظام یہ ہے۔ لیکن اللہ نے اسی پر بس نہیں کیا۔</w:t>
      </w:r>
    </w:p>
    <w:p>
      <w:r>
        <w:rPr>
          <w:b/>
        </w:rPr>
        <w:t xml:space="preserve">[03:35] </w:t>
      </w:r>
      <w:r>
        <w:t>is ke siwa allah ka ek aur intezam hai.</w:t>
      </w:r>
    </w:p>
    <w:p>
      <w:pPr>
        <w:jc w:val="right"/>
      </w:pPr>
      <w:r>
        <w:t>اس کے سوا اللہ کا ایک اور انتظام ہے۔</w:t>
      </w:r>
    </w:p>
    <w:p>
      <w:r>
        <w:rPr>
          <w:b/>
        </w:rPr>
        <w:t xml:space="preserve">[03:42] </w:t>
      </w:r>
      <w:r>
        <w:t>insan aazad hai to aazadi ki wajah se is ko istemal karne ki bhi aazadi hai. to insan ko agar chhod diya jaye poori tarah to duniya ko fasad se bhar dega.</w:t>
      </w:r>
    </w:p>
    <w:p>
      <w:pPr>
        <w:jc w:val="right"/>
      </w:pPr>
      <w:r>
        <w:t>انسان آزاد ہے تو آزادی کی وجہ سے اس کو استعمال کرنے کی بھی آزادی ہے۔ تو انسان کو اگر چھوڑ دیا جائے پوری طرح تو دنیا کو فساد سے بھر دے گا۔</w:t>
      </w:r>
    </w:p>
    <w:p>
      <w:r>
        <w:rPr>
          <w:b/>
        </w:rPr>
        <w:t xml:space="preserve">[04:01] </w:t>
      </w:r>
      <w:r>
        <w:t>to allah taala ne kya kiya? insan ki aazadi ko baqi rakhte hue</w:t>
      </w:r>
    </w:p>
    <w:p>
      <w:pPr>
        <w:jc w:val="right"/>
      </w:pPr>
      <w:r>
        <w:t>تو اللہ تعالیٰ نے کیا کیا؟ انسان کی آزادی کو باقی رکھتے ہوئے</w:t>
      </w:r>
    </w:p>
    <w:p>
      <w:r>
        <w:rPr>
          <w:b/>
        </w:rPr>
        <w:t xml:space="preserve">[04:11] </w:t>
      </w:r>
      <w:r>
        <w:t>insan ki tareekh ko manage karna shuru kiya. insan ki aazadi ko abalish nahi kiya allah taala ne. lekin abalish kiye baghair woh is ko manage kar raha hai.</w:t>
      </w:r>
    </w:p>
    <w:p>
      <w:pPr>
        <w:jc w:val="right"/>
      </w:pPr>
      <w:r>
        <w:t>انسان کی تاریخ کو مینیج کرنا شروع کیا۔ انسان کی آزادی کو ابالش نہیں کیا اللہ تعالیٰ نے۔ لیکن ابالش کیے بغیر وہ اس کو مینیج کر رہا ہے۔</w:t>
      </w:r>
    </w:p>
    <w:p>
      <w:r>
        <w:rPr>
          <w:b/>
        </w:rPr>
        <w:t xml:space="preserve">[04:25] </w:t>
      </w:r>
      <w:r>
        <w:t>to insan ki aazadi ko</w:t>
      </w:r>
    </w:p>
    <w:p>
      <w:pPr>
        <w:jc w:val="right"/>
      </w:pPr>
      <w:r>
        <w:t>تو انسان کی آزادی کو</w:t>
      </w:r>
    </w:p>
    <w:p>
      <w:r>
        <w:rPr>
          <w:b/>
        </w:rPr>
        <w:t xml:space="preserve">[04:28] </w:t>
      </w:r>
      <w:r>
        <w:t>baqi rakhte hue tareekh ko manage karna yeh bohat hi zyada ek pecheeda cheez hai.</w:t>
      </w:r>
    </w:p>
    <w:p>
      <w:pPr>
        <w:jc w:val="right"/>
      </w:pPr>
      <w:r>
        <w:t>باقی رکھتے ہوئے تاریخ کو مینیج کرنا یہ بہت ہی زیادہ ایک پیچیدہ چیز ہے۔</w:t>
      </w:r>
    </w:p>
    <w:p>
      <w:r>
        <w:rPr>
          <w:b/>
        </w:rPr>
        <w:t xml:space="preserve">[04:37] </w:t>
      </w:r>
      <w:r>
        <w:t>yeh sirf allah kar sakta hai aur woh kar raha hai.</w:t>
      </w:r>
    </w:p>
    <w:p>
      <w:pPr>
        <w:jc w:val="right"/>
      </w:pPr>
      <w:r>
        <w:t>یہ صرف اللہ کر سکتا ہے اور وہ کر رہا ہے۔</w:t>
      </w:r>
    </w:p>
    <w:p>
      <w:r>
        <w:rPr>
          <w:b/>
        </w:rPr>
        <w:t xml:space="preserve">[04:43] </w:t>
      </w:r>
      <w:r>
        <w:t>taake jo maqsad hai takhleeq ka woh baqi rahe. yani duniya mein woh halaat baqi rahein jis mein insan ko apna test dena hai.</w:t>
      </w:r>
    </w:p>
    <w:p>
      <w:pPr>
        <w:jc w:val="right"/>
      </w:pPr>
      <w:r>
        <w:t>تاکہ جو مقصد ہے تخلیق کا وہ باقی رہے۔ یعنی دنیا میں وہ حالات باقی رہیں جس میں انسان کو اپنا ٹیسٹ دینا ہے۔</w:t>
      </w:r>
    </w:p>
    <w:p>
      <w:r>
        <w:rPr>
          <w:b/>
        </w:rPr>
        <w:t xml:space="preserve">[04:57] </w:t>
      </w:r>
      <w:r>
        <w:t>is liye allah manage kar raha hai tareekh ko.</w:t>
      </w:r>
    </w:p>
    <w:p>
      <w:pPr>
        <w:jc w:val="right"/>
      </w:pPr>
      <w:r>
        <w:t>اس لیے اللہ مینیج کر رہا ہے تاریخ کو۔</w:t>
      </w:r>
    </w:p>
    <w:p>
      <w:r>
        <w:rPr>
          <w:b/>
        </w:rPr>
        <w:t xml:space="preserve">[05:01] </w:t>
      </w:r>
      <w:r>
        <w:t>to quran mein is silsile mein kai hawala jaat maujood hain. dekhiye yeh jo allah manage kar raha hai to is mein woh insano ko istemal karta hai.</w:t>
      </w:r>
    </w:p>
    <w:p>
      <w:pPr>
        <w:jc w:val="right"/>
      </w:pPr>
      <w:r>
        <w:t>تو قرآن میں اس سلسلے میں کئی حوالہ جات موجود ہیں۔ دیکھیے یہ جو اللہ مینیج کر رہا ہے تو اس میں وہ انسانوں کو استعمال کرتا ہے۔</w:t>
      </w:r>
    </w:p>
    <w:p>
      <w:r>
        <w:rPr>
          <w:b/>
        </w:rPr>
        <w:t xml:space="preserve">[05:13] </w:t>
      </w:r>
      <w:r>
        <w:t>is ka matlab yeh nahi ke jo log apne ko khair ul umum samajhte hain</w:t>
      </w:r>
    </w:p>
    <w:p>
      <w:pPr>
        <w:jc w:val="right"/>
      </w:pPr>
      <w:r>
        <w:t>اس کا مطلب یہ نہیں کہ جو لوگ اپنے کو خیر العموم سمجھتے ہیں</w:t>
      </w:r>
    </w:p>
    <w:p>
      <w:r>
        <w:rPr>
          <w:b/>
        </w:rPr>
        <w:t xml:space="preserve">[05:17] </w:t>
      </w:r>
      <w:r>
        <w:t>ya apne ko</w:t>
      </w:r>
    </w:p>
    <w:p>
      <w:pPr>
        <w:jc w:val="right"/>
      </w:pPr>
      <w:r>
        <w:t>یا اپنے کو</w:t>
      </w:r>
    </w:p>
    <w:p>
      <w:r>
        <w:rPr>
          <w:b/>
        </w:rPr>
        <w:t xml:space="preserve">[05:21] </w:t>
      </w:r>
      <w:r>
        <w:t>samajhte hain ke woh</w:t>
      </w:r>
    </w:p>
    <w:p>
      <w:pPr>
        <w:jc w:val="right"/>
      </w:pPr>
      <w:r>
        <w:t>سمجھتے ہیں کہ وہ</w:t>
      </w:r>
    </w:p>
    <w:p>
      <w:r>
        <w:rPr>
          <w:b/>
        </w:rPr>
        <w:t xml:space="preserve">[05:25] </w:t>
      </w:r>
      <w:r>
        <w:t>muntakhib log hain, un ko istemal karta hai. nahi, poori insaniyat ko istemal karta hai allah taala.</w:t>
      </w:r>
    </w:p>
    <w:p>
      <w:pPr>
        <w:jc w:val="right"/>
      </w:pPr>
      <w:r>
        <w:t>منتخب لوگ ہیں، ان کو استعمال کرتا ہے۔ نہیں، پوری انسانیت کو استعمال کرتا ہے اللہ تعالیٰ۔</w:t>
      </w:r>
    </w:p>
    <w:p>
      <w:r>
        <w:rPr>
          <w:b/>
        </w:rPr>
        <w:t xml:space="preserve">[05:35] </w:t>
      </w:r>
      <w:r>
        <w:t>sab ko.</w:t>
      </w:r>
    </w:p>
    <w:p>
      <w:pPr>
        <w:jc w:val="right"/>
      </w:pPr>
      <w:r>
        <w:t>سب کو۔</w:t>
      </w:r>
    </w:p>
    <w:p>
      <w:r>
        <w:rPr>
          <w:b/>
        </w:rPr>
        <w:t xml:space="preserve">[05:40] </w:t>
      </w:r>
      <w:r>
        <w:t>poori insaniyat ko, poori insaniyat ko istemal kar ke tareekh ko manage kar raha hai.</w:t>
      </w:r>
    </w:p>
    <w:p>
      <w:pPr>
        <w:jc w:val="right"/>
      </w:pPr>
      <w:r>
        <w:t>پوری انسانیت کو، پوری انسانیت کو استعمال کر کے تاریخ کو مینیج کر رہا ہے۔</w:t>
      </w:r>
    </w:p>
    <w:p>
      <w:r>
        <w:rPr>
          <w:b/>
        </w:rPr>
        <w:t xml:space="preserve">[05:49] </w:t>
      </w:r>
      <w:r>
        <w:t>is ka ek hawala dekhiye surah al hajj mein hai. walawla daf'u allahi alnnasa ba'dahum bib'adin lafasadat al'ardu walakinna allaha lafadhulu 'ala al'alamin.</w:t>
      </w:r>
    </w:p>
    <w:p>
      <w:pPr>
        <w:jc w:val="right"/>
      </w:pPr>
      <w:r>
        <w:t>اس کا ایک حوالہ دیکھیے سورہ الحج میں ہے۔ ولولا دخول الله الناس بعضهم ببعض لفظت الأرض ولكن الله فضل على العالمين ۔</w:t>
      </w:r>
    </w:p>
    <w:p>
      <w:r>
        <w:rPr>
          <w:b/>
        </w:rPr>
        <w:t xml:space="preserve">[06:06] </w:t>
      </w:r>
      <w:r>
        <w:t>is ka tarjuma yeh hai</w:t>
      </w:r>
    </w:p>
    <w:p>
      <w:pPr>
        <w:jc w:val="right"/>
      </w:pPr>
      <w:r>
        <w:t>اس کا ترجمہ یہ ہے</w:t>
      </w:r>
    </w:p>
    <w:p>
      <w:r>
        <w:rPr>
          <w:b/>
        </w:rPr>
        <w:t xml:space="preserve">[06:09] </w:t>
      </w:r>
      <w:r>
        <w:t>ke agar allah</w:t>
      </w:r>
    </w:p>
    <w:p>
      <w:pPr>
        <w:jc w:val="right"/>
      </w:pPr>
      <w:r>
        <w:t>کہ اگر اللہ</w:t>
      </w:r>
    </w:p>
    <w:p>
      <w:r>
        <w:rPr>
          <w:b/>
        </w:rPr>
        <w:t xml:space="preserve">[06:13] </w:t>
      </w:r>
      <w:r>
        <w:t>ek insani groh ko doosre insani groh se check na karte rahein, check na karta rahe to zameen fasad se bhar jaye.</w:t>
      </w:r>
    </w:p>
    <w:p>
      <w:pPr>
        <w:jc w:val="right"/>
      </w:pPr>
      <w:r>
        <w:t>ایک انسانی گروہ کو دوسرے انسانی گروہ سے چیک نہ کرتے رہے، چیک نہ کرتا رہے تو زمین فساد سے بھر جائے۔</w:t>
      </w:r>
    </w:p>
    <w:p>
      <w:r>
        <w:rPr>
          <w:b/>
        </w:rPr>
        <w:t xml:space="preserve">[06:23] </w:t>
      </w:r>
      <w:r>
        <w:t>lekin allah duniya walon par bohat meherban hai. to allah taala check karta rehta hai.</w:t>
      </w:r>
    </w:p>
    <w:p>
      <w:pPr>
        <w:jc w:val="right"/>
      </w:pPr>
      <w:r>
        <w:t>لیکن اللہ دنیا والوں پر بہت مہربان ہے۔ تو اللہ تعالیٰ چیک کرتا رہتا ہے۔</w:t>
      </w:r>
    </w:p>
    <w:p>
      <w:r>
        <w:rPr>
          <w:b/>
        </w:rPr>
        <w:t xml:space="preserve">[06:31] </w:t>
      </w:r>
      <w:r>
        <w:t>yeh check karna kis ke zariye hota hai? zyada tar hota hai siyasi taqat ke zariye. jin ke hath mein siyasi taqat hoti hai un ke zariye.</w:t>
      </w:r>
    </w:p>
    <w:p>
      <w:pPr>
        <w:jc w:val="right"/>
      </w:pPr>
      <w:r>
        <w:t>یہ چیک کرنا کس کے ذریعے ہوتا ہے؟ زیادہ تر ہوتا ہے سیاسی طاقت کے ذریعے۔ جن کے ہاتھ میں سیاسی طاقت ہوتی ہے ان کے ذریعے۔</w:t>
      </w:r>
    </w:p>
    <w:p>
      <w:r>
        <w:rPr>
          <w:b/>
        </w:rPr>
        <w:t xml:space="preserve">[06:44] </w:t>
      </w:r>
      <w:r>
        <w:t>misal ke tor par dekhiye, is qism ka ek case tha communist empire.</w:t>
      </w:r>
    </w:p>
    <w:p>
      <w:pPr>
        <w:jc w:val="right"/>
      </w:pPr>
      <w:r>
        <w:t>مثال کے طور پر دیکھیے، اس قسم کا ایک کیس تھا کمیونسٹ ایمپائر۔</w:t>
      </w:r>
    </w:p>
    <w:p>
      <w:r>
        <w:rPr>
          <w:b/>
        </w:rPr>
        <w:t xml:space="preserve">[06:50] </w:t>
      </w:r>
      <w:r>
        <w:t>communist empire jo 1917 mein bana, us ne ek bohat bara fasad barpa kiya.</w:t>
      </w:r>
    </w:p>
    <w:p>
      <w:pPr>
        <w:jc w:val="right"/>
      </w:pPr>
      <w:r>
        <w:t>کمیونسٹ ایمپائر جو انیس سو سترہ میں بنا، اس نے ایک بہت بڑا فساد برپا کیا۔</w:t>
      </w:r>
    </w:p>
    <w:p>
      <w:r>
        <w:rPr>
          <w:b/>
        </w:rPr>
        <w:t xml:space="preserve">[07:00] </w:t>
      </w:r>
      <w:r>
        <w:t>ke mazhabi azadi ka khatma kar diya. mazhab ko manna, mazhab par amal karna yeh jurm ban gaya.</w:t>
      </w:r>
    </w:p>
    <w:p>
      <w:pPr>
        <w:jc w:val="right"/>
      </w:pPr>
      <w:r>
        <w:t>کہ مذہبی آزادی کا خاتمہ کر دیا۔ مذہب کو ماننا، مذہب پر عمل کرنا یہ جرم بن گیا۔</w:t>
      </w:r>
    </w:p>
    <w:p>
      <w:r>
        <w:rPr>
          <w:b/>
        </w:rPr>
        <w:t xml:space="preserve">[07:12] </w:t>
      </w:r>
      <w:r>
        <w:t>jurm. to yeh to Allah ki takhleeqi naqshe ke khilaf tha. Allah ne dunya mein rakha hai insan ko azad ke chahe woh</w:t>
      </w:r>
    </w:p>
    <w:p>
      <w:pPr>
        <w:jc w:val="right"/>
      </w:pPr>
      <w:r>
        <w:t>جرم۔ تو یہ تو اللہ کی تخلیقی نقشے کے خلاف تھا۔ اللہ نے دنیا میں رکھا ہے انسان کو آزاد کہ چاہے وہ</w:t>
      </w:r>
    </w:p>
    <w:p>
      <w:r>
        <w:rPr>
          <w:b/>
        </w:rPr>
        <w:t xml:space="preserve">[07:27] </w:t>
      </w:r>
      <w:r>
        <w:t>jo kare jo chahe woh kare. lekin unhon ne pabandi laga di ke tum ko secular ban kar aana hoga, mazhabi nahi ban sakte. to Allah taala ne kya kiya?</w:t>
      </w:r>
    </w:p>
    <w:p>
      <w:pPr>
        <w:jc w:val="right"/>
      </w:pPr>
      <w:r>
        <w:t>جو کرے جو چاہے وہ کرے۔ لیکن انہوں نے پابندی لگا دی کہ تم کو سیکولر بن کر آنا ہوگا، مذہبی نہیں بن سکتے۔ تو اللہ تعالیٰ نے کیا کیا؟</w:t>
      </w:r>
    </w:p>
    <w:p>
      <w:r>
        <w:rPr>
          <w:b/>
        </w:rPr>
        <w:t xml:space="preserve">[07:39] </w:t>
      </w:r>
      <w:r>
        <w:t>ke America ke zariye is ko mehdood kiya.</w:t>
      </w:r>
    </w:p>
    <w:p>
      <w:pPr>
        <w:jc w:val="right"/>
      </w:pPr>
      <w:r>
        <w:t>کہ امریکہ کے ذریعے اس کو محدود کیا۔</w:t>
      </w:r>
    </w:p>
    <w:p>
      <w:r>
        <w:rPr>
          <w:b/>
        </w:rPr>
        <w:t xml:space="preserve">[07:43] </w:t>
      </w:r>
      <w:r>
        <w:t>yani communist empire ko American empire ke zariye mehdood kiya. yeh ek misal hai. aise hi dekhiye,</w:t>
      </w:r>
    </w:p>
    <w:p>
      <w:pPr>
        <w:jc w:val="right"/>
      </w:pPr>
      <w:r>
        <w:t>یعنی کمیونسٹ ایمپائر کو امریکن ایمپائر کے ذریعے محدود کیا۔ یہ ایک مثال ہے۔ ایسے ہی دیکھیے،</w:t>
      </w:r>
    </w:p>
    <w:p>
      <w:r>
        <w:rPr>
          <w:b/>
        </w:rPr>
        <w:t xml:space="preserve">[07:56] </w:t>
      </w:r>
      <w:r>
        <w:t>ek hai sahih al bukhari ki riwayat, is ke alfaaz yeh hain ke innalaha liyuyyiduhadhdina birrajulilfajir.</w:t>
      </w:r>
    </w:p>
    <w:p>
      <w:pPr>
        <w:jc w:val="right"/>
      </w:pPr>
      <w:r>
        <w:t>ایک ہے صحیح البخاری کی روایت، اس کے الفاظ یہ ہیں کہ إن الله ليؤيد هذا الدين بالرجل الفاجر ۔</w:t>
      </w:r>
    </w:p>
    <w:p>
      <w:r>
        <w:rPr>
          <w:b/>
        </w:rPr>
        <w:t xml:space="preserve">[08:11] </w:t>
      </w:r>
      <w:r>
        <w:t>is hadith mein bataya gaya hai ke Allah is kaam ke liye, yani tareekh ko manage karne ke liye, secular logon ko bhi istemal karega.</w:t>
      </w:r>
    </w:p>
    <w:p>
      <w:pPr>
        <w:jc w:val="right"/>
      </w:pPr>
      <w:r>
        <w:t>اس حدیث میں بتایا گیا ہے کہ اللہ اس کام کے لیے، یعنی تاریخ کو مینیج کرنے کے لیے، سیکولر لوگوں کو بھی استعمال کرے گا۔</w:t>
      </w:r>
    </w:p>
    <w:p>
      <w:r>
        <w:rPr>
          <w:b/>
        </w:rPr>
        <w:t xml:space="preserve">[08:21] </w:t>
      </w:r>
      <w:r>
        <w:t>yahan fajar se murad hai secular. is ki ek misal yeh hai ke dunya mein dekhiye, badshahat qaim ho gayi thi. badshahat ne bohat hi zalimana nizam qaim kar rakha tha.</w:t>
      </w:r>
    </w:p>
    <w:p>
      <w:pPr>
        <w:jc w:val="right"/>
      </w:pPr>
      <w:r>
        <w:t>یہاں فاجر سے مراد ہے سیکولر۔ اس کی ایک مثال یہ ہے کہ دنیا میں دیکھیے، بادشاہت قائم ہو گئی تھی۔ بادشاہت نے بہت ہی ظالمانہ نظام قائم کر رکھا تھا۔</w:t>
      </w:r>
    </w:p>
    <w:p>
      <w:r>
        <w:rPr>
          <w:b/>
        </w:rPr>
        <w:t xml:space="preserve">[08:35] </w:t>
      </w:r>
      <w:r>
        <w:t>ek badshah ke siwa kisi ko azadi nahi thi.</w:t>
      </w:r>
    </w:p>
    <w:p>
      <w:pPr>
        <w:jc w:val="right"/>
      </w:pPr>
      <w:r>
        <w:t>ایک بادشاہ کے سوا کسی کو آزادی نہیں تھی۔</w:t>
      </w:r>
    </w:p>
    <w:p>
      <w:r>
        <w:rPr>
          <w:b/>
        </w:rPr>
        <w:t xml:space="preserve">[08:40] </w:t>
      </w:r>
      <w:r>
        <w:t>aadmi ko wahi karna padta tha jo badshah ki marzi ho. to that was also against the creation plan of God.</w:t>
      </w:r>
    </w:p>
    <w:p>
      <w:pPr>
        <w:jc w:val="right"/>
      </w:pPr>
      <w:r>
        <w:t>آدمی کو وہی کرنا پڑتا تھا جو بادشاہ کی مرضی ہو۔ تو that was also against the creation plan of God ۔</w:t>
      </w:r>
    </w:p>
    <w:p>
      <w:r>
        <w:rPr>
          <w:b/>
        </w:rPr>
        <w:t xml:space="preserve">[08:50] </w:t>
      </w:r>
      <w:r>
        <w:t>to Allah taala ne kya kiya? yahan par democratic reformer khare kiye.</w:t>
      </w:r>
    </w:p>
    <w:p>
      <w:pPr>
        <w:jc w:val="right"/>
      </w:pPr>
      <w:r>
        <w:t>تو اللہ تعالیٰ نے کیا کیا؟ یہاں پر ڈیموکریٹک ریفارمر کھڑے کیے۔</w:t>
      </w:r>
    </w:p>
    <w:p>
      <w:r>
        <w:rPr>
          <w:b/>
        </w:rPr>
        <w:t xml:space="preserve">[08:57] </w:t>
      </w:r>
      <w:r>
        <w:t>agarche is nizam ke khilaf khud saatvi sadi mein</w:t>
      </w:r>
    </w:p>
    <w:p>
      <w:pPr>
        <w:jc w:val="right"/>
      </w:pPr>
      <w:r>
        <w:t>اگرچہ اس نظام کے خلاف خود ساتویں صدی میں</w:t>
      </w:r>
    </w:p>
    <w:p>
      <w:r>
        <w:rPr>
          <w:b/>
        </w:rPr>
        <w:t xml:space="preserve">[09:06] </w:t>
      </w:r>
      <w:r>
        <w:t>rasool aur sahaba rasool ke zariye se ek naya amal jari hua tha, lekin is ki takmeel hui hai Europe mein aa kar. democratic jo reformers the unhon ne yeh kaam kiya ke badshahat ka hamesha ke liye khatma kar diya.</w:t>
      </w:r>
    </w:p>
    <w:p>
      <w:pPr>
        <w:jc w:val="right"/>
      </w:pPr>
      <w:r>
        <w:t>رسول اور صحابہ رسول کے ذریعے سے ایک نیا عمل جاری ہوا تھا، لیکن اس کی تکمیل ہوئی ہے یورپ میں آ کر۔ ڈیموکریٹک جو ریفارمرز تھے انہوں نے یہ کام کیا کہ بادشاہت کا ہمیشہ کے لیے خاتمہ کر دیا۔</w:t>
      </w:r>
    </w:p>
    <w:p>
      <w:r>
        <w:rPr>
          <w:b/>
        </w:rPr>
        <w:t xml:space="preserve">[09:20] </w:t>
      </w:r>
      <w:r>
        <w:t>aur dunya mein democracy aa gayi. to democracy mein aadmi ko azadi-e-intekhab hota hai.</w:t>
      </w:r>
    </w:p>
    <w:p>
      <w:pPr>
        <w:jc w:val="right"/>
      </w:pPr>
      <w:r>
        <w:t>اور دنیا میں ڈیموکریسی آ گئی۔ تو ڈیموکریسی میں آدمی کو آزادیِ انتخاب ہوتا ہے۔</w:t>
      </w:r>
    </w:p>
    <w:p>
      <w:r>
        <w:rPr>
          <w:b/>
        </w:rPr>
        <w:t xml:space="preserve">[09:27] </w:t>
      </w:r>
      <w:r>
        <w:t>badshahat mein azadi-e-intekhab nahi tha. is ka matlab yeh hai ke Allah ka jo takhleeqi mansooba hai is ko unhon ne abalash kar kar rakha tha.</w:t>
      </w:r>
    </w:p>
    <w:p>
      <w:pPr>
        <w:jc w:val="right"/>
      </w:pPr>
      <w:r>
        <w:t>بادشاہت میں آزادیِ انتخاب نہیں تھا۔ اس کا مطلب یہ ہے کہ اللہ کا جو تخلیقی منصوبہ ہے اس کو انہوں نے ابالش کر کر رکھا تھا۔</w:t>
      </w:r>
    </w:p>
    <w:p>
      <w:r>
        <w:rPr>
          <w:b/>
        </w:rPr>
        <w:t xml:space="preserve">[09:38] </w:t>
      </w:r>
      <w:r>
        <w:t>ab azadi-e-intekhab hai. faman shaa aflah, faman shaa aflah. khar ka</w:t>
      </w:r>
    </w:p>
    <w:p>
      <w:pPr>
        <w:jc w:val="right"/>
      </w:pPr>
      <w:r>
        <w:t>اب آزادیِ انتخاب ہے۔ فمن شاء أفلح، فمن شاء أفلح ۔ خر کا</w:t>
      </w:r>
    </w:p>
    <w:p>
      <w:r>
        <w:rPr>
          <w:b/>
        </w:rPr>
        <w:t xml:space="preserve">[09:45] </w:t>
      </w:r>
      <w:r>
        <w:t>mahol hai. to yeh kaam liya Allah taala ne secular logon ke zariye se. secular reformers ke zariye se. ke badshahat ke nizam ko khatam kar ke dunya mein democracy layi gayi.</w:t>
      </w:r>
    </w:p>
    <w:p>
      <w:pPr>
        <w:jc w:val="right"/>
      </w:pPr>
      <w:r>
        <w:t>ماحول ہے۔ تو یہ کام لیا اللہ تعالیٰ نے سیکولر لوگوں کے ذریعے سے۔ سیکولر ریفارمرز کے ذریعے سے۔ کہ بادشاہت کے نظام کو ختم کر کے دنیا میں ڈیموکریسی لائی گئی۔</w:t>
      </w:r>
    </w:p>
    <w:p>
      <w:r>
        <w:rPr>
          <w:b/>
        </w:rPr>
        <w:t xml:space="preserve">[10:00] </w:t>
      </w:r>
      <w:r>
        <w:t>isi tarah se ek aur bara, bohat bohat bara kaam hai</w:t>
      </w:r>
    </w:p>
    <w:p>
      <w:pPr>
        <w:jc w:val="right"/>
      </w:pPr>
      <w:r>
        <w:t>اسی طرح سے ایک اور بڑا، بہت بہت بڑا کام ہے</w:t>
      </w:r>
    </w:p>
    <w:p>
      <w:r>
        <w:rPr>
          <w:b/>
        </w:rPr>
        <w:t xml:space="preserve">[10:04] </w:t>
      </w:r>
      <w:r>
        <w:t>jis ke liye Quran mein surah saff mein bataya gaya hai. Quran ki surah saff yani chapter number 61 mein ek ayat hai. jis ke alfaaz yeh hain: ya ayyuhallazina amanu kunu ansarallahi</w:t>
      </w:r>
    </w:p>
    <w:p>
      <w:pPr>
        <w:jc w:val="right"/>
      </w:pPr>
      <w:r>
        <w:t>جس کے لیے قرآن میں سورہ الصف میں بتایا گیا ہے۔ قرآن کی سورہ الصف یعنی چیپٹر نمبر سکسٹی ون میں ایک آیت ہے۔ جس کے الفاظ یہ ہیں: يَا أَيُّهَا الَّذِينَ آمَنُوا كُونُوا أَنْصَارَ اللَّهِ</w:t>
      </w:r>
    </w:p>
    <w:p>
      <w:r>
        <w:rPr>
          <w:b/>
        </w:rPr>
        <w:t xml:space="preserve">[10:21] </w:t>
      </w:r>
      <w:r>
        <w:t>kama qala yusabna maryamun lilhawariyyina man ansariyalillahi qalalhawariyyunanan ansarullahi faamarat taifatum min bani israil wa kafarat taifatuwayaddallazinamanu alaa aduwwihim faatba'u al zahirin.</w:t>
      </w:r>
    </w:p>
    <w:p>
      <w:pPr>
        <w:jc w:val="right"/>
      </w:pPr>
      <w:r>
        <w:t>كَمَا قَالَ يُصَبْنَ مَرْيَمٌ لِلْهَوَارِيِّينَ مَنْ أَنْصَارِيَ لِلَّهِ قَالَ الْهَوَارِيُّونَ نَنْ أَنْصَارُ اللَّهِ فَآمَرَتْ طَائِفَةٌ مِنْ بَنِي إِسْرَائِيلَ وَكَفَرَتْ طَائِفَةٌ وَيَدَّ الَّذِينَ آمَنُوا عَلَى عَدُوِّهِمْ فَأَطْبَعُوا الظَّاهِرِينَ ۔</w:t>
      </w:r>
    </w:p>
    <w:p>
      <w:r>
        <w:rPr>
          <w:b/>
        </w:rPr>
        <w:t xml:space="preserve">[10:42] </w:t>
      </w:r>
      <w:r>
        <w:t>dekhiye is ayat ka tarjuma yeh hai ke aye iman walo!</w:t>
      </w:r>
    </w:p>
    <w:p>
      <w:pPr>
        <w:jc w:val="right"/>
      </w:pPr>
      <w:r>
        <w:t>دیکھیے اس آیت کا ترجمہ یہ ہے کہ اے ایمان والو!</w:t>
      </w:r>
    </w:p>
    <w:p>
      <w:r>
        <w:rPr>
          <w:b/>
        </w:rPr>
        <w:t xml:space="preserve">[10:49] </w:t>
      </w:r>
      <w:r>
        <w:t>Allah ke madadgar bano. jaisa ke kaha tha Masih ibn Maryam ne apne hawariyon se ke tum mein se kaun hai jo Allah ke raste mein madadgar banta hai?</w:t>
      </w:r>
    </w:p>
    <w:p>
      <w:pPr>
        <w:jc w:val="right"/>
      </w:pPr>
      <w:r>
        <w:t>اللہ کے مددگار بنو۔ جیسا کہ کہا تھا مسیح ابن مریم نے اپنے حواریوں سے کہ تم میں سے کون ہے جو اللہ کے راستے میں مددگار بنتا ہے؟</w:t>
      </w:r>
    </w:p>
    <w:p>
      <w:r>
        <w:rPr>
          <w:b/>
        </w:rPr>
        <w:t xml:space="preserve">[11:09] </w:t>
      </w:r>
      <w:r>
        <w:t>to hawariyon ne kaha ke hum hain madadgar. to Allah ne un ko madad ki. aur woh apne dushmanon par ghalib aa gaye.</w:t>
      </w:r>
    </w:p>
    <w:p>
      <w:pPr>
        <w:jc w:val="right"/>
      </w:pPr>
      <w:r>
        <w:t>تو حواریوں نے کہا کہ ہم ہیں مددگار۔ تو اللہ نے ان کو مدد کی۔ اور وہ اپنے دشمنوں پر غالب آ گئے۔</w:t>
      </w:r>
    </w:p>
    <w:p>
      <w:r>
        <w:rPr>
          <w:b/>
        </w:rPr>
        <w:t xml:space="preserve">[11:25] </w:t>
      </w:r>
      <w:r>
        <w:t>yahan par bohat ajeeb baat hai, yeh Quran mein aik hi aisi ayat hai ke kisi ke ummat-e-Muhammadi se kaha jaye ke tum falan ummat ke ke mutabiq karo.</w:t>
      </w:r>
    </w:p>
    <w:p>
      <w:pPr>
        <w:jc w:val="right"/>
      </w:pPr>
      <w:r>
        <w:t>یہاں پر بہت عجیب بات ہے، یہ قرآن میں ایک ہی ایسی آیت ہے کہ کسی کے کہ امت محمدی سے کہا جائے کہ تم فلاں امت کے کے مطابق کرو۔</w:t>
      </w:r>
    </w:p>
    <w:p>
      <w:r>
        <w:rPr>
          <w:b/>
        </w:rPr>
        <w:t xml:space="preserve">[11:39] </w:t>
      </w:r>
      <w:r>
        <w:t>yani ummat-e-Muhammadi se kaha ja raha hai ke tum ummat-e-Maseeh ke mutabiq karo. yeh bohat ajeeb baat hai. aur kahin Quran mein aisa nahi hai.</w:t>
      </w:r>
    </w:p>
    <w:p>
      <w:pPr>
        <w:jc w:val="right"/>
      </w:pPr>
      <w:r>
        <w:t>یعنی امت محمدی سے کہا جا رہا ہے کہ تم امت مسیح کے مطابق کرو۔ یہ بہت عجیب بات ہے۔ اور کہیں قرآن میں ایسا نہیں ہے۔</w:t>
      </w:r>
    </w:p>
    <w:p>
      <w:r>
        <w:rPr>
          <w:b/>
        </w:rPr>
        <w:t xml:space="preserve">[11:50] </w:t>
      </w:r>
      <w:r>
        <w:t>to yeh baat jo kahi gayi hai yeh method ke aitbar se hai. yeh ideology ya aqeeday ke aitbar se nahi hai.</w:t>
      </w:r>
    </w:p>
    <w:p>
      <w:pPr>
        <w:jc w:val="right"/>
      </w:pPr>
      <w:r>
        <w:t>تو یہ بات جو کہی گئی ہے یہ method کے اعتبار سے ہے۔ یہ ideology یا عقیدے کے اعتبار سے نہیں ہے۔</w:t>
      </w:r>
    </w:p>
    <w:p>
      <w:r>
        <w:rPr>
          <w:b/>
        </w:rPr>
        <w:t xml:space="preserve">[12:00] </w:t>
      </w:r>
      <w:r>
        <w:t>Christian community ke baray mein hadith mein aata hai ke aik zamanay mein aye ga ke woh dunya mein sab se bari religious community ban jayen ge. to dekhiye is ayat mein jo baat kahi gayi hai woh be aitbar ideology nahi hai.</w:t>
      </w:r>
    </w:p>
    <w:p>
      <w:pPr>
        <w:jc w:val="right"/>
      </w:pPr>
      <w:r>
        <w:t>Christian community کے بارے میں حدیث میں آتا ہے کہ ایک زمانے میں آئے گا کہ وہ دنیا میں سب سے بڑی religious community بن جائیں گے۔ تو دیکھیے اس آیت میں جو بات کہی گئی ہے وہ بے اعتبار ideology نہیں ہے۔</w:t>
      </w:r>
    </w:p>
    <w:p>
      <w:r>
        <w:rPr>
          <w:b/>
        </w:rPr>
        <w:t xml:space="preserve">[12:14] </w:t>
      </w:r>
      <w:r>
        <w:t>be aitbar method hai. to yeh jo baat hui history mein ke Christian community sab se bari religious community ban gayi.</w:t>
      </w:r>
    </w:p>
    <w:p>
      <w:pPr>
        <w:jc w:val="right"/>
      </w:pPr>
      <w:r>
        <w:t>بے اعتبار method ہے۔ تو یہ جو بات ہوئی history میں کہ Christian community سب سے بڑی religious community بن گئی۔</w:t>
      </w:r>
    </w:p>
    <w:p>
      <w:r>
        <w:rPr>
          <w:b/>
        </w:rPr>
        <w:t xml:space="preserve">[12:24] </w:t>
      </w:r>
      <w:r>
        <w:t>iska sabab yeh nahi tha ke un ki ideology hi wahid sahi ideology thi. yeh matlab nahi. un ka jo method tha method woh bohat hi effective tha aur yeh dunya mein jo Allah ne nizam banaya hai is ke ain mutabiq tha.</w:t>
      </w:r>
    </w:p>
    <w:p>
      <w:pPr>
        <w:jc w:val="right"/>
      </w:pPr>
      <w:r>
        <w:t>اس کا سبب یہ نہیں تھا کہ ان کی ideology ہی واحد صحیح ideology تھی۔ یہ مطلب نہیں۔ ان کا جو method تھا method وہ بہت ہی effective تھا اور یہ دنیا میں جو اللہ نے نظام بنایا ہے اس کے عین مطابق تھا۔</w:t>
      </w:r>
    </w:p>
    <w:p>
      <w:r>
        <w:rPr>
          <w:b/>
        </w:rPr>
        <w:t xml:space="preserve">[12:42] </w:t>
      </w:r>
      <w:r>
        <w:t>isko mein do misaal deta hoon aap ko. yeh Quran mein kaha gaya tha ke Musalmanon ke ke tum is method ko tum bhi follow karna.</w:t>
      </w:r>
    </w:p>
    <w:p>
      <w:pPr>
        <w:jc w:val="right"/>
      </w:pPr>
      <w:r>
        <w:t>اس کو میں دو مثال دیتا ہوں آپ کو۔ یہ قرآن میں کہا گیا تھا کہ مسلمانوں کے کہ تم اس method کو تم بھی follow کرنا۔</w:t>
      </w:r>
    </w:p>
    <w:p>
      <w:r>
        <w:rPr>
          <w:b/>
        </w:rPr>
        <w:t xml:space="preserve">[12:53] </w:t>
      </w:r>
      <w:r>
        <w:t>yani bohat ajeeb baat hai ke Christian community ne jo method apnaya jis ki wajah se woh itna zyada kamyab hue</w:t>
      </w:r>
    </w:p>
    <w:p>
      <w:pPr>
        <w:jc w:val="right"/>
      </w:pPr>
      <w:r>
        <w:t>یعنی بہت عجیب بات ہے کہ Christian community نے جو method اپنایا جس کی وجہ سے وہ اتنا زیادہ کامیاب ہوئے</w:t>
      </w:r>
    </w:p>
    <w:p>
      <w:r>
        <w:rPr>
          <w:b/>
        </w:rPr>
        <w:t xml:space="preserve">[13:01] </w:t>
      </w:r>
      <w:r>
        <w:t>ke sab se bari religious community ban gaye. to Musalmanon se kaha gaya tha Surah As-Saff mein ke tum bhi un ke method ko apanao.</w:t>
      </w:r>
    </w:p>
    <w:p>
      <w:pPr>
        <w:jc w:val="right"/>
      </w:pPr>
      <w:r>
        <w:t>کہ سب سے بڑی religious community بن گئے۔ تو مسلمانوں سے کہا گیا تھا سورہ الصف میں کہ تم بھی ان کے method کو اپناؤ۔</w:t>
      </w:r>
    </w:p>
    <w:p>
      <w:r>
        <w:rPr>
          <w:b/>
        </w:rPr>
        <w:t xml:space="preserve">[13:10] </w:t>
      </w:r>
      <w:r>
        <w:t>yeh following be aitbar method hai. woh kaise hai? dekhiye Hazrat Maseeh ke baad yeh jo hawariyen the inhon ne kiya kiya?</w:t>
      </w:r>
    </w:p>
    <w:p>
      <w:pPr>
        <w:jc w:val="right"/>
      </w:pPr>
      <w:r>
        <w:t>یہ following بے اعتبار method ہے۔ وہ کیسے ہے؟ دیکھیے حضرت مسیح کے بعد یہ جو حواریین تھے انہوں نے کیا کیا؟</w:t>
      </w:r>
    </w:p>
    <w:p>
      <w:r>
        <w:rPr>
          <w:b/>
        </w:rPr>
        <w:t xml:space="preserve">[13:20] </w:t>
      </w:r>
      <w:r>
        <w:t>un par zulm hua tha. un ko sataya gaya tha. un ko mara peeta gaya tha. hatta ke Hazrat Maseeh ko apne khayal ke mutabiq unhon ne saleeb pe charha diya tha.</w:t>
      </w:r>
    </w:p>
    <w:p>
      <w:pPr>
        <w:jc w:val="right"/>
      </w:pPr>
      <w:r>
        <w:t>ان پر ظلم ہوا تھا۔ ان کو ستایا گیا تھا۔ ان کو مارا پیٹا گیا تھا۔ حتیٰ کہ حضرت مسیح کو اپنے خیال کے مطابق انہوں نے صلیب پہ چڑھا دیا تھا۔</w:t>
      </w:r>
    </w:p>
    <w:p>
      <w:r>
        <w:rPr>
          <w:b/>
        </w:rPr>
        <w:t xml:space="preserve">[13:31] </w:t>
      </w:r>
      <w:r>
        <w:t>agarche wa ma qataloohu wa ma salaboohu. Quran mein aaya hai lekin khud apne</w:t>
      </w:r>
    </w:p>
    <w:p>
      <w:pPr>
        <w:jc w:val="right"/>
      </w:pPr>
      <w:r>
        <w:t>اگرچہ وَمَا قَتَلُوهُ وَمَا سَلَبُّوهُ ۔ قرآن میں آیا ہے لیکن خود اپنے</w:t>
      </w:r>
    </w:p>
    <w:p>
      <w:r>
        <w:rPr>
          <w:b/>
        </w:rPr>
        <w:t xml:space="preserve">[13:38] </w:t>
      </w:r>
      <w:r>
        <w:t>samajh se to unhon ne yahi kiya.</w:t>
      </w:r>
    </w:p>
    <w:p>
      <w:pPr>
        <w:jc w:val="right"/>
      </w:pPr>
      <w:r>
        <w:t>سمجھ سے تو انہوں نے یہی کیا۔</w:t>
      </w:r>
    </w:p>
    <w:p>
      <w:r>
        <w:rPr>
          <w:b/>
        </w:rPr>
        <w:t xml:space="preserve">[13:41] </w:t>
      </w:r>
      <w:r>
        <w:t>is ke bawajood hawari negative nahi bane. koi unhon ne in logon ke khilaf jinhon ne ke un ko sataya tha koi aap nahi bata sakte ke unhon ne un ke khilaf koi</w:t>
      </w:r>
    </w:p>
    <w:p>
      <w:pPr>
        <w:jc w:val="right"/>
      </w:pPr>
      <w:r>
        <w:t>اس کے باوجود حواری negative نہیں بنے۔ کوئی انہوں نے ان لوگوں کے خلاف جنہوں نے کہ ان کو ستایا تھا کوئی آپ نہیں بتا سکتے کہ انہوں نے ان کے خلاف کوئی</w:t>
      </w:r>
    </w:p>
    <w:p>
      <w:r>
        <w:rPr>
          <w:b/>
        </w:rPr>
        <w:t xml:space="preserve">[13:58] </w:t>
      </w:r>
      <w:r>
        <w:t>hangama kiya ho. un ke khilaf suicide bombing ki ho. un ke khilaf koi gun culture chalaya ho. nahi. purely peaceful duaon par aa gaye woh.</w:t>
      </w:r>
    </w:p>
    <w:p>
      <w:pPr>
        <w:jc w:val="right"/>
      </w:pPr>
      <w:r>
        <w:t>ہنگامہ کیا ہو۔ ان کے خلاف suicide bombing کی ہو۔ ان کے خلاف کوئی gun culture چلایا ہو۔ نہیں۔ Purely peaceful دعاؤں پر آ گئے وہ۔</w:t>
      </w:r>
    </w:p>
    <w:p>
      <w:r>
        <w:rPr>
          <w:b/>
        </w:rPr>
        <w:t xml:space="preserve">[14:11] </w:t>
      </w:r>
      <w:r>
        <w:t>purely peaceful duaon par. yeh bohat anokha tha</w:t>
      </w:r>
    </w:p>
    <w:p>
      <w:pPr>
        <w:jc w:val="right"/>
      </w:pPr>
      <w:r>
        <w:t>Purely peaceful دعاؤں پر۔ یہ بہت انوکھا تھا</w:t>
      </w:r>
    </w:p>
    <w:p>
      <w:r>
        <w:rPr>
          <w:b/>
        </w:rPr>
        <w:t xml:space="preserve">[14:16] </w:t>
      </w:r>
      <w:r>
        <w:t>ke agarche saare asbab aise the ke woh negative ho jatay. woh un ko dushman declare kar ke un se ladnay lagtay.</w:t>
      </w:r>
    </w:p>
    <w:p>
      <w:pPr>
        <w:jc w:val="right"/>
      </w:pPr>
      <w:r>
        <w:t>کہ اگرچہ سارے اسباب ایسے تھے کہ وہ negative ہو جاتے۔ وہ ان کو دشمن declare کر کے ان سے لڑنے لگتے۔</w:t>
      </w:r>
    </w:p>
    <w:p>
      <w:r>
        <w:rPr>
          <w:b/>
        </w:rPr>
        <w:t xml:space="preserve">[14:27] </w:t>
      </w:r>
      <w:r>
        <w:t>un ke khilaf sazishain karte. yeh sab nahi kiya unhon ne. Falasteen ke bahar atraf ke mulkon mein woh phail gaye.</w:t>
      </w:r>
    </w:p>
    <w:p>
      <w:pPr>
        <w:jc w:val="right"/>
      </w:pPr>
      <w:r>
        <w:t>ان کے خلاف سازشیں کرتے۔ یہ سب نہیں کیا انہوں نے۔ فلسطین کے باہر اطراف کے ملکوں میں وہ پھیل گئے۔</w:t>
      </w:r>
    </w:p>
    <w:p>
      <w:r>
        <w:rPr>
          <w:b/>
        </w:rPr>
        <w:t xml:space="preserve">[14:37] </w:t>
      </w:r>
      <w:r>
        <w:t>aur peaceful duaon par yani peaceful missionary work mein mashgool ho gaye. peaceful missionary work. yahan tak ke aik waqt aya ke aik khud</w:t>
      </w:r>
    </w:p>
    <w:p>
      <w:pPr>
        <w:jc w:val="right"/>
      </w:pPr>
      <w:r>
        <w:t>اور peaceful دعاؤں پر یعنی peaceful missionary work میں مشغول ہو گئے۔ Peaceful missionary work۔ یہاں تک کہ ایک وقت آیا کہ ایک خود</w:t>
      </w:r>
    </w:p>
    <w:p>
      <w:r>
        <w:rPr>
          <w:b/>
        </w:rPr>
        <w:t xml:space="preserve">[14:47] </w:t>
      </w:r>
      <w:r>
        <w:t>jo Europe ka badshah tha Constantine woh khud Christian ban gaya. un ke peaceful missionary work ki wajah se.</w:t>
      </w:r>
    </w:p>
    <w:p>
      <w:pPr>
        <w:jc w:val="right"/>
      </w:pPr>
      <w:r>
        <w:t>جو یورپ کا بادشاہ تھا کونسٹینٹین وہ خود Christian بن گیا۔ ان کے peaceful missionary work کی وجہ سے۔</w:t>
      </w:r>
    </w:p>
    <w:p>
      <w:r>
        <w:rPr>
          <w:b/>
        </w:rPr>
        <w:t xml:space="preserve">[14:58] </w:t>
      </w:r>
      <w:r>
        <w:t>aur phir saare Europe mein Isaiyat phail gayi. to pehla example jo set kiya</w:t>
      </w:r>
    </w:p>
    <w:p>
      <w:pPr>
        <w:jc w:val="right"/>
      </w:pPr>
      <w:r>
        <w:t>اور پھر سارے یورپ میں عیسائیت پھیل گئی۔ تو پہلا example جو set کیا</w:t>
      </w:r>
    </w:p>
    <w:p>
      <w:r>
        <w:rPr>
          <w:b/>
        </w:rPr>
        <w:t xml:space="preserve">[15:06] </w:t>
      </w:r>
      <w:r>
        <w:t>Christian missionary ne Hazrat Maseeh ke پیروؤں ne woh tha ke chahe halaat kitnay hi negative hon is ko nazar andaz kar ke tum peaceful missionary activities mein lag jao.</w:t>
      </w:r>
    </w:p>
    <w:p>
      <w:pPr>
        <w:jc w:val="right"/>
      </w:pPr>
      <w:r>
        <w:t>Christian missionary نے حضرت مسیح کے پیروؤں نے وہ تھا کہ چاہے حالات کتنے ہی negative ہوں اس کو نظر انداز کر کے تم peaceful missionary activities میں لگ جاؤ۔</w:t>
      </w:r>
    </w:p>
    <w:p>
      <w:r>
        <w:rPr>
          <w:b/>
        </w:rPr>
        <w:t xml:space="preserve">[15:25] </w:t>
      </w:r>
      <w:r>
        <w:t>strictly non-political andaaz mein kaam kiya tha unhon ne. koi politics nahi. koi violence nahi. koi conspiracy nahi.</w:t>
      </w:r>
    </w:p>
    <w:p>
      <w:pPr>
        <w:jc w:val="right"/>
      </w:pPr>
      <w:r>
        <w:t>Strictly non-political انداز میں کام کیا تھا انہوں نے۔ کوئی politics نہیں۔ کوئی violence نہیں۔ کوئی conspiracy نہیں۔</w:t>
      </w:r>
    </w:p>
    <w:p>
      <w:r>
        <w:rPr>
          <w:b/>
        </w:rPr>
        <w:t xml:space="preserve">[15:35] </w:t>
      </w:r>
      <w:r>
        <w:t>koi negative propaganda nahi. kuch bhi nahi kiya halan ke halaat poori tarah usi ke haq mein the.</w:t>
      </w:r>
    </w:p>
    <w:p>
      <w:pPr>
        <w:jc w:val="right"/>
      </w:pPr>
      <w:r>
        <w:t>کوئی negative propaganda نہیں۔ کچھ بھی نہیں کیا حالانکہ حالات پوری طرح اسی کے حق میں تھے۔</w:t>
      </w:r>
    </w:p>
    <w:p>
      <w:r>
        <w:rPr>
          <w:b/>
        </w:rPr>
        <w:t xml:space="preserve">[15:43] </w:t>
      </w:r>
      <w:r>
        <w:t>to peaceful daawa work ya peaceful missionary activities ka nateeja yeh hua ke unhon ne bohat se logon ko Christian fold mein daakhil kiya.</w:t>
      </w:r>
    </w:p>
    <w:p>
      <w:pPr>
        <w:jc w:val="right"/>
      </w:pPr>
      <w:r>
        <w:t>تو peaceful دعویٰ work یا peaceful missionary activities کا نتیجہ یہ ہوا کہ انہوں نے بہت سے لوگوں کو Christian fold میں داخل کیا۔</w:t>
      </w:r>
    </w:p>
    <w:p>
      <w:r>
        <w:rPr>
          <w:b/>
        </w:rPr>
        <w:t xml:space="preserve">[15:55] </w:t>
      </w:r>
      <w:r>
        <w:t>yahan tak ke Europe ke baadshah ko bhi daakhil kar liya. Constantine ko.</w:t>
      </w:r>
    </w:p>
    <w:p>
      <w:pPr>
        <w:jc w:val="right"/>
      </w:pPr>
      <w:r>
        <w:t>یہاں تک کہ یورپ کے بادشاہ کو بھی داخل کر لیا۔ کونسٹینٹین کو۔</w:t>
      </w:r>
    </w:p>
    <w:p>
      <w:r>
        <w:rPr>
          <w:b/>
        </w:rPr>
        <w:t xml:space="preserve">[16:01] </w:t>
      </w:r>
      <w:r>
        <w:t>aur jab is zamanay mein woh daur tha ke naas awladin mulook. jab baadshah khud Christian ban gaya to saara Europe Christian ban gaya.</w:t>
      </w:r>
    </w:p>
    <w:p>
      <w:pPr>
        <w:jc w:val="right"/>
      </w:pPr>
      <w:r>
        <w:t>اور جب اس زمانے میں وہ دور تھا کہ الناس أولادين ملوك ۔ جب بادشاہ خود Christian بن گیا تو سارا یورپ Christian بن گیا۔</w:t>
      </w:r>
    </w:p>
    <w:p>
      <w:r>
        <w:rPr>
          <w:b/>
        </w:rPr>
        <w:t xml:space="preserve">[16:12] </w:t>
      </w:r>
      <w:r>
        <w:t>is tarah Christianity phail gayi. ek example yeh set kiya Christian community mein history ne. jis ka Surah e Saf mein hai.</w:t>
      </w:r>
    </w:p>
    <w:p>
      <w:pPr>
        <w:jc w:val="right"/>
      </w:pPr>
      <w:r>
        <w:t>اس طرح Christianity پھیل گئی۔ ایک example یہ set کیا Christian community میں history نے۔ جس کا سورہ الصف میں ہے۔</w:t>
      </w:r>
    </w:p>
    <w:p>
      <w:r>
        <w:rPr>
          <w:b/>
        </w:rPr>
        <w:t xml:space="preserve">[16:21] </w:t>
      </w:r>
      <w:r>
        <w:t>Surah e Saf mein isharatan jo baat kahi gayi hai us ki yeh tafseel hai.</w:t>
      </w:r>
    </w:p>
    <w:p>
      <w:pPr>
        <w:jc w:val="right"/>
      </w:pPr>
      <w:r>
        <w:t>سورہ الصف میں اشارتاً جو بات کہی گئی ہے اس کی یہ تفصیل ہے۔</w:t>
      </w:r>
    </w:p>
    <w:p>
      <w:r>
        <w:rPr>
          <w:b/>
        </w:rPr>
        <w:t xml:space="preserve">[16:26] </w:t>
      </w:r>
      <w:r>
        <w:t>is ke baad dekhiye doosra ek daur aata hai.</w:t>
      </w:r>
    </w:p>
    <w:p>
      <w:pPr>
        <w:jc w:val="right"/>
      </w:pPr>
      <w:r>
        <w:t>اس کے بعد دیکھیے دوسرا ایک دور آتا ہے۔</w:t>
      </w:r>
    </w:p>
    <w:p>
      <w:r>
        <w:rPr>
          <w:b/>
        </w:rPr>
        <w:t xml:space="preserve">[16:32] </w:t>
      </w:r>
      <w:r>
        <w:t>woh yeh daur aata hai ke Musalman phailay duniya mein. unhon ne Roman Empire ko, Bizantini Empire ko tod diya.</w:t>
      </w:r>
    </w:p>
    <w:p>
      <w:pPr>
        <w:jc w:val="right"/>
      </w:pPr>
      <w:r>
        <w:t>وہ یہ دور آتا ہے کہ مسلمان پھیلے دنیا میں۔ انہوں نے رومن ایمپائر کو، بازنطینی ایمپائر کو توڑ دیا۔</w:t>
      </w:r>
    </w:p>
    <w:p>
      <w:r>
        <w:rPr>
          <w:b/>
        </w:rPr>
        <w:t xml:space="preserve">[16:44] </w:t>
      </w:r>
      <w:r>
        <w:t>jo Christian Empire thi. Bizantini Empire ke under mein tha Falasteen, Jordan, Shaam.</w:t>
      </w:r>
    </w:p>
    <w:p>
      <w:pPr>
        <w:jc w:val="right"/>
      </w:pPr>
      <w:r>
        <w:t>جو Christian ایمپائر تھی۔ بازنطینی ایمپائر کے under میں تھا فلسطین، اردن، شام۔</w:t>
      </w:r>
    </w:p>
    <w:p>
      <w:r>
        <w:rPr>
          <w:b/>
        </w:rPr>
        <w:t xml:space="preserve">[16:53] </w:t>
      </w:r>
      <w:r>
        <w:t>yeh saara jo area hai</w:t>
      </w:r>
    </w:p>
    <w:p>
      <w:pPr>
        <w:jc w:val="right"/>
      </w:pPr>
      <w:r>
        <w:t>یہ سارا جو area ہے</w:t>
      </w:r>
    </w:p>
    <w:p>
      <w:r>
        <w:rPr>
          <w:b/>
        </w:rPr>
        <w:t xml:space="preserve">[16:55] </w:t>
      </w:r>
      <w:r>
        <w:t>jo Isaiyon ke nazdeek muqaddas samjha jata hai. is sab area par Musalmanon ka qabza ho gaya. to zahir hai ke is ke khilaaf jazba paida hua logon ke andar.</w:t>
      </w:r>
    </w:p>
    <w:p>
      <w:pPr>
        <w:jc w:val="right"/>
      </w:pPr>
      <w:r>
        <w:t>جو عیسائیوں کے نزدیک مقدس سمجھا جاتا ہے۔ اس سب area پر مسلمانوں کا قبضہ ہو گیا۔ تو ظاہر ہے کہ اس کے خلاف جذبہ پیدا ہوا لوگوں کے اندر۔</w:t>
      </w:r>
    </w:p>
    <w:p>
      <w:r>
        <w:rPr>
          <w:b/>
        </w:rPr>
        <w:t xml:space="preserve">[17:08] </w:t>
      </w:r>
      <w:r>
        <w:t>badshahon ke andar. aur Europe ke Christian badshahon ne yeh chaha ke woh regain karen.</w:t>
      </w:r>
    </w:p>
    <w:p>
      <w:pPr>
        <w:jc w:val="right"/>
      </w:pPr>
      <w:r>
        <w:t>بادشاہوں کے اندر۔ اور یورپ کے Christian بادشاہوں نے یہ چاہا کہ وہ regain کریں۔</w:t>
      </w:r>
    </w:p>
    <w:p>
      <w:r>
        <w:rPr>
          <w:b/>
        </w:rPr>
        <w:t xml:space="preserve">[17:16] </w:t>
      </w:r>
      <w:r>
        <w:t>yaani Syria ko, Falasteen ko aur yeh jo ilaaqa hai un ka muqaddas ilaaqa. is par phir qabza karen. is ke liye war hui. ise woh kehte hain Crusades.</w:t>
      </w:r>
    </w:p>
    <w:p>
      <w:pPr>
        <w:jc w:val="right"/>
      </w:pPr>
      <w:r>
        <w:t>یعنی سیریا کو، فلسطین کو اور یہ جو علاقہ ہے ان کا مقدس علاقہ۔ اس پر پھر قبضہ کریں۔ اس کے لیے وار ہوئی۔ اسے وہ کہتے ہیں Crusades۔</w:t>
      </w:r>
    </w:p>
    <w:p>
      <w:r>
        <w:rPr>
          <w:b/>
        </w:rPr>
        <w:t xml:space="preserve">[17:28] </w:t>
      </w:r>
      <w:r>
        <w:t>taqreeban do sau saal tak waqfe waqfe se yeh ladaai jaari rahi.</w:t>
      </w:r>
    </w:p>
    <w:p>
      <w:pPr>
        <w:jc w:val="right"/>
      </w:pPr>
      <w:r>
        <w:t>تقریباً دو سو سال تک وقفے وقفے سے یہ لڑائی جاری رہی۔</w:t>
      </w:r>
    </w:p>
    <w:p>
      <w:r>
        <w:rPr>
          <w:b/>
        </w:rPr>
        <w:t xml:space="preserve">[17:34] </w:t>
      </w:r>
      <w:r>
        <w:t>yeh Muslim, is zamanay jo Muslim saltanaten thin un ke darmiyan aur Europe mein jo Christian saltanaten thin un ke darmiyan yeh ladaai hui.</w:t>
      </w:r>
    </w:p>
    <w:p>
      <w:pPr>
        <w:jc w:val="right"/>
      </w:pPr>
      <w:r>
        <w:t>یہ مسلم، اس زمانے جو مسلم سلطنتیں تھیں ان کے درمیان اور یورپ میں جو Christian سلطنتیں تھیں ان کے درمیان یہ لڑائی ہوئی۔</w:t>
      </w:r>
    </w:p>
    <w:p>
      <w:r>
        <w:rPr>
          <w:b/>
        </w:rPr>
        <w:t xml:space="preserve">[17:47] </w:t>
      </w:r>
      <w:r>
        <w:t>lekin is ladaai mein Christians ko humiliating defeat hui.</w:t>
      </w:r>
    </w:p>
    <w:p>
      <w:pPr>
        <w:jc w:val="right"/>
      </w:pPr>
      <w:r>
        <w:t>لیکن اس لڑائی میں Christians کو humiliating defeat ہوئی۔</w:t>
      </w:r>
    </w:p>
    <w:p>
      <w:r>
        <w:rPr>
          <w:b/>
        </w:rPr>
        <w:t xml:space="preserve">[17:55] </w:t>
      </w:r>
      <w:r>
        <w:t>do sau saal ki jang ke bawajood woh aisa na kar sakay ke phir qabza kar lein Falasteen aur Shaam waghera ke ilaaqe par.</w:t>
      </w:r>
    </w:p>
    <w:p>
      <w:pPr>
        <w:jc w:val="right"/>
      </w:pPr>
      <w:r>
        <w:t>دو سو سال کی جنگ کے باوجود وہ ایسا نہ کر سکے کہ پھر قبضہ کر لیں فلسطین اور شام وغیرہ کے علاقے پر۔</w:t>
      </w:r>
    </w:p>
    <w:p>
      <w:r>
        <w:rPr>
          <w:b/>
        </w:rPr>
        <w:t xml:space="preserve">[18:04] </w:t>
      </w:r>
      <w:r>
        <w:t>to kitna bara un ko yaani shock laga hoga aap sochiye. Crusades mein jo un ko</w:t>
      </w:r>
    </w:p>
    <w:p>
      <w:pPr>
        <w:jc w:val="right"/>
      </w:pPr>
      <w:r>
        <w:t>تو کتنا بڑا ان کو یعنی شاک لگا ہوگا آپ سوچیے۔ Crusades میں جو ان کو</w:t>
      </w:r>
    </w:p>
    <w:p>
      <w:r>
        <w:rPr>
          <w:b/>
        </w:rPr>
        <w:t xml:space="preserve">[18:14] </w:t>
      </w:r>
      <w:r>
        <w:t>yaani defeat hui. woh defeat ko muarikhin kehte hain ke humiliating defeat. achha is ke baad kya hua?</w:t>
      </w:r>
    </w:p>
    <w:p>
      <w:pPr>
        <w:jc w:val="right"/>
      </w:pPr>
      <w:r>
        <w:t>یعنی defeat ہوئی۔ وہ defeat کو مؤرخین کہتے ہیں کہ humiliating defeat۔ اچھا اس کے بعد کیا ہوا؟</w:t>
      </w:r>
    </w:p>
    <w:p>
      <w:r>
        <w:rPr>
          <w:b/>
        </w:rPr>
        <w:t xml:space="preserve">[18:23] </w:t>
      </w:r>
      <w:r>
        <w:t>ek bohat ajeeb breaking hua breaking. yaani Isaiyon ne tareekh mein ek naya namoona pesh kiya.</w:t>
      </w:r>
    </w:p>
    <w:p>
      <w:pPr>
        <w:jc w:val="right"/>
      </w:pPr>
      <w:r>
        <w:t>ایک بہت عجیب breaking ہوا breaking۔ یعنی عیسائیوں نے تاریخ میں ایک نیا نمونہ پیش کیا۔</w:t>
      </w:r>
    </w:p>
    <w:p>
      <w:r>
        <w:rPr>
          <w:b/>
        </w:rPr>
        <w:t xml:space="preserve">[18:33] </w:t>
      </w:r>
      <w:r>
        <w:t>woh tha yaani apni energy ko divert karo.</w:t>
      </w:r>
    </w:p>
    <w:p>
      <w:pPr>
        <w:jc w:val="right"/>
      </w:pPr>
      <w:r>
        <w:t>وہ تھا یعنی اپنی energy کو divert کرو۔</w:t>
      </w:r>
    </w:p>
    <w:p>
      <w:r>
        <w:rPr>
          <w:b/>
        </w:rPr>
        <w:t xml:space="preserve">[18:40] </w:t>
      </w:r>
      <w:r>
        <w:t>is ke baad un ke haan ek naya woh concept aaya ke spiritual Crusades. woh jangii ladaai hua karti thi.</w:t>
      </w:r>
    </w:p>
    <w:p>
      <w:pPr>
        <w:jc w:val="right"/>
      </w:pPr>
      <w:r>
        <w:t>اس کے بعد ان کے ہاں ایک نیا وہ concept آیا کہ spiritual Crusades۔ وہ جنگی لڑائی ہوا کرتی تھی۔</w:t>
      </w:r>
    </w:p>
    <w:p>
      <w:r>
        <w:rPr>
          <w:b/>
        </w:rPr>
        <w:t xml:space="preserve">[18:50] </w:t>
      </w:r>
      <w:r>
        <w:t>Crusades jo thi woh battle field mein hoti thi. unhon ne kaha ke battle field ko chhoro.</w:t>
      </w:r>
    </w:p>
    <w:p>
      <w:pPr>
        <w:jc w:val="right"/>
      </w:pPr>
      <w:r>
        <w:t>Crusades جو تھی وہ battle field میں ہوتی تھی۔ انہوں نے کہا کہ battle field کو چھوڑو۔</w:t>
      </w:r>
    </w:p>
    <w:p>
      <w:r>
        <w:rPr>
          <w:b/>
        </w:rPr>
        <w:t xml:space="preserve">[18:58] </w:t>
      </w:r>
      <w:r>
        <w:t>peace ke daayre mein aa jao. to pehle is ka naam unhon ne diya spiritual Crusades. phir wahi baat ko hote hote ban gayi scientific Crusade.</w:t>
      </w:r>
    </w:p>
    <w:p>
      <w:pPr>
        <w:jc w:val="right"/>
      </w:pPr>
      <w:r>
        <w:t>Peace کے دائرے میں آ جاؤ۔ تو پہلے اس کا نام انہوں نے دیا spiritual Crusades۔ پھر وہی بات کو ہوتے ہوتے بن گئی scientific Crusade۔</w:t>
      </w:r>
    </w:p>
    <w:p>
      <w:r>
        <w:rPr>
          <w:b/>
        </w:rPr>
        <w:t xml:space="preserve">[19:10] </w:t>
      </w:r>
      <w:r>
        <w:t>scientific Crusade. to Crusades ki</w:t>
      </w:r>
    </w:p>
    <w:p>
      <w:pPr>
        <w:jc w:val="right"/>
      </w:pPr>
      <w:r>
        <w:t>Scientific Crusade۔ تو Crusades کی</w:t>
      </w:r>
    </w:p>
    <w:p>
      <w:r>
        <w:rPr>
          <w:b/>
        </w:rPr>
        <w:t xml:space="preserve">[19:15] </w:t>
      </w:r>
      <w:r>
        <w:t>ladaai mein haarne ke baad unhon ne divert kar diya apni energy ko. poori ki poori energy ko. aur nature mein ko explore karne mein lag gaye.</w:t>
      </w:r>
    </w:p>
    <w:p>
      <w:pPr>
        <w:jc w:val="right"/>
      </w:pPr>
      <w:r>
        <w:t>لڑائی میں ہارنے کے بعد انہوں نے divert کر دیا اپنی energy کو۔ پوری کی پوری energy کو۔ اور nature میں کو explore کرنے میں لگ گئے۔</w:t>
      </w:r>
    </w:p>
    <w:p>
      <w:r>
        <w:rPr>
          <w:b/>
        </w:rPr>
        <w:t xml:space="preserve">[19:28] </w:t>
      </w:r>
      <w:r>
        <w:t>Nature ko explore karne mein lag gaye. Jitne bhi aap dekhiye jitni bhi discoveries hain.</w:t>
      </w:r>
    </w:p>
    <w:p>
      <w:pPr>
        <w:jc w:val="right"/>
      </w:pPr>
      <w:r>
        <w:t>Nature کو explore کرنے میں لگ گئے۔ جتنے بھی آپ دیکھیے جتنی بھی discoveries ہیں۔</w:t>
      </w:r>
    </w:p>
    <w:p>
      <w:r>
        <w:rPr>
          <w:b/>
        </w:rPr>
        <w:t xml:space="preserve">[19:35] </w:t>
      </w:r>
      <w:r>
        <w:t>Jo modern civilization hai kis ne kis ne kiya yeh sab kaam? Is mein sara role Christians ka hai.</w:t>
      </w:r>
    </w:p>
    <w:p>
      <w:pPr>
        <w:jc w:val="right"/>
      </w:pPr>
      <w:r>
        <w:t>جو modern civilization ہے کس نے کس نے کیا یہ سب کام؟ اس میں سارا role Christians کا ہے۔</w:t>
      </w:r>
    </w:p>
    <w:p>
      <w:r>
        <w:rPr>
          <w:b/>
        </w:rPr>
        <w:t xml:space="preserve">[19:46] </w:t>
      </w:r>
      <w:r>
        <w:t>Sara role Christians ka hai. Yani modern civilization aur</w:t>
      </w:r>
    </w:p>
    <w:p>
      <w:pPr>
        <w:jc w:val="right"/>
      </w:pPr>
      <w:r>
        <w:t>سارا role Christians کا ہے۔ یعنی modern civilization اور</w:t>
      </w:r>
    </w:p>
    <w:p>
      <w:r>
        <w:rPr>
          <w:b/>
        </w:rPr>
        <w:t xml:space="preserve">[19:52] </w:t>
      </w:r>
      <w:r>
        <w:t>scientific discoveries, modern technology yeh poora jo ek naya daur aaya hai woh sab Europe ke Christian ne paida kiya hai.</w:t>
      </w:r>
    </w:p>
    <w:p>
      <w:pPr>
        <w:jc w:val="right"/>
      </w:pPr>
      <w:r>
        <w:t>scientific discoveries، modern technology یہ پورا جو ایک نیا دور آیا ہے وہ سب یورپ کے Christian نے پیدا کیا ہے۔</w:t>
      </w:r>
    </w:p>
    <w:p>
      <w:r>
        <w:rPr>
          <w:b/>
        </w:rPr>
        <w:t xml:space="preserve">[20:02] </w:t>
      </w:r>
      <w:r>
        <w:t>Woh kaise? Is tareeqe se ke battle field mein jab un ko haar hui to unhon ne kaha ke apni energy ko divert karo.</w:t>
      </w:r>
    </w:p>
    <w:p>
      <w:pPr>
        <w:jc w:val="right"/>
      </w:pPr>
      <w:r>
        <w:t>وہ کیسے؟ اس طریقے سے کہ battle field میں جب ان کو ہار ہوئی تو انہوں نے کہا کہ اپنی energy کو divert کرو۔</w:t>
      </w:r>
    </w:p>
    <w:p>
      <w:r>
        <w:rPr>
          <w:b/>
        </w:rPr>
        <w:t xml:space="preserve">[20:11] </w:t>
      </w:r>
      <w:r>
        <w:t>Larai ke bajaye peaceful research, peaceful scientific exploration is mein laga do.</w:t>
      </w:r>
    </w:p>
    <w:p>
      <w:pPr>
        <w:jc w:val="right"/>
      </w:pPr>
      <w:r>
        <w:t>لڑائی کے بجائے peaceful research، peaceful scientific exploration اس میں لگا دو۔</w:t>
      </w:r>
    </w:p>
    <w:p>
      <w:r>
        <w:rPr>
          <w:b/>
        </w:rPr>
        <w:t xml:space="preserve">[20:22] </w:t>
      </w:r>
      <w:r>
        <w:t>Aur phir ek naya daur aa gaya. Ek naya daur. Jo tareekh mein kabhi nahi aaya tha. Scientific daur, modern civilization ka daur.</w:t>
      </w:r>
    </w:p>
    <w:p>
      <w:pPr>
        <w:jc w:val="right"/>
      </w:pPr>
      <w:r>
        <w:t>اور پھر ایک نیا دور آ گیا۔ ایک نیا دور۔ جو تاریخ میں کبھی نہیں آیا تھا۔ Scientific دور، modern civilization کا دور۔</w:t>
      </w:r>
    </w:p>
    <w:p>
      <w:r>
        <w:rPr>
          <w:b/>
        </w:rPr>
        <w:t xml:space="preserve">[20:34] </w:t>
      </w:r>
      <w:r>
        <w:t>To kitna bara yeh kar nama un ka hai.</w:t>
      </w:r>
    </w:p>
    <w:p>
      <w:pPr>
        <w:jc w:val="right"/>
      </w:pPr>
      <w:r>
        <w:t>تو کتنا بڑا یہ کارنامہ ان کا ہے۔</w:t>
      </w:r>
    </w:p>
    <w:p>
      <w:r>
        <w:rPr>
          <w:b/>
        </w:rPr>
        <w:t xml:space="preserve">[20:37] </w:t>
      </w:r>
      <w:r>
        <w:t>To is ayat mein ishara hai Musalmanon ke liye ke tum par bhi aisa waqt aayega. To tum us waqt is pattern ko follow karna.</w:t>
      </w:r>
    </w:p>
    <w:p>
      <w:pPr>
        <w:jc w:val="right"/>
      </w:pPr>
      <w:r>
        <w:t>تو اس آیت میں اشارہ ہے مسلمانوں کے لیے کہ تم پر بھی ایسا وقت آئے گا۔ تو تم اس وقت اس pattern کو follow کرنا۔</w:t>
      </w:r>
    </w:p>
    <w:p>
      <w:r>
        <w:rPr>
          <w:b/>
        </w:rPr>
        <w:t xml:space="preserve">[20:47] </w:t>
      </w:r>
      <w:r>
        <w:t>Surah e Saf ki ayat mein yeh ishara hai ke tum par bhi aisa waqt aayega. To tum is pattern ko follow karna.</w:t>
      </w:r>
    </w:p>
    <w:p>
      <w:pPr>
        <w:jc w:val="right"/>
      </w:pPr>
      <w:r>
        <w:t>سورہ الصف کی آیت میں یہ اشارہ ہے کہ تم پر بھی ایسا وقت آئے گا۔ تو تم اس pattern کو follow کرنا۔</w:t>
      </w:r>
    </w:p>
    <w:p>
      <w:r>
        <w:rPr>
          <w:b/>
        </w:rPr>
        <w:t xml:space="preserve">[20:56] </w:t>
      </w:r>
      <w:r>
        <w:t>Lekin Musalman is mein fail ho gaye. Ab mein aap ko is ki detail arz karta hoon. Dekhiye is ke baad ek daur aata hai jis ko hum kehte hain colonialism.</w:t>
      </w:r>
    </w:p>
    <w:p>
      <w:pPr>
        <w:jc w:val="right"/>
      </w:pPr>
      <w:r>
        <w:t>لیکن مسلمان اس میں fail ہو گئے۔ اب میں آپ کو اس کی detail عرض کرتا ہوں۔ دیکھیے اس کے بعد ایک دور آتا ہے جس کو ہم کہتے ہیں colonialism۔</w:t>
      </w:r>
    </w:p>
    <w:p>
      <w:r>
        <w:rPr>
          <w:b/>
        </w:rPr>
        <w:t xml:space="preserve">[21:12] </w:t>
      </w:r>
      <w:r>
        <w:t>Noabadayati daur.</w:t>
      </w:r>
    </w:p>
    <w:p>
      <w:pPr>
        <w:jc w:val="right"/>
      </w:pPr>
      <w:r>
        <w:t>نوآبادیاتی دور۔</w:t>
      </w:r>
    </w:p>
    <w:p>
      <w:r>
        <w:rPr>
          <w:b/>
        </w:rPr>
        <w:t xml:space="preserve">[21:14] </w:t>
      </w:r>
      <w:r>
        <w:t>Yani Europe ke yeh Christian jo the nayi taqatein un ko hasil huin. Nayi technology mili. Business ke naye tareeqe daryaft kiye unhon ne.</w:t>
      </w:r>
    </w:p>
    <w:p>
      <w:pPr>
        <w:jc w:val="right"/>
      </w:pPr>
      <w:r>
        <w:t>یعنی یورپ کے یہ Christian جو تھے نئی طاقتیں ان کو حاصل ہوئیں۔ نئی ٹیکنالوجی ملی۔ Business کے نئے طریقے دریافت کیے انہوں نے۔</w:t>
      </w:r>
    </w:p>
    <w:p>
      <w:r>
        <w:rPr>
          <w:b/>
        </w:rPr>
        <w:t xml:space="preserve">[21:24] </w:t>
      </w:r>
      <w:r>
        <w:t>Unhon ne yani jo traditional qism ki jo kashtiyan chalti thin us ko steamship banaya.</w:t>
      </w:r>
    </w:p>
    <w:p>
      <w:pPr>
        <w:jc w:val="right"/>
      </w:pPr>
      <w:r>
        <w:t>انہوں نے یعنی جو traditional قسم کی جو کشتیاں چلتی تھیں اس کو steamship بنایا۔</w:t>
      </w:r>
    </w:p>
    <w:p>
      <w:r>
        <w:rPr>
          <w:b/>
        </w:rPr>
        <w:t xml:space="preserve">[21:31] </w:t>
      </w:r>
      <w:r>
        <w:t>Aur barhate barhate rail aur car aur hawa jahaz kya kya bana dala. Ek poora ek naya daur. Ek nayi taqaton ka daur.</w:t>
      </w:r>
    </w:p>
    <w:p>
      <w:pPr>
        <w:jc w:val="right"/>
      </w:pPr>
      <w:r>
        <w:t>اور بڑھاتے بڑھاتے ریل اور کار اور ہوا جہاز کیا کیا بنا ڈالا۔ ایک پورا ایک نیا دور۔ ایک نئی طاقتوں کا دور۔</w:t>
      </w:r>
    </w:p>
    <w:p>
      <w:r>
        <w:rPr>
          <w:b/>
        </w:rPr>
        <w:t xml:space="preserve">[21:40] </w:t>
      </w:r>
      <w:r>
        <w:t>To ab yahi log colonial powers ki surat mein dobara Asia aur Africa mein ghusay. Aur Musalmanon ko zair kiya unhon ne.</w:t>
      </w:r>
    </w:p>
    <w:p>
      <w:pPr>
        <w:jc w:val="right"/>
      </w:pPr>
      <w:r>
        <w:t>تو اب یہی لوگ colonial powers کی صورت میں دوبارہ ایشیا اور افریقہ میں گھسے۔ اور مسلمانوں کو زیر کیا انہوں نے۔</w:t>
      </w:r>
    </w:p>
    <w:p>
      <w:r>
        <w:rPr>
          <w:b/>
        </w:rPr>
        <w:t xml:space="preserve">[21:51] </w:t>
      </w:r>
      <w:r>
        <w:t>Is zamane mein aap jante hain ke ek taraf Usmani Empire qaim tha. Khilafat e Usmania. India mein Mughal Empire qaim tha.</w:t>
      </w:r>
    </w:p>
    <w:p>
      <w:pPr>
        <w:jc w:val="right"/>
      </w:pPr>
      <w:r>
        <w:t>اس زمانے میں آپ جانتے ہیں کہ ایک طرف عثمانی ایمپائر قائم تھا۔ خلافت عثمانیہ۔ انڈیا میں مغل ایمپائر قائم تھا۔</w:t>
      </w:r>
    </w:p>
    <w:p>
      <w:r>
        <w:rPr>
          <w:b/>
        </w:rPr>
        <w:t xml:space="preserve">[22:02] </w:t>
      </w:r>
      <w:r>
        <w:t>Is tarah se mukhtalif saltanatein Asia aur Africa ke ilaqay mein Musalmanon ki qaim thin. Spain mein Musalmanon ka Bourish Empire qaim tha. In sab ko unhon ne teh-o-bala kar diya.</w:t>
      </w:r>
    </w:p>
    <w:p>
      <w:pPr>
        <w:jc w:val="right"/>
      </w:pPr>
      <w:r>
        <w:t>اس طرح سے مختلف سلطنتیں ایشیا اور افریقہ کے علاقے میں مسلمانوں کی قائم تھیں۔ اسپین میں مسلمانوں کا بورش ایمپائر قائم تھا۔ ان سب کو انہوں نے تہس نہس کر دیا۔</w:t>
      </w:r>
    </w:p>
    <w:p>
      <w:r>
        <w:rPr>
          <w:b/>
        </w:rPr>
        <w:t xml:space="preserve">[22:13] </w:t>
      </w:r>
      <w:r>
        <w:t>Yani yeh Christians jo jin ko hum kehte hain colonial powers</w:t>
      </w:r>
    </w:p>
    <w:p>
      <w:pPr>
        <w:jc w:val="right"/>
      </w:pPr>
      <w:r>
        <w:t>یعنی یہ Christians جو جن کو ہم کہتے ہیں colonial powers</w:t>
      </w:r>
    </w:p>
    <w:p>
      <w:r>
        <w:rPr>
          <w:b/>
        </w:rPr>
        <w:t xml:space="preserve">[22:18] </w:t>
      </w:r>
      <w:r>
        <w:t>Unhon ne dobara ek naya daur paida kiya ke yeh sare Muslim saltanaton ko unhon ne ya to barah e rast taur par ya bilawasta taur par magloob kar liya.</w:t>
      </w:r>
    </w:p>
    <w:p>
      <w:pPr>
        <w:jc w:val="right"/>
      </w:pPr>
      <w:r>
        <w:t>انہوں نے دوبارہ ایک نیا دور پیدا کیا کہ یہ سارے مسلم سلطنتوں کو انہوں نے یا تو براہ راست طور پر یا بالواسطہ طور پر مغلوب کر لیا۔</w:t>
      </w:r>
    </w:p>
    <w:p>
      <w:r>
        <w:rPr>
          <w:b/>
        </w:rPr>
        <w:t xml:space="preserve">[22:31] </w:t>
      </w:r>
      <w:r>
        <w:t>In par apna dabdaba qaim kar liya. Accha aap dekhiye kya hua Musalmanon mein?</w:t>
      </w:r>
    </w:p>
    <w:p>
      <w:pPr>
        <w:jc w:val="right"/>
      </w:pPr>
      <w:r>
        <w:t>ان پر اپنا دبدبہ قائم کر لیا۔ اچھا آپ دیکھیے کیا ہوا مسلمانوں میں؟</w:t>
      </w:r>
    </w:p>
    <w:p>
      <w:r>
        <w:rPr>
          <w:b/>
        </w:rPr>
        <w:t xml:space="preserve">[22:38] </w:t>
      </w:r>
      <w:r>
        <w:t>Musalmanon mein reaction hua. Sakht reaction. Yeh shuru hota hai yeh waqia satrah sau nanwanwe se.</w:t>
      </w:r>
    </w:p>
    <w:p>
      <w:pPr>
        <w:jc w:val="right"/>
      </w:pPr>
      <w:r>
        <w:t>مسلمانوں میں reaction ہوا۔ سخت reaction۔ یہ شروع ہوتا ہے یہ واقعہ سترہ سو ننانوے سے۔</w:t>
      </w:r>
    </w:p>
    <w:p>
      <w:r>
        <w:rPr>
          <w:b/>
        </w:rPr>
        <w:t xml:space="preserve">[22:49] </w:t>
      </w:r>
      <w:r>
        <w:t>Jabke India mein Tipu Sultan ko shikast hui thi. Aur isi zamane mein</w:t>
      </w:r>
    </w:p>
    <w:p>
      <w:pPr>
        <w:jc w:val="right"/>
      </w:pPr>
      <w:r>
        <w:t>جبکہ انڈیا میں ٹیپو سلطان کو شکست ہوئی تھی۔ اور اسی زمانے میں</w:t>
      </w:r>
    </w:p>
    <w:p>
      <w:r>
        <w:rPr>
          <w:b/>
        </w:rPr>
        <w:t xml:space="preserve">[22:56] </w:t>
      </w:r>
      <w:r>
        <w:t>Turkey ke beeday ko Mediterranean Sea mein gharaq kar diya tha yani Europeans ne. Yeh gaya ek alamati taur par yeh yeh tareekh batati hai ke ke</w:t>
      </w:r>
    </w:p>
    <w:p>
      <w:pPr>
        <w:jc w:val="right"/>
      </w:pPr>
      <w:r>
        <w:t>ترکی کے بیڑے کو میڈٹرین سی میں غرق کر دیا تھا یعنی یورپینز نے۔ یہ گیا ایک علامتی طور پر یہ یہ تاریخ بتاتی ہے کہ کہ</w:t>
      </w:r>
    </w:p>
    <w:p>
      <w:r>
        <w:rPr>
          <w:b/>
        </w:rPr>
        <w:t xml:space="preserve">[23:13] </w:t>
      </w:r>
      <w:r>
        <w:t>Haaray hue jo Christian the unhon ne dobara ghalba hasil kar liya. Aur Musalmanon ko peechay dhakel diya. Aur Musalmanon mein reaction hua larai shuru ki unhon ne.</w:t>
      </w:r>
    </w:p>
    <w:p>
      <w:pPr>
        <w:jc w:val="right"/>
      </w:pPr>
      <w:r>
        <w:t>ہارے ہوئے جو Christian تھے انہوں نے دوبارہ غلبہ حاصل کر لیا۔ اور مسلمانوں کو پیچھے دھکیل دیا۔ اور مسلمانوں میں reaction ہوا لڑائی شروع کی انہوں نے۔</w:t>
      </w:r>
    </w:p>
    <w:p>
      <w:r>
        <w:rPr>
          <w:b/>
        </w:rPr>
        <w:t xml:space="preserve">[23:24] </w:t>
      </w:r>
      <w:r>
        <w:t>jawaduddin afghani jaise bohat se log paida hue aur unhon ne kaha ke hum lade larr kar ke dobara jeeteinge.</w:t>
      </w:r>
    </w:p>
    <w:p>
      <w:pPr>
        <w:jc w:val="right"/>
      </w:pPr>
      <w:r>
        <w:t>جواد الدین افغانی جیسے بہت سے لوگ پیدا ہوئے اور انہوں نے کہا کہ ہم لڑے لڑ کر کے دوبارہ جیتیں گے۔</w:t>
      </w:r>
    </w:p>
    <w:p>
      <w:r>
        <w:rPr>
          <w:b/>
        </w:rPr>
        <w:t xml:space="preserve">[23:31] </w:t>
      </w:r>
      <w:r>
        <w:t>to ab ek muhaz khul gaya har jagah. india mein muhaz khula. falasteen mein muhaz khula. har jagah.</w:t>
      </w:r>
    </w:p>
    <w:p>
      <w:pPr>
        <w:jc w:val="right"/>
      </w:pPr>
      <w:r>
        <w:t>تو اب ایک محاذ کھل گیا ہر جگہ۔ انڈیا میں محاذ کھلا۔ فلسطین میں محاذ کھلا۔ ہر جگہ۔</w:t>
      </w:r>
    </w:p>
    <w:p>
      <w:r>
        <w:rPr>
          <w:b/>
        </w:rPr>
        <w:t xml:space="preserve">[23:41] </w:t>
      </w:r>
      <w:r>
        <w:t>british ke khilaf, french ke khilaf, european taqaton ke khilaf. aur yeh muhaz aaj tak jaari hai.</w:t>
      </w:r>
    </w:p>
    <w:p>
      <w:pPr>
        <w:jc w:val="right"/>
      </w:pPr>
      <w:r>
        <w:t>برٹش کے خلاف، فرنچ کے خلاف، یورپین طاقتوں کے خلاف۔ اور یہ محاذ آج تک جاری ہے۔</w:t>
      </w:r>
    </w:p>
    <w:p>
      <w:r>
        <w:rPr>
          <w:b/>
        </w:rPr>
        <w:t xml:space="preserve">[23:50] </w:t>
      </w:r>
      <w:r>
        <w:t>musalmanon ne ko is mein musalmanon ko is mein mukammal shikast hui. kahin bhi unhon ne koi kamyabi hasil nahi ki. yeh taqreeban do sau saal ki tareekh hai.</w:t>
      </w:r>
    </w:p>
    <w:p>
      <w:pPr>
        <w:jc w:val="right"/>
      </w:pPr>
      <w:r>
        <w:t>مسلمانوں نے کو اس میں مسلمانوں کو اس میں مکمل شکست ہوئی۔ کہیں بھی انہوں نے کوئی کامیابی حاصل نہیں کی۔ یہ تقریباً دو سو سال کی تاریخ ہے۔</w:t>
      </w:r>
    </w:p>
    <w:p>
      <w:r>
        <w:rPr>
          <w:b/>
        </w:rPr>
        <w:t xml:space="preserve">[24:01] </w:t>
      </w:r>
      <w:r>
        <w:t>yani ajeeb baat hai ke idhar aap parallel ja dekhiye crusades bhi do sau saal tak theen. aur musalmanon ki larrhai</w:t>
      </w:r>
    </w:p>
    <w:p>
      <w:pPr>
        <w:jc w:val="right"/>
      </w:pPr>
      <w:r>
        <w:t>یعنی عجیب بات ہے کہ ادھر آپ parallel جا دیکھیے Crusades بھی دو سو سال تک تھیں۔ اور مسلمانوں کی لڑائی</w:t>
      </w:r>
    </w:p>
    <w:p>
      <w:r>
        <w:rPr>
          <w:b/>
        </w:rPr>
        <w:t xml:space="preserve">[24:09] </w:t>
      </w:r>
      <w:r>
        <w:t>against imperializm bhi do sau saal guzar chuke hain. aaj tak musalmanon mein rethinking nahi aai. bohat ajeeb baat hai.</w:t>
      </w:r>
    </w:p>
    <w:p>
      <w:pPr>
        <w:jc w:val="right"/>
      </w:pPr>
      <w:r>
        <w:t>against imperializm بھی دو سو سال گزر چکے ہیں۔ آج تک مسلمانوں میں rethinking نہیں آئی۔ بہت عجیب بات ہے۔</w:t>
      </w:r>
    </w:p>
    <w:p>
      <w:r>
        <w:rPr>
          <w:b/>
        </w:rPr>
        <w:t xml:space="preserve">[24:20] </w:t>
      </w:r>
      <w:r>
        <w:t>jis tarah se europeans mein yani yani christians mein rethinking aai thi unhon ne socha ke hum apni energy ko</w:t>
      </w:r>
    </w:p>
    <w:p>
      <w:pPr>
        <w:jc w:val="right"/>
      </w:pPr>
      <w:r>
        <w:t>جس طرح سے یورپینز میں یعنی یعنی Christians میں rethinking آئی تھی انہوں نے سوچا کہ ہم اپنی energy کو</w:t>
      </w:r>
    </w:p>
    <w:p>
      <w:r>
        <w:rPr>
          <w:b/>
        </w:rPr>
        <w:t xml:space="preserve">[24:28] </w:t>
      </w:r>
      <w:r>
        <w:t>kyun waste karte rahein? is ko divert karo. divert karo. unhon ne divert kar diya. battle field ke bajaye scientific field mein aa gaye woh.</w:t>
      </w:r>
    </w:p>
    <w:p>
      <w:pPr>
        <w:jc w:val="right"/>
      </w:pPr>
      <w:r>
        <w:t>کیوں waste کرتے رہیں؟ اس کو divert کرو۔ Divert کرو۔ انہوں نے divert کر دیا۔ Battle field کے بجائے scientific field میں آ گئے وہ۔</w:t>
      </w:r>
    </w:p>
    <w:p>
      <w:r>
        <w:rPr>
          <w:b/>
        </w:rPr>
        <w:t xml:space="preserve">[24:39] </w:t>
      </w:r>
      <w:r>
        <w:t>yani energy ko divert kar ke bajaye battle field mein is ko zaya karne ke scientific field mein aa gaye jahan bari bari un ko success hui, bari bari kamyabi hui.</w:t>
      </w:r>
    </w:p>
    <w:p>
      <w:pPr>
        <w:jc w:val="right"/>
      </w:pPr>
      <w:r>
        <w:t>یعنی energy کو divert کر کے بجائے battle field میں اس کو ضائع کرنے کے scientific field میں آ گئے جہاں بڑی بڑی ان کو success ہوئی، بڑی بڑی کامیابی ہوئی۔</w:t>
      </w:r>
    </w:p>
    <w:p>
      <w:r>
        <w:rPr>
          <w:b/>
        </w:rPr>
        <w:t xml:space="preserve">[24:52] </w:t>
      </w:r>
      <w:r>
        <w:t>lekin aaj tak musalmanon mein rethinking nahi aai. musalmanon ko yeh sochna chahiye tha ke dekho hum kya gain kar pa rahe hain?</w:t>
      </w:r>
    </w:p>
    <w:p>
      <w:pPr>
        <w:jc w:val="right"/>
      </w:pPr>
      <w:r>
        <w:t>لیکن آج تک مسلمانوں میں rethinking نہیں آئی۔ مسلمانوں کو یہ سوچنا چاہیے تھا کہ دیکھو ہم کیا gain کر پا رہے ہیں؟</w:t>
      </w:r>
    </w:p>
    <w:p>
      <w:r>
        <w:rPr>
          <w:b/>
        </w:rPr>
        <w:t xml:space="preserve">[25:02] </w:t>
      </w:r>
      <w:r>
        <w:t>kuch bhi nahi. to hamein bhi kya karna chahiye? ke battle field ko chhod kar daawa field mein aa jao.</w:t>
      </w:r>
    </w:p>
    <w:p>
      <w:pPr>
        <w:jc w:val="right"/>
      </w:pPr>
      <w:r>
        <w:t>کچھ بھی نہیں۔ تو ہمیں بھی کیا کرنا چاہیے؟ کہ battle field کو چھوڑ کر دعویٰ field میں آ جاؤ۔</w:t>
      </w:r>
    </w:p>
    <w:p>
      <w:r>
        <w:rPr>
          <w:b/>
        </w:rPr>
        <w:t xml:space="preserve">[25:12] </w:t>
      </w:r>
      <w:r>
        <w:t>battle field ko chhod kar daawa field mein aa jao. yeh nahi soch paaye. yeh tha karna.</w:t>
      </w:r>
    </w:p>
    <w:p>
      <w:pPr>
        <w:jc w:val="right"/>
      </w:pPr>
      <w:r>
        <w:t>Battle field کو چھوڑ کر دعویٰ field میں آ جاؤ۔ یہ نہیں سوچ پائے۔ یہ تھا کرنا۔</w:t>
      </w:r>
    </w:p>
    <w:p>
      <w:r>
        <w:rPr>
          <w:b/>
        </w:rPr>
        <w:t xml:space="preserve">[25:22] </w:t>
      </w:r>
      <w:r>
        <w:t>to Allah taala ne peshgi taur par yeh bata diya tha ke ek waqt aayega ke tum ko christian ke method ko follow karna hoga. tab tum kamyab hoge.</w:t>
      </w:r>
    </w:p>
    <w:p>
      <w:pPr>
        <w:jc w:val="right"/>
      </w:pPr>
      <w:r>
        <w:t>تو اللہ تعالیٰ نے پیشگی طور پر یہ بتا دیا تھا کہ ایک وقت آئے گا کہ تم کو Christian کے method کو follow کرنا ہوگا۔ تب تم کامیاب ہو گے۔</w:t>
      </w:r>
    </w:p>
    <w:p>
      <w:r>
        <w:rPr>
          <w:b/>
        </w:rPr>
        <w:t xml:space="preserve">[25:33] </w:t>
      </w:r>
      <w:r>
        <w:t>kaisi ajeeb yeh ayat hai quran majeed mein. peshgi taur par keh diya gaya tha ke jis tarah se christian ko haar hui battle field mein to unhon ne yeh kiya ke un ke andar rethinking aai.</w:t>
      </w:r>
    </w:p>
    <w:p>
      <w:pPr>
        <w:jc w:val="right"/>
      </w:pPr>
      <w:r>
        <w:t>کیسی عجیب یہ آیت ہے قرآن مجید میں۔ پیشگی طور پر کہہ دیا گیا تھا کہ جس طرح سے Christian کو ہار ہوئی battle field میں تو انہوں نے یہ کیا کہ ان کے اندر rethinking آئی۔</w:t>
      </w:r>
    </w:p>
    <w:p>
      <w:r>
        <w:rPr>
          <w:b/>
        </w:rPr>
        <w:t xml:space="preserve">[25:49] </w:t>
      </w:r>
      <w:r>
        <w:t>aur unhon ne</w:t>
      </w:r>
    </w:p>
    <w:p>
      <w:pPr>
        <w:jc w:val="right"/>
      </w:pPr>
      <w:r>
        <w:t>اور انہوں نے</w:t>
      </w:r>
    </w:p>
    <w:p>
      <w:r>
        <w:rPr>
          <w:b/>
        </w:rPr>
        <w:t xml:space="preserve">[25:51] </w:t>
      </w:r>
      <w:r>
        <w:t>socha ke hum apni energy ko kyun waste karein? to bajaye battle field ke woh scientific field mein aa gaye. bari bari success mili un ko, bohat bari bhi kamyabi.</w:t>
      </w:r>
    </w:p>
    <w:p>
      <w:pPr>
        <w:jc w:val="right"/>
      </w:pPr>
      <w:r>
        <w:t>سوچا کہ ہم اپنی energy کو کیوں waste کریں؟ تو بجائے battle field کے وہ scientific field میں آ گئے۔ بڑی بڑی success ملی ان کو، بہت بڑی بھی کامیابی۔</w:t>
      </w:r>
    </w:p>
    <w:p>
      <w:r>
        <w:rPr>
          <w:b/>
        </w:rPr>
        <w:t xml:space="preserve">[26:02] </w:t>
      </w:r>
      <w:r>
        <w:t>yahi kaam musalmanon ko karna chahiye tha. yeh ab unhon ne dekha ke battle field mein nakaam ho rahe hain.</w:t>
      </w:r>
    </w:p>
    <w:p>
      <w:pPr>
        <w:jc w:val="right"/>
      </w:pPr>
      <w:r>
        <w:t>یہی کام مسلمانوں کو کرنا چاہیے تھا۔ یہ اب انہوں نے دیکھا کہ battle field میں ناکام ہو رہے ہیں۔</w:t>
      </w:r>
    </w:p>
    <w:p>
      <w:r>
        <w:rPr>
          <w:b/>
        </w:rPr>
        <w:t xml:space="preserve">[26:09] </w:t>
      </w:r>
      <w:r>
        <w:t>unhon ne gun culture chalaya, bomb culture chalaya. aur nakaam jab hote hote yeh nabat pohnchi ke kuch gain nahi ho raha hai. to kya hai? suicide bombing shuru kar di.</w:t>
      </w:r>
    </w:p>
    <w:p>
      <w:pPr>
        <w:jc w:val="right"/>
      </w:pPr>
      <w:r>
        <w:t>انہوں نے gun culture چلایا، بم culture چلایا۔ اور ناکام جب ہوتے ہوتے یہ نوبت پہنچی کہ کچھ gain نہیں ہو رہا ہے۔ تو کیا ہے؟ Suicide bombing شروع کر دی۔</w:t>
      </w:r>
    </w:p>
    <w:p>
      <w:r>
        <w:rPr>
          <w:b/>
        </w:rPr>
        <w:t xml:space="preserve">[26:21] </w:t>
      </w:r>
      <w:r>
        <w:t>dekha ke woh milta nahi, apne hi ko kho aaye. yani apne hi ko maar rahe hain. suicide bombing kar ke.</w:t>
      </w:r>
    </w:p>
    <w:p>
      <w:pPr>
        <w:jc w:val="right"/>
      </w:pPr>
      <w:r>
        <w:t>دیکھا کہ وہ ملتا نہیں، اپنے ہی کو کھو آئے۔ یعنی اپنے ہی کو مار رہے ہیں۔ Suicide bombing کر کے۔</w:t>
      </w:r>
    </w:p>
    <w:p>
      <w:r>
        <w:rPr>
          <w:b/>
        </w:rPr>
        <w:t xml:space="preserve">[26:29] </w:t>
      </w:r>
      <w:r>
        <w:t>kaisi ajeeb baat hai.</w:t>
      </w:r>
    </w:p>
    <w:p>
      <w:pPr>
        <w:jc w:val="right"/>
      </w:pPr>
      <w:r>
        <w:t>کیسی عجیب بات ہے۔</w:t>
      </w:r>
    </w:p>
    <w:p>
      <w:r>
        <w:rPr>
          <w:b/>
        </w:rPr>
        <w:t xml:space="preserve">[26:31] </w:t>
      </w:r>
      <w:r>
        <w:t>aaj tak yeh the, rethinking nahi aai jabke quran mein bata diya gaya tha ke tum ko bhi yeh karna hoga. yahi karna hoga. ke battle field ko chhod kar daawa field mein aa jao.</w:t>
      </w:r>
    </w:p>
    <w:p>
      <w:pPr>
        <w:jc w:val="right"/>
      </w:pPr>
      <w:r>
        <w:t>آج تک یہ تھے، rethinking نہیں آئی جبکہ قرآن میں بتا دیا گیا تھا کہ تم کو بھی یہ کرنا ہوگا۔ یہی کرنا ہوگا۔ کہ battle field کو چھوڑ کر دعویٰ field میں آ جاؤ۔</w:t>
      </w:r>
    </w:p>
    <w:p>
      <w:r>
        <w:rPr>
          <w:b/>
        </w:rPr>
        <w:t xml:space="preserve">[26:44] </w:t>
      </w:r>
      <w:r>
        <w:t>peaceful daawa work. abhi kal mein padh raha tha</w:t>
      </w:r>
    </w:p>
    <w:p>
      <w:pPr>
        <w:jc w:val="right"/>
      </w:pPr>
      <w:r>
        <w:t>Peaceful دعویٰ work۔ ابھی کل میں پڑھ رہا تھا</w:t>
      </w:r>
    </w:p>
    <w:p>
      <w:r>
        <w:rPr>
          <w:b/>
        </w:rPr>
        <w:t xml:space="preserve">[26:50] </w:t>
      </w:r>
      <w:r>
        <w:t>ke musalsal taur par arab countries mein log islam qabool kar rahe hain. musalsal taur par. baghair kisi kaam ke. koi daawa work nahi wahan par.</w:t>
      </w:r>
    </w:p>
    <w:p>
      <w:pPr>
        <w:jc w:val="right"/>
      </w:pPr>
      <w:r>
        <w:t>کہ مسلسل طور پر عرب countries میں لوگ اسلام قبول کر رہے ہیں۔ مسلسل طور پر۔ بغیر کسی کام کے۔ کوئی دعویٰ work نہیں وہاں پر۔</w:t>
      </w:r>
    </w:p>
    <w:p>
      <w:r>
        <w:rPr>
          <w:b/>
        </w:rPr>
        <w:t xml:space="preserve">[27:00] </w:t>
      </w:r>
      <w:r>
        <w:t>to islam ki ideology apne aap mein ek taqatwar ideology hai. islam ki jo ideology hai woh apne aap mein ek taqatwar ideology hai, woh apne aap kaam karti rehti hai.</w:t>
      </w:r>
    </w:p>
    <w:p>
      <w:pPr>
        <w:jc w:val="right"/>
      </w:pPr>
      <w:r>
        <w:t>تو اسلام کی ideology اپنے آپ میں ایک طاقتور ideology ہے۔ اسلام کی جو ideology ہے وہ اپنے آپ میں ایک طاقتور ideology ہے، وہ اپنے آپ کام کرتی رہتی ہے۔</w:t>
      </w:r>
    </w:p>
    <w:p>
      <w:r>
        <w:rPr>
          <w:b/>
        </w:rPr>
        <w:t xml:space="preserve">[27:13] </w:t>
      </w:r>
      <w:r>
        <w:t>to agar musalman is ko le kar uthein, organize karein daawa work ko to kitla kamyab bhi hogi. million time barh jayegi kamyabi.</w:t>
      </w:r>
    </w:p>
    <w:p>
      <w:pPr>
        <w:jc w:val="right"/>
      </w:pPr>
      <w:r>
        <w:t>تو اگر مسلمان اس کو لے کر اٹھیں، organize کریں دعویٰ work کو تو کتابلہ کامیاب بھی ہوگی۔ ملین ٹائم بڑھ جائے گی کامیابی۔</w:t>
      </w:r>
    </w:p>
    <w:p>
      <w:r>
        <w:rPr>
          <w:b/>
        </w:rPr>
        <w:t xml:space="preserve">[27:24] </w:t>
      </w:r>
      <w:r>
        <w:t>lekin Christian ne ek bohat bara ek example set kiya unhon ne ke dawat ke kaam ko unhon ne ek organized missionary work mein tabdeel kar diya.</w:t>
      </w:r>
    </w:p>
    <w:p>
      <w:pPr>
        <w:jc w:val="right"/>
      </w:pPr>
      <w:r>
        <w:t>لیکن Christian نے ایک بہت بڑا ایک example set کیا انہوں نے کہ دعوت کے کام کو انہوں نے ایک organized missionary work میں تبدیل کر دیا۔</w:t>
      </w:r>
    </w:p>
    <w:p>
      <w:r>
        <w:rPr>
          <w:b/>
        </w:rPr>
        <w:t xml:space="preserve">[27:37] </w:t>
      </w:r>
      <w:r>
        <w:t>tareekh mein pehli baar aisa hua hai ke Christian ne ek bohat ajeeb kaam kiya hai ke dawah work ko ek organized Christian mission, organized missionary work.</w:t>
      </w:r>
    </w:p>
    <w:p>
      <w:pPr>
        <w:jc w:val="right"/>
      </w:pPr>
      <w:r>
        <w:t>تاریخ میں پہلی بار ایسا ہوا ہے کہ Christian نے ایک بہت عجیب کام کیا ہے کہ دعویٰ work کو ایک organized Christian mission، organized missionary work۔</w:t>
      </w:r>
    </w:p>
    <w:p>
      <w:r>
        <w:rPr>
          <w:b/>
        </w:rPr>
        <w:t xml:space="preserve">[27:49] </w:t>
      </w:r>
      <w:r>
        <w:t>bohat well organized tor par woh kaam karte hain.</w:t>
      </w:r>
    </w:p>
    <w:p>
      <w:pPr>
        <w:jc w:val="right"/>
      </w:pPr>
      <w:r>
        <w:t>بہت well organized طور پر وہ کام کرتے ہیں۔</w:t>
      </w:r>
    </w:p>
    <w:p>
      <w:r>
        <w:rPr>
          <w:b/>
        </w:rPr>
        <w:t xml:space="preserve">[27:53] </w:t>
      </w:r>
      <w:r>
        <w:t>jis ko kehte hain woh missionary work. to yeh karna tha. abhi to bashor khud kisi ne parh liya Quran, kisi ne kuch parh liya, woh Islam mein qabool kar liya us ne.</w:t>
      </w:r>
    </w:p>
    <w:p>
      <w:pPr>
        <w:jc w:val="right"/>
      </w:pPr>
      <w:r>
        <w:t>جس کو کہتے ہیں وہ missionary work۔ تو یہ کرنا تھا۔ ابھی تو بطور خود کسی نے پڑھ لیا قرآن، کسی نے کچھ پڑھ لیا، وہ اسلام میں قبول کر لیا اس نے۔</w:t>
      </w:r>
    </w:p>
    <w:p>
      <w:r>
        <w:rPr>
          <w:b/>
        </w:rPr>
        <w:t xml:space="preserve">[28:05] </w:t>
      </w:r>
      <w:r>
        <w:t>lekin organized way mein agar aap yeh karein ke Quran ko phailayein, Rasool Allah ki seerat ko phailayein, Islam ki ideology ko phailayein, organized way mein aur</w:t>
      </w:r>
    </w:p>
    <w:p>
      <w:pPr>
        <w:jc w:val="right"/>
      </w:pPr>
      <w:r>
        <w:t>لیکن organized way میں اگر آپ یہ کریں کہ قرآن کو پھیلائیں، رسول اللہ کی سیرت کو پھیلائیں، اسلام کی ideology کو پھیلائیں، organized way میں اور</w:t>
      </w:r>
    </w:p>
    <w:p>
      <w:r>
        <w:rPr>
          <w:b/>
        </w:rPr>
        <w:t xml:space="preserve">[28:15] </w:t>
      </w:r>
      <w:r>
        <w:t>modern technology ko istemal karein, modern method ko istemal karein, modern opportunities ko istemal karein. to thousand thousand time kaam barh jayega.</w:t>
      </w:r>
    </w:p>
    <w:p>
      <w:pPr>
        <w:jc w:val="right"/>
      </w:pPr>
      <w:r>
        <w:t>modern ٹیکنالوجی کو استعمال کریں، modern method کو استعمال کریں، modern opportunities کو استعمال کریں۔ تو thousand thousand time کام بڑھ جائے گا۔</w:t>
      </w:r>
    </w:p>
    <w:p>
      <w:r>
        <w:rPr>
          <w:b/>
        </w:rPr>
        <w:t xml:space="preserve">[28:28] </w:t>
      </w:r>
      <w:r>
        <w:t>yeh sara is ko para hua hai. sari opportunities pari hui hain.</w:t>
      </w:r>
    </w:p>
    <w:p>
      <w:pPr>
        <w:jc w:val="right"/>
      </w:pPr>
      <w:r>
        <w:t>یہ سارا اس کو پڑا ہوا ہے۔ ساری opportunities پڑی ہوئی ہیں۔</w:t>
      </w:r>
    </w:p>
    <w:p>
      <w:r>
        <w:rPr>
          <w:b/>
        </w:rPr>
        <w:t xml:space="preserve">[28:33] </w:t>
      </w:r>
      <w:r>
        <w:t>jaise wahan par unhon ne dekha ke dawah, unhon ne dekha ke yaani battle field mein to kuch nahi mil raha hai, Crusades mein hum haar rahe hain sirf.</w:t>
      </w:r>
    </w:p>
    <w:p>
      <w:pPr>
        <w:jc w:val="right"/>
      </w:pPr>
      <w:r>
        <w:t>جیسے وہاں پر انہوں نے دیکھا کہ دعویٰ، انہوں نے دیکھا کہ یعنی battle field میں تو کچھ نہیں مل رہا ہے، Crusades میں ہم ہار رہے ہیں صرف۔</w:t>
      </w:r>
    </w:p>
    <w:p>
      <w:r>
        <w:rPr>
          <w:b/>
        </w:rPr>
        <w:t xml:space="preserve">[28:43] </w:t>
      </w:r>
      <w:r>
        <w:t>lekin unhon ne jab mutala kiya nature ka to unhon ne kaha ke yeh to bohat bara maidan hai.</w:t>
      </w:r>
    </w:p>
    <w:p>
      <w:pPr>
        <w:jc w:val="right"/>
      </w:pPr>
      <w:r>
        <w:t>لیکن انہوں نے جب مطالعہ کیا nature کا تو انہوں نے کہا کہ یہ تو بہت بڑا میدان ہے۔</w:t>
      </w:r>
    </w:p>
    <w:p>
      <w:r>
        <w:rPr>
          <w:b/>
        </w:rPr>
        <w:t xml:space="preserve">[28:53] </w:t>
      </w:r>
      <w:r>
        <w:t>char sau saal pehle jab Galileo ne pehli baar telescope ke zariye aasman ki taraf dekha to maloom hua ke to ek ek ek aur hi kainat hai jo hum ne ab tak dekha nahi tha.</w:t>
      </w:r>
    </w:p>
    <w:p>
      <w:pPr>
        <w:jc w:val="right"/>
      </w:pPr>
      <w:r>
        <w:t>چار سو سال پہلے جب گلیلیو نے پہلی بار ٹیلیسکوپ کے ذریعے آسمان کی طرف دیکھا تو معلوم ہوا کہ تو ایک ایک ایک اور ہی کائنات ہے جو ہم نے اب تک دیکھا نہیں تھا۔</w:t>
      </w:r>
    </w:p>
    <w:p>
      <w:r>
        <w:rPr>
          <w:b/>
        </w:rPr>
        <w:t xml:space="preserve">[29:05] </w:t>
      </w:r>
      <w:r>
        <w:t>jis se hum bekhabar the. to is poori energy laga di unhon ne is ki taraf.</w:t>
      </w:r>
    </w:p>
    <w:p>
      <w:pPr>
        <w:jc w:val="right"/>
      </w:pPr>
      <w:r>
        <w:t>جس سے ہم بے خبر تھے۔ تو اس پوری energy لگا دی انہوں نے اس کی طرف۔</w:t>
      </w:r>
    </w:p>
    <w:p>
      <w:r>
        <w:rPr>
          <w:b/>
        </w:rPr>
        <w:t xml:space="preserve">[29:11] </w:t>
      </w:r>
      <w:r>
        <w:t>aise hi Musalmanon ko, Muslim rehnumaon ko chahiye tha ke woh dekhte ke Islam ki jo ideology hai, Islam ka jo ek mehfooz kitab Quran hai, Rasool Allah ki jo sunnat hai,</w:t>
      </w:r>
    </w:p>
    <w:p>
      <w:pPr>
        <w:jc w:val="right"/>
      </w:pPr>
      <w:r>
        <w:t>ایسے ہی مسلمانوں کو، مسلم رہنماؤں کو چاہیے تھا کہ وہ دیکھتے کہ اسلام کی جو ideology ہے، اسلام کا جو ایک محفوظ کتاب قرآن ہے، رسول اللہ کی جو سنت ہے،</w:t>
      </w:r>
    </w:p>
    <w:p>
      <w:r>
        <w:rPr>
          <w:b/>
        </w:rPr>
        <w:t xml:space="preserve">[29:27] </w:t>
      </w:r>
      <w:r>
        <w:t>Islam ki shakal mein Allah ka jo deen</w:t>
      </w:r>
    </w:p>
    <w:p>
      <w:pPr>
        <w:jc w:val="right"/>
      </w:pPr>
      <w:r>
        <w:t>اسلام کی شکل میں اللہ کا جو دین</w:t>
      </w:r>
    </w:p>
    <w:p>
      <w:r>
        <w:rPr>
          <w:b/>
        </w:rPr>
        <w:t xml:space="preserve">[29:30] </w:t>
      </w:r>
      <w:r>
        <w:t>poori tarah mehfooz maujood hai, yeh sab se bari taqat hai.</w:t>
      </w:r>
    </w:p>
    <w:p>
      <w:pPr>
        <w:jc w:val="right"/>
      </w:pPr>
      <w:r>
        <w:t>پوری طرح محفوظ موجود ہے، یہ سب سے بڑی طاقت ہے۔</w:t>
      </w:r>
    </w:p>
    <w:p>
      <w:r>
        <w:rPr>
          <w:b/>
        </w:rPr>
        <w:t xml:space="preserve">[29:35] </w:t>
      </w:r>
      <w:r>
        <w:t>is ko le kar utho. is ko le kar utho. aur peaceful tor par is ko duniya tak pahunchao.</w:t>
      </w:r>
    </w:p>
    <w:p>
      <w:pPr>
        <w:jc w:val="right"/>
      </w:pPr>
      <w:r>
        <w:t>اس کو لے کر اٹھو۔ اس کو لے کر اٹھو۔ اور peaceful طور پر اس کو دنیا تک پہنچاؤ۔</w:t>
      </w:r>
    </w:p>
    <w:p>
      <w:r>
        <w:rPr>
          <w:b/>
        </w:rPr>
        <w:t xml:space="preserve">[29:45] </w:t>
      </w:r>
      <w:r>
        <w:t>to ek kitna bara yeh parallel tha jo Allah Ta'ala ne peshgi tor par bata diya tha ke karna hoga tumhein lekin sare Musalman fail ho gaye.</w:t>
      </w:r>
    </w:p>
    <w:p>
      <w:pPr>
        <w:jc w:val="right"/>
      </w:pPr>
      <w:r>
        <w:t>تو ایک کتنا بڑا یہ parallel تھا جو اللہ تعالیٰ نے پیشگی طور پر بتا دیا تھا کہ کرنا ہوگا تمہیں لیکن سارے مسلمان fail ہو گئے۔</w:t>
      </w:r>
    </w:p>
    <w:p>
      <w:r>
        <w:rPr>
          <w:b/>
        </w:rPr>
        <w:t xml:space="preserve">[29:57] </w:t>
      </w:r>
      <w:r>
        <w:t>do sau saal ke andar ek bhi Musalman nahi utha abhi tak hamare mission ko chhod kar ke. jo yeh bataya Musalmanon ko ke tum kahan apne aap ko zaya kar rahe ho?</w:t>
      </w:r>
    </w:p>
    <w:p>
      <w:pPr>
        <w:jc w:val="right"/>
      </w:pPr>
      <w:r>
        <w:t>دو سو سال کے اندر ایک بھی مسلمان نہیں اٹھا ابھی تک ہمارے مشن کو چھوڑ کر کے۔ جو یہ بتایا مسلمانوں کو کہ تم کہاں اپنے آپ کو ضائع کر رہے ہو؟</w:t>
      </w:r>
    </w:p>
    <w:p>
      <w:r>
        <w:rPr>
          <w:b/>
        </w:rPr>
        <w:t xml:space="preserve">[30:07] </w:t>
      </w:r>
      <w:r>
        <w:t>apni energy ko divert karo.</w:t>
      </w:r>
    </w:p>
    <w:p>
      <w:pPr>
        <w:jc w:val="right"/>
      </w:pPr>
      <w:r>
        <w:t>اپنی energy کو divert کرو۔</w:t>
      </w:r>
    </w:p>
    <w:p>
      <w:r>
        <w:rPr>
          <w:b/>
        </w:rPr>
        <w:t xml:space="preserve">[30:10] </w:t>
      </w:r>
      <w:r>
        <w:t>chhod do ab jhooti ladai ko, chhod do gun culture ko, chhod do bomb culture ko, chhod do suicide bombing ko.</w:t>
      </w:r>
    </w:p>
    <w:p>
      <w:pPr>
        <w:jc w:val="right"/>
      </w:pPr>
      <w:r>
        <w:t>چھوڑو اب جھوٹی لڑائی کو، چھوڑو gun culture کو، چھوڑو بم culture کو، چھوڑو suicide bombing کو۔</w:t>
      </w:r>
    </w:p>
    <w:p>
      <w:r>
        <w:rPr>
          <w:b/>
        </w:rPr>
        <w:t xml:space="preserve">[30:19] </w:t>
      </w:r>
      <w:r>
        <w:t>battle field ke bajaye peaceful dawah work ke maidan mein aa jao. aur yahan par Allah tumhein kamyabiyan dega.</w:t>
      </w:r>
    </w:p>
    <w:p>
      <w:pPr>
        <w:jc w:val="right"/>
      </w:pPr>
      <w:r>
        <w:t>Battle field کے بجائے peaceful دعویٰ work کے میدان میں آ جاؤ۔ اور یہاں پر اللہ تمہیں کامیابیاں دے گا۔</w:t>
      </w:r>
    </w:p>
    <w:p>
      <w:r>
        <w:rPr>
          <w:b/>
        </w:rPr>
        <w:t xml:space="preserve">[30:29] </w:t>
      </w:r>
      <w:r>
        <w:t>yahan pe tumhari kamyabiyan hongi.</w:t>
      </w:r>
    </w:p>
    <w:p>
      <w:pPr>
        <w:jc w:val="right"/>
      </w:pPr>
      <w:r>
        <w:t>یہاں پہ تمہاری کامیابیاں ہوں گی۔</w:t>
      </w:r>
    </w:p>
    <w:p>
      <w:r>
        <w:rPr>
          <w:b/>
        </w:rPr>
        <w:t xml:space="preserve">[30:38] </w:t>
      </w:r>
      <w:r>
        <w:t>to yeh kaisa ajeeb yaani almiya hai, kaisa ajeeb tragedy hai ke bojh ke Quran mein Allah Ta'ala ne is baat ko bata diya tha aur bojh ke is ka muzahira bhi karwa diya Christians ke zariye se.</w:t>
      </w:r>
    </w:p>
    <w:p>
      <w:pPr>
        <w:jc w:val="right"/>
      </w:pPr>
      <w:r>
        <w:t>تو یہ کیسا عجیب یعنی المیہ ہے، کیسا عجیب tragedy ہے کہ بوجھے کے قرآن میں اللہ تعالیٰ نے اس بات کو بتا دیا تھا اور بوجھے کے اس کا مظاہرہ بھی کروا دیا Christians کے ذریعے سے۔</w:t>
      </w:r>
    </w:p>
    <w:p>
      <w:r>
        <w:rPr>
          <w:b/>
        </w:rPr>
        <w:t xml:space="preserve">[30:58] </w:t>
      </w:r>
      <w:r>
        <w:t>muzahira bhi karwa diya ke yeh method kitna kamyab hota hai. yaani battle field ke bajaye peaceful dawah work kitna zyada kamyab hota hai.</w:t>
      </w:r>
    </w:p>
    <w:p>
      <w:pPr>
        <w:jc w:val="right"/>
      </w:pPr>
      <w:r>
        <w:t>مظاہرہ بھی کروا دیا کہ یہ method کتنا کامیاب ہوتا ہے۔ یعنی battle field کے بجائے peaceful دعویٰ work کتنا زیادہ کامیاب ہوتا ہے۔</w:t>
      </w:r>
    </w:p>
    <w:p>
      <w:r>
        <w:rPr>
          <w:b/>
        </w:rPr>
        <w:t xml:space="preserve">[31:10] </w:t>
      </w:r>
      <w:r>
        <w:t>is ko bata bhi diya. tab bhi aankh nahi khuli. tab bhi isi par</w:t>
      </w:r>
    </w:p>
    <w:p>
      <w:pPr>
        <w:jc w:val="right"/>
      </w:pPr>
      <w:r>
        <w:t>اس کو بتا بھی دیا۔ تب بھی آنکھ نہیں کھلی۔ تب بھی اسی پر</w:t>
      </w:r>
    </w:p>
    <w:p>
      <w:r>
        <w:rPr>
          <w:b/>
        </w:rPr>
        <w:t xml:space="preserve">[31:15] </w:t>
      </w:r>
      <w:r>
        <w:t>lage hue hain, wohi gun culture, wohi bomb culture, wohi suicide bombing, wohi nafrat, wohi sazish ki baatein.</w:t>
      </w:r>
    </w:p>
    <w:p>
      <w:pPr>
        <w:jc w:val="right"/>
      </w:pPr>
      <w:r>
        <w:t>لگے ہوئے ہیں، وہی gun culture، وہی بم culture، وہی suicide bombing، وہی نفرت، وہی سازش کی باتیں۔</w:t>
      </w:r>
    </w:p>
    <w:p>
      <w:r>
        <w:rPr>
          <w:b/>
        </w:rPr>
        <w:t xml:space="preserve">[31:26] </w:t>
      </w:r>
      <w:r>
        <w:t>jis ko jis musalman ki taqreer parhiye, jis musalman ki taqreer suniye, jis musalman ki kitab ko parhiye, sab usi par bhara hua hoga ke duniya hamare khilaf sazish kar rahi hai, duniya hamari dushman ban gayi hai, hamein duniya ko ladna hai, is ko mitana hai, is ko</w:t>
      </w:r>
    </w:p>
    <w:p>
      <w:pPr>
        <w:jc w:val="right"/>
      </w:pPr>
      <w:r>
        <w:t>جس کو جس مسلمان کی تقریر پڑھیے، جس مسلمان کی تقریر سنیے، جس مسلمان کی کتاب کو پڑھیے، سب اسی پر بھرا ہوا ہوگا کہ دنیا ہمارے خلاف سازش کر رہی ہے، دنیا ہماری دشمن بن گئی ہے، ہمیں دنیا کو لڑنا ہے، اس کو مٹانا ہے، اس کو</w:t>
      </w:r>
    </w:p>
    <w:p>
      <w:r>
        <w:rPr>
          <w:b/>
        </w:rPr>
        <w:t xml:space="preserve">[31:44] </w:t>
      </w:r>
      <w:r>
        <w:t>suicide bombing karni hai is ke khilaf.</w:t>
      </w:r>
    </w:p>
    <w:p>
      <w:pPr>
        <w:jc w:val="right"/>
      </w:pPr>
      <w:r>
        <w:t>suicide bombing کرنی ہے اس کے خلاف۔</w:t>
      </w:r>
    </w:p>
    <w:p>
      <w:r>
        <w:rPr>
          <w:b/>
        </w:rPr>
        <w:t xml:space="preserve">[31:48] </w:t>
      </w:r>
      <w:r>
        <w:t>yeh yeh to yeh to ek sara bilkul yani against the Christian plan of God hai. Dekhiye duniya mein koi bhi kamyabi aap ko Christian plan of God ko follow kar ke hi mil sakti hai.</w:t>
      </w:r>
    </w:p>
    <w:p>
      <w:pPr>
        <w:jc w:val="right"/>
      </w:pPr>
      <w:r>
        <w:t>یہ یہ تو یہ تو ایک سارا بالکل یعنی against the Christian plan of God ہے۔ دیکھیے دنیا میں کوئی بھی کامیابی آپ کو Christian plan of God کو follow کر کے ہی مل سکتی ہے۔</w:t>
      </w:r>
    </w:p>
    <w:p>
      <w:r>
        <w:rPr>
          <w:b/>
        </w:rPr>
        <w:t xml:space="preserve">[32:04] </w:t>
      </w:r>
      <w:r>
        <w:t>agar aap Christian plan of God jo hai us ke khilaf chalna chahein to aap kabhi kamyab nahi honge.</w:t>
      </w:r>
    </w:p>
    <w:p>
      <w:pPr>
        <w:jc w:val="right"/>
      </w:pPr>
      <w:r>
        <w:t>اگر آپ Christian plan of God جو ہے اس کے خلاف چلنا چاہیں تو آپ کبھی کامیاب نہیں ہوں گے۔</w:t>
      </w:r>
    </w:p>
    <w:p>
      <w:r>
        <w:rPr>
          <w:b/>
        </w:rPr>
        <w:t xml:space="preserve">[32:11] </w:t>
      </w:r>
      <w:r>
        <w:t>to Allah ka jo plan hai wo yahi hai ke agar ek field mein tumhein kamyabi nahi ho rahi to apni energy ko zaya mat karo.</w:t>
      </w:r>
    </w:p>
    <w:p>
      <w:pPr>
        <w:jc w:val="right"/>
      </w:pPr>
      <w:r>
        <w:t>تو اللہ کا جو plan ہے وہ یہی ہے کہ اگر ایک field میں تمہیں کامیابی نہیں ہو رہی تو اپنی energy کو ضائع مت کرو۔</w:t>
      </w:r>
    </w:p>
    <w:p>
      <w:r>
        <w:rPr>
          <w:b/>
        </w:rPr>
        <w:t xml:space="preserve">[32:20] </w:t>
      </w:r>
      <w:r>
        <w:t>Divert karo, doosre field mein aa jao. Battle field ke bajaye peaceful da'wa work ka maidan ikhtiyar kar lo.</w:t>
      </w:r>
    </w:p>
    <w:p>
      <w:pPr>
        <w:jc w:val="right"/>
      </w:pPr>
      <w:r>
        <w:t>Divert کرو، دوسرے field میں آ جاؤ۔ Battle field کے بجائے peaceful دعویٰ work کا میدان اختیار کر لو۔</w:t>
      </w:r>
    </w:p>
    <w:p>
      <w:r>
        <w:rPr>
          <w:b/>
        </w:rPr>
        <w:t xml:space="preserve">[32:30] </w:t>
      </w:r>
      <w:r>
        <w:t>yeh hai Allah Ta'ala ka mansooba.</w:t>
      </w:r>
    </w:p>
    <w:p>
      <w:pPr>
        <w:jc w:val="right"/>
      </w:pPr>
      <w:r>
        <w:t>یہ ہے اللہ تعالیٰ کا منصوبہ۔</w:t>
      </w:r>
    </w:p>
    <w:p>
      <w:r>
        <w:rPr>
          <w:b/>
        </w:rPr>
        <w:t xml:space="preserve">[32:36] </w:t>
      </w:r>
      <w:r>
        <w:t>to ab hum ikkeesween sadi mein do sau saal guzarne ke baad hum ikkeesween sadi mein pahunche hain.</w:t>
      </w:r>
    </w:p>
    <w:p>
      <w:pPr>
        <w:jc w:val="right"/>
      </w:pPr>
      <w:r>
        <w:t>تو اب ہم اکیسویں صدی میں دو سو سال گزارنے کے بعد ہم اکیسویں صدی میں پہنچے ہیں۔</w:t>
      </w:r>
    </w:p>
    <w:p>
      <w:r>
        <w:rPr>
          <w:b/>
        </w:rPr>
        <w:t xml:space="preserve">[32:46] </w:t>
      </w:r>
      <w:r>
        <w:t>ab mein samajhta hoon ke Quran ki ek ayat un par apply hoti hai. Quran mein ek ayat hai ke</w:t>
      </w:r>
    </w:p>
    <w:p>
      <w:pPr>
        <w:jc w:val="right"/>
      </w:pPr>
      <w:r>
        <w:t>اب میں سمجھتا ہوں کہ قرآن کی ایک آیت ان پر اپلائی ہوتی ہے۔ قرآن میں ایک آیت ہے کہ</w:t>
      </w:r>
    </w:p>
    <w:p>
      <w:r>
        <w:rPr>
          <w:b/>
        </w:rPr>
        <w:t xml:space="preserve">[32:54] </w:t>
      </w:r>
      <w:r>
        <w:t>tubu ila Allah jami'an ayyuha al-mu'minun la'allakum tuflihun.</w:t>
      </w:r>
    </w:p>
    <w:p>
      <w:pPr>
        <w:jc w:val="right"/>
      </w:pPr>
      <w:r>
        <w:t>توبوا الی اللہ جمیعا ایہا المومنون لعلکم تفلحون۔</w:t>
      </w:r>
    </w:p>
    <w:p>
      <w:r>
        <w:rPr>
          <w:b/>
        </w:rPr>
        <w:t xml:space="preserve">[33:03] </w:t>
      </w:r>
      <w:r>
        <w:t>ae iman lane walo!</w:t>
      </w:r>
    </w:p>
    <w:p>
      <w:pPr>
        <w:jc w:val="right"/>
      </w:pPr>
      <w:r>
        <w:t>اے ایمان لانے والو!</w:t>
      </w:r>
    </w:p>
    <w:p>
      <w:r>
        <w:rPr>
          <w:b/>
        </w:rPr>
        <w:t xml:space="preserve">[33:05] </w:t>
      </w:r>
      <w:r>
        <w:t>sab mil kar toba karo.</w:t>
      </w:r>
    </w:p>
    <w:p>
      <w:pPr>
        <w:jc w:val="right"/>
      </w:pPr>
      <w:r>
        <w:t>سب مل کر توبہ کرو۔</w:t>
      </w:r>
    </w:p>
    <w:p>
      <w:r>
        <w:rPr>
          <w:b/>
        </w:rPr>
        <w:t xml:space="preserve">[33:10] </w:t>
      </w:r>
      <w:r>
        <w:t>ijtimai toba karo. Tab tum kamyab ho ge. To ijtimai toba kiya cheez hai?</w:t>
      </w:r>
    </w:p>
    <w:p>
      <w:pPr>
        <w:jc w:val="right"/>
      </w:pPr>
      <w:r>
        <w:t>اجتماعی توبہ کرو۔ تب تم کامیاب ہو گے۔ تو اجتماعی توبہ کیا چیز ہے؟</w:t>
      </w:r>
    </w:p>
    <w:p>
      <w:r>
        <w:rPr>
          <w:b/>
        </w:rPr>
        <w:t xml:space="preserve">[33:20] </w:t>
      </w:r>
      <w:r>
        <w:t>ijtimai toba koi loudspeaker par, yeh nahi ke loudspeaker par koi sahib taqreer karein aur doosre log amin amin kahein, yeh nahi hai.</w:t>
      </w:r>
    </w:p>
    <w:p>
      <w:pPr>
        <w:jc w:val="right"/>
      </w:pPr>
      <w:r>
        <w:t>اجتماعی توبہ کوئی لاؤڈ سپیکر پر، یہ نہیں کہ لاؤڈ سپیکر پر کوئی صاحب تقریر کریں اور دوسرے لوگ آمین آمین کہیں، یہ نہیں ہے۔</w:t>
      </w:r>
    </w:p>
    <w:p>
      <w:r>
        <w:rPr>
          <w:b/>
        </w:rPr>
        <w:t xml:space="preserve">[33:28] </w:t>
      </w:r>
      <w:r>
        <w:t>ijtimai toba bataya ke ijtimai policy ko badalna. Is waqt musalmanon ki ijtimai policy kya hai?</w:t>
      </w:r>
    </w:p>
    <w:p>
      <w:pPr>
        <w:jc w:val="right"/>
      </w:pPr>
      <w:r>
        <w:t>اجتماعی توبہ بتایا کہ اجتماعی پالیسی کو بدلنا۔ اس وقت مسلمانوں کی اجتماعی پالیسی کیا ہے؟</w:t>
      </w:r>
    </w:p>
    <w:p>
      <w:r>
        <w:rPr>
          <w:b/>
        </w:rPr>
        <w:t xml:space="preserve">[33:38] </w:t>
      </w:r>
      <w:r>
        <w:t>sab hate par mabni hai. Hate aur tashaddud.</w:t>
      </w:r>
    </w:p>
    <w:p>
      <w:pPr>
        <w:jc w:val="right"/>
      </w:pPr>
      <w:r>
        <w:t>سب hate پر مبنی ہے۔ Hate اور تشدد۔</w:t>
      </w:r>
    </w:p>
    <w:p>
      <w:r>
        <w:rPr>
          <w:b/>
        </w:rPr>
        <w:t xml:space="preserve">[33:45] </w:t>
      </w:r>
      <w:r>
        <w:t>jihad ke naam par ladai. Aap ghaur kijiye ke musalman suicide bhi, suicide bombing kar rahe hain aur sari duniya mein koi fatwa nahi de raha hai ke yeh haram hai.</w:t>
      </w:r>
    </w:p>
    <w:p>
      <w:pPr>
        <w:jc w:val="right"/>
      </w:pPr>
      <w:r>
        <w:t>جہاد کے نام پر لڑائی۔ آپ غور کیجیے کہ مسلمان suicide بھی، suicide bombing کر رہے ہیں اور ساری دنیا میں کوئی فتویٰ نہیں دے رہا ہے کہ یہ حرام ہے۔</w:t>
      </w:r>
    </w:p>
    <w:p>
      <w:r>
        <w:rPr>
          <w:b/>
        </w:rPr>
        <w:t xml:space="preserve">[33:57] </w:t>
      </w:r>
      <w:r>
        <w:t>fatwa do is par ke haram hai yeh sab. Is par fatwa do.</w:t>
      </w:r>
    </w:p>
    <w:p>
      <w:pPr>
        <w:jc w:val="right"/>
      </w:pPr>
      <w:r>
        <w:t>فتویٰ دو اس پر کہ حرام ہے یہ سب۔ اس پر فتویٰ دو۔</w:t>
      </w:r>
    </w:p>
    <w:p>
      <w:r>
        <w:rPr>
          <w:b/>
        </w:rPr>
        <w:t xml:space="preserve">[34:04] </w:t>
      </w:r>
      <w:r>
        <w:t>waqt aa gaya hai ke sare ulama fatwa dein ke yeh ladai hui, suicide bombing yeh sab haram hai. To chodo is ko.</w:t>
      </w:r>
    </w:p>
    <w:p>
      <w:pPr>
        <w:jc w:val="right"/>
      </w:pPr>
      <w:r>
        <w:t>وقت آ گیا ہے کہ سارے علماء فتویٰ دیں کہ یہ لڑائی ہوئی، suicide bombing یہ سب حرام ہے۔ تو چھوڑو اس کو۔</w:t>
      </w:r>
    </w:p>
    <w:p>
      <w:r>
        <w:rPr>
          <w:b/>
        </w:rPr>
        <w:t xml:space="preserve">[34:15] </w:t>
      </w:r>
      <w:r>
        <w:t>Battle field ko chhod kar ke peaceful da'wa work ke maidan mein aa jao. Phir yeh itna rasta khula hua hai. Dekhiye mein aap ko ek ek taza waqia batata hoon ke maidan da'wat ka kitna wasee' hai.</w:t>
      </w:r>
    </w:p>
    <w:p>
      <w:pPr>
        <w:jc w:val="right"/>
      </w:pPr>
      <w:r>
        <w:t>Battle field کو چھوڑ کر کے peaceful دعویٰ work کے میدان میں آ جاؤ۔ پھر یہ اتنا راستہ کھلا ہوا ہے۔ دیکھیے میں آپ کو ایک ایک تازہ واقعہ بتاتا ہوں کہ میدان دعوت کا کتنا وسیع ہے۔</w:t>
      </w:r>
    </w:p>
    <w:p>
      <w:r>
        <w:rPr>
          <w:b/>
        </w:rPr>
        <w:t xml:space="preserve">[34:33] </w:t>
      </w:r>
      <w:r>
        <w:t>abhi isi isi mahine mein ke yeh April ka mahina hai to do April ko ek waqia hua Kashmir mein. Kashmir mein ek garden hai, is ka naam hai Tulip Garden.</w:t>
      </w:r>
    </w:p>
    <w:p>
      <w:pPr>
        <w:jc w:val="right"/>
      </w:pPr>
      <w:r>
        <w:t>ابھی اسی اسی مہینے میں کہ یہ اپریل کا مہینہ ہے تو دو اپریل کو ایک واقعہ ہوا کشمیر میں۔ کشمیر میں ایک گارڈن ہے، اس کا نام ہے Tulip Garden۔</w:t>
      </w:r>
    </w:p>
    <w:p>
      <w:r>
        <w:rPr>
          <w:b/>
        </w:rPr>
        <w:t xml:space="preserve">[34:49] </w:t>
      </w:r>
      <w:r>
        <w:t>is mein khas tarah ke phool hain to log bohat dekhne ke liye aate hain is ko.</w:t>
      </w:r>
    </w:p>
    <w:p>
      <w:pPr>
        <w:jc w:val="right"/>
      </w:pPr>
      <w:r>
        <w:t>اس میں خاص طرح کے پھول ہیں تو لوگ بہت دیکھنے کے لیے آتے ہیں اس کو۔</w:t>
      </w:r>
    </w:p>
    <w:p>
      <w:r>
        <w:rPr>
          <w:b/>
        </w:rPr>
        <w:t xml:space="preserve">[34:55] </w:t>
      </w:r>
      <w:r>
        <w:t>to Kashmir mein lakh phool se hamare sathiyon ki ek team hai jo bohat hi regular tor par da'wa work karti hai.</w:t>
      </w:r>
    </w:p>
    <w:p>
      <w:pPr>
        <w:jc w:val="right"/>
      </w:pPr>
      <w:r>
        <w:t>تو کشمیر میں لاکھ پھل سے ہمارے ساتھیوں کی ایک ٹیم ہے جو بہت ہی ریگولر طور پر دعویٰ work کرتی ہے۔</w:t>
      </w:r>
    </w:p>
    <w:p>
      <w:r>
        <w:rPr>
          <w:b/>
        </w:rPr>
        <w:t xml:space="preserve">[35:08] </w:t>
      </w:r>
      <w:r>
        <w:t>Quran ka tarjuma aur doosri kitabein logon tak distribute karte hain wo.</w:t>
      </w:r>
    </w:p>
    <w:p>
      <w:pPr>
        <w:jc w:val="right"/>
      </w:pPr>
      <w:r>
        <w:t>قرآن کا ترجمہ اور دوسری کتابیں لوگوں تک distribute کرتے ہیں وہ۔</w:t>
      </w:r>
    </w:p>
    <w:p>
      <w:r>
        <w:rPr>
          <w:b/>
        </w:rPr>
        <w:t xml:space="preserve">[35:14] </w:t>
      </w:r>
      <w:r>
        <w:t>to hamare kuch saathi do April ko Tulip Garden gaye. Wahan par Hindu log aaye hue the, Hindu siyah, Hindu tourist.</w:t>
      </w:r>
    </w:p>
    <w:p>
      <w:pPr>
        <w:jc w:val="right"/>
      </w:pPr>
      <w:r>
        <w:t>تو ہمارے کچھ ساتھی دو اپریل کو Tulip Garden گئے۔ وہاں پر ہندو لوگ آئے ہوئے تھے، ہندو سیاح، ہندو tourist۔</w:t>
      </w:r>
    </w:p>
    <w:p>
      <w:r>
        <w:rPr>
          <w:b/>
        </w:rPr>
        <w:t xml:space="preserve">[35:26] </w:t>
      </w:r>
      <w:r>
        <w:t>different state ke. to ek group tha, us ko unhon ne quran diya.</w:t>
      </w:r>
    </w:p>
    <w:p>
      <w:pPr>
        <w:jc w:val="right"/>
      </w:pPr>
      <w:r>
        <w:t>Different state کے۔ تو ایک گروپ تھا، اس کو انہوں نے قرآن دیا۔</w:t>
      </w:r>
    </w:p>
    <w:p>
      <w:r>
        <w:rPr>
          <w:b/>
        </w:rPr>
        <w:t xml:space="preserve">[35:35] </w:t>
      </w:r>
      <w:r>
        <w:t>un ke paas limited quantity thi to quran khatm ho gaya. is mein ek taqreeban das saal ka bachcha tha, us ko quran nahin mila. to unhon ne dekha apni aankh se ke woh gate par khara hua ro raha hai.</w:t>
      </w:r>
    </w:p>
    <w:p>
      <w:pPr>
        <w:jc w:val="right"/>
      </w:pPr>
      <w:r>
        <w:t>ان کے پاس limited quantity تھی تو قرآن ختم ہو گیا۔ اس میں ایک تقریباً دس سال کا بچہ تھا، اس کو قرآن نہیں ملا۔ تو انہوں نے دیکھا اپنی آنکھ سے کہ وہ gate پر کھڑا ہوا رو رہا ہے۔</w:t>
      </w:r>
    </w:p>
    <w:p>
      <w:r>
        <w:rPr>
          <w:b/>
        </w:rPr>
        <w:t xml:space="preserve">[35:51] </w:t>
      </w:r>
      <w:r>
        <w:t>woh das saal ka bachcha, hindu bachcha.</w:t>
      </w:r>
    </w:p>
    <w:p>
      <w:pPr>
        <w:jc w:val="right"/>
      </w:pPr>
      <w:r>
        <w:t>وہ دس سال کا بچہ، ہندو بچہ۔</w:t>
      </w:r>
    </w:p>
    <w:p>
      <w:r>
        <w:rPr>
          <w:b/>
        </w:rPr>
        <w:t xml:space="preserve">[35:55] </w:t>
      </w:r>
      <w:r>
        <w:t>yeh do april ka waqia hai.</w:t>
      </w:r>
    </w:p>
    <w:p>
      <w:pPr>
        <w:jc w:val="right"/>
      </w:pPr>
      <w:r>
        <w:t>یہ دو اپریل کا واقعہ ہے۔</w:t>
      </w:r>
    </w:p>
    <w:p>
      <w:r>
        <w:rPr>
          <w:b/>
        </w:rPr>
        <w:t xml:space="preserve">[36:00] </w:t>
      </w:r>
      <w:r>
        <w:t>jis ko us ko jis ko kisi ko shakk ho to main aap ko telephone number doonga, aap confirm kar li jiye. unhon ne dekha ke woh das saal ka bachcha gate par khara hua ro raha hai.</w:t>
      </w:r>
    </w:p>
    <w:p>
      <w:pPr>
        <w:jc w:val="right"/>
      </w:pPr>
      <w:r>
        <w:t>جس کو اس کو جس کو کسی کو شک ہو تو میں آپ کو ٹیلی فون نمبر دوں گا، آپ confirm کر لیجیے۔ انہوں نے دیکھا کہ وہ دس سال کا بچہ gate پر کھڑا ہوا رو رہا ہے۔</w:t>
      </w:r>
    </w:p>
    <w:p>
      <w:r>
        <w:rPr>
          <w:b/>
        </w:rPr>
        <w:t xml:space="preserve">[36:15] </w:t>
      </w:r>
      <w:r>
        <w:t>to un ki apni party ke kisi ne poocha ke bhai tum ro kyun rahe ho?</w:t>
      </w:r>
    </w:p>
    <w:p>
      <w:pPr>
        <w:jc w:val="right"/>
      </w:pPr>
      <w:r>
        <w:t>تو ان کی اپنی پارٹی کے کسی نے پوچھا کہ بھئی تم رو کیوں رہے ہو؟</w:t>
      </w:r>
    </w:p>
    <w:p>
      <w:r>
        <w:rPr>
          <w:b/>
        </w:rPr>
        <w:t xml:space="preserve">[36:21] </w:t>
      </w:r>
      <w:r>
        <w:t>us ne rote hue kaha ke mujh ko quran nahin mila.</w:t>
      </w:r>
    </w:p>
    <w:p>
      <w:pPr>
        <w:jc w:val="right"/>
      </w:pPr>
      <w:r>
        <w:t>اس نے روتے ہوئے کہا کہ مجھ کو قرآن نہیں ملا۔</w:t>
      </w:r>
    </w:p>
    <w:p>
      <w:r>
        <w:rPr>
          <w:b/>
        </w:rPr>
        <w:t xml:space="preserve">[36:28] </w:t>
      </w:r>
      <w:r>
        <w:t>mujh ko quran nahin mila.</w:t>
      </w:r>
    </w:p>
    <w:p>
      <w:pPr>
        <w:jc w:val="right"/>
      </w:pPr>
      <w:r>
        <w:t>مجھ کو قرآن نہیں ملا۔</w:t>
      </w:r>
    </w:p>
    <w:p>
      <w:r>
        <w:rPr>
          <w:b/>
        </w:rPr>
        <w:t xml:space="preserve">[36:35] </w:t>
      </w:r>
      <w:r>
        <w:t>jab yeh waqia mujhe maloom hua to main ne socha ke poori insaniyat yahi keh rahi hai ke quran walon ne hum ko quran nahin diya.</w:t>
      </w:r>
    </w:p>
    <w:p>
      <w:pPr>
        <w:jc w:val="right"/>
      </w:pPr>
      <w:r>
        <w:t>جب یہ واقعہ مجھے معلوم ہوا تو میں نے سوچا کہ پوری انسانیت یہی کہہ رہی ہے کہ قرآن والوں نے ہم کو قرآن نہیں دیا۔</w:t>
      </w:r>
    </w:p>
    <w:p>
      <w:r>
        <w:rPr>
          <w:b/>
        </w:rPr>
        <w:t xml:space="preserve">[36:45] </w:t>
      </w:r>
      <w:r>
        <w:t>woh bachcha ro raha tha aur keh raha tha ke mujh ko quran nahin mila.</w:t>
      </w:r>
    </w:p>
    <w:p>
      <w:pPr>
        <w:jc w:val="right"/>
      </w:pPr>
      <w:r>
        <w:t>وہ بچہ رو رہا تھا اور کہہ رہا تھا کہ مجھ کو قرآن نہیں ملا۔</w:t>
      </w:r>
    </w:p>
    <w:p>
      <w:r>
        <w:rPr>
          <w:b/>
        </w:rPr>
        <w:t xml:space="preserve">[36:53] </w:t>
      </w:r>
      <w:r>
        <w:t>to phir woh log andar chale gaye aur exit se jahan se nikalte the woh log to yeh chahte the ke is is ladke ka pata le lein.</w:t>
      </w:r>
    </w:p>
    <w:p>
      <w:pPr>
        <w:jc w:val="right"/>
      </w:pPr>
      <w:r>
        <w:t>تو پھر وہ لوگ اندر چلے گئے اور exit سے جہاں سے نکلتے تھے وہ لوگ تو یہ چاہتے تھے کہ اس اس لڑکے کا پتہ لے لیں۔</w:t>
      </w:r>
    </w:p>
    <w:p>
      <w:r>
        <w:rPr>
          <w:b/>
        </w:rPr>
        <w:t xml:space="preserve">[37:02] </w:t>
      </w:r>
      <w:r>
        <w:t>lekin phir woh ek exit par intezar karte rahe, woh mila mila nahin woh ladka.</w:t>
      </w:r>
    </w:p>
    <w:p>
      <w:pPr>
        <w:jc w:val="right"/>
      </w:pPr>
      <w:r>
        <w:t>لیکن پھر وہ ایک exit پر انتظار کرتے رہے، وہ ملا ملا نہیں وہ لڑکا۔</w:t>
      </w:r>
    </w:p>
    <w:p>
      <w:r>
        <w:rPr>
          <w:b/>
        </w:rPr>
        <w:t xml:space="preserve">[37:09] </w:t>
      </w:r>
      <w:r>
        <w:t>to afsos karte rahe ke kaash mere paas address hota to main us ko quran by post bhej deta. is mein dekhiye bohat bara sabak hai.</w:t>
      </w:r>
    </w:p>
    <w:p>
      <w:pPr>
        <w:jc w:val="right"/>
      </w:pPr>
      <w:r>
        <w:t>تو افسوس کرتے رہے کہ کاش میرے پاس address ہوتا تو میں اس کو قرآن by post بھیج دیتا۔ اس میں دیکھیے بہت بڑا سبق ہے۔</w:t>
      </w:r>
    </w:p>
    <w:p>
      <w:r>
        <w:rPr>
          <w:b/>
        </w:rPr>
        <w:t xml:space="preserve">[37:21] </w:t>
      </w:r>
      <w:r>
        <w:t>is zamane mein kya hua ke logon ne fatwe diye ke jihad karo, ladai karo. aur doosra fatwa kya diya?</w:t>
      </w:r>
    </w:p>
    <w:p>
      <w:pPr>
        <w:jc w:val="right"/>
      </w:pPr>
      <w:r>
        <w:t>اس زمانے میں کیا ہوا کہ لوگوں نے فتوے دیے کہ جہاد کرو، لڑائی کرو۔ اور دوسرا فتویٰ کیا دیا؟</w:t>
      </w:r>
    </w:p>
    <w:p>
      <w:r>
        <w:rPr>
          <w:b/>
        </w:rPr>
        <w:t xml:space="preserve">[37:30] </w:t>
      </w:r>
      <w:r>
        <w:t>ke quran ki be-hurmati hogi, is liye doosron tak na pahunchao. saare musalmanon ke zehan mein basa hua hai</w:t>
      </w:r>
    </w:p>
    <w:p>
      <w:pPr>
        <w:jc w:val="right"/>
      </w:pPr>
      <w:r>
        <w:t>کہ قرآن کی بے حرمتی ہوگی، اس لیے دوسروں تک نہ پہنچاؤ۔ سارے مسلمانوں کے ذہن میں بسا ہوا ہے</w:t>
      </w:r>
    </w:p>
    <w:p>
      <w:r>
        <w:rPr>
          <w:b/>
        </w:rPr>
        <w:t xml:space="preserve">[37:38] </w:t>
      </w:r>
      <w:r>
        <w:t>ke ghair muslim quran ki be-hurmati karenge, is liye unhein quran dena nahin hai. hatta ke tarjuma bhi nahin dena hai. ab aap sochiye ke duniya ek din khatm hogi aur qayamat aayegi.</w:t>
      </w:r>
    </w:p>
    <w:p>
      <w:pPr>
        <w:jc w:val="right"/>
      </w:pPr>
      <w:r>
        <w:t>کہ غیر مسلم قرآن کی بے حرمتی کریں گے، اس لیے انہیں قرآن دینا نہیں ہے۔ حتیٰ کہ ترجمہ بھی نہیں دینا ہے۔ اب آپ سوچیے کہ دنیا ایک دن ختم ہوگی اور قیامت آئے گی۔</w:t>
      </w:r>
    </w:p>
    <w:p>
      <w:r>
        <w:rPr>
          <w:b/>
        </w:rPr>
        <w:t xml:space="preserve">[37:51] </w:t>
      </w:r>
      <w:r>
        <w:t>aur saare insan ekattha kiye jayenge hashar ke maidan mein.</w:t>
      </w:r>
    </w:p>
    <w:p>
      <w:pPr>
        <w:jc w:val="right"/>
      </w:pPr>
      <w:r>
        <w:t>اور سارے انسان اکٹھا کیے جائیں گے حشر کے میدان میں۔</w:t>
      </w:r>
    </w:p>
    <w:p>
      <w:r>
        <w:rPr>
          <w:b/>
        </w:rPr>
        <w:t xml:space="preserve">[37:57] </w:t>
      </w:r>
      <w:r>
        <w:t>waqt to aanay wala hai baharhal.</w:t>
      </w:r>
    </w:p>
    <w:p>
      <w:pPr>
        <w:jc w:val="right"/>
      </w:pPr>
      <w:r>
        <w:t>وقت تو آنے والا ہے بہرحال۔</w:t>
      </w:r>
    </w:p>
    <w:p>
      <w:r>
        <w:rPr>
          <w:b/>
        </w:rPr>
        <w:t xml:space="preserve">[38:07] </w:t>
      </w:r>
      <w:r>
        <w:t>in aap ghor kijiye ke hashar ka maidan hai. saare log ekattha hain wahan. wahan yeh insan agar khara ho kar kahe, khuda un se poochhega ke tum ne mere ahkam ki taameel ki ke nahin ki?</w:t>
      </w:r>
    </w:p>
    <w:p>
      <w:pPr>
        <w:jc w:val="right"/>
      </w:pPr>
      <w:r>
        <w:t>ان آپ غور کیجیے کہ حشر کا میدان ہے۔ سارے لوگ اکٹھا ہیں وہاں۔ وہاں یہ انسان اگر کھڑا ہو کر کہے، خدا ان سے پوچھے گا کہ تم نے میرے احکام کی تعمیل کی کہ نہیں کی؟</w:t>
      </w:r>
    </w:p>
    <w:p>
      <w:r>
        <w:rPr>
          <w:b/>
        </w:rPr>
        <w:t xml:space="preserve">[38:25] </w:t>
      </w:r>
      <w:r>
        <w:t>to wahan woh khare ho kar kahein ke khudaaya tera hukum tere quran mein tha. aur quran walon ne hum ko quran nahin pahunchaya.</w:t>
      </w:r>
    </w:p>
    <w:p>
      <w:pPr>
        <w:jc w:val="right"/>
      </w:pPr>
      <w:r>
        <w:t>تو وہاں وہ کھڑے ہو کر کہیں کہ خدایا تیرا حکم تیرے قرآن میں تھا۔ اور قرآن والوں نے ہم کو قرآن نہیں پہنچایا۔</w:t>
      </w:r>
    </w:p>
    <w:p>
      <w:r>
        <w:rPr>
          <w:b/>
        </w:rPr>
        <w:t xml:space="preserve">[38:36] </w:t>
      </w:r>
      <w:r>
        <w:t>be-hurmati ka falsafa bana kar ke yeh samajh liya ke hum to be-hurmati kar rahe hain. karenge, is liye hamein quran dena nahin hai. aap ghor kijiye ke agar khuda ghazab in musalmanon par bhadke to is par aap taajjub karte hain?</w:t>
      </w:r>
    </w:p>
    <w:p>
      <w:pPr>
        <w:jc w:val="right"/>
      </w:pPr>
      <w:r>
        <w:t>بے حرمتی کا فلسفہ بنا کر کے یہ سمجھ لیا کہ ہم تو بے حرمتی کر رہے ہیں۔ کریں گے، اس لیے ہمیں قرآن دینا نہیں ہے۔ آپ غور کیجیے کہ اگر خدا غضب ان مسلمانوں پر بھڑکے تو اس پر آپ تعجب کرتے ہیں؟</w:t>
      </w:r>
    </w:p>
    <w:p>
      <w:r>
        <w:rPr>
          <w:b/>
        </w:rPr>
        <w:t xml:space="preserve">[38:56] </w:t>
      </w:r>
      <w:r>
        <w:t>yani insaniyat yeh kahegi ke aye khuda! quran ko jin jin logon ko aap ne quran ka hamil banaya tha, hamilin quran ne hum ko quran nahin pahunchaya.</w:t>
      </w:r>
    </w:p>
    <w:p>
      <w:pPr>
        <w:jc w:val="right"/>
      </w:pPr>
      <w:r>
        <w:t>یعنی انسانیت یہ کہے گی کہ اے خدا! قرآن کو جن جن لوگوں کو آپ نے قرآن کا حامل بنایا تھا، حاملین قرآن نے ہم کو قرآن نہیں پہنچایا۔</w:t>
      </w:r>
    </w:p>
    <w:p>
      <w:r>
        <w:rPr>
          <w:b/>
        </w:rPr>
        <w:t xml:space="preserve">[39:10] </w:t>
      </w:r>
      <w:r>
        <w:t>aur phir khuda poochhega ke in in in logon se jo hamilin quran hain,</w:t>
      </w:r>
    </w:p>
    <w:p>
      <w:pPr>
        <w:jc w:val="right"/>
      </w:pPr>
      <w:r>
        <w:t>اور پھر خدا پوچھے گا کہ ان ان ان لوگوں سے جو حاملین قرآن ہیں،</w:t>
      </w:r>
    </w:p>
    <w:p>
      <w:r>
        <w:rPr>
          <w:b/>
        </w:rPr>
        <w:t xml:space="preserve">[39:16] </w:t>
      </w:r>
      <w:r>
        <w:t>kyun nahin pahunchaya tum ne? apni duty kyun nahin anjam diya? kya un ke paas koi jawab hoga? kya un ke paas koi jawab hoga?</w:t>
      </w:r>
    </w:p>
    <w:p>
      <w:pPr>
        <w:jc w:val="right"/>
      </w:pPr>
      <w:r>
        <w:t>کیوں نہیں پہنچایا تم نے؟ اپنی ڈیوٹی کیوں نہیں انجام دیا؟ کیا ان کے پاس کوئی جواب ہوگا؟ کیا ان کے پاس کوئی جواب ہوگا؟</w:t>
      </w:r>
    </w:p>
    <w:p>
      <w:r>
        <w:rPr>
          <w:b/>
        </w:rPr>
        <w:t xml:space="preserve">[39:30] </w:t>
      </w:r>
      <w:r>
        <w:t>yeh hai asal kaam jis kaam ko unhein karna hai. aur Allah taala ne dekhiye har iqdam jo do so saal ke andar kiya musalmanon mein, sab mein mukammal taur par fail hue hue.</w:t>
      </w:r>
    </w:p>
    <w:p>
      <w:pPr>
        <w:jc w:val="right"/>
      </w:pPr>
      <w:r>
        <w:t>یہ ہے اصل کام جس کام کو انہیں کرنا ہے۔ اور اللہ تعالیٰ نے دیکھیے ہر اقدام جو دو سو سال کے اندر کیا مسلمانوں میں، سب میں مکمل طور پر fail ہوئے ہوئے۔</w:t>
      </w:r>
    </w:p>
    <w:p>
      <w:r>
        <w:rPr>
          <w:b/>
        </w:rPr>
        <w:t xml:space="preserve">[39:45] </w:t>
      </w:r>
      <w:r>
        <w:t>har jagah mukammal taur par fail.</w:t>
      </w:r>
    </w:p>
    <w:p>
      <w:pPr>
        <w:jc w:val="right"/>
      </w:pPr>
      <w:r>
        <w:t>ہر جگہ مکمل طور پر fail۔</w:t>
      </w:r>
    </w:p>
    <w:p>
      <w:r>
        <w:rPr>
          <w:b/>
        </w:rPr>
        <w:t xml:space="preserve">[39:47] </w:t>
      </w:r>
      <w:r>
        <w:t>bosniya mein fail, falasteen mein fail, kashmir mein fail, sinkiyang mein fail, arakan mein fail. jahan bhi ab musalmanon ne chaha ke woh political iqtadar qaim karen, har jagah fail, har jagah fail, har jagah fail.</w:t>
      </w:r>
    </w:p>
    <w:p>
      <w:pPr>
        <w:jc w:val="right"/>
      </w:pPr>
      <w:r>
        <w:t>بوسنیا میں fail، فلسطین میں fail، کشمیر میں fail، سنکیانگ میں fail، اراکان میں fail۔ جہاں بھی اب مسلمانوں نے چاہا کہ وہ political اقتدار قائم کریں، ہر جگہ fail، ہر جگہ fail، ہر جگہ fail۔</w:t>
      </w:r>
    </w:p>
    <w:p>
      <w:r>
        <w:rPr>
          <w:b/>
        </w:rPr>
        <w:t xml:space="preserve">[40:05] </w:t>
      </w:r>
      <w:r>
        <w:t>political activism jo musalmanon ki thi do so saal tak, kuch bhi is mein unhen kamyabi nahi hui. political activism mukammal taur par fail ho gayi.</w:t>
      </w:r>
    </w:p>
    <w:p>
      <w:pPr>
        <w:jc w:val="right"/>
      </w:pPr>
      <w:r>
        <w:t>political activism جو مسلمانوں کی تھی دو سو سال تک، کچھ بھی اس میں انہیں کامیابی نہیں ہوئی۔ political activism مکمل طور پر fail ہو گئی۔</w:t>
      </w:r>
    </w:p>
    <w:p>
      <w:r>
        <w:rPr>
          <w:b/>
        </w:rPr>
        <w:t xml:space="preserve">[40:16] </w:t>
      </w:r>
      <w:r>
        <w:t>yeh ek Allah ki taraf se ek ailan hai. ek khamosh paigham hai.</w:t>
      </w:r>
    </w:p>
    <w:p>
      <w:pPr>
        <w:jc w:val="right"/>
      </w:pPr>
      <w:r>
        <w:t>یہ ایک اللہ کی طرف سے ایک اعلان ہے۔ ایک خاموش پیغام ہے۔</w:t>
      </w:r>
    </w:p>
    <w:p>
      <w:r>
        <w:rPr>
          <w:b/>
        </w:rPr>
        <w:t xml:space="preserve">[40:23] </w:t>
      </w:r>
      <w:r>
        <w:t>ke political activism ke zariye tumhein kuch milne wala nahi hai. political activism chhod kar ke daawa activism par aa jao.</w:t>
      </w:r>
    </w:p>
    <w:p>
      <w:pPr>
        <w:jc w:val="right"/>
      </w:pPr>
      <w:r>
        <w:t>کہ political activism کے ذریعے تمہیں کچھ ملنے والا نہیں ہے۔ political activism چھوڑ کر کے دعویٰ activism پر آ جاؤ۔</w:t>
      </w:r>
    </w:p>
    <w:p>
      <w:r>
        <w:rPr>
          <w:b/>
        </w:rPr>
        <w:t xml:space="preserve">[40:32] </w:t>
      </w:r>
      <w:r>
        <w:t>peaceful daawa work.</w:t>
      </w:r>
    </w:p>
    <w:p>
      <w:pPr>
        <w:jc w:val="right"/>
      </w:pPr>
      <w:r>
        <w:t>peaceful دعویٰ work۔</w:t>
      </w:r>
    </w:p>
    <w:p>
      <w:r>
        <w:rPr>
          <w:b/>
        </w:rPr>
        <w:t xml:space="preserve">[40:38] </w:t>
      </w:r>
      <w:r>
        <w:t>yeh violent activism chhod kar ke peaceful activism par aa jao. yeh khamosh paigham Allah ta'ala ka hai. aur sab se bada kaam kya hai?</w:t>
      </w:r>
    </w:p>
    <w:p>
      <w:pPr>
        <w:jc w:val="right"/>
      </w:pPr>
      <w:r>
        <w:t>یہ violent activism چھوڑ کر کے peaceful activism پر آ جاؤ۔ یہ خاموش پیغام اللہ تعالیٰ کا ہے۔ اور سب سے بڑا کام کیا ہے؟</w:t>
      </w:r>
    </w:p>
    <w:p>
      <w:r>
        <w:rPr>
          <w:b/>
        </w:rPr>
        <w:t xml:space="preserve">[40:50] </w:t>
      </w:r>
      <w:r>
        <w:t>logon ko quran pahunchana. quran pahunchana, quran se mutalliq kitaben tayyar kar ke pahunchana, quran ke tarjame kar ke pahunchana, quran ki tafsir.</w:t>
      </w:r>
    </w:p>
    <w:p>
      <w:pPr>
        <w:jc w:val="right"/>
      </w:pPr>
      <w:r>
        <w:t>لوگوں کو قرآن پہنچانا۔ قرآن پہنچانا، قرآن سے متعلق کتابیں تیار کر کے پہنچانا، قرآن کے ترجمے کر کے پہنچانا، قرآن کی تفسیر۔</w:t>
      </w:r>
    </w:p>
    <w:p>
      <w:r>
        <w:rPr>
          <w:b/>
        </w:rPr>
        <w:t xml:space="preserve">[41:05] </w:t>
      </w:r>
      <w:r>
        <w:t>yeh zamana press ka zamana hai. technology ka zamana hai. aap printed form mein pahunchaiye. aap internet ke zariye pahunchaiye.</w:t>
      </w:r>
    </w:p>
    <w:p>
      <w:pPr>
        <w:jc w:val="right"/>
      </w:pPr>
      <w:r>
        <w:t>یہ زمانہ press کا زمانہ ہے۔ ٹیکنالوجی کا زمانہ ہے۔ آپ printed form میں پہنچائیے۔ آپ انٹرنیٹ کے ذریعے پہنچائیے۔</w:t>
      </w:r>
    </w:p>
    <w:p>
      <w:r>
        <w:rPr>
          <w:b/>
        </w:rPr>
        <w:t xml:space="preserve">[41:16] </w:t>
      </w:r>
      <w:r>
        <w:t>aap proper print media, electronic media ko istemal kar ke pahunchaiye. yeh hai asal kaam. yani yahan par musalmanon ko</w:t>
      </w:r>
    </w:p>
    <w:p>
      <w:pPr>
        <w:jc w:val="right"/>
      </w:pPr>
      <w:r>
        <w:t>آپ proper print میڈیا، electronic میڈیا کو استعمال کر کے پہنچائیے۔ یہ ہے اصل کام۔ یعنی یہاں پر مسلمانوں کو</w:t>
      </w:r>
    </w:p>
    <w:p>
      <w:r>
        <w:rPr>
          <w:b/>
        </w:rPr>
        <w:t xml:space="preserve">[41:26] </w:t>
      </w:r>
      <w:r>
        <w:t>apni energy ko divert karna hai.</w:t>
      </w:r>
    </w:p>
    <w:p>
      <w:pPr>
        <w:jc w:val="right"/>
      </w:pPr>
      <w:r>
        <w:t>اپنی energy کو divert کرنا ہے۔</w:t>
      </w:r>
    </w:p>
    <w:p>
      <w:r>
        <w:rPr>
          <w:b/>
        </w:rPr>
        <w:t xml:space="preserve">[41:33] </w:t>
      </w:r>
      <w:r>
        <w:t>do so saal ki tareekh batati hai ke musalman kuch bhi gain nahi kar sake. beshumar qurbaniyon ke bawajood. beshumar qurbaniyan dein unhon ne apne politics mein, apne musallah jihad mein.</w:t>
      </w:r>
    </w:p>
    <w:p>
      <w:pPr>
        <w:jc w:val="right"/>
      </w:pPr>
      <w:r>
        <w:t>دو سو سال کی تاریخ بتاتی ہے کہ مسلمان کچھ بھی gain نہیں کر سکے۔ بے شمار قربانیوں کے باوجود۔ بے شمار قربانیاں دیں انہوں نے اپنے politics میں، اپنے مسلح جہاد میں۔</w:t>
      </w:r>
    </w:p>
    <w:p>
      <w:r>
        <w:rPr>
          <w:b/>
        </w:rPr>
        <w:t xml:space="preserve">[41:53] </w:t>
      </w:r>
      <w:r>
        <w:t>aur yani pichhle glory ko wapas lene ke liye unhon ne jo koshishen kien.</w:t>
      </w:r>
    </w:p>
    <w:p>
      <w:pPr>
        <w:jc w:val="right"/>
      </w:pPr>
      <w:r>
        <w:t>اور یعنی پچھلے glory کو واپس لینے کے لیے انہوں نے جو کوششیں کیں۔</w:t>
      </w:r>
    </w:p>
    <w:p>
      <w:r>
        <w:rPr>
          <w:b/>
        </w:rPr>
        <w:t xml:space="preserve">[42:03] </w:t>
      </w:r>
      <w:r>
        <w:t>is mein beshumar qurbaniyan dein musalmanon ne. main samajhta hoon ke is do so saal ke andar is se zyada qurbani di gayi hai jo pichhle chaudah so saal mein musalmanon ne di hogi.</w:t>
      </w:r>
    </w:p>
    <w:p>
      <w:pPr>
        <w:jc w:val="right"/>
      </w:pPr>
      <w:r>
        <w:t>اس میں بے شمار قربانیاں دیں مسلمانوں نے۔ میں سمجھتا ہوں کہ اس دو سو سال کے اندر اس سے زیادہ قربانی دی گئی ہے جو پچھلے چودہ سو سال میں مسلمانوں نے دی ہوگی۔</w:t>
      </w:r>
    </w:p>
    <w:p>
      <w:r>
        <w:rPr>
          <w:b/>
        </w:rPr>
        <w:t xml:space="preserve">[42:13] </w:t>
      </w:r>
      <w:r>
        <w:t>is se zyada. lekin</w:t>
      </w:r>
    </w:p>
    <w:p>
      <w:pPr>
        <w:jc w:val="right"/>
      </w:pPr>
      <w:r>
        <w:t>اس سے زیادہ۔ لیکن</w:t>
      </w:r>
    </w:p>
    <w:p>
      <w:r>
        <w:rPr>
          <w:b/>
        </w:rPr>
        <w:t xml:space="preserve">[42:16] </w:t>
      </w:r>
      <w:r>
        <w:t>in vain kuch bhi nahi mila un ko. kyun? yeh Allah ke naqshe ke khilaf tha. yeh Allah ke mansoobe ke khilaf tha.</w:t>
      </w:r>
    </w:p>
    <w:p>
      <w:pPr>
        <w:jc w:val="right"/>
      </w:pPr>
      <w:r>
        <w:t>in vain کچھ بھی نہیں ملا ان کو۔ کیوں؟ یہ اللہ کے نقشے کے خلاف تھا۔ یہ اللہ کے منصوبے کے خلاف تھا۔</w:t>
      </w:r>
    </w:p>
    <w:p>
      <w:r>
        <w:rPr>
          <w:b/>
        </w:rPr>
        <w:t xml:space="preserve">[42:30] </w:t>
      </w:r>
      <w:r>
        <w:t>to ab ek hi shakal hai ke musalman ijtamai tauba karen. apne qaumi policy ko badlen.</w:t>
      </w:r>
    </w:p>
    <w:p>
      <w:pPr>
        <w:jc w:val="right"/>
      </w:pPr>
      <w:r>
        <w:t>تو اب ایک ہی شکل ہے کہ مسلمان اجتماعی توبہ کریں۔ اپنے قومی پالیسی کو بدلیں۔</w:t>
      </w:r>
    </w:p>
    <w:p>
      <w:r>
        <w:rPr>
          <w:b/>
        </w:rPr>
        <w:t xml:space="preserve">[42:40] </w:t>
      </w:r>
      <w:r>
        <w:t>gun culture, bomb culture, suicide bombing yeh sab poori tarah chhod den, haram samajh ke chhod den. aur peaceful daawa work ko ikhtiyar kar len.</w:t>
      </w:r>
    </w:p>
    <w:p>
      <w:pPr>
        <w:jc w:val="right"/>
      </w:pPr>
      <w:r>
        <w:t>gun culture، بم culture، suicide bombing یہ سب پوری طرح چھوڑ دیں، حرام سمجھ کے چھوڑ دیں۔ اور peaceful دعویٰ work کو اختیار کر لیں۔</w:t>
      </w:r>
    </w:p>
    <w:p>
      <w:r>
        <w:rPr>
          <w:b/>
        </w:rPr>
        <w:t xml:space="preserve">[42:51] </w:t>
      </w:r>
      <w:r>
        <w:t>koi doosra rasta nahi hai. aap ghor kijiye ke sari insaniyat jab chekhegi ke khuda ya! quran walon ne hum ko quran nahi pahunchaya.</w:t>
      </w:r>
    </w:p>
    <w:p>
      <w:pPr>
        <w:jc w:val="right"/>
      </w:pPr>
      <w:r>
        <w:t>کوئی دوسرا راستہ نہیں ہے۔ آپ غور کیجیے کہ ساری انسانیت جب چیخے گی کہ خدایا! قرآن والوں نے ہم کو قرآن نہیں پہنچایا۔</w:t>
      </w:r>
    </w:p>
    <w:p>
      <w:r>
        <w:rPr>
          <w:b/>
        </w:rPr>
        <w:t xml:space="preserve">[43:01] </w:t>
      </w:r>
      <w:r>
        <w:t>to kya musalman jawab de paayenge wahan hashr ke maidan mein?</w:t>
      </w:r>
    </w:p>
    <w:p>
      <w:pPr>
        <w:jc w:val="right"/>
      </w:pPr>
      <w:r>
        <w:t>تو کیا مسلمان جواب دے پائیں گے وہاں حشر کے میدان میں؟</w:t>
      </w:r>
    </w:p>
    <w:p>
      <w:r>
        <w:rPr>
          <w:b/>
        </w:rPr>
        <w:t xml:space="preserve">[43:08] </w:t>
      </w:r>
      <w:r>
        <w:t>kya un ke paas koi jawab hoga?</w:t>
      </w:r>
    </w:p>
    <w:p>
      <w:pPr>
        <w:jc w:val="right"/>
      </w:pPr>
      <w:r>
        <w:t>کیا ان کے پاس کوئی جواب ہوگا؟</w:t>
      </w:r>
    </w:p>
    <w:p>
      <w:r>
        <w:rPr>
          <w:b/>
        </w:rPr>
        <w:t xml:space="preserve">[43:14] </w:t>
      </w:r>
      <w:r>
        <w:t>quran mein yeh hai ke nabi yeh faryad karega ke rab in qaum al-quran. yeh bhi badi ajeeb ayat hai.</w:t>
      </w:r>
    </w:p>
    <w:p>
      <w:pPr>
        <w:jc w:val="right"/>
      </w:pPr>
      <w:r>
        <w:t>قرآن میں یہ ہے کہ نبی یہ فریاد کرے گا کہ رب ان قوم القرآن۔ یہ بھی بڑی عجیب آیت ہے۔</w:t>
      </w:r>
    </w:p>
    <w:p>
      <w:r>
        <w:rPr>
          <w:b/>
        </w:rPr>
        <w:t xml:space="preserve">[43:25] </w:t>
      </w:r>
      <w:r>
        <w:t>ke khuda ya! meri qaum ne quran ko abandoned book bana diya. to yahi to hai.</w:t>
      </w:r>
    </w:p>
    <w:p>
      <w:pPr>
        <w:jc w:val="right"/>
      </w:pPr>
      <w:r>
        <w:t>کہ خدایا! میری قوم نے قرآن کو abandoned book بنا دیا۔ تو یہی تو ہے۔</w:t>
      </w:r>
    </w:p>
    <w:p>
      <w:r>
        <w:rPr>
          <w:b/>
        </w:rPr>
        <w:t xml:space="preserve">[43:32] </w:t>
      </w:r>
      <w:r>
        <w:t>rasool Allah faryad karenge ke meri qaum ko quran diya gaya. taake pahunchayen logon ko.</w:t>
      </w:r>
    </w:p>
    <w:p>
      <w:pPr>
        <w:jc w:val="right"/>
      </w:pPr>
      <w:r>
        <w:t>رسول اللہ فریاد کریں گے کہ میری قوم کو قرآن دیا گیا۔ تاکہ پہنچائیں لوگوں کو۔</w:t>
      </w:r>
    </w:p>
    <w:p>
      <w:r>
        <w:rPr>
          <w:b/>
        </w:rPr>
        <w:t xml:space="preserve">[43:44] </w:t>
      </w:r>
      <w:r>
        <w:t>lekin khud sakhta fatwe jari kiye unhon ne. khud sakhta aqeede banaye unhon ne.</w:t>
      </w:r>
    </w:p>
    <w:p>
      <w:pPr>
        <w:jc w:val="right"/>
      </w:pPr>
      <w:r>
        <w:t>لیکن خود ساختہ فتوے جاری کیے انہوں نے۔ خود ساختہ عقیدے بنائے انہوں نے۔</w:t>
      </w:r>
    </w:p>
    <w:p>
      <w:r>
        <w:rPr>
          <w:b/>
        </w:rPr>
        <w:t xml:space="preserve">[43:50] </w:t>
      </w:r>
      <w:r>
        <w:t>be hurmati ka ka nazariya qaim kiya jis ki koi asal nahi hai. is ke nateejay mein kya hua ke quran ek aisi kitab ban gayi jo musalmanon ke gharon mein to ho lekin ghair muslimon tak na pohnch sake woh.</w:t>
      </w:r>
    </w:p>
    <w:p>
      <w:pPr>
        <w:jc w:val="right"/>
      </w:pPr>
      <w:r>
        <w:t>بے حرمتی کا کا نظریہ قائم کیا جس کی کوئی اصل نہیں ہے۔ اس کے نتیجے میں کیا ہوا کہ قرآن ایک ایسی کتاب بن گئی جو مسلمانوں کے گھروں میں تو ہو لیکن غیر مسلموں تک نہ پہنچ سکے وہ۔</w:t>
      </w:r>
    </w:p>
    <w:p>
      <w:r>
        <w:rPr>
          <w:b/>
        </w:rPr>
        <w:t xml:space="preserve">[44:06] </w:t>
      </w:r>
      <w:r>
        <w:t>yahi hai kitab mehjoor banana.</w:t>
      </w:r>
    </w:p>
    <w:p>
      <w:pPr>
        <w:jc w:val="right"/>
      </w:pPr>
      <w:r>
        <w:t>یہی ہے کتاب مہجور بنانا۔</w:t>
      </w:r>
    </w:p>
    <w:p>
      <w:r>
        <w:rPr>
          <w:b/>
        </w:rPr>
        <w:t xml:space="preserve">[44:13] </w:t>
      </w:r>
      <w:r>
        <w:t>to ab siwaye is ke ke musalman reassess karen, revise karen, ijtamai toba karen, you turn len.</w:t>
      </w:r>
    </w:p>
    <w:p>
      <w:pPr>
        <w:jc w:val="right"/>
      </w:pPr>
      <w:r>
        <w:t>تو اب سوائے اس کے کہ مسلمان reassess کریں، revise کریں، اجتماعی توبہ کریں، یو turn لیں۔</w:t>
      </w:r>
    </w:p>
    <w:p>
      <w:r>
        <w:rPr>
          <w:b/>
        </w:rPr>
        <w:t xml:space="preserve">[44:24] </w:t>
      </w:r>
      <w:r>
        <w:t>aur koi bhi nijat ki soorat nahi hai. koi bhi nahi.</w:t>
      </w:r>
    </w:p>
    <w:p>
      <w:pPr>
        <w:jc w:val="right"/>
      </w:pPr>
      <w:r>
        <w:t>اور کوئی بھی نجات کی صورت نہیں ہے۔ کوئی بھی نہیں۔</w:t>
      </w:r>
    </w:p>
    <w:p>
      <w:r>
        <w:rPr>
          <w:b/>
        </w:rPr>
        <w:t xml:space="preserve">[44:32] </w:t>
      </w:r>
      <w:r>
        <w:t>koi bhi nijat ki soorat nahi hai.</w:t>
      </w:r>
    </w:p>
    <w:p>
      <w:pPr>
        <w:jc w:val="right"/>
      </w:pPr>
      <w:r>
        <w:t>کوئی بھی نجات کی صورت نہیں ہے۔</w:t>
      </w:r>
    </w:p>
    <w:p>
      <w:r>
        <w:rPr>
          <w:b/>
        </w:rPr>
        <w:t xml:space="preserve">[44:36] </w:t>
      </w:r>
      <w:r>
        <w:t>jab aap ek rastay par chalay jayen. ek martaba mein ek safar kar raha tha taxi se.</w:t>
      </w:r>
    </w:p>
    <w:p>
      <w:pPr>
        <w:jc w:val="right"/>
      </w:pPr>
      <w:r>
        <w:t>جب آپ ایک راستے پر چلے جائیں۔ ایک مرتبہ میں ایک سفر کر رہا تھا ٹیکسی سے۔</w:t>
      </w:r>
    </w:p>
    <w:p>
      <w:r>
        <w:rPr>
          <w:b/>
        </w:rPr>
        <w:t xml:space="preserve">[44:46] </w:t>
      </w:r>
      <w:r>
        <w:t>to taxi wala jo hai</w:t>
      </w:r>
    </w:p>
    <w:p>
      <w:pPr>
        <w:jc w:val="right"/>
      </w:pPr>
      <w:r>
        <w:t>تو ٹیکسی والا جو ہے</w:t>
      </w:r>
    </w:p>
    <w:p>
      <w:r>
        <w:rPr>
          <w:b/>
        </w:rPr>
        <w:t xml:space="preserve">[44:48] </w:t>
      </w:r>
      <w:r>
        <w:t>ek ghalat rastay par usay daura diya. yahan tak ke hamein maloom hua ke saat meel door aa gaya hai asal rasta chhod kar ke.</w:t>
      </w:r>
    </w:p>
    <w:p>
      <w:pPr>
        <w:jc w:val="right"/>
      </w:pPr>
      <w:r>
        <w:t>ایک غلط راستے پر اسے دوڑا دیا۔ یہاں تک کہ ہمیں معلوم ہوا کہ سات میل دور آ گیا ہے اصل راستہ چھوڑ کر کے۔</w:t>
      </w:r>
    </w:p>
    <w:p>
      <w:r>
        <w:rPr>
          <w:b/>
        </w:rPr>
        <w:t xml:space="preserve">[45:01] </w:t>
      </w:r>
      <w:r>
        <w:t>to wahan hum ne you turn liya. you turn liya.</w:t>
      </w:r>
    </w:p>
    <w:p>
      <w:pPr>
        <w:jc w:val="right"/>
      </w:pPr>
      <w:r>
        <w:t>تو وہاں ہم نے یو turn لیا۔ یو turn لیا۔</w:t>
      </w:r>
    </w:p>
    <w:p>
      <w:r>
        <w:rPr>
          <w:b/>
        </w:rPr>
        <w:t xml:space="preserve">[45:06] </w:t>
      </w:r>
      <w:r>
        <w:t>kyun ke agar aur chalte rehte, aur chalte rehte to doori barhti. doori barhti. to ab musalman agar aur chalte rahen, aur chalte rahen to doori barhe gi.</w:t>
      </w:r>
    </w:p>
    <w:p>
      <w:pPr>
        <w:jc w:val="right"/>
      </w:pPr>
      <w:r>
        <w:t>کیونکہ اگر اور چلتے رہتے، اور چلتے رہتے تو دوری بڑھتی۔ دوری بڑھتی۔ تو اب مسلمان اگر اور چلتے رہیں، اور چلتے رہیں تو دوری بڑھے گی۔</w:t>
      </w:r>
    </w:p>
    <w:p>
      <w:r>
        <w:rPr>
          <w:b/>
        </w:rPr>
        <w:t xml:space="preserve">[45:18] </w:t>
      </w:r>
      <w:r>
        <w:t>un ka un ka nuqsan barhe ga, un ki Allah se rehmat ki rehmat se aur door hotay chalay jayen ge. ab to sirf yeh hai ke you turn len.</w:t>
      </w:r>
    </w:p>
    <w:p>
      <w:pPr>
        <w:jc w:val="right"/>
      </w:pPr>
      <w:r>
        <w:t>ان کا ان کا نقصان بڑھے گا، ان کی اللہ سے رحمت کی رحمت سے اور دور ہوتے چلے جائیں گے۔ اب تو صرف یہ ہے کہ یو turn لیں۔</w:t>
      </w:r>
    </w:p>
    <w:p>
      <w:r>
        <w:rPr>
          <w:b/>
        </w:rPr>
        <w:t xml:space="preserve">[45:29] </w:t>
      </w:r>
      <w:r>
        <w:t>you turn len. aur ek lafz mein yahi hai ke har qism ke nafrat, violence, negative thinking ko chhod kar ke positive daawa work, peaceful daawa work.</w:t>
      </w:r>
    </w:p>
    <w:p>
      <w:pPr>
        <w:jc w:val="right"/>
      </w:pPr>
      <w:r>
        <w:t>یو turn لیں۔ اور ایک لفظ میں یہی ہے کہ ہر قسم کے نفرت، violence، negative thinking کو چھوڑ کر کے positive دعویٰ work، peaceful دعویٰ work۔</w:t>
      </w:r>
    </w:p>
    <w:p>
      <w:r>
        <w:rPr>
          <w:b/>
        </w:rPr>
        <w:t xml:space="preserve">[45:44] </w:t>
      </w:r>
      <w:r>
        <w:t>bas aur koi doosra kaam nahi.</w:t>
      </w:r>
    </w:p>
    <w:p>
      <w:pPr>
        <w:jc w:val="right"/>
      </w:pPr>
      <w:r>
        <w:t>بس اور کوئی دوسرا کام نہیں۔</w:t>
      </w:r>
    </w:p>
    <w:p>
      <w:r>
        <w:rPr>
          <w:b/>
        </w:rPr>
        <w:t xml:space="preserve">[45:48] </w:t>
      </w:r>
      <w:r>
        <w:t>koi doosra kaam nahi. dunya ko mad'u samajhen. dunya ko yeh chhod, yeh yeh yeh zehen jo musalmanon ka hai ke yeh sab kafir hain, yeh to jahannami hain, yeh to aise hain, yeh to waise nahi hain, woh insan hain, woh insan hain, woh insan hain.</w:t>
      </w:r>
    </w:p>
    <w:p>
      <w:pPr>
        <w:jc w:val="right"/>
      </w:pPr>
      <w:r>
        <w:t>کوئی دوسرا کام نہیں۔ دنیا کو مدعو سمجھیں۔ دنیا کو یہ چھوڑ، یہ یہ یہ ذہن جو مسلمانوں کا ہے کہ یہ سب کافر ہیں، یہ تو جہنمی ہیں، یہ تو ایسے ہیں، یہ تو ویسے نہیں ہیں، وہ انسان ہیں، وہ انسان ہیں، وہ انسان ہیں۔</w:t>
      </w:r>
    </w:p>
    <w:p>
      <w:r>
        <w:rPr>
          <w:b/>
        </w:rPr>
        <w:t xml:space="preserve">[46:09] </w:t>
      </w:r>
      <w:r>
        <w:t>ek baat mein is mein yeh bhi arz karunga ke yeh jo Allah taala ne intezam kiya hai ke poori mankind ko istemal karta hai manage karne ke liye.</w:t>
      </w:r>
    </w:p>
    <w:p>
      <w:pPr>
        <w:jc w:val="right"/>
      </w:pPr>
      <w:r>
        <w:t>ایک بات میں اس میں یہ بھی عرض کروں گا کہ یہ جو اللہ تعالیٰ نے انتظام کیا ہے کہ پوری mankind کو استعمال کرتا ہے manage کرنے کے لیے۔</w:t>
      </w:r>
    </w:p>
    <w:p>
      <w:r>
        <w:rPr>
          <w:b/>
        </w:rPr>
        <w:t xml:space="preserve">[46:21] </w:t>
      </w:r>
      <w:r>
        <w:t>jo taraqqiyan ho rahi hain, jo tehzeeb dunya mein aayi hai, jo technology dunya mein aayi hai, jo industry dunya mein aayi hai, woh sab isi ka hissa hai.</w:t>
      </w:r>
    </w:p>
    <w:p>
      <w:pPr>
        <w:jc w:val="right"/>
      </w:pPr>
      <w:r>
        <w:t>جو ترقیاں ہو رہی ہیں، جو تہذیب دنیا میں آئی ہے، جو ٹیکنالوجی دنیا میں آئی ہے، جو industry دنیا میں آئی ہے، وہ سب اسی کا حصہ ہے۔</w:t>
      </w:r>
    </w:p>
    <w:p>
      <w:r>
        <w:rPr>
          <w:b/>
        </w:rPr>
        <w:t xml:space="preserve">[46:30] </w:t>
      </w:r>
      <w:r>
        <w:t>yani Allah ko Allah ne manage karte karte yeh sab daur paida kiya hai. aur us ne poori insaniyat ko istemal kiya hai. sirf khair ul umum ko nahi, sirf cheezon, people ko nahi.</w:t>
      </w:r>
    </w:p>
    <w:p>
      <w:pPr>
        <w:jc w:val="right"/>
      </w:pPr>
      <w:r>
        <w:t>یعنی اللہ کو اللہ نے manage کرتے کرتے یہ سب دور پیدا کیا ہے۔ اور اس نے پوری انسانیت کو استعمال کیا ہے۔ صرف خیر العموم کو نہیں، صرف چیزوں، people کو نہیں۔</w:t>
      </w:r>
    </w:p>
    <w:p>
      <w:r>
        <w:rPr>
          <w:b/>
        </w:rPr>
        <w:t xml:space="preserve">[46:45] </w:t>
      </w:r>
      <w:r>
        <w:t>is ka is ka bhi ek raaz hai.</w:t>
      </w:r>
    </w:p>
    <w:p>
      <w:pPr>
        <w:jc w:val="right"/>
      </w:pPr>
      <w:r>
        <w:t>اس کا اس کا بھی ایک راز ہے۔</w:t>
      </w:r>
    </w:p>
    <w:p>
      <w:r>
        <w:rPr>
          <w:b/>
        </w:rPr>
        <w:t xml:space="preserve">[46:47] </w:t>
      </w:r>
      <w:r>
        <w:t>taake aap ke dil mein insan ke liye sirf khair khwahi ho. jo peghambar ne kaha tha ke in lakum nasih, aey log</w:t>
      </w:r>
    </w:p>
    <w:p>
      <w:pPr>
        <w:jc w:val="right"/>
      </w:pPr>
      <w:r>
        <w:t>تاکہ آپ کے دل میں انسان کے لیے صرف خیر خواہی ہو۔ جو پیغمبر نے کہا تھا کہ ان لکم ناسح، اے لوگ</w:t>
      </w:r>
    </w:p>
    <w:p>
      <w:r>
        <w:rPr>
          <w:b/>
        </w:rPr>
        <w:t xml:space="preserve">[46:58] </w:t>
      </w:r>
      <w:r>
        <w:t>on! mein tumhara khair khwah hoon. yeh kis se kaha tha? yeh mushrikeen se kaha tha, momineen se nahi.</w:t>
      </w:r>
    </w:p>
    <w:p>
      <w:pPr>
        <w:jc w:val="right"/>
      </w:pPr>
      <w:r>
        <w:t>وں! میں تمہارا خیر خواہ ہوں۔ یہ کس سے کہا تھا؟ یہ مشرکین سے کہا تھا، مومنین سے نہیں۔</w:t>
      </w:r>
    </w:p>
    <w:p>
      <w:r>
        <w:rPr>
          <w:b/>
        </w:rPr>
        <w:t xml:space="preserve">[47:08] </w:t>
      </w:r>
      <w:r>
        <w:t>is ke ma'ani hain ke</w:t>
      </w:r>
    </w:p>
    <w:p>
      <w:pPr>
        <w:jc w:val="right"/>
      </w:pPr>
      <w:r>
        <w:t>اس کے معنی ہیں کہ</w:t>
      </w:r>
    </w:p>
    <w:p>
      <w:r>
        <w:rPr>
          <w:b/>
        </w:rPr>
        <w:t xml:space="preserve">[47:12] </w:t>
      </w:r>
      <w:r>
        <w:t>ahl e iman ke dil mein sari insaniyat ke liye be panah khair khwahi honi chahiye. well wishing honi chahiye. poori dunya ke liye un ke andar ek friendly zehen hona chahiye.</w:t>
      </w:r>
    </w:p>
    <w:p>
      <w:pPr>
        <w:jc w:val="right"/>
      </w:pPr>
      <w:r>
        <w:t>اہل ایمان کے دل میں ساری انسانیت کے لیے بے پناہ خیر خواہی ہونی چاہیے۔ well wishing ہونی چاہیے۔ پوری دنیا کے لیے ان کے اندر ایک friendly ذہن ہونا چاہیے۔</w:t>
      </w:r>
    </w:p>
    <w:p>
      <w:r>
        <w:rPr>
          <w:b/>
        </w:rPr>
        <w:t xml:space="preserve">[47:27] </w:t>
      </w:r>
      <w:r>
        <w:t>is ki yeh base</w:t>
      </w:r>
    </w:p>
    <w:p>
      <w:pPr>
        <w:jc w:val="right"/>
      </w:pPr>
      <w:r>
        <w:t>اس کی یہ base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