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9 Al-Tawbah (Repentance) - Maulana Wahiduddin Khan</w:t>
      </w:r>
    </w:p>
    <w:p>
      <w:r>
        <w:t>https://www.youtube.com/watch?v=X1zbEPJ1Mwg</w:t>
      </w:r>
    </w:p>
    <w:p>
      <w:r>
        <w:rPr>
          <w:b/>
        </w:rPr>
        <w:t xml:space="preserve">[02:03] </w:t>
      </w:r>
      <w:r>
        <w:t>aelan e barat hai Allah aur us ke rasool ki taraf se un mushrikeen ko jin se tum ne muahde kiye thay.</w:t>
      </w:r>
    </w:p>
    <w:p>
      <w:pPr>
        <w:jc w:val="right"/>
      </w:pPr>
      <w:r>
        <w:t>اعلان برات ہے اللہ اور اس کے رسول کی طرف سے ان مشرکین کو جن سے تم نے معاہدے کیے تھے۔</w:t>
      </w:r>
    </w:p>
    <w:p>
      <w:r>
        <w:rPr>
          <w:b/>
        </w:rPr>
        <w:t xml:space="preserve">[02:12] </w:t>
      </w:r>
      <w:r>
        <w:t>pas tum log mulk mein chaar mahine chal phir lo, aur jaan lo ke tum Allah ko aajiz nahi kar sakte, aur yeh ke Allah munkiron ko ruswa karne wala hai.</w:t>
      </w:r>
    </w:p>
    <w:p>
      <w:pPr>
        <w:jc w:val="right"/>
      </w:pPr>
      <w:r>
        <w:t>پس تم لوگ ملک میں چار مہینے چل پھر لو، اور جان لو کہ تم اللہ کو عاجز نہیں کر سکتے، اور یہ کہ اللہ منکروں کو رسوا کرنے والا ہے۔</w:t>
      </w:r>
    </w:p>
    <w:p>
      <w:r>
        <w:rPr>
          <w:b/>
        </w:rPr>
        <w:t xml:space="preserve">[02:27] </w:t>
      </w:r>
      <w:r>
        <w:t>ailaan hai Allah aur rasool ki taraf se baray hajj ke din logon ke liye ke Allah aur uska rasool mushrikon se bari-uz-zema hain.</w:t>
      </w:r>
    </w:p>
    <w:p>
      <w:pPr>
        <w:jc w:val="right"/>
      </w:pPr>
      <w:r>
        <w:t>اعلان ہے اللہ اور رسول کی طرف سے بڑے حج کے دن لوگوں کے لیے کہ اللہ اور اس کا رسول مشرکوں سے بری الذمہ ہیں۔</w:t>
      </w:r>
    </w:p>
    <w:p>
      <w:r>
        <w:rPr>
          <w:b/>
        </w:rPr>
        <w:t xml:space="preserve">[02:39] </w:t>
      </w:r>
      <w:r>
        <w:t>ab agar tum log tauba karo to tumhare haq mein behtar hai, aur agar tum munh pheroge to jaan lo ke tum Allah ko aajiz karne wale nahi ho, aur inkar karne walon ko sakht azab ki khushkhabri de do.</w:t>
      </w:r>
    </w:p>
    <w:p>
      <w:pPr>
        <w:jc w:val="right"/>
      </w:pPr>
      <w:r>
        <w:t>اب اگر تم لوگ توبہ کرو تو تمہارے حق میں بہتر ہے، اور اگر تم منہ پھیرو گے تو جان لو کہ تم اللہ کو عاجز کرنے والے نہیں ہو، اور انکار کرنے والوں کو سخت عذاب کی خوشخبری دے دو۔</w:t>
      </w:r>
    </w:p>
    <w:p>
      <w:r>
        <w:rPr>
          <w:b/>
        </w:rPr>
        <w:t xml:space="preserve">[02:57] </w:t>
      </w:r>
      <w:r>
        <w:t>m</w:t>
      </w:r>
    </w:p>
    <w:p>
      <w:pPr>
        <w:jc w:val="right"/>
      </w:pPr>
      <w:r>
        <w:t>م</w:t>
      </w:r>
    </w:p>
    <w:p>
      <w:r>
        <w:rPr>
          <w:b/>
        </w:rPr>
        <w:t xml:space="preserve">[02:58] </w:t>
      </w:r>
      <w:r>
        <w:t>agar jin mushrikon se tum ne muahida kiya tha phir unhon ne tumhare sath koi kami nahi ki aur na tumhare khilaf kisi ki madad ki to unka muahida unki muddat tak poora karo.</w:t>
      </w:r>
    </w:p>
    <w:p>
      <w:pPr>
        <w:jc w:val="right"/>
      </w:pPr>
      <w:r>
        <w:t>گر جن مشرکوں سے تم نے معاہدہ کیا تھا پھر انہوں نے تمہارے ساتھ کوئی کمی نہیں کی اور نہ تمہارے خلاف کسی کی مدد کی تو ان کا معاہدہ ان کی مدت تک پورا کرو۔</w:t>
      </w:r>
    </w:p>
    <w:p>
      <w:r>
        <w:rPr>
          <w:b/>
        </w:rPr>
        <w:t xml:space="preserve">[03:14] </w:t>
      </w:r>
      <w:r>
        <w:t>beshak Allah parhezgaron ko pasand karta hai.</w:t>
      </w:r>
    </w:p>
    <w:p>
      <w:pPr>
        <w:jc w:val="right"/>
      </w:pPr>
      <w:r>
        <w:t>بے شک اللہ پرہیزگاروں کو پسند کرتا ہے۔</w:t>
      </w:r>
    </w:p>
    <w:p>
      <w:r>
        <w:rPr>
          <w:b/>
        </w:rPr>
        <w:t xml:space="preserve">[03:20] </w:t>
      </w:r>
      <w:r>
        <w:t>tashreeh: maujooda duniya mein insan ko rehne basne ka jo moqa diya gaya hai woh kisi haq ki bina par nahi hai balkeh mahaz azmaish (test) ke liye hai.</w:t>
      </w:r>
    </w:p>
    <w:p>
      <w:pPr>
        <w:jc w:val="right"/>
      </w:pPr>
      <w:r>
        <w:t>تشریح: موجودہ دنیا میں انسان کو رہنے بسنے کا جو موقع دیا گیا ہے وہ کسی حق کی بنا پر نہیں ہے بلکہ محض آزمائش (ٹیسٹ) کے لیے ہے۔</w:t>
      </w:r>
    </w:p>
    <w:p>
      <w:r>
        <w:rPr>
          <w:b/>
        </w:rPr>
        <w:t xml:space="preserve">[03:37] </w:t>
      </w:r>
      <w:r>
        <w:t>Khuda jab tak chahta hai kisi ko is zameen par rakhta hai, aur jab uske ilm ke mutabiq uski muddat imtehan poori ho jati hai to us par maut warid kar ke usko yahan se utha liya jata hai.</w:t>
      </w:r>
    </w:p>
    <w:p>
      <w:pPr>
        <w:jc w:val="right"/>
      </w:pPr>
      <w:r>
        <w:t>خدا جب تک چاہتا ہے کسی کو اس زمین پر رکھتا ہے، اور جب اس کے علم کے مطابق اس کی مدت امتحان پوری ہو جاتی ہے تو اس پر موت وارد کر کے اس کو یہاں سے اٹھا لیا جاتا ہے۔</w:t>
      </w:r>
    </w:p>
    <w:p>
      <w:r>
        <w:rPr>
          <w:b/>
        </w:rPr>
        <w:t xml:space="preserve">[03:56] </w:t>
      </w:r>
      <w:r>
        <w:t>yahi muamla peghambar ke mukhatibin ke sath doosri soorat mein kiya jata hai.</w:t>
      </w:r>
    </w:p>
    <w:p>
      <w:pPr>
        <w:jc w:val="right"/>
      </w:pPr>
      <w:r>
        <w:t>یہی معاملہ پیغمبر کے مخاطبین کے ساتھ دوسری صورت میں کیا جاتا ہے۔</w:t>
      </w:r>
    </w:p>
    <w:p>
      <w:r>
        <w:rPr>
          <w:b/>
        </w:rPr>
        <w:t xml:space="preserve">[04:03] </w:t>
      </w:r>
      <w:r>
        <w:t>peghambar jin logon ke darmiyan aata hai un par woh aakhri had tak haq ki gawahi deta hai. Peghambar ke daawti kaam ki takmeel ke baad jo log imaan na layein woh Khuda ki azmaish par zinda rehne ka haq kho dete hain.</w:t>
      </w:r>
    </w:p>
    <w:p>
      <w:pPr>
        <w:jc w:val="right"/>
      </w:pPr>
      <w:r>
        <w:t>پیغمبر جن لوگوں کے درمیان آتا ہے ان پر وہ آخری حد تک حق کی گواہی دیتا ہے۔ پیغمبر کے دعوتی کام کی تکمیل کے بعد جو لوگ ایمان نہ لائیں وہ خدا کی آزمائش پر زندہ رہنے کا حق کھو دیتے ہیں۔</w:t>
      </w:r>
    </w:p>
    <w:p>
      <w:r>
        <w:rPr>
          <w:b/>
        </w:rPr>
        <w:t xml:space="preserve">[04:21] </w:t>
      </w:r>
      <w:r>
        <w:t>woh azmaish ki gharz se yahan rakhe gaye thay, itmam-e-hujjat ne azmaish ki takmeel kar di.</w:t>
      </w:r>
    </w:p>
    <w:p>
      <w:pPr>
        <w:jc w:val="right"/>
      </w:pPr>
      <w:r>
        <w:t>وہ آزمائش کی غرض سے یہاں رکھے گئے تھے، اتمام حجت نے آزمائش کی تکمیل کر دی۔</w:t>
      </w:r>
    </w:p>
    <w:p>
      <w:r>
        <w:rPr>
          <w:b/>
        </w:rPr>
        <w:t xml:space="preserve">[04:30] </w:t>
      </w:r>
      <w:r>
        <w:t>phir iske baad zindagi ka haq kis liye? yahi wajah hai ke peghambaron ke kaam ki takmeel ke baad unke upar koi na koi halakat-khayz aafat aati hai aur unka istihsal kar diya jata hai.</w:t>
      </w:r>
    </w:p>
    <w:p>
      <w:pPr>
        <w:jc w:val="right"/>
      </w:pPr>
      <w:r>
        <w:t>پھر اس کے بعد زندگی کا حق کس لیے؟ یہی وجہ ہے کہ پیغمبروں کے کام کی تکمیل کے بعد ان کے اوپر کوئی نہ کوئی ہلاکت خیز آفت آتی ہے اور ان کا استحصال کر دیا جاتا ہے۔</w:t>
      </w:r>
    </w:p>
    <w:p>
      <w:r>
        <w:rPr>
          <w:b/>
        </w:rPr>
        <w:t xml:space="preserve">[04:47] </w:t>
      </w:r>
      <w:r>
        <w:t>rasool Allah sal-Allahu alaihi wasallam ke mukhatibin ke sath bhi yahi muamla hua magar un par koi aasmani aafat nahi aayi.</w:t>
      </w:r>
    </w:p>
    <w:p>
      <w:pPr>
        <w:jc w:val="right"/>
      </w:pPr>
      <w:r>
        <w:t>رسول اللہ صلی اللہ علیہ وسلم کے مخاطبین کے ساتھ بھی یہی معاملہ ہوا مگر ان پر کوئی آسمانی آفت نہیں آئی۔</w:t>
      </w:r>
    </w:p>
    <w:p>
      <w:r>
        <w:rPr>
          <w:b/>
        </w:rPr>
        <w:t xml:space="preserve">[04:57] </w:t>
      </w:r>
      <w:r>
        <w:t>unke upar Khuda ki mazkoora sunnat ka nafiz asbab ke naqshe mein kiya gaya. Awwalan Quran ke bartar usloob aur peghambar ke aala kirdaar ke zariye unko dawat pahunchai gayi, phir ahl-e-tauheed ko Makkah ke ahl-e-shirk par ghalib kar ke unke upar itmam-e-hujjat kar diya gaya.</w:t>
      </w:r>
    </w:p>
    <w:p>
      <w:pPr>
        <w:jc w:val="right"/>
      </w:pPr>
      <w:r>
        <w:t>ان کے اوپر خدا کی مذکورہ سنت کا نفاذ اسباب کے نقشے میں کیا گیا۔ اولاً قرآن کے برتر اسلوب اور پیغمبر کے اعلیٰ کردار کے ذریعے ان کو دعوت پہنچائی گئی، پھر اہل توحید کو مکہ کے اہل شرک پر غالب کر کے ان کے اوپر اتمام حجت کر دیا گیا۔</w:t>
      </w:r>
    </w:p>
    <w:p>
      <w:r>
        <w:rPr>
          <w:b/>
        </w:rPr>
        <w:t xml:space="preserve">[05:26] </w:t>
      </w:r>
      <w:r>
        <w:t>jab yeh sab kuch ho chuka aur iske bawajood woh inkar ki rawish par qaim rahe to unko musalsal khayanat aur ehad-shikni ka mujrim qarar de kar unko ultimatum diya gaya ke chaar mahine ke andar apni islaah kar lo.</w:t>
      </w:r>
    </w:p>
    <w:p>
      <w:pPr>
        <w:jc w:val="right"/>
      </w:pPr>
      <w:r>
        <w:t>جب یہ سب کچھ ہو چکا اور اس کے باوجود وہ انکار کی روش پر قائم رہے تو ان کو مسلسل خیانت اور عہد شکنی کا مجرم قرار دے کر ان کو الٹیمیٹم دیا گیا کہ چار ماہ کے اندر اپنی اصلاح کر لو۔</w:t>
      </w:r>
    </w:p>
    <w:p>
      <w:r>
        <w:rPr>
          <w:b/>
        </w:rPr>
        <w:t xml:space="preserve">[05:45] </w:t>
      </w:r>
      <w:r>
        <w:t>phir yeh sara muamla taqwa ke usool par kiya gaya na ke qaumi siyasat ke usool par</w:t>
      </w:r>
    </w:p>
    <w:p>
      <w:pPr>
        <w:jc w:val="right"/>
      </w:pPr>
      <w:r>
        <w:t>پھر یہ سارا معاملہ تقویٰ کے اصول پر کیا گیا نہ کہ قومی سیاست کے اصول پر</w:t>
      </w:r>
    </w:p>
    <w:p>
      <w:r>
        <w:rPr>
          <w:b/>
        </w:rPr>
        <w:t xml:space="preserve">[05:54] </w:t>
      </w:r>
      <w:r>
        <w:t>۔ mushrikon ko dalail ke maidan mein lajawab kar diya gaya. Unko peshgi intabah ke zariye kayi mahine tak sochne ka moqa diya gaya.</w:t>
      </w:r>
    </w:p>
    <w:p>
      <w:pPr>
        <w:jc w:val="right"/>
      </w:pPr>
      <w:r>
        <w:t>۔ مشرکین کو دلائل کے میدان میں لاجواب کر دیا گیا۔ ان کو پیشگی انتباہ کے ذریعے کئی مہینے تک سوچنے کا موقع دیا گیا۔</w:t>
      </w:r>
    </w:p>
    <w:p>
      <w:r>
        <w:rPr>
          <w:b/>
        </w:rPr>
        <w:t xml:space="preserve">[06:05] </w:t>
      </w:r>
      <w:r>
        <w:t>aakhir waqt tak unke liye darwaza khula rakha gaya ke jo log tauba kar lein woh Khuda ke inaam yafta bandon mein shamil ho jayen.</w:t>
      </w:r>
    </w:p>
    <w:p>
      <w:pPr>
        <w:jc w:val="right"/>
      </w:pPr>
      <w:r>
        <w:t>آخر وقت تک ان کے لیے دروازہ کھلا رکھا گیا کہ جو لوگ توبہ کر لیں وہ خدا کے انعام یافتہ بندوں میں شامل ہو جائیں۔</w:t>
      </w:r>
    </w:p>
    <w:p>
      <w:r>
        <w:rPr>
          <w:b/>
        </w:rPr>
        <w:t xml:space="preserve">[06:18] </w:t>
      </w:r>
      <w:r>
        <w:t>jin baaz qabail ne muahida nahi toda tha un ke muamle ko muahida todne walon se alag rakha</w:t>
      </w:r>
    </w:p>
    <w:p>
      <w:pPr>
        <w:jc w:val="right"/>
      </w:pPr>
      <w:r>
        <w:t>جن بعض قبائل نے معاہدہ نہیں توڑا تھا ان کے معاملے کو معاہدہ توڑنے والوں سے الگ رکھا</w:t>
      </w:r>
    </w:p>
    <w:p>
      <w:r>
        <w:rPr>
          <w:b/>
        </w:rPr>
        <w:t xml:space="preserve">[06:27] </w:t>
      </w:r>
      <w:r>
        <w:t>gaya waghera.</w:t>
      </w:r>
    </w:p>
    <w:p>
      <w:pPr>
        <w:jc w:val="right"/>
      </w:pPr>
      <w:r>
        <w:t>گیا وغیرہ۔</w:t>
      </w:r>
    </w:p>
    <w:p>
      <w:r>
        <w:rPr>
          <w:b/>
        </w:rPr>
        <w:t xml:space="preserve">[07:26] </w:t>
      </w:r>
      <w:r>
        <w:t>phir jab hurmat wale mahine guzar jayen to mushrikon ko qatal karo jahan pao aur unko pakdo aur unko ghero aur baitho har jagah unki ghaat mein.</w:t>
      </w:r>
    </w:p>
    <w:p>
      <w:pPr>
        <w:jc w:val="right"/>
      </w:pPr>
      <w:r>
        <w:t>پھر جب حرمت والے مہینے گزر جائیں تو مشرکین کو قتل کرو جہاں پاؤ اور ان کو پکڑو اور ان کو گھیرو اور بیٹھو ہر جگہ ان کی گھات میں۔</w:t>
      </w:r>
    </w:p>
    <w:p>
      <w:r>
        <w:rPr>
          <w:b/>
        </w:rPr>
        <w:t xml:space="preserve">[07:39] </w:t>
      </w:r>
      <w:r>
        <w:t>phir agar woh tauba kar lein aur namaz qaim karein aur zakat ada karein to unhein chhod do.</w:t>
      </w:r>
    </w:p>
    <w:p>
      <w:pPr>
        <w:jc w:val="right"/>
      </w:pPr>
      <w:r>
        <w:t>پھر اگر وہ توبہ کر لیں اور نماز قائم کریں اور زکوٰۃ ادا کریں تو انہیں چھوڑ دو۔</w:t>
      </w:r>
    </w:p>
    <w:p>
      <w:r>
        <w:rPr>
          <w:b/>
        </w:rPr>
        <w:t xml:space="preserve">[07:46] </w:t>
      </w:r>
      <w:r>
        <w:t>Allah bakhshne wala meherban hai. Aur agar mushrikon mein se koi shakhs tum se panah mange to usko panah de do taake woh Allah ka kalam sune phir usko uske aman ki jagah pahuncha do.</w:t>
      </w:r>
    </w:p>
    <w:p>
      <w:pPr>
        <w:jc w:val="right"/>
      </w:pPr>
      <w:r>
        <w:t>اللہ بخشنے والا مہربان ہے۔ اور اگر مشرکین میں سے کوئی شخص تم سے پناہ مانگے تو اس کو پناہ دے دو تاکہ وہ اللہ کا کلام سنے پھر اس کو اس کے امان کی جگہ پہنچا دو۔</w:t>
      </w:r>
    </w:p>
    <w:p>
      <w:r>
        <w:rPr>
          <w:b/>
        </w:rPr>
        <w:t xml:space="preserve">[08:02] </w:t>
      </w:r>
      <w:r>
        <w:t>yeh is liye ke woh log ilm nahi rakhte.</w:t>
      </w:r>
    </w:p>
    <w:p>
      <w:pPr>
        <w:jc w:val="right"/>
      </w:pPr>
      <w:r>
        <w:t>یہ اس لیے کہ وہ لوگ علم نہیں رکھتے۔</w:t>
      </w:r>
    </w:p>
    <w:p>
      <w:r>
        <w:rPr>
          <w:b/>
        </w:rPr>
        <w:t xml:space="preserve">[08:07] </w:t>
      </w:r>
      <w:r>
        <w:t>tashreeh:</w:t>
      </w:r>
    </w:p>
    <w:p>
      <w:pPr>
        <w:jc w:val="right"/>
      </w:pPr>
      <w:r>
        <w:t>تشریح:</w:t>
      </w:r>
    </w:p>
    <w:p>
      <w:r>
        <w:rPr>
          <w:b/>
        </w:rPr>
        <w:t xml:space="preserve">[08:11] </w:t>
      </w:r>
      <w:r>
        <w:t>mehlat ke chaar mahine guzarne ke baad yahan jis jang ka hukm diya gaya hai woh koi aam jang na thi, yeh Khuda ke qanoon ke mutabiq woh azab tha jo peghambar ke inkar ke nateejay mein un par zahir kiya gaya.</w:t>
      </w:r>
    </w:p>
    <w:p>
      <w:pPr>
        <w:jc w:val="right"/>
      </w:pPr>
      <w:r>
        <w:t>مہلت کے چار مہینے گزرنے کے بعد یہاں جس جنگ کا حکم دیا گیا ہے وہ کوئی عام جنگ نہ تھی، یہ خدا کے قانون کے مطابق وہ عذاب تھا جو پیغمبر کے انکار کے نتیجے میں ان پر ظاہر کیا گیا۔</w:t>
      </w:r>
    </w:p>
    <w:p>
      <w:r>
        <w:rPr>
          <w:b/>
        </w:rPr>
        <w:t xml:space="preserve">[08:27] </w:t>
      </w:r>
      <w:r>
        <w:t>unhon ne itmam-e-hujjat ke bawajood Khuda ke peghambar ka inkar kar ke apne ko uska mustahiq bana liya tha.</w:t>
      </w:r>
    </w:p>
    <w:p>
      <w:pPr>
        <w:jc w:val="right"/>
      </w:pPr>
      <w:r>
        <w:t>انہوں نے اتمام حجت کے باوجود خدا کے پیغمبر کا انکار کر کے اپنے کو اس کا مستحق بنا لیا تھا۔</w:t>
      </w:r>
    </w:p>
    <w:p>
      <w:r>
        <w:rPr>
          <w:b/>
        </w:rPr>
        <w:t xml:space="preserve">[08:38] </w:t>
      </w:r>
      <w:r>
        <w:t>yeh aik khuda ka khusoosi qanoon hai jis ka talluq peghambar ke mukhatibin se hai na ke aam logon se.</w:t>
      </w:r>
    </w:p>
    <w:p>
      <w:pPr>
        <w:jc w:val="right"/>
      </w:pPr>
      <w:r>
        <w:t>یہ ایک خدا کا خصوصی قانون ہے جس کا تعلق پیغمبر کے مخاطبین سے ہے نہ کہ عام لوگوں سے۔</w:t>
      </w:r>
    </w:p>
    <w:p>
      <w:r>
        <w:rPr>
          <w:b/>
        </w:rPr>
        <w:t xml:space="preserve">[08:47] </w:t>
      </w:r>
      <w:r>
        <w:t>tahum itmam e hujjat ke baad bhi is hukum ka nafiz achanak nahi kiya gaya balkeh aakhri marhale mein phir unhein chaar mah ki mohlat di gayi.</w:t>
      </w:r>
    </w:p>
    <w:p>
      <w:pPr>
        <w:jc w:val="right"/>
      </w:pPr>
      <w:r>
        <w:t>تاہم اتمام حجت کے بعد بھی اس حکم کا نفاذ اچانک نہیں کیا گیا بلکہ آخری مرحلے میں پھر انہیں چار ماہ کی مہلت دی گئی۔</w:t>
      </w:r>
    </w:p>
    <w:p>
      <w:r>
        <w:rPr>
          <w:b/>
        </w:rPr>
        <w:t xml:space="preserve">[08:58] </w:t>
      </w:r>
      <w:r>
        <w:t>intiqam maaf karna nahi janta. intiqami jazbe ke tehat jo karwai ki jaye us ko sirf is waqt taskeen milti hai jab ke woh apne haraif ko zaleel aur barbaad hote hue dekh le</w:t>
      </w:r>
    </w:p>
    <w:p>
      <w:pPr>
        <w:jc w:val="right"/>
      </w:pPr>
      <w:r>
        <w:t>انتقام معاف کرنا نہیں جانتا۔ انتقامی جذبے کے تحت جو کارروائی کی جائے اس کو صرف اس وقت تسکین ملتی ہے جب کہ وہ اپنے حریف کو ذلیل اور برباد ہوتے ہوئے دیکھ ل</w:t>
      </w:r>
    </w:p>
    <w:p>
      <w:r>
        <w:rPr>
          <w:b/>
        </w:rPr>
        <w:t xml:space="preserve">[09:15] </w:t>
      </w:r>
      <w:r>
        <w:t>e. magar Arab ke mushrikeen ke khilaaf jo karwai ki gayi us ka talluq kisi qism ke intiqam se nahi tha balkeh woh sarasar haqeeqat pasandana usool par mabni tha.</w:t>
      </w:r>
    </w:p>
    <w:p>
      <w:pPr>
        <w:jc w:val="right"/>
      </w:pPr>
      <w:r>
        <w:t>ے۔ مگر عرب کے مشرکین کے خلاف جو کارروائی کی گئی اس کا تعلق کسی قسم کے انتقام سے نہیں تھا بلکہ وہ سراسر حقیقت پسندانہ اصول پر مبنی تھا۔</w:t>
      </w:r>
    </w:p>
    <w:p>
      <w:r>
        <w:rPr>
          <w:b/>
        </w:rPr>
        <w:t xml:space="preserve">[09:28] </w:t>
      </w:r>
      <w:r>
        <w:t>yehi wajah hai ke itne shadeed hukum ke bawajood un ke liye yeh ganjahish har waqt baqi thi ke woh deen e Islam ko ikhtiyar kar ke apne ko is saza se bacha lein aur Islami biradari mein izzat ki zindagi hasil kar lein.</w:t>
      </w:r>
    </w:p>
    <w:p>
      <w:pPr>
        <w:jc w:val="right"/>
      </w:pPr>
      <w:r>
        <w:t>یہی وجہ ہے کہ اتنے شدید حکم کے باوجود ان کے لیے یہ گنجائش ہر وقت باقی تھی کہ وہ دین اسلام کو اختیار کر کے اپنے کو اس سزا سے بچا لیں اور اسلامی برادری میں عزت کی زندگی حاصل کر لیں۔</w:t>
      </w:r>
    </w:p>
    <w:p>
      <w:r>
        <w:rPr>
          <w:b/>
        </w:rPr>
        <w:t xml:space="preserve">[09:46] </w:t>
      </w:r>
      <w:r>
        <w:t>kisi ki tauba ke qabil e qabool hone ke liye sirf do amli sharat ka paya jana kafi hai: namaz aur zakat.</w:t>
      </w:r>
    </w:p>
    <w:p>
      <w:pPr>
        <w:jc w:val="right"/>
      </w:pPr>
      <w:r>
        <w:t>کسی کی توبہ کے قابل قبول ہونے کے لیے صرف دو عملی شرط کا پایا جانا کافی ہے: نماز اور زکوٰۃ۔</w:t>
      </w:r>
    </w:p>
    <w:p>
      <w:r>
        <w:rPr>
          <w:b/>
        </w:rPr>
        <w:t xml:space="preserve">[09:58] </w:t>
      </w:r>
      <w:r>
        <w:t>jang ke douran mein dushman ka koi fard yeh kahe ke main Islam ko samajhna chahta hoon to musalmanon ko hukum hai ke us ko aman de kar apne mahol mein aane ka mauqa dein aur Islam ke paigham ko us ke dil mein utarne ki koshish karein.</w:t>
      </w:r>
    </w:p>
    <w:p>
      <w:pPr>
        <w:jc w:val="right"/>
      </w:pPr>
      <w:r>
        <w:t>جنگ کے دوران میں دشمن کا کوئی فرد یہ کہے کہ میں اسلام کو سمجھنا چاہتا ہوں تو مسلمانوں کو حکم ہے کہ اس کو امان دے کر اپنے ماحول میں آنے کا موقع دیں اور اسلام کے پیغام کو اس کے دل میں اتارنے کی کوشش کریں۔</w:t>
      </w:r>
    </w:p>
    <w:p>
      <w:r>
        <w:rPr>
          <w:b/>
        </w:rPr>
        <w:t xml:space="preserve">[10:20] </w:t>
      </w:r>
      <w:r>
        <w:t>phir bhi agar woh qabool na kare to apni hifazat mein us ko us ke thikane tak pahuncha dein.</w:t>
      </w:r>
    </w:p>
    <w:p>
      <w:pPr>
        <w:jc w:val="right"/>
      </w:pPr>
      <w:r>
        <w:t>پھر بھی اگر وہ قبول نہ کرے تو اپنی حفاظت میں اس کو اس کے ٹھکانے تک پہنچا دیں۔</w:t>
      </w:r>
    </w:p>
    <w:p>
      <w:r>
        <w:rPr>
          <w:b/>
        </w:rPr>
        <w:t xml:space="preserve">[10:28] </w:t>
      </w:r>
      <w:r>
        <w:t>jab koi shakhs aman mein ho to aman ke douran us par hath uthana jaiz nahi. jang ke zamane mein dushman ko is qism ki riayat dena intehai nazuk hai kyunke aain mumkin hai ke dushman ka koi jasoos is riayat se faida utha kar musalmanon ke andar ghus aaye aur un ke foji raaz maloom karne ki koshish kare</w:t>
      </w:r>
    </w:p>
    <w:p>
      <w:pPr>
        <w:jc w:val="right"/>
      </w:pPr>
      <w:r>
        <w:t>جب کوئی شخص امان میں ہو تو امان کے دوران اس پر ہاتھ اٹھانا جائز نہیں۔ جنگ کے زمانے میں دشمن کو اس قسم کی رعایت دینا انتہائی نازک ہے کیونکہ عین ممکن ہے کہ دشمن کا کوئی جاسوس اس رعایت سے فائدہ اٹھا کر مسلمانوں کے اندر گھس آئے اور ان کے فوجی راز معلوم کرنے کی کوشش کر</w:t>
      </w:r>
    </w:p>
    <w:p>
      <w:r>
        <w:rPr>
          <w:b/>
        </w:rPr>
        <w:t xml:space="preserve">[10:55] </w:t>
      </w:r>
      <w:r>
        <w:t>e.Magar Islam ki nazar mein dawat o tablegh ka mamla itna zyada aham hai ke is nazuk khatre ke bawajood is ka darwaza band nahi kiya gaya tha.</w:t>
      </w:r>
    </w:p>
    <w:p>
      <w:pPr>
        <w:jc w:val="right"/>
      </w:pPr>
      <w:r>
        <w:t>ے۔ مگر اسلام کی نظر میں دعوت و تبلیغ کا معاملہ اتنا زیادہ اہم ہے کہ اس نازک خطرے کے باوجود اس کا دروازہ بند نہیں کیا گیا۔</w:t>
      </w:r>
    </w:p>
    <w:p>
      <w:r>
        <w:rPr>
          <w:b/>
        </w:rPr>
        <w:t xml:space="preserve">[11:08] </w:t>
      </w:r>
      <w:r>
        <w:t>ek shakhs agar bekhabari aur ilmi ki bina par zulm kare to uska zulm khwah kitna</w:t>
      </w:r>
    </w:p>
    <w:p>
      <w:pPr>
        <w:jc w:val="right"/>
      </w:pPr>
      <w:r>
        <w:t>ایک شخص اگر بے خبری اور لاعلمی کی بنا پر ظلم کرے تو اس کا ظلم خواہ کتنا</w:t>
      </w:r>
    </w:p>
    <w:p>
      <w:r>
        <w:rPr>
          <w:b/>
        </w:rPr>
        <w:t xml:space="preserve">[11:16] </w:t>
      </w:r>
      <w:r>
        <w:t>hi zyada ho magar uske sath har mumkin riayat ki jayegi ta waqt ke uski</w:t>
      </w:r>
    </w:p>
    <w:p>
      <w:pPr>
        <w:jc w:val="right"/>
      </w:pPr>
      <w:r>
        <w:t>ہی زیادہ ہو مگر اس کے ساتھ ہر ممکن رعایت کی جائے گی تا وقت کہ اس کی</w:t>
      </w:r>
    </w:p>
    <w:p>
      <w:r>
        <w:rPr>
          <w:b/>
        </w:rPr>
        <w:t xml:space="preserve">[11:22] </w:t>
      </w:r>
      <w:r>
        <w:t>ilmi aur bekhabari khatm ho jaye.</w:t>
      </w:r>
    </w:p>
    <w:p>
      <w:pPr>
        <w:jc w:val="right"/>
      </w:pPr>
      <w:r>
        <w:t>لاعلمی اور بے خبری ختم ہو جائے۔</w:t>
      </w:r>
    </w:p>
    <w:p>
      <w:r>
        <w:rPr>
          <w:b/>
        </w:rPr>
        <w:t xml:space="preserve">[12:52] </w:t>
      </w:r>
      <w:r>
        <w:t>fain tabu wa aqimu as salata wa atu az zakata fa ikhwanukum fid deen.</w:t>
      </w:r>
    </w:p>
    <w:p>
      <w:pPr>
        <w:jc w:val="right"/>
      </w:pPr>
      <w:r>
        <w:t>فإن تابوا وأقاموا الصلاة وآتوا الزكاة فإخوانكم في الدين.</w:t>
      </w:r>
    </w:p>
    <w:p>
      <w:r>
        <w:rPr>
          <w:b/>
        </w:rPr>
        <w:t xml:space="preserve">[13:03] </w:t>
      </w:r>
      <w:r>
        <w:t>wa nufassilu al ayati li qaumin yalamun.</w:t>
      </w:r>
    </w:p>
    <w:p>
      <w:pPr>
        <w:jc w:val="right"/>
      </w:pPr>
      <w:r>
        <w:t>ونفصل الآيات لقوم يعلمون.</w:t>
      </w:r>
    </w:p>
    <w:p>
      <w:r>
        <w:rPr>
          <w:b/>
        </w:rPr>
        <w:t xml:space="preserve">[13:11] </w:t>
      </w:r>
      <w:r>
        <w:t>in mushrikeen ke liye Allah aur us ke Rasool ke zimmay koi ahad kaise reh sakta hai magar jin logon se tum ne ahad kiya tha Masjid e Haram ke paas?</w:t>
      </w:r>
    </w:p>
    <w:p>
      <w:pPr>
        <w:jc w:val="right"/>
      </w:pPr>
      <w:r>
        <w:t>ان مشرکوں کے لیے اللہ اور اس کے رسول کے ذمے کوئی عہد کیسے رہ سکتا ہے مگر جن لوگوں سے تم نے عہد کیا تھا مسجد حرام کے پاس؟</w:t>
      </w:r>
    </w:p>
    <w:p>
      <w:r>
        <w:rPr>
          <w:b/>
        </w:rPr>
        <w:t xml:space="preserve">[13:24] </w:t>
      </w:r>
      <w:r>
        <w:t>pas jab tak woh tum se seedhe rahein tum bhi un se seedhe raho. beshak Allah parhezgaron ko pasand karta hai.</w:t>
      </w:r>
    </w:p>
    <w:p>
      <w:pPr>
        <w:jc w:val="right"/>
      </w:pPr>
      <w:r>
        <w:t>پس جب تک وہ تم سے سیدھے رہیں تم بھی ان سے سیدھے رہو۔ بے شک اللہ پرہیزگاروں کو پسند کرتا ہے۔</w:t>
      </w:r>
    </w:p>
    <w:p>
      <w:r>
        <w:rPr>
          <w:b/>
        </w:rPr>
        <w:t xml:space="preserve">[13:34] </w:t>
      </w:r>
      <w:r>
        <w:t>kaise ahad rahega jabke yeh haal hai ke agar woh tumhare upar qabu paayein to tumhare bare mein na qurbat ka lehaz karein aur na ahad ka.</w:t>
      </w:r>
    </w:p>
    <w:p>
      <w:pPr>
        <w:jc w:val="right"/>
      </w:pPr>
      <w:r>
        <w:t>کیسے عہد رہے گا جبکہ یہ حال ہے کہ اگر وہ تمہارے اوپر قابو پائیں تو تمہارے بارے میں نہ قرابت کا لحاظ کریں اور نہ عہد کا۔</w:t>
      </w:r>
    </w:p>
    <w:p>
      <w:r>
        <w:rPr>
          <w:b/>
        </w:rPr>
        <w:t xml:space="preserve">[13:48] </w:t>
      </w:r>
      <w:r>
        <w:t>woh tum ko apne munh ki baat se razi karna chahte hain magar un ke dil inkar karte hain aur un mein aksar bad ahad hain.</w:t>
      </w:r>
    </w:p>
    <w:p>
      <w:pPr>
        <w:jc w:val="right"/>
      </w:pPr>
      <w:r>
        <w:t>وہ تم کو اپنے منہ کی بات سے راضی کرنا چاہتے ہیں مگر ان کے دل انکار کرتے ہیں اور ان میں اکثر بدعہد ہیں۔</w:t>
      </w:r>
    </w:p>
    <w:p>
      <w:r>
        <w:rPr>
          <w:b/>
        </w:rPr>
        <w:t xml:space="preserve">[13:59] </w:t>
      </w:r>
      <w:r>
        <w:t>logon ne Allah ki ayaton ko thori qeemat par bech diya phir unhone Allah ke raste se roka. bohat bura hai jo woh kar rahe hain.</w:t>
      </w:r>
    </w:p>
    <w:p>
      <w:pPr>
        <w:jc w:val="right"/>
      </w:pPr>
      <w:r>
        <w:t>لوگوں نے اللہ کی آیتوں کو تھوڑی قیمت پر بیچ دیا پھر انہوں نے اللہ کے راستے سے روکا۔ بہت برا ہے جو وہ کر رہے ہیں۔</w:t>
      </w:r>
    </w:p>
    <w:p>
      <w:r>
        <w:rPr>
          <w:b/>
        </w:rPr>
        <w:t xml:space="preserve">[14:10] </w:t>
      </w:r>
      <w:r>
        <w:t>kisi momin ke mamle mein woh na qurbat ka lehaz karte hain aur na ahad ka.</w:t>
      </w:r>
    </w:p>
    <w:p>
      <w:pPr>
        <w:jc w:val="right"/>
      </w:pPr>
      <w:r>
        <w:t>کسی مومن کے معاملے میں وہ نہ قرابت کا لحاظ کرتے ہیں اور نہ عہد کا۔</w:t>
      </w:r>
    </w:p>
    <w:p>
      <w:r>
        <w:rPr>
          <w:b/>
        </w:rPr>
        <w:t xml:space="preserve">[14:18] </w:t>
      </w:r>
      <w:r>
        <w:t>yehi log hain ziyadati karne wale.</w:t>
      </w:r>
    </w:p>
    <w:p>
      <w:pPr>
        <w:jc w:val="right"/>
      </w:pPr>
      <w:r>
        <w:t>یہی لوگ ہیں زیادتی کرنے والے۔</w:t>
      </w:r>
    </w:p>
    <w:p>
      <w:r>
        <w:rPr>
          <w:b/>
        </w:rPr>
        <w:t xml:space="preserve">[14:22] </w:t>
      </w:r>
      <w:r>
        <w:t>pas agar woh tauba karein aur namaz qaim karein aur zakat ada karein to woh tumhare deeni bhai hain aur hum khol kar bayan karte hain ayaton ko janne walon ke liye.</w:t>
      </w:r>
    </w:p>
    <w:p>
      <w:pPr>
        <w:jc w:val="right"/>
      </w:pPr>
      <w:r>
        <w:t>پس اگر وہ توبہ کریں اور نماز قائم کریں اور زکوٰۃ ادا کریں تو وہ تمہارے دینی بھائی ہیں اور ہم کھول کر بیان کرتے ہیں آیات کو جاننے والوں کے لیے۔</w:t>
      </w:r>
    </w:p>
    <w:p>
      <w:r>
        <w:rPr>
          <w:b/>
        </w:rPr>
        <w:t xml:space="preserve">[14:38] </w:t>
      </w:r>
      <w:r>
        <w:t>tashreeh: musalmanon ko jab zor hasil ho gaya to Quraish ne un se muahde kar liye.</w:t>
      </w:r>
    </w:p>
    <w:p>
      <w:pPr>
        <w:jc w:val="right"/>
      </w:pPr>
      <w:r>
        <w:t>تشریح: مسلمانوں کو جب زور حاصل ہو گیا تو قریش نے ان سے معاہدے کر لیے۔</w:t>
      </w:r>
    </w:p>
    <w:p>
      <w:r>
        <w:rPr>
          <w:b/>
        </w:rPr>
        <w:t xml:space="preserve">[14:48] </w:t>
      </w:r>
      <w:r>
        <w:t>tahum woh in muahdon se khush na the. woh samajhte the ke apne dushman se yeh muahda unhone apni barbadi ki qeemat par kiya hai.</w:t>
      </w:r>
    </w:p>
    <w:p>
      <w:pPr>
        <w:jc w:val="right"/>
      </w:pPr>
      <w:r>
        <w:t>تاہم وہ ان معاہدوں سے خوش نہ تھے۔ وہ سمجھتے تھے کہ اپنے دشمن سے یہ معاہدہ انہوں نے اپنی بربادی کی قیمت پر کیا ہے۔</w:t>
      </w:r>
    </w:p>
    <w:p>
      <w:r>
        <w:rPr>
          <w:b/>
        </w:rPr>
        <w:t xml:space="preserve">[15:01] </w:t>
      </w:r>
      <w:r>
        <w:t>yehi wajah hai ke woh har waqt is intezar mein rehte the ke jahan mauqa mile muahde ki khilaf warzi kar ke musalmanon ko nuqsan pahunchayein ya kam az kam unhein badnaam karein.</w:t>
      </w:r>
    </w:p>
    <w:p>
      <w:pPr>
        <w:jc w:val="right"/>
      </w:pPr>
      <w:r>
        <w:t>یہی وجہ ہے کہ وہ ہر وقت اس انتظار میں رہتے تھے کہ جہاں موقع ملے معاہدے کی خلاف ورزی کر کے مسلمانوں کو نقصان پہنچائیں یا کم از کم انہیں بدنام کریں۔</w:t>
      </w:r>
    </w:p>
    <w:p>
      <w:r>
        <w:rPr>
          <w:b/>
        </w:rPr>
        <w:t xml:space="preserve">[15:16] </w:t>
      </w:r>
      <w:r>
        <w:t>zahair hai jab aik fareeq ki taraf se is qism ki khiyanat ka muzahira ho to doosre fareeq ke liye kisi muahde ki pabandi zaroori nahi rehti.</w:t>
      </w:r>
    </w:p>
    <w:p>
      <w:pPr>
        <w:jc w:val="right"/>
      </w:pPr>
      <w:r>
        <w:t>ظاہر ہے جب ایک فریق کی طرف سے اس قسم کی خیانت کا مظاہرہ ہو تو دوسرے فریق کے لیے کسی معاہدے کی پابندی ضروری نہیں رہتی۔</w:t>
      </w:r>
    </w:p>
    <w:p>
      <w:r>
        <w:rPr>
          <w:b/>
        </w:rPr>
        <w:t xml:space="preserve">[15:31] </w:t>
      </w:r>
      <w:r>
        <w:t>yeh quraish ka haal tha jin ko musalmanon ke urooj mein apni qiyadat chunti hui nazar aati thi.</w:t>
      </w:r>
    </w:p>
    <w:p>
      <w:pPr>
        <w:jc w:val="right"/>
      </w:pPr>
      <w:r>
        <w:t>یہ قریش کا حال تھا جن کو مسلمانوں کے عروج میں اپنی قیادت چھنتی ہوئی نظر آتی تھی۔</w:t>
      </w:r>
    </w:p>
    <w:p>
      <w:r>
        <w:rPr>
          <w:b/>
        </w:rPr>
        <w:t xml:space="preserve">[15:41] </w:t>
      </w:r>
      <w:r>
        <w:t>tahum kuch doosre arab qabail banu kinanah, banu khareedah, banu damrah jo is qism ki nafsiyaati pecheedgi mein mubtala na thay unhon ne musalmanon se muahida kiya aur apne muahiday par qaim rahay.</w:t>
      </w:r>
    </w:p>
    <w:p>
      <w:pPr>
        <w:jc w:val="right"/>
      </w:pPr>
      <w:r>
        <w:t>تاہم کچھ دوسرے عرب قبائل بنو کنانہ، بنو خریضہ، بنو دمرہ جو اس قسم کی نفسیاتی پیچیدگی میں مبتلا نہ تھے انہوں نے مسلمانوں سے معاہدہ کیا اور اپنے معاہدے پر قائم رہے۔</w:t>
      </w:r>
    </w:p>
    <w:p>
      <w:r>
        <w:rPr>
          <w:b/>
        </w:rPr>
        <w:t xml:space="preserve">[16:02] </w:t>
      </w:r>
      <w:r>
        <w:t>jab chaar mah ki muhlat ka elaan kiya gaya to un ke muahiday ki miad poori hone mein taqreeban nau mahine baqi thay.</w:t>
      </w:r>
    </w:p>
    <w:p>
      <w:pPr>
        <w:jc w:val="right"/>
      </w:pPr>
      <w:r>
        <w:t>جب چار ماہ کی مہلت کا اعلان کیا گیا تو ان کے معاہدے کی میعاد پوری ہونے میں تقریباً نو مہینے باقی تھے۔</w:t>
      </w:r>
    </w:p>
    <w:p>
      <w:r>
        <w:rPr>
          <w:b/>
        </w:rPr>
        <w:t xml:space="preserve">[16:13] </w:t>
      </w:r>
      <w:r>
        <w:t>hukm hua ke un se muahiday ko aakhir waqt tak baqi rakho kyun ke taqwa ka taqaza yahi hai.</w:t>
      </w:r>
    </w:p>
    <w:p>
      <w:pPr>
        <w:jc w:val="right"/>
      </w:pPr>
      <w:r>
        <w:t>حکم ہوا کہ ان سے معاہدے کو آخر وقت تک باقی رکھو کیونکہ تقویٰ کا تقاضا یہی ہے۔</w:t>
      </w:r>
    </w:p>
    <w:p>
      <w:r>
        <w:rPr>
          <w:b/>
        </w:rPr>
        <w:t xml:space="preserve">[16:24] </w:t>
      </w:r>
      <w:r>
        <w:t>magar is muddat ke khatam hone ke baad phir kisi se is qism ka muahida nahi kiya gaya aur tamam mushrikeen ke samnay sirf do sooraten baqi rakhi gayeen: ya islam layein ya jang ke liye tayyar ho jayen.</w:t>
      </w:r>
    </w:p>
    <w:p>
      <w:pPr>
        <w:jc w:val="right"/>
      </w:pPr>
      <w:r>
        <w:t>مگر اس مدت کے ختم ہونے کے بعد پھر کسی سے اس قسم کا معاہدہ نہیں کیا گیا اور تمام مشرکین کے سامنے صرف دو صورتیں باقی رکھی گئیں: یا اسلام لائیں یا جنگ کے لیے تیار ہو جائیں۔</w:t>
      </w:r>
    </w:p>
    <w:p>
      <w:r>
        <w:rPr>
          <w:b/>
        </w:rPr>
        <w:t xml:space="preserve">[16:40] </w:t>
      </w:r>
      <w:r>
        <w:t>maashrati zindagi ki buniyad hamesha do cheezon par hoti hai: rishtadari ya qaul o qarar</w:t>
      </w:r>
    </w:p>
    <w:p>
      <w:pPr>
        <w:jc w:val="right"/>
      </w:pPr>
      <w:r>
        <w:t>معاشراتی زندگی کی بنیاد ہمیشہ دو چیزوں پر ہوتی ہے: رشتہ داری یا قول و قرار</w:t>
      </w:r>
    </w:p>
    <w:p>
      <w:r>
        <w:rPr>
          <w:b/>
        </w:rPr>
        <w:t xml:space="preserve">[16:49] </w:t>
      </w:r>
      <w:r>
        <w:t>. jin se rehmi rishtay hain un ke huqooq ka lehaaz aadmi rehmi rishton ki buniyad par karta hai aur jin se qaul o qarar ho chuka hai un se qaul o qarar ki bina par.</w:t>
      </w:r>
    </w:p>
    <w:p>
      <w:pPr>
        <w:jc w:val="right"/>
      </w:pPr>
      <w:r>
        <w:t>۔ جن سے رحمی رشتے ہیں ان کے حقوق کا لحاظ آدمی رحمی رشتوں کی بنیاد پر کرتا ہے اور جن سے قول و قرار ہو چکا ہے ان سے قول و قرار کی بنا پر۔</w:t>
      </w:r>
    </w:p>
    <w:p>
      <w:r>
        <w:rPr>
          <w:b/>
        </w:rPr>
        <w:t xml:space="preserve">[17:03] </w:t>
      </w:r>
      <w:r>
        <w:t>magar jab aadmi ke oopar dunya ke mafad aur us ki maslehat ka ghalba hota hai to woh dono baaton ko bhool jata hai.</w:t>
      </w:r>
    </w:p>
    <w:p>
      <w:pPr>
        <w:jc w:val="right"/>
      </w:pPr>
      <w:r>
        <w:t>مگر جب آدمی کے اوپر دنیا کے مفاد اور اس کی مصلحت کا غلبہ ہوتا ہے تو وہ دونوں باتوں کو بھول جاتا ہے۔</w:t>
      </w:r>
    </w:p>
    <w:p>
      <w:r>
        <w:rPr>
          <w:b/>
        </w:rPr>
        <w:t xml:space="preserve">[17:14] </w:t>
      </w:r>
      <w:r>
        <w:t>woh apne haqeer faiday ki khatir rehmi huqooq ko bhi bhool jata hai aur qaul o qarar ko bhi.</w:t>
      </w:r>
    </w:p>
    <w:p>
      <w:pPr>
        <w:jc w:val="right"/>
      </w:pPr>
      <w:r>
        <w:t>وہ اپنے حقیر فائدے کی خاطر رحمی حقوق کو بھی بھول جاتا ہے اور قول و قرار کو بھی۔</w:t>
      </w:r>
    </w:p>
    <w:p>
      <w:r>
        <w:rPr>
          <w:b/>
        </w:rPr>
        <w:t xml:space="preserve">[17:24] </w:t>
      </w:r>
      <w:r>
        <w:t>aise log had se guzar janay walay hain. woh Khuda ki nazar mein mujrim hain. dunya mein agar woh chhoot gaye to akhirat mein woh Khuda ki pakar se bach na saken gay.</w:t>
      </w:r>
    </w:p>
    <w:p>
      <w:pPr>
        <w:jc w:val="right"/>
      </w:pPr>
      <w:r>
        <w:t>ایسے لوگ حد سے گزر جانے والے ہیں۔ وہ خدا کی نظر میں مجرم ہیں۔ دنیا میں اگر وہ چھوٹ گئے تو آخرت میں وہ خدا کی پکڑ سے بچ نہ سکیں گے۔</w:t>
      </w:r>
    </w:p>
    <w:p>
      <w:r>
        <w:rPr>
          <w:b/>
        </w:rPr>
        <w:t xml:space="preserve">[17:37] </w:t>
      </w:r>
      <w:r>
        <w:t>illa yeh ke woh tauba karein aur apni sarkashi se baz ayen.</w:t>
      </w:r>
    </w:p>
    <w:p>
      <w:pPr>
        <w:jc w:val="right"/>
      </w:pPr>
      <w:r>
        <w:t>الا یہ کہ وہ توبہ کریں اور اپنی سرکشی سے باز آئیں۔</w:t>
      </w:r>
    </w:p>
    <w:p>
      <w:r>
        <w:rPr>
          <w:b/>
        </w:rPr>
        <w:t xml:space="preserve">[17:42] </w:t>
      </w:r>
      <w:r>
        <w:t>koi shakhs maazi mein khwah kitna hi bura ho magar jab woh islaah qabool kar le to woh islami biradari ka aik muazzaz rukun ban jata hai.</w:t>
      </w:r>
    </w:p>
    <w:p>
      <w:pPr>
        <w:jc w:val="right"/>
      </w:pPr>
      <w:r>
        <w:t>کوئی شخص ماضی میں خواہ کتنا ہی برا ہو مگر جب وہ اصلاح قبول کر لے تو وہ اسلامی برادری کا ایک معزز رکن بن جاتا ہے۔</w:t>
      </w:r>
    </w:p>
    <w:p>
      <w:r>
        <w:rPr>
          <w:b/>
        </w:rPr>
        <w:t xml:space="preserve">[17:53] </w:t>
      </w:r>
      <w:r>
        <w:t>is ke baad us mein aur doosre musalmanon mein koi farq nahi rehta.</w:t>
      </w:r>
    </w:p>
    <w:p>
      <w:pPr>
        <w:jc w:val="right"/>
      </w:pPr>
      <w:r>
        <w:t>اس کے بعد اس میں اور دوسرے مسلمانوں میں کوئی فرق نہیں رہتا۔</w:t>
      </w:r>
    </w:p>
    <w:p>
      <w:r>
        <w:rPr>
          <w:b/>
        </w:rPr>
        <w:t xml:space="preserve">[18:36] </w:t>
      </w:r>
      <w:r>
        <w:t>ala tu qatiloon qawman nakathoo aymanahum wa hamoo bi ikhraj ar rasool wa hum baduokum awwal marrah?</w:t>
      </w:r>
    </w:p>
    <w:p>
      <w:pPr>
        <w:jc w:val="right"/>
      </w:pPr>
      <w:r>
        <w:t>ألا تقاتلون قوماً نكثوا أيمانهم وهموا بإخراج الرسول وهم بدؤوكم أول مرة؟</w:t>
      </w:r>
    </w:p>
    <w:p>
      <w:r>
        <w:rPr>
          <w:b/>
        </w:rPr>
        <w:t xml:space="preserve">[18:52] </w:t>
      </w:r>
      <w:r>
        <w:t>atakhshoonahum? fallahu ahqqu an takhshaho in kuntum mu'mineen.</w:t>
      </w:r>
    </w:p>
    <w:p>
      <w:pPr>
        <w:jc w:val="right"/>
      </w:pPr>
      <w:r>
        <w:t>أتخشونهم؟ فالله أحق أن تخشوه إن كنتم مؤمنين.</w:t>
      </w:r>
    </w:p>
    <w:p>
      <w:r>
        <w:rPr>
          <w:b/>
        </w:rPr>
        <w:t xml:space="preserve">[19:06] </w:t>
      </w:r>
      <w:r>
        <w:t>qatiloohum yu'azzibhumu Allahu</w:t>
      </w:r>
    </w:p>
    <w:p>
      <w:pPr>
        <w:jc w:val="right"/>
      </w:pPr>
      <w:r>
        <w:t>قاتلوهم يعذبهم الله</w:t>
      </w:r>
    </w:p>
    <w:p>
      <w:r>
        <w:rPr>
          <w:b/>
        </w:rPr>
        <w:t xml:space="preserve">[19:10] </w:t>
      </w:r>
      <w:r>
        <w:t>bi aydikum wa yukhzihim wa yansurkum alayhim wa yasht sudura qawmin mu'mineen</w:t>
      </w:r>
    </w:p>
    <w:p>
      <w:pPr>
        <w:jc w:val="right"/>
      </w:pPr>
      <w:r>
        <w:t>بأيديكم ويخزهم وينصركم عليهم ويشت صدور قوم مؤمنين</w:t>
      </w:r>
    </w:p>
    <w:p>
      <w:r>
        <w:rPr>
          <w:b/>
        </w:rPr>
        <w:t xml:space="preserve">[19:22] </w:t>
      </w:r>
      <w:r>
        <w:t>wa yuzhib ghayza quloobihim wa yatubu Allahu ala man yashaa'u wallahu aleemun hakeem.</w:t>
      </w:r>
    </w:p>
    <w:p>
      <w:pPr>
        <w:jc w:val="right"/>
      </w:pPr>
      <w:r>
        <w:t>ويذهب غيظ قلوبهم ويتوب الله على من يشاء والله عليم حكيم.</w:t>
      </w:r>
    </w:p>
    <w:p>
      <w:r>
        <w:rPr>
          <w:b/>
        </w:rPr>
        <w:t xml:space="preserve">[19:39] </w:t>
      </w:r>
      <w:r>
        <w:t>aur agar ahad ke baad yeh apni qasmon ko tor dalain aur tumhare deen mein aib lagayen to kufr ke in sardaron se lado.</w:t>
      </w:r>
    </w:p>
    <w:p>
      <w:pPr>
        <w:jc w:val="right"/>
      </w:pPr>
      <w:r>
        <w:t>اور اگر عہد کے بعد یہ اپنی قسموں کو توڑ ڈالیں اور تمہارے دین میں عیب لگائیں تو کفر کے ان سرداروں سے لڑو۔</w:t>
      </w:r>
    </w:p>
    <w:p>
      <w:r>
        <w:rPr>
          <w:b/>
        </w:rPr>
        <w:t xml:space="preserve">[19:52] </w:t>
      </w:r>
      <w:r>
        <w:t>beshak un ki qasmen kuch nahi taake woh baz ayen.</w:t>
      </w:r>
    </w:p>
    <w:p>
      <w:pPr>
        <w:jc w:val="right"/>
      </w:pPr>
      <w:r>
        <w:t>بے شک ان کی قسمیں کچھ نہیں تاکہ وہ باز آئیں۔</w:t>
      </w:r>
    </w:p>
    <w:p>
      <w:r>
        <w:rPr>
          <w:b/>
        </w:rPr>
        <w:t xml:space="preserve">[19:57] </w:t>
      </w:r>
      <w:r>
        <w:t>kya tum na lado ge aise logon se jinhon ne apne ahad tod diye aur rasool ko nikalne ki jusarat ki?</w:t>
      </w:r>
    </w:p>
    <w:p>
      <w:pPr>
        <w:jc w:val="right"/>
      </w:pPr>
      <w:r>
        <w:t>کیا تم نہ لڑو گے ایسے لوگوں سے جنہوں نے اپنے عہد توڑ دیے اور رسول کو نکالنے کی جسارت کی؟</w:t>
      </w:r>
    </w:p>
    <w:p>
      <w:r>
        <w:rPr>
          <w:b/>
        </w:rPr>
        <w:t xml:space="preserve">[20:07] </w:t>
      </w:r>
      <w:r>
        <w:t>aur wohi hain jinhon ne tum se jang mein pehal ki. kya tum un se daro ge? Allah zyada mustahiq hai ke tum us se daro agar tum momin ho.</w:t>
      </w:r>
    </w:p>
    <w:p>
      <w:pPr>
        <w:jc w:val="right"/>
      </w:pPr>
      <w:r>
        <w:t>اور وہی ہیں جنہوں نے تم سے جنگ میں پہل کی۔ کیا تم ان سے ڈرو گے؟ اللہ زیادہ مستحق ہے کہ تم اس سے ڈرو اگر تم مومن ہو۔</w:t>
      </w:r>
    </w:p>
    <w:p>
      <w:r>
        <w:rPr>
          <w:b/>
        </w:rPr>
        <w:t xml:space="preserve">[20:20] </w:t>
      </w:r>
      <w:r>
        <w:t>un se lado.</w:t>
      </w:r>
    </w:p>
    <w:p>
      <w:pPr>
        <w:jc w:val="right"/>
      </w:pPr>
      <w:r>
        <w:t>ان سے لڑو۔</w:t>
      </w:r>
    </w:p>
    <w:p>
      <w:r>
        <w:rPr>
          <w:b/>
        </w:rPr>
        <w:t xml:space="preserve">[20:22] </w:t>
      </w:r>
      <w:r>
        <w:t>Allah tumhare hathon in ko saza dega aur in ko ruswa karega aur tum ko in</w:t>
      </w:r>
    </w:p>
    <w:p>
      <w:pPr>
        <w:jc w:val="right"/>
      </w:pPr>
      <w:r>
        <w:t>اللہ تمہارے ہاتھوں ان کو سزا دے گا اور ان کو رسوا کرے گا اور تم کو ان</w:t>
      </w:r>
    </w:p>
    <w:p>
      <w:r>
        <w:rPr>
          <w:b/>
        </w:rPr>
        <w:t xml:space="preserve">[20:29] </w:t>
      </w:r>
      <w:r>
        <w:t>par ghalba dega aur musalman logon ke seenay ko thanda karega aur un ke dil ki</w:t>
      </w:r>
    </w:p>
    <w:p>
      <w:pPr>
        <w:jc w:val="right"/>
      </w:pPr>
      <w:r>
        <w:t>پر غلبہ دے گا اور مسلمان لوگوں کے سینے کو ٹھنڈا کرے گا اور ان کے دل کی</w:t>
      </w:r>
    </w:p>
    <w:p>
      <w:r>
        <w:rPr>
          <w:b/>
        </w:rPr>
        <w:t xml:space="preserve">[20:39] </w:t>
      </w:r>
      <w:r>
        <w:t>jalan ko door kar dega aur Allah tauba naseeb karega jis ko chahega aur Allah</w:t>
      </w:r>
    </w:p>
    <w:p>
      <w:pPr>
        <w:jc w:val="right"/>
      </w:pPr>
      <w:r>
        <w:t>جلن کو دور کر دے گا اور اللہ توبہ نصیب کرے گا جس کو چاہے گا اور اللہ</w:t>
      </w:r>
    </w:p>
    <w:p>
      <w:r>
        <w:rPr>
          <w:b/>
        </w:rPr>
        <w:t xml:space="preserve">[20:47] </w:t>
      </w:r>
      <w:r>
        <w:t>janne wala hai, hikmat wala hai.</w:t>
      </w:r>
    </w:p>
    <w:p>
      <w:pPr>
        <w:jc w:val="right"/>
      </w:pPr>
      <w:r>
        <w:t>جاننے والا ہے، حکمت والا ہے۔</w:t>
      </w:r>
    </w:p>
    <w:p>
      <w:r>
        <w:rPr>
          <w:b/>
        </w:rPr>
        <w:t xml:space="preserve">[20:52] </w:t>
      </w:r>
      <w:r>
        <w:t>tashreeh: aaimah-e-kufr se murad quraish hain jo apne qaidana maqam ki wajah se arab mein islam ke khilaaf tehreek ki imamat kar rahay thay.</w:t>
      </w:r>
    </w:p>
    <w:p>
      <w:pPr>
        <w:jc w:val="right"/>
      </w:pPr>
      <w:r>
        <w:t>تشریح: ائمہ کفر سے مراد قریش ہیں جو اپنے قائدانہ مقام کی وجہ سے عرب میں اسلام کے خلاف تحریک کی امامت کر رہے تھے۔</w:t>
      </w:r>
    </w:p>
    <w:p>
      <w:r>
        <w:rPr>
          <w:b/>
        </w:rPr>
        <w:t xml:space="preserve">[21:08] </w:t>
      </w:r>
      <w:r>
        <w:t>quraish ke is kirdaar se maloom hota hai ke islam ki tehreek jab uthti hai to is ka pehla mukhalif kaun groh banta hai.</w:t>
      </w:r>
    </w:p>
    <w:p>
      <w:pPr>
        <w:jc w:val="right"/>
      </w:pPr>
      <w:r>
        <w:t>قریش کے اس کردار سے معلوم ہوتا ہے کہ اسلام کی تحریک جب اٹھتی ہے تو اس کا پہلا مخالف کون گروہ بنتا ہے۔</w:t>
      </w:r>
    </w:p>
    <w:p>
      <w:r>
        <w:rPr>
          <w:b/>
        </w:rPr>
        <w:t xml:space="preserve">[21:20] </w:t>
      </w:r>
      <w:r>
        <w:t>yeh woh groh hai jis ko be-amez haq ke paigham mein apni barai par zad parti hui nazar aati hai.</w:t>
      </w:r>
    </w:p>
    <w:p>
      <w:pPr>
        <w:jc w:val="right"/>
      </w:pPr>
      <w:r>
        <w:t>یہ وہ گروہ ہے جس کو بے آمیز حق کے پیغام میں اپنی بڑائی پر زد پڑتی ہوئی نظر آتی ہے۔</w:t>
      </w:r>
    </w:p>
    <w:p>
      <w:r>
        <w:rPr>
          <w:b/>
        </w:rPr>
        <w:t xml:space="preserve">[21:29] </w:t>
      </w:r>
      <w:r>
        <w:t>yahi woh tabqa hai jis ke paas woh zehn hota hai ke woh islami dawat mein shoshe nikaal kar logon ko is ki taraf se mujtaba kar de.</w:t>
      </w:r>
    </w:p>
    <w:p>
      <w:pPr>
        <w:jc w:val="right"/>
      </w:pPr>
      <w:r>
        <w:t>یہی وہ طبقہ ہے جس کے پاس وہ ذہن ہوتا ہے کہ وہ اسلامی دعوت میں شوشے نکال کر لوگوں کو اس کی طرف سے مجتبیٰ کر دے۔</w:t>
      </w:r>
    </w:p>
    <w:p>
      <w:r>
        <w:rPr>
          <w:b/>
        </w:rPr>
        <w:t xml:space="preserve">[21:44] </w:t>
      </w:r>
      <w:r>
        <w:t>isi ke paas woh wasail hote hain ke woh islam ke daaiyon ki hausla shikni ke liye un ko tarah tarah ki mushkilat mein daale.</w:t>
      </w:r>
    </w:p>
    <w:p>
      <w:pPr>
        <w:jc w:val="right"/>
      </w:pPr>
      <w:r>
        <w:t>اسی کے پاس وہ وسائل ہوتے ہیں کہ وہ اسلام کے داعیوں کی حوصلہ شکنی کے لیے ان کو طرح طرح کی مشکلات میں ڈالے۔</w:t>
      </w:r>
    </w:p>
    <w:p>
      <w:r>
        <w:rPr>
          <w:b/>
        </w:rPr>
        <w:t xml:space="preserve">[21:57] </w:t>
      </w:r>
      <w:r>
        <w:t>isi ke paas woh zor hota hai ke woh haq paraston ko un ke gharon se nikaalne ki tadbeeren kare.</w:t>
      </w:r>
    </w:p>
    <w:p>
      <w:pPr>
        <w:jc w:val="right"/>
      </w:pPr>
      <w:r>
        <w:t>اسی کے پاس وہ زور ہوتا ہے کہ وہ حق پرستوں کو ان کے گھروں سے نکالنے کی تدبیریں کرے۔</w:t>
      </w:r>
    </w:p>
    <w:p>
      <w:r>
        <w:rPr>
          <w:b/>
        </w:rPr>
        <w:t xml:space="preserve">[22:07] </w:t>
      </w:r>
      <w:r>
        <w:t>hata ke isi ko yeh mawaqe hasil hote hain ke islam ke manne walon ke khilaaf baqaida jang ki aag bharkaa sake.</w:t>
      </w:r>
    </w:p>
    <w:p>
      <w:pPr>
        <w:jc w:val="right"/>
      </w:pPr>
      <w:r>
        <w:t>حتیٰ کہ اسی کو یہ مواقع حاصل ہوتے ہیں کہ اسلام کے ماننے والوں کے خلاف باقاعدہ جنگ کی آگ بھڑکا سکے۔</w:t>
      </w:r>
    </w:p>
    <w:p>
      <w:r>
        <w:rPr>
          <w:b/>
        </w:rPr>
        <w:t xml:space="preserve">[22:19] </w:t>
      </w:r>
      <w:r>
        <w:t>un ke ahad kuch nahin. bohat maani khez feqra hai. jo log dushmani aur zid ki bunyaad par khare hue hon un ke waade aur muahde bilkul ghair yaqeeni hote hain.</w:t>
      </w:r>
    </w:p>
    <w:p>
      <w:pPr>
        <w:jc w:val="right"/>
      </w:pPr>
      <w:r>
        <w:t>ان کے عہد کچھ نہیں۔ بہت معنی خیز فقرہ ہے۔ جو لوگ دشمنی اور ضد کی بنیاد پر کھڑے ہوئے ہوں ان کے وعدے اور معاہدے بالکل غیر یقینی ہوتے ہیں۔</w:t>
      </w:r>
    </w:p>
    <w:p>
      <w:r>
        <w:rPr>
          <w:b/>
        </w:rPr>
        <w:t xml:space="preserve">[22:36] </w:t>
      </w:r>
      <w:r>
        <w:t>un ki nafsiyat mein apne hreef ke khilaaf mustaqil ishteaal barpa rehta hai. un ke andar thehrao nahin hota.</w:t>
      </w:r>
    </w:p>
    <w:p>
      <w:pPr>
        <w:jc w:val="right"/>
      </w:pPr>
      <w:r>
        <w:t>ان کی نفسیات میں اپنے حریف کے خلاف مستقل اشتعال برپا رہتا ہے۔ ان کے اندر ٹھہراؤ نہیں ہوتا۔</w:t>
      </w:r>
    </w:p>
    <w:p>
      <w:r>
        <w:rPr>
          <w:b/>
        </w:rPr>
        <w:t xml:space="preserve">[22:46] </w:t>
      </w:r>
      <w:r>
        <w:t>woh agar muahde bhi kar lein to apne mizaj ke aitbaar se us ko der tak baqi rakhne mein qadir nahin hote.</w:t>
      </w:r>
    </w:p>
    <w:p>
      <w:pPr>
        <w:jc w:val="right"/>
      </w:pPr>
      <w:r>
        <w:t>وہ اگر معاہدے بھی کر لیں تو اپنے مزاج کے اعتبار سے اس کو دیر تک باقی رکھنے میں قادر نہیں ہوتے۔</w:t>
      </w:r>
    </w:p>
    <w:p>
      <w:r>
        <w:rPr>
          <w:b/>
        </w:rPr>
        <w:t xml:space="preserve">[22:56] </w:t>
      </w:r>
      <w:r>
        <w:t>ziyada der nahin guzarti ke apne manfi jazbaat se maghloob ho kar woh muahde ko tod dete hain aur is tarah ahl-e-haq ko yeh mauqa dete hain ke apne upar pehal ka ilzaam liye baghair woh un ke khilaaf madafana karwai karein aur Khuda ki madad se un ka khatma kar dein.</w:t>
      </w:r>
    </w:p>
    <w:p>
      <w:pPr>
        <w:jc w:val="right"/>
      </w:pPr>
      <w:r>
        <w:t>زیادہ دیر نہیں گزرتی کہ اپنے منفی جذبات سے مغلوب ہو کر وہ معاہدے کو توڑ دیتے ہیں اور اس طرح اہل حق کو یہ موقع دیتے ہیں کہ اپنے اوپر پہل کا الزام لیے بغیر وہ ان کے خلاف مدافعانہ کارروائی کریں اور خدا کی مدد سے ان کا خاتمہ کر دیں۔</w:t>
      </w:r>
    </w:p>
    <w:p>
      <w:r>
        <w:rPr>
          <w:b/>
        </w:rPr>
        <w:t xml:space="preserve">[23:21] </w:t>
      </w:r>
      <w:r>
        <w:t>tamam hikmat aur danai ka sira Allah ka darr hai. Allah ka darr aadmi ke andar itraaf ka maada paida karta hai.</w:t>
      </w:r>
    </w:p>
    <w:p>
      <w:pPr>
        <w:jc w:val="right"/>
      </w:pPr>
      <w:r>
        <w:t>تمام حکمت اور دانائی کا سرا اللہ کا ڈر ہے۔ اللہ کا ڈر آدمی کے اندر اعتراف کا مادہ پیدا کرتا ہے۔</w:t>
      </w:r>
    </w:p>
    <w:p>
      <w:r>
        <w:rPr>
          <w:b/>
        </w:rPr>
        <w:t xml:space="preserve">[23:32] </w:t>
      </w:r>
      <w:r>
        <w:t>woh aadmi ke andar woh shaoor jagata hai ke woh haqeeqaton ko un ki asli roop mein dekh sake. yahi wajah hai ke Allah se darne wale ke liye Khudaai mansoobe ko samajhne mein der nahin lagti.</w:t>
      </w:r>
    </w:p>
    <w:p>
      <w:pPr>
        <w:jc w:val="right"/>
      </w:pPr>
      <w:r>
        <w:t>وہ آدمی کے اندر وہ شعور جگاتا ہے کہ وہ حقیقتوں کو ان کی اصلی روپ میں دیکھ سکے۔ یہی وجہ ہے کہ اللہ سے ڈرنے والے کے لیے خدائی منصوبے کو سمجھنے میں دیر نہیں لگتی۔</w:t>
      </w:r>
    </w:p>
    <w:p>
      <w:r>
        <w:rPr>
          <w:b/>
        </w:rPr>
        <w:t xml:space="preserve">[23:49] </w:t>
      </w:r>
      <w:r>
        <w:t>woh Khuda ki mansha ko jaan kar poore aitmaad ke sath apne aap ko is mein laga deta hai. woh is sahi tareen raaste par chal padta hai jis ki aakhri manzil sirf kamyabi hai.</w:t>
      </w:r>
    </w:p>
    <w:p>
      <w:pPr>
        <w:jc w:val="right"/>
      </w:pPr>
      <w:r>
        <w:t>وہ خدا کی منشا کو جان کر پورے اعتماد کے ساتھ اپنے آپ کو اس میں لگا دیتا ہے۔ وہ اس صحیح ترین راستے پر چل پڑتا ہے جس کی آخری منزل صرف کامیابی ہے۔</w:t>
      </w:r>
    </w:p>
    <w:p>
      <w:r>
        <w:rPr>
          <w:b/>
        </w:rPr>
        <w:t xml:space="preserve">[24:04] </w:t>
      </w:r>
      <w:r>
        <w:t>Allah ka darr aadmi ki aankhon ko ashak aalooda kar deta hai magar Allah ke liye bheegi hui aankh hi woh aankh hai jis ke liye yeh muqaddar hai ke us ko thandak hasil ho dunya mein bhi aur aakhirat mein bhi.</w:t>
      </w:r>
    </w:p>
    <w:p>
      <w:pPr>
        <w:jc w:val="right"/>
      </w:pPr>
      <w:r>
        <w:t>اللہ کا ڈر آدمی کی آنکھوں کو اشک آلودہ کر دیتا ہے مگر اللہ کے لیے بھیگی ہوئی آنکھ ہی وہ آنکھ ہے جس کے لیے یہ مقدر ہے کہ اس کو ٹھنڈک حاصل ہو دنیا میں بھی اور آخرت میں بھی۔</w:t>
      </w:r>
    </w:p>
    <w:p>
      <w:r>
        <w:rPr>
          <w:b/>
        </w:rPr>
        <w:t xml:space="preserve">[24:23] </w:t>
      </w:r>
      <w:r>
        <w:t>hatazatum an tatruku walamma ya'lam allahu allazeena jahadoo minkum walamma yattakhidhoo min dooni allahi wala rasoolihi wala almu'mineena waleejaw wallahu khabeerun bima ta'maloona</w:t>
      </w:r>
    </w:p>
    <w:p>
      <w:pPr>
        <w:jc w:val="right"/>
      </w:pPr>
      <w:r>
        <w:t>ہم حسدتم ان تترکوا ولما يعلم اللہ الذین جاهدوا منكم ولم يتخذوا من دون اللہ ولا رسوله ولا المؤمنین ولیجا واللہ خبیر بما تعملون</w:t>
      </w:r>
    </w:p>
    <w:p>
      <w:r>
        <w:rPr>
          <w:b/>
        </w:rPr>
        <w:t xml:space="preserve">[24:49] </w:t>
      </w:r>
      <w:r>
        <w:t>kya tumhara yeh gumaan hai ke tum chhod diye jaoge halanke abhi Allah ne tum mein se un logon ko jaana hi nahin jinhone jihad kiya aur jinhone Allah aur Rasool aur momineen ke siwa kisi ko dost nahin banaya aur Allah jaanta hai jo kuch tum karte ho.</w:t>
      </w:r>
    </w:p>
    <w:p>
      <w:pPr>
        <w:jc w:val="right"/>
      </w:pPr>
      <w:r>
        <w:t>کیا تمہارا یہ گمان ہے کہ تم چھوڑ دیے جاؤ گے حالانکہ ابھی اللہ نے تم میں سے ان لوگوں کو جانا ہی نہیں جنہوں نے جہاد کیا اور جنہوں نے اللہ اور رسول اور مومنین کے سوا کسی کو دوست نہیں بنایا اور اللہ جانتا ہے جو کچھ تم کرتے ہو۔</w:t>
      </w:r>
    </w:p>
    <w:p>
      <w:r>
        <w:rPr>
          <w:b/>
        </w:rPr>
        <w:t xml:space="preserve">[25:14] </w:t>
      </w:r>
      <w:r>
        <w:t>tashreeh: maujooda dunya mein aadmi jab kisi cheez ko apni zindagi ka maqsad banata hai to us ko hasil karne mein tarah tarah ke masail aur taqaze samne aate hain.</w:t>
      </w:r>
    </w:p>
    <w:p>
      <w:pPr>
        <w:jc w:val="right"/>
      </w:pPr>
      <w:r>
        <w:t>تشریح: موجودہ دنیا میں آدمی جب کسی چیز کو اپنی زندگی کا مقصد بناتا ہے تو اس کو حاصل کرنے میں طرح طرح کے مسائل اور تقاضے سامنے آتے ہیں۔</w:t>
      </w:r>
    </w:p>
    <w:p>
      <w:r>
        <w:rPr>
          <w:b/>
        </w:rPr>
        <w:t xml:space="preserve">[25:30] </w:t>
      </w:r>
      <w:r>
        <w:t>agar aadmi ko apna maqsad aziz hai to woh in masail ko ubboor karne aur un taqazon ko poora karne mein apni saari quwwat laga deta hai.</w:t>
      </w:r>
    </w:p>
    <w:p>
      <w:pPr>
        <w:jc w:val="right"/>
      </w:pPr>
      <w:r>
        <w:t>اگر آدمی کو اپنا مقصد عزیز ہے تو وہ ان مسائل کو عبور کرنے اور ان تقاضوں کو پورا کرنے میں اپنی ساری قوت لگا دیتا ہے۔</w:t>
      </w:r>
    </w:p>
    <w:p>
      <w:r>
        <w:rPr>
          <w:b/>
        </w:rPr>
        <w:t xml:space="preserve">[25:45] </w:t>
      </w:r>
      <w:r>
        <w:t>isi ka naam jihad hai. yeh jihad is dunya mein har ek ko pesh aata hai.</w:t>
      </w:r>
    </w:p>
    <w:p>
      <w:pPr>
        <w:jc w:val="right"/>
      </w:pPr>
      <w:r>
        <w:t>اسی کا نام جہاد ہے۔ یہ جہاد اس دنیا میں ہر ایک کو پیش آتا ہے۔</w:t>
      </w:r>
    </w:p>
    <w:p>
      <w:r>
        <w:rPr>
          <w:b/>
        </w:rPr>
        <w:t xml:space="preserve">[25:52] </w:t>
      </w:r>
      <w:r>
        <w:t>har aadmi ko jihad ki satah par apni talab ka saboot dena padta hai. is ke baad hi yeh mumkin hota hai ke woh apni talab mein kamyab ho.</w:t>
      </w:r>
    </w:p>
    <w:p>
      <w:pPr>
        <w:jc w:val="right"/>
      </w:pPr>
      <w:r>
        <w:t>ہر آدمی کو جہاد کی سطح پر اپنی طلب کا ثبوت دینا پڑتا ہے۔ اس کے بعد ہی یہ ممکن ہوتا ہے کہ وہ اپنی طلب میں کامیاب ہو۔</w:t>
      </w:r>
    </w:p>
    <w:p>
      <w:r>
        <w:rPr>
          <w:b/>
        </w:rPr>
        <w:t xml:space="preserve">[26:09] </w:t>
      </w:r>
      <w:r>
        <w:t>farq yeh hai ke ghair momin dunya ki raah mein jihad karta hai aur momin aakhirat ki raah mein.</w:t>
      </w:r>
    </w:p>
    <w:p>
      <w:pPr>
        <w:jc w:val="right"/>
      </w:pPr>
      <w:r>
        <w:t>فرق یہ ہے کہ غیر مومن دنیا کی راہ میں جہاد کرتا ہے اور مومن آخرت کی راہ میں۔</w:t>
      </w:r>
    </w:p>
    <w:p>
      <w:r>
        <w:rPr>
          <w:b/>
        </w:rPr>
        <w:t xml:space="preserve">[26:17] </w:t>
      </w:r>
      <w:r>
        <w:t>yahi jihad yeh saabit karta hai ke aadmi apne maqsad mein kitna sanjeeda hai. ek shakhs jo imaan ka mudai ho us ke samne baar baar mukhtalif mawaqe aate hain jo us ke dawe ka imtehan hon.</w:t>
      </w:r>
    </w:p>
    <w:p>
      <w:pPr>
        <w:jc w:val="right"/>
      </w:pPr>
      <w:r>
        <w:t>یہی جہاد یہ ثابت کرتا ہے کہ آدمی اپنے مقصد میں کتنا سنجیدہ ہے۔ ایک شخص جو ایمان کا مدعی ہو اس کے سامنے بار بار مختلف مواقع آتے ہیں جو اس کے دعوے کا امتحان ہوں۔</w:t>
      </w:r>
    </w:p>
    <w:p>
      <w:r>
        <w:rPr>
          <w:b/>
        </w:rPr>
        <w:t xml:space="preserve">[26:38] </w:t>
      </w:r>
      <w:r>
        <w:t>kabhi uska dil kisi ke khilaaf bughz aur hasad ke jazbaat se mutaasir hone lagta hai aur uska imaan us se kehta hai ke is qism ke tamam jazbaat ko apne andar se nikaal do</w:t>
      </w:r>
    </w:p>
    <w:p>
      <w:pPr>
        <w:jc w:val="right"/>
      </w:pPr>
      <w:r>
        <w:t>کبھی اس کا دل کسی کے خلاف بغض اور حسد کے جذبات سے متاثر ہونے لگتا ہے اور اس کا ایمان اس سے کہتا ہے کہ اس قسم کے تمام جذبات کو اپنے اندر سے نکال دو</w:t>
      </w:r>
    </w:p>
    <w:p>
      <w:r>
        <w:rPr>
          <w:b/>
        </w:rPr>
        <w:t xml:space="preserve">[26:57] </w:t>
      </w:r>
      <w:r>
        <w:t>۔ kabhi us ki zabaan par napasandeeda kalmaat aate hain aur imaan ka taqaza yeh hota hai ke us waqt apni zabaan ko pakad liya jaye.</w:t>
      </w:r>
    </w:p>
    <w:p>
      <w:pPr>
        <w:jc w:val="right"/>
      </w:pPr>
      <w:r>
        <w:t>۔ کبھی اس کی زبان پر ناپسندیدہ کلمات آتے ہیں اور ایمان کا تقاضا یہ ہوتا ہے کہ اس وقت اپنی زبان کو پکڑ لیا جائے۔</w:t>
      </w:r>
    </w:p>
    <w:p>
      <w:r>
        <w:rPr>
          <w:b/>
        </w:rPr>
        <w:t xml:space="preserve">[27:10] </w:t>
      </w:r>
      <w:r>
        <w:t>kabhi maamlaat ke douran kisi ko aisa haq dena padta hai jo qalb ko bilkul nagawar ho magar imaan yeh keh raha hota hai ke haqdaar ko insaaf ke mutabiq us ka poora haq pahunchaya jaye.</w:t>
      </w:r>
    </w:p>
    <w:p>
      <w:pPr>
        <w:jc w:val="right"/>
      </w:pPr>
      <w:r>
        <w:t>کبھی معاملات کے دوران کسی کو ایسا حق دینا پڑتا ہے جو قلب کو بالکل ناگوار ہو مگر ایمان یہ کہہ رہا ہوتا ہے کہ حقدار کو انصاف کے مطابق اس کا پورا حق پہنچایا جائے۔</w:t>
      </w:r>
    </w:p>
    <w:p>
      <w:r>
        <w:rPr>
          <w:b/>
        </w:rPr>
        <w:t xml:space="preserve">[27:30] </w:t>
      </w:r>
      <w:r>
        <w:t>isi tarah islam ki dawat kabhi aise mor par pahunch jati hai ke imaan yeh kehta hai ke is ko kamyab banane ke liye apni jaan o maal qurban kar do.</w:t>
      </w:r>
    </w:p>
    <w:p>
      <w:pPr>
        <w:jc w:val="right"/>
      </w:pPr>
      <w:r>
        <w:t>اسی طرح اسلام کی دعوت کبھی ایسے موڑ پر پہنچ جاتی ہے کہ ایمان یہ کہتا ہے کہ اس کو کامیاب بنانے کے لیے اپنی جان و مال قربان کر دو۔</w:t>
      </w:r>
    </w:p>
    <w:p>
      <w:r>
        <w:rPr>
          <w:b/>
        </w:rPr>
        <w:t xml:space="preserve">[27:44] </w:t>
      </w:r>
      <w:r>
        <w:t>aise tamam mauqa par gurez ya farar se bachna aur har qeemat par imaan o islam ke taqaze poore karte rehna isi ka naam jihad hai.</w:t>
      </w:r>
    </w:p>
    <w:p>
      <w:pPr>
        <w:jc w:val="right"/>
      </w:pPr>
      <w:r>
        <w:t>ایسے تمام موقع پر گریز یا فرار سے بچنا اور ہر قیمت پر ایمان و اسلام کے تقاضے پورے کرتے رہنا اسی کا نام جہاد ہے۔</w:t>
      </w:r>
    </w:p>
    <w:p>
      <w:r>
        <w:rPr>
          <w:b/>
        </w:rPr>
        <w:t xml:space="preserve">[27:57] </w:t>
      </w:r>
      <w:r>
        <w:t>jab koi shakhs islam ke liye mujahid ban jaye to is ka tamam tar nafsiati taluq Allah aur rasool aur ahle imaan se ho jata hai.</w:t>
      </w:r>
    </w:p>
    <w:p>
      <w:pPr>
        <w:jc w:val="right"/>
      </w:pPr>
      <w:r>
        <w:t>جب کوئی شخص اسلام کے لیے مجاہد بن جائے تو اس کا تمام تر نفسیاتی تعلق اللہ اور رسول اور اہل ایمان سے ہو جاتا ہے۔</w:t>
      </w:r>
    </w:p>
    <w:p>
      <w:r>
        <w:rPr>
          <w:b/>
        </w:rPr>
        <w:t xml:space="preserve">[28:10] </w:t>
      </w:r>
      <w:r>
        <w:t>woh in ke siwa kisi ko apna walijah nahi banata. walijah ke mani hain dakhil hona.</w:t>
      </w:r>
    </w:p>
    <w:p>
      <w:pPr>
        <w:jc w:val="right"/>
      </w:pPr>
      <w:r>
        <w:t>وہ ان کے سوا کسی کو اپنا ولیجہ نہیں بناتا۔ ولجہ کے معنی ہیں داخل ہونا۔</w:t>
      </w:r>
    </w:p>
    <w:p>
      <w:r>
        <w:rPr>
          <w:b/>
        </w:rPr>
        <w:t xml:space="preserve">[28:20] </w:t>
      </w:r>
      <w:r>
        <w:t>walijah kisi wadi ke us ghar ko kehte hain jahan rasta chalne wale barish waghera se panah lein.</w:t>
      </w:r>
    </w:p>
    <w:p>
      <w:pPr>
        <w:jc w:val="right"/>
      </w:pPr>
      <w:r>
        <w:t>ولیجہ کسی وادی کے اس غار کو کہتے ہیں جہاں راستہ چلنے والے بارش وغیرہ سے پناہ لیں۔</w:t>
      </w:r>
    </w:p>
    <w:p>
      <w:r>
        <w:rPr>
          <w:b/>
        </w:rPr>
        <w:t xml:space="preserve">[28:30] </w:t>
      </w:r>
      <w:r>
        <w:t>isi se walijah hai yani wali dost. maujudah duniya mein jab bhi aadmi kisi wasee tar maqsad ko apnata hai to is ko lazman aisa karna parta hai ke woh apne maqsad ki markaziyat se wabasta ho.</w:t>
      </w:r>
    </w:p>
    <w:p>
      <w:pPr>
        <w:jc w:val="right"/>
      </w:pPr>
      <w:r>
        <w:t>اسی سے ولیجہ ہے یعنی ولی دوست۔ موجودہ دنیا میں جب بھی آدمی کسی وسیع تر مقصد کو اپناتا ہے تو اس کو لازماً ایسا کرنا پڑتا ہے کہ وہ اپنے مقصد کی مرکزیت سے وابستہ ہو۔</w:t>
      </w:r>
    </w:p>
    <w:p>
      <w:r>
        <w:rPr>
          <w:b/>
        </w:rPr>
        <w:t xml:space="preserve">[28:49] </w:t>
      </w:r>
      <w:r>
        <w:t>woh apne qaid ka mukammal wafadar bane. woh is rah ke saathiyon se poori tarah jud jaye.</w:t>
      </w:r>
    </w:p>
    <w:p>
      <w:pPr>
        <w:jc w:val="right"/>
      </w:pPr>
      <w:r>
        <w:t>وہ اپنے قائد کا مکمل وفادار بنے۔ وہ اس راہ کے ساتھیوں سے پوری طرح جڑ جائے۔</w:t>
      </w:r>
    </w:p>
    <w:p>
      <w:r>
        <w:rPr>
          <w:b/>
        </w:rPr>
        <w:t xml:space="preserve">[28:59] </w:t>
      </w:r>
      <w:r>
        <w:t>maqsadit ke ehsas ke sath yeh cheezein laazim malzoom hain. in ke baghair ba maqsad zindagi ka daway bilkul jhoota hai.</w:t>
      </w:r>
    </w:p>
    <w:p>
      <w:pPr>
        <w:jc w:val="right"/>
      </w:pPr>
      <w:r>
        <w:t>مقصدیت کے احساس کے ساتھ یہ چیزیں لازم ملزوم ہیں۔ ان کے بغیر بامقصد زندگی کا دعویٰ بالکل جھوٹا ہے۔</w:t>
      </w:r>
    </w:p>
    <w:p>
      <w:r>
        <w:rPr>
          <w:b/>
        </w:rPr>
        <w:t xml:space="preserve">[29:10] </w:t>
      </w:r>
      <w:r>
        <w:t>isi tarah aadmi jab deen ko sanjidgi ke sath apni zindagi mein dakhil karega to lazmi taur par aisa hoga ke Khuda aur rasool aur ahle imaan is ka walijah ban jayenge.</w:t>
      </w:r>
    </w:p>
    <w:p>
      <w:pPr>
        <w:jc w:val="right"/>
      </w:pPr>
      <w:r>
        <w:t>اسی طرح آدمی جب دین کو سنجیدگی کے ساتھ اپنی زندگی میں داخل کرے گا تو لازمی طور پر ایسا ہوگا کہ خدا اور رسول اور اہل ایمان اس کا ولیجہ بن جائیں گے۔</w:t>
      </w:r>
    </w:p>
    <w:p>
      <w:r>
        <w:rPr>
          <w:b/>
        </w:rPr>
        <w:t xml:space="preserve">[29:24] </w:t>
      </w:r>
      <w:r>
        <w:t>woh har aitbar se in ke sath jud</w:t>
      </w:r>
    </w:p>
    <w:p>
      <w:pPr>
        <w:jc w:val="right"/>
      </w:pPr>
      <w:r>
        <w:t>وہ ہر اعتبار سے ان کے ساتھ جڑ</w:t>
      </w:r>
    </w:p>
    <w:p>
      <w:r>
        <w:rPr>
          <w:b/>
        </w:rPr>
        <w:t xml:space="preserve">[29:28] </w:t>
      </w:r>
      <w:r>
        <w:t>jayega. sanjidgi ke sath deen ikhtiyar karne wale ke liye Allah aur rasool aur ahle imaan aam taur par aisi wahdat ke ajza hain jin ke darmiyan taqseem mumkin nahi.</w:t>
      </w:r>
    </w:p>
    <w:p>
      <w:pPr>
        <w:jc w:val="right"/>
      </w:pPr>
      <w:r>
        <w:t>جائے گا۔ سنجیدگی کے ساتھ دین اختیار کرنے والے کے لیے اللہ اور رسول اور اہل ایمان عمومی طور پر ایسی وحدت کے اجزاء ہیں جن کے درمیان تقسیم ممکن نہیں۔</w:t>
      </w:r>
    </w:p>
    <w:p>
      <w:r>
        <w:rPr>
          <w:b/>
        </w:rPr>
        <w:t xml:space="preserve">[29:46] </w:t>
      </w:r>
      <w:r>
        <w:t>is mamle ki nazakat bohat badh jati hai jab yeh samne rakha jaye ke is ki janch karne wala woh hai jis ko khule aur chhupe ka ilm hai.</w:t>
      </w:r>
    </w:p>
    <w:p>
      <w:pPr>
        <w:jc w:val="right"/>
      </w:pPr>
      <w:r>
        <w:t>اس معاملے کی نزاکت بہت بڑھ جاتی ہے جب یہ سامنے رکھا جائے کہ اس کی جانچ کرنے والا وہ ہے جس کو کھلے اور چھپے کا علم ہے۔</w:t>
      </w:r>
    </w:p>
    <w:p>
      <w:r>
        <w:rPr>
          <w:b/>
        </w:rPr>
        <w:t xml:space="preserve">[30:00] </w:t>
      </w:r>
      <w:r>
        <w:t>woh har aadmi se is ki haqeeqat ke aitbar se muamla karega na ke is ke zahiri rawaiye ke aitbar se.</w:t>
      </w:r>
    </w:p>
    <w:p>
      <w:pPr>
        <w:jc w:val="right"/>
      </w:pPr>
      <w:r>
        <w:t>وہ ہر آدمی سے اس کی حقیقت کے اعتبار سے معاملہ کرے گا نہ کہ اس کے ظاہری رویے کے اعتبار سے۔</w:t>
      </w:r>
    </w:p>
    <w:p>
      <w:r>
        <w:rPr>
          <w:b/>
        </w:rPr>
        <w:t xml:space="preserve">[30:11] </w:t>
      </w:r>
      <w:r>
        <w:t>ma kaana lil mushrikeen an ya'mura masajidallahi shahideen ala</w:t>
      </w:r>
    </w:p>
    <w:p>
      <w:pPr>
        <w:jc w:val="right"/>
      </w:pPr>
      <w:r>
        <w:t>ما كان للمشركين أن يعمروا مساجد الله شاهدين على</w:t>
      </w:r>
    </w:p>
    <w:p>
      <w:r>
        <w:rPr>
          <w:b/>
        </w:rPr>
        <w:t xml:space="preserve">[30:21] </w:t>
      </w:r>
      <w:r>
        <w:t>anfusihim bil kufri ulai'ka habitat a'maluhum wa hum fi an-naari khalidun</w:t>
      </w:r>
    </w:p>
    <w:p>
      <w:pPr>
        <w:jc w:val="right"/>
      </w:pPr>
      <w:r>
        <w:t>أنفسهم بالكفر أولئك حبطت أعمالهم وفي النار هم خالدون</w:t>
      </w:r>
    </w:p>
    <w:p>
      <w:r>
        <w:rPr>
          <w:b/>
        </w:rPr>
        <w:t xml:space="preserve">[30:35] </w:t>
      </w:r>
      <w:r>
        <w:t>innama ya'muru masajidallahi man amana billahi wal yawmil akhiri wa aqamas salata</w:t>
      </w:r>
    </w:p>
    <w:p>
      <w:pPr>
        <w:jc w:val="right"/>
      </w:pPr>
      <w:r>
        <w:t>إنما يعمر مساجد الله من آمن بالله واليوم الآخر وأقام الصلاة</w:t>
      </w:r>
    </w:p>
    <w:p>
      <w:r>
        <w:rPr>
          <w:b/>
        </w:rPr>
        <w:t xml:space="preserve">[30:46] </w:t>
      </w:r>
      <w:r>
        <w:t>wa aqamas salata wa ataz zakata wa lam yakhsha illallaha</w:t>
      </w:r>
    </w:p>
    <w:p>
      <w:pPr>
        <w:jc w:val="right"/>
      </w:pPr>
      <w:r>
        <w:t>وأقام الصلاة وآتى الزكاة ولم يخش إلا الله</w:t>
      </w:r>
    </w:p>
    <w:p>
      <w:r>
        <w:rPr>
          <w:b/>
        </w:rPr>
        <w:t xml:space="preserve">[30:55] </w:t>
      </w:r>
      <w:r>
        <w:t>fasa ulai'ka an yakunu min al-muhtadin</w:t>
      </w:r>
    </w:p>
    <w:p>
      <w:pPr>
        <w:jc w:val="right"/>
      </w:pPr>
      <w:r>
        <w:t>فعسى أولئك أن يكونوا من المهتدين</w:t>
      </w:r>
    </w:p>
    <w:p>
      <w:r>
        <w:rPr>
          <w:b/>
        </w:rPr>
        <w:t xml:space="preserve">[31:06] </w:t>
      </w:r>
      <w:r>
        <w:t>aj'alatum siqayat al-hajj</w:t>
      </w:r>
    </w:p>
    <w:p>
      <w:pPr>
        <w:jc w:val="right"/>
      </w:pPr>
      <w:r>
        <w:t>أجعلتم سقاية الحاج</w:t>
      </w:r>
    </w:p>
    <w:p>
      <w:r>
        <w:rPr>
          <w:b/>
        </w:rPr>
        <w:t xml:space="preserve">[31:13] </w:t>
      </w:r>
      <w:r>
        <w:t>wa imarat al-masjid al-haram kamn amana billahi wal yawm al-akhir wa jahada fi sabil Allah</w:t>
      </w:r>
    </w:p>
    <w:p>
      <w:pPr>
        <w:jc w:val="right"/>
      </w:pPr>
      <w:r>
        <w:t>وعمارة المسجد الحرام كمن آمن بالله واليوم الآخر وجاهد في سبيل الله</w:t>
      </w:r>
    </w:p>
    <w:p>
      <w:r>
        <w:rPr>
          <w:b/>
        </w:rPr>
        <w:t xml:space="preserve">[31:25] </w:t>
      </w:r>
      <w:r>
        <w:t>la yastawuna 'indallah</w:t>
      </w:r>
    </w:p>
    <w:p>
      <w:pPr>
        <w:jc w:val="right"/>
      </w:pPr>
      <w:r>
        <w:t>لا يستوون عند الله</w:t>
      </w:r>
    </w:p>
    <w:p>
      <w:r>
        <w:rPr>
          <w:b/>
        </w:rPr>
        <w:t xml:space="preserve">[31:31] </w:t>
      </w:r>
      <w:r>
        <w:t>wallahu la yahdil qawm az-zalimeen</w:t>
      </w:r>
    </w:p>
    <w:p>
      <w:pPr>
        <w:jc w:val="right"/>
      </w:pPr>
      <w:r>
        <w:t>والله لا يهدي القوم الظالمين</w:t>
      </w:r>
    </w:p>
    <w:p>
      <w:r>
        <w:rPr>
          <w:b/>
        </w:rPr>
        <w:t xml:space="preserve">[31:38] </w:t>
      </w:r>
      <w:r>
        <w:t>allazeena amanu wa hajaru wa jahadu fi sabilillahi bi amwalihim wa anfusihim a'dhamu darajatan 'indallah wa ula'ika hum</w:t>
      </w:r>
    </w:p>
    <w:p>
      <w:pPr>
        <w:jc w:val="right"/>
      </w:pPr>
      <w:r>
        <w:t>الذين آمنوا وهاجروا وجاهدوا في سبيل الله بأموالهم وأنفسهم أعظم درجة عند الله وأولئك هم</w:t>
      </w:r>
    </w:p>
    <w:p>
      <w:r>
        <w:rPr>
          <w:b/>
        </w:rPr>
        <w:t xml:space="preserve">[31:57] </w:t>
      </w:r>
      <w:r>
        <w:t>al-fai'roon yubashiruhum rabbuhum bi rahmatin minhu wa ridwanin wa jannatin lahum fiha na'eem</w:t>
      </w:r>
    </w:p>
    <w:p>
      <w:pPr>
        <w:jc w:val="right"/>
      </w:pPr>
      <w:r>
        <w:t>الفائزون يبشرهم ربهم برحمة منه ورضوان وجنات لهم فيها نعيم</w:t>
      </w:r>
    </w:p>
    <w:p>
      <w:r>
        <w:rPr>
          <w:b/>
        </w:rPr>
        <w:t xml:space="preserve">[32:14] </w:t>
      </w:r>
      <w:r>
        <w:t>mukhladeena fiha abada innallaha 'indahu ajrun 'adheem</w:t>
      </w:r>
    </w:p>
    <w:p>
      <w:pPr>
        <w:jc w:val="right"/>
      </w:pPr>
      <w:r>
        <w:t>مقيم خالدين فيها أبداً إن الله عنده أجر عظيم</w:t>
      </w:r>
    </w:p>
    <w:p>
      <w:r>
        <w:rPr>
          <w:b/>
        </w:rPr>
        <w:t xml:space="preserve">[32:32] </w:t>
      </w:r>
      <w:r>
        <w:t>mushrikon ka kaam nahi ke woh Allah ki masjidon ko abad karein halankeh woh khud apne upar kufr ke gawah hain.</w:t>
      </w:r>
    </w:p>
    <w:p>
      <w:pPr>
        <w:jc w:val="right"/>
      </w:pPr>
      <w:r>
        <w:t>مشرکوں کا کام نہیں کہ وہ اللہ کی مسجدوں کو آباد کریں حالانکہ وہ خود اپنے اوپر کفر کے گواہ ہیں۔</w:t>
      </w:r>
    </w:p>
    <w:p>
      <w:r>
        <w:rPr>
          <w:b/>
        </w:rPr>
        <w:t xml:space="preserve">[32:42] </w:t>
      </w:r>
      <w:r>
        <w:t>un logon ke a'maal aqarat gaye aur woh hamesha aag mein rehne wale hain.</w:t>
      </w:r>
    </w:p>
    <w:p>
      <w:pPr>
        <w:jc w:val="right"/>
      </w:pPr>
      <w:r>
        <w:t>ان لوگوں کے اعمال عقارت گئے اور وہ ہمیشہ آگ میں رہنے والے ہیں۔</w:t>
      </w:r>
    </w:p>
    <w:p>
      <w:r>
        <w:rPr>
          <w:b/>
        </w:rPr>
        <w:t xml:space="preserve">[32:48] </w:t>
      </w:r>
      <w:r>
        <w:t>allah ki masjidon ko to woh abad karta hai jo allah aur aakhirat ke din par iman laye aur namaz qaim kare aur zakat ada kare aur allah ke siwa kisi se na dare.</w:t>
      </w:r>
    </w:p>
    <w:p>
      <w:pPr>
        <w:jc w:val="right"/>
      </w:pPr>
      <w:r>
        <w:t>اللہ کی مسجدوں کو تو وہ آباد کرتا ہے جو اللہ اور آخرت کے دن پر ایمان لائے اور نماز قائم کرے اور زکوٰۃ ادا کرے اور اللہ کے سوا کسی سے نہ ڈرے۔</w:t>
      </w:r>
    </w:p>
    <w:p>
      <w:r>
        <w:rPr>
          <w:b/>
        </w:rPr>
        <w:t xml:space="preserve">[33:03] </w:t>
      </w:r>
      <w:r>
        <w:t>aise log ummeed hai ke hidayat panay walon mein se banen.</w:t>
      </w:r>
    </w:p>
    <w:p>
      <w:pPr>
        <w:jc w:val="right"/>
      </w:pPr>
      <w:r>
        <w:t>ایسے لوگ امید ہے کہ ہدایت پانے والوں میں سے بنیں۔</w:t>
      </w:r>
    </w:p>
    <w:p>
      <w:r>
        <w:rPr>
          <w:b/>
        </w:rPr>
        <w:t xml:space="preserve">[33:09] </w:t>
      </w:r>
      <w:r>
        <w:t>kya tum ne hajiyon ko pani pilane aur masjid haram ke basanay ko barabar kar diya us shakhs ke jo allah aur aakhirat par iman laya aur allah ki rah mein jihad kiya?</w:t>
      </w:r>
    </w:p>
    <w:p>
      <w:pPr>
        <w:jc w:val="right"/>
      </w:pPr>
      <w:r>
        <w:t>کیا تم نے حاجیوں کو پانی پلانے اور مسجد حرام کے بسانے کو برابر کر دیا اس شخص کے جو اللہ اور آخرت پر ایمان لایا اور اللہ کی راہ میں جہاد کیا؟</w:t>
      </w:r>
    </w:p>
    <w:p>
      <w:r>
        <w:rPr>
          <w:b/>
        </w:rPr>
        <w:t xml:space="preserve">[33:24] </w:t>
      </w:r>
      <w:r>
        <w:t>allah ke nazdeek yeh dono barabar nahi ho sakte. aur allah zalim logon ko rah nahi dikhata.</w:t>
      </w:r>
    </w:p>
    <w:p>
      <w:pPr>
        <w:jc w:val="right"/>
      </w:pPr>
      <w:r>
        <w:t>اللہ کے نزدیک یہ دونوں برابر نہیں ہو سکتے۔ اور اللہ ظالم لوگوں کو راہ نہیں دکھاتا۔</w:t>
      </w:r>
    </w:p>
    <w:p>
      <w:r>
        <w:rPr>
          <w:b/>
        </w:rPr>
        <w:t xml:space="preserve">[33:31] </w:t>
      </w:r>
      <w:r>
        <w:t>jo log iman laye aur unhon ne hijrat ki aur allah ke rastay mein apne jaan o maal se jihad kiya un ka darja allah ke yahan bara hai.</w:t>
      </w:r>
    </w:p>
    <w:p>
      <w:pPr>
        <w:jc w:val="right"/>
      </w:pPr>
      <w:r>
        <w:t>جو لوگ ایمان لائے اور انہوں نے ہجرت کی اور اللہ کے راستے میں اپنے جان و مال سے جہاد کیا ان کا درجہ اللہ کے یہاں بڑا ہے۔</w:t>
      </w:r>
    </w:p>
    <w:p>
      <w:r>
        <w:rPr>
          <w:b/>
        </w:rPr>
        <w:t xml:space="preserve">[33:42] </w:t>
      </w:r>
      <w:r>
        <w:t>aur yahi log kamyab hain. un ka rab un ko khushkhabri deta hai apni rehmat aur khushnoodi ki aur aise baghon ki jin mein un ke liye daimi nemat hogi.</w:t>
      </w:r>
    </w:p>
    <w:p>
      <w:pPr>
        <w:jc w:val="right"/>
      </w:pPr>
      <w:r>
        <w:t>اور یہی لوگ کامیاب ہیں۔ ان کا رب ان کو خوشخبری دیتا ہے اپنی رحمت اور خوشنودی کی اور ایسے باغوں کی جن میں ان کے لیے دائمی نعمت ہوگی۔</w:t>
      </w:r>
    </w:p>
    <w:p>
      <w:r>
        <w:rPr>
          <w:b/>
        </w:rPr>
        <w:t xml:space="preserve">[33:58] </w:t>
      </w:r>
      <w:r>
        <w:t>in mein woh hamesha rahen ge.</w:t>
      </w:r>
    </w:p>
    <w:p>
      <w:pPr>
        <w:jc w:val="right"/>
      </w:pPr>
      <w:r>
        <w:t>ان میں وہ ہمیشہ رہیں گے۔</w:t>
      </w:r>
    </w:p>
    <w:p>
      <w:r>
        <w:rPr>
          <w:b/>
        </w:rPr>
        <w:t xml:space="preserve">[34:00] </w:t>
      </w:r>
      <w:r>
        <w:t>beshak allah hi ke paas bara ajr hai. tashreeh: nuzool quran ke waqt arab mein yeh soorat e haal thi ke musalman rasool allah salallaho alaihe wasallam ke gird jama thay aur mushrikeen baitullah ke gird.</w:t>
      </w:r>
    </w:p>
    <w:p>
      <w:pPr>
        <w:jc w:val="right"/>
      </w:pPr>
      <w:r>
        <w:t>بے شک اللہ ہی کے پاس بڑا اجر ہے۔ تشریح: نزول قرآن کے وقت عرب میں یہ صورتحال تھی کہ مسلمان رسول اللہ صلی اللہ علیہ وسلم کے گرد جمع تھے اور مشرکین بیت اللہ کے گرد۔</w:t>
      </w:r>
    </w:p>
    <w:p>
      <w:r>
        <w:rPr>
          <w:b/>
        </w:rPr>
        <w:t xml:space="preserve">[34:19] </w:t>
      </w:r>
      <w:r>
        <w:t>us waqt tak rasool allah salallaho alaihe wasallam ke sath azmaton ki woh tareekh wabasta nahi hui thi jis ko aaj hum jante hain.</w:t>
      </w:r>
    </w:p>
    <w:p>
      <w:pPr>
        <w:jc w:val="right"/>
      </w:pPr>
      <w:r>
        <w:t>اس وقت تک رسول اللہ صلی اللہ علیہ وسلم کے ساتھ عظمتوں کی وہ تاریخ وابستہ نہیں ہوئی تھی جس کو آج ہم جانتے ہیں۔</w:t>
      </w:r>
    </w:p>
    <w:p>
      <w:r>
        <w:rPr>
          <w:b/>
        </w:rPr>
        <w:t xml:space="preserve">[34:29] </w:t>
      </w:r>
      <w:r>
        <w:t>logon ko aap aam insanon ki tarah ek insan dikhai dete thay. doosri taraf masjid haram hazaron baras ki tareekh ke nateeje mein azmat aur taqaddus ki alamat bani hui thi.</w:t>
      </w:r>
    </w:p>
    <w:p>
      <w:pPr>
        <w:jc w:val="right"/>
      </w:pPr>
      <w:r>
        <w:t>لوگوں کو آپ عام انسانوں کی طرح ایک انسان دکھائی دیتے تھے۔ دوسری طرف مسجد حرام ہزاروں برس کی تاریخ کے نتیجے میں عظمت اور تقدس کی علامت بنی ہوئی تھی۔</w:t>
      </w:r>
    </w:p>
    <w:p>
      <w:r>
        <w:rPr>
          <w:b/>
        </w:rPr>
        <w:t xml:space="preserve">[34:45] </w:t>
      </w:r>
      <w:r>
        <w:t>mushrikeen ki nazar mein apni tasweer to yeh thi ke woh ek muqaddas tareen markaz ke khadim aur abad kar hain.</w:t>
      </w:r>
    </w:p>
    <w:p>
      <w:pPr>
        <w:jc w:val="right"/>
      </w:pPr>
      <w:r>
        <w:t>مشرکین کی نظر میں اپنی تصویر تو یہ تھی کہ وہ ایک مقدس ترین مرکز کے خادم اور آباد کار ہیں۔</w:t>
      </w:r>
    </w:p>
    <w:p>
      <w:r>
        <w:rPr>
          <w:b/>
        </w:rPr>
        <w:t xml:space="preserve">[34:54] </w:t>
      </w:r>
      <w:r>
        <w:t>doosri</w:t>
      </w:r>
    </w:p>
    <w:p>
      <w:pPr>
        <w:jc w:val="right"/>
      </w:pPr>
      <w:r>
        <w:t>دوس</w:t>
      </w:r>
    </w:p>
    <w:p>
      <w:r>
        <w:rPr>
          <w:b/>
        </w:rPr>
        <w:t xml:space="preserve">[34:55] </w:t>
      </w:r>
      <w:r>
        <w:t>taraf jab woh musalmanon ko dekhte to us waqt ke halaat mein un ko aisa maloom hota jaise kuch log bas ek diwane ke peeche lage hue hain.</w:t>
      </w:r>
    </w:p>
    <w:p>
      <w:pPr>
        <w:jc w:val="right"/>
      </w:pPr>
      <w:r>
        <w:t>ری طرف جب وہ مسلمانوں کو دیکھتے تو اس وقت کے حالات میں ان کو ایسا معلوم ہوتا جیسے کچھ لوگ بس ایک دیوانے کے پیچھے لگے ہوئے ہیں۔</w:t>
      </w:r>
    </w:p>
    <w:p>
      <w:r>
        <w:rPr>
          <w:b/>
        </w:rPr>
        <w:t xml:space="preserve">[35:09] </w:t>
      </w:r>
      <w:r>
        <w:t>magar mushrikeen ka yeh khayal sarasar batil tha. woh zahir ka taqabul haqeeqat se karne ki ghalti kar rahe thay.</w:t>
      </w:r>
    </w:p>
    <w:p>
      <w:pPr>
        <w:jc w:val="right"/>
      </w:pPr>
      <w:r>
        <w:t>مگر مشرکین کا یہ خیال سراسر باطل تھا۔ وہ ظواہر کا تقابل حقائق سے کرنے کی غلطی کر رہے تھے۔</w:t>
      </w:r>
    </w:p>
    <w:p>
      <w:r>
        <w:rPr>
          <w:b/>
        </w:rPr>
        <w:t xml:space="preserve">[35:19] </w:t>
      </w:r>
      <w:r>
        <w:t>masjid haram ke zayreen ko pani pilana, is ke andar roshni aur safai ka intezam, kaabe par ghilaf charha dena, masjid ke farsh aur deewaron ki marammat, yeh sab zahiri numaaish ki cheezen hain.</w:t>
      </w:r>
    </w:p>
    <w:p>
      <w:pPr>
        <w:jc w:val="right"/>
      </w:pPr>
      <w:r>
        <w:t>مسجد حرام کے زائرین کو پانی پلانا، اس کے اندر روشنی اور صفائی کا انتظام، کعبے پر غلاف چڑھا دینا، مسجد کے فرش اور دیواروں کی مرمت، یہ سب ظاہری نمائش کی چیزیں ہیں۔</w:t>
      </w:r>
    </w:p>
    <w:p>
      <w:r>
        <w:rPr>
          <w:b/>
        </w:rPr>
        <w:t xml:space="preserve">[35:36] </w:t>
      </w:r>
      <w:r>
        <w:t>yeh bhala un aamal ke barabar ho sakti hain jabke aadmi allah ko pa leta hai aur aakhirat ki fikr mein jeene lagta hai.</w:t>
      </w:r>
    </w:p>
    <w:p>
      <w:pPr>
        <w:jc w:val="right"/>
      </w:pPr>
      <w:r>
        <w:t>یہ بھلا ان اعمال کے برابر ہو سکتی ہیں جبکہ آدمی اللہ کو پا لیتا ہے اور آخرت کی فکر میں جینے لگتا ہے۔</w:t>
      </w:r>
    </w:p>
    <w:p>
      <w:r>
        <w:rPr>
          <w:b/>
        </w:rPr>
        <w:t xml:space="preserve">[35:47] </w:t>
      </w:r>
      <w:r>
        <w:t>woh apni zindagi aur apne asase ko khuda ke hawale kar deta hai. woh doosri tamam barhaiyon ka inkar kar ke ek khuda ko apna bara bana leta hai.</w:t>
      </w:r>
    </w:p>
    <w:p>
      <w:pPr>
        <w:jc w:val="right"/>
      </w:pPr>
      <w:r>
        <w:t>وہ اپنی زندگی اور اپنے اثاثے کو خدا کے حوالے کر دیتا ہے۔ وہ دوسری تمام بڑائیوں کا انکار کر کے ایک خدا کو اپنا بڑا بنا لیتا ہے۔</w:t>
      </w:r>
    </w:p>
    <w:p>
      <w:r>
        <w:rPr>
          <w:b/>
        </w:rPr>
        <w:t xml:space="preserve">[36:02] </w:t>
      </w:r>
      <w:r>
        <w:t>sachai ko paane wale darasal woh log hain jinhon ne is ko mani ki satah par paya ho na ke zahir ki satah par.</w:t>
      </w:r>
    </w:p>
    <w:p>
      <w:pPr>
        <w:jc w:val="right"/>
      </w:pPr>
      <w:r>
        <w:t>سچائی کو پانے والے دراصل وہ لوگ ہیں جنہوں نے اس کو معنی کی سطح پر پایا ہو نہ کہ ظواہر کی سطح پر۔</w:t>
      </w:r>
    </w:p>
    <w:p>
      <w:r>
        <w:rPr>
          <w:b/>
        </w:rPr>
        <w:t xml:space="preserve">[36:14] </w:t>
      </w:r>
      <w:r>
        <w:t>jo qurbani ki had tak sachai se taluq rakhne wale hon na ke mahaz sathi aur numaaishi karwaiyon ki had tak.</w:t>
      </w:r>
    </w:p>
    <w:p>
      <w:pPr>
        <w:jc w:val="right"/>
      </w:pPr>
      <w:r>
        <w:t>جو قربانی کی حد تک سچائی سے تعلق رکھنے والے ہوں نہ کہ محض سطحی اور نمائشی کارروائیوں کی حد تک۔</w:t>
      </w:r>
    </w:p>
    <w:p>
      <w:r>
        <w:rPr>
          <w:b/>
        </w:rPr>
        <w:t xml:space="preserve">[36:26] </w:t>
      </w:r>
      <w:r>
        <w:t>allah se taluq ki do qismen hain.</w:t>
      </w:r>
    </w:p>
    <w:p>
      <w:pPr>
        <w:jc w:val="right"/>
      </w:pPr>
      <w:r>
        <w:t>اللہ سے تعلق کی دو قسمیں ہیں۔</w:t>
      </w:r>
    </w:p>
    <w:p>
      <w:r>
        <w:rPr>
          <w:b/>
        </w:rPr>
        <w:t xml:space="preserve">[36:29] </w:t>
      </w:r>
      <w:r>
        <w:t>ek taluq woh hai jo rasmi aqeeday ki had tak hota hai. jis mein aadmi kuch dikhawe ke aamal to karta hai magar apne ko aur apne maal ko khuda ki rah mein nahi deta.</w:t>
      </w:r>
    </w:p>
    <w:p>
      <w:pPr>
        <w:jc w:val="right"/>
      </w:pPr>
      <w:r>
        <w:t>ایک تعلق وہ ہے جو رسمی عقیدے کی حد تک ہوتا ہے۔ جس میں آدمی کچھ دکھاوے کے اعمال تو کرتا ہے مگر اپنے کو اور اپنے مال کو خدا کی راہ میں نہیں دیتا۔</w:t>
      </w:r>
    </w:p>
    <w:p>
      <w:r>
        <w:rPr>
          <w:b/>
        </w:rPr>
        <w:t xml:space="preserve">[36:47] </w:t>
      </w:r>
      <w:r>
        <w:t>doosra taluq woh hai jabke aadmi apne iman mein itna sanjeeda ho ke us rah mein us ko jo kuch chhodna pade woh us ko chhod de aur jo cheez deni pade us ko dene ke liye woh tayyar ho jaye.</w:t>
      </w:r>
    </w:p>
    <w:p>
      <w:pPr>
        <w:jc w:val="right"/>
      </w:pPr>
      <w:r>
        <w:t>دوسرا تعلق وہ ہے جبکہ آدمی اپنے ایمان میں اتنا سنجیدہ ہو کہ اس راہ میں اس کو جو کچھ چھوڑنا پڑے وہ اس کو چھوڑ دے اور جو چیز دینی پڑے اس کو دینے کے لیے وہ تیار ہو جائے۔</w:t>
      </w:r>
    </w:p>
    <w:p>
      <w:r>
        <w:rPr>
          <w:b/>
        </w:rPr>
        <w:t xml:space="preserve">[37:06] </w:t>
      </w:r>
      <w:r>
        <w:t>yahi doosri qism ke bande hain jo marne ke baad khuda ke yahan aala tareen inamat se nawaze jayenge.</w:t>
      </w:r>
    </w:p>
    <w:p>
      <w:pPr>
        <w:jc w:val="right"/>
      </w:pPr>
      <w:r>
        <w:t>یہی دوسری قسم کے بندے ہیں جو مرنے کے بعد خدا کے یہاں اعلیٰ ترین انعامات سے نوازے جائیں گے۔</w:t>
      </w:r>
    </w:p>
    <w:p>
      <w:r>
        <w:rPr>
          <w:b/>
        </w:rPr>
        <w:t xml:space="preserve">[37:18] </w:t>
      </w:r>
      <w:r>
        <w:t>ya ayyuhal lazeena amanu la tattakhizu abaaakum la tattakhizu abaaakum wa ikhwanakum awliyaa</w:t>
      </w:r>
    </w:p>
    <w:p>
      <w:pPr>
        <w:jc w:val="right"/>
      </w:pPr>
      <w:r>
        <w:t>يا أيها الذين آمنوا لا تتخذوا آباءكم لا تتخذوا آباءكم وإخوانكم أولياء</w:t>
      </w:r>
    </w:p>
    <w:p>
      <w:r>
        <w:rPr>
          <w:b/>
        </w:rPr>
        <w:t xml:space="preserve">[37:40] </w:t>
      </w:r>
      <w:r>
        <w:t>in istahabbu al kufra ala al iman</w:t>
      </w:r>
    </w:p>
    <w:p>
      <w:pPr>
        <w:jc w:val="right"/>
      </w:pPr>
      <w:r>
        <w:t>إن استحبوا الكفر على الإيمان</w:t>
      </w:r>
    </w:p>
    <w:p>
      <w:r>
        <w:rPr>
          <w:b/>
        </w:rPr>
        <w:t xml:space="preserve">[37:46] </w:t>
      </w:r>
      <w:r>
        <w:t>wa man yatawallahum minkum fa'ula'ika humu al-zālimūn qul in kāna ābā'ukum wa abnā'ukum wa ikhwānukum wa azwājukum wa 'ashīratukum wa amwāl iqtarraftumūhā</w:t>
      </w:r>
    </w:p>
    <w:p>
      <w:pPr>
        <w:jc w:val="right"/>
      </w:pPr>
      <w:r>
        <w:t>ومن يتولهم منكم فأولئك هم الظالمون قل إن كان آباؤكم وأبناؤكم وإخوانكم وأزواجكم وعشيرتكم وأموال اقترفتموها</w:t>
      </w:r>
    </w:p>
    <w:p>
      <w:r>
        <w:rPr>
          <w:b/>
        </w:rPr>
        <w:t xml:space="preserve">[38:16] </w:t>
      </w:r>
      <w:r>
        <w:t>wa amwāl iqtarraftumūhā wa tijāratun takhshawna kasādahā wa masākin turḍūnahā aḥabba ilaykum min Allāhi wa Rasūlihi</w:t>
      </w:r>
    </w:p>
    <w:p>
      <w:pPr>
        <w:jc w:val="right"/>
      </w:pPr>
      <w:r>
        <w:t>وأموال اقترفتموها وتجارة تخشون كسادها ومساكن ترضونها أحب إليكم من الله ورسوله</w:t>
      </w:r>
    </w:p>
    <w:p>
      <w:r>
        <w:rPr>
          <w:b/>
        </w:rPr>
        <w:t xml:space="preserve">[38:33] </w:t>
      </w:r>
      <w:r>
        <w:t>aḥabba ilaykum min Allāhi wa Rasūlihi wa jihādun fī sabīlihi fatarabbaṣū ḥattā ya'tiya Allāhu bi'amrihi wa Allāhu lā yahdī al-qawma al-fāsiqīn</w:t>
      </w:r>
    </w:p>
    <w:p>
      <w:pPr>
        <w:jc w:val="right"/>
      </w:pPr>
      <w:r>
        <w:t>أحب إليكم من الله ورسوله وجهاد في سبيله فتربصوا حتى يأتي الله بأمره والله لا يهدي القوم الفاسقين</w:t>
      </w:r>
    </w:p>
    <w:p>
      <w:r>
        <w:rPr>
          <w:b/>
        </w:rPr>
        <w:t xml:space="preserve">[38:54] </w:t>
      </w:r>
      <w:r>
        <w:t>ae imaan walo! apnay baapon aur apnay bhaiyon ko dost na banao agar woh imaan ke muqablay mein kufr ko aziz rakhein. aur tum mein se jo un ko apna dost banayen gay to aisay hi log zalim hain.</w:t>
      </w:r>
    </w:p>
    <w:p>
      <w:pPr>
        <w:jc w:val="right"/>
      </w:pPr>
      <w:r>
        <w:t>اے ایمان والو! اپنے باپوں اور اپنے بھائیوں کو دوست نہ بناؤ اگر وہ ایمان کے مقابلے میں کفر کو عزیز رکھیں۔ اور تم میں سے جو ان کو اپنا دوست بنائیں گے تو ایسے ہی لوگ ظالم ہیں۔</w:t>
      </w:r>
    </w:p>
    <w:p>
      <w:r>
        <w:rPr>
          <w:b/>
        </w:rPr>
        <w:t xml:space="preserve">[39:07] </w:t>
      </w:r>
      <w:r>
        <w:t>kaho ke agar tumharay baap aur tumharay larkay aur tumharay bhai aur tumhari biwiyan aur tumhara khandan aur woh jo tum ne kamaye hain aur woh tijarat jis ke band honay se tum darte ho aur woh ghar jin ko tum pasand karte ho</w:t>
      </w:r>
    </w:p>
    <w:p>
      <w:pPr>
        <w:jc w:val="right"/>
      </w:pPr>
      <w:r>
        <w:t>کہو کہ اگر تمہارے باپ اور تمہارے لڑکے اور تمہارے بھائی اور تمہاری بیویاں اور تمہارا خاندان اور وہ جو تم نے کمائے ہیں اور وہ تجارت جس کے بند ہونے سے تم ڈرتے ہو اور وہ گھر جن کو تم پسند کرتے ہو</w:t>
      </w:r>
    </w:p>
    <w:p>
      <w:r>
        <w:rPr>
          <w:b/>
        </w:rPr>
        <w:t xml:space="preserve">[39:22] </w:t>
      </w:r>
      <w:r>
        <w:t>yeh sab tum ko Allah aur us ke Rasool aur us ki rah mein jihad karne se ziyada mehboob hain to intazar karo yahan tak ke Allah apna hukum bhej de.</w:t>
      </w:r>
    </w:p>
    <w:p>
      <w:pPr>
        <w:jc w:val="right"/>
      </w:pPr>
      <w:r>
        <w:t>، یہ سب تم کو اللہ اور اس کے رسول اور اس کی راہ میں جہاد کرنے سے زیادہ محبوب ہیں تو انتظار کرو یہاں تک کہ اللہ اپنا حکم بھیج دے۔</w:t>
      </w:r>
    </w:p>
    <w:p>
      <w:r>
        <w:rPr>
          <w:b/>
        </w:rPr>
        <w:t xml:space="preserve">[39:32] </w:t>
      </w:r>
      <w:r>
        <w:t>aur Allah nafarman logon ko rasta nahi deta. tashreeh: logon ke liye apnay khandan, apni jaydad, apnay maashi mafadat sab se qeemti hotay hain.</w:t>
      </w:r>
    </w:p>
    <w:p>
      <w:pPr>
        <w:jc w:val="right"/>
      </w:pPr>
      <w:r>
        <w:t>اور اللہ نافرمان لوگوں کو راستہ نہیں دیتا۔ تشریح: لوگوں کے لیے اپنے خاندان، اپنی جائیداد، اپنے معاشی مفادات سب سے قیمتی ہوتے ہیں۔</w:t>
      </w:r>
    </w:p>
    <w:p>
      <w:r>
        <w:rPr>
          <w:b/>
        </w:rPr>
        <w:t xml:space="preserve">[39:44] </w:t>
      </w:r>
      <w:r>
        <w:t>inhi cheezon ko woh sab se ziyada aham samajhtay hain.</w:t>
      </w:r>
    </w:p>
    <w:p>
      <w:pPr>
        <w:jc w:val="right"/>
      </w:pPr>
      <w:r>
        <w:t>انہی چیزوں کو وہ سب سے زیادہ اہم سمجھتے ہیں۔</w:t>
      </w:r>
    </w:p>
    <w:p>
      <w:r>
        <w:rPr>
          <w:b/>
        </w:rPr>
        <w:t xml:space="preserve">[39:47] </w:t>
      </w:r>
      <w:r>
        <w:t>har doosri cheez ke muqablay mein woh un ko tarjeeh detay hain. aur apna sab kuch un ke oopar nisar kar detay hain. is qism ki zindagi dunya daranah zindagi hai.</w:t>
      </w:r>
    </w:p>
    <w:p>
      <w:pPr>
        <w:jc w:val="right"/>
      </w:pPr>
      <w:r>
        <w:t>ہر دوسری چیز کے مقابلے میں وہ ان کو ترجیح دیتے ہیں۔ اور اپنا سب کچھ ان کے اوپر نثار کر دیتے ہیں۔ اس قسم کی زندگی دنیا دارانہ زندگی ہے۔</w:t>
      </w:r>
    </w:p>
    <w:p>
      <w:r>
        <w:rPr>
          <w:b/>
        </w:rPr>
        <w:t xml:space="preserve">[39:57] </w:t>
      </w:r>
      <w:r>
        <w:t>aisa aadmi jo kuch pata hai bas isi dunya mein pata hai. maut ke baad wali abadi dunya mein us ke liye kuch nahi.</w:t>
      </w:r>
    </w:p>
    <w:p>
      <w:pPr>
        <w:jc w:val="right"/>
      </w:pPr>
      <w:r>
        <w:t>ایسا آدمی جو کچھ پاتا ہے بس اسی دنیا میں پاتا ہے۔ موت کے بعد والی ابدی دنیا میں اس کے لیے کچھ نہیں۔</w:t>
      </w:r>
    </w:p>
    <w:p>
      <w:r>
        <w:rPr>
          <w:b/>
        </w:rPr>
        <w:t xml:space="preserve">[40:06] </w:t>
      </w:r>
      <w:r>
        <w:t>is ke bar aks doosri zindagi woh hai jabkay aadmi Allah aur Rasool aur Allah ki rah mein jud o jahad ko sab se ziyada ahamiyat de aur us ki khatir doosri har cheez chornay ke liye tayyar rahay.</w:t>
      </w:r>
    </w:p>
    <w:p>
      <w:pPr>
        <w:jc w:val="right"/>
      </w:pPr>
      <w:r>
        <w:t>اس کے برعکس دوسری زندگی وہ ہے جبکہ آدمی اللہ اور رسول اور اللہ کی راہ میں جدوجہد کو سب سے زیادہ اہمیت دے اور اس کی خاطر دوسری ہر چیز چھوڑنے کے لیے تیار رہے۔</w:t>
      </w:r>
    </w:p>
    <w:p>
      <w:r>
        <w:rPr>
          <w:b/>
        </w:rPr>
        <w:t xml:space="preserve">[40:18] </w:t>
      </w:r>
      <w:r>
        <w:t>yahi doosri zindagi Khuda parastana zindagi hai. aur aisay hi logon ke liye akhirat mein abadi jannaton ke darwazay kholay jayen gay.</w:t>
      </w:r>
    </w:p>
    <w:p>
      <w:pPr>
        <w:jc w:val="right"/>
      </w:pPr>
      <w:r>
        <w:t>یہی دوسری زندگی خدا پرستانہ زندگی ہے۔ اور ایسے ہی لوگوں کے لیے آخرت میں ابدی جنتوں کے دروازے کھولے جائیں گے۔</w:t>
      </w:r>
    </w:p>
    <w:p>
      <w:r>
        <w:rPr>
          <w:b/>
        </w:rPr>
        <w:t xml:space="preserve">[40:27] </w:t>
      </w:r>
      <w:r>
        <w:t>aik zindagi woh hai jo dunyavi ta'alluqat aur dunyavi mafadat ki buniyad par qaim hoti hai. doosri zindagi woh hai jo imaan ki buniyad</w:t>
      </w:r>
    </w:p>
    <w:p>
      <w:pPr>
        <w:jc w:val="right"/>
      </w:pPr>
      <w:r>
        <w:t>ایک زندگی وہ ہے جو دنیاوی تعلقات اور دنیاوی مفادات کی بنیاد پر قائم ہوتی ہے۔ دوسری زندگی وہ ہے جو ایمان کی بنیاد</w:t>
      </w:r>
    </w:p>
    <w:p>
      <w:r>
        <w:rPr>
          <w:b/>
        </w:rPr>
        <w:t xml:space="preserve">[40:36] </w:t>
      </w:r>
      <w:r>
        <w:t>par qaim hoti hai. dono mein se jis cheez ko bhi aadmi apni zindagi ki buniyad banaye woh hamesha us qimat par hota hai ke woh us ki khatir doosri cheezon ko chhor de.</w:t>
      </w:r>
    </w:p>
    <w:p>
      <w:pPr>
        <w:jc w:val="right"/>
      </w:pPr>
      <w:r>
        <w:t>پر قائم ہوتی ہے۔ دونوں میں سے جس چیز کو بھی آدمی اپنی زندگی کی بنیاد بنائے وہ ہمیشہ اس قیمت پر ہوتا ہے کہ وہ اس کی خاطر دوسری چیزوں کو چھوڑ دے۔</w:t>
      </w:r>
    </w:p>
    <w:p>
      <w:r>
        <w:rPr>
          <w:b/>
        </w:rPr>
        <w:t xml:space="preserve">[40:47] </w:t>
      </w:r>
      <w:r>
        <w:t>woh kuch logon se ta'alluq qaim kare aur kuch doosray logon se be ta'alluq ho jaye. woh kuch cheezon ki baqa aur taraqqi mein apni sari tawajjah laga de.</w:t>
      </w:r>
    </w:p>
    <w:p>
      <w:pPr>
        <w:jc w:val="right"/>
      </w:pPr>
      <w:r>
        <w:t>وہ کچھ لوگوں سے تعلق قائم کرے اور کچھ دوسرے لوگوں سے بے تعلق ہو جائے۔ وہ کچھ چیزوں کی بقا اور ترقی میں اپنی ساری توجہ لگا دے۔</w:t>
      </w:r>
    </w:p>
    <w:p>
      <w:r>
        <w:rPr>
          <w:b/>
        </w:rPr>
        <w:t xml:space="preserve">[40:56] </w:t>
      </w:r>
      <w:r>
        <w:t>aur kuch doosri cheezon ki baqa aur taraqqi ke mamlay mein be parwah bana rahay. kuch nuqsanat is ko kisi qimat par gawara na hon.</w:t>
      </w:r>
    </w:p>
    <w:p>
      <w:pPr>
        <w:jc w:val="right"/>
      </w:pPr>
      <w:r>
        <w:t>اور کچھ دوسری چیزوں کی بقا اور ترقی کے معاملے میں بے پرواہ بنا رہے۔ کچھ نقصانات اس کو کسی قیمت پر گوارا نہ ہوں۔</w:t>
      </w:r>
    </w:p>
    <w:p>
      <w:r>
        <w:rPr>
          <w:b/>
        </w:rPr>
        <w:t xml:space="preserve">[41:05] </w:t>
      </w:r>
      <w:r>
        <w:t>woh jaan par khel kar apna</w:t>
      </w:r>
    </w:p>
    <w:p>
      <w:pPr>
        <w:jc w:val="right"/>
      </w:pPr>
      <w:r>
        <w:t>وہ جان پر کھیل کر اپنا</w:t>
      </w:r>
    </w:p>
    <w:p>
      <w:r>
        <w:rPr>
          <w:b/>
        </w:rPr>
        <w:t xml:space="preserve">[41:06] </w:t>
      </w:r>
      <w:r>
        <w:t>behtareen سرمایہ kharch kar ke un ko bachanay ki koshish kare. aur kuch doosray nuqsanat ko woh apni aankhon se dekhe magar un ke baray mein us ke andar koi tarp paida na ho</w:t>
      </w:r>
    </w:p>
    <w:p>
      <w:pPr>
        <w:jc w:val="right"/>
      </w:pPr>
      <w:r>
        <w:t>بہترین سرمایہ خرچ کر کے ان کو بچانے کی کوشش کرے۔ اور کچھ دوسرے نقصانات کو وہ اپنی آنکھوں سے دیکھے مگر ان کے بارے میں اس کے اندر کوئی تڑپ پیدا نہ ہو</w:t>
      </w:r>
    </w:p>
    <w:p>
      <w:r>
        <w:rPr>
          <w:b/>
        </w:rPr>
        <w:t xml:space="preserve">[41:17] </w:t>
      </w:r>
      <w:r>
        <w:t>dunya hamesha un logon ko milti hai jo dunya ki khatir apna sab kuch laga dein. isi tarah akhirat sirf un logon ke hissay mein aaye gi jo akhirat ki khatir doosri cheezon ko qurban kar dein.</w:t>
      </w:r>
    </w:p>
    <w:p>
      <w:pPr>
        <w:jc w:val="right"/>
      </w:pPr>
      <w:r>
        <w:t>۔ دنیا ہمیشہ ان لوگوں کو ملتی ہے جو دنیا کی خاطر اپنا سب کچھ لگا دیں۔ اسی طرح آخرت صرف ان لوگوں کے حصے میں آئے گی جو آخرت کی خاطر دوسری چیزوں کو قربان کر دیں۔</w:t>
      </w:r>
    </w:p>
    <w:p>
      <w:r>
        <w:rPr>
          <w:b/>
        </w:rPr>
        <w:t xml:space="preserve">[41:30] </w:t>
      </w:r>
      <w:r>
        <w:t>tarjeeh yani aik ko chhor kar doosray ko ikhtiyar karnay ka mamla intehai sangin hai. hatta ke wohi aadmi ke kufr o imaan ka faisla karta hai.</w:t>
      </w:r>
    </w:p>
    <w:p>
      <w:pPr>
        <w:jc w:val="right"/>
      </w:pPr>
      <w:r>
        <w:t>ترجیح یعنی ایک کو چھوڑ کر دوسرے کو اختیار کرنے کا معاملہ انتہائی سنگین ہے۔ حتیٰ کہ وہی آدمی کے کفر و ایمان کا فیصلہ کرتا ہے۔</w:t>
      </w:r>
    </w:p>
    <w:p>
      <w:r>
        <w:rPr>
          <w:b/>
        </w:rPr>
        <w:t xml:space="preserve">[41:40] </w:t>
      </w:r>
      <w:r>
        <w:t>Khuda ki dunya mein jis tarah khulay kafiron ke liye kamyabi muqaddar nahi hai isi tarah un logon ke liye bhi yahan kamyabi ka koi imkan nahi jo imaan ka dawa karein.</w:t>
      </w:r>
    </w:p>
    <w:p>
      <w:pPr>
        <w:jc w:val="right"/>
      </w:pPr>
      <w:r>
        <w:t>خدا کی دنیا میں جس طرح کھلے کافروں کے لیے کامیابی مقدر نہیں ہے اسی طرح ان لوگوں کے لیے بھی یہاں کامیابی کا کوئی امکان نہیں جو ایمان کا دعویٰ کریں۔</w:t>
      </w:r>
    </w:p>
    <w:p>
      <w:r>
        <w:rPr>
          <w:b/>
        </w:rPr>
        <w:t xml:space="preserve">[41:52] </w:t>
      </w:r>
      <w:r>
        <w:t>aur jab nazuk moqa aaye to woh akhirat pasandana rawish ke muqablay mein dunya daranah rawish ko tarjeeh dein.</w:t>
      </w:r>
    </w:p>
    <w:p>
      <w:pPr>
        <w:jc w:val="right"/>
      </w:pPr>
      <w:r>
        <w:t>اور جب نازک موقع آئے تو وہ آخرت پسندانہ روش کے مقابلے میں دنیا دارانہ روش کو ترجیح دیں۔</w:t>
      </w:r>
    </w:p>
    <w:p>
      <w:r>
        <w:rPr>
          <w:b/>
        </w:rPr>
        <w:t xml:space="preserve">[41:59] </w:t>
      </w:r>
      <w:r>
        <w:t>aisay madhiyana imaan agar apnay baray mein khush fehmi mein mubtala hon to un ko us waqt maloom ho jaye ga jab Allah apna faisla zahir kar de ga.</w:t>
      </w:r>
    </w:p>
    <w:p>
      <w:pPr>
        <w:jc w:val="right"/>
      </w:pPr>
      <w:r>
        <w:t>ایسے مدیانہ ایمان اگر اپنے بارے میں خوش فہمی میں مبتلا ہوں تو ان کو اس وقت معلوم ہو جائے گا جب اللہ اپنا فیصلہ ظاہر کر دے گا۔</w:t>
      </w:r>
    </w:p>
    <w:p>
      <w:r>
        <w:rPr>
          <w:b/>
        </w:rPr>
        <w:t xml:space="preserve">[42:11] </w:t>
      </w:r>
      <w:r>
        <w:t>laqad naṣarakumu Allāhu fī mawāṭina kathīrah</w:t>
      </w:r>
    </w:p>
    <w:p>
      <w:pPr>
        <w:jc w:val="right"/>
      </w:pPr>
      <w:r>
        <w:t>لقد نصركم الله في مواطن كثيرة</w:t>
      </w:r>
    </w:p>
    <w:p>
      <w:r>
        <w:rPr>
          <w:b/>
        </w:rPr>
        <w:t xml:space="preserve">[42:17] </w:t>
      </w:r>
      <w:r>
        <w:t>wa yawma ḥunaynin idh a'jabathkum kathratukum falam tughni 'ankum shay'an falam tughni 'ankum shay'an wa ḍāqat 'alaykumu al-arḍu bimā raḥubat thumma</w:t>
      </w:r>
    </w:p>
    <w:p>
      <w:pPr>
        <w:jc w:val="right"/>
      </w:pPr>
      <w:r>
        <w:t>ويوم حنين إذ أعجبتكم كثرتكم فلم تغن عنكم شيئا فلم تغن عنكم شيئا وضاقت عليكم الأرض بما رحبت ثم</w:t>
      </w:r>
    </w:p>
    <w:p>
      <w:r>
        <w:rPr>
          <w:b/>
        </w:rPr>
        <w:t xml:space="preserve">[42:36] </w:t>
      </w:r>
      <w:r>
        <w:t>wa laitum mudbireen thumma anzala Allahu sakeenatahu ala rasoolihi wa ala almu'mineen wa anzala junoodan lam tarawha wa 'adhdhab alladheena kafaroo</w:t>
      </w:r>
    </w:p>
    <w:p>
      <w:pPr>
        <w:jc w:val="right"/>
      </w:pPr>
      <w:r>
        <w:t>وليتم مدبرين ثم أنزل الله سكينته على رسوله وعلى المؤمنين وأنزل جنوداً لم تروها وعذب الذين كفروا</w:t>
      </w:r>
    </w:p>
    <w:p>
      <w:r>
        <w:rPr>
          <w:b/>
        </w:rPr>
        <w:t xml:space="preserve">[42:57] </w:t>
      </w:r>
      <w:r>
        <w:t>wa dhalika jaza'u alkafireen</w:t>
      </w:r>
    </w:p>
    <w:p>
      <w:pPr>
        <w:jc w:val="right"/>
      </w:pPr>
      <w:r>
        <w:t>وذلك جزاء الكافرين</w:t>
      </w:r>
    </w:p>
    <w:p>
      <w:r>
        <w:rPr>
          <w:b/>
        </w:rPr>
        <w:t xml:space="preserve">[43:05] </w:t>
      </w:r>
      <w:r>
        <w:t>thumma yatoobu Allahu min ba'di dhalika ala man yashaa'</w:t>
      </w:r>
    </w:p>
    <w:p>
      <w:pPr>
        <w:jc w:val="right"/>
      </w:pPr>
      <w:r>
        <w:t>ثم يتوب الله من بعد ذلك على من يشاء</w:t>
      </w:r>
    </w:p>
    <w:p>
      <w:r>
        <w:rPr>
          <w:b/>
        </w:rPr>
        <w:t xml:space="preserve">[43:16] </w:t>
      </w:r>
      <w:r>
        <w:t>wallahu ghafoorun raheem</w:t>
      </w:r>
    </w:p>
    <w:p>
      <w:pPr>
        <w:jc w:val="right"/>
      </w:pPr>
      <w:r>
        <w:t>والله غفور رحيم</w:t>
      </w:r>
    </w:p>
    <w:p>
      <w:r>
        <w:rPr>
          <w:b/>
        </w:rPr>
        <w:t xml:space="preserve">[43:21] </w:t>
      </w:r>
      <w:r>
        <w:t>ya ayyuha alladheena amanoo innama almushrikoona najasun fala yaqraboo almasjida alharama ba'da 'aamihim hadha wa in khiftum 'eelatan</w:t>
      </w:r>
    </w:p>
    <w:p>
      <w:pPr>
        <w:jc w:val="right"/>
      </w:pPr>
      <w:r>
        <w:t>يا أيها الذين آمنوا إنما المشركون نجسون فلا يقربوا المسجد الحرام بعد عامهم هذا وإن خفتم عيلة</w:t>
      </w:r>
    </w:p>
    <w:p>
      <w:r>
        <w:rPr>
          <w:b/>
        </w:rPr>
        <w:t xml:space="preserve">[43:41] </w:t>
      </w:r>
      <w:r>
        <w:t>fasawfa yughneekumu Allahu min fadlihi</w:t>
      </w:r>
    </w:p>
    <w:p>
      <w:pPr>
        <w:jc w:val="right"/>
      </w:pPr>
      <w:r>
        <w:t>فسوف يغنيكم الله من فضله</w:t>
      </w:r>
    </w:p>
    <w:p>
      <w:r>
        <w:rPr>
          <w:b/>
        </w:rPr>
        <w:t xml:space="preserve">[43:49] </w:t>
      </w:r>
      <w:r>
        <w:t>in shaa'</w:t>
      </w:r>
    </w:p>
    <w:p>
      <w:pPr>
        <w:jc w:val="right"/>
      </w:pPr>
      <w:r>
        <w:t>إن شاء</w:t>
      </w:r>
    </w:p>
    <w:p>
      <w:r>
        <w:rPr>
          <w:b/>
        </w:rPr>
        <w:t xml:space="preserve">[43:54] </w:t>
      </w:r>
      <w:r>
        <w:t>in shaa Allahu 'aleemun hakeemun beshak Allah ne bohat se mauqon par tumhari madad ki hai aur hunain ke din bhi jab tumhari kasrat ne tum ko naaz mein mubtala kar diya tha phir woh tumhare kuch kaam na aayi aur zameen apni wusat ke bawajood tum par tang ho gayi phir tum peeth pher kar bhaage</w:t>
      </w:r>
    </w:p>
    <w:p>
      <w:pPr>
        <w:jc w:val="right"/>
      </w:pPr>
      <w:r>
        <w:t>إن الله عليم حكيم بے شک اللہ نے بہت سے موقعوں پر تمہاری مدد کی ہے اور حنین کے دن بھی جب تمہاری کثرت نے تم کو ناز میں مبتلا کر دیا تھا پھر وہ تمہارے کچھ کام نہ آئی اور زمین اپنی وسعت کے باوجود تم پر تنگ ہو گئی پھر تم پیٹھ پھیر کر بھاگے</w:t>
      </w:r>
    </w:p>
    <w:p>
      <w:r>
        <w:rPr>
          <w:b/>
        </w:rPr>
        <w:t xml:space="preserve">[44:17] </w:t>
      </w:r>
      <w:r>
        <w:t>is ke baad Allah ne apne rasool aur momineen par apni sakeenat utari aur aise lashkar utare jin ko tum ne nahi dekha aur Allah ne munkiron ko saza di aur yahi munkiron ka badla hai phir is ke baad Allah jisko chahe toba naseeb kar de aur Allah bakhshne wala meherban hai aye iman walo!</w:t>
      </w:r>
    </w:p>
    <w:p>
      <w:pPr>
        <w:jc w:val="right"/>
      </w:pPr>
      <w:r>
        <w:t>اس کے بعد اللہ نے اپنے رسول اور مومنین پر اپنی سکینت اتاری اور ایسے لشکر اتارے جن کو تم نے نہیں دیکھا اور اللہ نے منکروں کو سزا دی اور یہی منکروں کا بدلہ ہے پھر اس کے بعد اللہ جس کو چاہے توبہ نصیب کر دے اور اللہ بخشنے والا مہربان ہے اے ایمان والو!</w:t>
      </w:r>
    </w:p>
    <w:p>
      <w:r>
        <w:rPr>
          <w:b/>
        </w:rPr>
        <w:t xml:space="preserve">[44:39] </w:t>
      </w:r>
      <w:r>
        <w:t>mushrikeen bilkul napak hain pas woh is saal ke baad masjid haram ke paas na</w:t>
      </w:r>
    </w:p>
    <w:p>
      <w:pPr>
        <w:jc w:val="right"/>
      </w:pPr>
      <w:r>
        <w:t>مشرکین بالکل ناپاک ہیں پس وہ اس سال کے بعد مسجد حرام کے پاس نہ</w:t>
      </w:r>
    </w:p>
    <w:p>
      <w:r>
        <w:rPr>
          <w:b/>
        </w:rPr>
        <w:t xml:space="preserve">[44:45] </w:t>
      </w:r>
      <w:r>
        <w:t>aayein aur agar tum ko muflisi ka andesha ho to Allah agar chahega to apne fazal se</w:t>
      </w:r>
    </w:p>
    <w:p>
      <w:pPr>
        <w:jc w:val="right"/>
      </w:pPr>
      <w:r>
        <w:t>آئیں اور اگر تم کو مفلسی کا اندیشہ ہو تو اللہ اگر چاہے گا تو اپنے فضل سے</w:t>
      </w:r>
    </w:p>
    <w:p>
      <w:r>
        <w:rPr>
          <w:b/>
        </w:rPr>
        <w:t xml:space="preserve">[44:51] </w:t>
      </w:r>
      <w:r>
        <w:t>tum ko be niaz kar dega Allah aleem aur hakeem hai tashreeh: musalmanon ka ghalba kafiron ko</w:t>
      </w:r>
    </w:p>
    <w:p>
      <w:pPr>
        <w:jc w:val="right"/>
      </w:pPr>
      <w:r>
        <w:t>تم کو بے نیاز کر دے گا اللہ علیم اور حکیم ہے تشریح: مسلمانوں کا غلبہ کافروں کو</w:t>
      </w:r>
    </w:p>
    <w:p>
      <w:r>
        <w:rPr>
          <w:b/>
        </w:rPr>
        <w:t xml:space="preserve">[44:59] </w:t>
      </w:r>
      <w:r>
        <w:t>un ke kufr ki saza ka agla nateeja hai magar kafiron ka kufr musalmanon ke Islam ki nisbat</w:t>
      </w:r>
    </w:p>
    <w:p>
      <w:pPr>
        <w:jc w:val="right"/>
      </w:pPr>
      <w:r>
        <w:t>ان کے کفر کی سزا کا اگلا نتیجہ ہے مگر کافروں کا کفر مسلمانوں کے اسلام کی نسبت</w:t>
      </w:r>
    </w:p>
    <w:p>
      <w:r>
        <w:rPr>
          <w:b/>
        </w:rPr>
        <w:t xml:space="preserve">[45:05] </w:t>
      </w:r>
      <w:r>
        <w:t>se muthaqiq hota hai agar musalman apni Islamiyat kho dein to kafiron ka kufr kis cheez ke muqable</w:t>
      </w:r>
    </w:p>
    <w:p>
      <w:pPr>
        <w:jc w:val="right"/>
      </w:pPr>
      <w:r>
        <w:t>سے متحقق ہوتا ہے اگر مسلمان اپنی اسلامیت کھو دیں تو کافروں کا کفر کس چیز کے مقابلے</w:t>
      </w:r>
    </w:p>
    <w:p>
      <w:r>
        <w:rPr>
          <w:b/>
        </w:rPr>
        <w:t xml:space="preserve">[45:12] </w:t>
      </w:r>
      <w:r>
        <w:t>mein sabit hoga aur kis buniyad par Khuda woh tafreeqi muamla karega jo ek ke liye inaam</w:t>
      </w:r>
    </w:p>
    <w:p>
      <w:pPr>
        <w:jc w:val="right"/>
      </w:pPr>
      <w:r>
        <w:t>میں ثابت ہوگا اور کس بنیاد پر خدا وہ تفریقی معاملہ کرے گا جو ایک کے لیے انعام</w:t>
      </w:r>
    </w:p>
    <w:p>
      <w:r>
        <w:rPr>
          <w:b/>
        </w:rPr>
        <w:t xml:space="preserve">[45:18] </w:t>
      </w:r>
      <w:r>
        <w:t>bane aur doosre ke liye saza</w:t>
      </w:r>
    </w:p>
    <w:p>
      <w:pPr>
        <w:jc w:val="right"/>
      </w:pPr>
      <w:r>
        <w:t>بنے اور دوسرے کے لیے سزا</w:t>
      </w:r>
    </w:p>
    <w:p>
      <w:r>
        <w:rPr>
          <w:b/>
        </w:rPr>
        <w:t xml:space="preserve">[45:21] </w:t>
      </w:r>
      <w:r>
        <w:t>ramzan ath hijri mein musalmanon ne quraish ko kamyab tor par maghloob kar ke make ko fateh kiya</w:t>
      </w:r>
    </w:p>
    <w:p>
      <w:pPr>
        <w:jc w:val="right"/>
      </w:pPr>
      <w:r>
        <w:t>رمضان اٹھ ہجری میں مسلمانوں نے قریش کو کامیاب طور پر مغلوب کر کے مکے کو فتح کیا</w:t>
      </w:r>
    </w:p>
    <w:p>
      <w:r>
        <w:rPr>
          <w:b/>
        </w:rPr>
        <w:t xml:space="preserve">[45:27] </w:t>
      </w:r>
      <w:r>
        <w:t>magar agle hi mahine shawwal ath hijri mein un ko hawazin o saqeef ke mushrik qabail ke muqable mein shikast hui jabke fateh make ke waqt musalmanon ki tadad das hazar thi aur hawazin o saqeef se muqable ke waqt barah hazar is ki wajah yeh thi ke quraish se muqable ke waqt musalman sirf Allah ke bharose par nikle the magar hawazin o saqeef ke muqable par nikalte hue un ko yeh naaz ho gaya ke ab to hum fateh make hain hamare sath barah hazar admiyon ka lashkar hai</w:t>
      </w:r>
    </w:p>
    <w:p>
      <w:pPr>
        <w:jc w:val="right"/>
      </w:pPr>
      <w:r>
        <w:t>مگر اگلے ہی مہینے شوال اٹھ ہجری میں ان کو حوازن و سقیف کے مشرک قبائل کے مقابلے میں شکست ہوئی جبکہ فتح مکہ کے وقت مسلمانوں کی تعداد دس ہزار تھی اور حوازن و سقیف سے مقابلے کے وقت بارہ ہزار اس کی وجہ یہ تھی کہ قریش سے مقابلے کے وقت مسلمان صرف اللہ کے بھروسے پر نکلے تھے مگر حوازن و سقیف کے مقابلے پر نکلتے ہوئے انہیں یہ ناز ہو گیا کہ اب تو ہم فاتح مکہ ہیں ہمارے ساتھ بارہ ہزار ادمیوں کا لشکر ہے</w:t>
      </w:r>
    </w:p>
    <w:p>
      <w:r>
        <w:rPr>
          <w:b/>
        </w:rPr>
        <w:t xml:space="preserve">[45:57] </w:t>
      </w:r>
      <w:r>
        <w:t>aaj hum ko kaun shikast de sakta hai jab woh Khuda ke aitmad par the to unhein kamyabi hui jab un ko apni zaat par aitmad ho gaya to unhein shikast ka samna karna pada apni zaat par bharosa aadmi ke andar ghamand ka jazba ubharta hai jis ke nateeje mein kharji haqeeqaton se be parwahi paida hoti hai woh nazm ki pabandi mein kotahi kar jata hai woh be ja khud aitmadi ki wajah se ghair haqeeqat pasandana iqdam karne lagta hai</w:t>
      </w:r>
    </w:p>
    <w:p>
      <w:pPr>
        <w:jc w:val="right"/>
      </w:pPr>
      <w:r>
        <w:t>آج ہم کو کون شکست دے سکتا ہے جب وہ خدا کے اعتماد پر تھے تو انہیں کامیابی ہوئی جب ان کو اپنی ذات پر اعتماد ہو گیا تو انہیں شکست کا سامنا کرنا پڑا اپنی ذات پر بھروسہ ادمی کے اندر گھمنڈ کا جذبہ ابھارتا ہے جس کے نتیجے میں خارجی حقیقتوں سے بے پرواہی پیدا ہوتی ہے وہ نظم کی پابندی میں کوتاہ ہو جاتا ہے وہ بے جا خود اعتمادی کی وجہ سے غیر حقیقت پسندانہ اقدام کرنے لگتا ہے</w:t>
      </w:r>
    </w:p>
    <w:p>
      <w:r>
        <w:rPr>
          <w:b/>
        </w:rPr>
        <w:t xml:space="preserve">[46:26] </w:t>
      </w:r>
      <w:r>
        <w:t>jis ka nateeja is alam e asbab mein lazmi shikast hai is ke bar aks Khuda par bharosa sab se bari taqat par bharosa hai is se aadmi ke andar tawazu ka jazba ubharta hai woh intehai haqeeqat pasand ban jata hai aur haqeeqat pasandi bilashuba tamam kamyabiyon ki jar hai</w:t>
      </w:r>
    </w:p>
    <w:p>
      <w:pPr>
        <w:jc w:val="right"/>
      </w:pPr>
      <w:r>
        <w:t>جس کا نتیجہ اس عالم اسباب میں لازمی شکست ہے اس کے برعکس خدا پر بھروسہ سب سے بڑی طاقت پر بھروسہ ہے اس سے ادمی کے اندر تواضع کا جذبہ ابھرتا ہے وہ انتہائی حقیقت پسند بن جاتا ہے اور حقیقت پسندی بلاشبہ تمام کامیابیوں کی جڑ ہے</w:t>
      </w:r>
    </w:p>
    <w:p>
      <w:r>
        <w:rPr>
          <w:b/>
        </w:rPr>
        <w:t xml:space="preserve">[46:46] </w:t>
      </w:r>
      <w:r>
        <w:t>ibtida jab yeh hukum aaya ke haram mein mushrikon ka dakhla band kar do to musalmanon ko tashweesh hui kyunke ghair zarai mulk hone ki wajah se arab ke eikhtisadiyat ka inhisaar tijarat par tha aur tijarat ki buniyad hamesha mushtarka taluqat par hoti hai</w:t>
      </w:r>
    </w:p>
    <w:p>
      <w:pPr>
        <w:jc w:val="right"/>
      </w:pPr>
      <w:r>
        <w:t>ابتداء جب یہ حکم آیا کہ حرم میں مشرکوں کا داخلہ بند کر دو تو مسلمانوں کو تشویش ہوئی کیونکہ غیر زرعی ملک ہونے کی وجہ سے عرب کے اقتصادیات کا انحصار تجارت پر تھا اور تجارت کی بنیاد ہمیشہ مشترکہ تعلقات پر ہوتی ہے</w:t>
      </w:r>
    </w:p>
    <w:p>
      <w:r>
        <w:rPr>
          <w:b/>
        </w:rPr>
        <w:t xml:space="preserve">[47:02] </w:t>
      </w:r>
      <w:r>
        <w:t>musalmanon ne socha ke jab haram mein mushrikeen ka aana band hoga to un ke sath tijarti rishte bhi toot jayenge magar un ki nazar is imkan par nahi gayi ke aaj ke mushrik kal ke musalman ho sakte hain chunache yahi hua arabon ke aam tor par islam qabool kar lene ki wajah se tijarti sar garniyan dobara nai surat se bahal ho gayin</w:t>
      </w:r>
    </w:p>
    <w:p>
      <w:pPr>
        <w:jc w:val="right"/>
      </w:pPr>
      <w:r>
        <w:t>مسلمانوں نے سوچا کہ جب حرم میں مشرکین کا آنا بند ہوگا تو ان کے ساتھ تجارتی رشتے بھی ٹوٹ جائیں گے مگر ان کی نظر اس امکان پر نہیں گئی کہ آج کے مشرک کل کے مسلمان ہو سکتے ہیں چنانچہ یہی ہوا عربوں کے عمومی طور پر اسلام قبول کر لینے کی وجہ سے تجارتی سرگرمیاں دوبارہ نئی صورت سے بحال ہو گئیں</w:t>
      </w:r>
    </w:p>
    <w:p>
      <w:r>
        <w:rPr>
          <w:b/>
        </w:rPr>
        <w:t xml:space="preserve">[47:24] </w:t>
      </w:r>
      <w:r>
        <w:t>neez is ibtidai qurbani ka nateeja yeh hua ke bil akhir islam ek bain ul aqwami deen ban gaya jo eikhtisadi darwaze maqami satah par band hote nazar aate the woh aalami satah par khul gaye</w:t>
      </w:r>
    </w:p>
    <w:p>
      <w:pPr>
        <w:jc w:val="right"/>
      </w:pPr>
      <w:r>
        <w:t>نیز اس ابتدائی قربانی کا نتیجہ یہ ہوا کہ بالاخر اسلام ایک بین الاقوامی دین بن گیا جو معاشی دروازے مقامی سطح پر بند ہوتے نظر آتے تھے وہ عالمی سطح پر کھل گئے</w:t>
      </w:r>
    </w:p>
    <w:p>
      <w:r>
        <w:rPr>
          <w:b/>
        </w:rPr>
        <w:t xml:space="preserve">[47:39] </w:t>
      </w:r>
      <w:r>
        <w:t>qatilo alladheena la yu'minoona billahi wa la bil yawmi alakhiri wa la yuharrimoona ma harrama Allahu wa rasooluhu wa la yadinoona dina alhaqq wa la yadinoona dina alhaqq min alladheena ootool kitaba hatta yu'too aljizyata 'an</w:t>
      </w:r>
    </w:p>
    <w:p>
      <w:pPr>
        <w:jc w:val="right"/>
      </w:pPr>
      <w:r>
        <w:t>قاتلوا الذين لا يؤمنون بالله ولا باليوم الآخر ولا يحرمون ما حرم الله ورسوله ولا يدينون دين الحق ولا يدينون دين الحق من الذين أوتوا الكتاب حتى يعطوا الجزية عن</w:t>
      </w:r>
    </w:p>
    <w:p>
      <w:r>
        <w:rPr>
          <w:b/>
        </w:rPr>
        <w:t xml:space="preserve">[48:03] </w:t>
      </w:r>
      <w:r>
        <w:t>yadihim saghiroona wa qalatil yahoodu 'uzairun ibnullahi wa qalatinnasara almasiihu ibnullahi dhalika qawluhum bi afwahihim</w:t>
      </w:r>
    </w:p>
    <w:p>
      <w:pPr>
        <w:jc w:val="right"/>
      </w:pPr>
      <w:r>
        <w:t>يد وهم صاغرون وقالت اليهود عزير ابن الله وقالت النصارى المسيح ابن الله ذلك قولهم بأفواههم</w:t>
      </w:r>
    </w:p>
    <w:p>
      <w:r>
        <w:rPr>
          <w:b/>
        </w:rPr>
        <w:t xml:space="preserve">[48:21] </w:t>
      </w:r>
      <w:r>
        <w:t>yudahi'oona qawla alladheena kafaroo min qablu qatalahumullahu anna yu'fakoon attakhadhoo ahbarahum wa ruhbanahum arbaba</w:t>
      </w:r>
    </w:p>
    <w:p>
      <w:pPr>
        <w:jc w:val="right"/>
      </w:pPr>
      <w:r>
        <w:t>يضاهئون قول الذين كفروا من قبل قاتلهم الله أنا يؤفكون اتخذوا أحبارهم ورهبانهم أربابا</w:t>
      </w:r>
    </w:p>
    <w:p>
      <w:r>
        <w:rPr>
          <w:b/>
        </w:rPr>
        <w:t xml:space="preserve">[48:42] </w:t>
      </w:r>
      <w:r>
        <w:t>min dooni Allahi walmasiih ibna mariyam wa ma ubirooo wa ma ubirooo illa liya'badoo</w:t>
      </w:r>
    </w:p>
    <w:p>
      <w:pPr>
        <w:jc w:val="right"/>
      </w:pPr>
      <w:r>
        <w:t>من دون الله والمسيح ابن مريم وما أمروا وما أمروا إلا ليعبدوا</w:t>
      </w:r>
    </w:p>
    <w:p>
      <w:r>
        <w:rPr>
          <w:b/>
        </w:rPr>
        <w:t xml:space="preserve">[48:59] </w:t>
      </w:r>
      <w:r>
        <w:t>ilahan wahidan la ilaha illa huwa subhanahu 'amma yushrikoon</w:t>
      </w:r>
    </w:p>
    <w:p>
      <w:pPr>
        <w:jc w:val="right"/>
      </w:pPr>
      <w:r>
        <w:t>إلها واحدا لا إله إلا هو سبحانه عما يشركون</w:t>
      </w:r>
    </w:p>
    <w:p>
      <w:r>
        <w:rPr>
          <w:b/>
        </w:rPr>
        <w:t xml:space="preserve">[49:12] </w:t>
      </w:r>
      <w:r>
        <w:t>Ahl e kitab se lado jo na Allah par iman rakhte hain aur na akhirat ke din par aur na Allah aur us ke rasool ke haram thehrae hue ko haram thehraate hain aur na deen ko apna deen banate hain yahan tak ke woh apne hath se jiziya dein aur chote ban kar rahein aur yahood ne kaha ke uzair Allah ke bete hain aur nasara ne kaha ke masih Allah ke bete hain yeh un ke apne munh ki baatein hain</w:t>
      </w:r>
    </w:p>
    <w:p>
      <w:pPr>
        <w:jc w:val="right"/>
      </w:pPr>
      <w:r>
        <w:t>ان اہل کتاب سے لڑو جو نہ اللہ پر ایمان رکھتے ہیں اور نہ آخرت کے دن پر اور نہ اللہ اور اس کے رسول کے حرام ٹھہرائے ہوئے کو حرام ٹھہراتے ہیں اور نہ دین کو اپنا دین بناتے ہیں یہاں تک کہ وہ اپنے ہاتھ سے جزیہ دیں اور چھوٹے بن کر رہیں اور یہود نے کہا کہ عزیز اللہ کے بیٹے ہیں اور نصاری نے کہا کہ مسیح اللہ کے بیٹے ہیں یہ ان کے اپنے منہ کی باتیں ہیں</w:t>
      </w:r>
    </w:p>
    <w:p>
      <w:r>
        <w:rPr>
          <w:b/>
        </w:rPr>
        <w:t xml:space="preserve">[49:39] </w:t>
      </w:r>
      <w:r>
        <w:t>woh un logon ki baat ki naqal karte hain jinhon ne un se pehle kufr kiya Allah un ko halak kare woh kidhar behke ja rahe hain unhon ne Allah ke siwa apne ulma aur mashaikh ko rabb bana dala aur masih ibne maryam ko bhi halanke un ko sirf yeh hukum tha ke woh ek mabood ki ibadat karein woh pak hai us se jo woh shareek karte hain</w:t>
      </w:r>
    </w:p>
    <w:p>
      <w:pPr>
        <w:jc w:val="right"/>
      </w:pPr>
      <w:r>
        <w:t>وہ ان لوگوں کی بات کی نقل کرتے ہیں جنہوں نے ان سے پہلے کفر کیا اللہ ان کو ہلاک کرے وہ کدھر بہکے جا رہے ہیں انہوں نے اللہ کے سوا اپنے علماء اور مشائخ کو رب بنا ڈالا اور مسیح ابن مریم کو بھی حالانکہ ان کو صرف یہ حکم تھا کہ وہ ایک معبود کی عبادت کریں وہ پاک ہے اس سے جو وہ شریک کرتے ہیں</w:t>
      </w:r>
    </w:p>
    <w:p>
      <w:r>
        <w:rPr>
          <w:b/>
        </w:rPr>
        <w:t xml:space="preserve">[50:05] </w:t>
      </w:r>
      <w:r>
        <w:t>tashreeh: imaan zindah ho to aadmi har waqeye ko khuda ki taraf mansoob karta hai woh kisi cheez ko sirf us waqt samajh pata hai jabke khuda ki nisbat se is ke baray mein raaye qaim kar le woh phool ki khushboo ko us waqt samajhta hai jabke is mein usay khuda ki mehak mil jaye woh suraj ko us waqt daryaft karta hai jabke woh us ki maaday ko maloom kar le har barhaii is ko khuda ka atiya nazar aati hai</w:t>
      </w:r>
    </w:p>
    <w:p>
      <w:pPr>
        <w:jc w:val="right"/>
      </w:pPr>
      <w:r>
        <w:t>تشریح: ایمان زندہ ہو تو آدمی ہر واقعے کو خدا کی طرف منسوب کرتا ہے وہ کسی چیز کو صرف اس وقت سمجھ پاتا ہے جبکہ خدا کی نسبت سے اس کے بارے میں رائے قائم کر لے وہ پھول کی خوشبو کو اس وقت سمجھتا ہے جبکہ اس میں اسے خدا کی مہک مل جائے وہ سورج کو اس وقت دریافت کرتا ہے جبکہ وہ اس کی مادے کو معلوم کر لے ہر بڑائی اس کو خدا کا عطیہ نظر آتی ہے</w:t>
      </w:r>
    </w:p>
    <w:p>
      <w:r>
        <w:rPr>
          <w:b/>
        </w:rPr>
        <w:t xml:space="preserve">[50:33] </w:t>
      </w:r>
      <w:r>
        <w:t>har khoobi is ko khuda ka ehsaan yaad dilati hai is ke baraks agar khuda se aadmi ka taalluq ghat kar sirf mohem aqeeday ke darjay par aa jaye to khuda is ke zindah shaoor ke liye aik la-maloom cheez ban jaye ga woh dunya ki nazar aanay wali cheezon par khuda ko qayas karne lage ga doosri qism ke log tabaii tor par khaliq ko in dunyavi cheezon ki nazar se dekhnay lagen ge jin ko woh jantay hain woh khaliq ko makhlooq ki satah par utar lat</w:t>
      </w:r>
    </w:p>
    <w:p>
      <w:pPr>
        <w:jc w:val="right"/>
      </w:pPr>
      <w:r>
        <w:t>ہر خوبی اس کو خدا کا احسان یاد دلاتی ہے اس کے برعکس اگر خدا سے آدمی کا تعلق گھٹ کر صرف موہم عقیدے کے درجے پر آ جائے تو خدا اس کے زندہ شعور کے لیے ایک لامعلوم چیز بن جائے گا وہ دنیا کی نظر آنے والی چیزوں پر خدا کو قیاس کرنے لگے گا دوسری قسم کے لوگ طبعی طور پر خالق کو ان دنیاوی چیزوں کی نظر سے دیکھنے لگتے ہیں جن کو وہ جانتے ہیں وہ خالق کو مخلوق کی سطح پر اتار لات</w:t>
      </w:r>
    </w:p>
    <w:p>
      <w:r>
        <w:rPr>
          <w:b/>
        </w:rPr>
        <w:t xml:space="preserve">[51:01] </w:t>
      </w:r>
      <w:r>
        <w:t>ay hain yahi haal yahood o nasara ka apne bigar ke zamanay mein hua ab khuda in ke yahan mohem mo'taqidaat ke khanay mein chala gaya chunancha woh apne nazar aanay walay akabir aur buzurgon ko woh darja dainay lage jo darja khuda-e-aalim-ul-ghayb ko dena chahiye unhon ne dekha ke yunani aur romi qaumain suraj ko khuda bana kar is ke liye beta farz kiye hue hain to un ko bhi apne buzurgon ke liye yahi sab se ooncha lafz nazar aaya</w:t>
      </w:r>
    </w:p>
    <w:p>
      <w:pPr>
        <w:jc w:val="right"/>
      </w:pPr>
      <w:r>
        <w:t>ے ہیں یہی حال یہود و نصاری کا اپنے بگاڑ کے زمانے میں ہوا اب خدا ان کے یہاں موہم معتقدات کے خانے میں چلا گیا چنانچہ وہ اپنے نظر آنے والے اکابر اور بزرگوں کو وہ درجہ دینے لگے جو درجہ خدائے عالم الغیب کو دینا چاہیے انہوں نے دیکھا کہ یونانی اور رومی قومیں سورج کو خدا بنا کر اس کے لیے بیٹا فرض کیے ہوئے ہیں تو ان کو بھی اپنے بزرگوں کے لیے یہی سب سے اونچا لفظ نظر آیا</w:t>
      </w:r>
    </w:p>
    <w:p>
      <w:r>
        <w:rPr>
          <w:b/>
        </w:rPr>
        <w:t xml:space="preserve">[51:30] </w:t>
      </w:r>
      <w:r>
        <w:t>unhon ne apni aasmani kitabon mein ab aur ibn ke alfaaz khud saakhta tashreeh kar ke khuda ko baap aur apne peghambar ko is ka beta kehna shuru kar diya halankay khuda sirf aik hi hai woh har mushabihat se pak hai wohi tanhaa is ka mustahiq hai ke is ko bara banaya jaye aur is ki ibadat ki jaye</w:t>
      </w:r>
    </w:p>
    <w:p>
      <w:pPr>
        <w:jc w:val="right"/>
      </w:pPr>
      <w:r>
        <w:t>انہوں نے اپنی آسمانی کتابوں میں اب اور ابن کے الفاظ خود ساختہ تشریح کر کے خدا کو باپ اور اپنے پیغمبر کو اس کا بیٹا کہنا شروع کر دیا حالانکہ خدا صرف ایک ہی ہے وہ ہر مشابہت سے پاک ہے وہی تنہا اس کا مستحق ہے کہ اس کو بڑا بنایا جائے اور اس کی عبادت کی جائے</w:t>
      </w:r>
    </w:p>
    <w:p>
      <w:r>
        <w:rPr>
          <w:b/>
        </w:rPr>
        <w:t xml:space="preserve">[51:53] </w:t>
      </w:r>
      <w:r>
        <w:t>rasool Allah ke khilaf jariyat karne walay mushrikeen yaani banu ismail bhi thay aur ahl-e-kitab yaani banu israil bhi magar dono ke sath alag alag muamla kiya gaya mushrikeen ke sath jang ya islam ka usool ikhtiyar kiya gaya magar ahl-e-kitab ke liye hukum hua ke agar woh jaziya yaani siyasi itaa'at par raazi ho jayen to unhein chhod do</w:t>
      </w:r>
    </w:p>
    <w:p>
      <w:pPr>
        <w:jc w:val="right"/>
      </w:pPr>
      <w:r>
        <w:t>رسول اللہ کے خلاف جاریت کرنے والے مشرکین یعنی بنو اسماعیل بھی تھے اور اہل کتاب یعنی بنو اسرائیل بھی مگر دونوں کے ساتھ الگ الگ معاملہ کیا گیا مشرکین کے ساتھ جنگ یا اسلام کا اصول اختیار کیا گیا مگر اہل کتاب کے لیے حکم ہوا کہ اگر وہ جزیہ یعنی سیاسی اطاعت پر راضی ہو جائیں تو انہیں چھوڑ دو</w:t>
      </w:r>
    </w:p>
    <w:p>
      <w:r>
        <w:rPr>
          <w:b/>
        </w:rPr>
        <w:t xml:space="preserve">[52:16] </w:t>
      </w:r>
      <w:r>
        <w:t>is farq ki wajah yeh hai ke mushrikeen rasool Allah sal-lal-lahu alaihi wasallam ke aslan mukhatib thay aur ahl-e-kitab tab'an Allah ki sunnat yeh hai ke jis qaum par peghambar ke zariye barah-e-raast dawat pahunchai jati hai us se ihtimam-e-hujjat ke baad zindagi ka haq chheen liya jata hai</w:t>
      </w:r>
    </w:p>
    <w:p>
      <w:pPr>
        <w:jc w:val="right"/>
      </w:pPr>
      <w:r>
        <w:t>اس فرق کی وجہ یہ ہے کہ مشرکین رسول اللہ صلی اللہ علیہ وسلم کے اصلا مخاطب تھے اور اہل کتاب طبعا اللہ کی سنت یہ ہے کہ جس قوم پر پیغمبر کے ذریعے براہ راست دعوت پہنچائی جاتی ہے اس سے اہتمام حجت کے بعد زندگی کا حق چھین لیا جاتا ہے</w:t>
      </w:r>
    </w:p>
    <w:p>
      <w:r>
        <w:rPr>
          <w:b/>
        </w:rPr>
        <w:t xml:space="preserve">[52:35] </w:t>
      </w:r>
      <w:r>
        <w:t>theek waise hi jaise kisi riyasat mein aik shakhs ke baghi sabit hone ke baad us se zindagi ka haq chheen liya jata hai magar jahan tak doosray grohon ka taalluq hai un ke sath wahi siyasi muamla kiya jata hai jo aam bain-ul-aqwami usool ke mutabiq durust ho</w:t>
      </w:r>
    </w:p>
    <w:p>
      <w:pPr>
        <w:jc w:val="right"/>
      </w:pPr>
      <w:r>
        <w:t>ٹھیک ویسے ہی جیسے کسی ریاست میں ایک شخص کے باغی ثابت ہونے کے بعد اس سے زندگی کا حق چھین لیا جاتا ہے مگر جہاں تک دوسرے گروہوں کا تعلق ہے ان کے ساتھ وہی سیاسی معاملہ کیا جاتا ہے جو عام بین الاقوامی اصول کے مطابق درست ہو</w:t>
      </w:r>
    </w:p>
    <w:p>
      <w:r>
        <w:rPr>
          <w:b/>
        </w:rPr>
        <w:t xml:space="preserve">[52:55] </w:t>
      </w:r>
      <w:r>
        <w:t>yureedoona an yutfioo noorallahi bi afwaahihim waya'ballahu illa</w:t>
      </w:r>
    </w:p>
    <w:p>
      <w:pPr>
        <w:jc w:val="right"/>
      </w:pPr>
      <w:r>
        <w:t>يريدون أن يطفئوا نور الله بأفواههم ويأبى الله إلا</w:t>
      </w:r>
    </w:p>
    <w:p>
      <w:r>
        <w:rPr>
          <w:b/>
        </w:rPr>
        <w:t xml:space="preserve">[53:05] </w:t>
      </w:r>
      <w:r>
        <w:t>an yutimma noorahu walaw karihal kuffaroon huwallazee arsala rasoolahu bilhuda wadeenilhqq liyuzhirahu aladeenikulll walaw karihal mushrikoon</w:t>
      </w:r>
    </w:p>
    <w:p>
      <w:pPr>
        <w:jc w:val="right"/>
      </w:pPr>
      <w:r>
        <w:t>أن يتم نوره ولو كره الكافرون هو الذي أرسل رسوله بالهدى ودين الحق ليظهره على الدين كله ولو كره المشركون</w:t>
      </w:r>
    </w:p>
    <w:p>
      <w:r>
        <w:rPr>
          <w:b/>
        </w:rPr>
        <w:t xml:space="preserve">[53:27] </w:t>
      </w:r>
      <w:r>
        <w:t>woh chahtay hain ke Allah ki roshni ko apne munh se bujha dein aur Allah apni roshni ko poora kiye baghair mannay wala nahi khwah munkiron ko yeh kitna hi nagawar ho isi ne apne rasool ko bheja hai hidayat aur deen-e-haq ke sath taake is ko saray deen par ghalib kar day khwah yeh mushrikon ko kitna hi nagawar ho</w:t>
      </w:r>
    </w:p>
    <w:p>
      <w:pPr>
        <w:jc w:val="right"/>
      </w:pPr>
      <w:r>
        <w:t>وہ چاہتے ہیں کہ اللہ کی روشنی کو اپنے منہ سے بجھا دیں اور اللہ اپنی روشنی کو پورا کیے بغیر ماننے والا نہیں خواہ منکروں کو یہ کتنا ہی ناگوار ہو اسی نے اپنے رسول کو بھیجا ہے ہدایت اور دین حق کے ساتھ تاکہ اس کو سارے دین پر غالب کر دے خواہ یہ مشرکوں کو کتنا ہی ناگوار ہو</w:t>
      </w:r>
    </w:p>
    <w:p>
      <w:r>
        <w:rPr>
          <w:b/>
        </w:rPr>
        <w:t xml:space="preserve">[53:49] </w:t>
      </w:r>
      <w:r>
        <w:t>tashreeh: in aayaton mein khuda ne apne is mustaqil faislay ka ailan kiya hai ke woh apne deen ko qayamat tak poori tarah mehfooz rakhe ga</w:t>
      </w:r>
    </w:p>
    <w:p>
      <w:pPr>
        <w:jc w:val="right"/>
      </w:pPr>
      <w:r>
        <w:t>تشریح: ان آیتوں میں خدا نے اپنے اس مستقل فیصلے کا اعلان کیا ہے کہ وہ اپنے دین کو قیامت تک پوری طرح محفوظ رکھے گا</w:t>
      </w:r>
    </w:p>
    <w:p>
      <w:r>
        <w:rPr>
          <w:b/>
        </w:rPr>
        <w:t xml:space="preserve">[53:59] </w:t>
      </w:r>
      <w:r>
        <w:t>maazi ki tarah ab aisa nahi hone diya jayega ke log apni milawaton se Khuda ke deen</w:t>
      </w:r>
    </w:p>
    <w:p>
      <w:pPr>
        <w:jc w:val="right"/>
      </w:pPr>
      <w:r>
        <w:t>ماضی کی طرح اب ایسا نہیں ہونے دیا جائے گا کہ لوگ اپنی ملاوٹوں سے خدا کے دین</w:t>
      </w:r>
    </w:p>
    <w:p>
      <w:r>
        <w:rPr>
          <w:b/>
        </w:rPr>
        <w:t xml:space="preserve">[54:04] </w:t>
      </w:r>
      <w:r>
        <w:t>ko gum kar dein ya koi taqat is ko safaye hasti se mita dene mein kamyab ho Allah</w:t>
      </w:r>
    </w:p>
    <w:p>
      <w:pPr>
        <w:jc w:val="right"/>
      </w:pPr>
      <w:r>
        <w:t>کو گم کر دیں یا کوئی طاقت اس کو صفائے ہستی سے مٹا دینے میں کامیاب ہو اللہ</w:t>
      </w:r>
    </w:p>
    <w:p>
      <w:r>
        <w:rPr>
          <w:b/>
        </w:rPr>
        <w:t xml:space="preserve">[54:10] </w:t>
      </w:r>
      <w:r>
        <w:t>ta'ala ne jab insan ko zameen par basaya to isi ke sath is ke liye apna hidayat nama</w:t>
      </w:r>
    </w:p>
    <w:p>
      <w:pPr>
        <w:jc w:val="right"/>
      </w:pPr>
      <w:r>
        <w:t>تعالی نے جب انسان کو زمین پر بسایا تو اسی کے ساتھ اس کے لیے اپنا ہدایت نامہ</w:t>
      </w:r>
    </w:p>
    <w:p>
      <w:r>
        <w:rPr>
          <w:b/>
        </w:rPr>
        <w:t xml:space="preserve">[54:15] </w:t>
      </w:r>
      <w:r>
        <w:t>bhi insan ke hawale kar diya baad ke daur mein jab log ghaflat aur dunya parasti mein mubtala</w:t>
      </w:r>
    </w:p>
    <w:p>
      <w:pPr>
        <w:jc w:val="right"/>
      </w:pPr>
      <w:r>
        <w:t>بھی انسان کے حوالے کر دیا بعد کے دور میں جب لوگ غفلت اور دنیا پرستی میں مبتلا</w:t>
      </w:r>
    </w:p>
    <w:p>
      <w:r>
        <w:rPr>
          <w:b/>
        </w:rPr>
        <w:t xml:space="preserve">[54:20] </w:t>
      </w:r>
      <w:r>
        <w:t>hue to unhon ne Khuda ke alfaaz ko badal kar is ko apni khwahishon ke mutabiq bana liya</w:t>
      </w:r>
    </w:p>
    <w:p>
      <w:pPr>
        <w:jc w:val="right"/>
      </w:pPr>
      <w:r>
        <w:t>ہوئے تو انہوں نے خدا کے الفاظ کو بدل کر اس کو اپنی خواہشوں کے مطابق بنا لیا</w:t>
      </w:r>
    </w:p>
    <w:p>
      <w:r>
        <w:rPr>
          <w:b/>
        </w:rPr>
        <w:t xml:space="preserve">[54:26] </w:t>
      </w:r>
      <w:r>
        <w:t>misalan apne buzurgon ko Khuda ke yahan safarshi maan kar yeh aqeedah qaim kar liya ke hum jo</w:t>
      </w:r>
    </w:p>
    <w:p>
      <w:pPr>
        <w:jc w:val="right"/>
      </w:pPr>
      <w:r>
        <w:t>مثلا اپنے بزرگوں کو خدا کے یہاں سفارشی مان کر یہ عقیدہ قائم کر لیا کہ ہم جو</w:t>
      </w:r>
    </w:p>
    <w:p>
      <w:r>
        <w:rPr>
          <w:b/>
        </w:rPr>
        <w:t xml:space="preserve">[54:32] </w:t>
      </w:r>
      <w:r>
        <w:t>kuch bhi karein hamare buzurg apni sifarish ke zor par hum ko Khuda ke yahan nijat dila dein</w:t>
      </w:r>
    </w:p>
    <w:p>
      <w:pPr>
        <w:jc w:val="right"/>
      </w:pPr>
      <w:r>
        <w:t>کچھ بھی کریں ہمارے بزرگ اپنی سفارش کے زور پر ہم کو خدا کے یہاں نجات دلا دیں</w:t>
      </w:r>
    </w:p>
    <w:p>
      <w:r>
        <w:rPr>
          <w:b/>
        </w:rPr>
        <w:t xml:space="preserve">[54:38] </w:t>
      </w:r>
      <w:r>
        <w:t>ge</w:t>
      </w:r>
    </w:p>
    <w:p>
      <w:pPr>
        <w:jc w:val="right"/>
      </w:pPr>
      <w:r>
        <w:t>گے</w:t>
      </w:r>
    </w:p>
    <w:p>
      <w:r>
        <w:rPr>
          <w:b/>
        </w:rPr>
        <w:t xml:space="preserve">[54:39] </w:t>
      </w:r>
      <w:r>
        <w:t>ya yeh ke jannat aur jahannum sab isi dunya mein hai is ke aagay aur kuch nahi log jo chahtay thay is ko unhon ne khuda ki taraf mansoob kar ke khuda ki kitab mein likh diya is ke baad khuda ne doosra nabi bheja jis ne khuda ke deen ko insani milawaton se alag kar ke dobara is ko sahih shakal mein pesh kiya magar baad ke zamanay mein logon ne is ko bhi badal dala yahi bar bar hota raha</w:t>
      </w:r>
    </w:p>
    <w:p>
      <w:pPr>
        <w:jc w:val="right"/>
      </w:pPr>
      <w:r>
        <w:t>یا یہ کہ جنت اور جہنم سب اسی دنیا میں ہے اس کے آگے اور کچھ نہیں لوگ جو چاہتے تھے اس کو انہوں نے خدا کی طرف منسوب کر کے خدا کی کتاب میں لکھ دیا اس کے بعد خدا نے دوسرا نبی بھیجا جس نے خدا کے دین کو انسانی ملاوٹوں سے الگ کر کے دوبارہ اس کو صحیح شکل میں پیش کیا مگر بعد کے زمانے میں لوگوں نے اس کو بھی بدل ڈالا یہی بار بار ہوتا رہا</w:t>
      </w:r>
    </w:p>
    <w:p>
      <w:r>
        <w:rPr>
          <w:b/>
        </w:rPr>
        <w:t xml:space="preserve">[55:06] </w:t>
      </w:r>
      <w:r>
        <w:t>aakhir Allah taala ne faisla kiya ke aik aakhri rasool bhejay aur is ke zariye aise halaat paida kare ke khuda ka deen hamesha ke liye apni asal halat mein mehfooz ho jaye peghambar arabi sal-lal-lahu alaihi wasallam ke zariye tareekh-e-nabuwat ka yahi azeem karkhana anjam paya rasool Allah sal-lal-lahu alaihi wasallam tashreef laye to us waqt logon ne khud saakhta tor par bohat se deen bana rakhe thay</w:t>
      </w:r>
    </w:p>
    <w:p>
      <w:pPr>
        <w:jc w:val="right"/>
      </w:pPr>
      <w:r>
        <w:t>بالاخر اللہ تعالی نے فیصلہ کیا کہ ایک آخری رسول بھیجے اور اس کے ذریعے ایسے حالات پیدا کرے کہ خدا کا دین ہمیشہ کے لیے اپنی اصل حالت میں محفوظ ہو جائے پیغمبر عربی صلی اللہ علیہ وسلم کے ذریعے تاریخ نبوت کا یہی عظیم کارنامہ انجام پایا رسول اللہ صلی اللہ علیہ وسلم تشریف لائے تو اس وقت لوگوں نے خود ساختہ طور پر بہت سے دین بنا رکھے تھے</w:t>
      </w:r>
    </w:p>
    <w:p>
      <w:r>
        <w:rPr>
          <w:b/>
        </w:rPr>
        <w:t xml:space="preserve">[55:33] </w:t>
      </w:r>
      <w:r>
        <w:t>arab ke mushrikeen ka aik deen tha jis ko woh deen-e-ibrahim kehtay thay yahood ka aik deen tha jis ko woh deen-e-moosa kehtay thay nasara ka aik deen tha jis ko woh deen-e-maseeh kehtay thay yeh sab khuda ke deen ke khud saakhta edition thay jin ko unhon ne ghalat tor par khuda ki taraf se aaya hua deen qarar de rakha tha</w:t>
      </w:r>
    </w:p>
    <w:p>
      <w:pPr>
        <w:jc w:val="right"/>
      </w:pPr>
      <w:r>
        <w:t>عرب کے مشرکین کا ایک دین تھا جس کو وہ دین ابراہیم کہتے تھے یہود کا ایک دین تھا جس کو وہ دین موسی کہتے تھے نصاری کا ایک دین تھا جس کو وہ دین مسیح کہتے تھے یہ سب خدا کے دین کے خود ساختہ ایڈیشن تھے جن کو انہوں نے غلط طور پر خدا کی طرف سے آیا ہوا دین قرار دے رکھا تھا</w:t>
      </w:r>
    </w:p>
    <w:p>
      <w:r>
        <w:rPr>
          <w:b/>
        </w:rPr>
        <w:t xml:space="preserve">[55:54] </w:t>
      </w:r>
      <w:r>
        <w:t>khuda ne in sab deenon ko radd kar diya aur peghambar arabi ke deen ko apne deen ki wahid mustanad edition ke tor par qayamat tak ke liye qaim kar diya</w:t>
      </w:r>
    </w:p>
    <w:p>
      <w:pPr>
        <w:jc w:val="right"/>
      </w:pPr>
      <w:r>
        <w:t>خدا نے ان سب دینوں کو رد کر دیا اور پیغمبر عربی کے دین کو اپنے دین کی واحد مستند ایڈیشن کے طور پر قیامت تک کے لیے قائم کر دیا</w:t>
      </w:r>
    </w:p>
    <w:p>
      <w:r>
        <w:rPr>
          <w:b/>
        </w:rPr>
        <w:t xml:space="preserve">[56:04] </w:t>
      </w:r>
      <w:r>
        <w:t>aaj islam wahid deen hai jis ke matan mein koi tabdeeli mumkin na ho saki jabke doosray tamam adyan insani tafreehat ka shikar ho kar apni asli tasweer gum kar chukay hain islam wahid deen hai jo tareekhi tor par mo'tabar deen hai jabke doosray tamam adyan apne haq mein tareekhi aitbaraiyat kho chukay hain</w:t>
      </w:r>
    </w:p>
    <w:p>
      <w:pPr>
        <w:jc w:val="right"/>
      </w:pPr>
      <w:r>
        <w:t>آج اسلام واحد دین ہے جس کے متن میں کوئی تبدیلی ممکن نہ ہو سکی جبکہ دوسرے تمام ادیان انسانی تفریحات کا شکار ہو کر اپنی اصلی تصویر گم کر چکے ہیں اسلام واحد دین ہے جو تاریخی طور پر معتبر دین ہے جبکہ دوسرے تمام ادیان اپنے حق میں تاریخی اعتباریت کھو چکے ہیں</w:t>
      </w:r>
    </w:p>
    <w:p>
      <w:r>
        <w:rPr>
          <w:b/>
        </w:rPr>
        <w:t xml:space="preserve">[56:25] </w:t>
      </w:r>
      <w:r>
        <w:t>islam wahid deen hai jis ki tamam taleemat aik zindah zaban mein pai jati hain jabke doosray tamam adyan ki ibtidaai kitaben aisi zabano mein hain jo ab murda ho chuki hain islam ki soorat mein khuda ne mazhab ki jo roshni jalai woh kabhi madham nahi hui woh kamil tor par dunya ke samnay maujood hai aur har doosray deen ke oopar apni usooli bartari ko musalsal qaim rakhe hue hai</w:t>
      </w:r>
    </w:p>
    <w:p>
      <w:pPr>
        <w:jc w:val="right"/>
      </w:pPr>
      <w:r>
        <w:t>اسلام واحد دین ہے جس کی تمام تعلیمات ایک زندہ زبان میں پائی جاتی ہیں جبکہ دوسرے تمام ادیان کی ابتدائی کتابیں ایسی زبانوں میں ہیں جو اب مردہ ہو چکی ہیں اسلام کی صورت میں خدا نے مذہب کی جو روشنی جلائی وہ کبھی مدھم نہیں ہوئی وہ کامل طور پر دنیا کے سامنے موجود ہے اور ہر دوسرے دین کے اوپر اپنی اصولی برتری کو مسلسل قائم رکھے ہوئے ہے</w:t>
      </w:r>
    </w:p>
    <w:p>
      <w:r>
        <w:rPr>
          <w:b/>
        </w:rPr>
        <w:t xml:space="preserve">[56:55] </w:t>
      </w:r>
      <w:r>
        <w:t>ya ayyuhallazeena aamanoo inna katheeran minal ahbaari warruhaani laya'kuloona amwaalan naasi</w:t>
      </w:r>
    </w:p>
    <w:p>
      <w:pPr>
        <w:jc w:val="right"/>
      </w:pPr>
      <w:r>
        <w:t>يا أيها الذين آمنوا إن كثيرا من الأحبار والرهبان ليأكلون أموال الناس</w:t>
      </w:r>
    </w:p>
    <w:p>
      <w:r>
        <w:rPr>
          <w:b/>
        </w:rPr>
        <w:t xml:space="preserve">[57:12] </w:t>
      </w:r>
      <w:r>
        <w:t>laya'kuloona amwaalan naasi bilbaatili wayasuddoona an sabeelillah</w:t>
      </w:r>
    </w:p>
    <w:p>
      <w:pPr>
        <w:jc w:val="right"/>
      </w:pPr>
      <w:r>
        <w:t>ليأكلون أموال الناس بالباطل ويصدون عن سبيل الله</w:t>
      </w:r>
    </w:p>
    <w:p>
      <w:r>
        <w:rPr>
          <w:b/>
        </w:rPr>
        <w:t xml:space="preserve">[57:23] </w:t>
      </w:r>
      <w:r>
        <w:t>wallazeena yaknizoonaz zahaba walfiddata walayunfiqoonaha fee sabeelillahi fabashshirhum bi'azaabin aleemiyawma yuhamma alayhaa fee naari jahannama fatukwa bihaa jabaahuhum wajunoobuhum wazuhuruhum</w:t>
      </w:r>
    </w:p>
    <w:p>
      <w:pPr>
        <w:jc w:val="right"/>
      </w:pPr>
      <w:r>
        <w:t>والذين يكنزون الذهب والفضة ولا ينفقونها في سبيل الله فبشرهم بعذاب أليم يوم يحمى عليها في نار جهنم فتكوى بها جباههم وجنوبهم وظهورهم</w:t>
      </w:r>
    </w:p>
    <w:p>
      <w:r>
        <w:rPr>
          <w:b/>
        </w:rPr>
        <w:t xml:space="preserve">[57:48] </w:t>
      </w:r>
      <w:r>
        <w:t>haadha ma kanaztum li anfusikum fazooqoo ma kuntum taknizoon</w:t>
      </w:r>
    </w:p>
    <w:p>
      <w:pPr>
        <w:jc w:val="right"/>
      </w:pPr>
      <w:r>
        <w:t>هذا ما كنزتم لأنفسكم فذوقوا ما كنتم تكنزون</w:t>
      </w:r>
    </w:p>
    <w:p>
      <w:r>
        <w:rPr>
          <w:b/>
        </w:rPr>
        <w:t xml:space="preserve">[57:58] </w:t>
      </w:r>
      <w:r>
        <w:t>ay iman walo! ahl-e-kitab ke aksar ulama aur mashaikh logon ke maal batil tareeqon se khate hain aur logon ko Allah ke rastay se roktay hain aur jo log sona aur chandi jama kar ke rakhtay hain un ko Allah ki rah mein kharch nahi karte un ko aik dardnak azab ki khushkhabri de do us din is maal par dozakh ki aag dahkai jaye gi phir is se un ki peshaniyan aur un ke pehlu aur un ki peethiyan daghi jayen gi</w:t>
      </w:r>
    </w:p>
    <w:p>
      <w:pPr>
        <w:jc w:val="right"/>
      </w:pPr>
      <w:r>
        <w:t>اے ایمان والو! اہل کتاب کے اکثر علماء اور مشائخ لوگوں کے مال باطل طریقوں سے کھاتے ہیں اور لوگوں کو اللہ کے راستے سے روکتے ہیں اور جو لوگ سونا اور چاندی جمع کر کے رکھتے ہیں ان کو اللہ کی راہ میں خرچ نہیں کرتے ان کو ایک دردناک عذاب کی خوشخبری دے دو اس دن اس مال پر دوزخ کی آگ دہکائی جائے گی پھر اس سے ان کی پیشانیاں اور ان کے پہلو اور ان کی پیٹھیں داغی جائیں گی</w:t>
      </w:r>
    </w:p>
    <w:p>
      <w:r>
        <w:rPr>
          <w:b/>
        </w:rPr>
        <w:t xml:space="preserve">[58:27] </w:t>
      </w:r>
      <w:r>
        <w:t>yeh hai woh jis ko tum ne apne waste jama kiya tha pas ab chako jo tum jama karte rahay tashreeh: doosray ka maal lainay ka aik tareeqa yeh hai ke is ko haq ke mutabiq liya jaye yaani aadmi doosray ki koi waqai khidmat kare ya us ko koi haqeeqi nafa pahunchaye aur is ke badlay mein is ka maal hasil kare yeh bilkul jaiz hai</w:t>
      </w:r>
    </w:p>
    <w:p>
      <w:pPr>
        <w:jc w:val="right"/>
      </w:pPr>
      <w:r>
        <w:t>یہی ہے وہ جس کو تم نے اپنے واسطے جمع کیا تھا پس اب چکھو جو تم جمع کرتے رہے تشریح: دوسرے کا مال لینے کا ایک طریقہ یہ ہے کہ اس کو حق کے مطابق لیا جائے یعنی آدمی دوسرے کی کوئی واقعی خدمت کرے یا اس کو کوئی حقیقی نفع پہنچائے اور اس کے بدلے میں اس کا مال حاصل کرے یہ بالکل جائز ہے</w:t>
      </w:r>
    </w:p>
    <w:p>
      <w:r>
        <w:rPr>
          <w:b/>
        </w:rPr>
        <w:t xml:space="preserve">[58:52] </w:t>
      </w:r>
      <w:r>
        <w:t>batil tareeqay se doosray ka maal laina yeh hai ke doosray ko dhokay mein daal kar is ka maal hasil kiya jaye yeh doosra tareeqa najaaiz hai aur Allah ke ghazab ko bharkaanay wala hai batil tareeqay se doosray ka maal khana wohi cheez hai jis ko maujooda zamanay mein istighlal yaani exploitation kaha jata hai yahood ke akabir bohat baray paimaanay par apne awam ka mazhabi istighlal kar rahay thay</w:t>
      </w:r>
    </w:p>
    <w:p>
      <w:pPr>
        <w:jc w:val="right"/>
      </w:pPr>
      <w:r>
        <w:t>باطل طریقے سے دوسرے کا مال لینا یہ ہے کہ دوسرے کو دھوکے میں ڈال کر اس کا مال حاصل کیا جائے یہ دوسرا طریقہ ناجائز ہے اور خدا کے غضب کو بھڑکانے والا ہے باطل طریقے سے دوسرے کا مال کھانا وہی چیز ہے جس کو موجودہ زمانے میں استغلال یعنی ایکسپلائٹیشن کہا جاتا ہے یہود کے اکابر بہت بڑے پیمانے پر اپنے عوام کا مذہبی استغلال کر رہے تھے</w:t>
      </w:r>
    </w:p>
    <w:p>
      <w:r>
        <w:rPr>
          <w:b/>
        </w:rPr>
        <w:t xml:space="preserve">[59:18] </w:t>
      </w:r>
      <w:r>
        <w:t>woh awam mein aisi jhooti kahaniyan phailaye hue thay jis ke nateejay mein log buzurgon se ghair mamooli ummeedein wabasta karein aur phir un ko buzurg samajh kar un ki barkat lene ke liye aayein aur unhein hadiye aur nazrane pesh karein woh khuda ke deen ki khidmat ke naam par logon se raqamein wasool karte thay halankay jo deen woh logon ke darmiyan taqseem kar rahay thay woh un ka apna banaya hua deen tha na ke haqeeqatan khuda ka utara hua deen</w:t>
      </w:r>
    </w:p>
    <w:p>
      <w:pPr>
        <w:jc w:val="right"/>
      </w:pPr>
      <w:r>
        <w:t>وہ عوام میں ایسی جھوٹی کہانیاں پھیلائے ہوئے تھے جس کے نتیجے میں لوگ بزرگوں سے غیر معمولی امیدیں وابستہ کریں اور پھر ان کو بزرگ سمجھ کر ان کی برکت لینے کے لیے آئیں اور انہیں ہدیے اور نذرانے پیش کریں وہ خدا کے دین کی خدمت کے نام پر لوگوں سے رقمیں وصول کرتے تھے حالانکہ جو دین وہ لوگوں کے درمیان تقسیم کر رہے تھے وہ ان کا اپنا بنایا ہوا دین تھا نہ کہ حقیقتا خدا کا اتارا ہوا د</w:t>
      </w:r>
    </w:p>
    <w:p>
      <w:r>
        <w:rPr>
          <w:b/>
        </w:rPr>
        <w:t xml:space="preserve">[59:46] </w:t>
      </w:r>
      <w:r>
        <w:t>woh millat-e-yahood ke ayyah ke naam par baray baray chande wasool karte thay halankay ayyah millat ke naam par jo kuch karte thay woh sirf yeh tha ke logon ko khushkhayaliyon mein uljha kar unhein apni qiyadat ke liye istemal karte rahein woh taweez gande mein purasrar awsaaf bata kar un ko logon ke hathon farokht karte thay halankay un ka haal yeh tha ke khud apne nazuk mamlaat mein woh kabhi in taweez gandon par bharosa nahi karte thay</w:t>
      </w:r>
    </w:p>
    <w:p>
      <w:pPr>
        <w:jc w:val="right"/>
      </w:pPr>
      <w:r>
        <w:t>ین وہ ملت یہود کے ایاہ کے نام پر بڑے بڑے چندے وصول کرتے تھے حالانکہ ایاہ ملت کے نام پر جو کچھ کرتے تھے وہ صرف یہ تھا کہ لوگوں کو خوشخیالیوں میں الجھا کر انہیں اپنی قیادت کے لیے استعمال کرتے رہیں وہ تعویذ گنڈے میں پراسرار اوصاف بتا کر ان کو لوگوں کے ہاتھوں فروخت کرتے تھے حالانکہ ان کا حال یہ تھا کہ خود اپنے نازک معاملات میں وہ کبھی ان تعویذ گنڈوں پر بھروسہ نہیں کرتے تھے</w:t>
      </w:r>
    </w:p>
    <w:p>
      <w:r>
        <w:rPr>
          <w:b/>
        </w:rPr>
        <w:t xml:space="preserve">[1:00:15] </w:t>
      </w:r>
      <w:r>
        <w:t>aadmi ke paas jo maal aata hai us ke do hi jaiz masraf hain apni waqai zarooraton mein kharch karna aur jo kuch waqai zaroorat se zaid ho us ko khuda ke rastay mein day daina is ke ilawa jo tareeqay hain woh sab aadmi ke liye azab banne walay hain khwah woh apne maal ko fazool kharchiyon mein urata ho ya us ko jama kar ke rakh raha ho</w:t>
      </w:r>
    </w:p>
    <w:p>
      <w:pPr>
        <w:jc w:val="right"/>
      </w:pPr>
      <w:r>
        <w:t>آدمی کے پاس جو مال آتا ہے اس کے دو ہی جائز مصرف ہیں اپنی واقعی ضرورتوں میں خرچ کرنا اور جو کچھ واقعی ضرورت سے زائد ہو اس کو خدا کے راستے میں دے دینا اس کے علاوہ جو طریقے ہیں وہ سب آدمی کے لیے عذاب بننے والے ہیں خواہ وہ اپنے مال کو فضول خرچیوں میں اڑاتا ہو یا اس کو جمع کر کے رکھ رہا ہو</w:t>
      </w:r>
    </w:p>
    <w:p>
      <w:r>
        <w:rPr>
          <w:b/>
        </w:rPr>
        <w:t xml:space="preserve">[1:00:37] </w:t>
      </w:r>
      <w:r>
        <w:t>jo log yahood ki tarah khud sakhta mazhab ki buniyad par kisi giroh ke oopar apni qiyadat qaim kiye hue hon aur khuda ke deen ke naam par logon ka istighlal kar rahay hon woh kisi aisi dawat ko sakht napasand karte hain jo khuda ke sachay aur bay-amez deen ko zinda karna chahti ho aisay deen mein unhein apni mazhabi hesiyat bay-aitbar hoti nazar aati hai unhein</w:t>
      </w:r>
    </w:p>
    <w:p>
      <w:pPr>
        <w:jc w:val="right"/>
      </w:pPr>
      <w:r>
        <w:t>جو لوگ یہود کی طرح خود ساختہ مذہب کی بنیاد پر کسی گروہ کے اوپر اپنی قیادت قائم کیے ہوئے ہوں اور خدا کے دین کے نام پر لوگوں کا استغلال کر رہے ہوں وہ کسی ایسی دعوت کو سخت ناپسند کرتے ہیں جو خدا کے سچے اور بے آمیز دین کو زندہ کرنا چاہتی ہو ایسے دین میں انہیں اپنی مذہبی حیثیت بے اعتبار ہوتی نظر آتی ہے انہیں</w:t>
      </w:r>
    </w:p>
    <w:p>
      <w:r>
        <w:rPr>
          <w:b/>
        </w:rPr>
        <w:t xml:space="preserve">[1:01:00] </w:t>
      </w:r>
      <w:r>
        <w:t>dikhai deta hai ke agar is ko awam mein farogh hasil ho to un ki mazhabi tijarat bilkul bay naqab ho kar logon ke samnay aa jaye gi woh aisi tehreek ke uthte hi usay soongh lete hain aur un ke mukhalif ban kar khaday ho jatay hain inna 'iddat ash-shuhoor</w:t>
      </w:r>
    </w:p>
    <w:p>
      <w:pPr>
        <w:jc w:val="right"/>
      </w:pPr>
      <w:r>
        <w:t>دکھائی دیتا ہے کہ اگر اس کو عوام میں فروغ حاصل ہو تو ان کی مذہبی تجارت بالکل بے نقاب ہو کر لوگوں کے سامنے آ جائے گی وہ ایسی تحریک کے اٹھتے ہی اسے سونگھ لیتے ہیں اور ان کے مخالف بن کر کھڑے ہو جاتے ہیں إن عدة الشهور</w:t>
      </w:r>
    </w:p>
    <w:p>
      <w:r>
        <w:rPr>
          <w:b/>
        </w:rPr>
        <w:t xml:space="preserve">[1:01:20] </w:t>
      </w:r>
      <w:r>
        <w:t>inda Allahi ithna 'ashara shahran fi Kitabi Allahi yawma khalaqa as-samawati wal-ardi minha arba'atun hurumun thalika ad-deenu al-qayyimu</w:t>
      </w:r>
    </w:p>
    <w:p>
      <w:pPr>
        <w:jc w:val="right"/>
      </w:pPr>
      <w:r>
        <w:t>عند الله اثنا عشر شهرا في كتاب الله يوم خلق السماوات والأرض منها أربعة حرم ذلك الدين القيم</w:t>
      </w:r>
    </w:p>
    <w:p>
      <w:r>
        <w:rPr>
          <w:b/>
        </w:rPr>
        <w:t xml:space="preserve">[1:01:39] </w:t>
      </w:r>
      <w:r>
        <w:t>fala tadhlamoo fihinna anfusakum wa qatiloo al-mushrikeena kaffatan kama yuqātiloonakum kaffah</w:t>
      </w:r>
    </w:p>
    <w:p>
      <w:pPr>
        <w:jc w:val="right"/>
      </w:pPr>
      <w:r>
        <w:t>فلا تظلموا فيهن أنفسكم وقاتلوا المشركين كافة كما يقاتلونكم كافة</w:t>
      </w:r>
    </w:p>
    <w:p>
      <w:r>
        <w:rPr>
          <w:b/>
        </w:rPr>
        <w:t xml:space="preserve">[1:01:59] </w:t>
      </w:r>
      <w:r>
        <w:t>wa'lamoo anna Allaha ma'a al-muttaqin</w:t>
      </w:r>
    </w:p>
    <w:p>
      <w:pPr>
        <w:jc w:val="right"/>
      </w:pPr>
      <w:r>
        <w:t>واعلموا أن الله مع المتقين</w:t>
      </w:r>
    </w:p>
    <w:p>
      <w:r>
        <w:rPr>
          <w:b/>
        </w:rPr>
        <w:t xml:space="preserve">[1:02:09] </w:t>
      </w:r>
      <w:r>
        <w:t>innama an-nasī'u ziyādatun fil-kufri yudillu bihi allatheena kafaroo yuhilloonahu 'aaman wa yuhilloonahu 'aaman wa yuharrimoonahu 'aaman liyuwati'oo 'iddata ma harrama Allahu feyuhilloo ma harrama Allahu</w:t>
      </w:r>
    </w:p>
    <w:p>
      <w:pPr>
        <w:jc w:val="right"/>
      </w:pPr>
      <w:r>
        <w:t>إنما النسيء زيادة في الكفر يضل به الذين كفروا يحلونه عاما يحلونه عاما ويحرمونه عاما ليواطئوا عدة ما حرم الله فيحلوا ما حرم الله</w:t>
      </w:r>
    </w:p>
    <w:p>
      <w:r>
        <w:rPr>
          <w:b/>
        </w:rPr>
        <w:t xml:space="preserve">[1:02:36] </w:t>
      </w:r>
      <w:r>
        <w:t>zayyana lahum soo'a a'mālihim wallahu la yahdi al-qawma al-kafirin</w:t>
      </w:r>
    </w:p>
    <w:p>
      <w:pPr>
        <w:jc w:val="right"/>
      </w:pPr>
      <w:r>
        <w:t>زين لهم سوء أعمالهم والله لا يهدي القوم الكافرين</w:t>
      </w:r>
    </w:p>
    <w:p>
      <w:r>
        <w:rPr>
          <w:b/>
        </w:rPr>
        <w:t xml:space="preserve">[1:02:48] </w:t>
      </w:r>
      <w:r>
        <w:t>mahino ki ginti Allah ke nazdeek barah mahine hain Allah ki kitab mein jis din se us ne aasmano aur zameen ko paida kiya un mein se char hurmat walay hain yahi hai seedha deen pas un mein tum apne oopar zulm na karo aur mushrikon se sab mil kar lado jis tarah woh sab mil kar tum se ladte hain aur jaan lo ke Allah muttaqiyon ke sath hai mahino ka hata daina kufar mein aik izafa</w:t>
      </w:r>
    </w:p>
    <w:p>
      <w:pPr>
        <w:jc w:val="right"/>
      </w:pPr>
      <w:r>
        <w:t>مہینوں کی گنتی اللہ کے نزدیک بارہ مہینے ہیں اللہ کی کتاب میں جس دن سے اس نے آسمانوں اور زمین کو پیدا کیا ان میں سے چار حرمت والے ہیں یہی ہے سیدھا دین پس ان میں تم اپنے اوپر ظلم نہ کرو اور مشرکوں سے سب مل کر لڑو جس طرح وہ سب مل کر تم سے لڑتے ہیں اور جان لو کہ اللہ متقیوں کے ساتھ ہے مہینوں کا ہٹا دینا کفر میں ایک اضافہ</w:t>
      </w:r>
    </w:p>
    <w:p>
      <w:r>
        <w:rPr>
          <w:b/>
        </w:rPr>
        <w:t xml:space="preserve">[1:03:16] </w:t>
      </w:r>
      <w:r>
        <w:t>hai is se kufar karne walay gumrahi mein parhte hain woh kisi saal hurmat wala mahina halaal kar letay hain aur kisi saal us ko haram kar detay hain ta ke Allah ke haram kiye hue ki ginti poori kar ke us ke haram kiye hue ko halaal kar lein un ke buray a'maal un ke liye khushnuma bana diye gaye hain aur Allah inkar karne walon ko rasta nahi dikhata tashreeh: deeni ahkam par har shakhs alag alag bhi amal kar sakta</w:t>
      </w:r>
    </w:p>
    <w:p>
      <w:pPr>
        <w:jc w:val="right"/>
      </w:pPr>
      <w:r>
        <w:t>ہے اس سے کفر کرنے والے گمراہی میں پڑتے ہیں وہ کسی سال حرام مہینے کو حلال کر لیتے ہیں اور کسی سال اس کو حرام کر دیتے ہیں تاکہ خدا کے حرام کیے ہوئے کی گنتی پوری کر کے اس کے حرام کیے ہوئے کو حلال کر لیں ان کے برے اعمال ان کے لیے خوشنما بنا دیے گئے ہیں اور اللہ انکار کرنے والوں کو راستہ نہیں دکھاتا تشریح: دینی احکام پر ہر شخص الگ الگ بھی عمل کر سکتا</w:t>
      </w:r>
    </w:p>
    <w:p>
      <w:r>
        <w:rPr>
          <w:b/>
        </w:rPr>
        <w:t xml:space="preserve">[1:03:45] </w:t>
      </w:r>
      <w:r>
        <w:t>hai magar Allah taala ko yeh matloob hai ke tamam ahle iman aik sath in par amal karein ta ke un mein ijtimaiyat paida ho isi ijtimaiyat ke maqsad ko hasil karne ki khatir ibadat ki adaiygi ke liye mutayyan auqat aur tareekhein muqarrar ki gayi hain yeh tareekhein agar shamsi calendar ke aitbar se rakhi jayein to un ke zamanay mein yaksaaniyat aa jati mislan roza hamesha aik mosam mein aata aur hajj hamesha aik mosam</w:t>
      </w:r>
    </w:p>
    <w:p>
      <w:pPr>
        <w:jc w:val="right"/>
      </w:pPr>
      <w:r>
        <w:t>ہے مگر اللہ تعالی کو یہ مطلوب ہے کہ تمام اہل ایمان ایک ساتھ ان پر عمل کریں تاکہ ان میں اجتماعیت پیدا ہو اسی اجتماعیت کے مقصد کو حاصل کرنے کی خاطر عبادات کی ادائیگی کے لیے متعین اوقات اور تاریخیں مقرر کی گئی ہیں یہ تاریخیں اگر شمسی کیلنڈر کے اعتبار سے رکھی جائیں تو ان کے زمانے میں یکسانیت آ جاتی مثلا روزہ ہمیشہ ایک موسم میں آتا اور حج ہمیشہ ایک موسم</w:t>
      </w:r>
    </w:p>
    <w:p>
      <w:r>
        <w:rPr>
          <w:b/>
        </w:rPr>
        <w:t xml:space="preserve">[1:04:14] </w:t>
      </w:r>
      <w:r>
        <w:t>mein magar yeksaniyat admi ke andar jamood paida karti hai aur tabdeeli se nai quwwat amal bedar hoti</w:t>
      </w:r>
    </w:p>
    <w:p>
      <w:pPr>
        <w:jc w:val="right"/>
      </w:pPr>
      <w:r>
        <w:t>میں مگر یکسانیت آدمی کے اندر جمود پیدا کرتی ہے اور تبدیلی سے نئی قوت عمل بیدار ہوتی</w:t>
      </w:r>
    </w:p>
    <w:p>
      <w:r>
        <w:rPr>
          <w:b/>
        </w:rPr>
        <w:t xml:space="preserve">[1:04:21] </w:t>
      </w:r>
      <w:r>
        <w:t>hai is bina par deeni umoor ke ijtamai nizam ke liye chand ka qudrati calendar ikhtiyar kiya gaya</w:t>
      </w:r>
    </w:p>
    <w:p>
      <w:pPr>
        <w:jc w:val="right"/>
      </w:pPr>
      <w:r>
        <w:t>ہے اس بنا پر دینی امور کے اجتماعی نظام کے لیے چاند کا قدرتی کیلنڈر اختیار کیا گیا</w:t>
      </w:r>
    </w:p>
    <w:p>
      <w:r>
        <w:rPr>
          <w:b/>
        </w:rPr>
        <w:t xml:space="preserve">[1:04:28] </w:t>
      </w:r>
      <w:r>
        <w:t>isi usool ki wajah se haj ki tareekhein mukhtalif mousamon mein aati hain kabhi sardiyon mein aur kabhi</w:t>
      </w:r>
    </w:p>
    <w:p>
      <w:pPr>
        <w:jc w:val="right"/>
      </w:pPr>
      <w:r>
        <w:t>اسی اصول کی وجہ سے حج کی تاریخیں مختلف موسموں میں آتی ہیں کبھی سردیوں میں اور کبھی</w:t>
      </w:r>
    </w:p>
    <w:p>
      <w:r>
        <w:rPr>
          <w:b/>
        </w:rPr>
        <w:t xml:space="preserve">[1:04:34] </w:t>
      </w:r>
      <w:r>
        <w:t>garmiyon mein qadeem zamane mein jabke haj ka ijtima zabardast tijarti ahmiyat rakhta tha mukhtalif mousamon mein haj</w:t>
      </w:r>
    </w:p>
    <w:p>
      <w:pPr>
        <w:jc w:val="right"/>
      </w:pPr>
      <w:r>
        <w:t>گرمیوں میں قدیم زمانے میں جبکہ حج کا اجتماع زبردست تجارتی اہمیت رکھتا تھا مختلف موسموں میں حج</w:t>
      </w:r>
    </w:p>
    <w:p>
      <w:r>
        <w:rPr>
          <w:b/>
        </w:rPr>
        <w:t xml:space="preserve">[1:04:41] </w:t>
      </w:r>
      <w:r>
        <w:t>ka aana tijarti aitbar se muzir maloom hua ahl-e-arab ko deeni maslahaton ke muqable mein dunyawi maslahatein</w:t>
      </w:r>
    </w:p>
    <w:p>
      <w:pPr>
        <w:jc w:val="right"/>
      </w:pPr>
      <w:r>
        <w:t>کا آنا تجارتی اعتبار سے مضر معلوم ہوا اہل عرب کو دینی مصلحتوں کے مقابلے میں دنیاوی مصلحتیں</w:t>
      </w:r>
    </w:p>
    <w:p>
      <w:r>
        <w:rPr>
          <w:b/>
        </w:rPr>
        <w:t xml:space="preserve">[1:04:49] </w:t>
      </w:r>
      <w:r>
        <w:t>zyada ahim nazar aayin unhon ne chaha ke aisi surat ikhtiyar karein ke haj ki tareekhein hamesha ek</w:t>
      </w:r>
    </w:p>
    <w:p>
      <w:pPr>
        <w:jc w:val="right"/>
      </w:pPr>
      <w:r>
        <w:t>زیادہ اہم نظر آئیں انہوں نے چاہا کہ ایسی صورت اختیار کریں کہ حج کی تاریخیں ہمیشہ ایک</w:t>
      </w:r>
    </w:p>
    <w:p>
      <w:r>
        <w:rPr>
          <w:b/>
        </w:rPr>
        <w:t xml:space="preserve">[1:04:55] </w:t>
      </w:r>
      <w:r>
        <w:t>hi muwafiq mousam mein parein is mauqe par yahood o</w:t>
      </w:r>
    </w:p>
    <w:p>
      <w:pPr>
        <w:jc w:val="right"/>
      </w:pPr>
      <w:r>
        <w:t>ہی موافق موسم میں پڑیں اس موقع پر یہود و</w:t>
      </w:r>
    </w:p>
    <w:p>
      <w:r>
        <w:rPr>
          <w:b/>
        </w:rPr>
        <w:t xml:space="preserve">[1:04:59] </w:t>
      </w:r>
      <w:r>
        <w:t>nasara ka qabisa ka hisab un ke ilm mein aaya apni khwahishon ke aeen mutabiq hone ki wajah se woh un ko pasand aa gaya</w:t>
      </w:r>
    </w:p>
    <w:p>
      <w:pPr>
        <w:jc w:val="right"/>
      </w:pPr>
      <w:r>
        <w:t>نصاری کا قبیثہ کا حساب ان کے علم میں آیا اپنی خواہشوں کے عین مطابق ہونے کی وجہ سے وہ ان کو پسند آ گیا</w:t>
      </w:r>
    </w:p>
    <w:p>
      <w:r>
        <w:rPr>
          <w:b/>
        </w:rPr>
        <w:t xml:space="preserve">[1:05:07] </w:t>
      </w:r>
      <w:r>
        <w:t>aur unhon ne is ko apne yahan raaij kar liya yani mahinon ko hata kar ek ki jagah</w:t>
      </w:r>
    </w:p>
    <w:p>
      <w:pPr>
        <w:jc w:val="right"/>
      </w:pPr>
      <w:r>
        <w:t>اور انہوں نے اس کو اپنے یہاں رائج کر لیا یعنی مہینوں کو ہٹا کر ایک کی جگہ</w:t>
      </w:r>
    </w:p>
    <w:p>
      <w:r>
        <w:rPr>
          <w:b/>
        </w:rPr>
        <w:t xml:space="preserve">[1:05:12] </w:t>
      </w:r>
      <w:r>
        <w:t>doosre ko rakh dena misalan Muharram ko Safar ki jagah kar dena aur Safar ko Muharram ki jagah</w:t>
      </w:r>
    </w:p>
    <w:p>
      <w:pPr>
        <w:jc w:val="right"/>
      </w:pPr>
      <w:r>
        <w:t>دوسرے کو رکھ دینا مثلا محرم کو سفر کی جگہ کر دینا اور سفر کو محرم کی جگہ</w:t>
      </w:r>
    </w:p>
    <w:p>
      <w:r>
        <w:rPr>
          <w:b/>
        </w:rPr>
        <w:t xml:space="preserve">[1:05:19] </w:t>
      </w:r>
      <w:r>
        <w:t>Nasi' ke is tareeqe se ahl-e-arab ko do faide hue ek yeh ke haj ke mousam ko</w:t>
      </w:r>
    </w:p>
    <w:p>
      <w:pPr>
        <w:jc w:val="right"/>
      </w:pPr>
      <w:r>
        <w:t>نزئی کے اس طریقے سے اہل عرب کو دو فائدے ہوئے ایک یہ کہ حج کے موسم کو</w:t>
      </w:r>
    </w:p>
    <w:p>
      <w:r>
        <w:rPr>
          <w:b/>
        </w:rPr>
        <w:t xml:space="preserve">[1:05:24] </w:t>
      </w:r>
      <w:r>
        <w:t>tijarti taqaze ke mutabiq kar lena doosre yeh ke haram mahinon misalan Muharram, Rajab, Zilhajjah, Zilhajjah mein kisi</w:t>
      </w:r>
    </w:p>
    <w:p>
      <w:pPr>
        <w:jc w:val="right"/>
      </w:pPr>
      <w:r>
        <w:t>تجارتی تقاضے کے مطابق کر لینا دوسرے یہ کہ حرام مہینوں مثلا محرم، رجب، ذوالقعدہ، ذوالحجہ میں کسی</w:t>
      </w:r>
    </w:p>
    <w:p>
      <w:r>
        <w:rPr>
          <w:b/>
        </w:rPr>
        <w:t xml:space="preserve">[1:05:32] </w:t>
      </w:r>
      <w:r>
        <w:t>ke khilaf ladai chhedna ho to haram mahine ki jagah ghair haram mahina rakh kar ladai ko jaiz</w:t>
      </w:r>
    </w:p>
    <w:p>
      <w:pPr>
        <w:jc w:val="right"/>
      </w:pPr>
      <w:r>
        <w:t>کے خلاف لڑائی چھیڑنا ہو تو حرام مہینے کی جگہ غیر حرام مہینہ رکھ کر لڑائی کو جائز</w:t>
      </w:r>
    </w:p>
    <w:p>
      <w:r>
        <w:rPr>
          <w:b/>
        </w:rPr>
        <w:t xml:space="preserve">[1:05:37] </w:t>
      </w:r>
      <w:r>
        <w:t>kar lena ahl-e-arab ke samne Hazrat Ibrahim (AS) ka tareeqa bhi tha magar un ke zehan</w:t>
      </w:r>
    </w:p>
    <w:p>
      <w:pPr>
        <w:jc w:val="right"/>
      </w:pPr>
      <w:r>
        <w:t>کر لینا اہل عرب کے سامنے حضرت ابراہیم علیہ السلام کا طریقہ بھی تھا مگر ان کے ذہن</w:t>
      </w:r>
    </w:p>
    <w:p>
      <w:r>
        <w:rPr>
          <w:b/>
        </w:rPr>
        <w:t xml:space="preserve">[1:05:43] </w:t>
      </w:r>
      <w:r>
        <w:t>par chuke tijarti maqasid aur qabaili taqazon ka ghalba tha is liye un ko Nasi' ka tareeqa zyada</w:t>
      </w:r>
    </w:p>
    <w:p>
      <w:pPr>
        <w:jc w:val="right"/>
      </w:pPr>
      <w:r>
        <w:t>پر چونکہ تجارتی مقاصد اور قبائلی تقاضوں کا غلبہ تھا اس لیے ان کو نزئی کا طریقہ زیادہ</w:t>
      </w:r>
    </w:p>
    <w:p>
      <w:r>
        <w:rPr>
          <w:b/>
        </w:rPr>
        <w:t xml:space="preserve">[1:05:49] </w:t>
      </w:r>
      <w:r>
        <w:t>acha maloom hua</w:t>
      </w:r>
    </w:p>
    <w:p>
      <w:pPr>
        <w:jc w:val="right"/>
      </w:pPr>
      <w:r>
        <w:t>اچھا معلوم ہوا</w:t>
      </w:r>
    </w:p>
    <w:p>
      <w:r>
        <w:rPr>
          <w:b/>
        </w:rPr>
        <w:t xml:space="preserve">[1:05:51] </w:t>
      </w:r>
      <w:r>
        <w:t>aur unhon ne apne mamlat ke liye is ko ikhtiyar kar liya tum bhi mil kar lado jis</w:t>
      </w:r>
    </w:p>
    <w:p>
      <w:pPr>
        <w:jc w:val="right"/>
      </w:pPr>
      <w:r>
        <w:t>اور انہوں نے اپنے معاملات کے لیے اس کو اختیار کر لیا تم بھی مل کر لڑو جس</w:t>
      </w:r>
    </w:p>
    <w:p>
      <w:r>
        <w:rPr>
          <w:b/>
        </w:rPr>
        <w:t xml:space="preserve">[1:05:57] </w:t>
      </w:r>
      <w:r>
        <w:t>tarah woh mil kar ladte hain is ka matlab yeh hai ke kuffar log Khuda se bekhaufi</w:t>
      </w:r>
    </w:p>
    <w:p>
      <w:pPr>
        <w:jc w:val="right"/>
      </w:pPr>
      <w:r>
        <w:t>طرح وہ مل کر لڑتے ہیں اس کا مطلب یہ ہے کہ کافر لوگ خدا سے بے خوفی</w:t>
      </w:r>
    </w:p>
    <w:p>
      <w:r>
        <w:rPr>
          <w:b/>
        </w:rPr>
        <w:t xml:space="preserve">[1:06:02] </w:t>
      </w:r>
      <w:r>
        <w:t>par muttahid ho jate hain tum Khuda se khauf yani taqwa par muttahid ho jao woh manfi maqasid</w:t>
      </w:r>
    </w:p>
    <w:p>
      <w:pPr>
        <w:jc w:val="right"/>
      </w:pPr>
      <w:r>
        <w:t>پر متحد ہو جاتے ہیں تم خدا سے خوف یعنی تقوی پر متحد ہو جاؤ وہ منفی مقاصد</w:t>
      </w:r>
    </w:p>
    <w:p>
      <w:r>
        <w:rPr>
          <w:b/>
        </w:rPr>
        <w:t xml:space="preserve">[1:06:08] </w:t>
      </w:r>
      <w:r>
        <w:t>ke liye baham jud jatay hain tum musbat maqsad ke liye aapas mein jud jao woh dunya ki</w:t>
      </w:r>
    </w:p>
    <w:p>
      <w:pPr>
        <w:jc w:val="right"/>
      </w:pPr>
      <w:r>
        <w:t>کے لیے باہم جڑ جاتے ہیں تم مثبت مقصد کے لیے آپس میں جڑ جاؤ وہ دنیا کی</w:t>
      </w:r>
    </w:p>
    <w:p>
      <w:r>
        <w:rPr>
          <w:b/>
        </w:rPr>
        <w:t xml:space="preserve">[1:06:14] </w:t>
      </w:r>
      <w:r>
        <w:t>khatir aik ho jatay hain tum akhirat ki khatir aik ho jao</w:t>
      </w:r>
    </w:p>
    <w:p>
      <w:pPr>
        <w:jc w:val="right"/>
      </w:pPr>
      <w:r>
        <w:t>خاطر ایک ہو جاتے ہیں تم آخرت کی خاطر ایک ہو جاؤ</w:t>
      </w:r>
    </w:p>
    <w:p>
      <w:r>
        <w:rPr>
          <w:b/>
        </w:rPr>
        <w:t xml:space="preserve">[1:06:22] </w:t>
      </w:r>
      <w:r>
        <w:t>ya ayyuhallatheena amanoo ma lakum itha qeela lakum infiroo fi sabeelillahi ithā qultum ila al-ardi aradaytum bil-hayati ad-dunya min al-akhirah</w:t>
      </w:r>
    </w:p>
    <w:p>
      <w:pPr>
        <w:jc w:val="right"/>
      </w:pPr>
      <w:r>
        <w:t>يا أيها الذين آمنوا ما لكم إذا قيل لكم انفروا في سبيل الله إذا قلتم إلى الأرض أرضيتم بالحياة الدنيا من الآخرة</w:t>
      </w:r>
    </w:p>
    <w:p>
      <w:r>
        <w:rPr>
          <w:b/>
        </w:rPr>
        <w:t xml:space="preserve">[1:06:41] </w:t>
      </w:r>
      <w:r>
        <w:t>fama mata'u al-hayati ad-dunya fi al-akhirati illa qaleelun illa tanfiroo yu'adhdhibkum 'adhaban aleeman wa yastabdil qawman ghayrakum wa la tadurroohu shay'an</w:t>
      </w:r>
    </w:p>
    <w:p>
      <w:pPr>
        <w:jc w:val="right"/>
      </w:pPr>
      <w:r>
        <w:t>فما متاع الحياة الدنيا في الآخرة إلا قليل إلا تنفروا يعذبكم عذابا أليما ويستبدل قوما غيركم ولا تضروه شيئا</w:t>
      </w:r>
    </w:p>
    <w:p>
      <w:r>
        <w:rPr>
          <w:b/>
        </w:rPr>
        <w:t xml:space="preserve">[1:07:02] </w:t>
      </w:r>
      <w:r>
        <w:t>wallahu 'ala kulli shay'in qadeerun illa tansuroohu faqad nasarahu Allahu ith akhrajahu allatheena kafaroo thaniya ithnayn ith huma fil-ghar</w:t>
      </w:r>
    </w:p>
    <w:p>
      <w:pPr>
        <w:jc w:val="right"/>
      </w:pPr>
      <w:r>
        <w:t>والله على كل شيء قدير إلا تنصروه فقد نصره الله إذ أخرجه الذين كفروا ثاني اثنين إذ هما في الغار</w:t>
      </w:r>
    </w:p>
    <w:p>
      <w:r>
        <w:rPr>
          <w:b/>
        </w:rPr>
        <w:t xml:space="preserve">[1:07:21] </w:t>
      </w:r>
      <w:r>
        <w:t>ith huma fil-ghar ith yaqoolu lisahibihi la tahzan innAllaha ma'ana fa anzala Allahu sakeenatahu 'alayhi wa ayyadahu bijunoodin lam tarawha wa ja'ala kalimata allatheena kafaroo as-sufla</w:t>
      </w:r>
    </w:p>
    <w:p>
      <w:pPr>
        <w:jc w:val="right"/>
      </w:pPr>
      <w:r>
        <w:t>إذ هما في الغار إذ يقول لصاحبه لا تحزن إن الله معنا فأنزل الله سكينته عليه وأيده بجنود لم تروها وجعل كلمة الذين كفروا السفلى</w:t>
      </w:r>
    </w:p>
    <w:p>
      <w:r>
        <w:rPr>
          <w:b/>
        </w:rPr>
        <w:t xml:space="preserve">[1:07:44] </w:t>
      </w:r>
      <w:r>
        <w:t>wa kalimatu Allahi hiya al-'ulya wallahu 'azeezun hakeem</w:t>
      </w:r>
    </w:p>
    <w:p>
      <w:pPr>
        <w:jc w:val="right"/>
      </w:pPr>
      <w:r>
        <w:t>وكلمة الله هي العليا والله عزيز حكيم</w:t>
      </w:r>
    </w:p>
    <w:p>
      <w:r>
        <w:rPr>
          <w:b/>
        </w:rPr>
        <w:t xml:space="preserve">[1:07:53] </w:t>
      </w:r>
      <w:r>
        <w:t>ae iman walon! tum ko kya ho gaya hai ke jab tum se kaha jata hai ke Allah ki rah mein niklo to tum zameen se lag jatay ho? Kya tum akhirat ke muqablay mein dunya ki zindagi par razi ho gaye?</w:t>
      </w:r>
    </w:p>
    <w:p>
      <w:pPr>
        <w:jc w:val="right"/>
      </w:pPr>
      <w:r>
        <w:t>اے ایمان والو! تم کو کیا ہو گیا ہے کہ جب تم سے کہا جاتا ہے کہ اللہ کی راہ میں نکلو تو تم زمین سے لگ جاتے ہو؟ کیا تم آخرت کے مقابلے میں دنیا کی زندگی پر راضی ہو گئے؟</w:t>
      </w:r>
    </w:p>
    <w:p>
      <w:r>
        <w:rPr>
          <w:b/>
        </w:rPr>
        <w:t xml:space="preserve">[1:08:06] </w:t>
      </w:r>
      <w:r>
        <w:t>akhirat ke muqablay mein dunya ki zindagi ka saman to bohat thora hai. Agar tum na nikloge to Khuda tum ko dardnak saza de ga aur tumhari jagah woh doosri qaum ko le aaye ga aur tum Khuda ka kuch bhi na bigar sako ge.</w:t>
      </w:r>
    </w:p>
    <w:p>
      <w:pPr>
        <w:jc w:val="right"/>
      </w:pPr>
      <w:r>
        <w:t>آخرت کے مقابلے میں دنیا کی زندگی کا سامان تو بہت تھوڑا ہے۔ اگر تم نہ نکلو گے تو خدا تم کو دردناک سزا دے گا اور تمہاری جگہ وہ دوسری قوم کو لے آئے گا اور تم خدا کا کچھ بھی نہ بگاڑ سکو گے۔</w:t>
      </w:r>
    </w:p>
    <w:p>
      <w:r>
        <w:rPr>
          <w:b/>
        </w:rPr>
        <w:t xml:space="preserve">[1:08:20] </w:t>
      </w:r>
      <w:r>
        <w:t>aur Khuda har cheez par qadir hai. Agar tum Rasool ki madad na karoge to Allah khud is ki madad kar chuka hai jabke munkiron ne us ko nikal diya tha.</w:t>
      </w:r>
    </w:p>
    <w:p>
      <w:pPr>
        <w:jc w:val="right"/>
      </w:pPr>
      <w:r>
        <w:t>اور خدا ہر چیز پر قادر ہے۔ اگر تم رسول کی مدد نہ کرو گے تو اللہ خود اس کی مدد کر چکا ہے جبکہ منکروں نے اس کو نکال دیا تھا۔</w:t>
      </w:r>
    </w:p>
    <w:p>
      <w:r>
        <w:rPr>
          <w:b/>
        </w:rPr>
        <w:t xml:space="preserve">[1:08:31] </w:t>
      </w:r>
      <w:r>
        <w:t>woh sirf do mein ka doosra tha jab woh dono ghar mein thay. jab woh apne saathi se keh raha tha ke gham na karo, Allah hamare saath hai.</w:t>
      </w:r>
    </w:p>
    <w:p>
      <w:pPr>
        <w:jc w:val="right"/>
      </w:pPr>
      <w:r>
        <w:t>وہ صرف دو میں کا دوسرا تھا جب وہ دونوں غار میں تھے۔ جب وہ اپنے ساتھی سے کہہ رہا تھا کہ غم نہ کرو، اللہ ہمارے ساتھ ہے۔</w:t>
      </w:r>
    </w:p>
    <w:p>
      <w:r>
        <w:rPr>
          <w:b/>
        </w:rPr>
        <w:t xml:space="preserve">[1:08:41] </w:t>
      </w:r>
      <w:r>
        <w:t>pas Allah ne us par apni sakinat nazil farmai aur us ki madad aise lashkaroon se ki jo tum ko nazar na aate</w:t>
      </w:r>
    </w:p>
    <w:p>
      <w:pPr>
        <w:jc w:val="right"/>
      </w:pPr>
      <w:r>
        <w:t>پس اللہ نے اس پر اپنی سکینت نازل فرمائی اور اس کی مدد ایسے لشکروں سے کی جو تم کو نظر نہ آتے</w:t>
      </w:r>
    </w:p>
    <w:p>
      <w:r>
        <w:rPr>
          <w:b/>
        </w:rPr>
        <w:t xml:space="preserve">[1:08:49] </w:t>
      </w:r>
      <w:r>
        <w:t>the. aur Allah ne munkiron ki baat nechi kar di. aur Allah hi ki baat to oonchi hai. aur Allah zabardast hai. hikmat wala hai.</w:t>
      </w:r>
    </w:p>
    <w:p>
      <w:pPr>
        <w:jc w:val="right"/>
      </w:pPr>
      <w:r>
        <w:t>تھے۔ اور اللہ نے منکروں کی بات نیچی کر دی۔ اور اللہ ہی کی بات تو اونچی ہے۔ اور اللہ زبردست ہے۔ حکمت والا ہے۔</w:t>
      </w:r>
    </w:p>
    <w:p>
      <w:r>
        <w:rPr>
          <w:b/>
        </w:rPr>
        <w:t xml:space="preserve">[1:08:59] </w:t>
      </w:r>
      <w:r>
        <w:t>tashreeh: yeh aayatein ghazwa tabook nau hijri ke zail mein utrin. is mauqe par madine ke munafiqeen ki taraf se jo amal zahir hua us se andaza hota hai ke kamzor iman wale log jab kisi islami moashre mein dakhil ho jate hain to nazuk mauqe par un ka kirdaar kya hota hai.</w:t>
      </w:r>
    </w:p>
    <w:p>
      <w:pPr>
        <w:jc w:val="right"/>
      </w:pPr>
      <w:r>
        <w:t>تشریح: یہ آیتیں غزوہ تبوک نو ہجری کے ذیل میں اتریں۔ اس موقع پر مدینے کے منافقین کی طرف سے جو عمل ظاہر ہوا اس سے اندازہ ہوتا ہے کہ کمزور ایمان والے لوگ جب کسی اسلامی معاشرے میں داخل ہو جاتے ہیں تو نازک مواقعوں پر ان کا کردار کیا ہوتا ہے۔</w:t>
      </w:r>
    </w:p>
    <w:p>
      <w:r>
        <w:rPr>
          <w:b/>
        </w:rPr>
        <w:t xml:space="preserve">[1:09:18] </w:t>
      </w:r>
      <w:r>
        <w:t>asal yeh hai ke Islam se ta'alluq ke do darje hain. ek yeh ke isi se aadmi ki tamam wafadariyan wabasta ho jayen. woh aadmi ke liye zindagi o maut ka masla ban jaye.</w:t>
      </w:r>
    </w:p>
    <w:p>
      <w:pPr>
        <w:jc w:val="right"/>
      </w:pPr>
      <w:r>
        <w:t>اصل یہ ہے کہ اسلام سے تعلق کے دو درجے ہیں۔ ایک یہ کہ اسی سے آدمی کی تمام وفاداریاں وابستہ ہو جائیں۔ وہ آدمی کے لیے زندگی و موت کا مسئلہ بن جائے۔</w:t>
      </w:r>
    </w:p>
    <w:p>
      <w:r>
        <w:rPr>
          <w:b/>
        </w:rPr>
        <w:t xml:space="preserve">[1:09:29] </w:t>
      </w:r>
      <w:r>
        <w:t>doosre yeh ke aadmi ki haqeeqi dilchaspiyan to kahin aur atki hui hon</w:t>
      </w:r>
    </w:p>
    <w:p>
      <w:pPr>
        <w:jc w:val="right"/>
      </w:pPr>
      <w:r>
        <w:t>دوسرے یہ کہ آدمی کی حقیقی دلچسپیاں تو کہیں اور اٹکی ہوئی ہوں</w:t>
      </w:r>
    </w:p>
    <w:p>
      <w:r>
        <w:rPr>
          <w:b/>
        </w:rPr>
        <w:t xml:space="preserve">[1:09:34] </w:t>
      </w:r>
      <w:r>
        <w:t>aur oopri taur par woh Islam ka iqrar kar le. pehli qism ke log sachche momin hain aur doosri qism ke log woh hain jin ko shariat ki istilaah mein munafiq kaha gaya hai.</w:t>
      </w:r>
    </w:p>
    <w:p>
      <w:pPr>
        <w:jc w:val="right"/>
      </w:pPr>
      <w:r>
        <w:t>اور اوپری طور پر وہ اسلام کا اقرار کر لے۔ پہلی قسم کے لوگ سچے مومن ہیں اور دوسری قسم کے لوگ وہ ہیں جن کو شریعت کی اصطلاح میں منافق کہا گیا ہے۔</w:t>
      </w:r>
    </w:p>
    <w:p>
      <w:r>
        <w:rPr>
          <w:b/>
        </w:rPr>
        <w:t xml:space="preserve">[1:09:45] </w:t>
      </w:r>
      <w:r>
        <w:t>momin ka haal yeh hota hai ke aam halaat mein bhi woh Islam ko pakde hue hota hai aur qurbani ke lamhaat mein bhi woh poori tarah us par qaim rehta hai.</w:t>
      </w:r>
    </w:p>
    <w:p>
      <w:pPr>
        <w:jc w:val="right"/>
      </w:pPr>
      <w:r>
        <w:t>مومن کا حال یہ ہوتا ہے کہ عام حالات میں بھی وہ اسلام کو پکڑے ہوئے ہوتا ہے اور قربانی کے لمحات میں بھی وہ پوری طرح اس پر قائم رہتا ہے۔</w:t>
      </w:r>
    </w:p>
    <w:p>
      <w:r>
        <w:rPr>
          <w:b/>
        </w:rPr>
        <w:t xml:space="preserve">[1:09:55] </w:t>
      </w:r>
      <w:r>
        <w:t>is ke bar aks munafiq ka haal yeh hota hai ke woh be-zarrar islami ya numaishee deen daari mein to bohat aage dikhai deta hai magar jab qurbani ki satah par Islam ke taqazon ko ikhtiyar karna ho to woh peechhe hat jata hai.</w:t>
      </w:r>
    </w:p>
    <w:p>
      <w:pPr>
        <w:jc w:val="right"/>
      </w:pPr>
      <w:r>
        <w:t>اس کے برعکس منافق کا حال یہ ہوتا ہے کہ وہ بے ضرر اسلامی یا نمائشی دین داری میں تو بہت آگے دکھائی دیتا ہے مگر جب قربانی کی سطح پر اسلام کے تقاضوں کو اختیار کرنا ہو تو وہ پیچھے ہٹ جاتا ہے۔</w:t>
      </w:r>
    </w:p>
    <w:p>
      <w:r>
        <w:rPr>
          <w:b/>
        </w:rPr>
        <w:t xml:space="preserve">[1:10:09] </w:t>
      </w:r>
      <w:r>
        <w:t>is farq ki wajah yeh hai ke momin ke samne aslan akhirat hoti hai aur munafiq ke samne aslan dunya. momin akhirat ki be paya nematon ke muqable mein dunya ki koi qeemat nahi samajhta.</w:t>
      </w:r>
    </w:p>
    <w:p>
      <w:pPr>
        <w:jc w:val="right"/>
      </w:pPr>
      <w:r>
        <w:t>اس فرق کی وجہ یہ ہے کہ مومن کے سامنے اصلًا آخرت ہوتی ہے اور منافق کے سامنے اصلًا دنیا۔ مومن آخرت کی بے پایا نعمتوں کے مقابلے میں دنیا کی کوئی قیمت نہیں سمجھتا۔</w:t>
      </w:r>
    </w:p>
    <w:p>
      <w:r>
        <w:rPr>
          <w:b/>
        </w:rPr>
        <w:t xml:space="preserve">[1:10:23] </w:t>
      </w:r>
      <w:r>
        <w:t>is liye jab bhi dunya ki cheezon mein se koi cheez us ke raaste mein haail ho to woh us ko nazar andaz kar ke deen ki taraf badh jata hai. is ke bar aks munafiq aise Islam ko pasand karta hai jis mein dunya ko bigare baghair Islamiyat ka credit mil raha ho.</w:t>
      </w:r>
    </w:p>
    <w:p>
      <w:pPr>
        <w:jc w:val="right"/>
      </w:pPr>
      <w:r>
        <w:t>اس لیے جب بھی دنیا کی چیزوں میں سے کوئی چیز اس کے راستے میں حائل ہو تو وہ اس کو نظر انداز کر کے دین کی طرف بڑھ جاتا ہے۔ اس کے برعکس منافق ایسے اسلام کو پسند کرتا ہے جس میں دنیا کو بگاڑے بغیر اسلامیت کا کریڈٹ مل رہا ہو۔</w:t>
      </w:r>
    </w:p>
    <w:p>
      <w:r>
        <w:rPr>
          <w:b/>
        </w:rPr>
        <w:t xml:space="preserve">[1:10:39] </w:t>
      </w:r>
      <w:r>
        <w:t>is liye jab aisa mauqa aata hai ke dunya ko kho kar Islam ko pana ho to woh dunya ki taraf jhuk jata hai khwah us ke nateejay mein Islam ki rassi us ke haath se nikal jaye.</w:t>
      </w:r>
    </w:p>
    <w:p>
      <w:pPr>
        <w:jc w:val="right"/>
      </w:pPr>
      <w:r>
        <w:t>اس لیے جب ایسا موقع آتا ہے کہ دنیا کو کھو کر اسلام کو پانا ہو تو وہ دنیا کی طرف جھک جاتا ہے خواہ اس کے نتیجے میں اسلام کی رسی اس کے ہاتھ سے نکل جائے۔</w:t>
      </w:r>
    </w:p>
    <w:p>
      <w:r>
        <w:rPr>
          <w:b/>
        </w:rPr>
        <w:t xml:space="preserve">[1:10:51] </w:t>
      </w:r>
      <w:r>
        <w:t>Islam aur ghair Islam ki kashmakash ke jo lamhaat maujooda dunya mein aate hain woh bazahir dekhne walon ko agarche do insani girohon ki kashmakash dikhai deti hai m</w:t>
      </w:r>
    </w:p>
    <w:p>
      <w:pPr>
        <w:jc w:val="right"/>
      </w:pPr>
      <w:r>
        <w:t>اسلام اور غیر اسلام کی کشمکش کے جو لمحات موجودہ دنیا میں آتے ہیں وہ بظاہر دیکھنے والوں کو اگرچہ دو انسانی گروہوں کی کشمکش دکھائی دیتی ہے م</w:t>
      </w:r>
    </w:p>
    <w:p>
      <w:r>
        <w:rPr>
          <w:b/>
        </w:rPr>
        <w:t xml:space="preserve">[1:11:02] </w:t>
      </w:r>
      <w:r>
        <w:t>gar apni haqeeqat ke aitbar se yeh khudai muamla hota hai. aise har mauqe par khud Khuda Islam ki taraf se khada hota hai. aise kisi waqe ko asbab ke roop mein is liye zahir kiya jata hai taake un logon ko khidmat deen ka credit diya jaye jo apne aap ko poori tarah Khuda ke hawaale kar chuke hain.</w:t>
      </w:r>
    </w:p>
    <w:p>
      <w:pPr>
        <w:jc w:val="right"/>
      </w:pPr>
      <w:r>
        <w:t>گر اپنی حقیقت کے اعتبار سے یہ خدائی معاملہ ہوتا ہے۔ ایسے ہر مواقع پر خود خدا اسلام کی طرف سے کھڑا ہوتا ہے۔ ایسے کسی واقعے کو اسباب کے روپ میں اس لیے ظاہر کیا جاتا ہے تاکہ ان لوگوں کو خدمت دین کا کریڈٹ دیا جائے جو اپنے آپ کو پوری طرح خدا کے حوالے کر چکے ہیں۔</w:t>
      </w:r>
    </w:p>
    <w:p>
      <w:r>
        <w:rPr>
          <w:b/>
        </w:rPr>
        <w:t xml:space="preserve">[1:11:25] </w:t>
      </w:r>
      <w:r>
        <w:t>انفروا خفافا وثقالا وجاهدوا بأموالكم وأنفسكم في سبيل الله ذلكم خير لكم إن كنتم تعلمون</w:t>
      </w:r>
    </w:p>
    <w:p>
      <w:pPr>
        <w:jc w:val="right"/>
      </w:pPr>
      <w:r>
        <w:t>انفروا خفافا وثقالا وجاهدوا بأموالكم وأنفسكم في سبيل الله ذلكم خير لكم إن كنتم تعلمون</w:t>
      </w:r>
    </w:p>
    <w:p>
      <w:r>
        <w:rPr>
          <w:b/>
        </w:rPr>
        <w:t xml:space="preserve">[1:11:44] </w:t>
      </w:r>
      <w:r>
        <w:t>لو كان عرضا قريبا وسفرا قاصدا لاتبعوك ولكن بعدت عليهم الشقة وسيحلفون بالله لو استطعنا لخرجنا معكم يهلكون</w:t>
      </w:r>
    </w:p>
    <w:p>
      <w:pPr>
        <w:jc w:val="right"/>
      </w:pPr>
      <w:r>
        <w:t>لو كان عرضا قريبا وسفرا قاصدا لاتبعوك ولكن بعدت عليهم الشقة وسيحلفون بالله لو استطعنا لخرجنا معكم يهلكون</w:t>
      </w:r>
    </w:p>
    <w:p>
      <w:r>
        <w:rPr>
          <w:b/>
        </w:rPr>
        <w:t xml:space="preserve">[1:12:04] </w:t>
      </w:r>
      <w:r>
        <w:t>أنفسهم والله يعلم إنهم لكاذبون</w:t>
      </w:r>
    </w:p>
    <w:p>
      <w:pPr>
        <w:jc w:val="right"/>
      </w:pPr>
      <w:r>
        <w:t>أنفسهم والله يعلم إنهم لكاذبون</w:t>
      </w:r>
    </w:p>
    <w:p>
      <w:r>
        <w:rPr>
          <w:b/>
        </w:rPr>
        <w:t xml:space="preserve">[1:12:13] </w:t>
      </w:r>
      <w:r>
        <w:t>halke aur boojhal aur apne maal aur apni jaan se Allah ki raah mein jihad karo yeh tumhare liye behtar hai agar tum jano.</w:t>
      </w:r>
    </w:p>
    <w:p>
      <w:pPr>
        <w:jc w:val="right"/>
      </w:pPr>
      <w:r>
        <w:t>ہلکے اور بوجھل اور اپنے مال اور اپنی جان سے اللہ کی راہ میں جہاد کرو یہ تمہارے لیے بہتر ہے اگر تم جانو۔</w:t>
      </w:r>
    </w:p>
    <w:p>
      <w:r>
        <w:rPr>
          <w:b/>
        </w:rPr>
        <w:t xml:space="preserve">[1:12:22] </w:t>
      </w:r>
      <w:r>
        <w:t>agar nafa qareeb hota aur safar halka hota to woh zaroor tumhare peechhe ho lete magar yeh manzilein un par kathan ho gayin.</w:t>
      </w:r>
    </w:p>
    <w:p>
      <w:pPr>
        <w:jc w:val="right"/>
      </w:pPr>
      <w:r>
        <w:t>اگر نفع قریب ہوتا اور سفر ہلکا ہوتا تو وہ ضرور تمہارے پیچھے ہو لیتے مگر یہ منزلیں ان پر کٹھن ہو گئیں۔</w:t>
      </w:r>
    </w:p>
    <w:p>
      <w:r>
        <w:rPr>
          <w:b/>
        </w:rPr>
        <w:t xml:space="preserve">[1:12:32] </w:t>
      </w:r>
      <w:r>
        <w:t>ab woh qasmein khayenge ke agar hum se ho sakta to hum zaroor tumhare saath chalte.</w:t>
      </w:r>
    </w:p>
    <w:p>
      <w:pPr>
        <w:jc w:val="right"/>
      </w:pPr>
      <w:r>
        <w:t>اب وہ قسمیں کھائیں گے کہ اگر ہم سے ہو سکتا تو ہم ضرور تمہارے ساتھ چلتے۔</w:t>
      </w:r>
    </w:p>
    <w:p>
      <w:r>
        <w:rPr>
          <w:b/>
        </w:rPr>
        <w:t xml:space="preserve">[1:12:38] </w:t>
      </w:r>
      <w:r>
        <w:t>woh apne aap ko halakat mein daal rahe hain aur Allah janta hai ke yeh log yaqeenan jhoote hain. tashreeh: madine ke munafiqeen mein ek tabqa woh tha jo kamzor aqeeday ke musalman thay.</w:t>
      </w:r>
    </w:p>
    <w:p>
      <w:pPr>
        <w:jc w:val="right"/>
      </w:pPr>
      <w:r>
        <w:t>وہ اپنے آپ کو ہلاکت میں ڈال رہے ہیں اور اللہ جانتا ہے کہ یہ لوگ یقینا جھوٹے ہیں۔ تشریح: مدینے کے منافقین میں ایک طبقہ وہ تھا جو کمزور عقیدے کے مسلمان تھے۔</w:t>
      </w:r>
    </w:p>
    <w:p>
      <w:r>
        <w:rPr>
          <w:b/>
        </w:rPr>
        <w:t xml:space="preserve">[1:12:53] </w:t>
      </w:r>
      <w:r>
        <w:t>unhon ne Islam ko haq samajh kar us ka iqrar kiya tha. woh Islam ki un taleemat par amal karte thay jo un ki dunyaavi maslahaton ke khilaaf na hon.</w:t>
      </w:r>
    </w:p>
    <w:p>
      <w:pPr>
        <w:jc w:val="right"/>
      </w:pPr>
      <w:r>
        <w:t>انہوں نے اسلام کو حق سمجھ کر اس کا اقرار کیا تھا۔ وہ اسلام کی ان تعلیمات پر عمل کرتے تھے جو ان کی دنیاوی مصلحتوں کے خلاف نہ ہوں۔</w:t>
      </w:r>
    </w:p>
    <w:p>
      <w:r>
        <w:rPr>
          <w:b/>
        </w:rPr>
        <w:t xml:space="preserve">[1:13:02] </w:t>
      </w:r>
      <w:r>
        <w:t>magar jab Islam ka taqaza un ke dunyaavi taqazon se takrata to aise mauqe par woh islami taqaze</w:t>
      </w:r>
    </w:p>
    <w:p>
      <w:pPr>
        <w:jc w:val="right"/>
      </w:pPr>
      <w:r>
        <w:t>مگر جب اسلام کا تقاضا ان کے دنیاوی تقاضوں سے ٹکراتا تو ایسے مواقع پر وہ اسلامی تقاضے</w:t>
      </w:r>
    </w:p>
    <w:p>
      <w:r>
        <w:rPr>
          <w:b/>
        </w:rPr>
        <w:t xml:space="preserve">[1:13:08] </w:t>
      </w:r>
      <w:r>
        <w:t>ko chhod kar apne dunyaavi taqaze ko pakad lete. madine ke moashre mein momin us shakhs ka naam tha jo qurbani ki satah par Islam ko ikhtiyar kiye hue ho aur munafiq woh tha jo Islam ki khatir qurbani ki had tak jaane ke liye tayyar na ho.</w:t>
      </w:r>
    </w:p>
    <w:p>
      <w:pPr>
        <w:jc w:val="right"/>
      </w:pPr>
      <w:r>
        <w:t>کو چھوڑ کر اپنے دنیاوی تقاضے کو پکڑ لیتے۔ مدینے کے معاشرے میں مومن اس شخص کا نام تھا جو قربانی کی سطح پر اسلام کو اختیار کیے ہوئے ہو اور منافق وہ تھا جو اسلام کی خاطر قربانی کی حد تک جانے کے لیے تیار نہ ہو۔</w:t>
      </w:r>
    </w:p>
    <w:p>
      <w:r>
        <w:rPr>
          <w:b/>
        </w:rPr>
        <w:t xml:space="preserve">[1:13:25] </w:t>
      </w:r>
      <w:r>
        <w:t>tabook ka mamla ek alamati tasweer hai jis se maloom hota hai ke Khuda ki nazar mein momin kaun hota hai aur munafiq kaun.</w:t>
      </w:r>
    </w:p>
    <w:p>
      <w:pPr>
        <w:jc w:val="right"/>
      </w:pPr>
      <w:r>
        <w:t>تبوک کا معاملہ ایک علامتی تصویر ہے جس سے معلوم ہوتا ہے کہ خدا کی نظر میں مومن کون ہوتا ہے اور منافق کون۔</w:t>
      </w:r>
    </w:p>
    <w:p>
      <w:r>
        <w:rPr>
          <w:b/>
        </w:rPr>
        <w:t xml:space="preserve">[1:13:34] </w:t>
      </w:r>
      <w:r>
        <w:t>is mauqa par room jaisi bari aur munazzam taqat se muqable ke liye nikalna tha.</w:t>
      </w:r>
    </w:p>
    <w:p>
      <w:pPr>
        <w:jc w:val="right"/>
      </w:pPr>
      <w:r>
        <w:t>اس موقع پر روم جیسی بڑی اور منظم طاقت سے مقابلے کے لیے نکلنا تھا۔</w:t>
      </w:r>
    </w:p>
    <w:p>
      <w:r>
        <w:rPr>
          <w:b/>
        </w:rPr>
        <w:t xml:space="preserve">[1:13:39] </w:t>
      </w:r>
      <w:r>
        <w:t>zamana shadeed garmi ka tha. fasal bilkul kaatne ke qareeb pahunch chuki thi. har qism ki nasazgari ke muqable karte hue sham ke door daraz sarhad par pahunchna tha.</w:t>
      </w:r>
    </w:p>
    <w:p>
      <w:pPr>
        <w:jc w:val="right"/>
      </w:pPr>
      <w:r>
        <w:t>زمانہ شدید گرمی کا تھا۔ فصل بالکل کاٹنے کے قریب پہنچ چکی تھی۔ ہر قسم کی ناسازگاری کے مقابلہ کرتے ہوئے شام کے دور دراز سرحد پر پہنچنا تھا۔</w:t>
      </w:r>
    </w:p>
    <w:p>
      <w:r>
        <w:rPr>
          <w:b/>
        </w:rPr>
        <w:t xml:space="preserve">[1:13:51] </w:t>
      </w:r>
      <w:r>
        <w:t>phir musalmanon mein kuch saman wale thay aur kuch be saman wale. kuch azad thay aur kuch apne halaat mein ghare hue thay. magar hukum hua ke har haal mein niklo.</w:t>
      </w:r>
    </w:p>
    <w:p>
      <w:pPr>
        <w:jc w:val="right"/>
      </w:pPr>
      <w:r>
        <w:t>پھر مسلمانوں میں کچھ سامان والے تھے اور کچھ بے سامان والے۔ کچھ آزاد تھے اور کچھ اپنے حالات میں گھرے ہوئے تھے۔ مگر حکم ہوا کہ ہر حال میں نکلو۔</w:t>
      </w:r>
    </w:p>
    <w:p>
      <w:r>
        <w:rPr>
          <w:b/>
        </w:rPr>
        <w:t xml:space="preserve">[1:14:01] </w:t>
      </w:r>
      <w:r>
        <w:t>kisi bhi cheez ko apne liye uzar na banao. is ki wajah yeh hai ke khuda ke yahan asal masla miqdar ka nahi hota</w:t>
      </w:r>
    </w:p>
    <w:p>
      <w:pPr>
        <w:jc w:val="right"/>
      </w:pPr>
      <w:r>
        <w:t>کسی بھی چیز کو اپنے لیے عذر نہ بناؤ۔ اس کی وجہ یہ ہے کہ خدا کے یہاں اصل مسئلہ مقدار کا نہیں ہوتا</w:t>
      </w:r>
    </w:p>
    <w:p>
      <w:r>
        <w:rPr>
          <w:b/>
        </w:rPr>
        <w:t xml:space="preserve">[1:14:09] </w:t>
      </w:r>
      <w:r>
        <w:t>balkeh yeh hota hai ke aadmi ke paas jo kuch bhi hai woh us ko pesh kar de. yahi darasal jannat ki qeemat hai khwah woh bazahir dekhne wale ke nazdeek kitni hi kam kyun na ho.</w:t>
      </w:r>
    </w:p>
    <w:p>
      <w:pPr>
        <w:jc w:val="right"/>
      </w:pPr>
      <w:r>
        <w:t>بلکہ یہ ہوتا ہے کہ آدمی کے پاس جو کچھ بھی ہے وہ اس کو پیش کر دے۔ یہی دراصل جنت کی قیمت ہے خواہ وہ بظاہر دیکھنے والے کے نزدیک کتنی ہی کم کیوں نہ ہو۔</w:t>
      </w:r>
    </w:p>
    <w:p>
      <w:r>
        <w:rPr>
          <w:b/>
        </w:rPr>
        <w:t xml:space="preserve">[1:14:22] </w:t>
      </w:r>
      <w:r>
        <w:t>munafiq ki khaas pehchan yeh hai ke agar woh dekhta hai ke be mashaqqat safar kar ke khidmat islam ka ek bara credit mil raha hai to woh foran aise safar ke liye tayyar ho jata hai.</w:t>
      </w:r>
    </w:p>
    <w:p>
      <w:pPr>
        <w:jc w:val="right"/>
      </w:pPr>
      <w:r>
        <w:t>منافق کی خاص پہچان یہ ہے کہ اگر وہ دیکھتا ہے کہ بے مشقت سفر کر کے خدمت اسلام کا ایک بڑا کریڈٹ مل رہا ہے تو وہ فوراً ایسے سفر کے لیے تیار ہو جاتا ہے۔</w:t>
      </w:r>
    </w:p>
    <w:p>
      <w:r>
        <w:rPr>
          <w:b/>
        </w:rPr>
        <w:t xml:space="preserve">[1:14:34] </w:t>
      </w:r>
      <w:r>
        <w:t>is ke baraks agar aisa safar darpesh ho jis mein mashaqqatain hon aur sab kuch kar ke bhi bazahir koi izzat aur kamyabi milne wali na ho to aisi deeni mehm ke liye is ke andar raghbat paida nahi hoti.</w:t>
      </w:r>
    </w:p>
    <w:p>
      <w:pPr>
        <w:jc w:val="right"/>
      </w:pPr>
      <w:r>
        <w:t>اس کے برعکس اگر ایسا سفر درپیش ہو جس میں مشقتیں ہوں اور سب کچھ کر کے بھی بظاہر کوئی عزت اور کامیابی ملنے والی نہ ہو تو ایسی دینی مہم کے لیے اس کے اندر رغبت پیدا نہیں ہوتی۔</w:t>
      </w:r>
    </w:p>
    <w:p>
      <w:r>
        <w:rPr>
          <w:b/>
        </w:rPr>
        <w:t xml:space="preserve">[1:14:47] </w:t>
      </w:r>
      <w:r>
        <w:t>ek haqeeqi deeni mehm samne ho aur aadmi uzrat pesh kar ke is se alag rehna chahe to yeh saaf taur par is baat ka saboot hai ke aadmi ne khuda ke deen ko apni zindagi mein sab se ooncha maqam nahi diya hai.</w:t>
      </w:r>
    </w:p>
    <w:p>
      <w:pPr>
        <w:jc w:val="right"/>
      </w:pPr>
      <w:r>
        <w:t>ایک حقیقی دینی مہم سامنے ہو اور آدمی عذرات پیش کر کے اس سے الگ رہنا چاہے تو یہ صاف طور پر اس بات کا ثبوت ہے کہ آدمی نے خدا کے دین کو اپنی زندگی میں سب سے اونچا مقام نہیں دیا ہے۔</w:t>
      </w:r>
    </w:p>
    <w:p>
      <w:r>
        <w:rPr>
          <w:b/>
        </w:rPr>
        <w:t xml:space="preserve">[1:15:01] </w:t>
      </w:r>
      <w:r>
        <w:t>uzar pesh karne ka matlab hi yeh hai ke pesh nazar maqsad ke muqable mein koi aur cheez aadmi ke nazdeek zyada ahmiyat rakhti hai. zahir hai ke aisa uzar kisi aadmi ko khuda ki nazar mein be aitbar sabit karne wal</w:t>
      </w:r>
    </w:p>
    <w:p>
      <w:pPr>
        <w:jc w:val="right"/>
      </w:pPr>
      <w:r>
        <w:t>عذر پیش کرنے کا مطلب ہی یہ ہے کہ پیش نظر مقصد کے مقابلے میں کوئی اور چیز آدمی کے نزدیک زیادہ اہمیت رکھتی ہے۔ ظاہر ہے کہ ایسا عذر کسی آدمی کو خدا کی نظر میں بے اعتبار ثابت کرنے وال</w:t>
      </w:r>
    </w:p>
    <w:p>
      <w:r>
        <w:rPr>
          <w:b/>
        </w:rPr>
        <w:t xml:space="preserve">[1:15:15] </w:t>
      </w:r>
      <w:r>
        <w:t>a hai. na yeh ke is ki bina par us ko maqboolin ki fehrist mein shamil kiya jaye. munafiqat darasal khuda se be parwah ho kar bandon ki parwah karna hai.</w:t>
      </w:r>
    </w:p>
    <w:p>
      <w:pPr>
        <w:jc w:val="right"/>
      </w:pPr>
      <w:r>
        <w:t>ا ہے۔ نہ یہ کہ اس کی بنا پر اس کو مقبولین کی فہرست میں شامل کیا جائے۔ منافقت دراصل خدا سے بے پرواہ ہو کر بندوں کی پرواہ کرنا ہے۔</w:t>
      </w:r>
    </w:p>
    <w:p>
      <w:r>
        <w:rPr>
          <w:b/>
        </w:rPr>
        <w:t xml:space="preserve">[1:15:26] </w:t>
      </w:r>
      <w:r>
        <w:t>aadmi agar khuda ki qudrat ko jaan le to woh kabhi aisa na kare.</w:t>
      </w:r>
    </w:p>
    <w:p>
      <w:pPr>
        <w:jc w:val="right"/>
      </w:pPr>
      <w:r>
        <w:t>آدمی اگر خدا کی قدرت کو جان لے تو وہ کبھی ایسا نہ کرے۔</w:t>
      </w:r>
    </w:p>
    <w:p>
      <w:r>
        <w:rPr>
          <w:b/>
        </w:rPr>
        <w:t xml:space="preserve">[1:15:33] </w:t>
      </w:r>
      <w:r>
        <w:t>afwullah anka lamma azinta lahum hatta yatabayyana lakallazina sadqu wa ta'lamul kazibin. la yasta'zinukallazina yu'minuna billahi wal yawmal akhir</w:t>
      </w:r>
    </w:p>
    <w:p>
      <w:pPr>
        <w:jc w:val="right"/>
      </w:pPr>
      <w:r>
        <w:t>عفى الله عنك لما أذنت لهم حتى يتبين لك الذين صدقوا وتعلم الكاذبين لا يستأذنك الذين يؤمنون بالله واليوم الآخر</w:t>
      </w:r>
    </w:p>
    <w:p>
      <w:r>
        <w:rPr>
          <w:b/>
        </w:rPr>
        <w:t xml:space="preserve">[1:15:52] </w:t>
      </w:r>
      <w:r>
        <w:t>an yujahidu bi amwalihim wa anfusihim. wallahu alimun bil muttqin.</w:t>
      </w:r>
    </w:p>
    <w:p>
      <w:pPr>
        <w:jc w:val="right"/>
      </w:pPr>
      <w:r>
        <w:t>أن يجاهدوا بأموالهم وأنفسهم والله عليم بالمتقين</w:t>
      </w:r>
    </w:p>
    <w:p>
      <w:r>
        <w:rPr>
          <w:b/>
        </w:rPr>
        <w:t xml:space="preserve">[1:16:06] </w:t>
      </w:r>
      <w:r>
        <w:t>innama yasta'zinukallazina la yu'minuna billahi wal yawmal akhir wa tartabat qulubuhum. fahum fi riybihim yataraddadun.</w:t>
      </w:r>
    </w:p>
    <w:p>
      <w:pPr>
        <w:jc w:val="right"/>
      </w:pPr>
      <w:r>
        <w:t>إنما يستأذنك الذين لا يؤمنون بالله واليوم الآخر وارتابت قلوبهم فهم في ريبهم يترددون</w:t>
      </w:r>
    </w:p>
    <w:p>
      <w:r>
        <w:rPr>
          <w:b/>
        </w:rPr>
        <w:t xml:space="preserve">[1:16:21] </w:t>
      </w:r>
      <w:r>
        <w:t>wa law aradul khuruj a'addu lahu 'iddah. walakin karahallahu inbi'athahum fa thabbatahum wa qila'q'adu ma'al qa'idin.</w:t>
      </w:r>
    </w:p>
    <w:p>
      <w:pPr>
        <w:jc w:val="right"/>
      </w:pPr>
      <w:r>
        <w:t>ولو أرادوا الخروج لأعدوا له عدة ولكن كره الله انبعاثهم فثبطهم وقيل اقعدوا مع القاعدين.</w:t>
      </w:r>
    </w:p>
    <w:p>
      <w:r>
        <w:rPr>
          <w:b/>
        </w:rPr>
        <w:t xml:space="preserve">[1:16:41] </w:t>
      </w:r>
      <w:r>
        <w:t>allah tum ko maaf kare. tum ne kyun unhein ijazat de di? yahan tak ke tum par khul jata ke kaun log sachay hain aur jhootay ko bhi tum jaan letay.</w:t>
      </w:r>
    </w:p>
    <w:p>
      <w:pPr>
        <w:jc w:val="right"/>
      </w:pPr>
      <w:r>
        <w:t>اللہ تم کو معاف کرے۔ تم نے کیوں انہیں اجازت دے دی؟ یہاں تک کہ تم پر کھل جاتا کہ کون لوگ سچے ہیں اور جھوٹوں کو بھی تم جان لیتے۔</w:t>
      </w:r>
    </w:p>
    <w:p>
      <w:r>
        <w:rPr>
          <w:b/>
        </w:rPr>
        <w:t xml:space="preserve">[1:16:52] </w:t>
      </w:r>
      <w:r>
        <w:t>jo log allah aur aakhirat ke din par iman rakhte hain woh kabhi tum se yeh darkhwast na karein ge ke woh apne maal aur apni jaan se jehad na karein.</w:t>
      </w:r>
    </w:p>
    <w:p>
      <w:pPr>
        <w:jc w:val="right"/>
      </w:pPr>
      <w:r>
        <w:t>جو لوگ اللہ اور آخرت کے دن پر ایمان رکھتے ہیں وہ کبھی تم سے یہ درخواست نہ کریں گے کہ وہ اپنے مال اور اپنی جان سے جہاد نہ کریں۔</w:t>
      </w:r>
    </w:p>
    <w:p>
      <w:r>
        <w:rPr>
          <w:b/>
        </w:rPr>
        <w:t xml:space="preserve">[1:17:01] </w:t>
      </w:r>
      <w:r>
        <w:t>aur allah darne walon ko khoob janta hai.</w:t>
      </w:r>
    </w:p>
    <w:p>
      <w:pPr>
        <w:jc w:val="right"/>
      </w:pPr>
      <w:r>
        <w:t>اور اللہ ڈرنے والوں کو خوب جانتا ہے۔</w:t>
      </w:r>
    </w:p>
    <w:p>
      <w:r>
        <w:rPr>
          <w:b/>
        </w:rPr>
        <w:t xml:space="preserve">[1:17:05] </w:t>
      </w:r>
      <w:r>
        <w:t>tum se ijazat to wahi log mangte hain jo allah par aur aakhirat ke din par iman nahi rakhte. aur un ke dil shakk mein pare hue hain.</w:t>
      </w:r>
    </w:p>
    <w:p>
      <w:pPr>
        <w:jc w:val="right"/>
      </w:pPr>
      <w:r>
        <w:t>تم سے اجازت تو وہی لوگ مانگتے ہیں جو اللہ پر اور آخرت کے دن پر ایمان نہیں رکھتے۔ اور ان کے دل شک میں پڑے ہوئے ہیں۔</w:t>
      </w:r>
    </w:p>
    <w:p>
      <w:r>
        <w:rPr>
          <w:b/>
        </w:rPr>
        <w:t xml:space="preserve">[1:17:14] </w:t>
      </w:r>
      <w:r>
        <w:t>pas woh apne shakk mein bhatak rahe hain. aur agar woh nikalna chahein to zaroor woh is ka saman kar letay. magar allah ne un ka uthna pasand na kiya.</w:t>
      </w:r>
    </w:p>
    <w:p>
      <w:pPr>
        <w:jc w:val="right"/>
      </w:pPr>
      <w:r>
        <w:t>پس وہ اپنے شک میں بھٹک رہے ہیں۔ اور اگر وہ نکلنا چاہیں تو ضرور وہ اس کا سامان کر لیتے۔ مگر اللہ نے ان کا اٹھنا پسند نہ کیا۔</w:t>
      </w:r>
    </w:p>
    <w:p>
      <w:r>
        <w:rPr>
          <w:b/>
        </w:rPr>
        <w:t xml:space="preserve">[1:17:25] </w:t>
      </w:r>
      <w:r>
        <w:t>is liye unhein jama rehne diya. aur keh diya gaya ke baithne walon ke sath baithe raho</w:t>
      </w:r>
    </w:p>
    <w:p>
      <w:pPr>
        <w:jc w:val="right"/>
      </w:pPr>
      <w:r>
        <w:t>اس لیے انہیں جمع رہنے دیا۔ اور کہہ دیا گیا کہ بیٹھنے والوں کے ساتھ بیٹھے رہو</w:t>
      </w:r>
    </w:p>
    <w:p>
      <w:r>
        <w:rPr>
          <w:b/>
        </w:rPr>
        <w:t xml:space="preserve">[1:17:31] </w:t>
      </w:r>
      <w:r>
        <w:t>. tashreeh: munafiq woh hai jo islam ke nafe bakhsh ya be zarar pehluon mein aage aage rahe. magar jab is ke mafadat par zad parti nazar aaye to woh peechay hat jaye.</w:t>
      </w:r>
    </w:p>
    <w:p>
      <w:pPr>
        <w:jc w:val="right"/>
      </w:pPr>
      <w:r>
        <w:t>۔ تشریح: منافق وہ ہے جو اسلام کے نفع بخش یا بے ضرر پہلوؤں میں آگے آگے رہے۔ مگر جب اس کے مفادات پر ضد پڑتی نظر آئے تو وہ پیچھے ہٹ جائے۔</w:t>
      </w:r>
    </w:p>
    <w:p>
      <w:r>
        <w:rPr>
          <w:b/>
        </w:rPr>
        <w:t xml:space="preserve">[1:17:43] </w:t>
      </w:r>
      <w:r>
        <w:t>aise mauqa par is qism ke kamzor log jis cheez ka sahara lete hain woh uzar hai. woh apni be amli ko khoobsurat tawihlat mein chhipane ki koshish karte hain.</w:t>
      </w:r>
    </w:p>
    <w:p>
      <w:pPr>
        <w:jc w:val="right"/>
      </w:pPr>
      <w:r>
        <w:t>ایسے مواقع پر اس قسم کے کمزور لوگ جس چیز کا سہارا لیتے ہیں وہ عذر ہے۔ وہ اپنی بے عملی کو خوبصورت توجیحات میں چھپانے کی کوشش کرتے ہیں۔</w:t>
      </w:r>
    </w:p>
    <w:p>
      <w:r>
        <w:rPr>
          <w:b/>
        </w:rPr>
        <w:t xml:space="preserve">[1:17:53] </w:t>
      </w:r>
      <w:r>
        <w:t>musalmanon ka sarbarah agar ijtamai masle ke pesh nazar un ke uzar ko qabool kar le to woh khush ho jatay hain ke unhon ne apne alfaz ke parde mein nihayat kamyabi ke sath apni be amli ko chhipa liya.</w:t>
      </w:r>
    </w:p>
    <w:p>
      <w:pPr>
        <w:jc w:val="right"/>
      </w:pPr>
      <w:r>
        <w:t>مسلمانوں کا سربراہ اگر اجتماعی مسئلے کے پیش نظر ان کے عذر کو قبول کر لے تو وہ خوش ہو جاتے ہیں کہ انہوں نے اپنے الفاظ کے پردے میں نہایت کامیابی کے ساتھ اپنی بے عملی کو چھپا لیا۔</w:t>
      </w:r>
    </w:p>
    <w:p>
      <w:r>
        <w:rPr>
          <w:b/>
        </w:rPr>
        <w:t xml:space="preserve">[1:18:07] </w:t>
      </w:r>
      <w:r>
        <w:t>magar woh bhool jatay hain ke asal mamla insaan se nahi</w:t>
      </w:r>
    </w:p>
    <w:p>
      <w:pPr>
        <w:jc w:val="right"/>
      </w:pPr>
      <w:r>
        <w:t>مگر وہ بھول جاتے ہیں کہ اصل معاملہ انسان سے نہیں</w:t>
      </w:r>
    </w:p>
    <w:p>
      <w:r>
        <w:rPr>
          <w:b/>
        </w:rPr>
        <w:t xml:space="preserve">[1:18:11] </w:t>
      </w:r>
      <w:r>
        <w:t>balkay khuda say hai. aur woh har aadmi ki haqeeqat ko achi tarah janta hai. khuda aisay logon ka raaz kabhi dunya mein khol deta hai aur akhirat mein to beh-haal har aik ka raaz khola janay wala hai.</w:t>
      </w:r>
    </w:p>
    <w:p>
      <w:pPr>
        <w:jc w:val="right"/>
      </w:pPr>
      <w:r>
        <w:t>بلکہ خدا سے ہے۔ اور وہ ہر آدمی کی حقیقت کو اچھی طرح جانتا ہے۔ خدا ایسے لوگوں کا راز کبھی دنیا میں کھول دیتا ہے اور آخرت میں تو بہرحال ہر ایک کا راز کھولا جانے والا ہے۔</w:t>
      </w:r>
    </w:p>
    <w:p>
      <w:r>
        <w:rPr>
          <w:b/>
        </w:rPr>
        <w:t xml:space="preserve">[1:18:26] </w:t>
      </w:r>
      <w:r>
        <w:t>kisi ka larka beemar ho ya kisi ki larki ki shadi ho to us waqt woh apnay aap ko aur apnay maal ko us say bacha kar nahi rakhta</w:t>
      </w:r>
    </w:p>
    <w:p>
      <w:pPr>
        <w:jc w:val="right"/>
      </w:pPr>
      <w:r>
        <w:t>کسی کا لڑکا بیمار ہو یا کسی کی لڑکی کی شادی ہو تو اس وقت وہ اپنے آپ کو اور اپنے مال کو اس سے بچا کر نہیں رکھتا</w:t>
      </w:r>
    </w:p>
    <w:p>
      <w:r>
        <w:rPr>
          <w:b/>
        </w:rPr>
        <w:t xml:space="preserve">[1:18:34] </w:t>
      </w:r>
      <w:r>
        <w:t>. is ki zindagi, is ka maal to isi liye hai kay aisa koi moqa aaye to woh apna sab kuch nisar kar kay in kay kaam aa sakay.</w:t>
      </w:r>
    </w:p>
    <w:p>
      <w:pPr>
        <w:jc w:val="right"/>
      </w:pPr>
      <w:r>
        <w:t>۔ اس کی زندگی، اس کا مال تو اسی لیے ہے کہ ایسا کوئی موقع آئے تو وہ اپنا سب کچھ نثار کر کے ان کے کام آ سکے۔</w:t>
      </w:r>
    </w:p>
    <w:p>
      <w:r>
        <w:rPr>
          <w:b/>
        </w:rPr>
        <w:t xml:space="preserve">[1:18:43] </w:t>
      </w:r>
      <w:r>
        <w:t>aisa koi waqt in kay liye barh kar qurbani denay ka hota hai na kay uzraat ki aad talash karnay ka. yahi maamla deen ka bhi hai.</w:t>
      </w:r>
    </w:p>
    <w:p>
      <w:pPr>
        <w:jc w:val="right"/>
      </w:pPr>
      <w:r>
        <w:t>ایسا کوئی وقت ان کے لیے بڑھ کر قربانی دینے کا ہوتا ہے نہ کہ عذرات کی آڑ تلاش کرنے کا۔ یہی معاملہ دین کا بھی ہے۔</w:t>
      </w:r>
    </w:p>
    <w:p>
      <w:r>
        <w:rPr>
          <w:b/>
        </w:rPr>
        <w:t xml:space="preserve">[1:18:52] </w:t>
      </w:r>
      <w:r>
        <w:t>jo shakhs apnay deen mein sanjeeda ho woh deen kay liye qurbani ka moqa aanay par kabhi uzr talash nahi karay ga. is kay seenay mein jo imani jazbaat be-qarar thay woh to goya isi din kay intazar mein thay</w:t>
      </w:r>
    </w:p>
    <w:p>
      <w:pPr>
        <w:jc w:val="right"/>
      </w:pPr>
      <w:r>
        <w:t>جو شخص اپنے دین میں سنجیدہ ہو وہ دین کے لیے قربانی کا موقع آنے پر کبھی عذر تلاش نہیں کرے گا۔ اس کے سینے میں جو ایمانی جذبات بے قرار تھے وہ تو گویا اسی دن کے انتظار میں تھے</w:t>
      </w:r>
    </w:p>
    <w:p>
      <w:r>
        <w:rPr>
          <w:b/>
        </w:rPr>
        <w:t xml:space="preserve">[1:19:05] </w:t>
      </w:r>
      <w:r>
        <w:t>kay jab koi moqa aaye to woh apnay aap ko nisar kar kay khuda ki nazar mein apnay aap ko wafadar sabit kar sakay. phir aisa moqa pesh aanay par woh uzr ka sahara kyun dhoonday ga?</w:t>
      </w:r>
    </w:p>
    <w:p>
      <w:pPr>
        <w:jc w:val="right"/>
      </w:pPr>
      <w:r>
        <w:t>کہ جب کوئی موقع آئے تو وہ اپنے آپ کو نثار کر کے خدا کی نظر میں اپنے آپ کو وفادار ثابت کر سکے۔ پھر ایسا موقع پیش آنے پر وہ عذر کا سہارا کیوں ڈھونڈے گا؟</w:t>
      </w:r>
    </w:p>
    <w:p>
      <w:r>
        <w:rPr>
          <w:b/>
        </w:rPr>
        <w:t xml:space="preserve">[1:19:18] </w:t>
      </w:r>
      <w:r>
        <w:t>momin khuda say dar-nay wala hota hai. aur darr ka jazba aadmi kay andar sab say ziyada qawi jazba hai. darr ka jazba doosray tamam jazbaat par ghalib aa jata hai.</w:t>
      </w:r>
    </w:p>
    <w:p>
      <w:pPr>
        <w:jc w:val="right"/>
      </w:pPr>
      <w:r>
        <w:t>مومن خدا سے ڈرنے والا ہوتا ہے۔ اور ڈر کا جذبہ آدمی کے اندر سب سے زیادہ قوی جذبہ ہے۔ ڈر کا جذبہ دوسرے تمام جذبات پر غالب آ جاتا ہے۔</w:t>
      </w:r>
    </w:p>
    <w:p>
      <w:r>
        <w:rPr>
          <w:b/>
        </w:rPr>
        <w:t xml:space="preserve">[1:19:28] </w:t>
      </w:r>
      <w:r>
        <w:t>jis cheez say aadmi ko darr aur andeshay ka ta'alluq ho us kay baray mein woh aakhri had tak sanjeeda aur haqeeqat pasand ho jata hai. yahi wajah hai kay jab koi shakhs darr ki satah par khuda ka momin ban jaye to us ko yeh samajhnay mein dair nahi lagti kay kis moqa par usay kis ka radd-e-amal pesh karna chahiye.</w:t>
      </w:r>
    </w:p>
    <w:p>
      <w:pPr>
        <w:jc w:val="right"/>
      </w:pPr>
      <w:r>
        <w:t>جس چیز سے آدمی کو ڈر اور اندیشے کا تعلق ہو اس کے بارے میں وہ آخری حد تک سنجیدہ اور حقیقت پسند ہو جاتا ہے۔ یہی وجہ ہے کہ جب کوئی شخص ڈر کی سطح پر خدا کا مومن بن جائے تو اس کو یہ سمجھنے میں دیر نہیں لگتی کہ کس موقع پر اسے کس کا ردعمل پیش کرنا چاہیے۔</w:t>
      </w:r>
    </w:p>
    <w:p>
      <w:r>
        <w:rPr>
          <w:b/>
        </w:rPr>
        <w:t xml:space="preserve">[1:19:48] </w:t>
      </w:r>
      <w:r>
        <w:t>akhirat ka nafa saamnay na honay ki wajah say aadmi us kay liye qurbani denay mein shakk mein par jata hai. magar is shakk kay parde ko pharna hi is dunya mein aadmi ka asal imtihan hai.</w:t>
      </w:r>
    </w:p>
    <w:p>
      <w:pPr>
        <w:jc w:val="right"/>
      </w:pPr>
      <w:r>
        <w:t>آخرت کا نفع سامنے نہ ہونے کی وجہ سے آدمی اس کے لیے قربانی دینے میں شک میں پڑ جاتا ہے۔ مگر اس شک کے پردے کو پھاڑنا ہی اس دنیا میں آدمی کا اصل امتحان ہے۔</w:t>
      </w:r>
    </w:p>
    <w:p>
      <w:r>
        <w:rPr>
          <w:b/>
        </w:rPr>
        <w:t xml:space="preserve">[1:20:01] </w:t>
      </w:r>
      <w:r>
        <w:t>law kharaju feekum</w:t>
      </w:r>
    </w:p>
    <w:p>
      <w:pPr>
        <w:jc w:val="right"/>
      </w:pPr>
      <w:r>
        <w:t>لو خرجوا فيكم</w:t>
      </w:r>
    </w:p>
    <w:p>
      <w:r>
        <w:rPr>
          <w:b/>
        </w:rPr>
        <w:t xml:space="preserve">[1:20:04] </w:t>
      </w:r>
      <w:r>
        <w:t>ma zadookum illa khibalan walau wada'u khilalakum</w:t>
      </w:r>
    </w:p>
    <w:p>
      <w:pPr>
        <w:jc w:val="right"/>
      </w:pPr>
      <w:r>
        <w:t>ما زادوكم إلا خبالا ولأوضعوا خلالكم</w:t>
      </w:r>
    </w:p>
    <w:p>
      <w:r>
        <w:rPr>
          <w:b/>
        </w:rPr>
        <w:t xml:space="preserve">[1:20:11] </w:t>
      </w:r>
      <w:r>
        <w:t>walau wada'u khilalakum yabghoonakumul fitnata wa feekum samma'oon lahum</w:t>
      </w:r>
    </w:p>
    <w:p>
      <w:pPr>
        <w:jc w:val="right"/>
      </w:pPr>
      <w:r>
        <w:t>ولأوضعوا خلالكم يبغونكم الفتنة وفيكم سماعون لهم</w:t>
      </w:r>
    </w:p>
    <w:p>
      <w:r>
        <w:rPr>
          <w:b/>
        </w:rPr>
        <w:t xml:space="preserve">[1:20:20] </w:t>
      </w:r>
      <w:r>
        <w:t>wallahu aleemun bil zzalimeen</w:t>
      </w:r>
    </w:p>
    <w:p>
      <w:pPr>
        <w:jc w:val="right"/>
      </w:pPr>
      <w:r>
        <w:t>والله عليم بالظالمين</w:t>
      </w:r>
    </w:p>
    <w:p>
      <w:r>
        <w:rPr>
          <w:b/>
        </w:rPr>
        <w:t xml:space="preserve">[1:20:26] </w:t>
      </w:r>
      <w:r>
        <w:t>laqad ibtaghawul fitnata min qablu wa qallabu lakal umoora hatta ja'a</w:t>
      </w:r>
    </w:p>
    <w:p>
      <w:pPr>
        <w:jc w:val="right"/>
      </w:pPr>
      <w:r>
        <w:t>لقد ابتغوا الفتنة من قبل وقلبو لك الأمور حتى جاء</w:t>
      </w:r>
    </w:p>
    <w:p>
      <w:r>
        <w:rPr>
          <w:b/>
        </w:rPr>
        <w:t xml:space="preserve">[1:20:35] </w:t>
      </w:r>
      <w:r>
        <w:t>alhaqqu wa zahara amrullahi wa hum karahoon</w:t>
      </w:r>
    </w:p>
    <w:p>
      <w:pPr>
        <w:jc w:val="right"/>
      </w:pPr>
      <w:r>
        <w:t>الحق وظهر أمر الله وهم كارهون</w:t>
      </w:r>
    </w:p>
    <w:p>
      <w:r>
        <w:rPr>
          <w:b/>
        </w:rPr>
        <w:t xml:space="preserve">[1:20:42] </w:t>
      </w:r>
      <w:r>
        <w:t>47 ta 48 agar yeh log tumharay saath nikaltay to woh tumharay liye kharabi hi barhanay ka ba'is bantay aur woh tumharay darmiyan fitna partazi kay liye daur dhoop kartay aur tum mein un ki sunnay walay hain aur Allah zalimon say khoob waqif hai.</w:t>
      </w:r>
    </w:p>
    <w:p>
      <w:pPr>
        <w:jc w:val="right"/>
      </w:pPr>
      <w:r>
        <w:t>47 تا 48 اگر یہ لوگ تمہارے ساتھ نکلتے تو وہ تمہارے لیے خرابی ہی بڑھانے کا باعث بنتے اور وہ تمہارے درمیان فتنہ پرتازی کے لیے دوڑ دھوپ کرتے اور تم میں ان کی سننے والے ہیں اور اللہ ظالموں سے خوب واقف ہے۔</w:t>
      </w:r>
    </w:p>
    <w:p>
      <w:r>
        <w:rPr>
          <w:b/>
        </w:rPr>
        <w:t xml:space="preserve">[1:21:00] </w:t>
      </w:r>
      <w:r>
        <w:t>yeh pehlay bhi fitnay ki koshish kar chukay hain aur woh tumharay liye kaam-on ka ult pher kartay rahay hain</w:t>
      </w:r>
    </w:p>
    <w:p>
      <w:pPr>
        <w:jc w:val="right"/>
      </w:pPr>
      <w:r>
        <w:t>یہ پہلے بھی فتنے کی کوشش کر چکے ہیں اور وہ تمہارے لیے کاموں کا الٹ پھیر کرتے رہے ہیں</w:t>
      </w:r>
    </w:p>
    <w:p>
      <w:r>
        <w:rPr>
          <w:b/>
        </w:rPr>
        <w:t xml:space="preserve">[1:21:07] </w:t>
      </w:r>
      <w:r>
        <w:t>yahan tak kay haq aa gaya aur Allah ka hukum zahir ho gaya aur woh naraz hi rahay. tashreeh: deen ko ikhtiyar karna aik mukhlisana hota hai aur doosra munafiqana.</w:t>
      </w:r>
    </w:p>
    <w:p>
      <w:pPr>
        <w:jc w:val="right"/>
      </w:pPr>
      <w:r>
        <w:t>یہاں تک کہ حق آ گیا اور اللہ کا حکم ظاہر ہو گیا اور وہ ناخوش ہی رہے۔ تشریح: دین کو اختیار کرنا ایک مخلصانہ ہوتا ہے اور دوسرا منافقانہ۔</w:t>
      </w:r>
    </w:p>
    <w:p>
      <w:r>
        <w:rPr>
          <w:b/>
        </w:rPr>
        <w:t xml:space="preserve">[1:21:21] </w:t>
      </w:r>
      <w:r>
        <w:t>mukhlisana tor par deen ko ikhtiyar karna yeh hai kay deen kay maslay ko aadmi apni zindagi ka masla banaye. apni zindagi aur apnay maal par woh sab say ziyada deen ka haq samjhay.</w:t>
      </w:r>
    </w:p>
    <w:p>
      <w:pPr>
        <w:jc w:val="right"/>
      </w:pPr>
      <w:r>
        <w:t>مخلصانہ طور پر دین کو اختیار کرنا یہ ہے کہ دین کے مسئلے کو آدمی اپنی زندگی کا مسئلہ بنائے۔ اپنی زندگی اور اپنے مال پر وہ سب سے زیادہ دین کا حق سمجھے۔</w:t>
      </w:r>
    </w:p>
    <w:p>
      <w:r>
        <w:rPr>
          <w:b/>
        </w:rPr>
        <w:t xml:space="preserve">[1:21:32] </w:t>
      </w:r>
      <w:r>
        <w:t>is kay bar-aks munafiqana tor par deen ko ikhtiyar karna yeh hai kay deen say bas rasmi aur zahiri ta'alluq rakha jaye. deen ko aadmi apni zindagi mein yeh maqam na day kay us kay liye woh waqf ho jaye aur har qism kay nuqsan ka khatra mol lay kar us ki raah mein agay barhay.</w:t>
      </w:r>
    </w:p>
    <w:p>
      <w:pPr>
        <w:jc w:val="right"/>
      </w:pPr>
      <w:r>
        <w:t>اس کے برعکس منافقانہ طور پر دین کو اختیار کرنا یہ ہے کہ دین سے بس رسمی اور ظاہری تعلق رکھا جائے۔ دین کو آدمی اپنی زندگی میں یہ مقام نہ دے کہ اس کے لیے وہ وقف ہو جائے اور ہر قسم کے نقصان کا خطرہ مول لے کر اس کی راہ میں آگے بڑھے۔</w:t>
      </w:r>
    </w:p>
    <w:p>
      <w:r>
        <w:rPr>
          <w:b/>
        </w:rPr>
        <w:t xml:space="preserve">[1:21:50] </w:t>
      </w:r>
      <w:r>
        <w:t>apni ghalti ko manna, apnay aap ko doosray kay muqablay mein kamtar tasleem karna hai aur is qism ka etiraf kisi aadmi kay liye mushkil tareen kaam hai.</w:t>
      </w:r>
    </w:p>
    <w:p>
      <w:pPr>
        <w:jc w:val="right"/>
      </w:pPr>
      <w:r>
        <w:t>اپنی غلطی کو ماننا، اپنے آپ کو دوسرے کے مقابلے میں کمتر تسلیم کرنا ہے اور اس قسم کا اعتراف کسی آدمی کے لیے مشکل ترین کام ہے۔</w:t>
      </w:r>
    </w:p>
    <w:p>
      <w:r>
        <w:rPr>
          <w:b/>
        </w:rPr>
        <w:t xml:space="preserve">[1:22:01] </w:t>
      </w:r>
      <w:r>
        <w:t>yahi wajah hai kay aadmi hamesha is koshish mein rehta hai kay kisi na kisi tarah apnay moqaf ko sahih sabit kar</w:t>
      </w:r>
    </w:p>
    <w:p>
      <w:pPr>
        <w:jc w:val="right"/>
      </w:pPr>
      <w:r>
        <w:t>یہی وجہ ہے کہ آدمی ہمیشہ اس کوشش میں رہتا ہے کہ کسی نہ کسی طرح اپنے موقف کو صحیح ثابت کر</w:t>
      </w:r>
    </w:p>
    <w:p>
      <w:r>
        <w:rPr>
          <w:b/>
        </w:rPr>
        <w:t xml:space="preserve">[1:22:08] </w:t>
      </w:r>
      <w:r>
        <w:t>day. chunancha munafiqana tor par Islam ko ikhtiyar karnay walay hamesha is talash mein rehtay hain kay koi moqa milay to mukhlis mominon ko mutoon karain aur un kay muqablay mein apnay aap ko ziyada durust sabit kar sakain.</w:t>
      </w:r>
    </w:p>
    <w:p>
      <w:pPr>
        <w:jc w:val="right"/>
      </w:pPr>
      <w:r>
        <w:t>دے۔ چنانچہ منافقانہ طور پر اسلام کو اختیار کرنے والے ہمیشہ اس تلاش میں رہتے ہیں کہ کوئی موقع ملے تو مخلص مومنوں کو متون کریں اور ان کے مقابلے میں اپنے آپ کو زیادہ درست ثابت کر سکیں۔</w:t>
      </w:r>
    </w:p>
    <w:p>
      <w:r>
        <w:rPr>
          <w:b/>
        </w:rPr>
        <w:t xml:space="preserve">[1:22:22] </w:t>
      </w:r>
      <w:r>
        <w:t>madinay kay munafiqeen musalsal is koshish mein rehtay thay. mislan ghazwa-e-uhad mein musalmanon ko shikast hui to madinay mein baithey rehnay walay munafiqeen nay rasool Allah (SAW) kay khilaf yeh propaganda shuru kar diya kay un ko mamlaat-e-jang ka tajruba nahi hai.</w:t>
      </w:r>
    </w:p>
    <w:p>
      <w:pPr>
        <w:jc w:val="right"/>
      </w:pPr>
      <w:r>
        <w:t>مدینے کے منافقین مسلسل اس کوشش میں رہتے تھے۔ مثلاً غزوہ احد میں مسلمانوں کو شکست ہوئی تو مدینے میں بیٹھے رہنے والے منافقین نے رسول اللہ صلی اللہ علیہ وسلم کے خلاف یہ پروپیگنڈا شروع کر دیا کہ ان کو معاملات جنگ کا تجربہ نہیں ہے۔</w:t>
      </w:r>
    </w:p>
    <w:p>
      <w:r>
        <w:rPr>
          <w:b/>
        </w:rPr>
        <w:t xml:space="preserve">[1:22:40] </w:t>
      </w:r>
      <w:r>
        <w:t>unhon nay josh kay tehat iqdam kiya aur hamari qaum kay jawano ko ghalat maqam par lay ja kar khwah makhwah katwa diya. insanoon mein kam log aisay hotay hain jo masail ka gehra tajziya kar sakain</w:t>
      </w:r>
    </w:p>
    <w:p>
      <w:pPr>
        <w:jc w:val="right"/>
      </w:pPr>
      <w:r>
        <w:t>انہوں نے جوش کے تحت اقدام کیا اور ہماری قوم کے جوانوں کو غلط مقام پر لے جا کر خواہ مخواہ کٹوا دیا۔ انسانوں میں کم لوگ ایسے ہوتے ہیں جو مسائل کا گہرا تجزیہ کر سکیں</w:t>
      </w:r>
    </w:p>
    <w:p>
      <w:r>
        <w:rPr>
          <w:b/>
        </w:rPr>
        <w:t xml:space="preserve">[1:22:53] </w:t>
      </w:r>
      <w:r>
        <w:t>aur is haqeeqat ko janain kay kisi baat ka qawaid-o-zaban kay aitbar say sahih alfaaz mein dhal jana</w:t>
      </w:r>
    </w:p>
    <w:p>
      <w:pPr>
        <w:jc w:val="right"/>
      </w:pPr>
      <w:r>
        <w:t>اور اس حقیقت کو جانیں کہ کسی بات کا قواعد و زبان کے اعتبار سے صحیح الفاظ میں ڈھل جان</w:t>
      </w:r>
    </w:p>
    <w:p>
      <w:r>
        <w:rPr>
          <w:b/>
        </w:rPr>
        <w:t xml:space="preserve">[1:22:59] </w:t>
      </w:r>
      <w:r>
        <w:t>us ka koi saboot nahi hai kay woh baat ma'ni kay aitbar say bhi sahih hogi. beshtar log saada fikr kay hotay hain aur koi baat khoobsurat alfaaz mein kahi jaye to bohat jald us say mutasir ho jatay hain.</w:t>
      </w:r>
    </w:p>
    <w:p>
      <w:pPr>
        <w:jc w:val="right"/>
      </w:pPr>
      <w:r>
        <w:t>ا اس کا کوئی ثبوت نہیں ہے کہ وہ بات معنی کے اعتبار سے بھی صحیح ہوگی۔ بیشتر لوگ سادہ فکر کے ہوتے ہیں اور کوئی بات خوبصورت الفاظ میں کہی جائے تو بہت جلد اس سے متاثر ہو جاتے ہیں۔</w:t>
      </w:r>
    </w:p>
    <w:p>
      <w:r>
        <w:rPr>
          <w:b/>
        </w:rPr>
        <w:t xml:space="preserve">[1:23:13] </w:t>
      </w:r>
      <w:r>
        <w:t>is bana par kisi muslim groh mein munafiq qism kay afraad ki mojoodgi hamesha is groh ki kamzori ka ba'is hoti hai. yeh log apnay aap ko durust sabit karnay ki koshish mein aksar aisa kartay hain kay baaton ko ghalat rukh day kar un ko apnay mufeed matlab rang mein bayan kartay hain.</w:t>
      </w:r>
    </w:p>
    <w:p>
      <w:pPr>
        <w:jc w:val="right"/>
      </w:pPr>
      <w:r>
        <w:t>اس بنا پر کسی مسلم گروہ میں منافق قسم کے افراد کی موجودگی ہمیشہ اس گروہ کی کمزوری کا باعث ہوتی ہے۔ یہ لوگ اپنے آپ کو درست ثابت کرنے کی کوشش میں اکثر ایسا کرتے ہیں کہ باتوں کو غلط رخ دے کر ان کو اپنے مفید مطلب رنگ میں بیان کرتے ہیں۔</w:t>
      </w:r>
    </w:p>
    <w:p>
      <w:r>
        <w:rPr>
          <w:b/>
        </w:rPr>
        <w:t xml:space="preserve">[1:23:30] </w:t>
      </w:r>
      <w:r>
        <w:t>is say saada fikr kay log mutasir ho jatay hain aur un kay andar ghair zaroori tor par shakk aur bay-yaqeeni ki kaifiyat paida honay lagti hai.</w:t>
      </w:r>
    </w:p>
    <w:p>
      <w:pPr>
        <w:jc w:val="right"/>
      </w:pPr>
      <w:r>
        <w:t>اس سے سادہ فکر کے لوگ متاثر ہو جاتے ہیں اور ان کے اندر غیر ضروری طور پر شبہ اور بے یقینی کی کیفیت پیدا ہونے لگتی ہے۔</w:t>
      </w:r>
    </w:p>
    <w:p>
      <w:r>
        <w:rPr>
          <w:b/>
        </w:rPr>
        <w:t xml:space="preserve">[1:23:40] </w:t>
      </w:r>
      <w:r>
        <w:t>mukhalifeen ki mukhalifana koshishon kay bawajood jab badr ki fatah hui to abdullah bin abi aur us kay satheeon nay kaha ya'ni yeh cheez to ab chal nikli.</w:t>
      </w:r>
    </w:p>
    <w:p>
      <w:pPr>
        <w:jc w:val="right"/>
      </w:pPr>
      <w:r>
        <w:t>مخالفین کی مخالفانہ کوششوں کے باوجود جب بدر کی فتح ہوئی تو عبداللہ بن ابی اور اس کے ساتھیوں نے کہا یعنی یہ چیز تو اب چل نکلی۔</w:t>
      </w:r>
    </w:p>
    <w:p>
      <w:r>
        <w:rPr>
          <w:b/>
        </w:rPr>
        <w:t xml:space="preserve">[1:23:50] </w:t>
      </w:r>
      <w:r>
        <w:t>islam ka ghalba zahir hone ke baad unhein islam ki sadaqat par yaqeen karna chahiye tha magar is waqt bhi unhon ne is se hasad ki ghiza li.</w:t>
      </w:r>
    </w:p>
    <w:p>
      <w:pPr>
        <w:jc w:val="right"/>
      </w:pPr>
      <w:r>
        <w:t>اسلام کا غلبہ ظاہر ہونے کے بعد انہیں اسلام کی صداقت پر یقین کرنا چاہیے تھا مگر اس وقت بھی انہوں نے اس سے حسد کی غذا لی۔</w:t>
      </w:r>
    </w:p>
    <w:p>
      <w:r>
        <w:rPr>
          <w:b/>
        </w:rPr>
        <w:t xml:space="preserve">[1:24:00] </w:t>
      </w:r>
      <w:r>
        <w:t>waminhum may yaqoolu aazn li wala taftinni ala fil fitnati saqatoo wa inna jahannama lamuheetum</w:t>
      </w:r>
    </w:p>
    <w:p>
      <w:pPr>
        <w:jc w:val="right"/>
      </w:pPr>
      <w:r>
        <w:t>ومنهم من يقول اؤذن لي ولا تفتني الا فی الفتنه سقطوا وان جهنم لمحیطۃ</w:t>
      </w:r>
    </w:p>
    <w:p>
      <w:r>
        <w:rPr>
          <w:b/>
        </w:rPr>
        <w:t xml:space="preserve">[1:24:18] </w:t>
      </w:r>
      <w:r>
        <w:t>bil kafireen</w:t>
      </w:r>
    </w:p>
    <w:p>
      <w:pPr>
        <w:jc w:val="right"/>
      </w:pPr>
      <w:r>
        <w:t>بالکافرین</w:t>
      </w:r>
    </w:p>
    <w:p>
      <w:r>
        <w:rPr>
          <w:b/>
        </w:rPr>
        <w:t xml:space="preserve">[1:24:22] </w:t>
      </w:r>
      <w:r>
        <w:t>in tusibka hasanatun tasu'hum wa in tusibka museebatun yaqooloo qad akhazna amrana min qablu wa yatawallaw wa hum farhoon</w:t>
      </w:r>
    </w:p>
    <w:p>
      <w:pPr>
        <w:jc w:val="right"/>
      </w:pPr>
      <w:r>
        <w:t>ان تصبک حسنه تسؤهم وان تصبک مصیبه ان یقولوا قد اخذنا امرنا من قبل ویتولوا وهم فرحون</w:t>
      </w:r>
    </w:p>
    <w:p>
      <w:r>
        <w:rPr>
          <w:b/>
        </w:rPr>
        <w:t xml:space="preserve">[1:24:42] </w:t>
      </w:r>
      <w:r>
        <w:t>qul lan yuseebana illaa ma kataballahu lana huwa mawlana wa alallahi falyatawakkalil mu'minoon qul hal tarabbasoona bina</w:t>
      </w:r>
    </w:p>
    <w:p>
      <w:pPr>
        <w:jc w:val="right"/>
      </w:pPr>
      <w:r>
        <w:t>قل لن یصیبنا الا ما کتب اللہ لنا هو مولانا وعلی اللہ فلیتوکل المؤمنون قل هل تربصون بنا</w:t>
      </w:r>
    </w:p>
    <w:p>
      <w:r>
        <w:rPr>
          <w:b/>
        </w:rPr>
        <w:t xml:space="preserve">[1:25:03] </w:t>
      </w:r>
      <w:r>
        <w:t>illa ihdal hasanain wa nahnu natarabbasu bikum an yuseebakumullahu wa nahnu natarabbasu bikum an yuseebakumullahu bi'adhaabin</w:t>
      </w:r>
    </w:p>
    <w:p>
      <w:pPr>
        <w:jc w:val="right"/>
      </w:pPr>
      <w:r>
        <w:t>الا احدى الحسنین ونحن نتربص بكم ان یصیبکم اللہ ونحن نتربص بكم ان یصیبکم اللہ بعذاب</w:t>
      </w:r>
    </w:p>
    <w:p>
      <w:r>
        <w:rPr>
          <w:b/>
        </w:rPr>
        <w:t xml:space="preserve">[1:25:22] </w:t>
      </w:r>
      <w:r>
        <w:t>min 'indihi aw bi aydinaa fa tarabbaso innaa ma'akum mutarabbisoon</w:t>
      </w:r>
    </w:p>
    <w:p>
      <w:pPr>
        <w:jc w:val="right"/>
      </w:pPr>
      <w:r>
        <w:t>من عنده او بايدينا فتربصوا فتربصوا انا معكم متربصون</w:t>
      </w:r>
    </w:p>
    <w:p>
      <w:r>
        <w:rPr>
          <w:b/>
        </w:rPr>
        <w:t xml:space="preserve">[1:25:40] </w:t>
      </w:r>
      <w:r>
        <w:t>aur un mein woh bhi hain jo kehte hain ke mujhe rokhsat de dijiye aur mujh ko fitne mein na daliye. sun lo woh to fitne mein pad chuke aur beshak jahannum munkiron ko ghere hue hai.</w:t>
      </w:r>
    </w:p>
    <w:p>
      <w:pPr>
        <w:jc w:val="right"/>
      </w:pPr>
      <w:r>
        <w:t>اور ان میں وہ بھی ہیں جو کہتے ہیں کہ مجھے رخصت دے دیجئے اور مجھ کو فتنے میں نہ ڈالیے۔ سن لو وہ تو فتنے میں پڑ چکے اور بے شک جہنم منکروں کو گھیرے ہوئے ہے۔</w:t>
      </w:r>
    </w:p>
    <w:p>
      <w:r>
        <w:rPr>
          <w:b/>
        </w:rPr>
        <w:t xml:space="preserve">[1:25:52] </w:t>
      </w:r>
      <w:r>
        <w:t>agar tumhein koi achhai pesh aati hai to un ko dukh hota hai aur agar tum ko koi musibat pahunchti hai to woh kehte hain hum ne pehle hi apna bachao kar liya tha aur woh khush ho kar laut te hain.</w:t>
      </w:r>
    </w:p>
    <w:p>
      <w:pPr>
        <w:jc w:val="right"/>
      </w:pPr>
      <w:r>
        <w:t>اگر تمہیں کوئی اچھائی پیش آتی ہے تو ان کو دکھ ہوتا ہے اور اگر تم کو کوئی مصیبت پہنچتی ہے تو وہ کہتے ہیں ہم نے پہلے ہی اپنا بچاؤ کر لیا تھا اور وہ خوش ہو کر لوٹتے ہیں۔</w:t>
      </w:r>
    </w:p>
    <w:p>
      <w:r>
        <w:rPr>
          <w:b/>
        </w:rPr>
        <w:t xml:space="preserve">[1:26:05] </w:t>
      </w:r>
      <w:r>
        <w:t>kaho hamein sirf wohi cheez pahunche gi jo Allah ne hamare liye likh di hai. woh hamara karsaz hai aur ahl-e-imaan ko Allah hi par bharosa karna chahiye.</w:t>
      </w:r>
    </w:p>
    <w:p>
      <w:pPr>
        <w:jc w:val="right"/>
      </w:pPr>
      <w:r>
        <w:t>کہو ہمیں صرف وہی چیز پہنچے گی جو اللہ نے ہمارے لیے لکھ دی ہے۔ وہ ہمارا کارساز ہے اور اہل ایمان کو اللہ ہی پر بھروسہ کرنا چاہیے۔</w:t>
      </w:r>
    </w:p>
    <w:p>
      <w:r>
        <w:rPr>
          <w:b/>
        </w:rPr>
        <w:t xml:space="preserve">[1:26:16] </w:t>
      </w:r>
      <w:r>
        <w:t>kaho tum hamare liye sirf do bhalaion mein se ek bhalai ke muntazir ho magar hum tumhare haq mein is ke muntazir hain ke Allah tum par azab bheje apni taraf se ya hamare hathon se.</w:t>
      </w:r>
    </w:p>
    <w:p>
      <w:pPr>
        <w:jc w:val="right"/>
      </w:pPr>
      <w:r>
        <w:t>کہو تم ہمارے لیے صرف دو بھلائیوں میں سے ایک بھلائی کے منتظر ہو مگر ہم تمہارے حق میں اس کے منتظر ہیں کہ اللہ تم پر عذاب بھیجے اپنی طرف سے یا ہمارے ہاتھوں سے۔</w:t>
      </w:r>
    </w:p>
    <w:p>
      <w:r>
        <w:rPr>
          <w:b/>
        </w:rPr>
        <w:t xml:space="preserve">[1:26:29] </w:t>
      </w:r>
      <w:r>
        <w:t>pas tum intezar karo hum bhi tumhare sath intezar karne walon mein hain. tashreeh</w:t>
      </w:r>
    </w:p>
    <w:p>
      <w:pPr>
        <w:jc w:val="right"/>
      </w:pPr>
      <w:r>
        <w:t>پس تم انتظار کرو ہم بھی تمہارے ساتھ انتظار کرنے والوں میں ہیں۔ تشریح</w:t>
      </w:r>
    </w:p>
    <w:p>
      <w:r>
        <w:rPr>
          <w:b/>
        </w:rPr>
        <w:t xml:space="preserve">[1:26:35] </w:t>
      </w:r>
      <w:r>
        <w:t>madine mein ek shakhs jud bin qais tha. tabook ke ghazwa mein nikalne ke liye aelan aam hua to us ne rasool Allah (SAW) ke pas aa kar kaha ke mujhe is ghazwa se maaf rakhiye.</w:t>
      </w:r>
    </w:p>
    <w:p>
      <w:pPr>
        <w:jc w:val="right"/>
      </w:pPr>
      <w:r>
        <w:t>: مدینے میں ایک شخص جد بن قیس تھا۔ تبوک کے غزوہ میں نکلنے کے لیے اعلان عام ہوا تو اس نے رسول اللہ صلی اللہ علیہ وسلم کے پاس آ کر کہا کہ مجھے اس غزوہ سے معاف رکھیے۔</w:t>
      </w:r>
    </w:p>
    <w:p>
      <w:r>
        <w:rPr>
          <w:b/>
        </w:rPr>
        <w:t xml:space="preserve">[1:26:48] </w:t>
      </w:r>
      <w:r>
        <w:t>yeh roomi ilaaqa hai. wahan roomi auraton ko dekh kar main fitne mein pad jaunga.</w:t>
      </w:r>
    </w:p>
    <w:p>
      <w:pPr>
        <w:jc w:val="right"/>
      </w:pPr>
      <w:r>
        <w:t>یہ رومی علاقہ ہے۔ وہاں رومی عورتوں کو دیکھ کر میں فتنے میں پڑ جاؤں گا۔</w:t>
      </w:r>
    </w:p>
    <w:p>
      <w:r>
        <w:rPr>
          <w:b/>
        </w:rPr>
        <w:t xml:space="preserve">[1:26:53] </w:t>
      </w:r>
      <w:r>
        <w:t>magar aise mauqe par uzr pesh karna bajaye khud fitne mein padna hai. kyunke nazuk mauqe par aadmi ke andar deen ki khatir fida ho jaane ka jazba bhadakna chahiye na ke uzraat talash kar ke peeche reh jaane ka.</w:t>
      </w:r>
    </w:p>
    <w:p>
      <w:pPr>
        <w:jc w:val="right"/>
      </w:pPr>
      <w:r>
        <w:t>مگر ایسے مواقع پر عذر پیش کرنا بجائے خود فتنے میں پڑنا ہے۔ کیونکہ نازک مواقع پر آدمی کے اندر دین کی خاطر فدا ہو جانے کا جذبہ بھڑکنا چاہیے نہ کہ عذرات تلاش کر کے پیچھے رہ جانے کا۔</w:t>
      </w:r>
    </w:p>
    <w:p>
      <w:r>
        <w:rPr>
          <w:b/>
        </w:rPr>
        <w:t xml:space="preserve">[1:27:07] </w:t>
      </w:r>
      <w:r>
        <w:t>phir aise kisi uzr ko deeni aur akhlaqi rang dena aur bhi zyada bura hai. kyunke yeh be-amli, par-fareb kari ka izafa hai.</w:t>
      </w:r>
    </w:p>
    <w:p>
      <w:pPr>
        <w:jc w:val="right"/>
      </w:pPr>
      <w:r>
        <w:t>پھر ایسے کسی عذر کو دینی اور اخلاقی رنگ دینا اور بھی زیادہ برا ہے۔ کیونکہ یہ بے عملی، پرفریب کاری کا اضافہ ہے۔</w:t>
      </w:r>
    </w:p>
    <w:p>
      <w:r>
        <w:rPr>
          <w:b/>
        </w:rPr>
        <w:t xml:space="preserve">[1:27:16] </w:t>
      </w:r>
      <w:r>
        <w:t>is qism ka mizaj haqeeqatan aadmi ke andar is liye paida hota hai ke woh apni duniya ko akhirat ke muqable mein aziz tar rakhta hai. khatraat ke mauqe par aise log deen ki rah mein aage badhne se ruke rehte hain.</w:t>
      </w:r>
    </w:p>
    <w:p>
      <w:pPr>
        <w:jc w:val="right"/>
      </w:pPr>
      <w:r>
        <w:t>اس قسم کا مزاج حقیقتاً آدمی کے اندر اس لیے پیدا ہوتا ہے کہ وہ اپنی دنیا کو آخرت کے مقابلے میں عزیز تر رکھتا ہے۔ خطرات کے مواقع پر ایسے لوگ دین کی راہ میں آگے بڑھنے سے رکے رہتے ہیں۔</w:t>
      </w:r>
    </w:p>
    <w:p>
      <w:r>
        <w:rPr>
          <w:b/>
        </w:rPr>
        <w:t xml:space="preserve">[1:27:29] </w:t>
      </w:r>
      <w:r>
        <w:t>phir jab sachche haq paraston ko un ki ghair-maslehat andeshana deendari ki wajah se kabhi koi nuksan pahunch jata hai to yeh log khush hote hain ke bohat achha hua ke hum ne apne liye hifazati pehlu ikhtiyar kar liya tha.</w:t>
      </w:r>
    </w:p>
    <w:p>
      <w:pPr>
        <w:jc w:val="right"/>
      </w:pPr>
      <w:r>
        <w:t>پھر جب سچے حق پرستوں کو ان کی غیر مصلحت اندیشانہ دینداری کی وجہ سے کبھی کوئی نقصان پہنچ جاتا ہے تو یہ لوگ خوش ہوتے ہیں کہ بہت اچھا ہوا کہ ہم نے اپنے لیے حفاظتی پہلو اختیار کر لیا تھا۔</w:t>
      </w:r>
    </w:p>
    <w:p>
      <w:r>
        <w:rPr>
          <w:b/>
        </w:rPr>
        <w:t xml:space="preserve">[1:27:43] </w:t>
      </w:r>
      <w:r>
        <w:t>is ke bar aks agar aisa ho ke sachche haq parast khatraat ka muqabla karein aur is mein unhein kamyabi ho to in logon ke dil tang hote hain.</w:t>
      </w:r>
    </w:p>
    <w:p>
      <w:pPr>
        <w:jc w:val="right"/>
      </w:pPr>
      <w:r>
        <w:t>اس کے برعکس اگر ایسا ہو کہ سچے حق پرست خطرات کا مقابلہ کریں اور اس میں انہیں کامیابی ہو تو ان لوگوں کے دل تنگ ہوتے ہیں۔</w:t>
      </w:r>
    </w:p>
    <w:p>
      <w:r>
        <w:rPr>
          <w:b/>
        </w:rPr>
        <w:t xml:space="preserve">[1:27:52] </w:t>
      </w:r>
      <w:r>
        <w:t>kyunke aisa koi waqea yeh sabit karta hai ke unhon ne jo policy ikhtiyar ki woh durust na thi. sachche ahl-e-imaan ke liye is duniya mein nakami ka sawal nahin.</w:t>
      </w:r>
    </w:p>
    <w:p>
      <w:pPr>
        <w:jc w:val="right"/>
      </w:pPr>
      <w:r>
        <w:t>کیونکہ ایسا کوئی واقعہ یہ ثابت کرتا ہے کہ انہوں نے جو پالیسی اختیار کی وہ درست نہ تھی۔ سچے اہل ایمان کے لیے اس دنیا میں ناکامی کا سوال نہیں۔</w:t>
      </w:r>
    </w:p>
    <w:p>
      <w:r>
        <w:rPr>
          <w:b/>
        </w:rPr>
        <w:t xml:space="preserve">[1:28:03] </w:t>
      </w:r>
      <w:r>
        <w:t>un ki kamyabi yeh hai ke Khuda un se razi ho aur yeh har haal mein unhein hasil hota hai.</w:t>
      </w:r>
    </w:p>
    <w:p>
      <w:pPr>
        <w:jc w:val="right"/>
      </w:pPr>
      <w:r>
        <w:t>ان کی کامیابی یہ ہے کہ خدا ان سے راضی ہو اور یہ ہر حال میں انہیں حاصل ہوتا ہے۔</w:t>
      </w:r>
    </w:p>
    <w:p>
      <w:r>
        <w:rPr>
          <w:b/>
        </w:rPr>
        <w:t xml:space="preserve">[1:28:10] </w:t>
      </w:r>
      <w:r>
        <w:t>momin par agar koi musibat aati hai to woh us ke dil ki inaabat ko badhati hai. agar us ko koi sukh milta hai to us ke andar ehsas mandi ka jazba ubharta hai aur woh shukr kar ke Khuda ki mazeed inayaton ka mustahiq banta hai.</w:t>
      </w:r>
    </w:p>
    <w:p>
      <w:pPr>
        <w:jc w:val="right"/>
      </w:pPr>
      <w:r>
        <w:t>مومن پر اگر کوئی مصیبت آتی ہے تو وہ اس کے دل کی عنابت کو بڑھاتی ہے۔ اگر اس کو کوئی سکھ ملتا ہے تو اس کے اندر احساس مندی کا جذبہ ابھرتا ہے اور وہ شکر کر کے خدا کی مزید عنایتوں کا مستحق بنتا ہے۔</w:t>
      </w:r>
    </w:p>
    <w:p>
      <w:r>
        <w:rPr>
          <w:b/>
        </w:rPr>
        <w:t xml:space="preserve">[1:28:25] </w:t>
      </w:r>
      <w:r>
        <w:t>tum intezar karo hum bhi intezar kar rahe hain. bazahir momineen ka kalma hai magar haqeeqatan yeh Khuda ki taraf se hai.</w:t>
      </w:r>
    </w:p>
    <w:p>
      <w:pPr>
        <w:jc w:val="right"/>
      </w:pPr>
      <w:r>
        <w:t>تم انتظار کرو ہم بھی انتظار کر رہے ہیں۔ بظاہر مومنین کا کلمہ ہے۔ مگر حقیقتاً یہ خدا کی طرف سے ہے۔</w:t>
      </w:r>
    </w:p>
    <w:p>
      <w:r>
        <w:rPr>
          <w:b/>
        </w:rPr>
        <w:t xml:space="preserve">[1:28:34] </w:t>
      </w:r>
      <w:r>
        <w:t>Khuda in logon se tahdeedi andaaz mein keh raha hai ke tum log ahl-e-haq ki barbadi ke muntazir ho halanke Khuda ke taqdiri nizam ke mutabiq unhein abadi kamyabi milne wali hai.</w:t>
      </w:r>
    </w:p>
    <w:p>
      <w:pPr>
        <w:jc w:val="right"/>
      </w:pPr>
      <w:r>
        <w:t>خدا ان لوگوں سے تہدیدی انداز میں کہہ رہا ہے کہ تم لوگ اہل حق کی بربادی کے منتظر ہو حالانکہ خدا کے تقدیری نظام کے مطابق انہیں ابدی کامیابی ملنے والی ہے۔</w:t>
      </w:r>
    </w:p>
    <w:p>
      <w:r>
        <w:rPr>
          <w:b/>
        </w:rPr>
        <w:t xml:space="preserve">[1:28:46] </w:t>
      </w:r>
      <w:r>
        <w:t>aur tumhare sath jo hona hai woh yeh hai ke tumhare jurm ko aakhri had tak sabit kar ke tum ko daimi taur par ruswai aur azab ke hawale kar diya jayega.</w:t>
      </w:r>
    </w:p>
    <w:p>
      <w:pPr>
        <w:jc w:val="right"/>
      </w:pPr>
      <w:r>
        <w:t>اور تمہارے ساتھ جو ہونا ہے وہ یہ کہ تمہارے جرم کو آخری حد تک ثابت کر کے تم کو دائمی طور پر رسوائی اور عذاب کے حوالے کر دیا جائے گا۔</w:t>
      </w:r>
    </w:p>
    <w:p>
      <w:r>
        <w:rPr>
          <w:b/>
        </w:rPr>
        <w:t xml:space="preserve">[1:28:57] </w:t>
      </w:r>
      <w:r>
        <w:t>qul anfiqoo taw'an aw kurban lan yataqabbal minkum innakum kuntum qawman fasaqeen wa ma mana'ahum</w:t>
      </w:r>
    </w:p>
    <w:p>
      <w:pPr>
        <w:jc w:val="right"/>
      </w:pPr>
      <w:r>
        <w:t>قل انفقوا طوعا او كرها لن يتقبل منكم انكم كنتم قوما فاسقین وما منعهم</w:t>
      </w:r>
    </w:p>
    <w:p>
      <w:r>
        <w:rPr>
          <w:b/>
        </w:rPr>
        <w:t xml:space="preserve">[1:29:16] </w:t>
      </w:r>
      <w:r>
        <w:t>an taqbal minhum nafaqatihim illa</w:t>
      </w:r>
    </w:p>
    <w:p>
      <w:pPr>
        <w:jc w:val="right"/>
      </w:pPr>
      <w:r>
        <w:t>ان تقبل منهم نفقاتهم الا</w:t>
      </w:r>
    </w:p>
    <w:p>
      <w:r>
        <w:rPr>
          <w:b/>
        </w:rPr>
        <w:t xml:space="preserve">[1:29:23] </w:t>
      </w:r>
      <w:r>
        <w:t>annahum kafaroo billahi wa birasoolihi wa la yatoona al-salata illa wa hum kusala wa la yatoona al-salata illa wa hum kusala wa la</w:t>
      </w:r>
    </w:p>
    <w:p>
      <w:pPr>
        <w:jc w:val="right"/>
      </w:pPr>
      <w:r>
        <w:t>انهم كفروا بالله وبرسوله ولا ياتون الصلاه الا وهم كسالا ولا ياتون الصلاه الا وهم كسالا ولا</w:t>
      </w:r>
    </w:p>
    <w:p>
      <w:r>
        <w:rPr>
          <w:b/>
        </w:rPr>
        <w:t xml:space="preserve">[1:29:39] </w:t>
      </w:r>
      <w:r>
        <w:t>yunfiquna illa wa hum karihoon</w:t>
      </w:r>
    </w:p>
    <w:p>
      <w:pPr>
        <w:jc w:val="right"/>
      </w:pPr>
      <w:r>
        <w:t>ينفقون الا وهم كارهون</w:t>
      </w:r>
    </w:p>
    <w:p>
      <w:r>
        <w:rPr>
          <w:b/>
        </w:rPr>
        <w:t xml:space="preserve">[1:29:45] </w:t>
      </w:r>
      <w:r>
        <w:t>fala tu'jibka amwaluhum wala awladuhum innama yureedu Allahu liyu'adhibahum</w:t>
      </w:r>
    </w:p>
    <w:p>
      <w:pPr>
        <w:jc w:val="right"/>
      </w:pPr>
      <w:r>
        <w:t>فلا تعجبك اموالهم ولا اولادهم انما يريد الله ليعذبهم</w:t>
      </w:r>
    </w:p>
    <w:p>
      <w:r>
        <w:rPr>
          <w:b/>
        </w:rPr>
        <w:t xml:space="preserve">[1:29:59] </w:t>
      </w:r>
      <w:r>
        <w:t>biha fi al-hayat al-dunya wa tazhaq anfusuhum wa hum kafiroon wa yahlifoona billahi annahum minkum wa ma hum</w:t>
      </w:r>
    </w:p>
    <w:p>
      <w:pPr>
        <w:jc w:val="right"/>
      </w:pPr>
      <w:r>
        <w:t>بها في الحياه الدنيا وتزهق انفسهم وهم كافرون ويحلفون بالله انهم لمنكم وما هم</w:t>
      </w:r>
    </w:p>
    <w:p>
      <w:r>
        <w:rPr>
          <w:b/>
        </w:rPr>
        <w:t xml:space="preserve">[1:30:16] </w:t>
      </w:r>
      <w:r>
        <w:t>minkum walakinnahum qawmun yafraqoon law yajidoona malja'an aw magharatan aw madkhalan lawallaw ilayhi wa hum yajmahun</w:t>
      </w:r>
    </w:p>
    <w:p>
      <w:pPr>
        <w:jc w:val="right"/>
      </w:pPr>
      <w:r>
        <w:t>منكم ولكنهم قوم يفرقون لو يجدون ملجا او مغارات او مدخلا لولوا اليه وهم يجمحون</w:t>
      </w:r>
    </w:p>
    <w:p>
      <w:r>
        <w:rPr>
          <w:b/>
        </w:rPr>
        <w:t xml:space="preserve">[1:30:36] </w:t>
      </w:r>
      <w:r>
        <w:t>kaho tum khushi se kharch karo ya nakhushi se tum se hargiz qabool na kiya jayega beshak tum naforman log ho aur woh apne kharch ki qabooliyat se sirf is liye mehroom hue ke unhon ne Allah aur us ke Rasool ka inkar kiya aur yeh log namaz ke liye aate hain to girani ke sath aate hain aur kharch karte hain to nagawari ke sath tum un ke maal aur aulad ko kuch waqt na do</w:t>
      </w:r>
    </w:p>
    <w:p>
      <w:pPr>
        <w:jc w:val="right"/>
      </w:pPr>
      <w:r>
        <w:t>کہو تم خوشی سے خرچ کرو یا ناخوشی سے تم سے ہرگز قبول نہ کیا جائے گا بے شک تم نافرمان لوگ ہو اور وہ اپنے خرچ کی قبولیت سے صرف اس لیے محروم ہوئے کہ انہوں نے اللہ اور اس کے رسول کا انکار کیا اور یہ لوگ نماز کے لیے آتے ہیں تو گرانی کے ساتھ آتے ہیں اور خرچ کرتے ہیں تو ناگواری کے ساتھ تم ان کے مال اور اولاد کو کچھ وقت نہ دو</w:t>
      </w:r>
    </w:p>
    <w:p>
      <w:r>
        <w:rPr>
          <w:b/>
        </w:rPr>
        <w:t xml:space="preserve">[1:31:01] </w:t>
      </w:r>
      <w:r>
        <w:t>Allah to yeh chahta hai ke un ke zariye se unhein dunya ki zindagi mein azab de aur un ki janen is halat mein niklen ke woh munkir hon woh Khuda ki qasam kha kar kehte hain ke woh tum mein se hain halanke woh tum mein se nahi balkeh woh aise log hain jo tum se darte hain agar woh koi panah ki jagah payen ya koi kho ya ghus baithne ki jagah to woh bhag kar us mein ja chhupein tashri</w:t>
      </w:r>
    </w:p>
    <w:p>
      <w:pPr>
        <w:jc w:val="right"/>
      </w:pPr>
      <w:r>
        <w:t>اللہ تو یہ چاہتا ہے کہ ان کے ذریعے سے انہیں دنیا کی زندگی میں عذاب دے اور ان کی جانیں اس حالت میں نکلیں کہ وہ منکر ہوں وہ خدا کی قسم کھا کر کہتے ہیں کہ وہ تم میں سے ہیں حالانکہ وہ تم میں سے نہیں بلکہ وہ ایسے لوگ ہیں جو تم سے ڈرتے ہیں اگر وہ کوئی پناہ کی جگہ پائیں یا کوئی کھو یا گھس بیٹھنے کی جگہ تو وہ بھاگ کر اس میں جا چھپیں تشری</w:t>
      </w:r>
    </w:p>
    <w:p>
      <w:r>
        <w:rPr>
          <w:b/>
        </w:rPr>
        <w:t xml:space="preserve">[1:31:27] </w:t>
      </w:r>
      <w:r>
        <w:t>h: madine mein yeh surat pesh aayi ke umoomi taur par logon ne Islam qabool kar liya un mein aksariyat mukhlis ahl-e-iman ki thi</w:t>
      </w:r>
    </w:p>
    <w:p>
      <w:pPr>
        <w:jc w:val="right"/>
      </w:pPr>
      <w:r>
        <w:t>ح: مدینے میں یہ صورت پیش آئی کہ عمومی طور پر لوگوں نے اسلام قبول کر لیا ان میں اکثریت مخلص اہل ایمان کی تھی</w:t>
      </w:r>
    </w:p>
    <w:p>
      <w:r>
        <w:rPr>
          <w:b/>
        </w:rPr>
        <w:t xml:space="preserve">[1:31:36] </w:t>
      </w:r>
      <w:r>
        <w:t>taham ek tadad woh thi jis ne waqt ki faza ke sath dete hue agarche Islam qabool kar liya tha lekin us ke andar woh sipurdagi paida nahi hui thi jo haqeeqi iman aur sachay ta'alluq billah ka taqaza hai yahi woh log hain jin ko munafiqeen kaha jata hai</w:t>
      </w:r>
    </w:p>
    <w:p>
      <w:pPr>
        <w:jc w:val="right"/>
      </w:pPr>
      <w:r>
        <w:t>تاہم ایک تعداد وہ تھی جس نے وقت کی فضا کے ساتھ دیتے ہوئے اگرچہ اسلام قبول کر لیا تھا لیکن اس کے اندر وہ سپردگی پیدا نہیں ہوئی تھی جو حقیقی ایمان اور سچے تعلق باللہ کا تقاضا ہے یہی وہ لوگ ہیں جن کو منافقین کہا جاتا ہے</w:t>
      </w:r>
    </w:p>
    <w:p>
      <w:r>
        <w:rPr>
          <w:b/>
        </w:rPr>
        <w:t xml:space="preserve">[1:31:53] </w:t>
      </w:r>
      <w:r>
        <w:t>yeh munafiqeen zyada tar madine ke maldar log the aur yahi maldari un ke nifaq ka asal sabab thi jis ke pas khone ke liye kuch na ho woh zyada aasani ke sath Islam ko ikhtiyar karne ke liye tayyar ho jata hai jis mein apna sab kuch kho dena pade magar jin logon ke pas khone ke liye ho woh aam taur par maslehat andishi mein mubtala ho jate hain</w:t>
      </w:r>
    </w:p>
    <w:p>
      <w:pPr>
        <w:jc w:val="right"/>
      </w:pPr>
      <w:r>
        <w:t>یہ منافقین زیادہ تر مدینہ کے مالدار لوگ تھے اور یہی مالداری ان کے نفاق کا اصل سبب تھی جس کے پاس کھونے کے لیے کچھ نہ ہو وہ زیادہ اسانی کے ساتھ اسلام کو اختیار کرنے کے لیے تیار ہو جاتا ہے جس میں اپنا سب کچھ کھو دینا پڑے مگر جن لوگوں کے پاس کھونے کے لیے ہو وہ عام طور پر مصلحت اندیشی میں مبتلا ہو جاتے ہیں</w:t>
      </w:r>
    </w:p>
    <w:p>
      <w:r>
        <w:rPr>
          <w:b/>
        </w:rPr>
        <w:t xml:space="preserve">[1:32:15] </w:t>
      </w:r>
      <w:r>
        <w:t>islam ke be-zrar ahkam ki ta'meel to woh kisi na kisi tarah kar lete hain magar islam</w:t>
      </w:r>
    </w:p>
    <w:p>
      <w:pPr>
        <w:jc w:val="right"/>
      </w:pPr>
      <w:r>
        <w:t>اسلام کے بے ضرر احکام کی تعمیل تو وہ کسی نہ کسی طرح کر لیتے ہیں مگر اسلام</w:t>
      </w:r>
    </w:p>
    <w:p>
      <w:r>
        <w:rPr>
          <w:b/>
        </w:rPr>
        <w:t xml:space="preserve">[1:32:21] </w:t>
      </w:r>
      <w:r>
        <w:t>ke jin taqazon ko ikhtiyar karne mein jaan o maal ki mahroomi dikhai de rahi ho jis mein</w:t>
      </w:r>
    </w:p>
    <w:p>
      <w:pPr>
        <w:jc w:val="right"/>
      </w:pPr>
      <w:r>
        <w:t>کے جن تقاضوں کو اختیار کرنے میں جان و مال کی محرومی دکھائی دے رہی ہو جس میں</w:t>
      </w:r>
    </w:p>
    <w:p>
      <w:r>
        <w:rPr>
          <w:b/>
        </w:rPr>
        <w:t xml:space="preserve">[1:32:25] </w:t>
      </w:r>
      <w:r>
        <w:t>qurbani ki satah par momin banne ka sawal ho un ki taraf barhne ke liye woh apne aap</w:t>
      </w:r>
    </w:p>
    <w:p>
      <w:pPr>
        <w:jc w:val="right"/>
      </w:pPr>
      <w:r>
        <w:t>قربانی کی سطح پر مومن بننے کا سوال ہو ان کی طرف بڑھنے کے لیے وہ اپنے آپ</w:t>
      </w:r>
    </w:p>
    <w:p>
      <w:r>
        <w:rPr>
          <w:b/>
        </w:rPr>
        <w:t xml:space="preserve">[1:32:30] </w:t>
      </w:r>
      <w:r>
        <w:t>ko amada nahi kar patay magar qurbani wale islam se peechhe rehna un ke namaz roze ko bhi</w:t>
      </w:r>
    </w:p>
    <w:p>
      <w:pPr>
        <w:jc w:val="right"/>
      </w:pPr>
      <w:r>
        <w:t>کو امادہ نہیں کر پاتے مگر قربانی والے اسلام سے پیچھے رہنا ان کے نماز روزے کو بھی</w:t>
      </w:r>
    </w:p>
    <w:p>
      <w:r>
        <w:rPr>
          <w:b/>
        </w:rPr>
        <w:t xml:space="preserve">[1:32:36] </w:t>
      </w:r>
      <w:r>
        <w:t>be-qeemat kar deta hai masjid ki ibadat ka bohat gehra ta'alluq masjid ki bahar ki ibadat se</w:t>
      </w:r>
    </w:p>
    <w:p>
      <w:pPr>
        <w:jc w:val="right"/>
      </w:pPr>
      <w:r>
        <w:t>بے قیمت کر دیتا ہے مسجد کی عبادت کا بہت گہرا تعلق مسجد کی باہر کی عبادت سے</w:t>
      </w:r>
    </w:p>
    <w:p>
      <w:r>
        <w:rPr>
          <w:b/>
        </w:rPr>
        <w:t xml:space="preserve">[1:32:42] </w:t>
      </w:r>
      <w:r>
        <w:t>hai agar masjid se bahar aadmi ki zindagi haqeeqi</w:t>
      </w:r>
    </w:p>
    <w:p>
      <w:pPr>
        <w:jc w:val="right"/>
      </w:pPr>
      <w:r>
        <w:t>ہے اگر مسجد سے باہر آدمی کی زندگی حقیقی</w:t>
      </w:r>
    </w:p>
    <w:p>
      <w:r>
        <w:rPr>
          <w:b/>
        </w:rPr>
        <w:t xml:space="preserve">[1:32:46] </w:t>
      </w:r>
      <w:r>
        <w:t>deen se khali ho</w:t>
      </w:r>
    </w:p>
    <w:p>
      <w:pPr>
        <w:jc w:val="right"/>
      </w:pPr>
      <w:r>
        <w:t>دین سے خالی ہو</w:t>
      </w:r>
    </w:p>
    <w:p>
      <w:r>
        <w:rPr>
          <w:b/>
        </w:rPr>
        <w:t xml:space="preserve">[1:32:47] </w:t>
      </w:r>
      <w:r>
        <w:t>to masjid ke andar bhi us ki zindagi haqeeqi deen se khali hogi aur zahir hai ke be-rooh amal ki Khuda ke nazdeek koi qeemat nahi Khuda sachay amal ko qabool karta hai na ke jhoote amal ko kisi aadmi ke pas daulat ki raunaqen hon aur aadmiyon ka jatha us ke gird o pish dikhai deta ho to aam log us ko rush ki nazron se dekhne lagte hain magar haqiqat yeh hai ke aise log sab se zyada bad qismat log hain</w:t>
      </w:r>
    </w:p>
    <w:p>
      <w:pPr>
        <w:jc w:val="right"/>
      </w:pPr>
      <w:r>
        <w:t>تو مسجد کے اندر بھی اس کی زندگی حقیقی دین سے خالی ہوگی اور ظاہر ہے کہ بے روح عمل کی خدا کے نزدیک کوئی قیمت نہیں خدا سچے عمل کو قبول کرتا ہے نہ کہ جھوٹے عمل کو کسی آدمی کے پاس دولت کی رونقیں ہوں اور آدمیوں کا جتھا اس کے گرد و پیش دکھائی دیتا ہو تو عام لوگ اس کو رش کی نظروں سے دیکھنے لگتے ہیں مگر حقیقت یہ ہے کہ ایسے لوگ سب سے زیادہ بدقسمت لوگ ہیں</w:t>
      </w:r>
    </w:p>
    <w:p>
      <w:r>
        <w:rPr>
          <w:b/>
        </w:rPr>
        <w:t xml:space="preserve">[1:33:16] </w:t>
      </w:r>
      <w:r>
        <w:t>aam taur par un ka jo haal hota hai woh yeh ke maal o ja un ke liye</w:t>
      </w:r>
    </w:p>
    <w:p>
      <w:pPr>
        <w:jc w:val="right"/>
      </w:pPr>
      <w:r>
        <w:t>عام طور پر ان کا جو حال ہوتا ہے وہ یہ کہ مال و جا ان کے لیے</w:t>
      </w:r>
    </w:p>
    <w:p>
      <w:r>
        <w:rPr>
          <w:b/>
        </w:rPr>
        <w:t xml:space="preserve">[1:33:20] </w:t>
      </w:r>
      <w:r>
        <w:t>aise endhan ban jatay hain ke woh Khuda ke deen ki taraf bharpoor taur par na barh sakein</w:t>
      </w:r>
    </w:p>
    <w:p>
      <w:pPr>
        <w:jc w:val="right"/>
      </w:pPr>
      <w:r>
        <w:t>ایسے ایندھن بن جاتے ہیں کہ وہ خدا کے دین کی طرف بھرپور طور پر نہ بڑھ سکیں</w:t>
      </w:r>
    </w:p>
    <w:p>
      <w:r>
        <w:rPr>
          <w:b/>
        </w:rPr>
        <w:t xml:space="preserve">[1:33:25] </w:t>
      </w:r>
      <w:r>
        <w:t>woh Khuda ko bhool kar un mein mashghool rahein yahan tak ke maut aa jaye aur be-rehemi</w:t>
      </w:r>
    </w:p>
    <w:p>
      <w:pPr>
        <w:jc w:val="right"/>
      </w:pPr>
      <w:r>
        <w:t>وہ خدا کو بھول کر ان میں مشغول رہیں یہاں تک کہ موت آ جائے اور بے رحمی</w:t>
      </w:r>
    </w:p>
    <w:p>
      <w:r>
        <w:rPr>
          <w:b/>
        </w:rPr>
        <w:t xml:space="preserve">[1:33:31] </w:t>
      </w:r>
      <w:r>
        <w:t>ke sath un ko un ke maal o ja se juda kar de</w:t>
      </w:r>
    </w:p>
    <w:p>
      <w:pPr>
        <w:jc w:val="right"/>
      </w:pPr>
      <w:r>
        <w:t>کے ساتھ ان کو ان کے مال و جا سے جدا کر دے</w:t>
      </w:r>
    </w:p>
    <w:p>
      <w:r>
        <w:rPr>
          <w:b/>
        </w:rPr>
        <w:t xml:space="preserve">[1:33:36] </w:t>
      </w:r>
      <w:r>
        <w:t>wa minhum man yulzimuk fis sadaqati fa in u'too minha razaw wa in lam yu'taw minha</w:t>
      </w:r>
    </w:p>
    <w:p>
      <w:pPr>
        <w:jc w:val="right"/>
      </w:pPr>
      <w:r>
        <w:t>ومنهم منیلمزک فی الصدقات فان اعطوا منها رضوا وان لم یعطوا منها</w:t>
      </w:r>
    </w:p>
    <w:p>
      <w:r>
        <w:rPr>
          <w:b/>
        </w:rPr>
        <w:t xml:space="preserve">[1:33:48] </w:t>
      </w:r>
      <w:r>
        <w:t>itha hum yaskhatun</w:t>
      </w:r>
    </w:p>
    <w:p>
      <w:pPr>
        <w:jc w:val="right"/>
      </w:pPr>
      <w:r>
        <w:t>اذا هم یسخطون</w:t>
      </w:r>
    </w:p>
    <w:p>
      <w:r>
        <w:rPr>
          <w:b/>
        </w:rPr>
        <w:t xml:space="preserve">[1:33:53] </w:t>
      </w:r>
      <w:r>
        <w:t>wa law annahum radu ma atahum Allahu wa rasooluhu wa qaloo hasbun Allah</w:t>
      </w:r>
    </w:p>
    <w:p>
      <w:pPr>
        <w:jc w:val="right"/>
      </w:pPr>
      <w:r>
        <w:t>ولو انهم رضوا ما اتاهم اللہ ورسولہ وقالوا حسبنا اللہ</w:t>
      </w:r>
    </w:p>
    <w:p>
      <w:r>
        <w:rPr>
          <w:b/>
        </w:rPr>
        <w:t xml:space="preserve">[1:34:07] </w:t>
      </w:r>
      <w:r>
        <w:t>wa qaloo hasbun Allah sayu'teena Allahu min fadlihi wa rasooluhu inna ila Allah raghiboon</w:t>
      </w:r>
    </w:p>
    <w:p>
      <w:pPr>
        <w:jc w:val="right"/>
      </w:pPr>
      <w:r>
        <w:t>وقالوا حسبنا اللہ سیؤتینا اللہ من فضله ورسوله انا الى اللہ راغبون</w:t>
      </w:r>
    </w:p>
    <w:p>
      <w:r>
        <w:rPr>
          <w:b/>
        </w:rPr>
        <w:t xml:space="preserve">[1:34:25] </w:t>
      </w:r>
      <w:r>
        <w:t>innama al-sadaqatu lil fuqarai wal masakeeni wal 'aamineena 'alayha wal mu'allafati quloobuhum wa fi al-riqabi wal gharimeena wal gharimeena wa fi sabilillah wa bn al-sabeeli fareedatan</w:t>
      </w:r>
    </w:p>
    <w:p>
      <w:pPr>
        <w:jc w:val="right"/>
      </w:pPr>
      <w:r>
        <w:t>انما الصدقات للفقراء والمساكين والعاملين عليها والمؤلفه قلوبهم وفي الرقاب والغارمين والغارمين وفي سبيل الله وبن السبيل فريضه</w:t>
      </w:r>
    </w:p>
    <w:p>
      <w:r>
        <w:rPr>
          <w:b/>
        </w:rPr>
        <w:t xml:space="preserve">[1:34:49] </w:t>
      </w:r>
      <w:r>
        <w:t>min Allah</w:t>
      </w:r>
    </w:p>
    <w:p>
      <w:pPr>
        <w:jc w:val="right"/>
      </w:pPr>
      <w:r>
        <w:t>من الله</w:t>
      </w:r>
    </w:p>
    <w:p>
      <w:r>
        <w:rPr>
          <w:b/>
        </w:rPr>
        <w:t xml:space="preserve">[1:34:53] </w:t>
      </w:r>
      <w:r>
        <w:t>wallahu aleemun hakeem</w:t>
      </w:r>
    </w:p>
    <w:p>
      <w:pPr>
        <w:jc w:val="right"/>
      </w:pPr>
      <w:r>
        <w:t>والله عليم حكيم</w:t>
      </w:r>
    </w:p>
    <w:p>
      <w:r>
        <w:rPr>
          <w:b/>
        </w:rPr>
        <w:t xml:space="preserve">[1:34:58] </w:t>
      </w:r>
      <w:r>
        <w:t>aur un mein aise bhi hain jo tum par sadqat ke bare mein aib lagate hain agar is</w:t>
      </w:r>
    </w:p>
    <w:p>
      <w:pPr>
        <w:jc w:val="right"/>
      </w:pPr>
      <w:r>
        <w:t>اور ان میں ایسے بھی ہیں جو تم پر صدقات کے بارے میں عیب لگاتے ہیں اگر اس</w:t>
      </w:r>
    </w:p>
    <w:p>
      <w:r>
        <w:rPr>
          <w:b/>
        </w:rPr>
        <w:t xml:space="preserve">[1:35:03] </w:t>
      </w:r>
      <w:r>
        <w:t>mein se unhein de diya jaye to razi rehte hain aur agar na diya jaye to naraz ho</w:t>
      </w:r>
    </w:p>
    <w:p>
      <w:pPr>
        <w:jc w:val="right"/>
      </w:pPr>
      <w:r>
        <w:t>میں سے انہیں دے دیا جائے تو راضی رہتے ہیں اور اگر نہ دیا جائے تو ناراض ہو</w:t>
      </w:r>
    </w:p>
    <w:p>
      <w:r>
        <w:rPr>
          <w:b/>
        </w:rPr>
        <w:t xml:space="preserve">[1:35:08] </w:t>
      </w:r>
      <w:r>
        <w:t>jatay hain kya acha hota ke Allah aur Rasool ne jo kuch unhein diya tha us par woh</w:t>
      </w:r>
    </w:p>
    <w:p>
      <w:pPr>
        <w:jc w:val="right"/>
      </w:pPr>
      <w:r>
        <w:t>جاتے ہیں کیا اچھا ہوتا کہ اللہ اور رسول نے جو کچھ انہیں دیا تھا اس پر وہ</w:t>
      </w:r>
    </w:p>
    <w:p>
      <w:r>
        <w:rPr>
          <w:b/>
        </w:rPr>
        <w:t xml:space="preserve">[1:35:14] </w:t>
      </w:r>
      <w:r>
        <w:t>razi rehte aur kehte ke Allah hamare liye kafi hai Allah apne fazl se hum ko aur bhi</w:t>
      </w:r>
    </w:p>
    <w:p>
      <w:pPr>
        <w:jc w:val="right"/>
      </w:pPr>
      <w:r>
        <w:t>راضی رہتے اور کہتے کہ اللہ ہمارے لیے کافی ہے اللہ اپنے فضل سے ہم کو اور بھی</w:t>
      </w:r>
    </w:p>
    <w:p>
      <w:r>
        <w:rPr>
          <w:b/>
        </w:rPr>
        <w:t xml:space="preserve">[1:35:20] </w:t>
      </w:r>
      <w:r>
        <w:t>de ga aur is ka rasool bhi hum</w:t>
      </w:r>
    </w:p>
    <w:p>
      <w:pPr>
        <w:jc w:val="right"/>
      </w:pPr>
      <w:r>
        <w:t>دے گا اور اس کا رسول بھی ہم</w:t>
      </w:r>
    </w:p>
    <w:p>
      <w:r>
        <w:rPr>
          <w:b/>
        </w:rPr>
        <w:t xml:space="preserve">[1:35:23] </w:t>
      </w:r>
      <w:r>
        <w:t>ko to Allah hi chahiye sadqat yani zakat to darasal faqiron aur miskeenon ke liye hain aur un karindagon ke liye jo sadqat ke kaam par muqarrar</w:t>
      </w:r>
    </w:p>
    <w:p>
      <w:pPr>
        <w:jc w:val="right"/>
      </w:pPr>
      <w:r>
        <w:t>کو تو اللہ ہی چاہیے صدقات یعنی زکوۃ تو دراصل فقیروں اور مسکینوں کے لیے ہیں اور ان کارکنوں کے لیے جو صدقات کے کام پر مقرر</w:t>
      </w:r>
    </w:p>
    <w:p>
      <w:r>
        <w:rPr>
          <w:b/>
        </w:rPr>
        <w:t xml:space="preserve">[1:35:33] </w:t>
      </w:r>
      <w:r>
        <w:t>hain aur un ke liye jin ki talif-e-qalb matloob hai ne gardanon ke chhurane mein aur jo tawan bharen aur Allah ke raste mein aur musafir ki imdad mein yeh ek fariza hai Allah ki taraf se aur Allah ilm wala hikmat wala hai tashreeh yahan zakat ke masarif bataye gaye hain yeh masarif Quran ki tasreeh ke mutabiq aath hain fuqara jin ke pas kuch na ho</w:t>
      </w:r>
    </w:p>
    <w:p>
      <w:pPr>
        <w:jc w:val="right"/>
      </w:pPr>
      <w:r>
        <w:t>ہیں اور ان کے لیے جن کی تالیف قلب مطلوب ہے نیس گردنوں کے چھڑانے میں اور جو تاوان بھریں اور اللہ کے راستے میں اور مسافر کی امداد میں یہ ایک فریضہ ہے اللہ کی طرف سے اور اللہ علم والا حکمت والا ہے تشریح یہاں زکوۃ کے مصارف بتائے گئے ہیں یہ مصارف قران کی تصریح کے مطابق اٹھ ہیں فقراء جن کے پاس کچھ نہ ہو</w:t>
      </w:r>
    </w:p>
    <w:p>
      <w:r>
        <w:rPr>
          <w:b/>
        </w:rPr>
        <w:t xml:space="preserve">[1:36:01] </w:t>
      </w:r>
      <w:r>
        <w:t>masakeen jin ko baqadr-e-hajat mayassar na ho 'aamileen jo Islami hukumat ki taraf se sadqat ki wasooli aur us ke hisab kitab par mamoor hon mu'allafat al-quloob jin ko Islam ki taraf raghib karna maqsood ho ya jo Islam mein kamzor hon riqab ghulamon ko azadi dilane ke liye ya aseeron ka fidya de kar unhein raha karne ke liye</w:t>
      </w:r>
    </w:p>
    <w:p>
      <w:pPr>
        <w:jc w:val="right"/>
      </w:pPr>
      <w:r>
        <w:t>مساکین جن کو بقدر حاجت میسر نہ ہو عاملین جو اسلامی حکومت کی طرف سے صدقات کی وصولی اور اس کے حساب کتاب پر مامور ہوں محلفت القلوب جن کو اسلام کی طرف راغب کرنا مقصود ہو یا جو اسلام میں کمزور ہوں رقاب غلاموں کو ازادی دلانے کے لیے یا اسیروں کا فدیہ دے کر انہیں رہا کرنے کے لیے</w:t>
      </w:r>
    </w:p>
    <w:p>
      <w:r>
        <w:rPr>
          <w:b/>
        </w:rPr>
        <w:t xml:space="preserve">[1:36:25] </w:t>
      </w:r>
      <w:r>
        <w:t>gharimeen jo maqrooz ho gaye hon ya jin ke upar zamanat ka baar ho sabil Allah dawat-e-deen aur jihad fi sabil Allah ki mad mein ibn al-sabeel musafir jo halat-e-safar mein zaruratmand ho jaye khwah apne makan par mustaghni ho</w:t>
      </w:r>
    </w:p>
    <w:p>
      <w:pPr>
        <w:jc w:val="right"/>
      </w:pPr>
      <w:r>
        <w:t>غازمین جو مقروض ہو گئے ہوں یا جن کے اوپر ضمانت کا بار ہو سبیل اللہ دعوت دین اور جہاد فی سبیل اللہ کی مد میں ابن السبیل مسافر جو حالت سفر میں ضرورت مند ہو جائے خواہ اپنے مکان پر مستغنی ہو</w:t>
      </w:r>
    </w:p>
    <w:p>
      <w:r>
        <w:rPr>
          <w:b/>
        </w:rPr>
        <w:t xml:space="preserve">[1:36:43] </w:t>
      </w:r>
      <w:r>
        <w:t>ijtimai nizam ke tehat jab zakat o sadqat ki taqseem ki jaye to hamesha aisa hota hai ke kuch logon ki haq talfi ya ghair munsaifana taqseem ki shikayat ho jati hai magar aisi shikayat aksar khud shikayat karne wale ki kamzori ko zahir karti hai taqseem ka zimmedar khwah kitna hi pak saaf ho logon ki hiras aur unka mehdood tarz fikr baharhal is qism ki shikayatein nikal lega mazeed yeh ke is qism ki shikayat sab se zyada admi ke apne khilaf parti hai</w:t>
      </w:r>
    </w:p>
    <w:p>
      <w:pPr>
        <w:jc w:val="right"/>
      </w:pPr>
      <w:r>
        <w:t>اجتماعی نظام کے تحت جب زکوۃ و صدقات کی تقسیم کی جائے تو ہمیشہ ایسا ہوتا ہے کہ کچھ لوگوں کی حق تلفی یا غیر منصفانہ تقسیم کی شکایت ہو جاتی ہے مگر ایسی شکایت اکثر خود شکایت کرنے والے کی کمزوری کو ظاہر کرتی ہے تقسیم کا ذمہ دار خواہ کتنا ہی پاک پاس ہو لوگوں کی حرص اور ان کا محدود طرز فکر بہرحال اس قسم کی شکایتیں نکال لے گا مزید یہ کہ اس قسم کی شکایت سب سے زیادہ ادمی کے اپنے خلاف پڑتی ہے</w:t>
      </w:r>
    </w:p>
    <w:p>
      <w:r>
        <w:rPr>
          <w:b/>
        </w:rPr>
        <w:t xml:space="preserve">[1:37:12] </w:t>
      </w:r>
      <w:r>
        <w:t>wo admi ki fikri imkanat ko barooye kar lany mein rukawat ban jati hai admi agar shikayati mizaj ko chhod kar aisa kare ke usko jo kuch mila hai us par wo razi ho jaye aur apni soch ka rukh Allah ki taraf kar le to uske baad yeh hoga ke uske andar nai himmat paida hogi uske andar chupi hui ajabi salahiyaten jaag uthengi wo mili hui raqam ko zyada karamad مصرف mein lagayega</w:t>
      </w:r>
    </w:p>
    <w:p>
      <w:pPr>
        <w:jc w:val="right"/>
      </w:pPr>
      <w:r>
        <w:t>وہ ادمی کی فکری امکانات کو بروئے کار لانے میں رکاوٹ بن جاتی ہے ادمی اگر شکایتی مزاج کو چھوڑ کر ایسا کرے کہ اس کو جو کچھ ملا ہے اس پر وہ راضی ہو جائے اور اپنی سوچ کا رخ اللہ کی طرف کر لے تو اس کے بعد یہ ہوگا کہ اس کے اندر نئی ہمت پیدا ہوگی اس کے اندر چھپی ہوئی اعجابی صلاحیتیں جاگ اٹھیں گی وہ ملی ہوئی رقم کو زیادہ کارامد مصرف میں لگائے گا</w:t>
      </w:r>
    </w:p>
    <w:p>
      <w:r>
        <w:rPr>
          <w:b/>
        </w:rPr>
        <w:t xml:space="preserve">[1:37:39] </w:t>
      </w:r>
      <w:r>
        <w:t>ehtiyat par inhisaar karne ke bajaye uske andar apne aap par aitmad karne ka zehan ubhar</w:t>
      </w:r>
    </w:p>
    <w:p>
      <w:pPr>
        <w:jc w:val="right"/>
      </w:pPr>
      <w:r>
        <w:t>احتیاط پر انحصار کرنے کے بجائے اس کے اندر اپنے اپ پر اعتماد کرنے کا ذہن ابھر</w:t>
      </w:r>
    </w:p>
    <w:p>
      <w:r>
        <w:rPr>
          <w:b/>
        </w:rPr>
        <w:t xml:space="preserve">[1:37:45] </w:t>
      </w:r>
      <w:r>
        <w:t>ega wo Khuda ke bharose par naye iqtisadi mawaqe ki talash karne lagega doosron se bezari ke bajaye doosron ko saathi banakar kaam karne ka jazba uske andar paida hoga waghera wa minhum allazina yu'dhun</w:t>
      </w:r>
    </w:p>
    <w:p>
      <w:pPr>
        <w:jc w:val="right"/>
      </w:pPr>
      <w:r>
        <w:t>ے گا وہ خدا کے بھروسے پر نئے اقتصادی مواقع کی تلاش کرنے لگے گا دوسروں سے بیزاری کے بجائے دوسروں کو ساتھی بنا کر کام کرنے کا جذبہ اس کے اندر پیدا ہوگا وغیرہ ومنہم الذین یؤذون</w:t>
      </w:r>
    </w:p>
    <w:p>
      <w:r>
        <w:rPr>
          <w:b/>
        </w:rPr>
        <w:t xml:space="preserve">[1:38:03] </w:t>
      </w:r>
      <w:r>
        <w:t>annabiyya wa yaquluna huwa udhun qul udhun khairul lakum yu'minu billahi wa yu'minu lilmu'minina wa rahmatul lillazina amanu minkum</w:t>
      </w:r>
    </w:p>
    <w:p>
      <w:pPr>
        <w:jc w:val="right"/>
      </w:pPr>
      <w:r>
        <w:t>النبی ویقولون هو اذن قل اذن خیر لکم یومن باللہ ویومن للمومنین ورحمۃ للذین امنوا منکم</w:t>
      </w:r>
    </w:p>
    <w:p>
      <w:r>
        <w:rPr>
          <w:b/>
        </w:rPr>
        <w:t xml:space="preserve">[1:38:20] </w:t>
      </w:r>
      <w:r>
        <w:t>wallazina yu'dhuna rasulallahi lahum 'adhabun 'alim yahlifuna billahi lakum liyurdukum wallahu wa rasuluhu ahqqu an yurduhu in</w:t>
      </w:r>
    </w:p>
    <w:p>
      <w:pPr>
        <w:jc w:val="right"/>
      </w:pPr>
      <w:r>
        <w:t>والذین یؤذون رسول اللہ لہم عذاب علیم یحلفون باللہ لکم لیرضوكم واللہ ورسولہ احق ان یرضوه ان</w:t>
      </w:r>
    </w:p>
    <w:p>
      <w:r>
        <w:rPr>
          <w:b/>
        </w:rPr>
        <w:t xml:space="preserve">[1:38:40] </w:t>
      </w:r>
      <w:r>
        <w:t>kanu mu'minin alam yalamu annahu man yuhaddidallaha wa rasulahu fa'innahu naru jahannama khalida</w:t>
      </w:r>
    </w:p>
    <w:p>
      <w:pPr>
        <w:jc w:val="right"/>
      </w:pPr>
      <w:r>
        <w:t>کانوا مؤمنین الم یعلموا انه من یحادد اللہ ورسولہ فان له نار جهنم خالدا</w:t>
      </w:r>
    </w:p>
    <w:p>
      <w:r>
        <w:rPr>
          <w:b/>
        </w:rPr>
        <w:t xml:space="preserve">[1:39:00] </w:t>
      </w:r>
      <w:r>
        <w:t>fiha dhalikal khizyul 'azim</w:t>
      </w:r>
    </w:p>
    <w:p>
      <w:pPr>
        <w:jc w:val="right"/>
      </w:pPr>
      <w:r>
        <w:t>فیہا ذلك الخزي العظیم</w:t>
      </w:r>
    </w:p>
    <w:p>
      <w:r>
        <w:rPr>
          <w:b/>
        </w:rPr>
        <w:t xml:space="preserve">[1:39:08] </w:t>
      </w:r>
      <w:r>
        <w:t>aur un mein wo log bhi hain jo nabi ko dukh dete hain aur kehte hain ke yeh shakhs to kaan hai kaho ke wo tumhari bhalai ke liye kaan hai wo Allah par iman rakhta hai wo ahle iman par aitmad karta hai wo rehmat hai unke liye jo tum mein se ahle iman hain</w:t>
      </w:r>
    </w:p>
    <w:p>
      <w:pPr>
        <w:jc w:val="right"/>
      </w:pPr>
      <w:r>
        <w:t>اور ان میں وہ لوگ بھی ہیں جو نبی کو دکھ دیتے ہیں اور کہتے ہیں کہ یہ شخص تو کان ہے کہو کہ وہ تمہاری بھلائی کے لیے کان ہے وہ اللہ پر ایمان رکھتا ہے وہ اہل ایمان پر اعتماد کرتا ہے وہ رحمت ہے ان کے لیے جو تم میں سے اہل ایمان ہیں</w:t>
      </w:r>
    </w:p>
    <w:p>
      <w:r>
        <w:rPr>
          <w:b/>
        </w:rPr>
        <w:t xml:space="preserve">[1:39:29] </w:t>
      </w:r>
      <w:r>
        <w:t>aur jo log Allah ke rasool ko dukh dete hain unke liye dardnak saza hai wo tumhare samne qasmein khate hain taake tumko razi karen</w:t>
      </w:r>
    </w:p>
    <w:p>
      <w:pPr>
        <w:jc w:val="right"/>
      </w:pPr>
      <w:r>
        <w:t>اور جو لوگ اللہ کے رسول کو دکھ دیتے ہیں ان کے لیے دردناک سزا ہے وہ تمہارے سامنے قسمیں کھاتے ہیں تاکہ تم کو راضی کریں</w:t>
      </w:r>
    </w:p>
    <w:p>
      <w:r>
        <w:rPr>
          <w:b/>
        </w:rPr>
        <w:t xml:space="preserve">[1:39:41] </w:t>
      </w:r>
      <w:r>
        <w:t>halankeh Allah aur uska rasool zyada haqdar hain ke wo us kya unko maloom nahi ke jo Allah aur uske rasool ki mukhalifat kare uske liye jahannam ki aag hai jis mein wo hamesha rahega yeh bohat badi ruswai hai tashreeh</w:t>
      </w:r>
    </w:p>
    <w:p>
      <w:pPr>
        <w:jc w:val="right"/>
      </w:pPr>
      <w:r>
        <w:t>حالانکہ اللہ اور اس کا رسول زیادہ حقدار ہیں کہ وہ اس کیا ان کو معلوم نہیں کہ جو اللہ اور اس کے رسول کی مخالفت کرے اس کے لیے جہنم کی اگ ہے جس میں وہ ہمیشہ رہے گا یہ بہت بڑی رسوائی ہے تشریح</w:t>
      </w:r>
    </w:p>
    <w:p>
      <w:r>
        <w:rPr>
          <w:b/>
        </w:rPr>
        <w:t xml:space="preserve">[1:40:05] </w:t>
      </w:r>
      <w:r>
        <w:t>madine ke munafiqeen apni niji majlisoun mein islami shakhsiyaton ka mazak urate magar jab wo musalmanoun ke samne ate to qasam khakar yaqeen dilate ke wo Islam ke wafadar hain uski wajah yeh thi ke musalman madine mein taqatwar the wo munafiqeen ko nuqsan pounchaney ki hesiyat mein the is liye munafiqeen musalmanoun se darte the</w:t>
      </w:r>
    </w:p>
    <w:p>
      <w:pPr>
        <w:jc w:val="right"/>
      </w:pPr>
      <w:r>
        <w:t>مدینہ کے منافقین اپنی نجی مجلسوں میں اسلامی شخصیتوں کا مذاق اڑاتے مگر جب وہ مسلمانوں کے سامنے اتے تو قسم کھا کر یقین دلاتے کہ وہ اسلام کے وفادار ہیں اس کی وجہ یہ تھی کہ مسلمان مدینے میں طاقتور تھے وہ منافقین کو نقصان پہنچانے کی حیثیت میں تھے اس لیے منافقین مسلمانوں سے ڈرتے تھے</w:t>
      </w:r>
    </w:p>
    <w:p>
      <w:r>
        <w:rPr>
          <w:b/>
        </w:rPr>
        <w:t xml:space="preserve">[1:40:35] </w:t>
      </w:r>
      <w:r>
        <w:t>is se munafiq ke kirdaar ka asal pehlu samne ata hai munafiq ki dindari insan ke dar se hoti hai na ke Khuda ke dar se</w:t>
      </w:r>
    </w:p>
    <w:p>
      <w:pPr>
        <w:jc w:val="right"/>
      </w:pPr>
      <w:r>
        <w:t>اس سے منافق کے کردار کا اصل پہلو سامنے اتا ہے منافق کی دینداری انسان کے ڈر سے ہوتی ہے نہ کہ خدا کے ڈر سے</w:t>
      </w:r>
    </w:p>
    <w:p>
      <w:r>
        <w:rPr>
          <w:b/>
        </w:rPr>
        <w:t xml:space="preserve">[1:40:48] </w:t>
      </w:r>
      <w:r>
        <w:t>woh aise mauqe par akhlaq aur insaaf wala ban jata hai jahan insaan ka dabao ho ya awam</w:t>
      </w:r>
    </w:p>
    <w:p>
      <w:pPr>
        <w:jc w:val="right"/>
      </w:pPr>
      <w:r>
        <w:t>وہ ایسے موقع پر اخلاق اور انصاف والا بن جاتا ہے جہاں انسان کا دباؤ ہو یا عوام</w:t>
      </w:r>
    </w:p>
    <w:p>
      <w:r>
        <w:rPr>
          <w:b/>
        </w:rPr>
        <w:t xml:space="preserve">[1:40:57] </w:t>
      </w:r>
      <w:r>
        <w:t>ki taraf se andesha lahaq ho magar jahan is qism ka khatra na ho aur sirf khuda ka</w:t>
      </w:r>
    </w:p>
    <w:p>
      <w:pPr>
        <w:jc w:val="right"/>
      </w:pPr>
      <w:r>
        <w:t>کی طرف سے اندیشہ لاحق ہو مگر جہاں اس قسم کا خطرہ نہ ہو اور صرف خدا کا</w:t>
      </w:r>
    </w:p>
    <w:p>
      <w:r>
        <w:rPr>
          <w:b/>
        </w:rPr>
        <w:t xml:space="preserve">[1:41:05] </w:t>
      </w:r>
      <w:r>
        <w:t>dar hi woh cheez ho jo aadmi ki zuban ko band kare aur is ke hath paon ko</w:t>
      </w:r>
    </w:p>
    <w:p>
      <w:pPr>
        <w:jc w:val="right"/>
      </w:pPr>
      <w:r>
        <w:t>ڈر ہی وہ چیز ہو جو ادمی کی زبان کو بند کرے اور اس کے ہاتھ پاؤں کو</w:t>
      </w:r>
    </w:p>
    <w:p>
      <w:r>
        <w:rPr>
          <w:b/>
        </w:rPr>
        <w:t xml:space="preserve">[1:41:12] </w:t>
      </w:r>
      <w:r>
        <w:t>roke to wahan woh bilkul doosra insaan hota hai</w:t>
      </w:r>
    </w:p>
    <w:p>
      <w:pPr>
        <w:jc w:val="right"/>
      </w:pPr>
      <w:r>
        <w:t>روکے تو وہاں وہ بالکل دوسرا انسان ہوتا ہے</w:t>
      </w:r>
    </w:p>
    <w:p>
      <w:r>
        <w:rPr>
          <w:b/>
        </w:rPr>
        <w:t xml:space="preserve">[1:41:18] </w:t>
      </w:r>
      <w:r>
        <w:t>ab wo ek aisa shakhs hota hai jisko na ba akhlaq banne se koi dilchaspi ho aur na insaf ka rawaiyya ikhtiyar karne ki koi zaroorat</w:t>
      </w:r>
    </w:p>
    <w:p>
      <w:pPr>
        <w:jc w:val="right"/>
      </w:pPr>
      <w:r>
        <w:t>اب وہ ایک ایسا شخص ہوتا ہے جس کو نہ بااخلاق بننے سے کوئی دلچسپی ہو اور نہ انصاف کا رویہ اختیار کرنے کی کوئی ضرورت</w:t>
      </w:r>
    </w:p>
    <w:p>
      <w:r>
        <w:rPr>
          <w:b/>
        </w:rPr>
        <w:t xml:space="preserve">[1:41:32] </w:t>
      </w:r>
      <w:r>
        <w:t>jo log maslehatoun mein giraftar hote hain aur is bina par tahaffuzat se upar uthkar Khuda ke deen ka saath nahi de pate wo aam taur par mashre ke sahib hesiyat log hote hain apni hesiyat ko baqi rakhne ke liye wo un logon ki tasweer bigadne ki koshish karte hain jo sachche Islam ko le kar uthe hain wo</w:t>
      </w:r>
    </w:p>
    <w:p>
      <w:pPr>
        <w:jc w:val="right"/>
      </w:pPr>
      <w:r>
        <w:t>جو لوگ مصلحتوں میں گرفتار ہوتے ہیں اور اس بنا پر تحفظات سے اوپر اٹھ کر خدا کے دین کا ساتھ نہیں دے پاتے وہ عام طور پر معاشرے کے صاحب حیثیت لوگ ہوتے ہیں اپنی حیثیت کو باقی رکھنے کے لیے وہ ان لوگوں کی تصویر بگاڑنے کی کوشش کرتے ہیں جو سچے اسلام کو لے کر اٹھے ہیں وہ</w:t>
      </w:r>
    </w:p>
    <w:p>
      <w:r>
        <w:rPr>
          <w:b/>
        </w:rPr>
        <w:t xml:space="preserve">[1:42:01] </w:t>
      </w:r>
      <w:r>
        <w:t>unke khilaf jhoote propaganda ki muhim chalate hain unko tarah tarah se badnam karne ki tadbeeren karte hain unki baaton mein be buniyad qism ke etirazat nikalte hain aise log bhool jate hain ke yeh be had sangin baat hai yeh ahle iman ki mukhalifat nahi balkeh khud Khuda ki mukhalifat hai yeh</w:t>
      </w:r>
    </w:p>
    <w:p>
      <w:pPr>
        <w:jc w:val="right"/>
      </w:pPr>
      <w:r>
        <w:t>ان کے خلاف جھوٹے پروپیگنڈے کی مہم چلاتے ہیں ان کو طرح طرح سے بدنام کرنے کی تدبیریں کرتے ہیں ان کی باتوں میں بے بنیاد قسم کے اعتراضات نکالتے ہیں ایسے لوگ بھول جاتے ہیں کہ یہ بے حد سنگین بات ہے یہ اہل ایمان کی مخالفت نہیں بلکہ خود خدا کی مخالفت ہے یہ</w:t>
      </w:r>
    </w:p>
    <w:p>
      <w:r>
        <w:rPr>
          <w:b/>
        </w:rPr>
        <w:t xml:space="preserve">[1:42:30] </w:t>
      </w:r>
      <w:r>
        <w:t>Khuda ka harif bankar khada hona hai aise log agar apni masoomiyat sabit karne ke bajaye apni ghalti ka iqrar karte aur kam az kam dil se Islam ke da'iyon ke khair khwah hote to shayad wo qabil e maafi theharte magar zid aur mukhalifat ka tareeqa ikhtiyar karke unho ne apne ko Khuda ke dushmanoun ki fehrist mein shamil kar liya</w:t>
      </w:r>
    </w:p>
    <w:p>
      <w:pPr>
        <w:jc w:val="right"/>
      </w:pPr>
      <w:r>
        <w:t>خدا کا حریف بن کر کھڑا ہونا ہے ایسے لوگ اگر اپنی معصومیت ثابت کرنے کے بجائے اپنی غلطی کا اقرار کرتے اور کم از کم دل سے اسلام کے داعیوں کے خیر خواہ ہوتے تو شاید وہ قابل معافی ٹھہرتے مگر ضد اور مخالفت کا طریقہ اختیار کر کے انہوں نے اپنے کو خدا کے دشمنوں کی فہرست میں شامل کر لیا</w:t>
      </w:r>
    </w:p>
    <w:p>
      <w:r>
        <w:rPr>
          <w:b/>
        </w:rPr>
        <w:t xml:space="preserve">[1:43:00] </w:t>
      </w:r>
      <w:r>
        <w:t>ab ruswai aur azab ke siwa unka koi thikana nahi Allah ka dar admi ke dil ko naram kar deta hai wo logon ki be buniyad baaton ko bhi khamoshi ke sath sun leta hai</w:t>
      </w:r>
    </w:p>
    <w:p>
      <w:pPr>
        <w:jc w:val="right"/>
      </w:pPr>
      <w:r>
        <w:t>اب رسوائی اور عذاب کے سوا ان کا کوئی ٹھکانہ نہیں اللہ کا ڈر ادمی کے دل کو نرم کر دیتا ہے وہ لوگوں کی بے بنیاد باتوں کو بھی خاموشی کے ساتھ سن لیتا ہے</w:t>
      </w:r>
    </w:p>
    <w:p>
      <w:r>
        <w:rPr>
          <w:b/>
        </w:rPr>
        <w:t xml:space="preserve">[1:43:17] </w:t>
      </w:r>
      <w:r>
        <w:t>yahan tak ke nadan log kehne lagen ke yeh to saada lo hain baaton ki gehrai ko samajhte hi nahi</w:t>
      </w:r>
    </w:p>
    <w:p>
      <w:pPr>
        <w:jc w:val="right"/>
      </w:pPr>
      <w:r>
        <w:t>یہاں تک کہ نادان لوگ کہنے لگیں کہ یہ تو سادہ لو ہیں باتوں کی گہرائی کو سمجھتے ہی نہیں</w:t>
      </w:r>
    </w:p>
    <w:p>
      <w:r>
        <w:rPr>
          <w:b/>
        </w:rPr>
        <w:t xml:space="preserve">[1:43:28] </w:t>
      </w:r>
      <w:r>
        <w:t>yahzarul munafiquna an tunzala 'alayhim suratul tunbi'uhum bima fi qulubihim qul istahzi'u in</w:t>
      </w:r>
    </w:p>
    <w:p>
      <w:pPr>
        <w:jc w:val="right"/>
      </w:pPr>
      <w:r>
        <w:t>یحذر المنافقون ان تنزل علیہم سورۃ تنبئهم بما فی قلوبہم قل استہزئوا ان</w:t>
      </w:r>
    </w:p>
    <w:p>
      <w:r>
        <w:rPr>
          <w:b/>
        </w:rPr>
        <w:t xml:space="preserve">[1:43:46] </w:t>
      </w:r>
      <w:r>
        <w:t>allaha mukhrijun ma tahdharun wa la'in sa'altahum layaqulunna innama kunna nakhudhu wa nal'abu</w:t>
      </w:r>
    </w:p>
    <w:p>
      <w:pPr>
        <w:jc w:val="right"/>
      </w:pPr>
      <w:r>
        <w:t>اللہ مخرج ما تحذرون ولئن سالتهم ليقولن انما كنا نخوض ونلعب</w:t>
      </w:r>
    </w:p>
    <w:p>
      <w:r>
        <w:rPr>
          <w:b/>
        </w:rPr>
        <w:t xml:space="preserve">[1:44:04] </w:t>
      </w:r>
      <w:r>
        <w:t>qul aballaha wa ayatihi wa rasulihi kuntum tastahzi'una la ta'tadhuru qad kafartum ba'da immanikum in</w:t>
      </w:r>
    </w:p>
    <w:p>
      <w:pPr>
        <w:jc w:val="right"/>
      </w:pPr>
      <w:r>
        <w:t>قل اب الله واياته ورسوله كنتم تستهزئون لا تعتذروا قد كفرتم بعد ايمانكم ان</w:t>
      </w:r>
    </w:p>
    <w:p>
      <w:r>
        <w:rPr>
          <w:b/>
        </w:rPr>
        <w:t xml:space="preserve">[1:44:21] </w:t>
      </w:r>
      <w:r>
        <w:t>na'fu 'an ta'ifatim minkum nu'adhdhibu ta'ifatabihim kanu mujrimin</w:t>
      </w:r>
    </w:p>
    <w:p>
      <w:pPr>
        <w:jc w:val="right"/>
      </w:pPr>
      <w:r>
        <w:t>نعف عن طائفه منكم نعذب طائفه بانهم كانوا مجرمين</w:t>
      </w:r>
    </w:p>
    <w:p>
      <w:r>
        <w:rPr>
          <w:b/>
        </w:rPr>
        <w:t xml:space="preserve">[1:44:39] </w:t>
      </w:r>
      <w:r>
        <w:t>munafiqeen darte hain ke kahin musalmanoun par aisi surat nazil na ho jaye jo unko unke diloun ke bhedoun se agah kar de kaho ke tum mazak ura lo Allah yaqinan usko zahir kar dega jis se tum darte ho aur agar tum unse poocho to wo kahenge ke hum to hansi aur dil lagi kar rahe the</w:t>
      </w:r>
    </w:p>
    <w:p>
      <w:pPr>
        <w:jc w:val="right"/>
      </w:pPr>
      <w:r>
        <w:t>منافقین ڈرتے ہیں کہ کہیں مسلمانوں پر ایسی سورت نازل نہ ہو جائے جو ان کو ان کے دلوں کے بھیدوں سے اگاہ کر دے کہو کہ تم مذاق اڑا لو اللہ یقینا اس کو ظاہر کر دے گا جس سے تم ڈرتے ہو اور اگر تم ان سے پوچھو تو وہ کہیں گے کہ ہم تو ہنسی اور دل لگی کر رہے تھے</w:t>
      </w:r>
    </w:p>
    <w:p>
      <w:r>
        <w:rPr>
          <w:b/>
        </w:rPr>
        <w:t xml:space="preserve">[1:45:05] </w:t>
      </w:r>
      <w:r>
        <w:t>kaho kya tum Allah se aur us ki ayaton se aur us ke rasool se hansi dil lagi kar rahe the bahane mat banao tum ne eman lanay ke baad kufr kiya hai agar hum tum mein se aik giroh ko maaf kar dain to doosray giroh ko to zaroor saza dain ge kyunke woh mujrim hain</w:t>
      </w:r>
    </w:p>
    <w:p>
      <w:pPr>
        <w:jc w:val="right"/>
      </w:pPr>
      <w:r>
        <w:t>کہو کیا تم اللہ سے اور اس کی ایات سے اور اس کے رسول سے ہنسی دل لگی کر رہے تھے بہانے مت بناؤ تم نے ایمان لانے کے بعد کفر کیا ہے اگر ہم تم میں سے ایک گروہ کو معاف کر دیں تو دوسرے گروہ کو تو ضرور سزا دیں گے کیونکہ وہ مجرم ہیں</w:t>
      </w:r>
    </w:p>
    <w:p>
      <w:r>
        <w:rPr>
          <w:b/>
        </w:rPr>
        <w:t xml:space="preserve">[1:45:28] </w:t>
      </w:r>
      <w:r>
        <w:t>tashreeh ghazwa tabuk ke mauqe par madine mein yeh faza thi ke jo log rasool Allah sal Allah alaihi wasallam ke sath nikle woh arbab azmat shumar ho rahe the aur jo log apne gharon mein baith rahe the woh munafiq ya past himmat samjhe jatay the</w:t>
      </w:r>
    </w:p>
    <w:p>
      <w:pPr>
        <w:jc w:val="right"/>
      </w:pPr>
      <w:r>
        <w:t>تشریح غزوہ تبوک کے موقع پر مدینہ میں یہ فضا تھی کہ جو لوگ رسول اللہ صلی اللہ علیہ وسلم کے ساتھ نکلے وہ ارباب عظمت شمار ہو رہے تھے اور جو لوگ اپنے گھروں میں بیٹھ رہے تھے وہ منافق یا پست ہمت سمجھے جاتے تھے</w:t>
      </w:r>
    </w:p>
    <w:p>
      <w:r>
        <w:rPr>
          <w:b/>
        </w:rPr>
        <w:t xml:space="preserve">[1:45:53] </w:t>
      </w:r>
      <w:r>
        <w:t>baith rehne wale munafiqeen ne rasool aur ashaab rasool ke amal ko kamtar zahir karne ke liye un</w:t>
      </w:r>
    </w:p>
    <w:p>
      <w:pPr>
        <w:jc w:val="right"/>
      </w:pPr>
      <w:r>
        <w:t>بیٹھ رہنے والے منافقین نے رسول اور اصحاب رسول کے عمل کو کمتر ظاہر کرنے کے لیے ان</w:t>
      </w:r>
    </w:p>
    <w:p>
      <w:r>
        <w:rPr>
          <w:b/>
        </w:rPr>
        <w:t xml:space="preserve">[1:46:03] </w:t>
      </w:r>
      <w:r>
        <w:t>ka mazaq urana shuru kiya kisi ne kaha yeh quran parhne wale hamein to is ke siwa kuch</w:t>
      </w:r>
    </w:p>
    <w:p>
      <w:pPr>
        <w:jc w:val="right"/>
      </w:pPr>
      <w:r>
        <w:t>کا مذاق اڑانا شروع کیا کسی نے کہا یہ قران پڑھنے والے ہمیں تو اس کے سوا کچھ</w:t>
      </w:r>
    </w:p>
    <w:p>
      <w:r>
        <w:rPr>
          <w:b/>
        </w:rPr>
        <w:t xml:space="preserve">[1:46:11] </w:t>
      </w:r>
      <w:r>
        <w:t>aur nazar nahi aate ke woh hum mein sab se zyada bhooke hain hum mein sab se zyada</w:t>
      </w:r>
    </w:p>
    <w:p>
      <w:pPr>
        <w:jc w:val="right"/>
      </w:pPr>
      <w:r>
        <w:t>اور نظر نہیں اتے کہ وہ ہم میں سب سے زیادہ بھوکے ہیں ہم میں سب سے زیادہ</w:t>
      </w:r>
    </w:p>
    <w:p>
      <w:r>
        <w:rPr>
          <w:b/>
        </w:rPr>
        <w:t xml:space="preserve">[1:46:18] </w:t>
      </w:r>
      <w:r>
        <w:t>jhoote hain aur hum mein sab se zyada bazdil hain</w:t>
      </w:r>
    </w:p>
    <w:p>
      <w:pPr>
        <w:jc w:val="right"/>
      </w:pPr>
      <w:r>
        <w:t>جھوٹے ہیں اور ہم میں سب سے زیادہ بزدل ہیں</w:t>
      </w:r>
    </w:p>
    <w:p>
      <w:r>
        <w:rPr>
          <w:b/>
        </w:rPr>
        <w:t xml:space="preserve">[1:46:24] </w:t>
      </w:r>
      <w:r>
        <w:t>kisi ne kaha kya tum samajhtay ho ke roomiyon se larna bhi waisa hi hai jaisa arbon ka apas mein larna Khuda ki qasam kal yeh sab log rasiyon mein badhay hue nazar aayenge kisi ne kaha ke yeh sahib samajhtay hain ke woh room ke mahal aur un ke qaleh fateh karne ja rahay hain un ki halat par afsos hai</w:t>
      </w:r>
    </w:p>
    <w:p>
      <w:pPr>
        <w:jc w:val="right"/>
      </w:pPr>
      <w:r>
        <w:t>کسی نے کہا کیا تم سمجھتے ہو کہ رومیوں سے لڑنا بھی ویسا ہی ہے جیسا عربوں کا اپس میں لڑنا خدا کی قسم کل یہ سب لوگ رسیوں میں بدھے ہوئے نظر ائیں گے کسی نے کہا کہ یہ صاحب سمجھتے ہیں کہ وہ روم کے محل اور ان کے قلعے فتح کرنے جا رہے ہیں ان کی حالت پر افسوس ہے</w:t>
      </w:r>
    </w:p>
    <w:p>
      <w:r>
        <w:rPr>
          <w:b/>
        </w:rPr>
        <w:t xml:space="preserve">[1:46:52] </w:t>
      </w:r>
      <w:r>
        <w:t>rasool Allah sal Allah alaihi wasallam ko maloom hua to aap ne un logon ko bula kar poocha woh kehne lage hum to sirf hansi khel ki batain kar rahe the un ke jawab mein Allah taala ne farmaya kya Allah aur us ke ahkam aur us ke rasool ke muamle mein tum hansi khel kar rahe the</w:t>
      </w:r>
    </w:p>
    <w:p>
      <w:pPr>
        <w:jc w:val="right"/>
      </w:pPr>
      <w:r>
        <w:t>رسول اللہ صلی اللہ علیہ وسلم کو معلوم ہوا تو اپ نے ان لوگوں کو بلا کر پوچھا وہ کہنے لگے ہم تو صرف ہنسی کھیل کی باتیں کر رہے تھے ان کے جواب میں اللہ تعالی نے فرمایا کیا اللہ اور اس کے احکام اور اس کے رسول کے معاملے میں تم ہنسی کھیل کر رہے تھے</w:t>
      </w:r>
    </w:p>
    <w:p>
      <w:r>
        <w:rPr>
          <w:b/>
        </w:rPr>
        <w:t xml:space="preserve">[1:47:18] </w:t>
      </w:r>
      <w:r>
        <w:t>Allah aur rasool ki baat hamesha kisi aadmi ki zuban se buland hoti hai yeh aadmi agar dekhnay walon ki nazar mein bazahir mamooli ho to woh is ka istihza karne lagte hain magar yeh istihza is aadmi ka nahi hai khud Khuda ka hai jo log aisa karein woh sirf yeh sabit karte hain ke woh Khuda ke deen ke baray mein sanjeeda nahi hain</w:t>
      </w:r>
    </w:p>
    <w:p>
      <w:pPr>
        <w:jc w:val="right"/>
      </w:pPr>
      <w:r>
        <w:t>اللہ اور رسول کی بات ہمیشہ کسی ادمی کی زبان سے بلند ہوتی ہے یہ ادمی اگر دیکھنے والوں کی نظر میں بظاہر معمولی ہو تو وہ اس کا استہزاء کرنے لگتے ہیں مگر یہ استہزاء اس ادمی کا نہیں ہے خود خدا کا ہے جو لوگ ایسا کریں وہ صرف یہ ثابت کرتے ہیں کہ وہ خدا کے دین کے بارے میں سنجیدہ نہیں ہیں</w:t>
      </w:r>
    </w:p>
    <w:p>
      <w:r>
        <w:rPr>
          <w:b/>
        </w:rPr>
        <w:t xml:space="preserve">[1:47:47] </w:t>
      </w:r>
      <w:r>
        <w:t>aisay log Khuda ki nazar mein sakht mujrim hain un ki jhooti taweelein un ki haqeeqat ko chhipanay mein kabhi kamyab nahi ho sakteen nifaq aur irtidad yaani hypocrisy and apostasy dono aik hi haqeeqat ki do sooraten hain</w:t>
      </w:r>
    </w:p>
    <w:p>
      <w:pPr>
        <w:jc w:val="right"/>
      </w:pPr>
      <w:r>
        <w:t>ایسے لوگ خدا کی نظر میں سخت مجرم ہیں ان کی جھوٹی تاویلیں ان کی حقیقت کو چھپانے میں کبھی کامیاب نہیں ہو سکتیں نفاق اور ارتداد یعنی ہیپوکریسی اینڈ اپوسٹسی دونوں ایک ہی حقیقت کی دو صورتیں ہیں</w:t>
      </w:r>
    </w:p>
    <w:p>
      <w:r>
        <w:rPr>
          <w:b/>
        </w:rPr>
        <w:t xml:space="preserve">[1:48:09] </w:t>
      </w:r>
      <w:r>
        <w:t>aadmi agar Islam ikhtiyar karne ke baad khullam khulla munkir ho jaye to yeh irtidad hai aur agar aisa ho ke zehn aur qalb ke aitbar se woh Islam se door ho magar logon ke samnay woh apne ko musalman zahir kare to yeh nifaq hai aisay munafiqeen ka anjam Khuda ke yahan wahi hai jo murtadeen ka</w:t>
      </w:r>
    </w:p>
    <w:p>
      <w:pPr>
        <w:jc w:val="right"/>
      </w:pPr>
      <w:r>
        <w:t>ادمی اگر اسلام اختیار کرنے کے بعد کھلم کھلا منکر ہو جائے تو یہ ارتداد ہے اور اگر ایسا ہو کہ ذہن اور قلب کے اعتبار سے وہ اسلام سے دور ہو مگر لوگوں کے سامنے وہ اپنے کو مسلمان ظاہر کرے تو یہ نفاق ہے ایسے منافقین کا انجام خدا کے یہاں وہی ہے جو مرتدین کا</w:t>
      </w:r>
    </w:p>
    <w:p>
      <w:r>
        <w:rPr>
          <w:b/>
        </w:rPr>
        <w:t xml:space="preserve">[1:48:36] </w:t>
      </w:r>
      <w:r>
        <w:t>hai illa yeh ke woh marne se pehle apni ghltiyon ka iqrar kar ke apni islaah kar lein al munafiqun wa al munafiqatu ba'dhuhum min ba'dh yamooroona bil munkari wa yanhauna 'anil ma'roofi wa yaqbidhoona aydiyahum</w:t>
      </w:r>
    </w:p>
    <w:p>
      <w:pPr>
        <w:jc w:val="right"/>
      </w:pPr>
      <w:r>
        <w:t>ہے الا یہ کہ وہ مرنے سے پہلے اپنی غلطیوں کا اقرار کر کے اپنی اصلاح کر لیں المنافقون والمنافقات بعضہم من بعض یامرون بالمنکر وینہون عن المعروف ويقبضون ایدیہم</w:t>
      </w:r>
    </w:p>
    <w:p>
      <w:r>
        <w:rPr>
          <w:b/>
        </w:rPr>
        <w:t xml:space="preserve">[1:49:01] </w:t>
      </w:r>
      <w:r>
        <w:t>nasool Allah fanasiyahum innal munafiqina humul fasiqoona wa'ad Allahul munafiqina wal munafiqati wal kuffara nar jahannama khalideena fiha hi hasbuhum</w:t>
      </w:r>
    </w:p>
    <w:p>
      <w:pPr>
        <w:jc w:val="right"/>
      </w:pPr>
      <w:r>
        <w:t>نسوا اللہ فنسیہم ان المنافقین هم الفاسقون وعد اللہ المنافقین والمنافقات والکفار نار جهنم خالدین فیہا هي حسبهم</w:t>
      </w:r>
    </w:p>
    <w:p>
      <w:r>
        <w:rPr>
          <w:b/>
        </w:rPr>
        <w:t xml:space="preserve">[1:49:25] </w:t>
      </w:r>
      <w:r>
        <w:t>wa la'anahumullah wa lahum 'adhabun muqeemun kalladheena min qablikum kanoo ashadda minkum quwwatan</w:t>
      </w:r>
    </w:p>
    <w:p>
      <w:pPr>
        <w:jc w:val="right"/>
      </w:pPr>
      <w:r>
        <w:t>ولعنهم اللہ ولهم عذاب مقیم كالذین من قبلكم كانوا اشد منكم قوه</w:t>
      </w:r>
    </w:p>
    <w:p>
      <w:r>
        <w:rPr>
          <w:b/>
        </w:rPr>
        <w:t xml:space="preserve">[1:49:42] </w:t>
      </w:r>
      <w:r>
        <w:t>wa akthara amwalan wa awladan fastamta'oo bi khalaqihim fastamta'oo bi khalaqihim fastamta'tum bi khalaqikum kama stamta'alladheena min</w:t>
      </w:r>
    </w:p>
    <w:p>
      <w:pPr>
        <w:jc w:val="right"/>
      </w:pPr>
      <w:r>
        <w:t>واكثر اموالا واولادا فاستمتعوا بخلاقهم فاستمتعوا بخلاقهم فاستمتعتم بخلاقكم كما استمتع الذین من</w:t>
      </w:r>
    </w:p>
    <w:p>
      <w:r>
        <w:rPr>
          <w:b/>
        </w:rPr>
        <w:t xml:space="preserve">[1:50:02] </w:t>
      </w:r>
      <w:r>
        <w:t>qablikum bi khalaqihim wa khodtum kalladhee khadoo olā'ika habitat a'maluhum fid dunya wal ākhirati wa olā'ika humul khāsiroon</w:t>
      </w:r>
    </w:p>
    <w:p>
      <w:pPr>
        <w:jc w:val="right"/>
      </w:pPr>
      <w:r>
        <w:t>قبلكم بخلاقهم وخضتم كالذی خاضوا اولئک حبطت اعمالهم فی الدنیا والاخرۃ واولئک هم الخاسرون</w:t>
      </w:r>
    </w:p>
    <w:p>
      <w:r>
        <w:rPr>
          <w:b/>
        </w:rPr>
        <w:t xml:space="preserve">[1:50:25] </w:t>
      </w:r>
      <w:r>
        <w:t>alam yatihim naba'ulladheena min qablihim qawmu noohin wa 'adin wa thamoodin wa qawmi ibraheema wa as'habi madyana wal mu'tafikati</w:t>
      </w:r>
    </w:p>
    <w:p>
      <w:pPr>
        <w:jc w:val="right"/>
      </w:pPr>
      <w:r>
        <w:t>الم یاتہم نبا الذین من قبلهم قوم نوح وعاد وثمود وقوم ابراهیم واصحاب مدین والمؤتفکات</w:t>
      </w:r>
    </w:p>
    <w:p>
      <w:r>
        <w:rPr>
          <w:b/>
        </w:rPr>
        <w:t xml:space="preserve">[1:50:43] </w:t>
      </w:r>
      <w:r>
        <w:t>atathum rusuluhum bil bayyinati famā kāna Allahu liyazlimahum walakin kanoo anfusahum yazlimoon</w:t>
      </w:r>
    </w:p>
    <w:p>
      <w:pPr>
        <w:jc w:val="right"/>
      </w:pPr>
      <w:r>
        <w:t>اتتهم رسلهم بالبینات فما كان اللہ لیظلمهم ولكن كانوا انفسهم یظلمون</w:t>
      </w:r>
    </w:p>
    <w:p>
      <w:r>
        <w:rPr>
          <w:b/>
        </w:rPr>
        <w:t xml:space="preserve">[1:51:02] </w:t>
      </w:r>
      <w:r>
        <w:t>munafiq mard aur munafiq auraten sab aik hi tarah ke hain woh burai ka hukum dete hain aur bhalaai se mana karte hain aur apne hathon ko band rakhte hain unhon ne Allah ko bhula diya to Allah ne bhi un ko bhula diya</w:t>
      </w:r>
    </w:p>
    <w:p>
      <w:pPr>
        <w:jc w:val="right"/>
      </w:pPr>
      <w:r>
        <w:t>منافق مرد اور منافق عورتیں سب ایک ہی طرح کے ہیں وہ برائی کا حکم دیتے ہیں اور بھلائی سے منع کرتے ہیں اور اپنے ہاتھوں کو بند رکھتے ہیں انہوں نے اللہ کو بھلا دیا تو اللہ نے بھی ان کو بھلا دیا</w:t>
      </w:r>
    </w:p>
    <w:p>
      <w:r>
        <w:rPr>
          <w:b/>
        </w:rPr>
        <w:t xml:space="preserve">[1:51:19] </w:t>
      </w:r>
      <w:r>
        <w:t>beshak munafiqeen bohat nafarman hain</w:t>
      </w:r>
    </w:p>
    <w:p>
      <w:pPr>
        <w:jc w:val="right"/>
      </w:pPr>
      <w:r>
        <w:t>بے شک منافقین بہت نافرمان ہیں</w:t>
      </w:r>
    </w:p>
    <w:p>
      <w:r>
        <w:rPr>
          <w:b/>
        </w:rPr>
        <w:t xml:space="preserve">[1:51:23] </w:t>
      </w:r>
      <w:r>
        <w:t>munafiq mardon aur munafiq auraton aur munkiron se Allah ne jang ki aag ka wada kar rakha hai jis mein woh hamesha rahenge yahi un ke liye bas hai un par Allah ki lanat hai aur un ke liye qaim rehne wala azab hai</w:t>
      </w:r>
    </w:p>
    <w:p>
      <w:pPr>
        <w:jc w:val="right"/>
      </w:pPr>
      <w:r>
        <w:t>منافق مردوں اور منافق عورتوں اور منکروں سے اللہ نے جنگ کی اگ کا وعدہ کر رکھا ہے جس میں وہ ہمیشہ رہیں گے یہی ان کے لیے بس ہے ان پر اللہ کی لعنت ہے اور ان کے لیے قائم رہنے والا عذاب ہے</w:t>
      </w:r>
    </w:p>
    <w:p>
      <w:r>
        <w:rPr>
          <w:b/>
        </w:rPr>
        <w:t xml:space="preserve">[1:51:44] </w:t>
      </w:r>
      <w:r>
        <w:t>jis tarah tum se agle log woh tum se zor mein zyada thay aur maal o aulad ki</w:t>
      </w:r>
    </w:p>
    <w:p>
      <w:pPr>
        <w:jc w:val="right"/>
      </w:pPr>
      <w:r>
        <w:t>جس طرح تم سے اگلے لوگ وہ تم سے زور میں زیادہ تھے اور مال و اولاد کی</w:t>
      </w:r>
    </w:p>
    <w:p>
      <w:r>
        <w:rPr>
          <w:b/>
        </w:rPr>
        <w:t xml:space="preserve">[1:51:51] </w:t>
      </w:r>
      <w:r>
        <w:t>kasrat mein tum se barhe hue thay to unhon ne apne hisse se faida uthaya aur tum ne</w:t>
      </w:r>
    </w:p>
    <w:p>
      <w:pPr>
        <w:jc w:val="right"/>
      </w:pPr>
      <w:r>
        <w:t>کثرت میں تم سے بڑھے ہوئے تھے تو انہوں نے اپنے حصے سے فائدہ اٹھایا اور تم نے</w:t>
      </w:r>
    </w:p>
    <w:p>
      <w:r>
        <w:rPr>
          <w:b/>
        </w:rPr>
        <w:t xml:space="preserve">[1:51:59] </w:t>
      </w:r>
      <w:r>
        <w:t>bhi apne hisse se faida uthaya jaisa ke tumhare aglon ne apne hisse se faida uthaya tha aur</w:t>
      </w:r>
    </w:p>
    <w:p>
      <w:pPr>
        <w:jc w:val="right"/>
      </w:pPr>
      <w:r>
        <w:t>بھی اپنے حصے سے فائدہ اٹھایا جیسا کہ تمہارے اگلوں نے اپنے حصے سے فائدہ اٹھایا تھا اور</w:t>
      </w:r>
    </w:p>
    <w:p>
      <w:r>
        <w:rPr>
          <w:b/>
        </w:rPr>
        <w:t xml:space="preserve">[1:52:07] </w:t>
      </w:r>
      <w:r>
        <w:t>tum ne bhi wohi bahasein keen jaisi bahasein unhon ne ki theen</w:t>
      </w:r>
    </w:p>
    <w:p>
      <w:pPr>
        <w:jc w:val="right"/>
      </w:pPr>
      <w:r>
        <w:t>تم نے بھی وہی بحثیں کیں جیسی بحثیں انہوں نے کی تھیں</w:t>
      </w:r>
    </w:p>
    <w:p>
      <w:r>
        <w:rPr>
          <w:b/>
        </w:rPr>
        <w:t xml:space="preserve">[1:52:14] </w:t>
      </w:r>
      <w:r>
        <w:t>yehi woh log hain jin ke a'mal dunya aur akhirat mein zaya ho gaye aur yehi log ghaatay mein parnay walay hain kya unhein un logon ki khabar nahi pohanchi jo un se pehle guzre qom nooh aur aad aur thamood aur qom ibrahim aur ashab madyan aur ulti hui bastiyon ki</w:t>
      </w:r>
    </w:p>
    <w:p>
      <w:pPr>
        <w:jc w:val="right"/>
      </w:pPr>
      <w:r>
        <w:t>یہی وہ لوگ ہیں جن کے اعمال دنیا اور اخرت میں ضائع ہو گئے اور یہی لوگ گھاٹے میں پڑنے والے ہیں کیا انہیں ان لوگوں کی خبر نہیں پہنچی جو ان سے پہلے گزرے قوم نوح اور عاد اور ثمود اور قوم ابراہیم اور اصحاب مدین اور الٹی ہوئی بستیوں کی</w:t>
      </w:r>
    </w:p>
    <w:p>
      <w:r>
        <w:rPr>
          <w:b/>
        </w:rPr>
        <w:t xml:space="preserve">[1:52:40] </w:t>
      </w:r>
      <w:r>
        <w:t>un ke paas un ke rasool daleelon ke sath aaye to aisa na tha ke Allah un par zulm karta magar woh khud hi apni janon par zulm kar rahay the tashreeh pehlay logon ko Khuda ne jah o maal diya to unhon ne us se fakhr aur ghamand aur be hsi ki ghiza li</w:t>
      </w:r>
    </w:p>
    <w:p>
      <w:pPr>
        <w:jc w:val="right"/>
      </w:pPr>
      <w:r>
        <w:t>ان کے پاس ان کے رسول دلیلوں کے ساتھ ائے تو ایسا نہ تھا کہ اللہ ان پر ظلم کرتا مگر وہ خود ہی اپنی جانوں پر ظلم کر رہے تھے تشریح پہلے لوگوں کو خدا نے جاہ و مال دیا تو انہوں نے اس سے فخر اور گھمنڈ اور بے حسی کی غذا لی</w:t>
      </w:r>
    </w:p>
    <w:p>
      <w:r>
        <w:rPr>
          <w:b/>
        </w:rPr>
        <w:t xml:space="preserve">[1:53:06] </w:t>
      </w:r>
      <w:r>
        <w:t>taham baad walon ne un ke anjam se koi sabak nahi seekha unhon ne bhi dunya ke saz o saman se apne liye wahi hissa pasand kiya jis ko un ke pichlon ne pasand kiya tha yehi har daur mein aam aadmi ka hal raha hai woh haq ke taqazon ko koi ahmiyat nahi det</w:t>
      </w:r>
    </w:p>
    <w:p>
      <w:pPr>
        <w:jc w:val="right"/>
      </w:pPr>
      <w:r>
        <w:t>تاہم بعد والوں نے ان کے انجام سے کوئی سبق نہیں سیکھا انہوں نے بھی دنیا کے ساز و سامان سے اپنے لیے وہی حصہ پسند کیا جس کو ان کے پچھلوں نے پسند کیا تھا یہی ہر دور میں عام ادمی کا حال رہا ہے وہ حق کے تقاضوں کو کوئی اہمیت نہیں دیت</w:t>
      </w:r>
    </w:p>
    <w:p>
      <w:r>
        <w:rPr>
          <w:b/>
        </w:rPr>
        <w:t xml:space="preserve">[1:53:31] </w:t>
      </w:r>
      <w:r>
        <w:t>a maal o aulad ke taqazon hi is ke nazdeek sab se bari cheez hotay hain munafiq ka hal bhi ba'itar haqeeqat yahi hota hai woh zahiri tor par musalmanon jaisa nazar ata hai magar us ke jeenay ki satah wahi hoti hai jo aam dunya daron ki satah hoti hai</w:t>
      </w:r>
    </w:p>
    <w:p>
      <w:pPr>
        <w:jc w:val="right"/>
      </w:pPr>
      <w:r>
        <w:t>ا مال و اولاد کے تقاضے ہی اس کے نزدیک سب سے بڑی چیز ہوتے ہیں منافق کا حال بھی باعتبار حقیقت یہی ہوتا ہے وہ ظاہری طور پر مسلمانوں جیسا نظر اتا ہے مگر اس کے جینے کی سطح وہی ہوتی ہے جو عام دنیا داروں کی سطح ہوتی ہے</w:t>
      </w:r>
    </w:p>
    <w:p>
      <w:r>
        <w:rPr>
          <w:b/>
        </w:rPr>
        <w:t xml:space="preserve">[1:53:56] </w:t>
      </w:r>
      <w:r>
        <w:t>is ka nateeja yeh hota hai ke ba'z numaishee a'mal ko chhod kar haqeeqi zindagi mein woh waisa hi hota hai jaise aam dunya daar hotay hain munafiq ki qalbī dilchaspiyan dindar ke muqablay mein dunya daron se ziyada wabasta hoti hain</w:t>
      </w:r>
    </w:p>
    <w:p>
      <w:pPr>
        <w:jc w:val="right"/>
      </w:pPr>
      <w:r>
        <w:t>اس کا نتیجہ یہ ہوتا ہے کہ بعض نمائشی اعمال کو چھوڑ کر حقیقی زندگی میں وہ ویسا ہی ہوتا ہے جیسے عام دنیا دار ہوتے ہیں منافق کی قلبی دلچسپیاں دیندار کے مقابلے میں دنیا داروں سے زیادہ وابستہ ہوتی ہیں</w:t>
      </w:r>
    </w:p>
    <w:p>
      <w:r>
        <w:rPr>
          <w:b/>
        </w:rPr>
        <w:t xml:space="preserve">[1:54:17] </w:t>
      </w:r>
      <w:r>
        <w:t>ākhirat ki mad mein kharch karne se is ka dil tang hota hai magar be faida dunyavi mashghalon mein kharch karna ho to woh barh charh kar us mein hissa leta hai haq ka farogh us ko pasand nahi ata albattah nahq ka farogh ho to us ko woh shoq se gawara karta hai</w:t>
      </w:r>
    </w:p>
    <w:p>
      <w:pPr>
        <w:jc w:val="right"/>
      </w:pPr>
      <w:r>
        <w:t>اخرت کی مد میں خرچ کرنے سے اس کا دل تنگ ہوتا ہے مگر بے فائدہ دنیاوی مشغلوں میں خرچ کرنا ہو تو وہ بڑھ چڑھ کر اس میں حصہ لیتا ہے حق کا فروغ اس کو پسند نہیں اتا البتہ ناحق کا فروغ ہو تو اس کو وہ شوق سے گوارا کرتا ہے</w:t>
      </w:r>
    </w:p>
    <w:p>
      <w:r>
        <w:rPr>
          <w:b/>
        </w:rPr>
        <w:t xml:space="preserve">[1:54:41] </w:t>
      </w:r>
      <w:r>
        <w:t>zahiri dindari ke bawajood woh khuda aur akhirat ko is tarah bhoola rehta hai jaise us ke nazdeek khuda aur akhirat ki koi haqeeqat nahi aise log apne zahiri islam ki bina par khuda ki pakad se bach nahi sakte dunya mein un ke liye laanat hai aur akhirat mein un ke liye azab</w:t>
      </w:r>
    </w:p>
    <w:p>
      <w:pPr>
        <w:jc w:val="right"/>
      </w:pPr>
      <w:r>
        <w:t>ظاہری دینداری کے باوجود وہ خدا اور اخرت کو اس طرح بھولا رہتا ہے جیسے اس کے نزدیک خدا اور اخرت کی کوئی حقیقت نہیں ایسے لوگ اپنے ظاہری اسلام کی بنا پر خدا کی پکڑ سے بچ نہیں سکتے دنیا میں ان کے لیے لعنت ہے اور اخرت میں ان کے لیے عذاب</w:t>
      </w:r>
    </w:p>
    <w:p>
      <w:r>
        <w:rPr>
          <w:b/>
        </w:rPr>
        <w:t xml:space="preserve">[1:55:07] </w:t>
      </w:r>
      <w:r>
        <w:t>dunya mein bhi woh khuda ki rehmaton se mehroom rahenge aur akhirat mein bhi khuda ke sath kamil wabastagi hi woh cheez hai jo aadmi ke amal mein qeemat paida karti hai</w:t>
      </w:r>
    </w:p>
    <w:p>
      <w:pPr>
        <w:jc w:val="right"/>
      </w:pPr>
      <w:r>
        <w:t>دنیا میں بھی وہ خدا کی رحمتوں سے محروم رہیں گے اور اخرت میں بھی خدا کے ساتھ کامل وابستگی ہی وہ چیز ہے جو ادمی کے عمل میں قیمت پیدا کرتی ہے</w:t>
      </w:r>
    </w:p>
    <w:p>
      <w:r>
        <w:rPr>
          <w:b/>
        </w:rPr>
        <w:t xml:space="preserve">[1:55:24] </w:t>
      </w:r>
      <w:r>
        <w:t>kamil wabastagi ke baghair jo amal kiya jaye khwah woh bazahir deeni amal kyun na ho woh akhirat mein isi tarah be qeemat qarar payega jaise rooh ke baghair koi jism jo jism se zahiri mashabehat ke bawajood amalan be qeemat hota hai</w:t>
      </w:r>
    </w:p>
    <w:p>
      <w:pPr>
        <w:jc w:val="right"/>
      </w:pPr>
      <w:r>
        <w:t>کامل وابستگی کے بغیر جو عمل کیا جائے خواہ وہ بظاہر دینی عمل کیوں نہ ہو وہ اخرت میں اسی طرح بے قیمت قرار پائے گا جیسے روح کے بغیر کوئی جسم جو جسم سے ظاہری مشابہت کے باوجود عملا بے قیمت ہوتا ہے</w:t>
      </w:r>
    </w:p>
    <w:p>
      <w:r>
        <w:rPr>
          <w:b/>
        </w:rPr>
        <w:t xml:space="preserve">[1:55:45] </w:t>
      </w:r>
      <w:r>
        <w:t>wal mominoon wal mominat ba'zuhum awliya' ba'z yamuroona bil ma'roof wa yanhawna 'anil munkar wa yuqeemoonas salata wa yu'toona az zakata wa yutee'oonallaha</w:t>
      </w:r>
    </w:p>
    <w:p>
      <w:pPr>
        <w:jc w:val="right"/>
      </w:pPr>
      <w:r>
        <w:t>والمؤمنون والمؤمنات بعضهم اولياء بعض یامرون بالمعروف وینہون عن المنکر ويقیمون الصلاۃ ويؤتون الزکوۃ ويطيعون الله</w:t>
      </w:r>
    </w:p>
    <w:p>
      <w:r>
        <w:rPr>
          <w:b/>
        </w:rPr>
        <w:t xml:space="preserve">[1:56:05] </w:t>
      </w:r>
      <w:r>
        <w:t>wa rasoolahu ula'ika sayarhamuhumullah</w:t>
      </w:r>
    </w:p>
    <w:p>
      <w:pPr>
        <w:jc w:val="right"/>
      </w:pPr>
      <w:r>
        <w:t>ورسوله اولئک سیرحمہم اللہ</w:t>
      </w:r>
    </w:p>
    <w:p>
      <w:r>
        <w:rPr>
          <w:b/>
        </w:rPr>
        <w:t xml:space="preserve">[1:56:16] </w:t>
      </w:r>
      <w:r>
        <w:t>innallaha azeezun hakeem wa'adallahu al momineena wal mominata jannatin tajree min tahtiha al anharu khalideena feeha wa masakin tayyibatin</w:t>
      </w:r>
    </w:p>
    <w:p>
      <w:pPr>
        <w:jc w:val="right"/>
      </w:pPr>
      <w:r>
        <w:t>ان اللہ عزیز حکیم وعد اللہ المؤمنین والمؤمنات جنات تجری من تحتها الانهار خالدین فیہا ومساكن طیبۃ</w:t>
      </w:r>
    </w:p>
    <w:p>
      <w:r>
        <w:rPr>
          <w:b/>
        </w:rPr>
        <w:t xml:space="preserve">[1:56:37] </w:t>
      </w:r>
      <w:r>
        <w:t>fee jannati 'adn wa ridwanun minallahi akbar dhalika huwal fawzul azeem</w:t>
      </w:r>
    </w:p>
    <w:p>
      <w:pPr>
        <w:jc w:val="right"/>
      </w:pPr>
      <w:r>
        <w:t>فی جنات عدن ورضوان من اللہ اکبر ذلك هو الفوز العظیم</w:t>
      </w:r>
    </w:p>
    <w:p>
      <w:r>
        <w:rPr>
          <w:b/>
        </w:rPr>
        <w:t xml:space="preserve">[1:56:52] </w:t>
      </w:r>
      <w:r>
        <w:t>aur momin mard aur momin aurtein ek doosre ke madadgar hain woh bhalai ka hukum dete hain aur burai se rokte hain aur namaz qaim karte hain aur zakat ada karte hain aur Allah aur us ke rasool ki itaat karte hain yahi log hain jin par Allah reham karega</w:t>
      </w:r>
    </w:p>
    <w:p>
      <w:pPr>
        <w:jc w:val="right"/>
      </w:pPr>
      <w:r>
        <w:t>اور مومن مرد اور مومن عورتیں ایک دوسرے کے مددگار ہیں وہ بھلائی کا حکم دیتے ہیں اور برائی سے روکتے ہیں اور نماز قائم کرتے ہیں اور زکوۃ ادا کرتے ہیں اور اللہ اور اس کے رسول کی اطاعت کرتے ہیں یہی لوگ ہیں جن پر اللہ رحم کرے گا</w:t>
      </w:r>
    </w:p>
    <w:p>
      <w:r>
        <w:rPr>
          <w:b/>
        </w:rPr>
        <w:t xml:space="preserve">[1:57:18] </w:t>
      </w:r>
      <w:r>
        <w:t>beshak Allah zabardast hai hikmat wala hai momin mardon aur momin aurton se Allah ka wada hai baghon ka ke un ke neeche nahrein jari hongi un mein woh hamesha rahenge aur wada hai suthere makanon ka hamesha ki baghon mein aur Allah ki razamandi jo sab se barh kar hai yahi bari kamyabi hai</w:t>
      </w:r>
    </w:p>
    <w:p>
      <w:pPr>
        <w:jc w:val="right"/>
      </w:pPr>
      <w:r>
        <w:t>بے شک اللہ زبردست ہے حکمت والا ہے مومن مردوں اور مومن عورتوں سے اللہ کا وعدہ ہے باغوں کا کہ ان کے نیچے نہریں جاری ہوں گی ان میں وہ ہمیشہ رہیں گے اور وعدہ ہے ستھرے مکانوں کا ہمیشگی کے باغوں میں اور اللہ کی رضامندی جو سب سے بڑھ کر ہے یہی بڑی کامیابی ہے</w:t>
      </w:r>
    </w:p>
    <w:p>
      <w:r>
        <w:rPr>
          <w:b/>
        </w:rPr>
        <w:t xml:space="preserve">[1:57:48] </w:t>
      </w:r>
      <w:r>
        <w:t>munafiqana taur par islam se wabasta rehne wale logon mein jo khusoosiyat hoti hain woh hain akhirat se ghaflat dunyawe zarooraton se dilchaspi bhalai ke sath સહયોગ se doori aur numaishee kamon ki taraf raghbat in mushtarak khusoosiyat ki wajah se woh ek doosre se khoob mile jule rehte hain</w:t>
      </w:r>
    </w:p>
    <w:p>
      <w:pPr>
        <w:jc w:val="right"/>
      </w:pPr>
      <w:r>
        <w:t>منافقانہ طور پر اسلام سے وابستہ رہنے والے لوگوں میں جو خصوصیات ہوتی ہیں وہ ہیں اخرت سے غفلت دنیاوی ضرورتوں سے دلچسپی بھلائی کے ساتھ تعاون سے دوری اور نمائشی کاموں کی طرف رغبت ان مشترک خصوصیات کی وجہ سے وہ ایک دوسرے سے خوب ملے جلے رہتے ہیں</w:t>
      </w:r>
    </w:p>
    <w:p>
      <w:r>
        <w:rPr>
          <w:b/>
        </w:rPr>
        <w:t xml:space="preserve">[1:58:16] </w:t>
      </w:r>
      <w:r>
        <w:t>yeh cheezein un ko mushtarak dilchaspi ka mozu guftagu deti hain un se unhein ek doosre ki madad karne ka maidan hasil hota hai yeh un ke liye bahami ta'alluqat ka zariya banta hai yahi muamla ek aur shakal mein sache ahle iman ka hota hai un ke dil mein khuda ki lagan lagi hui hoti hai</w:t>
      </w:r>
    </w:p>
    <w:p>
      <w:pPr>
        <w:jc w:val="right"/>
      </w:pPr>
      <w:r>
        <w:t>یہ چیزیں ان کو مشترک دلچسپی کا موضوع گفتگو دیتی ہیں ان سے انہیں ایک دوسرے کی مدد کرنے کا میدان حاصل ہوتا ہے یہ ان کے لیے باہمی تعلقات کا ذریعہ بنتا ہے یہی معاملہ ایک اور شکل میں سچے اہل ایمان کا ہوتا ہے ان کے دل میں خدا کی لگن لگی ہوئی ہوتی ہے</w:t>
      </w:r>
    </w:p>
    <w:p>
      <w:r>
        <w:rPr>
          <w:b/>
        </w:rPr>
        <w:t xml:space="preserve">[1:58:43] </w:t>
      </w:r>
      <w:r>
        <w:t>un ko sab se zyada fikr akhirat ki hoti hai woh dunya ki cheezon se ba taur zaroorat ta'alluq rakhte hain na ke ba taur maqsad khuda ki pasand ka kaam ho raha ho to un ka dil foran us ki taraf khinch jata hai burai ka kaam ho to us se un ki tabiyat hat jati hai</w:t>
      </w:r>
    </w:p>
    <w:p>
      <w:pPr>
        <w:jc w:val="right"/>
      </w:pPr>
      <w:r>
        <w:t>ان کو سب سے زیادہ فکر اخرت کی ہوتی ہے وہ دنیا کی چیزوں سے بطور ضرورت تعلق رکھتے ہیں نہ کہ بطور مقصد خدا کی پسند کا کام ہو رہا ہو تو ان کا دل فورا اس کی طرف کھنچ جاتا ہے برائی کا کام ہو تو اس سے ان کی طبیعت ہٹ جاتی ہے</w:t>
      </w:r>
    </w:p>
    <w:p>
      <w:r>
        <w:rPr>
          <w:b/>
        </w:rPr>
        <w:t xml:space="preserve">[1:59:07] </w:t>
      </w:r>
      <w:r>
        <w:t>un ki zindagi aur un ka asasa sab se zyada khuda ke liye hota hai na ke apne liye woh khuda ki yaad karne wale aur khuda ki rah mein kharch karne wale hote hain ahle iman ke yeh mushtarak ausaf unhein ek doosre se qareeb kar dete hain sab ki daud khuda ki taraf hoti hai sab ki itaat ka markaz khuda ka rasool hota hai</w:t>
      </w:r>
    </w:p>
    <w:p>
      <w:pPr>
        <w:jc w:val="right"/>
      </w:pPr>
      <w:r>
        <w:t>ان کی زندگی اور ان کا اثاثہ سب سے زیادہ خدا کے لیے ہوتا ہے نہ کہ اپنے لیے وہ خدا کی یاد کرنے والے اور خدا کی راہ میں خرچ کرنے والے ہوتے ہیں اہل ایمان کے یہ مشترک اوصاف انہیں ایک دوسرے سے قریب کر دیتے ہیں سب کی دوڑ خدا کی طرف ہوتی ہے سب کی اطاعت کا مرکز خدا کا رسول ہوتا ہے</w:t>
      </w:r>
    </w:p>
    <w:p>
      <w:r>
        <w:rPr>
          <w:b/>
        </w:rPr>
        <w:t xml:space="preserve">[1:59:37] </w:t>
      </w:r>
      <w:r>
        <w:t>jab woh milte hain to yahi woh bahami dilchaspi ki cheezein hoti hain jin par woh baat karein inhi ausaf ke zariye woh ek doosre ko pehchante hain isi ki buniyad par un ke apas ke ta'alluqat qaim hote hain isi se unhein woh maqsad hath ata hai jis ke liye woh mutahid koshish karein</w:t>
      </w:r>
    </w:p>
    <w:p>
      <w:pPr>
        <w:jc w:val="right"/>
      </w:pPr>
      <w:r>
        <w:t>جب وہ ملتے ہیں تو یہی وہ باہمی دلچسپی کی چیزیں ہوتی ہیں جن پر وہ بات کریں انہی اوصاف کے ذریعے وہ ایک دوسرے کو پہچانتے ہیں اسی کی بنیاد پر ان کے اپس کے تعلقات قائم ہوتے ہیں اسی سے انہیں وہ مقصد ہاتھ اتا ہے جس کے لیے وہ متحد کوشش کریں</w:t>
      </w:r>
    </w:p>
    <w:p>
      <w:r>
        <w:rPr>
          <w:b/>
        </w:rPr>
        <w:t xml:space="preserve">[2:00:04] </w:t>
      </w:r>
      <w:r>
        <w:t>isi se un ko woh nishana milta hai jis ki taraf sab mil kar aage badhein dunya mein ahle iman ki zindagi un ki akhirat ki zindagi ki tamseel hai dunya mein ahle iman is tarah jite hain jaise ek bagh mein bohat se shadab darakht khade hon har ek doosre ke husn mein izafa kar raha ho</w:t>
      </w:r>
    </w:p>
    <w:p>
      <w:pPr>
        <w:jc w:val="right"/>
      </w:pPr>
      <w:r>
        <w:t>اسی سے ان کو وہ نشانہ ملتا ہے جس کی طرف سب مل کر اگے بڑھیں دنیا میں اہل ایمان کی زندگی ان کی اخرت کی زندگی کی تمثیل ہے دنیا میں اہل ایمان اس طرح جیتے ہیں جیسے ایک باغ میں بہت سے شاداب درخت کھڑے ہوں ہر ایک دوسرے کے حسن میں اضافہ کر رہا ہو</w:t>
      </w:r>
    </w:p>
    <w:p>
      <w:r>
        <w:rPr>
          <w:b/>
        </w:rPr>
        <w:t xml:space="preserve">[2:00:31] </w:t>
      </w:r>
      <w:r>
        <w:t>in darakhton ko faizane khuda wandi se nikalne wale aansu sairab kar rahe hon har momin doosre momin ka is tarah khair khwah aur saathi ho ke poora mahol aman aur sukoon ka gehvara ban jaye yahi rabbani zindagi akhirat mein jannati zindagi mein tabdeel ho jayegi</w:t>
      </w:r>
    </w:p>
    <w:p>
      <w:pPr>
        <w:jc w:val="right"/>
      </w:pPr>
      <w:r>
        <w:t>ان درختوں کو فیضان خداوندی سے نکلنے والے انسو سیراب کر رہے ہوں ہر مومن دوسرے مومن کا اس طرح خیر خواہ اور ساتھی ہو کہ پورا ماحول امن اور سکون کا گہوارہ بن جائے یہی ربانی زندگی اخرت میں جنتی زندگی میں تبدیل ہو جائے گی</w:t>
      </w:r>
    </w:p>
    <w:p>
      <w:r>
        <w:rPr>
          <w:b/>
        </w:rPr>
        <w:t xml:space="preserve">[2:00:54] </w:t>
      </w:r>
      <w:r>
        <w:t>wahan aadmi na sirf apni boi hui fasal kaatega balke khuda ki khusoosi rehmat se aise inaamaat payega jin ka is se pehle us ne tasawwur bhi nahi kiya tha</w:t>
      </w:r>
    </w:p>
    <w:p>
      <w:pPr>
        <w:jc w:val="right"/>
      </w:pPr>
      <w:r>
        <w:t>وہاں ادمی نہ صرف اپنی بوئی ہوئی فصل کاٹے گا بلکہ خدا کی خصوصی رحمت سے ایسے انعامات پائے گا جن کا اس سے پہلے اس نے تصور بھی نہیں کیا تھا</w:t>
      </w:r>
    </w:p>
    <w:p>
      <w:r>
        <w:rPr>
          <w:b/>
        </w:rPr>
        <w:t xml:space="preserve">[2:01:12] </w:t>
      </w:r>
      <w:r>
        <w:t>ya ayyuhan nabiyyu jahidil kuffara wal munafiqeena waghluza 'alayhim wa ma'wahum jahannamu wa bi'sal maseer</w:t>
      </w:r>
    </w:p>
    <w:p>
      <w:pPr>
        <w:jc w:val="right"/>
      </w:pPr>
      <w:r>
        <w:t>یا ایہا النبی جاہد الكفار والمنافقین واغلب علیہم وماواهم جہنم وبئس المصیر</w:t>
      </w:r>
    </w:p>
    <w:p>
      <w:r>
        <w:rPr>
          <w:b/>
        </w:rPr>
        <w:t xml:space="preserve">[2:01:29] </w:t>
      </w:r>
      <w:r>
        <w:t>yah lifoona billahi ma qaloo wa laqad qaloo kalimatal kufri wa kafaroo ba'da islami wa hammu bima lam yanalo wa ma naqamoo illa</w:t>
      </w:r>
    </w:p>
    <w:p>
      <w:pPr>
        <w:jc w:val="right"/>
      </w:pPr>
      <w:r>
        <w:t>یحلفون باللہ ما قالو ولقد قالو کلمۃ الکفر وكفرو بعد اسلام وهمو بما لمینالو وما نقموا الا</w:t>
      </w:r>
    </w:p>
    <w:p>
      <w:r>
        <w:rPr>
          <w:b/>
        </w:rPr>
        <w:t xml:space="preserve">[2:01:49] </w:t>
      </w:r>
      <w:r>
        <w:t>an aghnahumullahu wa rasooluhu min fadlihi fa in yatubo yakh khairalllahum wa in yatawallaw yu'azzibhumullahu 'azaban aleeman</w:t>
      </w:r>
    </w:p>
    <w:p>
      <w:pPr>
        <w:jc w:val="right"/>
      </w:pPr>
      <w:r>
        <w:t>ان اغناهم اللہ ورسولہ من فضله فانיתوبو یک خیرا لهم وان يتولوا یعذبهم اللہ عذابا علیما</w:t>
      </w:r>
    </w:p>
    <w:p>
      <w:r>
        <w:rPr>
          <w:b/>
        </w:rPr>
        <w:t xml:space="preserve">[2:02:06] </w:t>
      </w:r>
      <w:r>
        <w:t>fid dunya wal akhirati wa ma lahum fil ardi min waliyyin wa la naseer</w:t>
      </w:r>
    </w:p>
    <w:p>
      <w:pPr>
        <w:jc w:val="right"/>
      </w:pPr>
      <w:r>
        <w:t>فی الدنیا والاخرہ وما لهم فی الارض من ولی ولا نصیر</w:t>
      </w:r>
    </w:p>
    <w:p>
      <w:r>
        <w:rPr>
          <w:b/>
        </w:rPr>
        <w:t xml:space="preserve">[2:02:19] </w:t>
      </w:r>
      <w:r>
        <w:t>ae nabi! munkaron aur munafiqon se jihad karo aur un par khadey ban jao aur un ka thikana jahannam hai aur woh bohat bura thikana hai woh khuda ki qasam khate hain ke unhon ne nahi kah</w:t>
      </w:r>
    </w:p>
    <w:p>
      <w:pPr>
        <w:jc w:val="right"/>
      </w:pPr>
      <w:r>
        <w:t>اے نبی! منکروں اور منافقوں سے جہاد کرو اور ان پر کھڑے بن جاؤ اور ان کا ٹھکانہ جہنم ہے اور وہ بہت برا ٹھکانہ ہے وہ خدا کی قسم کھاتے ہیں کہ انہوں نے نہیں کہ</w:t>
      </w:r>
    </w:p>
    <w:p>
      <w:r>
        <w:rPr>
          <w:b/>
        </w:rPr>
        <w:t xml:space="preserve">[2:02:37] </w:t>
      </w:r>
      <w:r>
        <w:t>halaan ke unhon ne kufr ki baat kahi aur woh islam ke baad munkir ho gaye aur unhon ne woh chaha jo unhein hasil na ho saki aur yeh sirf is ka badla tha ke un ko Allah aur rasool ne apne fazal se ghani kar diya</w:t>
      </w:r>
    </w:p>
    <w:p>
      <w:pPr>
        <w:jc w:val="right"/>
      </w:pPr>
      <w:r>
        <w:t>ا حالانکہ انہوں نے کفر کی بات کہی اور وہ اسلام کے بعد منکر ہو گئے اور انہوں نے وہ چاہا جو انہیں حاصل نہ ہو سکی اور یہ صرف اس کا بدلہ تھا کہ ان کو اللہ اور رسول نے اپنے فضل سے غنی کر دیا</w:t>
      </w:r>
    </w:p>
    <w:p>
      <w:r>
        <w:rPr>
          <w:b/>
        </w:rPr>
        <w:t xml:space="preserve">[2:02:57] </w:t>
      </w:r>
      <w:r>
        <w:t>agar woh toba karein to un ke haq mein behtar hai aur agar woh a'raaz karein to khuda un ko dardnak azab dega dunya mein bhi aur akhirat mein bhi aur zameen mein un ka na koi himayati hoga aur na madadgar</w:t>
      </w:r>
    </w:p>
    <w:p>
      <w:pPr>
        <w:jc w:val="right"/>
      </w:pPr>
      <w:r>
        <w:t>اگر وہ توبہ کریں تو ان کے حق میں بہتر ہے اور اگر وہ اعراض کریں تو خدا ان کو دردناک عذاب دے گا دنیا میں بھی اور اخرت میں بھی اور زمین میں ان کا نہ کوئی حمایتی ہوگا اور نہ مددگار</w:t>
      </w:r>
    </w:p>
    <w:p>
      <w:r>
        <w:rPr>
          <w:b/>
        </w:rPr>
        <w:t xml:space="preserve">[2:03:17] </w:t>
      </w:r>
      <w:r>
        <w:t>tashreeh ek riwayat ke mutabiq rasool Allah sal Allah alaihi wasallam ke zamane mein taqreeban 80 munafiqeen hypocrites madina mein maujood thay is se maloom hua ke munafiqeen se jis jihad ka hukum diya gaya hai woh jang ke mani mein nahi hai agar aisa hota to aap un munafiqeen ka khatma kara dete</w:t>
      </w:r>
    </w:p>
    <w:p>
      <w:pPr>
        <w:jc w:val="right"/>
      </w:pPr>
      <w:r>
        <w:t>تشریح ایک روایت کے مطابق رسول اللہ صلی اللہ علیہ وسلم کے زمانے میں تقریبا 80 منافقین ہپوکریٹس مدینہ میں موجود تھے اس سے معلوم ہوا کہ منافقین سے جس جہاد کا حکم دیا گیا ہے وہ جنگ کے معنی میں نہیں ہے اگر ایسا ہوتا تو اپ ان منافقین کا خاتمہ کرا دیتے</w:t>
      </w:r>
    </w:p>
    <w:p>
      <w:r>
        <w:rPr>
          <w:b/>
        </w:rPr>
        <w:t xml:space="preserve">[2:03:44] </w:t>
      </w:r>
      <w:r>
        <w:t>is se murad darasal woh jehad hai jo zaban aur bartao aur shiddat ehtesab ke zariye kiya jata hai chunancha jumhoor e ummat ke nazdeek munafiqeen ke muqable mein jehad baif-e-mashroo nahi hai munafiqat yeh hai ke aadmi islam ko is tarah ikhtiyar kare ke woh is ke mafadat aur maslehaton ke tabe kiye hue ho</w:t>
      </w:r>
    </w:p>
    <w:p>
      <w:pPr>
        <w:jc w:val="right"/>
      </w:pPr>
      <w:r>
        <w:t>اس سے مراد دراصل وہ جہاد ہے جو زبان اور برتاؤ اور شدت احتساب کے ذریعے کیا جاتا ہے چنانچہ جمہور امت کے نزدیک منافقین کے مقابلے میں جہاد بصیف مشروع نہیں ہے منافقت یہ ہے کہ ادمی اسلام کو اس طرح اختیار کرے کہ وہ اس کے مفادات اور مصلحتوں کے تابع کیے ہوئے ہو</w:t>
      </w:r>
    </w:p>
    <w:p>
      <w:r>
        <w:rPr>
          <w:b/>
        </w:rPr>
        <w:t xml:space="preserve">[2:04:13] </w:t>
      </w:r>
      <w:r>
        <w:t>is qism ke log jab dekhte hain ke kuch khuda ke bande ghair maslehat parastana andaaz mein islam ko ikhtiyar kiye hue hain aur is ki taraf logon ko dawat dete hain to to aisa islam unhein apne islam ko be waqt sabit karta hua nazar aata hai aise daaiyon se unhein sakht nafrat ho jati hai</w:t>
      </w:r>
    </w:p>
    <w:p>
      <w:pPr>
        <w:jc w:val="right"/>
      </w:pPr>
      <w:r>
        <w:t>اس قسم کے لوگ جب دیکھتے ہیں کہ کچھ خدا کے بندے غیر مصلحت پرستانہ انداز میں اسلام کو اختیار کیے ہوئے ہیں اور اس کی طرف لوگوں کو دعوت دیتے ہیں تو تو ایسا اسلام انہیں اپنے اسلام کو بے وقت ثابت کرتا ہوا نظر اتا ہے ایسے داعیوں سے انہیں سخت نفرت ہو جاتی ہے</w:t>
      </w:r>
    </w:p>
    <w:p>
      <w:r>
        <w:rPr>
          <w:b/>
        </w:rPr>
        <w:t xml:space="preserve">[2:04:41] </w:t>
      </w:r>
      <w:r>
        <w:t>woh in ko ukhaarne ke dar pe ho jate hain jis islam ke naam par woh apni tijaratein qaim karte hain usi islam ke daaiyon ke woh dushman ban jate hain munafiqeen ki yeh dushmani sazish aur istihza ke andaaz mein zahir hoti hai</w:t>
      </w:r>
    </w:p>
    <w:p>
      <w:pPr>
        <w:jc w:val="right"/>
      </w:pPr>
      <w:r>
        <w:t>وہ ان کو اکھاڑنے کے در پہ ہو جاتے ہیں جس اسلام کے نام پر وہ اپنی تجارتیں قائم کرتے ہیں اسی اسلام کے داعیوں کے وہ دشمن بن جاتے ہیں منافقین کی یہ دشمنی سازش اور استہزاء کے انداز میں ظاہر ہوتی ہے</w:t>
      </w:r>
    </w:p>
    <w:p>
      <w:r>
        <w:rPr>
          <w:b/>
        </w:rPr>
        <w:t xml:space="preserve">[2:05:03] </w:t>
      </w:r>
      <w:r>
        <w:t>agar woh kisi ko dekhte hain ke is ke andar kisi wajah se sachche islam ke daaiyon ke bare mein mukhalifana jazbat hain to woh is ko ubharte hain taake woh un se lad jaye woh mahaz ahle iman ka mazak udate hain woh aisi baatein kehte hain jis se un ki qurbaniyan be haqeeqat maloom hone lagen</w:t>
      </w:r>
    </w:p>
    <w:p>
      <w:pPr>
        <w:jc w:val="right"/>
      </w:pPr>
      <w:r>
        <w:t>اگر وہ کسی کو دیکھتے ہیں کہ اس کے اندر کسی وجہ سے سچے اسلام کے داعیوں کے بارے میں مخالفانہ جذبات ہیں تو وہ اس کو ابھارتے ہیں تاکہ وہ ان سے لڑ جائے وہ محض اہل ایمان کا مذاق اڑاتے ہیں وہ ایسی باتیں کہتے ہیں جس سے ان کی قربانیاں بے حقیقت معلوم ہونے لگیں</w:t>
      </w:r>
    </w:p>
    <w:p>
      <w:r>
        <w:rPr>
          <w:b/>
        </w:rPr>
        <w:t xml:space="preserve">[2:05:32] </w:t>
      </w:r>
      <w:r>
        <w:t>woh un ki mamooli baaton ko is tarah bigaad kar pesh karte hain ke awam mein un ki tasweer kharab ho jaye tabook ke safar mein ek baar aisa hua ke ek padao ke maqam par rasool ALLAH صلی اللہ علیہ وسلم ki oontni gum ho gayi kuch musalman is ko talash karne ke liye nikle</w:t>
      </w:r>
    </w:p>
    <w:p>
      <w:pPr>
        <w:jc w:val="right"/>
      </w:pPr>
      <w:r>
        <w:t>وہ ان کی معمولی باتوں کو اس طرح بگاڑ کر پیش کرتے ہیں کہ عوام میں ان کی تصویر خراب ہو جائے تبوک کے سفر میں ایک بار ایسا ہوا کہ ایک پڑاؤ کے مقام پر رسول اللہ صلی اللہ علیہ وسلم کی اونٹنی گم ہوگئی کچھ مسلمان اس کو تلاش کرنے کے لیے نکلے</w:t>
      </w:r>
    </w:p>
    <w:p>
      <w:r>
        <w:rPr>
          <w:b/>
        </w:rPr>
        <w:t xml:space="preserve">[2:05:57] </w:t>
      </w:r>
      <w:r>
        <w:t>yeh baat munafiqon ko maloom hui to unhone mazak udate hue kaha yeh sahab hum ko aasman ki khabrein batate hain magar un ko apni oontni ki khabar nahi ke woh is waqt kahan hai</w:t>
      </w:r>
    </w:p>
    <w:p>
      <w:pPr>
        <w:jc w:val="right"/>
      </w:pPr>
      <w:r>
        <w:t>یہ بات منافقوں کو معلوم ہوئی تو انہوں نے مذاق اڑاتے ہوئے کہا یہ صاحب ہم کو اسمان کی خبریں بتاتے ہیں مگر ان کو اپنی اونٹنی کی خبر نہیں کہ وہ اس وقت کہاں ہے</w:t>
      </w:r>
    </w:p>
    <w:p>
      <w:r>
        <w:rPr>
          <w:b/>
        </w:rPr>
        <w:t xml:space="preserve">[2:06:13] </w:t>
      </w:r>
      <w:r>
        <w:t>munafiq musalman sachche islam ke daaiyon ko nakaam karne ke liye shaitan ke aala car bante hain magar sachche islam ke daaiyon ka madadgar hamesha khuda hota hai</w:t>
      </w:r>
    </w:p>
    <w:p>
      <w:pPr>
        <w:jc w:val="right"/>
      </w:pPr>
      <w:r>
        <w:t>منافق مسلمان سچے اسلام کے داعیوں کو ناکام کرنے کے لیے شیطان کے اعلی کار بنتے ہیں مگر سچے اسلام کے داعیوں کا مددگار ہمیشہ خدا ہوتا ہے</w:t>
      </w:r>
    </w:p>
    <w:p>
      <w:r>
        <w:rPr>
          <w:b/>
        </w:rPr>
        <w:t xml:space="preserve">[2:06:28] </w:t>
      </w:r>
      <w:r>
        <w:t>woh munafiqon ki tamam sazishon ke bawajood un ko bacha leta hai aur munafiqeen ka anjam yeh hota hai ke woh apna jurm sabit kar ke is ke mustahiq bante hain ke un ko dunya mein bhi azab diya jaye aur</w:t>
      </w:r>
    </w:p>
    <w:p>
      <w:pPr>
        <w:jc w:val="right"/>
      </w:pPr>
      <w:r>
        <w:t>وہ منافقوں کی تمام سازشوں کے باوجود ان کو بچا لیتا ہے اور منافقین کا انجام یہ ہوتا ہے کہ وہ اپنا جرم ثابت کر کے اس کے مستحق بنتے ہیں کہ ان کو دنیا میں بھی عذاب دیا جائے اور</w:t>
      </w:r>
    </w:p>
    <w:p>
      <w:r>
        <w:rPr>
          <w:b/>
        </w:rPr>
        <w:t xml:space="preserve">[2:06:48] </w:t>
      </w:r>
      <w:r>
        <w:t>aakhirat mein bhi wa minhum man 'aahadallaha la in aatana min fadlihi lana sadaqaw walan kunan minas salihin</w:t>
      </w:r>
    </w:p>
    <w:p>
      <w:pPr>
        <w:jc w:val="right"/>
      </w:pPr>
      <w:r>
        <w:t>اخرت میں بھی ومنہم من عاهد اللہ لئن اتانا من فضله لنا صدقا ولنكونن من الصالحین</w:t>
      </w:r>
    </w:p>
    <w:p>
      <w:r>
        <w:rPr>
          <w:b/>
        </w:rPr>
        <w:t xml:space="preserve">[2:07:07] </w:t>
      </w:r>
      <w:r>
        <w:t>falamma aathahum min fadlihi bakhilu bihi tawallaw wahum mu'ridun</w:t>
      </w:r>
    </w:p>
    <w:p>
      <w:pPr>
        <w:jc w:val="right"/>
      </w:pPr>
      <w:r>
        <w:t>فلما اتاهم من فضله بخلوا به وتولوا وهم معرضون</w:t>
      </w:r>
    </w:p>
    <w:p>
      <w:r>
        <w:rPr>
          <w:b/>
        </w:rPr>
        <w:t xml:space="preserve">[2:07:22] </w:t>
      </w:r>
      <w:r>
        <w:t xml:space="preserve"> fa'aqabahum nifaqan fi qulubihim ila yawmi yalqunahu bima akhlafullaha wa'dahaw bima kanu yakdhibun alam ya'lamu</w:t>
      </w:r>
    </w:p>
    <w:p>
      <w:pPr>
        <w:jc w:val="right"/>
      </w:pPr>
      <w:r>
        <w:t>فاعقبهم نفاقا في قلوبهم الى يوم يلقونه بما اخلفوا الله ما وعدوه وبما كانوا يكذبون الم يعلموا</w:t>
      </w:r>
    </w:p>
    <w:p>
      <w:r>
        <w:rPr>
          <w:b/>
        </w:rPr>
        <w:t xml:space="preserve">[2:07:42] </w:t>
      </w:r>
      <w:r>
        <w:t>annallaha ya'lamu sirrahum wa najwahum wa annallaha 'allamul ghuyub alladhina yalmazunatal mutatawwi'ina minal mu'minina fis sadaqati walladhina la yajiduna illa jahdahum fa yaskharuna minhum</w:t>
      </w:r>
    </w:p>
    <w:p>
      <w:pPr>
        <w:jc w:val="right"/>
      </w:pPr>
      <w:r>
        <w:t>ان الله يعلم سرهم ونجواهم وان الله علام الغيوب الذين يلمزون المطوعين من المؤمنين في الصدقات والذين لا يجدون الا جهدهم فيسخرون منهم</w:t>
      </w:r>
    </w:p>
    <w:p>
      <w:r>
        <w:rPr>
          <w:b/>
        </w:rPr>
        <w:t xml:space="preserve">[2:08:06] </w:t>
      </w:r>
      <w:r>
        <w:t>fa yaskharuna minhum sakhkharallahu minhum walahum 'adhabun alim</w:t>
      </w:r>
    </w:p>
    <w:p>
      <w:pPr>
        <w:jc w:val="right"/>
      </w:pPr>
      <w:r>
        <w:t>فيسخرون منهم سخر الله منهم ولهم عذاب اليم</w:t>
      </w:r>
    </w:p>
    <w:p>
      <w:r>
        <w:rPr>
          <w:b/>
        </w:rPr>
        <w:t xml:space="preserve">[2:08:16] </w:t>
      </w:r>
      <w:r>
        <w:t>istaghfir lahum aw la tastaghfir lahum in tastaghfir lahum sab'ina marratan falan yaghfirallahu lahum dhalika bi annahum kafarubillahi wa rasulihi</w:t>
      </w:r>
    </w:p>
    <w:p>
      <w:pPr>
        <w:jc w:val="right"/>
      </w:pPr>
      <w:r>
        <w:t>استغفر لهم او لا تستغفر لهم ان تستغفر لهم سبعين مره فلن يغفر الله لهم ذلك بانهم كفروا بالله ورسوله</w:t>
      </w:r>
    </w:p>
    <w:p>
      <w:r>
        <w:rPr>
          <w:b/>
        </w:rPr>
        <w:t xml:space="preserve">[2:08:35] </w:t>
      </w:r>
      <w:r>
        <w:t>wallahu la yahdil qawmal fasiqin</w:t>
      </w:r>
    </w:p>
    <w:p>
      <w:pPr>
        <w:jc w:val="right"/>
      </w:pPr>
      <w:r>
        <w:t>والله لا يهدي القوم الفاسقين</w:t>
      </w:r>
    </w:p>
    <w:p>
      <w:r>
        <w:rPr>
          <w:b/>
        </w:rPr>
        <w:t xml:space="preserve">[2:08:42] </w:t>
      </w:r>
      <w:r>
        <w:t>aur un mein woh bhi hain jinhone ALLAH se ahad kiya ke agar is ne hum ko apne fazal se ata kiya to hum zaroor sadqa karenge aur hum saleh ban kar rahenge phir jab ALLAH ne un ko apne fazal se ata kiya to woh bakheel karne lage aur bargashta ho kar munh pher liya</w:t>
      </w:r>
    </w:p>
    <w:p>
      <w:pPr>
        <w:jc w:val="right"/>
      </w:pPr>
      <w:r>
        <w:t>اور ان میں وہ بھی ہیں جنہوں نے اللہ سے عہد کیا کہ اگر اس نے ہم کو اپنے فضل سے عطا کیا تو ہم ضرور صدقہ کریں گے اور ہم صالح بن کر رہیں گے پھر جب اللہ نے ان کو اپنے فضل سے عطا کیا تو وہ بخل کرنے لگے اور برگشتہ ہو کر منہ پھیر لیا</w:t>
      </w:r>
    </w:p>
    <w:p>
      <w:r>
        <w:rPr>
          <w:b/>
        </w:rPr>
        <w:t xml:space="preserve">[2:09:08] </w:t>
      </w:r>
      <w:r>
        <w:t>pas ALLAH ne un ke dil mein nifaq barha diya is din tak ke liye jab ke woh us se milenge is sabab se ke unhone ALLAH se kiye hue wade ki khilaf warzi ki aur is sabab se ke woh jhoot bolte rahe kya unhein khabar nahi ke ALLAH un ke raaz aur un ki sargoshi ko janta hai aur ALLAH tamam chupi hui baaton ko janne wala hai</w:t>
      </w:r>
    </w:p>
    <w:p>
      <w:pPr>
        <w:jc w:val="right"/>
      </w:pPr>
      <w:r>
        <w:t>پس اللہ نے ان کے دلوں میں نفاق بڑھا دیا اس دن تک کے لیے جب کہ وہ اس سے ملیں گے اس سبب سے کہ انہوں نے اللہ سے کیے ہوئے وعدے کی خلاف ورزی کی اور اس سبب سے کہ وہ جھوٹ بولتے رہے کیا انہیں خبر نہیں کہ اللہ ان کے راز اور ان کی سرگوشی کو جانتا ہے اور اللہ تمام چھپی ہوئی باتوں کو جاننے والا ہے</w:t>
      </w:r>
    </w:p>
    <w:p>
      <w:r>
        <w:rPr>
          <w:b/>
        </w:rPr>
        <w:t xml:space="preserve">[2:09:38] </w:t>
      </w:r>
      <w:r>
        <w:t>woh log jo ta'an karte hain un musalmanon par jo dil khol kar sadqat dete hain aur jo sirf apni mehnat mazdoori se infaq karte hain un ka mazak udate hain ALLAH un mazak udate walon ka mazak udata hai aur un ke liye dardnak azab hai tum un ke liye maaf ki darkhwast karo ya na karo</w:t>
      </w:r>
    </w:p>
    <w:p>
      <w:pPr>
        <w:jc w:val="right"/>
      </w:pPr>
      <w:r>
        <w:t>وہ لوگ جو تعان کرتے ہیں ان مسلمانوں پر جو دل کھول کر صدقات دیتے ہیں اور جو صرف اپنی محنت مزدوری سے انفاق کرتے ہیں ان کا مذاق اڑاتے ہیں اللہ ان مذاق اڑانے والوں کا مذاق اڑاتا ہے اور ان کے لیے دردناک عذاب ہے تم ان کے لیے معافی کی درخواست کرو یا نہ کرو</w:t>
      </w:r>
    </w:p>
    <w:p>
      <w:r>
        <w:rPr>
          <w:b/>
        </w:rPr>
        <w:t xml:space="preserve">[2:10:02] </w:t>
      </w:r>
      <w:r>
        <w:t>agar tum sattar martaba unhein maaf karne ki darkhwast karoge to ALLAH un ko maaf karne wala nahi yeh is liye ke unhone ALLAH aur rasool ka inkar kiya aur ALLAH nafarmanon ko rah nahi dikhata tashreeh</w:t>
      </w:r>
    </w:p>
    <w:p>
      <w:pPr>
        <w:jc w:val="right"/>
      </w:pPr>
      <w:r>
        <w:t>اگر تم ستر مرتبہ انہیں معاف کرنے کی درخواست کرو گے تو اللہ ان کو معاف کرنے والا نہیں یہ اس لیے کہ انہوں نے اللہ اور رسول کا انکار کیا اور اللہ نافرمانوں کو راہ نہیں دکھاتا تشریح</w:t>
      </w:r>
    </w:p>
    <w:p>
      <w:r>
        <w:rPr>
          <w:b/>
        </w:rPr>
        <w:t xml:space="preserve">[2:10:23] </w:t>
      </w:r>
      <w:r>
        <w:t>salbah bin hatib ansari ne rasool ALLAH صلی اللہ علیہ وسلم se kaha ke mere liye dua kijiye ke khuda mujhe maal de de aap ne farmaya thorey maal par shukr guzar hona is se behtar hai ke tum ko zyada maal mile aur tum shukr ada na kar sako</w:t>
      </w:r>
    </w:p>
    <w:p>
      <w:pPr>
        <w:jc w:val="right"/>
      </w:pPr>
      <w:r>
        <w:t>سالبہ بن حاتب انصاری نے رسول اللہ صلی اللہ علیہ وسلم سے کہا کہ میرے لیے دعا کیجئے کہ خدا مجھے مال دے دے اپ نے فرمایا تھوڑے مال پر شکر گزار ہونا اس سے بہتر ہے کہ تم کو زیادہ مال ملے اور تم شکر ادا نہ کر سکو</w:t>
      </w:r>
    </w:p>
    <w:p>
      <w:r>
        <w:rPr>
          <w:b/>
        </w:rPr>
        <w:t xml:space="preserve">[2:10:44] </w:t>
      </w:r>
      <w:r>
        <w:t>magar salbah ne bar bar darkhwast ki chunancha rasool ALLAH صلی اللہ علیہ وسلم ne dua farmayi ke khuda ya salbah ko maal de de is ke baad salbah ne bakri paali is ki nasal itni barhi ke madine ki zameen un ki bakriyon ke liye tang ho gayi salbah ne madine ke bahir aik wadi mein rehna shuru kiya</w:t>
      </w:r>
    </w:p>
    <w:p>
      <w:pPr>
        <w:jc w:val="right"/>
      </w:pPr>
      <w:r>
        <w:t>مگر سالبہ نے بار بار درخواست کی چنانچہ رسول اللہ صلی اللہ علیہ وسلم نے دعا فرمائی کہ خدایا سالبہ کو مال دے دے اس کے بعد سالبہ نے بکری پالی اس کی نسل اتنی بڑھی کہ مدینہ کی زمین ان کی بکریوں کے لیے تنگ ہوگئی سالبہ نے مدینے کے باہر ایک وادی میں رہنا شروع کیا</w:t>
      </w:r>
    </w:p>
    <w:p>
      <w:r>
        <w:rPr>
          <w:b/>
        </w:rPr>
        <w:t xml:space="preserve">[2:11:11] </w:t>
      </w:r>
      <w:r>
        <w:t>ab salbah ke islam mein kamzori ana shuru hui pehle un ki jamaat ki namaz chhooti phir jumah chhoot gaya hatta ke yeh nobat aayi ke rasool ALLAH صلی اللہ علیہ وسلم ka aamil salbah ke pas zakat lene ke liye gaya to salbah ne zakat nahi di aur kaha ke zakat to jaziya ki behan maloom hoti hai</w:t>
      </w:r>
    </w:p>
    <w:p>
      <w:pPr>
        <w:jc w:val="right"/>
      </w:pPr>
      <w:r>
        <w:t>اب سالبہ کے اسلام میں کمزوری انا شروع ہوئی پہلے ان کی جماعت کی نماز چھوٹی پھر جمعہ چھوٹ گیا حتی کہ یہ نوبت ائی کہ رسول اللہ صلی اللہ علیہ وسلم کا عامل سالبہ کے پاس زکوۃ لینے کے لیے گیا تو سالبہ نے زکوۃ نہیں دی اور کہا کہ زکوۃ تو جزیہ کی بہن معلوم ہوتی ہے</w:t>
      </w:r>
    </w:p>
    <w:p>
      <w:r>
        <w:rPr>
          <w:b/>
        </w:rPr>
        <w:t xml:space="preserve">[2:11:36] </w:t>
      </w:r>
      <w:r>
        <w:t>woh shakhs khuda ki nazar mein munafiq hai jis ka hal yeh ho ke woh maal ke liye khuda se dua kare aur jab khuda us ko maal wala bana de to woh apne maal mein khuda ka haq nikalna bhool jaye aadmi ke pas maal nahi hota to woh maal walon ko bura kehta hai ke yeh log maal ko ghalat kamon mein barbaad karte hain</w:t>
      </w:r>
    </w:p>
    <w:p>
      <w:pPr>
        <w:jc w:val="right"/>
      </w:pPr>
      <w:r>
        <w:t>وہ شخص خدا کی نظر میں منافق ہے جس کا حال یہ ہو کہ وہ مال کے لیے خدا سے دعا کرے اور جب خدا اس کو مال والا بنا دے تو وہ اپنے مال میں خدا کا حق نکالنا بھول جائے ادمی کے پاس مال نہیں ہوتا تو وہ مال والوں کو برا کہتا ہے کہ یہ لوگ مال کو غلط کاموں میں برباد کرتے ہیں</w:t>
      </w:r>
    </w:p>
    <w:p>
      <w:r>
        <w:rPr>
          <w:b/>
        </w:rPr>
        <w:t xml:space="preserve">[2:12:02] </w:t>
      </w:r>
      <w:r>
        <w:t>agar khuda mujh ko maal de to mein us ko khair ke kamon mein kharch karoon magar jab us ke pas maal aata hai to us ki nafsiyat badal jati hai woh bhool jata hai ke pehle us ne kya kaha tha aur kin jazbat ka izhar kiya tha ab woh maal ko apni mehnat aur liyaqat ka nateeja samajh kar tanha is ka malik ban jata hai</w:t>
      </w:r>
    </w:p>
    <w:p>
      <w:pPr>
        <w:jc w:val="right"/>
      </w:pPr>
      <w:r>
        <w:t>اگر خدا مجھ کو مال دے تو میں اس کو خیر کے کاموں میں خرچ کروں مگر جب اس کے پاس مال اتا ہے تو اس کی نفسیات بدل جاتی ہے وہ بھول جاتا ہے کہ پہلے اس نے کیا کہا تھا اور کن جذبات کا اظہار کیا تھا اب وہ مال کو اپنی محنت اور لیاقت کا نتیجہ سمجھ کر تنہا اس کا مالک بن جاتا ہے</w:t>
      </w:r>
    </w:p>
    <w:p>
      <w:r>
        <w:rPr>
          <w:b/>
        </w:rPr>
        <w:t xml:space="preserve">[2:12:30] </w:t>
      </w:r>
      <w:r>
        <w:t>khuda ka haq ada karna usay yaad nahi rehta is qism ke log apni kamzoriyon ko chupane ke liye mazeed sarkashi yeh karte hain ke woh un logon ka mazak udate hain jo khuda ki rah mein apna maal kharch karte hain</w:t>
      </w:r>
    </w:p>
    <w:p>
      <w:pPr>
        <w:jc w:val="right"/>
      </w:pPr>
      <w:r>
        <w:t>خدا کا حق ادا کرنا اسے یاد نہیں رہتا اس قسم کے لوگ اپنی کمزوریوں کو چھپانے کے لیے مزید سرکشی یہ کرتے ہیں کہ وہ ان لوگوں کا مذاق اڑاتے ہیں جو خدا کی راہ میں اپنا مال خرچ کرتے ہیں</w:t>
      </w:r>
    </w:p>
    <w:p>
      <w:r>
        <w:rPr>
          <w:b/>
        </w:rPr>
        <w:t xml:space="preserve">[2:12:47] </w:t>
      </w:r>
      <w:r>
        <w:t>kisi ne zyada diya to us ko riyakar keh kar girate hain aur kisi ne apni hesiyat ki bana par kam diya to kehte hain ke khuda ko is aadmi ke sadqe ki kya zaroorat thi jo log itna zyada apne aap mein gum hon unhein apne aap se bahar ki aala tar haqiqaten kabhi dikhai nahi deti</w:t>
      </w:r>
    </w:p>
    <w:p>
      <w:pPr>
        <w:jc w:val="right"/>
      </w:pPr>
      <w:r>
        <w:t>کسی نے زیادہ دیا تو اس کو ریاکار کہہ کر گراتے ہیں اور کسی نے اپنی حیثیت کی بنا پر کم دیا تو کہتے ہیں کہ خدا کو اس ادمی کے صدقے کی کیا ضرورت تھی جو لوگ اتنا زیادہ اپنے اپ میں گم ہوں انہیں اپنے اپ سے باہر کی اعلی تر حقیقتیں کبھی دکھائی نہیں دیتی</w:t>
      </w:r>
    </w:p>
    <w:p>
      <w:r>
        <w:rPr>
          <w:b/>
        </w:rPr>
        <w:t xml:space="preserve">[2:13:17] </w:t>
      </w:r>
      <w:r>
        <w:t>farah almukhallafun bimqadhim khilaf alrasul allahi wakarahu an yujahidu bimwalihim wakarahu</w:t>
      </w:r>
    </w:p>
    <w:p>
      <w:pPr>
        <w:jc w:val="right"/>
      </w:pPr>
      <w:r>
        <w:t>فرح المخلفون بمقعدهم خلاف رسول اللہ وکرہوا ان یجاہدوا باموالهم وکرہوا</w:t>
      </w:r>
    </w:p>
    <w:p>
      <w:r>
        <w:rPr>
          <w:b/>
        </w:rPr>
        <w:t xml:space="preserve">[2:13:34] </w:t>
      </w:r>
      <w:r>
        <w:t>an yujahidu bimwalihim waanfusihim fi sabil allahi walu la tanfuru fi alhurr qul nar jahannam ashadd hurra</w:t>
      </w:r>
    </w:p>
    <w:p>
      <w:pPr>
        <w:jc w:val="right"/>
      </w:pPr>
      <w:r>
        <w:t>ان یجاہدوا باموالهم وانفسهم فی سبیل اللہ وقالوا لا تنفروا فی الحر قل نار جهنم اشد حرا</w:t>
      </w:r>
    </w:p>
    <w:p>
      <w:r>
        <w:rPr>
          <w:b/>
        </w:rPr>
        <w:t xml:space="preserve">[2:13:51] </w:t>
      </w:r>
      <w:r>
        <w:t>law kanu yafqahuna faladhaku qaleelan walayabku kathiran jazaa bima kanu yaksibun</w:t>
      </w:r>
    </w:p>
    <w:p>
      <w:pPr>
        <w:jc w:val="right"/>
      </w:pPr>
      <w:r>
        <w:t>لو كانوا یفقہون فلیضحکوا قليلا ولیبکو کثیرا جزاء بما كانوا یکسبون</w:t>
      </w:r>
    </w:p>
    <w:p>
      <w:r>
        <w:rPr>
          <w:b/>
        </w:rPr>
        <w:t xml:space="preserve">[2:14:09] </w:t>
      </w:r>
      <w:r>
        <w:t>fain rajajk allahu ila taifat minhum fastaaznuk lilkhuruj faqul lan takhruju maai abadan faqul lan takhruju maai abadan</w:t>
      </w:r>
    </w:p>
    <w:p>
      <w:pPr>
        <w:jc w:val="right"/>
      </w:pPr>
      <w:r>
        <w:t>فان رجعک اللہ الی طائفۃ منہم فاستاذنوک للخروج فقل لن تخرجوا معی ابدا فقل لن تخرجوا معی ابدا</w:t>
      </w:r>
    </w:p>
    <w:p>
      <w:r>
        <w:rPr>
          <w:b/>
        </w:rPr>
        <w:t xml:space="preserve">[2:14:29] </w:t>
      </w:r>
      <w:r>
        <w:t>walant qatil maai aduwan innakum radhaytum bilquood awwal marra faquoodu ma al khalifeen walatussalli ala</w:t>
      </w:r>
    </w:p>
    <w:p>
      <w:pPr>
        <w:jc w:val="right"/>
      </w:pPr>
      <w:r>
        <w:t>ولن تقاتلوا معی عدوا انكم رضیتم بالقعود اول مره فاقعدوا مع الخالفین ولا تصلی علی</w:t>
      </w:r>
    </w:p>
    <w:p>
      <w:r>
        <w:rPr>
          <w:b/>
        </w:rPr>
        <w:t xml:space="preserve">[2:14:48] </w:t>
      </w:r>
      <w:r>
        <w:t>ahad minhum maat abadan walatuqum ala qabrihi walatuqum ala qabrihi innahum kafaru billahi warasulihi wamatu wahum fasiqoon</w:t>
      </w:r>
    </w:p>
    <w:p>
      <w:pPr>
        <w:jc w:val="right"/>
      </w:pPr>
      <w:r>
        <w:t>احد منهم مات ابدا ولا تقم على قبره ولا تقم على قبره انهم كفروا بالله ورسوله وماتوا وهم فاسقون</w:t>
      </w:r>
    </w:p>
    <w:p>
      <w:r>
        <w:rPr>
          <w:b/>
        </w:rPr>
        <w:t xml:space="preserve">[2:15:11] </w:t>
      </w:r>
      <w:r>
        <w:t>walatuajibuk amwaluhum waawladuhum</w:t>
      </w:r>
    </w:p>
    <w:p>
      <w:pPr>
        <w:jc w:val="right"/>
      </w:pPr>
      <w:r>
        <w:t>ولا تعجبك اموالهم واولادهم</w:t>
      </w:r>
    </w:p>
    <w:p>
      <w:r>
        <w:rPr>
          <w:b/>
        </w:rPr>
        <w:t xml:space="preserve">[2:15:16] </w:t>
      </w:r>
      <w:r>
        <w:t>peeche reh jane wale Allah ke rasool se peeche baith rehne par khush hue aur un ko graan guzra ke woh.</w:t>
      </w:r>
    </w:p>
    <w:p>
      <w:pPr>
        <w:jc w:val="right"/>
      </w:pPr>
      <w:r>
        <w:t>پیچھے رہ جانے والے اللہ کے رسول سے پیچھے بیٹھ رہنے پر خوش ہوئے اور ان کو گراں گزرا کہ وہ.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