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 the Glory of God in Your Failure 25 feb. 2017 - Maulana Wahiduddin Khan</w:t>
      </w:r>
    </w:p>
    <w:p>
      <w:r>
        <w:t>https://www.youtube.com/watch?v=VocPK_2oeK4</w:t>
      </w:r>
    </w:p>
    <w:p>
      <w:r>
        <w:rPr>
          <w:b/>
        </w:rPr>
        <w:t xml:space="preserve">[00:14] </w:t>
      </w:r>
      <w:r>
        <w:t>bismillah rahman rahim.</w:t>
      </w:r>
    </w:p>
    <w:p>
      <w:pPr>
        <w:jc w:val="right"/>
      </w:pPr>
      <w:r>
        <w:t>بسم اللہ الرحمن الرحیم۔</w:t>
      </w:r>
    </w:p>
    <w:p>
      <w:r>
        <w:rPr>
          <w:b/>
        </w:rPr>
        <w:t xml:space="preserve">[00:18] </w:t>
      </w:r>
      <w:r>
        <w:t>25 farwari 2017.</w:t>
      </w:r>
    </w:p>
    <w:p>
      <w:pPr>
        <w:jc w:val="right"/>
      </w:pPr>
      <w:r>
        <w:t>25 فروری 2017۔</w:t>
      </w:r>
    </w:p>
    <w:p>
      <w:r>
        <w:rPr>
          <w:b/>
        </w:rPr>
        <w:t xml:space="preserve">[00:25] </w:t>
      </w:r>
      <w:r>
        <w:t>aaj hamari ek team jaane wali thi mumbai, gayi hai mumbai, kyunke is ke ek member nahi ja sake.</w:t>
      </w:r>
    </w:p>
    <w:p>
      <w:pPr>
        <w:jc w:val="right"/>
      </w:pPr>
      <w:r>
        <w:t>آج ہماری ایک ٹیم جانے والی تھی ممبئی، گئی ہے ممبئی، کیونکہ اس کے ایک ممبر نہیں جا سکے۔</w:t>
      </w:r>
    </w:p>
    <w:p>
      <w:r>
        <w:rPr>
          <w:b/>
        </w:rPr>
        <w:t xml:space="preserve">[00:41] </w:t>
      </w:r>
      <w:r>
        <w:t>to is ki wajah se is ke jo doosre member gaye.</w:t>
      </w:r>
    </w:p>
    <w:p>
      <w:pPr>
        <w:jc w:val="right"/>
      </w:pPr>
      <w:r>
        <w:t>تو اس کی وجہ سے اس کے جو دوسرے ممبر گئے۔</w:t>
      </w:r>
    </w:p>
    <w:p>
      <w:r>
        <w:rPr>
          <w:b/>
        </w:rPr>
        <w:t xml:space="preserve">[00:50] </w:t>
      </w:r>
      <w:r>
        <w:t>yani jo plan tha woh plan puri tarah se implement nahi ho saka.</w:t>
      </w:r>
    </w:p>
    <w:p>
      <w:pPr>
        <w:jc w:val="right"/>
      </w:pPr>
      <w:r>
        <w:t>یعنی جو پلان تھا وہ پلان پوری طرح سے امپلیمنٹ نہیں ہو سکا۔</w:t>
      </w:r>
    </w:p>
    <w:p>
      <w:r>
        <w:rPr>
          <w:b/>
        </w:rPr>
        <w:t xml:space="preserve">[00:59] </w:t>
      </w:r>
      <w:r>
        <w:t>to is waqe ko sochte hue mujhe Hazrat Ali ka ek waqe yaad aaya.</w:t>
      </w:r>
    </w:p>
    <w:p>
      <w:pPr>
        <w:jc w:val="right"/>
      </w:pPr>
      <w:r>
        <w:t>تو اس واقعے کو سوچتے ہوئے مجھے حضرت علی کا ایک واقعہ یاد آیا۔</w:t>
      </w:r>
    </w:p>
    <w:p>
      <w:r>
        <w:rPr>
          <w:b/>
        </w:rPr>
        <w:t xml:space="preserve">[01:10] </w:t>
      </w:r>
      <w:r>
        <w:t>Hazrat Ali se, Hazrat Ali aap jante hain ke Islam ke chauthe khaleefa the. woh char pillar mein se ek pillar bane aate hain.</w:t>
      </w:r>
    </w:p>
    <w:p>
      <w:pPr>
        <w:jc w:val="right"/>
      </w:pPr>
      <w:r>
        <w:t>حضرت علی سے، حضرت علی آپ جانتے ہیں کہ اسلام کے چوتھے خلیفہ تھے۔ وہ چار پلر میں سے ایک پلر بنے آتے ہیں۔</w:t>
      </w:r>
    </w:p>
    <w:p>
      <w:r>
        <w:rPr>
          <w:b/>
        </w:rPr>
        <w:t xml:space="preserve">[01:25] </w:t>
      </w:r>
      <w:r>
        <w:t>to Hazrat Ali jab Abi Talib se poocha gaya ke "mamma arrafta rabbak", "mamma arrafta rabbak", aap ne apne rab ko kis tarah pehchana?</w:t>
      </w:r>
    </w:p>
    <w:p>
      <w:pPr>
        <w:jc w:val="right"/>
      </w:pPr>
      <w:r>
        <w:t>تو حضرت علی جب ابی طالب سے پوچھا گیا کہ "مما عرف تربک"، "مما عرف تربک"، آپ نے اپنے رب کو کس طرح پہچانا؟</w:t>
      </w:r>
    </w:p>
    <w:p>
      <w:r>
        <w:rPr>
          <w:b/>
        </w:rPr>
        <w:t xml:space="preserve">[01:43] </w:t>
      </w:r>
      <w:r>
        <w:t>aap ne apne rab ko kis tarah pehchana? to woh bohat waazh aadmi the. Hazrat Ali ne jawab diya: "arrafta rabbī bi faskh azāim wa naqd al himam".</w:t>
      </w:r>
    </w:p>
    <w:p>
      <w:pPr>
        <w:jc w:val="right"/>
      </w:pPr>
      <w:r>
        <w:t>آپ نے اپنے رب کو کس طرح پہچانا؟ تو وہ بہت واعظ آدمی تھے۔ حضرت علی نے جواب دیا: "عرف تربی بفسخ عزائم و نقد الهمم"۔</w:t>
      </w:r>
    </w:p>
    <w:p>
      <w:r>
        <w:rPr>
          <w:b/>
        </w:rPr>
        <w:t xml:space="preserve">[02:04] </w:t>
      </w:r>
      <w:r>
        <w:t>main ne pehchana apne rab ko</w:t>
      </w:r>
    </w:p>
    <w:p>
      <w:pPr>
        <w:jc w:val="right"/>
      </w:pPr>
      <w:r>
        <w:t>میں نے پہچانا اپنے رب کو</w:t>
      </w:r>
    </w:p>
    <w:p>
      <w:r>
        <w:rPr>
          <w:b/>
        </w:rPr>
        <w:t xml:space="preserve">[02:08] </w:t>
      </w:r>
      <w:r>
        <w:t>iradon ke tootne se.</w:t>
      </w:r>
    </w:p>
    <w:p>
      <w:pPr>
        <w:jc w:val="right"/>
      </w:pPr>
      <w:r>
        <w:t>ارادوں کے ٹوٹنے سے۔</w:t>
      </w:r>
    </w:p>
    <w:p>
      <w:r>
        <w:rPr>
          <w:b/>
        </w:rPr>
        <w:t xml:space="preserve">[02:14] </w:t>
      </w:r>
      <w:r>
        <w:t>donon ka matlab ek hi hai: mamma arrafta rabbī bi faskh azāim wa naqd al himam.</w:t>
      </w:r>
    </w:p>
    <w:p>
      <w:pPr>
        <w:jc w:val="right"/>
      </w:pPr>
      <w:r>
        <w:t>دونوں کا مطلب ایک ہی ہے: بے عرب تربی بفسخ عزائم و نقد الهمم۔</w:t>
      </w:r>
    </w:p>
    <w:p>
      <w:r>
        <w:rPr>
          <w:b/>
        </w:rPr>
        <w:t xml:space="preserve">[02:23] </w:t>
      </w:r>
      <w:r>
        <w:t>yani jo main irada karta hoon, jo main plan banata hoon, woh toot jata hai. use pehchana.</w:t>
      </w:r>
    </w:p>
    <w:p>
      <w:pPr>
        <w:jc w:val="right"/>
      </w:pPr>
      <w:r>
        <w:t>یعنی جو میں ارادہ کرتا ہوں، جو میں پلان بناتا ہوں، وہ ٹوٹ جاتا ہے۔ اسے پہچانا۔</w:t>
      </w:r>
    </w:p>
    <w:p>
      <w:r>
        <w:rPr>
          <w:b/>
        </w:rPr>
        <w:t xml:space="preserve">[02:32] </w:t>
      </w:r>
      <w:r>
        <w:t>to yeh hum ne padha tha bohat pehle, bohat pehle. is ka matlab mujhe aaj samajh mein aaya. kyunke jab hamare, hamara jo plan Mumbai ka tha,</w:t>
      </w:r>
    </w:p>
    <w:p>
      <w:pPr>
        <w:jc w:val="right"/>
      </w:pPr>
      <w:r>
        <w:t>تو یہ ہم نے پڑھا تھا بہت پہلے، بہت پہلے۔ اس کا مطلب مجھے آج سمجھ میں آیا۔ کیونکہ جب ہمارے، ہمارا جو پلان ببئی کا تھا،</w:t>
      </w:r>
    </w:p>
    <w:p>
      <w:r>
        <w:rPr>
          <w:b/>
        </w:rPr>
        <w:t xml:space="preserve">[02:46] </w:t>
      </w:r>
      <w:r>
        <w:t>woh theek se implement nahi ho saka,</w:t>
      </w:r>
    </w:p>
    <w:p>
      <w:pPr>
        <w:jc w:val="right"/>
      </w:pPr>
      <w:r>
        <w:t>وہ ٹھیک سے امپلیمنٹ نہیں ہو سکا،</w:t>
      </w:r>
    </w:p>
    <w:p>
      <w:r>
        <w:rPr>
          <w:b/>
        </w:rPr>
        <w:t xml:space="preserve">[02:50] </w:t>
      </w:r>
      <w:r>
        <w:t>to mera mind trigger hua. trigger hua. to mujhe samajh mein aaya ke yeh jo kaha tha Hazrat Ali ne, woh bohat hi bari baat thi.</w:t>
      </w:r>
    </w:p>
    <w:p>
      <w:pPr>
        <w:jc w:val="right"/>
      </w:pPr>
      <w:r>
        <w:t>تو میرا مائنڈ ٹریگر ہوا۔ ٹریگر ہوا۔ تو مجھے سمجھ میں آیا کہ یہ جو کہا تھا حضرت علی نے، وہ بہت ہی بڑی بات تھی۔</w:t>
      </w:r>
    </w:p>
    <w:p>
      <w:r>
        <w:rPr>
          <w:b/>
        </w:rPr>
        <w:t xml:space="preserve">[03:01] </w:t>
      </w:r>
      <w:r>
        <w:t>ab woh sach poochein to aaj zyada understandable hai. pehle itni understandable thi bhi nahin.</w:t>
      </w:r>
    </w:p>
    <w:p>
      <w:pPr>
        <w:jc w:val="right"/>
      </w:pPr>
      <w:r>
        <w:t>اب وہ سچ پوچھیں تو آج زیادہ انڈرسٹڈیبل ہے۔ پہلے اتنی انڈرسٹڈیبل تھی بھی نہیں۔</w:t>
      </w:r>
    </w:p>
    <w:p>
      <w:r>
        <w:rPr>
          <w:b/>
        </w:rPr>
        <w:t xml:space="preserve">[03:10] </w:t>
      </w:r>
      <w:r>
        <w:t>kyunke aap jante hain ke bohat hi well known saying hai: "in comparison that way understand".</w:t>
      </w:r>
    </w:p>
    <w:p>
      <w:pPr>
        <w:jc w:val="right"/>
      </w:pPr>
      <w:r>
        <w:t>کیونکہ آپ جانتے ہیں کہ بہت ہی ویل نون سینگ ہے: "ان کمپیریزن دیٹ وے انڈرسٹینڈ"۔</w:t>
      </w:r>
    </w:p>
    <w:p>
      <w:r>
        <w:rPr>
          <w:b/>
        </w:rPr>
        <w:t xml:space="preserve">[03:22] </w:t>
      </w:r>
      <w:r>
        <w:t>yaani compare karne se baatein samajh mein aati hain. to hazrat ali ne jo baat kahi, uski jo meaning hai,</w:t>
      </w:r>
    </w:p>
    <w:p>
      <w:pPr>
        <w:jc w:val="right"/>
      </w:pPr>
      <w:r>
        <w:t>یعنی کمپیئر کرنے سے باتیں سمجھ میں آتی ہیں۔ تو حضرت علی نے جو بات کہی، اس کی جو میننگ ہے،</w:t>
      </w:r>
    </w:p>
    <w:p>
      <w:r>
        <w:rPr>
          <w:b/>
        </w:rPr>
        <w:t xml:space="preserve">[03:31] </w:t>
      </w:r>
      <w:r>
        <w:t>deep meaning, woh scientific age mein zyada clear hui hai. woh yeh hai ke insaan ek plan banata hai, woh toot jata hai.</w:t>
      </w:r>
    </w:p>
    <w:p>
      <w:pPr>
        <w:jc w:val="right"/>
      </w:pPr>
      <w:r>
        <w:t>ڈیپ میننگ، وہ سائنٹیفک ایج میں زیادہ کلیئر ہوئی ہے۔ وہ یہ ہے کہ انسان ایک پلان بناتا ہے، وہ ٹوٹ جاتا ہے۔</w:t>
      </w:r>
    </w:p>
    <w:p>
      <w:r>
        <w:rPr>
          <w:b/>
        </w:rPr>
        <w:t xml:space="preserve">[03:45] </w:t>
      </w:r>
      <w:r>
        <w:t>nehru ne yeh baat kahi thi jab woh jawaharlal nehru jab prime minister bane the india ke,</w:t>
      </w:r>
    </w:p>
    <w:p>
      <w:pPr>
        <w:jc w:val="right"/>
      </w:pPr>
      <w:r>
        <w:t>نہرو نے یہ بات کہی تھی جب وہ جوہال نہرو جب پرائم منسٹر بنے تھے انڈیا کے،</w:t>
      </w:r>
    </w:p>
    <w:p>
      <w:r>
        <w:rPr>
          <w:b/>
        </w:rPr>
        <w:t xml:space="preserve">[03:51] </w:t>
      </w:r>
      <w:r>
        <w:t>to ek american journalist ne unka interview liya tha. to ek sawal ke jawab mein unhon ne kaha tha</w:t>
      </w:r>
    </w:p>
    <w:p>
      <w:pPr>
        <w:jc w:val="right"/>
      </w:pPr>
      <w:r>
        <w:t>تو ایک امریکن جرنلسٹ نے ان کا انٹرویو لیا تھا۔ تو ایک سوال کے جواب میں انہوں نے کہا تھا</w:t>
      </w:r>
    </w:p>
    <w:p>
      <w:r>
        <w:rPr>
          <w:b/>
        </w:rPr>
        <w:t xml:space="preserve">[04:05] </w:t>
      </w:r>
      <w:r>
        <w:t>ke prime minister banne se pehle main sochta tha ke yeh plan banaunga, woh plan banaunga. lekin prime minister banne ke baad maloom hua ke meri limitations hain.</w:t>
      </w:r>
    </w:p>
    <w:p>
      <w:pPr>
        <w:jc w:val="right"/>
      </w:pPr>
      <w:r>
        <w:t>کہ پرائم منسٹر بننے سے پہلے میں سوچتا تھا کہ یہ پلان بناؤں گا، وہ پلان بناؤں گا۔ لیکن پرائم منسٹر بننے کے بعد معلوم ہوا کہ میری لیمیٹیشنز ہیں۔</w:t>
      </w:r>
    </w:p>
    <w:p>
      <w:r>
        <w:rPr>
          <w:b/>
        </w:rPr>
        <w:t xml:space="preserve">[04:15] </w:t>
      </w:r>
      <w:r>
        <w:t>main plan banata hoon aur toot jata hai.</w:t>
      </w:r>
    </w:p>
    <w:p>
      <w:pPr>
        <w:jc w:val="right"/>
      </w:pPr>
      <w:r>
        <w:t>میں پلان بناتا ہوں اور ٹوٹ جاتا ہے۔</w:t>
      </w:r>
    </w:p>
    <w:p>
      <w:r>
        <w:rPr>
          <w:b/>
        </w:rPr>
        <w:t xml:space="preserve">[04:22] </w:t>
      </w:r>
      <w:r>
        <w:t>to woh unke samajh mein aaya, woh poora plan jo hai ke "man proposes, god disposes".</w:t>
      </w:r>
    </w:p>
    <w:p>
      <w:pPr>
        <w:jc w:val="right"/>
      </w:pPr>
      <w:r>
        <w:t>تو وہ ان کے سمجھ میں آیا، وہ پورا پلان جو ہے کہ "من پروپوزڈ، گاڈ ڈسپوزڈ"۔</w:t>
      </w:r>
    </w:p>
    <w:p>
      <w:r>
        <w:rPr>
          <w:b/>
        </w:rPr>
        <w:t xml:space="preserve">[04:33] </w:t>
      </w:r>
      <w:r>
        <w:t>to jawaharlal nehru agarche khuda ko nahin mante the, lekin yeh unhon ne mana tha is interview mein</w:t>
      </w:r>
    </w:p>
    <w:p>
      <w:pPr>
        <w:jc w:val="right"/>
      </w:pPr>
      <w:r>
        <w:t>تو جوہال نہرو اگرچہ خدا کو نہیں مانتے تھے، لیکن یہ انہوں نے مانا تھا اس انٹرویو میں</w:t>
      </w:r>
    </w:p>
    <w:p>
      <w:r>
        <w:rPr>
          <w:b/>
        </w:rPr>
        <w:t xml:space="preserve">[04:41] </w:t>
      </w:r>
      <w:r>
        <w:t>ke koi hai "other than man". koi hai, koi power hai "other than man". to dekhein, is is zamane mein jo study ki gayi hai universe ki,</w:t>
      </w:r>
    </w:p>
    <w:p>
      <w:pPr>
        <w:jc w:val="right"/>
      </w:pPr>
      <w:r>
        <w:t>کہ کوئی ہے "ادر دین مین"۔ کوئی ہے، کوئی پاور ہے "ادر دین مین"۔ تو دیکھیں، اس اس زمانے میں جو اسٹڈی کی گئی ہے یونیورس کی،</w:t>
      </w:r>
    </w:p>
    <w:p>
      <w:r>
        <w:rPr>
          <w:b/>
        </w:rPr>
        <w:t xml:space="preserve">[04:57] </w:t>
      </w:r>
      <w:r>
        <w:t>to yeh discover hua hai</w:t>
      </w:r>
    </w:p>
    <w:p>
      <w:pPr>
        <w:jc w:val="right"/>
      </w:pPr>
      <w:r>
        <w:t>تو یہ ڈسکور ہوا ہے</w:t>
      </w:r>
    </w:p>
    <w:p>
      <w:r>
        <w:rPr>
          <w:b/>
        </w:rPr>
        <w:t xml:space="preserve">[05:00] </w:t>
      </w:r>
      <w:r>
        <w:t>ke poori poori universe predictable hai. predictable. yaani qabil peshangoi.</w:t>
      </w:r>
    </w:p>
    <w:p>
      <w:pPr>
        <w:jc w:val="right"/>
      </w:pPr>
      <w:r>
        <w:t>کہ پوری پوری یونیورس پریڈکٹیبل ہے۔ پریڈکٹیبل۔ یعنی قابل پیشنگوئی۔</w:t>
      </w:r>
    </w:p>
    <w:p>
      <w:r>
        <w:rPr>
          <w:b/>
        </w:rPr>
        <w:t xml:space="preserve">[05:13] </w:t>
      </w:r>
      <w:r>
        <w:t>yeh bohat hi anokhi baat daryaft hui hai. jaise hamara solar system hai, hamari zameen hai, sab move kar rahe hain.</w:t>
      </w:r>
    </w:p>
    <w:p>
      <w:pPr>
        <w:jc w:val="right"/>
      </w:pPr>
      <w:r>
        <w:t>یہ بہت ہی انوکھی بات دریافت ہوئی ہے۔ جیسے ہمارا سولر سسٹم ہے، ہماری زمین ہے، سب موو کر رہے ہیں۔</w:t>
      </w:r>
    </w:p>
    <w:p>
      <w:r>
        <w:rPr>
          <w:b/>
        </w:rPr>
        <w:t xml:space="preserve">[05:25] </w:t>
      </w:r>
      <w:r>
        <w:t>aur aap hazar saal calendar aaj hi bana sakte hain, calculate karke.</w:t>
      </w:r>
    </w:p>
    <w:p>
      <w:pPr>
        <w:jc w:val="right"/>
      </w:pPr>
      <w:r>
        <w:t>اور آپ ہزار سال کیلنڈر آج ہی بنا سکتے ہیں، کیلکولیٹ کر کے۔</w:t>
      </w:r>
    </w:p>
    <w:p>
      <w:r>
        <w:rPr>
          <w:b/>
        </w:rPr>
        <w:t xml:space="preserve">[05:30] </w:t>
      </w:r>
      <w:r>
        <w:t>aur banaya gaya hai jisko kehte hain "almanac". almanac kahin hai. almanac mein hazaron hazar saal ke calendar banaye gaye hain.</w:t>
      </w:r>
    </w:p>
    <w:p>
      <w:pPr>
        <w:jc w:val="right"/>
      </w:pPr>
      <w:r>
        <w:t>اور بنایا گیا ہے جس کو کہتے ہیں "المنک"۔ المنک کہیں ہے۔ المنک میں ہزاروں ہزار سال کے کیلنڈر بنائے گئے ہیں۔</w:t>
      </w:r>
    </w:p>
    <w:p>
      <w:r>
        <w:rPr>
          <w:b/>
        </w:rPr>
        <w:t xml:space="preserve">[05:41] </w:t>
      </w:r>
      <w:r>
        <w:t>yaani hazar saal ke baad koi planet kahan hoga, aaj hi aap jaan sakte hain isko.</w:t>
      </w:r>
    </w:p>
    <w:p>
      <w:pPr>
        <w:jc w:val="right"/>
      </w:pPr>
      <w:r>
        <w:t>یعنی ہزار سال کے بعد کوئی پلینٹ کہاں ہوگا، آج ہی آپ جان سکتے ہیں اس کو۔</w:t>
      </w:r>
    </w:p>
    <w:p>
      <w:r>
        <w:rPr>
          <w:b/>
        </w:rPr>
        <w:t xml:space="preserve">[05:48] </w:t>
      </w:r>
      <w:r>
        <w:t>is maani ke poori poori universe predictable hai.</w:t>
      </w:r>
    </w:p>
    <w:p>
      <w:pPr>
        <w:jc w:val="right"/>
      </w:pPr>
      <w:r>
        <w:t>اس معنی کہ پوری پوری یونیورس پریڈکٹیبل ہے۔</w:t>
      </w:r>
    </w:p>
    <w:p>
      <w:r>
        <w:rPr>
          <w:b/>
        </w:rPr>
        <w:t xml:space="preserve">[05:54] </w:t>
      </w:r>
      <w:r>
        <w:t>to ab bhi compare kijiye ke kya wajah hai ke insaan ki planning predictable nahin hai. aur isi isi universe mein jis mein insaan rehta hai, wahin hum se, hamare ilawa ek duniya hai,</w:t>
      </w:r>
    </w:p>
    <w:p>
      <w:pPr>
        <w:jc w:val="right"/>
      </w:pPr>
      <w:r>
        <w:t>تو اب بھی کمپیئر کیجئے کہ کیا وجہ ہے کہ انسان کی پلاننگ پریڈکٹیبل نہیں ہے۔ اور اسی اسی یونیورس میں جس میں انسان رہتا ہے، وہیں ہم سے، ہمارے علاوہ ایک دنیا ہے،</w:t>
      </w:r>
    </w:p>
    <w:p>
      <w:r>
        <w:rPr>
          <w:b/>
        </w:rPr>
        <w:t xml:space="preserve">[06:11] </w:t>
      </w:r>
      <w:r>
        <w:t>woh 100 fisad predictable hai. jiske maani ho ke main to apne aap ko manage kar raha hoon, lekin be-asbab jo world hai, woh kuch ko koi aur manage kar raha hai.</w:t>
      </w:r>
    </w:p>
    <w:p>
      <w:pPr>
        <w:jc w:val="right"/>
      </w:pPr>
      <w:r>
        <w:t>وہ 100 فیصد پریڈکٹیبل ہے۔ جس کے معنی ہو کہ میں تو اپنے آپ کو مینج کر رہا ہوں، لیکن بے اسباب جو ورلڈ ہے، وہ کچھ کو کوئی اور مینج کر رہا ہے۔</w:t>
      </w:r>
    </w:p>
    <w:p>
      <w:r>
        <w:rPr>
          <w:b/>
        </w:rPr>
        <w:t xml:space="preserve">[06:24] </w:t>
      </w:r>
      <w:r>
        <w:t>aap jante hain ke insaan mein free will hai, freedom hai.</w:t>
      </w:r>
    </w:p>
    <w:p>
      <w:pPr>
        <w:jc w:val="right"/>
      </w:pPr>
      <w:r>
        <w:t>آپ جانتے ہیں کہ انسان میں فری ول ہے، فریڈم ہے۔</w:t>
      </w:r>
    </w:p>
    <w:p>
      <w:r>
        <w:rPr>
          <w:b/>
        </w:rPr>
        <w:t xml:space="preserve">[06:28] </w:t>
      </w:r>
      <w:r>
        <w:t>woh sochta hai, woh apne hisab se planning karta hai. lekin nature ki planning to alag hai, hum se alag hai.</w:t>
      </w:r>
    </w:p>
    <w:p>
      <w:pPr>
        <w:jc w:val="right"/>
      </w:pPr>
      <w:r>
        <w:t>وہ سوچتا ہے، وہ اپنے حساب سے پلاننگ کرتا ہے۔ لیکن نیچر کی پلاننگ تو الگ ہے، ہم سے الگ ہے۔</w:t>
      </w:r>
    </w:p>
    <w:p>
      <w:r>
        <w:rPr>
          <w:b/>
        </w:rPr>
        <w:t xml:space="preserve">[06:39] </w:t>
      </w:r>
      <w:r>
        <w:t>to insaan jo apni soch par chalta hai, woh predictable planning nahin kar pata.</w:t>
      </w:r>
    </w:p>
    <w:p>
      <w:pPr>
        <w:jc w:val="right"/>
      </w:pPr>
      <w:r>
        <w:t>تو انسان جو اپنی سوچ پر چلتا ہے، وہ پریڈکٹیبل پلاننگ نہیں کر پاتا۔</w:t>
      </w:r>
    </w:p>
    <w:p>
      <w:r>
        <w:rPr>
          <w:b/>
        </w:rPr>
        <w:t xml:space="preserve">[06:51] </w:t>
      </w:r>
      <w:r>
        <w:t>plan kuch karta hai, hota hai kuch. lekin jo nature hai hum se bahar, jo bohat hi bada hai, bohat hi bada hai, bohat hi bada hai, to poora poora world of nature jo hai, predictable hai.</w:t>
      </w:r>
    </w:p>
    <w:p>
      <w:pPr>
        <w:jc w:val="right"/>
      </w:pPr>
      <w:r>
        <w:t>پلان کچھ کرتا ہے، ہوتا ہے کچھ۔ لیکن جو نیچر ہے ہم سے باہر، جو بہت ہی بڑا ہے، بہت ہی بڑا ہے، بہت ہی بڑا ہے، تو پورا پورا ورلڈ آف نیچر جو ہے، پریڈکٹیبل ہے۔</w:t>
      </w:r>
    </w:p>
    <w:p>
      <w:r>
        <w:rPr>
          <w:b/>
        </w:rPr>
        <w:t xml:space="preserve">[07:04] </w:t>
      </w:r>
      <w:r>
        <w:t>kaun star kis date ko kahan hoga?</w:t>
      </w:r>
    </w:p>
    <w:p>
      <w:pPr>
        <w:jc w:val="right"/>
      </w:pPr>
      <w:r>
        <w:t>کون اسٹار کس ڈیٹ کو کہاں ہوگا؟</w:t>
      </w:r>
    </w:p>
    <w:p>
      <w:r>
        <w:rPr>
          <w:b/>
        </w:rPr>
        <w:t xml:space="preserve">[07:08] </w:t>
      </w:r>
      <w:r>
        <w:t>kon planet kis date ko kahan hoga? yeh sab calculate kar ke aap hazaron saal tak pata kar sakte hain.</w:t>
      </w:r>
    </w:p>
    <w:p>
      <w:pPr>
        <w:jc w:val="right"/>
      </w:pPr>
      <w:r>
        <w:t>کون پلینٹ کس ڈیٹ کو کہاں ہوگا؟ یہ سب کیلکولیٹ کر کے آپ ہزاروں سال تک پتہ کر سکتے ہیں۔</w:t>
      </w:r>
    </w:p>
    <w:p>
      <w:r>
        <w:rPr>
          <w:b/>
        </w:rPr>
        <w:t xml:space="preserve">[07:19] </w:t>
      </w:r>
      <w:r>
        <w:t>to why is this difference?</w:t>
      </w:r>
    </w:p>
    <w:p>
      <w:pPr>
        <w:jc w:val="right"/>
      </w:pPr>
      <w:r>
        <w:t>تو وائی از دس ڈیفرنس؟</w:t>
      </w:r>
    </w:p>
    <w:p>
      <w:r>
        <w:rPr>
          <w:b/>
        </w:rPr>
        <w:t xml:space="preserve">[07:24] </w:t>
      </w:r>
      <w:r>
        <w:t>to insan ka jo mini world hai, bohat chota sa world, jo</w:t>
      </w:r>
    </w:p>
    <w:p>
      <w:pPr>
        <w:jc w:val="right"/>
      </w:pPr>
      <w:r>
        <w:t>تو انسان کا جو منی ورلڈ ہے، بہت چھوٹا سا ورلڈ، جو</w:t>
      </w:r>
    </w:p>
    <w:p>
      <w:r>
        <w:rPr>
          <w:b/>
        </w:rPr>
        <w:t xml:space="preserve">[07:30] </w:t>
      </w:r>
      <w:r>
        <w:t>khud insan is ko chalata hai, chala raha hai, is ke siwa jo world hai, is ko koi aur chala raha hai.</w:t>
      </w:r>
    </w:p>
    <w:p>
      <w:pPr>
        <w:jc w:val="right"/>
      </w:pPr>
      <w:r>
        <w:t>خود انسان اس کو چلاتا ہے، چلا رہا ہے، اس کے سوا جو ورلڈ ہے، اس کو کوئی اور چلا رہا ہے۔</w:t>
      </w:r>
    </w:p>
    <w:p>
      <w:r>
        <w:rPr>
          <w:b/>
        </w:rPr>
        <w:t xml:space="preserve">[07:41] </w:t>
      </w:r>
      <w:r>
        <w:t>aur woh bohat hi all powerful hai, all perfect hai.</w:t>
      </w:r>
    </w:p>
    <w:p>
      <w:pPr>
        <w:jc w:val="right"/>
      </w:pPr>
      <w:r>
        <w:t>اور وہ بہت ہی ال پاور فل ہے، ال پرفیکٹ ہے۔</w:t>
      </w:r>
    </w:p>
    <w:p>
      <w:r>
        <w:rPr>
          <w:b/>
        </w:rPr>
        <w:t xml:space="preserve">[07:51] </w:t>
      </w:r>
      <w:r>
        <w:t>to is mein aik baat yeh bhi hai ke negative, negative experience ko positive banao. yani apne failure mein God ko discover karo.</w:t>
      </w:r>
    </w:p>
    <w:p>
      <w:pPr>
        <w:jc w:val="right"/>
      </w:pPr>
      <w:r>
        <w:t>تو اس میں ایک بات یہ بھی ہے کہ نیگیٹیو، نیگیٹیو ایکسپیرینس کو پازیٹیو بناؤ۔ یعنی اپنے فیلیر میں گاڈ کو ڈسکور کرو۔</w:t>
      </w:r>
    </w:p>
    <w:p>
      <w:r>
        <w:rPr>
          <w:b/>
        </w:rPr>
        <w:t xml:space="preserve">[08:05] </w:t>
      </w:r>
      <w:r>
        <w:t>hazrat Ali ka jo waqia hai, is mein aik aur aspect hai</w:t>
      </w:r>
    </w:p>
    <w:p>
      <w:pPr>
        <w:jc w:val="right"/>
      </w:pPr>
      <w:r>
        <w:t>حضرت علی کا جو واقعہ ہے، اس میں ایک اور اسپیکٹ ہے</w:t>
      </w:r>
    </w:p>
    <w:p>
      <w:r>
        <w:rPr>
          <w:b/>
        </w:rPr>
        <w:t xml:space="preserve">[08:10] </w:t>
      </w:r>
      <w:r>
        <w:t>ke negative aur positive ko discover karo. apne failure mein God ko</w:t>
      </w:r>
    </w:p>
    <w:p>
      <w:pPr>
        <w:jc w:val="right"/>
      </w:pPr>
      <w:r>
        <w:t>کہ نیگیٹیو اور پازیٹیو کو ڈسکور کرو۔ اپنے فیلیر میں گاڈ کو</w:t>
      </w:r>
    </w:p>
    <w:p>
      <w:r>
        <w:rPr>
          <w:b/>
        </w:rPr>
        <w:t xml:space="preserve">[08:21] </w:t>
      </w:r>
      <w:r>
        <w:t>ki glory ko discover karo. to kitna bara sabak hai yeh. main samajhta hoon ke is se bara koi sabak nahi ho sakta ke aadmi ke andar yeh mind ho ke main apne failure mein koi bohat bari</w:t>
      </w:r>
    </w:p>
    <w:p>
      <w:pPr>
        <w:jc w:val="right"/>
      </w:pPr>
      <w:r>
        <w:t>کی گلوری کو ڈسکور کرو۔ تو کتنا بڑا سبق ہے یہ۔ میں سمجھتا ہوں کہ اس سے بڑا کوئی سبق نہیں ہو سکتا کہ آدمی کے اندر یہ مائنڈ ہو کہ میں اپنے فیلیر میں کوئی بہت بڑی</w:t>
      </w:r>
    </w:p>
    <w:p>
      <w:r>
        <w:rPr>
          <w:b/>
        </w:rPr>
        <w:t xml:space="preserve">[08:39] </w:t>
      </w:r>
      <w:r>
        <w:t>wisdom discover kar sakta hoon.</w:t>
      </w:r>
    </w:p>
    <w:p>
      <w:pPr>
        <w:jc w:val="right"/>
      </w:pPr>
      <w:r>
        <w:t>وزڈم ڈسکور کر سکتا ہوں۔</w:t>
      </w:r>
    </w:p>
    <w:p>
      <w:r>
        <w:rPr>
          <w:b/>
        </w:rPr>
        <w:t xml:space="preserve">[08:44] </w:t>
      </w:r>
      <w:r>
        <w:t>woh yahi hai ke Hazrat Ali ko jo failure ka jo experience hua, is mein unhon ne aik universal wisdom daryaft kar li.</w:t>
      </w:r>
    </w:p>
    <w:p>
      <w:pPr>
        <w:jc w:val="right"/>
      </w:pPr>
      <w:r>
        <w:t>وہ یہی ہے کہ حضرت علی کو جو فیلیر کا جو ایکسپیرینس ہوا، اس میں انہوں نے ایک یونیورسل وزڈم دریافت کر لی۔</w:t>
      </w:r>
    </w:p>
    <w:p>
      <w:r>
        <w:rPr>
          <w:b/>
        </w:rPr>
        <w:t xml:space="preserve">[08:56] </w:t>
      </w:r>
      <w:r>
        <w:t>universal wisdom.</w:t>
      </w:r>
    </w:p>
    <w:p>
      <w:pPr>
        <w:jc w:val="right"/>
      </w:pPr>
      <w:r>
        <w:t>یونیورسل وزڈم۔</w:t>
      </w:r>
    </w:p>
    <w:p>
      <w:r>
        <w:rPr>
          <w:b/>
        </w:rPr>
        <w:t xml:space="preserve">[09:01] </w:t>
      </w:r>
      <w:r>
        <w:t>to hum ko yahi karna hai.</w:t>
      </w:r>
    </w:p>
    <w:p>
      <w:pPr>
        <w:jc w:val="right"/>
      </w:pPr>
      <w:r>
        <w:t>تو ہم کو یہی کرنا ہے۔</w:t>
      </w:r>
    </w:p>
    <w:p>
      <w:r>
        <w:rPr>
          <w:b/>
        </w:rPr>
        <w:t xml:space="preserve">[09:06] </w:t>
      </w:r>
      <w:r>
        <w:t>har negative ko positive banana hai. har failure ko success banana hai. har jab har cheez mein aap wisdom daryaft karenge, har experience mein,</w:t>
      </w:r>
    </w:p>
    <w:p>
      <w:pPr>
        <w:jc w:val="right"/>
      </w:pPr>
      <w:r>
        <w:t>ہر نیگیٹیو کو پازیٹیو بنانا ہے۔ ہر فیلیر کو سکس بنانا ہے۔ ہر جب ہر چیز میں آپ وزڈم دریافت کریں گے، ہر ایکسپیرینس میں،</w:t>
      </w:r>
    </w:p>
    <w:p>
      <w:r>
        <w:rPr>
          <w:b/>
        </w:rPr>
        <w:t xml:space="preserve">[09:19] </w:t>
      </w:r>
      <w:r>
        <w:t>to is ka matlab yeh hua ke hum ne apne har cheez ko, chahe woh negative ho ya kuch bhi ho, us ko hum ne positive bana liya.</w:t>
      </w:r>
    </w:p>
    <w:p>
      <w:pPr>
        <w:jc w:val="right"/>
      </w:pPr>
      <w:r>
        <w:t>تو اس کا مطلب یہ ہوا کہ ہم نے اپنے ہر چیز کو، چاہے وہ نیگیٹیو ہو یا کچھ بھی ہو، اس کو ہم نے پازیٹیو بنا لیا۔</w:t>
      </w:r>
    </w:p>
    <w:p>
      <w:r>
        <w:rPr>
          <w:b/>
        </w:rPr>
        <w:t xml:space="preserve">[09:30] </w:t>
      </w:r>
      <w:r>
        <w:t>main samajhta hoon ke yeh personality development ka sab se bara formula hai yeh.</w:t>
      </w:r>
    </w:p>
    <w:p>
      <w:pPr>
        <w:jc w:val="right"/>
      </w:pPr>
      <w:r>
        <w:t>میں سمجھتا ہوں کہ یہ پرسنیلٹی ڈیولپمنٹ کا سب سے بڑا فارمولا ہے یہ۔</w:t>
      </w:r>
    </w:p>
    <w:p>
      <w:r>
        <w:rPr>
          <w:b/>
        </w:rPr>
        <w:t xml:space="preserve">[09:39] </w:t>
      </w:r>
      <w:r>
        <w:t>aur sach poochen to yahi tazkiya hai. Quran mein jo hai ke tazkiya karo, tazkiya karo, to log is ko mysterious sense mein liye hain.</w:t>
      </w:r>
    </w:p>
    <w:p>
      <w:pPr>
        <w:jc w:val="right"/>
      </w:pPr>
      <w:r>
        <w:t>اور سچ پوچھیں تو یہی تزکیہ ہے۔ قرآن میں جو ہے کہ تزکیہ کرو، تزکیہ کرو، تو لوگ اس کو مسٹیریس سینس میں لیے ہیں۔</w:t>
      </w:r>
    </w:p>
    <w:p>
      <w:r>
        <w:rPr>
          <w:b/>
        </w:rPr>
        <w:t xml:space="preserve">[09:48] </w:t>
      </w:r>
      <w:r>
        <w:t>mysterious sense mein. yani kisi choti si jagah baith kar ke</w:t>
      </w:r>
    </w:p>
    <w:p>
      <w:pPr>
        <w:jc w:val="right"/>
      </w:pPr>
      <w:r>
        <w:t>مسٹیریس سینس میں۔ یعنی کسی چھوٹی سی جگہ بیٹھ کر کے</w:t>
      </w:r>
    </w:p>
    <w:p>
      <w:r>
        <w:rPr>
          <w:b/>
        </w:rPr>
        <w:t xml:space="preserve">[09:56] </w:t>
      </w:r>
      <w:r>
        <w:t>chadar orh lo aur baith jao, aankh band kar ke aur meditation karo. yeh tazkiya nahi hai. yeh to self style koi cheez hai jo tazkiya bataya gaya Quran ki.</w:t>
      </w:r>
    </w:p>
    <w:p>
      <w:pPr>
        <w:jc w:val="right"/>
      </w:pPr>
      <w:r>
        <w:t>چادر اوڑھ لو اور بیٹھ جاؤ، آنکھ بند کر کے اور میڈیٹیشن کرو۔ یہ تزکیہ نہیں ہے۔ یہ تو سیلف اسٹائل کوئی چیز ہے جو تزکیہ بتایا گیا قرآن کی۔</w:t>
      </w:r>
    </w:p>
    <w:p>
      <w:r>
        <w:rPr>
          <w:b/>
        </w:rPr>
        <w:t xml:space="preserve">[10:11] </w:t>
      </w:r>
      <w:r>
        <w:t>is mein woh yeh nahi hai. woh to yeh hai ke duniya ko socho,</w:t>
      </w:r>
    </w:p>
    <w:p>
      <w:pPr>
        <w:jc w:val="right"/>
      </w:pPr>
      <w:r>
        <w:t>اس میں وہ یہ نہیں ہے۔ وہ تو یہ ہے کہ دنیا کو سوچو،</w:t>
      </w:r>
    </w:p>
    <w:p>
      <w:r>
        <w:rPr>
          <w:b/>
        </w:rPr>
        <w:t xml:space="preserve">[10:15] </w:t>
      </w:r>
      <w:r>
        <w:t>jaise waqiat se sabak lo.</w:t>
      </w:r>
    </w:p>
    <w:p>
      <w:pPr>
        <w:jc w:val="right"/>
      </w:pPr>
      <w:r>
        <w:t>جیسے واقعات سے سبق لو۔</w:t>
      </w:r>
    </w:p>
    <w:p>
      <w:r>
        <w:rPr>
          <w:b/>
        </w:rPr>
        <w:t xml:space="preserve">[10:21] </w:t>
      </w:r>
      <w:r>
        <w:t>jo tajrubaat hain, is mein se wisdom ko extract karo. yeh hai tazkiya. to Hazrat Ali ka yeh qaul ga tazkiya ka principle batata hai.</w:t>
      </w:r>
    </w:p>
    <w:p>
      <w:pPr>
        <w:jc w:val="right"/>
      </w:pPr>
      <w:r>
        <w:t>جو تجربات ہیں، اس میں سے وزڈم کو ایکسٹریکٹ کرو۔ یہ ہے تزکیہ۔ تو حضرت علی کا یہ قول گا تزکیہ کا پرنسپل بتاتا ہے۔</w:t>
      </w:r>
    </w:p>
    <w:p>
      <w:r>
        <w:rPr>
          <w:b/>
        </w:rPr>
        <w:t xml:space="preserve">[10:36] </w:t>
      </w:r>
      <w:r>
        <w:t>tazkiya ka principle.</w:t>
      </w:r>
    </w:p>
    <w:p>
      <w:pPr>
        <w:jc w:val="right"/>
      </w:pPr>
      <w:r>
        <w:t>تزکیہ کا پرنسپل۔</w:t>
      </w:r>
    </w:p>
    <w:p>
      <w:r>
        <w:rPr>
          <w:b/>
        </w:rPr>
        <w:t xml:space="preserve">[10:39] </w:t>
      </w:r>
      <w:r>
        <w:t>aap jitna sochenge, jitna sochenge, utna hi is mein aap ko wisdom milta chala jayega.</w:t>
      </w:r>
    </w:p>
    <w:p>
      <w:pPr>
        <w:jc w:val="right"/>
      </w:pPr>
      <w:r>
        <w:t>آپ جتنا سوچیں گے، جتنا سوچیں گے، اتنا ہی اس میں آپ کو وزڈم ملتا چلا جائے گا۔</w:t>
      </w:r>
    </w:p>
    <w:p>
      <w:r>
        <w:rPr>
          <w:b/>
        </w:rPr>
        <w:t xml:space="preserve">[10:50] </w:t>
      </w:r>
      <w:r>
        <w:t>to main sochta hoon ke yahi raaz hai personality development ka. ke is se kya hoga faida?</w:t>
      </w:r>
    </w:p>
    <w:p>
      <w:pPr>
        <w:jc w:val="right"/>
      </w:pPr>
      <w:r>
        <w:t>تو میں سوچتا ہوں کہ یہی راز ہے پرسنیلٹی ڈیولپمنٹ کا۔ کہ اس سے کیا ہوگا فائدہ؟</w:t>
      </w:r>
    </w:p>
    <w:p>
      <w:r>
        <w:rPr>
          <w:b/>
        </w:rPr>
        <w:t xml:space="preserve">[11:03] </w:t>
      </w:r>
      <w:r>
        <w:t>ek second ke liye bhi aap koi negative nahi rahenge.</w:t>
      </w:r>
    </w:p>
    <w:p>
      <w:pPr>
        <w:jc w:val="right"/>
      </w:pPr>
      <w:r>
        <w:t>ایک سیکنڈ کے لیے بھی آپ کوئی نیگیٹیو نہیں رہیں گے۔</w:t>
      </w:r>
    </w:p>
    <w:p>
      <w:r>
        <w:rPr>
          <w:b/>
        </w:rPr>
        <w:t xml:space="preserve">[11:07] </w:t>
      </w:r>
      <w:r>
        <w:t>tension mein nahi rahenge. har lamha aap jiyenge khuda ki glory mein. universal glory mein.</w:t>
      </w:r>
    </w:p>
    <w:p>
      <w:pPr>
        <w:jc w:val="right"/>
      </w:pPr>
      <w:r>
        <w:t>ٹینشن میں نہیں رہیں گے۔ ہر لمحہ آپ جیئیں گے خدا کی گلوری میں۔ یونیورسل گلوری میں۔</w:t>
      </w:r>
    </w:p>
    <w:p>
      <w:r>
        <w:rPr>
          <w:b/>
        </w:rPr>
        <w:t xml:space="preserve">[11:17] </w:t>
      </w:r>
      <w:r>
        <w:t>to kaise aap ko kaise aayega? negative thought kahan se aayegi?</w:t>
      </w:r>
    </w:p>
    <w:p>
      <w:pPr>
        <w:jc w:val="right"/>
      </w:pPr>
      <w:r>
        <w:t>تو کیسے آپ کو کیسے آئے گا؟ نیگیٹیو تھاٹ کہاں سے آئے گی؟</w:t>
      </w:r>
    </w:p>
    <w:p>
      <w:r>
        <w:rPr>
          <w:b/>
        </w:rPr>
        <w:t xml:space="preserve">[11:25] </w:t>
      </w:r>
      <w:r>
        <w:t>tension kahan se aayega?</w:t>
      </w:r>
    </w:p>
    <w:p>
      <w:pPr>
        <w:jc w:val="right"/>
      </w:pPr>
      <w:r>
        <w:t>ٹینشن کہاں سے آئے گا؟</w:t>
      </w:r>
    </w:p>
    <w:p>
      <w:r>
        <w:rPr>
          <w:b/>
        </w:rPr>
        <w:t xml:space="preserve">[11:30] </w:t>
      </w:r>
      <w:r>
        <w:t>to islam ka jo nazariya hai tazkiya ka, iska matlab hai intellectual development, spiritual development.</w:t>
      </w:r>
    </w:p>
    <w:p>
      <w:pPr>
        <w:jc w:val="right"/>
      </w:pPr>
      <w:r>
        <w:t>تو اسلام کا جو نظریہ ہے تزکیہ کا، اس کا مطلب ہے انٹلیکچول ڈیولپمنٹ، سپریچول ڈیولپمنٹ۔</w:t>
      </w:r>
    </w:p>
    <w:p>
      <w:r>
        <w:rPr>
          <w:b/>
        </w:rPr>
        <w:t xml:space="preserve">[11:42] </w:t>
      </w:r>
      <w:r>
        <w:t>aur main samajhta hoon ke</w:t>
      </w:r>
    </w:p>
    <w:p>
      <w:pPr>
        <w:jc w:val="right"/>
      </w:pPr>
      <w:r>
        <w:t>اور میں سمجھتا ہوں کہ</w:t>
      </w:r>
    </w:p>
    <w:p>
      <w:r>
        <w:rPr>
          <w:b/>
        </w:rPr>
        <w:t xml:space="preserve">[11:46] </w:t>
      </w:r>
      <w:r>
        <w:t>spiritual development ki sab se bari</w:t>
      </w:r>
    </w:p>
    <w:p>
      <w:pPr>
        <w:jc w:val="right"/>
      </w:pPr>
      <w:r>
        <w:t>سپریچول ڈیولپمنٹ کی سب سے بڑی</w:t>
      </w:r>
    </w:p>
    <w:p>
      <w:r>
        <w:rPr>
          <w:b/>
        </w:rPr>
        <w:t xml:space="preserve">[11:49] </w:t>
      </w:r>
      <w:r>
        <w:t>definition yahi hai ke aap</w:t>
      </w:r>
    </w:p>
    <w:p>
      <w:pPr>
        <w:jc w:val="right"/>
      </w:pPr>
      <w:r>
        <w:t>ڈیفینیشن یہی ہے کہ آپ</w:t>
      </w:r>
    </w:p>
    <w:p>
      <w:r>
        <w:rPr>
          <w:b/>
        </w:rPr>
        <w:t xml:space="preserve">[11:55] </w:t>
      </w:r>
      <w:r>
        <w:t>har negative ko, har negative experience ko positive mein badlen. har zindagi ke har tajrube se aap wisdom nikalen.</w:t>
      </w:r>
    </w:p>
    <w:p>
      <w:pPr>
        <w:jc w:val="right"/>
      </w:pPr>
      <w:r>
        <w:t>ہر نیگیٹیو کو، ہر نیگیٹیو ایکسپیرینس کو پازیٹیو میں بدلیں۔ ہر زندگی کے ہر تجربے سے آپ وزڈم نکالیں۔</w:t>
      </w:r>
    </w:p>
    <w:p>
      <w:r>
        <w:rPr>
          <w:b/>
        </w:rPr>
        <w:t xml:space="preserve">[12:10] </w:t>
      </w:r>
      <w:r>
        <w:t>yani jis tarah se honey bee hoti hai, us tarah ban jayen. aap jante hain ke honey bee jo hai,</w:t>
      </w:r>
    </w:p>
    <w:p>
      <w:pPr>
        <w:jc w:val="right"/>
      </w:pPr>
      <w:r>
        <w:t>یعنی جس طرح سے ہنی بی ہوتی ہے، اس طرح بن جائیں۔ آپ جانتے ہیں کہ ہنی بی جو ہے،</w:t>
      </w:r>
    </w:p>
    <w:p>
      <w:r>
        <w:rPr>
          <w:b/>
        </w:rPr>
        <w:t xml:space="preserve">[12:15] </w:t>
      </w:r>
      <w:r>
        <w:t>jab aati hai garden mein to wahan bahut sari chezen hain, wo seedhi jati hai phool ke paas aur phool ke bhi bahut sare chezen hain, lekin wo sirf is mein jo nectar hai, thoda sa us ko nikalti hai.</w:t>
      </w:r>
    </w:p>
    <w:p>
      <w:pPr>
        <w:jc w:val="right"/>
      </w:pPr>
      <w:r>
        <w:t>جب آتی ہے گارڈن میں تو وہاں بہت ساری چیزیں ہیں۔ وہ سیدھی جاتی ہے پھول کے پاس اور پھول کے بھی بہت سارے چیزیں ہیں، لیکن وہ صرف اس میں جو ڈکٹر ہے، تھوڑا سا اس کو نکالتی ہے۔</w:t>
      </w:r>
    </w:p>
    <w:p>
      <w:r>
        <w:rPr>
          <w:b/>
        </w:rPr>
        <w:t xml:space="preserve">[12:40] </w:t>
      </w:r>
      <w:r>
        <w:t>to tazkiya ye hai ke aap duniya mein is tarah jiyen ke aap har cheez se, har cheez se nectar of wisdom nikal paen.</w:t>
      </w:r>
    </w:p>
    <w:p>
      <w:pPr>
        <w:jc w:val="right"/>
      </w:pPr>
      <w:r>
        <w:t>تو تزکیہ یہ ہے کہ آپ دنیا میں اس طرح جیئیں کہ آپ ہر چیز سے، ہر چیز سے نیکٹر آف وزڈم نکال پائیں۔</w:t>
      </w:r>
    </w:p>
    <w:p>
      <w:r>
        <w:rPr>
          <w:b/>
        </w:rPr>
        <w:t xml:space="preserve">[12:52] </w:t>
      </w:r>
      <w:r>
        <w:t>nectar of divine wisdom. har cheez se.</w:t>
      </w:r>
    </w:p>
    <w:p>
      <w:pPr>
        <w:jc w:val="right"/>
      </w:pPr>
      <w:r>
        <w:t>نیکٹر آف ڈیوائن وزڈم۔ ہر چیز سے۔</w:t>
      </w:r>
    </w:p>
    <w:p>
      <w:r>
        <w:rPr>
          <w:b/>
        </w:rPr>
        <w:t xml:space="preserve">[12:57] </w:t>
      </w:r>
      <w:r>
        <w:t>nectar of divine wisdom.</w:t>
      </w:r>
    </w:p>
    <w:p>
      <w:pPr>
        <w:jc w:val="right"/>
      </w:pPr>
      <w:r>
        <w:t>نیکٹر آف ڈیوائن وزڈم۔</w:t>
      </w:r>
    </w:p>
    <w:p>
      <w:r>
        <w:rPr>
          <w:b/>
        </w:rPr>
        <w:t xml:space="preserve">[13:03] </w:t>
      </w:r>
      <w:r>
        <w:t>chahe koi bhi cheez ho, koi bhi tajruba ho, koi bhi waqea ho, hatta ke failure ho.</w:t>
      </w:r>
    </w:p>
    <w:p>
      <w:pPr>
        <w:jc w:val="right"/>
      </w:pPr>
      <w:r>
        <w:t>چاہے کوئی بھی چیز ہو، کوئی بھی تجربہ ہو، کوئی بھی واقعہ ہو، حتیٰ کہ فیلیر ہو۔</w:t>
      </w:r>
    </w:p>
    <w:p>
      <w:r>
        <w:rPr>
          <w:b/>
        </w:rPr>
        <w:t xml:space="preserve">[13:13] </w:t>
      </w:r>
      <w:r>
        <w:t>failure bhi ek waqea hai. is se bhi aap nikal paen ek nectar</w:t>
      </w:r>
    </w:p>
    <w:p>
      <w:pPr>
        <w:jc w:val="right"/>
      </w:pPr>
      <w:r>
        <w:t>فیلیر بھی ایک واقعہ ہے۔ اس سے بھی آپ نکال پائیں ایک ڈکٹر</w:t>
      </w:r>
    </w:p>
    <w:p>
      <w:r>
        <w:rPr>
          <w:b/>
        </w:rPr>
        <w:t xml:space="preserve">[13:20] </w:t>
      </w:r>
      <w:r>
        <w:t>wisdom ka. yahi tazkiya hai.</w:t>
      </w:r>
    </w:p>
    <w:p>
      <w:pPr>
        <w:jc w:val="right"/>
      </w:pPr>
      <w:r>
        <w:t>وزڈم کا۔ یہی تزکیہ ہے۔</w:t>
      </w:r>
    </w:p>
    <w:p>
      <w:r>
        <w:rPr>
          <w:b/>
        </w:rPr>
        <w:t xml:space="preserve">[13:26] </w:t>
      </w:r>
      <w:r>
        <w:t>agar ye salahiyat na ho, is level ka intellectual development aap ke andar na ho, to meditation se kuch hone wala nahi.</w:t>
      </w:r>
    </w:p>
    <w:p>
      <w:pPr>
        <w:jc w:val="right"/>
      </w:pPr>
      <w:r>
        <w:t>اگر یہ صلاحیت نہ ہو، اس لیول کا انٹلیکچول ڈیولپمنٹ آپ کے اندر نہ ہو، تو میڈیٹیشن سے کچھ ہونے والا نہیں۔</w:t>
      </w:r>
    </w:p>
    <w:p>
      <w:r>
        <w:rPr>
          <w:b/>
        </w:rPr>
        <w:t xml:space="preserve">[13:42] </w:t>
      </w:r>
      <w:r>
        <w:t>to islam ka jo tazkiya hai, wo contemplation par base karta hai, meditation par nahi.</w:t>
      </w:r>
    </w:p>
    <w:p>
      <w:pPr>
        <w:jc w:val="right"/>
      </w:pPr>
      <w:r>
        <w:t>تو اسلام کا جو تزکیہ ہے، وہ کنٹمپریشن پر بیس کرتا ہے، میڈیٹیشن پر نہیں۔</w:t>
      </w:r>
    </w:p>
    <w:p>
      <w:r>
        <w:rPr>
          <w:b/>
        </w:rPr>
        <w:t xml:space="preserve">[13:52] </w:t>
      </w:r>
      <w:r>
        <w:t>ek hai contemplation, ek hai meditation.</w:t>
      </w:r>
    </w:p>
    <w:p>
      <w:pPr>
        <w:jc w:val="right"/>
      </w:pPr>
      <w:r>
        <w:t>ایک ہے کنٹمپریشن، ایک ہے میڈیٹیشن۔</w:t>
      </w:r>
    </w:p>
    <w:p>
      <w:r>
        <w:rPr>
          <w:b/>
        </w:rPr>
        <w:t xml:space="preserve">[13:57] </w:t>
      </w:r>
      <w:r>
        <w:t>to islam ka tazkiya meditation mein base nahi karta, contemplation mein base karta hai.</w:t>
      </w:r>
    </w:p>
    <w:p>
      <w:pPr>
        <w:jc w:val="right"/>
      </w:pPr>
      <w:r>
        <w:t>تو اسلام کا تزکیہ میڈیٹیشن میں بیس نہیں کرتا، کنٹمپریشن میں بیس کرتا ہے۔</w:t>
      </w:r>
    </w:p>
    <w:p>
      <w:r>
        <w:rPr>
          <w:b/>
        </w:rPr>
        <w:t xml:space="preserve">[14:09] </w:t>
      </w:r>
      <w:r>
        <w:t>aur ye jo contemplation hai, is ka daira pehle zamane mein bahut hi kam tha. yani science se pehle bahut hi kam tha.</w:t>
      </w:r>
    </w:p>
    <w:p>
      <w:pPr>
        <w:jc w:val="right"/>
      </w:pPr>
      <w:r>
        <w:t>اور یہ جو کنٹمپریشن ہے، اس کا دائرہ پہلے زمانے میں بہت ہی کم تھا۔ یعنی سائنس سے پہلے بہت ہی کم تھا۔</w:t>
      </w:r>
    </w:p>
    <w:p>
      <w:r>
        <w:rPr>
          <w:b/>
        </w:rPr>
        <w:t xml:space="preserve">[14:20] </w:t>
      </w:r>
      <w:r>
        <w:t>ab science ne is daire ko universal bana diya. bahut bara bana diya, bahut bara.</w:t>
      </w:r>
    </w:p>
    <w:p>
      <w:pPr>
        <w:jc w:val="right"/>
      </w:pPr>
      <w:r>
        <w:t>اب سائنس نے اس دائرے کو یونیورسل بنا دیا۔ بہت بڑا بنا دیا، بہت بڑا۔</w:t>
      </w:r>
    </w:p>
    <w:p>
      <w:r>
        <w:rPr>
          <w:b/>
        </w:rPr>
        <w:t xml:space="preserve">[14:31] </w:t>
      </w:r>
      <w:r>
        <w:t>is ki bara banai ki alamat hai telescope, microscope. yani chote se choti cheez bhi aap dekh sakte hain, bari se bari cheez bhi aap dekh sakte hain.</w:t>
      </w:r>
    </w:p>
    <w:p>
      <w:pPr>
        <w:jc w:val="right"/>
      </w:pPr>
      <w:r>
        <w:t>اس کی بڑا بنائی کی علامت ہے ٹیلیسکوپ، مائیکروسکوپ۔ یعنی چھوٹے چھوٹی سے چھوٹی چیز بھی آپ دیکھ سکتے ہیں، بڑی سے بڑی چیز بھی آپ دیکھ سکتے ہیں۔</w:t>
      </w:r>
    </w:p>
    <w:p>
      <w:r>
        <w:rPr>
          <w:b/>
        </w:rPr>
        <w:t xml:space="preserve">[14:47] </w:t>
      </w:r>
      <w:r>
        <w:t>to is zamane mein science jo hai, tazkiya ki base hai.</w:t>
      </w:r>
    </w:p>
    <w:p>
      <w:pPr>
        <w:jc w:val="right"/>
      </w:pPr>
      <w:r>
        <w:t>تو اس زمانے میں سائنس جو ہے، تزکیہ کی بیس ہے۔</w:t>
      </w:r>
    </w:p>
    <w:p>
      <w:r>
        <w:rPr>
          <w:b/>
        </w:rPr>
        <w:t xml:space="preserve">[14:56] </w:t>
      </w:r>
      <w:r>
        <w:t>science jo hai, woh gaya tazkiya ka framework hai. kitni bari baat hai yeh.</w:t>
      </w:r>
    </w:p>
    <w:p>
      <w:pPr>
        <w:jc w:val="right"/>
      </w:pPr>
      <w:r>
        <w:t>سائنس جو ہے، وہ گیا تزکیہ کا فریم ورک ہے۔ کتنی بڑی بات ہے یہ۔</w:t>
      </w:r>
    </w:p>
    <w:p>
      <w:r>
        <w:rPr>
          <w:b/>
        </w:rPr>
        <w:t xml:space="preserve">[15:05] </w:t>
      </w:r>
      <w:r>
        <w:t>science ne jo discover kiya hai nature ko,</w:t>
      </w:r>
    </w:p>
    <w:p>
      <w:pPr>
        <w:jc w:val="right"/>
      </w:pPr>
      <w:r>
        <w:t>سائنس نے جو ڈسکور کیا ہے نیچر کو،</w:t>
      </w:r>
    </w:p>
    <w:p>
      <w:r>
        <w:rPr>
          <w:b/>
        </w:rPr>
        <w:t xml:space="preserve">[15:10] </w:t>
      </w:r>
      <w:r>
        <w:t>woh sab ka sab, woh sab ka sab food hai is insaan ke liye jo chahta ho apna spiritual development, apna intellectual development.</w:t>
      </w:r>
    </w:p>
    <w:p>
      <w:pPr>
        <w:jc w:val="right"/>
      </w:pPr>
      <w:r>
        <w:t>وہ سب کا سب، وہ سب کا سب فوڈ ہے اس انسان کے لیے جو چاہتا ہو اپنا سپریچول ڈیولپمنٹ، اپنا انٹلیکچول ڈیولپمنٹ۔</w:t>
      </w:r>
    </w:p>
    <w:p>
      <w:r>
        <w:rPr>
          <w:b/>
        </w:rPr>
        <w:t xml:space="preserve">[15:25] </w:t>
      </w:r>
      <w:r>
        <w:t>toh science ne universal framework de diya.</w:t>
      </w:r>
    </w:p>
    <w:p>
      <w:pPr>
        <w:jc w:val="right"/>
      </w:pPr>
      <w:r>
        <w:t>تو سائنس نے یونیورسل فریم ورک دے دیا۔</w:t>
      </w:r>
    </w:p>
    <w:p>
      <w:r>
        <w:rPr>
          <w:b/>
        </w:rPr>
        <w:t xml:space="preserve">[15:32] </w:t>
      </w:r>
      <w:r>
        <w:t>jo log science ko nahi jante, woh is se</w:t>
      </w:r>
    </w:p>
    <w:p>
      <w:pPr>
        <w:jc w:val="right"/>
      </w:pPr>
      <w:r>
        <w:t>جو لوگ سائنس کو نہیں جانتے، وہ اس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