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Untold Story of Islam April 16, 2006 Maulana Wahiduddin Khan</w:t>
      </w:r>
    </w:p>
    <w:p>
      <w:r>
        <w:t>https://www.youtube.com/watch?v=CtVOh0F_LLc</w:t>
      </w:r>
    </w:p>
    <w:p>
      <w:r>
        <w:rPr>
          <w:b/>
        </w:rPr>
        <w:t xml:space="preserve">[00:27] </w:t>
      </w:r>
      <w:r>
        <w:t>wahil al-uqdah min lisani, yafqahu qawli.</w:t>
      </w:r>
    </w:p>
    <w:p>
      <w:pPr>
        <w:jc w:val="right"/>
      </w:pPr>
      <w:r>
        <w:t>واحل العقدۃ من لسانی، یفقہ قولی۔</w:t>
      </w:r>
    </w:p>
    <w:p>
      <w:r>
        <w:rPr>
          <w:b/>
        </w:rPr>
        <w:t xml:space="preserve">[00:35] </w:t>
      </w:r>
      <w:r>
        <w:t>aaj ka topic hai "untold story of Islam".</w:t>
      </w:r>
    </w:p>
    <w:p>
      <w:pPr>
        <w:jc w:val="right"/>
      </w:pPr>
      <w:r>
        <w:t>آج کا ٹاپک ہے "ان ٹولڈ سٹوری آف اسلام"۔</w:t>
      </w:r>
    </w:p>
    <w:p>
      <w:r>
        <w:rPr>
          <w:b/>
        </w:rPr>
        <w:t xml:space="preserve">[00:45] </w:t>
      </w:r>
      <w:r>
        <w:t>untold story ka jo word hai ya jo expression hai, is ki ek history hai.</w:t>
      </w:r>
    </w:p>
    <w:p>
      <w:pPr>
        <w:jc w:val="right"/>
      </w:pPr>
      <w:r>
        <w:t>ان ٹولڈ سٹوری کا جو ورڈ ہے یا جو ایکسپریشن ہے، اس کی ایک ہسٹری ہے۔</w:t>
      </w:r>
    </w:p>
    <w:p>
      <w:r>
        <w:rPr>
          <w:b/>
        </w:rPr>
        <w:t xml:space="preserve">[00:57] </w:t>
      </w:r>
      <w:r>
        <w:t>aap jante hain ke 1962 mein India aur China ke beech mein, Assam ke area mein ladai hui thi.</w:t>
      </w:r>
    </w:p>
    <w:p>
      <w:pPr>
        <w:jc w:val="right"/>
      </w:pPr>
      <w:r>
        <w:t>آپ جانتے ہیں کہ 1962 میں انڈیا اور چائنہ کے بیچ میں، آسام کے ایریا میں لڑائی ہوئی تھی۔</w:t>
      </w:r>
    </w:p>
    <w:p>
      <w:r>
        <w:rPr>
          <w:b/>
        </w:rPr>
        <w:t xml:space="preserve">[01:12] </w:t>
      </w:r>
      <w:r>
        <w:t>yeh ladai jaldi khatam ho gayi, lekin is mein jeet hui thi China ki. toh is ke baad bohat si book likhi gayi hain, bohat se article chhape.</w:t>
      </w:r>
    </w:p>
    <w:p>
      <w:pPr>
        <w:jc w:val="right"/>
      </w:pPr>
      <w:r>
        <w:t>یہ لڑائی جلدی ختم ہوگئی، لیکن اس میں جیت ہوئی تھی چائنہ کی۔ تو اس کے بعد بہت سی بک لکھی گئی ہیں، بہت سے آرٹیکل چھپے۔</w:t>
      </w:r>
    </w:p>
    <w:p>
      <w:r>
        <w:rPr>
          <w:b/>
        </w:rPr>
        <w:t xml:space="preserve">[01:25] </w:t>
      </w:r>
      <w:r>
        <w:t>toh is ladai mein ek afsar, ek military afsar jo is ladai mein shamil thay, un ka naam tha Major Cole.</w:t>
      </w:r>
    </w:p>
    <w:p>
      <w:pPr>
        <w:jc w:val="right"/>
      </w:pPr>
      <w:r>
        <w:t>تو اس لڑائی میں ایک افسر، ایک ملٹری افسر جو اس لڑائی میں شامل تھے، ان کا نام تھا میجر کول۔</w:t>
      </w:r>
    </w:p>
    <w:p>
      <w:r>
        <w:rPr>
          <w:b/>
        </w:rPr>
        <w:t xml:space="preserve">[01:38] </w:t>
      </w:r>
      <w:r>
        <w:t>toh Major Cole ne ek kitaab chhapi thi, apne experience ki base par. toh is ka naam rakha tha unhon ne "untold story".</w:t>
      </w:r>
    </w:p>
    <w:p>
      <w:pPr>
        <w:jc w:val="right"/>
      </w:pPr>
      <w:r>
        <w:t>تو میجر کول نے ایک کتاب چھاپی تھی، اپنے ایکسپیرینس کی بیس پر۔ تو اس کا نام رکھا تھا انہوں نے "ان ٹولڈ سٹوری"۔</w:t>
      </w:r>
    </w:p>
    <w:p>
      <w:r>
        <w:rPr>
          <w:b/>
        </w:rPr>
        <w:t xml:space="preserve">[01:50] </w:t>
      </w:r>
      <w:r>
        <w:t>kuchh baatein jo press mein nahi aayi theen, is ko unhon ne apni is kitaab mein bataya tha. toh aaj maine "untold story" ka topic liya hai.</w:t>
      </w:r>
    </w:p>
    <w:p>
      <w:pPr>
        <w:jc w:val="right"/>
      </w:pPr>
      <w:r>
        <w:t>کچھ باتیں جو پریس میں نہیں آئیں تھیں، اس کو انہوں نے اپنی اس کتاب میں بتایا تھا۔ تو آج میں نے "ان ٹولڈ سٹوری" کا ٹاپک لیا ہے۔</w:t>
      </w:r>
    </w:p>
    <w:p>
      <w:r>
        <w:rPr>
          <w:b/>
        </w:rPr>
        <w:t xml:space="preserve">[02:05] </w:t>
      </w:r>
      <w:r>
        <w:t>yeh koi mera apna choice nahi hai.</w:t>
      </w:r>
    </w:p>
    <w:p>
      <w:pPr>
        <w:jc w:val="right"/>
      </w:pPr>
      <w:r>
        <w:t>یہ کوئی میرا اپنا چوائس نہیں ہے۔</w:t>
      </w:r>
    </w:p>
    <w:p>
      <w:r>
        <w:rPr>
          <w:b/>
        </w:rPr>
        <w:t xml:space="preserve">[02:13] </w:t>
      </w:r>
      <w:r>
        <w:t>khud hadith mein aise hi aaya hai ke</w:t>
      </w:r>
    </w:p>
    <w:p>
      <w:pPr>
        <w:jc w:val="right"/>
      </w:pPr>
      <w:r>
        <w:t>خود حدیث میں ایسے ہی آیا ہے کہ</w:t>
      </w:r>
    </w:p>
    <w:p>
      <w:r>
        <w:rPr>
          <w:b/>
        </w:rPr>
        <w:t xml:space="preserve">[02:18] </w:t>
      </w:r>
      <w:r>
        <w:t>Rasool Allah Salallahu Alaihi Wasallam ne farmaya, ek riwayat ke mutabiq, ke</w:t>
      </w:r>
    </w:p>
    <w:p>
      <w:pPr>
        <w:jc w:val="right"/>
      </w:pPr>
      <w:r>
        <w:t>رسول اللہ صلی اللہ علیہ وسلم نے فرمایا، ایک روایت کے مطابق، کہ</w:t>
      </w:r>
    </w:p>
    <w:p>
      <w:r>
        <w:rPr>
          <w:b/>
        </w:rPr>
        <w:t xml:space="preserve">[02:28] </w:t>
      </w:r>
      <w:r>
        <w:t>"bada al-islam ghariban, wa sauda kama bada, fatuba lil-ghuraba".</w:t>
      </w:r>
    </w:p>
    <w:p>
      <w:pPr>
        <w:jc w:val="right"/>
      </w:pPr>
      <w:r>
        <w:t>"بدا الاسلام غریبا، وسعود کما بدا، فتوبہ للغرباء" ۔</w:t>
      </w:r>
    </w:p>
    <w:p>
      <w:r>
        <w:rPr>
          <w:b/>
        </w:rPr>
        <w:t xml:space="preserve">[02:38] </w:t>
      </w:r>
      <w:r>
        <w:t>Islam jab shuru hua toh woh ajnabi tha, strange tha.</w:t>
      </w:r>
    </w:p>
    <w:p>
      <w:pPr>
        <w:jc w:val="right"/>
      </w:pPr>
      <w:r>
        <w:t>اسلام جب شروع ہوا تو وہ اجنبی تھا، اسٹرینج تھا۔</w:t>
      </w:r>
    </w:p>
    <w:p>
      <w:r>
        <w:rPr>
          <w:b/>
        </w:rPr>
        <w:t xml:space="preserve">[02:48] </w:t>
      </w:r>
      <w:r>
        <w:t>aur phir aage bhi aise hi hoga ke woh ajnabi ya strange ban jayega.</w:t>
      </w:r>
    </w:p>
    <w:p>
      <w:pPr>
        <w:jc w:val="right"/>
      </w:pPr>
      <w:r>
        <w:t>اور پھر آگے بھی ایسے ہی ہوگا کہ وہ اجنبی یا اسٹرینج بن جائے گا۔</w:t>
      </w:r>
    </w:p>
    <w:p>
      <w:r>
        <w:rPr>
          <w:b/>
        </w:rPr>
        <w:t xml:space="preserve">[03:02] </w:t>
      </w:r>
      <w:r>
        <w:t>is hadith ke mutabiq dekhiye, yeh hona hai ke baad ke zamane mein Islam dobara logon ke liye ajnabi ban jaye.</w:t>
      </w:r>
    </w:p>
    <w:p>
      <w:pPr>
        <w:jc w:val="right"/>
      </w:pPr>
      <w:r>
        <w:t>اس حدیث کے مطابق دیکھیے، یہ ہونا ہے کہ بعد کے زمانے میں اسلام دوبارہ لوگوں کے لیے اجنبی بن جائے۔</w:t>
      </w:r>
    </w:p>
    <w:p>
      <w:r>
        <w:rPr>
          <w:b/>
        </w:rPr>
        <w:t xml:space="preserve">[03:17] </w:t>
      </w:r>
      <w:r>
        <w:t>yani baad ki generation mein. yeh Islamic ki baat nahi hai, yeh har religion mein hota hai.</w:t>
      </w:r>
    </w:p>
    <w:p>
      <w:pPr>
        <w:jc w:val="right"/>
      </w:pPr>
      <w:r>
        <w:t>یعنی بعد کی جنریشن میں۔ یہ اسلامی کی بات نہیں ہے، یہ ہر ریلیجن میں ہوتا ہے۔</w:t>
      </w:r>
    </w:p>
    <w:p>
      <w:r>
        <w:rPr>
          <w:b/>
        </w:rPr>
        <w:t xml:space="preserve">[03:28] </w:t>
      </w:r>
      <w:r>
        <w:t>har religion mein aisa hai ke first generation mein toh woh apni asli surat mein rehta hai. phir dheere dheere agli generation mein badalta rehta hai.</w:t>
      </w:r>
    </w:p>
    <w:p>
      <w:pPr>
        <w:jc w:val="right"/>
      </w:pPr>
      <w:r>
        <w:t>ہر ریلیجن میں ایسا ہے کہ فرسٹ جنریشن میں تو وہ اپنی اصلی صورت میں رہتا ہے۔ پھر دھیرے دھیرے اگلی جنریشن میں بدلتا رہتا ہے۔</w:t>
      </w:r>
    </w:p>
    <w:p>
      <w:r>
        <w:rPr>
          <w:b/>
        </w:rPr>
        <w:t xml:space="preserve">[03:41] </w:t>
      </w:r>
      <w:r>
        <w:t>yehahan tak ke kai generation ke baad itna zyada badal jata hai, koi bhi religion ke pehle wale religion se is mein koi</w:t>
      </w:r>
    </w:p>
    <w:p>
      <w:pPr>
        <w:jc w:val="right"/>
      </w:pPr>
      <w:r>
        <w:t>یہاں تک کہ کئی جنریشن کے بعد اتنا زیادہ بدل جاتا ہے، کوئی بھی ریلیجن کہ پہلے والے ریلیجن سے اس میں کوئی</w:t>
      </w:r>
    </w:p>
    <w:p>
      <w:r>
        <w:rPr>
          <w:b/>
        </w:rPr>
        <w:t xml:space="preserve">[03:54] </w:t>
      </w:r>
      <w:r>
        <w:t>milti julti baat nahi hoti.</w:t>
      </w:r>
    </w:p>
    <w:p>
      <w:pPr>
        <w:jc w:val="right"/>
      </w:pPr>
      <w:r>
        <w:t>ملتی جلتی بات نہیں ہوتی۔</w:t>
      </w:r>
    </w:p>
    <w:p>
      <w:r>
        <w:rPr>
          <w:b/>
        </w:rPr>
        <w:t xml:space="preserve">[03:57] </w:t>
      </w:r>
      <w:r>
        <w:t>toh main samajhta hoon ke aaj woh zamana poori tarah aa chuka hai jabke Islam ajnabi ban gaya hai. aap dekhte hain ke Islam ki dhoom toh bohat hai, har jagah.</w:t>
      </w:r>
    </w:p>
    <w:p>
      <w:pPr>
        <w:jc w:val="right"/>
      </w:pPr>
      <w:r>
        <w:t>تو میں سمجھتا ہوں کہ آج وہ زمانہ پوری طرح آ چکا ہے جبکہ اسلام اجنبی بن گیا ہے۔ آپ دیکھتے ہیں کہ اسلام کی دھوم تو بہت ہے، ہر جگہ۔</w:t>
      </w:r>
    </w:p>
    <w:p>
      <w:r>
        <w:rPr>
          <w:b/>
        </w:rPr>
        <w:t xml:space="preserve">[04:09] </w:t>
      </w:r>
      <w:r>
        <w:t>masjidon mein bhi hai, jalson mein hai, madarason mein hai. literature, literature chhap rahe hain, conferencein ho rahi hain har taraf.</w:t>
      </w:r>
    </w:p>
    <w:p>
      <w:pPr>
        <w:jc w:val="right"/>
      </w:pPr>
      <w:r>
        <w:t>مسجدوں میں بھی ہے، جلسوں میں ہے، مدرسوں میں ہے۔ لٹریچر، لٹریچر چھپ رہے ہیں، کانفرنسیں ہو رہی ہیں ہر طرف۔</w:t>
      </w:r>
    </w:p>
    <w:p>
      <w:r>
        <w:rPr>
          <w:b/>
        </w:rPr>
        <w:t xml:space="preserve">[04:20] </w:t>
      </w:r>
      <w:r>
        <w:t>islam ki dhoom hai.</w:t>
      </w:r>
    </w:p>
    <w:p>
      <w:pPr>
        <w:jc w:val="right"/>
      </w:pPr>
      <w:r>
        <w:t>اسلام کی دھوم ہے۔</w:t>
      </w:r>
    </w:p>
    <w:p>
      <w:r>
        <w:rPr>
          <w:b/>
        </w:rPr>
        <w:t xml:space="preserve">[04:22] </w:t>
      </w:r>
      <w:r>
        <w:t>lekin yeh sach poochhein to community ki dhoom hai. muslim community, jo ek badi community ban gayi hai,</w:t>
      </w:r>
    </w:p>
    <w:p>
      <w:pPr>
        <w:jc w:val="right"/>
      </w:pPr>
      <w:r>
        <w:t>لیکن یہ سچ پوچھیں تو کمیونٹی کی دھوم ہے۔ مسلم کمیونٹی، جو ایک بڑی کمیونٹی بن گئی ہے،</w:t>
      </w:r>
    </w:p>
    <w:p>
      <w:r>
        <w:rPr>
          <w:b/>
        </w:rPr>
        <w:t xml:space="preserve">[04:35] </w:t>
      </w:r>
      <w:r>
        <w:t>ek billion se zyada.</w:t>
      </w:r>
    </w:p>
    <w:p>
      <w:pPr>
        <w:jc w:val="right"/>
      </w:pPr>
      <w:r>
        <w:t>ایک بلین سے زیادہ۔</w:t>
      </w:r>
    </w:p>
    <w:p>
      <w:r>
        <w:rPr>
          <w:b/>
        </w:rPr>
        <w:t xml:space="preserve">[04:40] </w:t>
      </w:r>
      <w:r>
        <w:t>to iski yeh dhoom hai.</w:t>
      </w:r>
    </w:p>
    <w:p>
      <w:pPr>
        <w:jc w:val="right"/>
      </w:pPr>
      <w:r>
        <w:t>تو اس کی یہ دھوم ہے۔</w:t>
      </w:r>
    </w:p>
    <w:p>
      <w:r>
        <w:rPr>
          <w:b/>
        </w:rPr>
        <w:t xml:space="preserve">[04:42] </w:t>
      </w:r>
      <w:r>
        <w:t>khud islam jo hai, jo quran mein hai ya hadith mein hai ya sunnat mein hai,</w:t>
      </w:r>
    </w:p>
    <w:p>
      <w:pPr>
        <w:jc w:val="right"/>
      </w:pPr>
      <w:r>
        <w:t>خود اسلام جو ہے، جو قرآن میں ہے یا حدیث میں ہے یا سنت میں ہے،</w:t>
      </w:r>
    </w:p>
    <w:p>
      <w:r>
        <w:rPr>
          <w:b/>
        </w:rPr>
        <w:t xml:space="preserve">[04:50] </w:t>
      </w:r>
      <w:r>
        <w:t>woh is mein reflect nahin kar raha hai.</w:t>
      </w:r>
    </w:p>
    <w:p>
      <w:pPr>
        <w:jc w:val="right"/>
      </w:pPr>
      <w:r>
        <w:t>وہ اس میں ریفلیکٹ نہیں کر رہا ہے۔</w:t>
      </w:r>
    </w:p>
    <w:p>
      <w:r>
        <w:rPr>
          <w:b/>
        </w:rPr>
        <w:t xml:space="preserve">[04:55] </w:t>
      </w:r>
      <w:r>
        <w:t>iska matlab kya hua? iska matlab yeh hua ke aaj agar koi shakhs janna chahta hai ke khuda ka deen islam kya hai, to usko islam ki re-discovery karni padegi.</w:t>
      </w:r>
    </w:p>
    <w:p>
      <w:pPr>
        <w:jc w:val="right"/>
      </w:pPr>
      <w:r>
        <w:t>اس کا مطلب کیا ہوا؟ اس کا مطلب یہ ہوا کہ آج اگر کوئی شخص جاننا چاہتا ہے کہ خدا کا دین اسلام کیا ہے، تو اس کو اسلام کی ری ڈسکوری کرنی پڑے گی۔</w:t>
      </w:r>
    </w:p>
    <w:p>
      <w:r>
        <w:rPr>
          <w:b/>
        </w:rPr>
        <w:t xml:space="preserve">[05:14] </w:t>
      </w:r>
      <w:r>
        <w:t>islam ki re-discovery. jabhi woh samajh payega usko, islam ko. warna nahin. agar woh musalmanon ki activities ko dekhega ya jo baad ke zamane mein jo literature chha hai, aaj jo kitabein chhapi hain,</w:t>
      </w:r>
    </w:p>
    <w:p>
      <w:pPr>
        <w:jc w:val="right"/>
      </w:pPr>
      <w:r>
        <w:t>اسلام کی ری ڈسکوری۔ جبھی وہ سمجھ پائے گا اس کو، اسلام کو۔ ورنہ نہیں۔ اگر وہ مسلمانوں کی ایکٹیویٹیز کو دیکھے گا یا جو بعد کے زمانے میں جو لٹریچر چھپا ہے، آج جو کتابیں چھپی ہیں،</w:t>
      </w:r>
    </w:p>
    <w:p>
      <w:r>
        <w:rPr>
          <w:b/>
        </w:rPr>
        <w:t xml:space="preserve">[05:33] </w:t>
      </w:r>
      <w:r>
        <w:t>un se woh janna chahega islam ko, to woh islam ki jo true picture hai, woh nahin jan payega.</w:t>
      </w:r>
    </w:p>
    <w:p>
      <w:pPr>
        <w:jc w:val="right"/>
      </w:pPr>
      <w:r>
        <w:t>ان سے وہ جاننا چاہے گا اسلام کو، تو وہ اسلام کی جو ٹرو پکچر ہے، وہ نہیں جان پائے گا۔</w:t>
      </w:r>
    </w:p>
    <w:p>
      <w:r>
        <w:rPr>
          <w:b/>
        </w:rPr>
        <w:t xml:space="preserve">[05:44] </w:t>
      </w:r>
      <w:r>
        <w:t>main aap ko example deta hoon. kal mere paas do aalim aaye, islamic scholar.</w:t>
      </w:r>
    </w:p>
    <w:p>
      <w:pPr>
        <w:jc w:val="right"/>
      </w:pPr>
      <w:r>
        <w:t>میں آپ کو ایگزامپل دیتا ہوں۔ کل میرے پاس دو عالم آئے، اسلامک سکالر۔</w:t>
      </w:r>
    </w:p>
    <w:p>
      <w:r>
        <w:rPr>
          <w:b/>
        </w:rPr>
        <w:t xml:space="preserve">[05:56] </w:t>
      </w:r>
      <w:r>
        <w:t>to maine zikr kiya apni is class ka. to unhone kaha ke yeh sab class kya hai, yeh sab kuch bhi nahin hai. asal cheez to yeh hai ke musalman ba-amal hon.</w:t>
      </w:r>
    </w:p>
    <w:p>
      <w:pPr>
        <w:jc w:val="right"/>
      </w:pPr>
      <w:r>
        <w:t>تو میں نے ذکر کیا اپنی اس کلاس کا۔ تو انہوں نے کہا کہ یہ سب کلاس کیا ہے، یہ سب کچھ بھی نہیں ہے۔ اصل چیز تو یہ ہے کہ مسلمان باعمل ہوں۔</w:t>
      </w:r>
    </w:p>
    <w:p>
      <w:r>
        <w:rPr>
          <w:b/>
        </w:rPr>
        <w:t xml:space="preserve">[06:10] </w:t>
      </w:r>
      <w:r>
        <w:t>unka character aaye.</w:t>
      </w:r>
    </w:p>
    <w:p>
      <w:pPr>
        <w:jc w:val="right"/>
      </w:pPr>
      <w:r>
        <w:t>ان کا کریکٹر آئے۔</w:t>
      </w:r>
    </w:p>
    <w:p>
      <w:r>
        <w:rPr>
          <w:b/>
        </w:rPr>
        <w:t xml:space="preserve">[06:13] </w:t>
      </w:r>
      <w:r>
        <w:t>dekhiye, baat to dekhne mein theek lagti hai ke musalmanon mein character ho. musalman ba-amal hon. lekin ab jo situation hai, is mein yeh sochna chahiye ke ba-amal ban kyon nahin rahe hain?</w:t>
      </w:r>
    </w:p>
    <w:p>
      <w:pPr>
        <w:jc w:val="right"/>
      </w:pPr>
      <w:r>
        <w:t>دیکھیے، بات تو دیکھنے میں ٹھیک لگتی ہے کہ مسلمانوں میں کریکٹر ہو۔ مسلمان بامبل ہوں۔ لیکن اب جو سچویشن ہے، اس میں یہ سوچنا چاہیے کہ بامبل بن کیوں نہیں رہے ہیں؟</w:t>
      </w:r>
    </w:p>
    <w:p>
      <w:r>
        <w:rPr>
          <w:b/>
        </w:rPr>
        <w:t xml:space="preserve">[06:30] </w:t>
      </w:r>
      <w:r>
        <w:t>har aadmi yeh bol raha hai ke musalmanon ko chahiye ke woh ba-amal banen, un mein islamic character ho. bas sawal yeh hai ke yeh jo chahte hain sab log, woh ho kyon nahin raha hai?</w:t>
      </w:r>
    </w:p>
    <w:p>
      <w:pPr>
        <w:jc w:val="right"/>
      </w:pPr>
      <w:r>
        <w:t>ہر آدمی یہ بول رہا ہے کہ مسلمانوں کو چاہیے کہ وہ بامبل بنیں، ان میں اسلامک کریکٹر ہو۔ بس سوال یہ ہے کہ یہ جو چاہتے ہیں سب لوگ، وہ ہو کیوں نہیں رہا ہے؟</w:t>
      </w:r>
    </w:p>
    <w:p>
      <w:r>
        <w:rPr>
          <w:b/>
        </w:rPr>
        <w:t xml:space="preserve">[06:44] </w:t>
      </w:r>
      <w:r>
        <w:t>is par aap jab sochenge to maloom hoga ke wahi cheez ke islam ajnabi ho chuka hai, usne iski jar hi kaat di hai ke sahi maano mein log ba-amal banen.</w:t>
      </w:r>
    </w:p>
    <w:p>
      <w:pPr>
        <w:jc w:val="right"/>
      </w:pPr>
      <w:r>
        <w:t>اس پر آپ جب سوچیں گے تو معلوم ہوگا کہ وہی چیز کہ اسلام اجنبی ہو چکا ہے، اس نے اس کی جڑ ہی کاٹ دی ہے کہ صحیح معنوں میں لوگ بامبل بنیں۔</w:t>
      </w:r>
    </w:p>
    <w:p>
      <w:r>
        <w:rPr>
          <w:b/>
        </w:rPr>
        <w:t xml:space="preserve">[07:05] </w:t>
      </w:r>
      <w:r>
        <w:t>woh kaise?</w:t>
      </w:r>
    </w:p>
    <w:p>
      <w:pPr>
        <w:jc w:val="right"/>
      </w:pPr>
      <w:r>
        <w:t>وہ کیسے؟</w:t>
      </w:r>
    </w:p>
    <w:p>
      <w:r>
        <w:rPr>
          <w:b/>
        </w:rPr>
        <w:t xml:space="preserve">[07:09] </w:t>
      </w:r>
      <w:r>
        <w:t>sab se pehle paighambar islam ko lijiyye.</w:t>
      </w:r>
    </w:p>
    <w:p>
      <w:pPr>
        <w:jc w:val="right"/>
      </w:pPr>
      <w:r>
        <w:t>سب سے پہلے پیغمبر اسلام کو لیجیے۔</w:t>
      </w:r>
    </w:p>
    <w:p>
      <w:r>
        <w:rPr>
          <w:b/>
        </w:rPr>
        <w:t xml:space="preserve">[07:13] </w:t>
      </w:r>
      <w:r>
        <w:t>quran mein bataya gaya hai ke "laqad kana lakum fi rasoolillah uswa hasana" . yaani prophet of islam tumhare liye, yaani islam ke followers ke liye,</w:t>
      </w:r>
    </w:p>
    <w:p>
      <w:pPr>
        <w:jc w:val="right"/>
      </w:pPr>
      <w:r>
        <w:t>قرآن میں بتایا گیا ہے کہ "لقد کان لکم فی رسول اللہ اسوۃ حسنہ" ۔ یعنی پرافٹ آف اسلام تمہارے لیے، یعنی اسلام کے فالوورز کے لیے،</w:t>
      </w:r>
    </w:p>
    <w:p>
      <w:r>
        <w:rPr>
          <w:b/>
        </w:rPr>
        <w:t xml:space="preserve">[07:29] </w:t>
      </w:r>
      <w:r>
        <w:t>model hain. model hain, is liye tum unke model ko pakdo.</w:t>
      </w:r>
    </w:p>
    <w:p>
      <w:pPr>
        <w:jc w:val="right"/>
      </w:pPr>
      <w:r>
        <w:t>ماڈل ہیں۔ ماڈل ہیں، اس لیے تم ان کے ماڈل کو پکڑو۔</w:t>
      </w:r>
    </w:p>
    <w:p>
      <w:r>
        <w:rPr>
          <w:b/>
        </w:rPr>
        <w:t xml:space="preserve">[07:39] </w:t>
      </w:r>
      <w:r>
        <w:t>lekin agar aap ko pata ho ke aaj kal kya surat-e-haal hai to aap janenge ke rasool Allah ko model ki haisiyat se baqi hi nahin rakha gaya hai.</w:t>
      </w:r>
    </w:p>
    <w:p>
      <w:pPr>
        <w:jc w:val="right"/>
      </w:pPr>
      <w:r>
        <w:t>لیکن اگر آپ کو پتہ ہو کہ آج کل کیا صورتحال ہے تو آپ جانیں گے کہ رسول اللہ کو ماڈل کی حیثیت سے باقی ہی نہیں رکھا گیا ہے۔</w:t>
      </w:r>
    </w:p>
    <w:p>
      <w:r>
        <w:rPr>
          <w:b/>
        </w:rPr>
        <w:t xml:space="preserve">[07:52] </w:t>
      </w:r>
      <w:r>
        <w:t>jo kitabein chhapi hain, jo naatein rozana padhi ja rahi hain, musalmanon ke har jalse mein, har madarse mein, har masjid mein naat padhi ja rahi hai. aap QTV dekh lijiyye, ek naaton ka toofan hai.</w:t>
      </w:r>
    </w:p>
    <w:p>
      <w:pPr>
        <w:jc w:val="right"/>
      </w:pPr>
      <w:r>
        <w:t>جو کتابیں چھپی ہیں، جو نعتیں روزانہ پڑھی جاتی ہیں، مسلمانوں کے ہر جلسے میں، ہر مدرسے میں، ہر مسجد میں نعت پڑھی جا رہی ہے۔ آپ کیو ٹی وی دیکھ لیجئے، ایک نعتوں کا طوفان ہے۔</w:t>
      </w:r>
    </w:p>
    <w:p>
      <w:r>
        <w:rPr>
          <w:b/>
        </w:rPr>
        <w:t xml:space="preserve">[08:07] </w:t>
      </w:r>
      <w:r>
        <w:t>aaj musalman naaton mein jee rahe hain. aur jo kitabein nasb mein likhi gayi hain, woh bhi natiya andaaz mein likhi gayi hain. yaani is mein kya hai?</w:t>
      </w:r>
    </w:p>
    <w:p>
      <w:pPr>
        <w:jc w:val="right"/>
      </w:pPr>
      <w:r>
        <w:t>آج مسلمان نعتوں میں جی رہے ہیں۔ اور جو کتابیں نصب میں لکھی گئی ہیں، وہ بھی نعتیہ انداز میں لکھی گئی ہیں۔ یعنی اس میں کیا ہے؟</w:t>
      </w:r>
    </w:p>
    <w:p>
      <w:r>
        <w:rPr>
          <w:b/>
        </w:rPr>
        <w:t xml:space="preserve">[08:18] </w:t>
      </w:r>
      <w:r>
        <w:t>rasool Allah ko is tarah dikhaya jata hai jaise ke woh khuda ke barabar hon. wahi jo mustawi arsh tha, khuda ho kar utar pada hai madine mein, mustafa ho kar.</w:t>
      </w:r>
    </w:p>
    <w:p>
      <w:pPr>
        <w:jc w:val="right"/>
      </w:pPr>
      <w:r>
        <w:t>رسول اللہ کو اس طرح دکھایا جاتا ہے جیسے کہ وہ خدا کے برابر ہوں۔ وہی جو مستوی عرش تھا، خدا ہو کر اتر پڑا ہے مدینے میں، مصطفی ہو کر۔</w:t>
      </w:r>
    </w:p>
    <w:p>
      <w:r>
        <w:rPr>
          <w:b/>
        </w:rPr>
        <w:t xml:space="preserve">[08:33] </w:t>
      </w:r>
      <w:r>
        <w:t>madine ki masjid mein mimbar ke upar</w:t>
      </w:r>
    </w:p>
    <w:p>
      <w:pPr>
        <w:jc w:val="right"/>
      </w:pPr>
      <w:r>
        <w:t>مدینے کی مسجد میں ممبر کے اوپر</w:t>
      </w:r>
    </w:p>
    <w:p>
      <w:r>
        <w:rPr>
          <w:b/>
        </w:rPr>
        <w:t xml:space="preserve">[08:38] </w:t>
      </w:r>
      <w:r>
        <w:t>bila ain ke ek arab ham ne dekha. is ka matlab kya hai? aap ne khuda bana diya rasool Allah ko.</w:t>
      </w:r>
    </w:p>
    <w:p>
      <w:pPr>
        <w:jc w:val="right"/>
      </w:pPr>
      <w:r>
        <w:t>بلا عین کے ایک عرب ہم نے دیکھا۔ اس کا مطلب کیا ہے؟ آپ نے خدا بنا دیا رسول اللہ کو۔</w:t>
      </w:r>
    </w:p>
    <w:p>
      <w:r>
        <w:rPr>
          <w:b/>
        </w:rPr>
        <w:t xml:space="preserve">[08:48] </w:t>
      </w:r>
      <w:r>
        <w:t>abhi kal parson mein dili mein musalmanon ke ek jalse mein gaya to wahan naatein padhi ja rahi theen. hamesha musalmanon ke jalse pe naatein padhi jaati hain, ek aam riwaj ban chuka hai.</w:t>
      </w:r>
    </w:p>
    <w:p>
      <w:pPr>
        <w:jc w:val="right"/>
      </w:pPr>
      <w:r>
        <w:t>ابھی کل پرسوں میں دلی میں مسلمانوں کے ایک جلسے میں گیا تو وہاں نعتیں پڑھی جا رہی تھیں۔ ہمیشہ مسلمانوں کے جلسے پہ نعتیں پڑھی جاتی ہیں، ایک عام رواج بن چکا ہے۔</w:t>
      </w:r>
    </w:p>
    <w:p>
      <w:r>
        <w:rPr>
          <w:b/>
        </w:rPr>
        <w:t xml:space="preserve">[09:02] </w:t>
      </w:r>
      <w:r>
        <w:t>to wahan par kya padha ja raha tha? yeh padha ja raha tha ke rasool Allah ke liye "peete hain tera pani, khate hain tera khana,</w:t>
      </w:r>
    </w:p>
    <w:p>
      <w:pPr>
        <w:jc w:val="right"/>
      </w:pPr>
      <w:r>
        <w:t>تو وہاں پر کیا پڑھا جا رہا تھا؟ یہ پڑھا جا رہا تھا کہ رسول اللہ کے لیے "پیتے ہیں تیرا پانی، کھاتے ہیں تیرا کھانا،</w:t>
      </w:r>
    </w:p>
    <w:p>
      <w:r>
        <w:rPr>
          <w:b/>
        </w:rPr>
        <w:t xml:space="preserve">[09:19] </w:t>
      </w:r>
      <w:r>
        <w:t>pani hai tera pani, dana hai tera dana". ab ghor kijiye ke rasool Allah ko jab yeh darja de dein aap ke wohi pani dete hain, wohi khana dete hain,</w:t>
      </w:r>
    </w:p>
    <w:p>
      <w:pPr>
        <w:jc w:val="right"/>
      </w:pPr>
      <w:r>
        <w:t>پانی ہے تیرا پانی، دانہ ہے تیرا دانہ"۔ اب غور کیجئے کہ رسول اللہ کو جب یہ درجہ دے دیں آپ کہ وہی پانی دیتے ہیں، وہی کھانا دیتے ہیں،</w:t>
      </w:r>
    </w:p>
    <w:p>
      <w:r>
        <w:rPr>
          <w:b/>
        </w:rPr>
        <w:t xml:space="preserve">[09:32] </w:t>
      </w:r>
      <w:r>
        <w:t>aaj kal ek lafz chala hua hai "wajh-e-takhleeq-e-kaenat". rasool Allah ke liye yeh bohat istemal hota hai. "wajh-e-takhleef-e-kaenat".</w:t>
      </w:r>
    </w:p>
    <w:p>
      <w:pPr>
        <w:jc w:val="right"/>
      </w:pPr>
      <w:r>
        <w:t>آج کل ایک لفظ چلا ہوا ہے "وجہ تخلیق کائنات"۔ رسول اللہ کے لیے یہ بہت استعمال ہوتا ہے۔ "وجہ تخلیق کائنات"۔</w:t>
      </w:r>
    </w:p>
    <w:p>
      <w:r>
        <w:rPr>
          <w:b/>
        </w:rPr>
        <w:t xml:space="preserve">[09:43] </w:t>
      </w:r>
      <w:r>
        <w:t>is ka matlab yeh hai ke Muhammad na hotay to dunya na hoti.</w:t>
      </w:r>
    </w:p>
    <w:p>
      <w:pPr>
        <w:jc w:val="right"/>
      </w:pPr>
      <w:r>
        <w:t>اس کا مطلب یہ ہے کہ محمد نہ ہوتے تو دنیا نہ ہوتی۔</w:t>
      </w:r>
    </w:p>
    <w:p>
      <w:r>
        <w:rPr>
          <w:b/>
        </w:rPr>
        <w:t xml:space="preserve">[09:49] </w:t>
      </w:r>
      <w:r>
        <w:t>ab bataiye ke jis hasti ko aap is tarah se banayein to woh model kahan se rahega?</w:t>
      </w:r>
    </w:p>
    <w:p>
      <w:pPr>
        <w:jc w:val="right"/>
      </w:pPr>
      <w:r>
        <w:t>اب بتائیے کہ جس ہستی کو آپ اس طرح سے بنائیں تو وہ ماڈل کہاں سے رہے گا؟</w:t>
      </w:r>
    </w:p>
    <w:p>
      <w:r>
        <w:rPr>
          <w:b/>
        </w:rPr>
        <w:t xml:space="preserve">[10:01] </w:t>
      </w:r>
      <w:r>
        <w:t>woh to fauq-ul-bashar ho gaya. woh to khuda ka darja de diya aap ne us ko. model woh ban sakta hai insan jo hamare jaisa ho.</w:t>
      </w:r>
    </w:p>
    <w:p>
      <w:pPr>
        <w:jc w:val="right"/>
      </w:pPr>
      <w:r>
        <w:t>وہ تو فوق البشر ہو گیا۔ وہ تو خدا کا درجہ دے دیا آپ نے اس کو۔ ماڈل وہ بن سکتا ہے انسان جو ہمارے جیسا ہو۔</w:t>
      </w:r>
    </w:p>
    <w:p>
      <w:r>
        <w:rPr>
          <w:b/>
        </w:rPr>
        <w:t xml:space="preserve">[10:15] </w:t>
      </w:r>
      <w:r>
        <w:t>hamari tarah is ko gham aur khushi pesh aaye. hamari tarah is ko advantage aur disadvantage ho. hamari tarah is ko sukh aur dukh ho.</w:t>
      </w:r>
    </w:p>
    <w:p>
      <w:pPr>
        <w:jc w:val="right"/>
      </w:pPr>
      <w:r>
        <w:t>ہماری طرح اس کو غم اور خوشی پیش آئے۔ ہماری طرح اس کو ایڈوانٹیج اور ڈس ایڈوانٹیج ہو۔ ہماری طرح اس کو سکھ اور دکھ ہو۔</w:t>
      </w:r>
    </w:p>
    <w:p>
      <w:r>
        <w:rPr>
          <w:b/>
        </w:rPr>
        <w:t xml:space="preserve">[10:25] </w:t>
      </w:r>
      <w:r>
        <w:t>hamari tarah is ki limitations hon. bataiye kya khuda model ban sakta hai?</w:t>
      </w:r>
    </w:p>
    <w:p>
      <w:pPr>
        <w:jc w:val="right"/>
      </w:pPr>
      <w:r>
        <w:t>ہماری طرح اس کی لیمیٹیشنز ہوں۔ بتائیے کیا خدا ماڈل بن سکتا ہے؟</w:t>
      </w:r>
    </w:p>
    <w:p>
      <w:r>
        <w:rPr>
          <w:b/>
        </w:rPr>
        <w:t xml:space="preserve">[10:33] </w:t>
      </w:r>
      <w:r>
        <w:t>sara aaj kal jo likha ja raha hai rasool Allah par, woh sab yahi hai ke rasool Allah ko khuda ka darja de diya hai. yaani kaenat takhleeq ki gayi, banayi gayi aap ke liye.</w:t>
      </w:r>
    </w:p>
    <w:p>
      <w:pPr>
        <w:jc w:val="right"/>
      </w:pPr>
      <w:r>
        <w:t>سارا آج کل جو لکھا جا رہا ہے رسول اللہ پر، وہ سب یہی ہے کہ رسول اللہ کو خدا کا درجہ دے دیا ہے۔ یعنی کائنات تخلیق کی گئی، بنائی گئی آپ کے لیے۔</w:t>
      </w:r>
    </w:p>
    <w:p>
      <w:r>
        <w:rPr>
          <w:b/>
        </w:rPr>
        <w:t xml:space="preserve">[10:45] </w:t>
      </w:r>
      <w:r>
        <w:t>Muhammad na hotay to dunya na hoti. ab itna hi baqi reh gaya hai ke koi yeh keh de "nauzubillah, nauzubillah" ke Muhammadi ne khuda ko bhi banaya. yahi baqi raha to kuch baqi nahi raha hai.</w:t>
      </w:r>
    </w:p>
    <w:p>
      <w:pPr>
        <w:jc w:val="right"/>
      </w:pPr>
      <w:r>
        <w:t>محمد نہ ہوتے تو دنیا نہ ہوتی۔ اب اتنا ہی باقی رہ گیا ہے کہ کوئی یہ کہہ دے "نعوذ باللہ، نعوذ باللہ" کہ محمدی نے خدا کو بھی بنایا۔ یہی باقی رہا تو کچھ باقی نہیں رہا ہے۔</w:t>
      </w:r>
    </w:p>
    <w:p>
      <w:r>
        <w:rPr>
          <w:b/>
        </w:rPr>
        <w:t xml:space="preserve">[10:57] </w:t>
      </w:r>
      <w:r>
        <w:t>kuch bhi baqi nahi raha siwaye is ke.</w:t>
      </w:r>
    </w:p>
    <w:p>
      <w:pPr>
        <w:jc w:val="right"/>
      </w:pPr>
      <w:r>
        <w:t>کچھ بھی باقی نہیں رہا سوائے اس کے۔</w:t>
      </w:r>
    </w:p>
    <w:p>
      <w:r>
        <w:rPr>
          <w:b/>
        </w:rPr>
        <w:t xml:space="preserve">[11:00] </w:t>
      </w:r>
      <w:r>
        <w:t>is ka nuqsan dekhiye. rasool Allah ko apna pride bata dikhane ke liye aap ne yeh sab kiya. pride dikhane ke liye glorify karna parta hai.</w:t>
      </w:r>
    </w:p>
    <w:p>
      <w:pPr>
        <w:jc w:val="right"/>
      </w:pPr>
      <w:r>
        <w:t>اس کا نقصان دیکھیے۔ رسول اللہ کو اپنا پرائیڈ بتا دکھانے کے لیے آپ نے یہ سب کیا۔ پرائیڈ دکھانے کے لیے گلوریفائی کرنا پڑتا ہے۔</w:t>
      </w:r>
    </w:p>
    <w:p>
      <w:r>
        <w:rPr>
          <w:b/>
        </w:rPr>
        <w:t xml:space="preserve">[11:12] </w:t>
      </w:r>
      <w:r>
        <w:t>jab tak aap glorify na karein kisi ko, tab tak woh aap ke liye pride nahi ban sakta.</w:t>
      </w:r>
    </w:p>
    <w:p>
      <w:pPr>
        <w:jc w:val="right"/>
      </w:pPr>
      <w:r>
        <w:t>جب تک آپ گلوریفائی نہ کریں کسی کو، تب تک وہ آپ کے لیے پرائیڈ نہیں بن سکتا۔</w:t>
      </w:r>
    </w:p>
    <w:p>
      <w:r>
        <w:rPr>
          <w:b/>
        </w:rPr>
        <w:t xml:space="preserve">[11:20] </w:t>
      </w:r>
      <w:r>
        <w:t>to rasool Allah ko super glory de kar pride to hasil kar liya musalmanon ne, lekin sath sath loss hua ke as a model un ka woh khatam ho gaya.</w:t>
      </w:r>
    </w:p>
    <w:p>
      <w:pPr>
        <w:jc w:val="right"/>
      </w:pPr>
      <w:r>
        <w:t>تو رسول اللہ کو سپر گلوری دے کر پرائیڈ تو حاصل کر لیا مسلمانوں نے، لیکن ساتھ ساتھ لاس کیا ہوا کہ ایز اے ماڈل ان کا وہ ختم ہو گیا۔</w:t>
      </w:r>
    </w:p>
    <w:p>
      <w:r>
        <w:rPr>
          <w:b/>
        </w:rPr>
        <w:t xml:space="preserve">[11:37] </w:t>
      </w:r>
      <w:r>
        <w:t>as a model un ka koi position nahi rahi. zahir hai ke model khuda to model nahi ban sakta hamare liye. koi kahe ke khuda tumhara model hai.</w:t>
      </w:r>
    </w:p>
    <w:p>
      <w:pPr>
        <w:jc w:val="right"/>
      </w:pPr>
      <w:r>
        <w:t>ایز اے ماڈل ان کا کوئی پوزیشن نہیں رہی۔ ظاہر ہے کہ ماڈل خدا تو ماڈل نہیں بن سکتا ہمارے لیے۔ کوئی کہے کہ خدا تمہارا ماڈل ہے۔</w:t>
      </w:r>
    </w:p>
    <w:p>
      <w:r>
        <w:rPr>
          <w:b/>
        </w:rPr>
        <w:t xml:space="preserve">[11:48] </w:t>
      </w:r>
      <w:r>
        <w:t>model khuda agar ho to is mani ke hum ko planetary system banana chahiye. hum ko mountain roshan banana chahiye. kyunke khuda ne banaya hai.</w:t>
      </w:r>
    </w:p>
    <w:p>
      <w:pPr>
        <w:jc w:val="right"/>
      </w:pPr>
      <w:r>
        <w:t>ماڈل خدا اگر ہو تو اس معنی کہ ہم کو پلینٹری سسٹم بنانا چاہیے۔ ہم کو ماؤنٹین روشن بنانا چاہیے۔ کیونکہ خدا نے بنایا ہے۔</w:t>
      </w:r>
    </w:p>
    <w:p>
      <w:r>
        <w:rPr>
          <w:b/>
        </w:rPr>
        <w:t xml:space="preserve">[11:59] </w:t>
      </w:r>
      <w:r>
        <w:t>model woh banega jo hamare jaisa ek insan ho. jo hamare jaisa insan na ho to woh model bhi nahi rahega. to consciously, unconsciously, rasool Allah ko model ke darje se hata diya gaya.</w:t>
      </w:r>
    </w:p>
    <w:p>
      <w:pPr>
        <w:jc w:val="right"/>
      </w:pPr>
      <w:r>
        <w:t>ماڈل وہ بنے گا جو ہمارے جیسا ایک انسان ہو۔ جو ہمارے جیسا انسان نہ ہو تو وہ ماڈل بھی نہیں رہے گا۔ تو کانشیسلی، ان کانشیسلی، رسول اللہ کو ماڈل کے درجے سے ہٹا دیا گیا۔</w:t>
      </w:r>
    </w:p>
    <w:p>
      <w:r>
        <w:rPr>
          <w:b/>
        </w:rPr>
        <w:t xml:space="preserve">[12:14] </w:t>
      </w:r>
      <w:r>
        <w:t>rasool Allah ko fauq-ul-bashar, yaani super human being, ya khuda ke equal bana diya gaya.</w:t>
      </w:r>
    </w:p>
    <w:p>
      <w:pPr>
        <w:jc w:val="right"/>
      </w:pPr>
      <w:r>
        <w:t>رسول اللہ کو فوق البشر، یعنی سپر ہیومن بینگ، یا خدا کے ایکول بنا دیا گیا۔</w:t>
      </w:r>
    </w:p>
    <w:p>
      <w:r>
        <w:rPr>
          <w:b/>
        </w:rPr>
        <w:t xml:space="preserve">[12:26] </w:t>
      </w:r>
      <w:r>
        <w:t>is ke mani hain ke ek bohat bara loss, bohat bara nuqsan apne hissay mein le liya hum ne ke model hi gum ho gaya. kis ki, kis ki hum pervi karein?</w:t>
      </w:r>
    </w:p>
    <w:p>
      <w:pPr>
        <w:jc w:val="right"/>
      </w:pPr>
      <w:r>
        <w:t>اس کے معنی ہیں کہ ایک بہت بڑا لاس، بہت بڑا نقصان اپنے حصے میں لے لیا ہم نے کہ ماڈل ہی گم ہو گیا۔ کس کی، کس کی ہم پیروی کریں؟</w:t>
      </w:r>
    </w:p>
    <w:p>
      <w:r>
        <w:rPr>
          <w:b/>
        </w:rPr>
        <w:t xml:space="preserve">[12:39] </w:t>
      </w:r>
      <w:r>
        <w:t>woh kaun hai jis ke jaisa hum banne ki koshish karein? woh koi nahi raha. kyunke jo model tha, woh model to khudai ke darje mein aa gaya.</w:t>
      </w:r>
    </w:p>
    <w:p>
      <w:pPr>
        <w:jc w:val="right"/>
      </w:pPr>
      <w:r>
        <w:t>وہ کون ہے جس کے جیسا ہم بننے کی کوشش کریں؟ وہ کوئی نہیں رہا۔ کیونکہ جو ماڈل تھا، وہ ماڈل تو خدائی کے درجے میں آ گیا۔</w:t>
      </w:r>
    </w:p>
    <w:p>
      <w:r>
        <w:rPr>
          <w:b/>
        </w:rPr>
        <w:t xml:space="preserve">[12:49] </w:t>
      </w:r>
      <w:r>
        <w:t>woh to fauq-ul-bashar ya super human being ban gaya. yeh hai Islam ka strange ho jana.</w:t>
      </w:r>
    </w:p>
    <w:p>
      <w:pPr>
        <w:jc w:val="right"/>
      </w:pPr>
      <w:r>
        <w:t>وہ تو فوق البشر یا سپر ہیومن بینگ بن گیا۔ یہ ہے اسلام کا اسٹرینج ہو جانا۔</w:t>
      </w:r>
    </w:p>
    <w:p>
      <w:r>
        <w:rPr>
          <w:b/>
        </w:rPr>
        <w:t xml:space="preserve">[13:02] </w:t>
      </w:r>
      <w:r>
        <w:t>khuda ne rasool Allah ko ek insan ke roop mein paida kiya.</w:t>
      </w:r>
    </w:p>
    <w:p>
      <w:pPr>
        <w:jc w:val="right"/>
      </w:pPr>
      <w:r>
        <w:t>خدا نے رسول اللہ کو ایک انسان کے روپ میں پیدا کیا۔</w:t>
      </w:r>
    </w:p>
    <w:p>
      <w:r>
        <w:rPr>
          <w:b/>
        </w:rPr>
        <w:t xml:space="preserve">[13:07] </w:t>
      </w:r>
      <w:r>
        <w:t>quran mein bar bar hai ke bar bar yeh hai ke main ek bashar hoon, main ek insan hoon. aur yeh bhi aap jante hain ke rasool Allah ko bimari hui, rasool Allah ko chot lagi, rasool Allah ko khoon baha, rasool Allah ko kabhi jeet hui, kabhi haar hui.</w:t>
      </w:r>
    </w:p>
    <w:p>
      <w:pPr>
        <w:jc w:val="right"/>
      </w:pPr>
      <w:r>
        <w:t>قرآن میں بار بار ہے کہ بار بار یہ ہے کہ میں ایک بشر ہوں، میں ایک انسان ہوں۔ اور یہ بھی آپ جانتے ہیں کہ رسول اللہ کو بیماری ہوئی، رسول اللہ کو چوٹ لگی، رسول اللہ کو خون بہا، رسول اللہ کو کبھی جیت ہوئی، کبھی ہار ہوئی۔</w:t>
      </w:r>
    </w:p>
    <w:p>
      <w:r>
        <w:rPr>
          <w:b/>
        </w:rPr>
        <w:t xml:space="preserve">[13:23] </w:t>
      </w:r>
      <w:r>
        <w:t>to sari chezen aap ke sath pesh aain. tabhi woh hamare liye model the.</w:t>
      </w:r>
    </w:p>
    <w:p>
      <w:pPr>
        <w:jc w:val="right"/>
      </w:pPr>
      <w:r>
        <w:t>تو ساری چیزیں آپ کے ساتھ پیش آئیں۔ تبھی وہ ہمارے لیے ماڈل تھے۔</w:t>
      </w:r>
    </w:p>
    <w:p>
      <w:r>
        <w:rPr>
          <w:b/>
        </w:rPr>
        <w:t xml:space="preserve">[13:30] </w:t>
      </w:r>
      <w:r>
        <w:t>lekin bad ke zamane mein, yani bad ki generation mein, aisa badhaya, aisa badhaya, aisa badhaya ke Rasool Allah jo hain, model ke darje hi woh nahin rahe.</w:t>
      </w:r>
    </w:p>
    <w:p>
      <w:pPr>
        <w:jc w:val="right"/>
      </w:pPr>
      <w:r>
        <w:t>لیکن بعد کے زمانے میں، یعنی بعد کی جنریشن میں، ایسا بڑھایا، ایسا بڑھایا، ایسا بڑھایا کہ رسول اللہ جو ہیں، ماڈل کے درجے ہی وہ نہیں رہے۔</w:t>
      </w:r>
    </w:p>
    <w:p>
      <w:r>
        <w:rPr>
          <w:b/>
        </w:rPr>
        <w:t xml:space="preserve">[13:41] </w:t>
      </w:r>
      <w:r>
        <w:t>agar aap ko pata ho to arabi zaban mein, farsi zaban mein, urdu zaban mein aisi aisi naaten likhi gai hain. naat ka matlab hota hai Rasool Allah ki praise.</w:t>
      </w:r>
    </w:p>
    <w:p>
      <w:pPr>
        <w:jc w:val="right"/>
      </w:pPr>
      <w:r>
        <w:t>اگر آپ کو پتہ ہو تو عربی زبان میں، فارسی زبان میں، اردو زبان میں ایسی ایسی نعتیں لکھی گئی ہیں۔ نعت کا مطلب ہوتا ہے رسول اللہ کی پریز۔</w:t>
      </w:r>
    </w:p>
    <w:p>
      <w:r>
        <w:rPr>
          <w:b/>
        </w:rPr>
        <w:t xml:space="preserve">[13:54] </w:t>
      </w:r>
      <w:r>
        <w:t>ab hamare zehn mein yeh naqsha aa gaya ke woh to hum se upar hain, un ka darja to hum se upar hai, woh to Khuda ke sath takht par baithe hue hain.</w:t>
      </w:r>
    </w:p>
    <w:p>
      <w:pPr>
        <w:jc w:val="right"/>
      </w:pPr>
      <w:r>
        <w:t>اب ہمارے ذہن میں یہ نقشہ آ گیا کہ وہ تو ہم سے اوپر ہیں، ان کا درجہ تو ہم سے اوپر ہے، وہ تو خدا کے ساتھ تخت پر بیٹھے ہوئے ہیں۔</w:t>
      </w:r>
    </w:p>
    <w:p>
      <w:r>
        <w:rPr>
          <w:b/>
        </w:rPr>
        <w:t xml:space="preserve">[14:07] </w:t>
      </w:r>
      <w:r>
        <w:t>to jab model gum ho jaye to kahan se character aayega?</w:t>
      </w:r>
    </w:p>
    <w:p>
      <w:pPr>
        <w:jc w:val="right"/>
      </w:pPr>
      <w:r>
        <w:t>تو جب ماڈل گم ہو جائے تو کہاں سے کریکٹر آئے گا؟</w:t>
      </w:r>
    </w:p>
    <w:p>
      <w:r>
        <w:rPr>
          <w:b/>
        </w:rPr>
        <w:t xml:space="preserve">[14:15] </w:t>
      </w:r>
      <w:r>
        <w:t>model ke liye jo character tha, jab wohi gum ho jaye to character kahan se aa jayega?</w:t>
      </w:r>
    </w:p>
    <w:p>
      <w:pPr>
        <w:jc w:val="right"/>
      </w:pPr>
      <w:r>
        <w:t>ماڈل کے لیے جو کریکٹر تھا، جب وہی گم ہو جائے تو کریکٹر کہاں سے آ جائے گا؟</w:t>
      </w:r>
    </w:p>
    <w:p>
      <w:r>
        <w:rPr>
          <w:b/>
        </w:rPr>
        <w:t xml:space="preserve">[14:20] </w:t>
      </w:r>
      <w:r>
        <w:t>isi liye musalmanon mein character to khatm ho gaya hai, albatta doosri doosri dhoom machi hui hai. zahiri dhoom, rituals ki dhoom.</w:t>
      </w:r>
    </w:p>
    <w:p>
      <w:pPr>
        <w:jc w:val="right"/>
      </w:pPr>
      <w:r>
        <w:t>اسی لیے مسلمانوں میں کریکٹر تو ختم ہو گیا ہے، البتہ دوسری دوسری دھوم مچی ہوئی ہے۔ ظاہری دھوم، ریچولز کی دھوم۔</w:t>
      </w:r>
    </w:p>
    <w:p>
      <w:r>
        <w:rPr>
          <w:b/>
        </w:rPr>
        <w:t xml:space="preserve">[14:34] </w:t>
      </w:r>
      <w:r>
        <w:t>jo asal cheez hai, character, woh to khatm hai. rituals ki dhoom machi hui hai, jalsa jaloos ki dhoom machi hui hai, sadkon par hangame ho rahe hain. Rasool Allah ke sath tum ne gustakhi kar di, tum ko hum marenge, is ki dhoom machi hui hai.</w:t>
      </w:r>
    </w:p>
    <w:p>
      <w:pPr>
        <w:jc w:val="right"/>
      </w:pPr>
      <w:r>
        <w:t>جو اصل چیز ہے، کریکٹر، وہ تو ختم ہے۔ ریچولز کی دھوم مچی ہوئی ہے، جلسہ جلوس کی دھوم مچی ہوئی ہے، سڑکوں پر ہنگامے ہو رہے ہیں۔ رسول اللہ کے ساتھ تم نے گستاخی کر دی، تم کو ہم ماریں گے، اس کی دھوم مچی ہوئی ہے۔</w:t>
      </w:r>
    </w:p>
    <w:p>
      <w:r>
        <w:rPr>
          <w:b/>
        </w:rPr>
        <w:t xml:space="preserve">[14:51] </w:t>
      </w:r>
      <w:r>
        <w:t>yani musalmanon ka jo orientation hai, wohi badal gaya. yeh soch badal gai ke hum Rasool Allah ko hamare model hain, hamein un ko apnana hai.</w:t>
      </w:r>
    </w:p>
    <w:p>
      <w:pPr>
        <w:jc w:val="right"/>
      </w:pPr>
      <w:r>
        <w:t>یعنی مسلمانوں کا جو اورینٹیشن ہے، وہی بدل گیا۔ یہ سوچ بدل گئی کہ ہم رسول اللہ کو ہمارے ماڈل ہیں، ہمیں ان کو اپنانا ہے۔</w:t>
      </w:r>
    </w:p>
    <w:p>
      <w:r>
        <w:rPr>
          <w:b/>
        </w:rPr>
        <w:t xml:space="preserve">[15:01] </w:t>
      </w:r>
      <w:r>
        <w:t>nahin, Rasool Allah ek super human being hain, koi gustakhi na karne paye aap ka, koi gustakhi kare to us ko maro. ab bataiye ke kitna bara nuqsan yeh hai?</w:t>
      </w:r>
    </w:p>
    <w:p>
      <w:pPr>
        <w:jc w:val="right"/>
      </w:pPr>
      <w:r>
        <w:t>نہیں، رسول اللہ ایک سپر ہیومن بینگ ہیں، کوئی گستاخی نہ کرنے پائے آپ کا، کوئی گستاخی کرے تو اس کو مارو۔ اب بتائیے کہ کتنا بڑا نقصان یہ ہے؟</w:t>
      </w:r>
    </w:p>
    <w:p>
      <w:r>
        <w:rPr>
          <w:b/>
        </w:rPr>
        <w:t xml:space="preserve">[15:16] </w:t>
      </w:r>
      <w:r>
        <w:t>isi tarah se kaha gaya tha ke</w:t>
      </w:r>
    </w:p>
    <w:p>
      <w:pPr>
        <w:jc w:val="right"/>
      </w:pPr>
      <w:r>
        <w:t>اسی طرح سے کہا گیا تھا کہ</w:t>
      </w:r>
    </w:p>
    <w:p>
      <w:r>
        <w:rPr>
          <w:b/>
        </w:rPr>
        <w:t xml:space="preserve">[15:22] </w:t>
      </w:r>
      <w:r>
        <w:t>ashabuk al-nujum bi-man iktadaytum iktadaytum wal-qudwatuhum yani yeh bataya gaya tha ke tumhare liye jo namoona hai, example hai, woh aap ke Sahaba mein, Rasool Allah companions mein.</w:t>
      </w:r>
    </w:p>
    <w:p>
      <w:pPr>
        <w:jc w:val="right"/>
      </w:pPr>
      <w:r>
        <w:t>اصحابک النجوم بے اہم اقتدیتم اقتدیتم والقدوتہم یعنی یہ بتایا گیا تھا کہ تمہارے لیے جو نمونہ ہے، ایگزامپل ہے، وہ آپ کے صحابہ میں، رسول اللہ کمپینین میں۔</w:t>
      </w:r>
    </w:p>
    <w:p>
      <w:r>
        <w:rPr>
          <w:b/>
        </w:rPr>
        <w:t xml:space="preserve">[15:38] </w:t>
      </w:r>
      <w:r>
        <w:t>yani Rasool Allah ne kuch logon ko barah-e-rast train kar ke</w:t>
      </w:r>
    </w:p>
    <w:p>
      <w:pPr>
        <w:jc w:val="right"/>
      </w:pPr>
      <w:r>
        <w:t>یعنی رسول اللہ نے کچھ لوگوں کو براہ راست ٹرین کر کے</w:t>
      </w:r>
    </w:p>
    <w:p>
      <w:r>
        <w:rPr>
          <w:b/>
        </w:rPr>
        <w:t xml:space="preserve">[15:46] </w:t>
      </w:r>
      <w:r>
        <w:t>acha musalman banaya, acha insan aur sacha musalman banaya. woh bhi hamare liye namoona the jo Rasool Allah ke baad bohat dinon tak duniya mein rahe,</w:t>
      </w:r>
    </w:p>
    <w:p>
      <w:pPr>
        <w:jc w:val="right"/>
      </w:pPr>
      <w:r>
        <w:t>اچھا مسلمان بنایا، اچھا انسان اور سچا مسلمان بنایا۔ وہ بھی ہمارے لیے نمونہ تھے جو رسول اللہ کے بعد بہت دنوں تک دنیا میں رہے،</w:t>
      </w:r>
    </w:p>
    <w:p>
      <w:r>
        <w:rPr>
          <w:b/>
        </w:rPr>
        <w:t xml:space="preserve">[16:03] </w:t>
      </w:r>
      <w:r>
        <w:t>bohat dinon tak duniya mein rahe, pachas saal, 70 saal tak duniya mein rahe. to logon ko un se milta maloom hota raha ke Rasool Allah kaisa insan banaya, Rasool Allah ne kaisa insan banaya, hamein kaise insan banna hai.</w:t>
      </w:r>
    </w:p>
    <w:p>
      <w:pPr>
        <w:jc w:val="right"/>
      </w:pPr>
      <w:r>
        <w:t>بہت دنوں تک دنیا میں رہے، پچاس سال، 70 سال تک دنیا میں رہے۔ تو لوگوں کو ان سے ملتا معلوم ہوتا رہا کہ رسول اللہ کیسا انسان بنایا، رسول اللہ نے کیسا انسان بنایا، ہمیں کیسے انسان بننا ہے۔</w:t>
      </w:r>
    </w:p>
    <w:p>
      <w:r>
        <w:rPr>
          <w:b/>
        </w:rPr>
        <w:t xml:space="preserve">[16:17] </w:t>
      </w:r>
      <w:r>
        <w:t>to Rasool Rasool Allah ke baaz Sahaba hamare liye goya ke model the,</w:t>
      </w:r>
    </w:p>
    <w:p>
      <w:pPr>
        <w:jc w:val="right"/>
      </w:pPr>
      <w:r>
        <w:t>تو رسول رسول اللہ کے بعض صحابہ ہمارے لیے گویا کہ ماڈل تھے،</w:t>
      </w:r>
    </w:p>
    <w:p>
      <w:r>
        <w:rPr>
          <w:b/>
        </w:rPr>
        <w:t xml:space="preserve">[16:23] </w:t>
      </w:r>
      <w:r>
        <w:t>namoona the. magar yahan bhi kya hua? ek ajib, ajib qism ka mysterious concept banaya gaya jis ne Sahaba ko hi model ke darje se hata diya.</w:t>
      </w:r>
    </w:p>
    <w:p>
      <w:pPr>
        <w:jc w:val="right"/>
      </w:pPr>
      <w:r>
        <w:t>نمونہ تھے۔ مگر یہاں بھی کیا ہوا؟ ایک عجیب، عجیب قسم کا مسٹیریس کانسیپٹ بنایا گیا جس نے صحابہ کو ہی ماڈل کے درجے سے ہٹا دیا۔</w:t>
      </w:r>
    </w:p>
    <w:p>
      <w:r>
        <w:rPr>
          <w:b/>
        </w:rPr>
        <w:t xml:space="preserve">[16:34] </w:t>
      </w:r>
      <w:r>
        <w:t>woh kya? suhbat. suhbat ka mysterious philosophy. yani Sahaba jo achhe insan bane the, sachhe musalman bane the aur character wale log bane the, woh kaise hue?</w:t>
      </w:r>
    </w:p>
    <w:p>
      <w:pPr>
        <w:jc w:val="right"/>
      </w:pPr>
      <w:r>
        <w:t>وہ کیا؟ صحبت۔ صحبت کا مسٹیریس فلاسفی۔ یعنی صحابہ جو اچھے انسان بنے تھے، سچے مسلمان بنے تھے اور کریکٹر والے لوگ بنے تھے، وہ کیسے ہوئے؟</w:t>
      </w:r>
    </w:p>
    <w:p>
      <w:r>
        <w:rPr>
          <w:b/>
        </w:rPr>
        <w:t xml:space="preserve">[16:51] </w:t>
      </w:r>
      <w:r>
        <w:t>woh ki</w:t>
      </w:r>
    </w:p>
    <w:p>
      <w:pPr>
        <w:jc w:val="right"/>
      </w:pPr>
      <w:r>
        <w:t>وہ کی</w:t>
      </w:r>
    </w:p>
    <w:p>
      <w:r>
        <w:rPr>
          <w:b/>
        </w:rPr>
        <w:t xml:space="preserve">[16:52] </w:t>
      </w:r>
      <w:r>
        <w:t>se hue? kaha jane laga ke fawaid-e-suhbat. yani ek nazar jis ne Rasool Allah ko dekh liya, bas goya ek magic tha, koi karishma tha ke us ki zindagi badal gai.</w:t>
      </w:r>
    </w:p>
    <w:p>
      <w:pPr>
        <w:jc w:val="right"/>
      </w:pPr>
      <w:r>
        <w:t>سے ہوئے؟ کہا جانے لگا کہ فوائد صحبت۔ یعنی ایک نظر جس نے رسول اللہ کو دیکھ لیا، بس گویا ایک میجک تھا، کوئی کرشمہ تھا کہ اس کی زندگی بدل گئی۔</w:t>
      </w:r>
    </w:p>
    <w:p>
      <w:r>
        <w:rPr>
          <w:b/>
        </w:rPr>
        <w:t xml:space="preserve">[17:04] </w:t>
      </w:r>
      <w:r>
        <w:t>jo aap aap ke pas baitha to us ki zindagi badal gai. yani yani mysteriously un ki zindagi badal gai.</w:t>
      </w:r>
    </w:p>
    <w:p>
      <w:pPr>
        <w:jc w:val="right"/>
      </w:pPr>
      <w:r>
        <w:t>جو آپ آپ کے پاس بیٹھا تو اس کی زندگی بدل گئی۔ یعنی یعنی مسٹیریسلی ان کی زندگی بدل گئی۔</w:t>
      </w:r>
    </w:p>
    <w:p>
      <w:r>
        <w:rPr>
          <w:b/>
        </w:rPr>
        <w:t xml:space="preserve">[17:12] </w:t>
      </w:r>
      <w:r>
        <w:t>ab ghor kijiye ke Sahabi Quran mein to hai, Quran mein to hai ke saaf lafzon mein ke fa-in amanu bi-mithli amantum bihi faqad i'tadau yani jis tarah se Sahaba Prophet ke companions momin bane the, waise hi momin tum maro,</w:t>
      </w:r>
    </w:p>
    <w:p>
      <w:pPr>
        <w:jc w:val="right"/>
      </w:pPr>
      <w:r>
        <w:t>اب غور کیجئے کہ صحابی قرآن میں تو ہے، قرآن میں تو ہے کہ صاف لفظوں میں کہ فَإِنْ آمَنُوا بِمِثْلِ آمَنْتُمْ بِهِ فَقَدْ اِعْتَدَوا یعنی جس طرح سے صحابہ پرافٹ کے کمپینین مومن بنے تھے، ویسے ہی مومن تم مرو،</w:t>
      </w:r>
    </w:p>
    <w:p>
      <w:r>
        <w:rPr>
          <w:b/>
        </w:rPr>
        <w:t xml:space="preserve">[17:39] </w:t>
      </w:r>
      <w:r>
        <w:t>tab tumhare liye hidayat hai, tab tumhare liye salvation hai. ab ghor kijiye, Quran to keh raha hai ke companions jaise musalman bano.</w:t>
      </w:r>
    </w:p>
    <w:p>
      <w:pPr>
        <w:jc w:val="right"/>
      </w:pPr>
      <w:r>
        <w:t>تب تمہارے لیے ہدایت ہے، تب تمہارے لیے سالویشن ہے۔ اب غور کیجئے، قرآن تو کہہ رہا ہے کہ کمپینین جیسے مسلمان بنو۔</w:t>
      </w:r>
    </w:p>
    <w:p>
      <w:r>
        <w:rPr>
          <w:b/>
        </w:rPr>
        <w:t xml:space="preserve">[17:51] </w:t>
      </w:r>
      <w:r>
        <w:t>ab sawal yeh hai ke bad ke log waise musalman kaise banenge? kyun ke jab sara mamla yeh hai ke Rasool Allah ko dekhne par banta tha aisa insan, ya aap ki suhbat mein baithne se miraculously aisa banta tha insan, ab hum kaise bane?</w:t>
      </w:r>
    </w:p>
    <w:p>
      <w:pPr>
        <w:jc w:val="right"/>
      </w:pPr>
      <w:r>
        <w:t>اب سوال یہ ہے کہ بعد کے لوگ ویسے مسلمان کیسے بنیں گے؟ کیونکہ جب سارا معاملہ یہ ہے کہ رسول اللہ کو دیکھنے پر بنتا تھا ایسا انسان، یا آپ کی صحبت میں بیٹھنے سے میریکولسلی ایسا بنتا تھا انسان، اب ہم کیسے بنے؟</w:t>
      </w:r>
    </w:p>
    <w:p>
      <w:r>
        <w:rPr>
          <w:b/>
        </w:rPr>
        <w:t xml:space="preserve">[18:08] </w:t>
      </w:r>
      <w:r>
        <w:t>hum kahan se Rasool Allah ki suhbat payenge? yahan bhi dekhiye, is ka silsila bilkul kaat diya gaya.</w:t>
      </w:r>
    </w:p>
    <w:p>
      <w:pPr>
        <w:jc w:val="right"/>
      </w:pPr>
      <w:r>
        <w:t>ہم کہاں سے رسول اللہ کی صحبت پائیں گے؟ یہاں بھی دیکھیے، اس کا سلسلہ بالکل کاٹ دیا گیا۔</w:t>
      </w:r>
    </w:p>
    <w:p>
      <w:r>
        <w:rPr>
          <w:b/>
        </w:rPr>
        <w:t xml:space="preserve">[18:20] </w:t>
      </w:r>
      <w:r>
        <w:t>yeh sara mamla yeh ban gaya ke sahaba jaisa insan banne ke liye, sahaba jaisay insan jo banay, woh is liye banay ke unhon ne rasool Allah ko dekha,</w:t>
      </w:r>
    </w:p>
    <w:p>
      <w:pPr>
        <w:jc w:val="right"/>
      </w:pPr>
      <w:r>
        <w:t>یہ سارا معاملہ یہ بن گیا کہ صحابہ جیسا انسان بننے کے لیے، صحابہ جیسے انسان جو بنے، وہ اس لیے بنے کہ انہوں نے رسول اللہ کو دیکھا،</w:t>
      </w:r>
    </w:p>
    <w:p>
      <w:r>
        <w:rPr>
          <w:b/>
        </w:rPr>
        <w:t xml:space="preserve">[18:31] </w:t>
      </w:r>
      <w:r>
        <w:t>rasool Allah ke paas bethe, aur rasool Allah ki goya ek mysterious shakhsiyat aap ki thi, us se unhein faiz mila.</w:t>
      </w:r>
    </w:p>
    <w:p>
      <w:pPr>
        <w:jc w:val="right"/>
      </w:pPr>
      <w:r>
        <w:t>رسول اللہ کے پاس بیٹھے، اور رسول اللہ کی گویا ایک مسٹیریس شخصیت آپ کی تھی، اس سے انہیں فیض ملا۔</w:t>
      </w:r>
    </w:p>
    <w:p>
      <w:r>
        <w:rPr>
          <w:b/>
        </w:rPr>
        <w:t xml:space="preserve">[18:44] </w:t>
      </w:r>
      <w:r>
        <w:t>to ab hum kya karein? rasool Allah to ab chale gaye dunya se, ab koi doosra rasool aanay wala nahi hai. yahan bhi dekhiye, jarr kat gayi.</w:t>
      </w:r>
    </w:p>
    <w:p>
      <w:pPr>
        <w:jc w:val="right"/>
      </w:pPr>
      <w:r>
        <w:t>تو اب ہم کیا کریں؟ رسول اللہ تو اب چلے گئے دنیا سے، اب کوئی دوسرا رسول آنے والا نہیں ہے۔ یہاں بھی دیکھیے، جڑ کٹ گئی۔</w:t>
      </w:r>
    </w:p>
    <w:p>
      <w:r>
        <w:rPr>
          <w:b/>
        </w:rPr>
        <w:t xml:space="preserve">[18:55] </w:t>
      </w:r>
      <w:r>
        <w:t>consciously ya unconsciously ban gaya yeh hamara mizaj ke hum chuke rasool Allah ki sohbat ka hamein blessing nahi mil rahi hai, hum apni aankhon se rasool Allah ko nahi dekh rahe hain, to ab kahan se woh woh banenge insan?</w:t>
      </w:r>
    </w:p>
    <w:p>
      <w:pPr>
        <w:jc w:val="right"/>
      </w:pPr>
      <w:r>
        <w:t>کانشیسلی یا کانشیسلی بن گیا یہ ہمارا مزاج کہ ہم چونکہ رسول اللہ کی صحبت کا ہمیں بلیسنگ نہیں مل رہی ہے، ہم اپنی آنکھوں سے رسول اللہ کو نہیں دیکھ رہے ہیں، تو اب کہاں سے وہ وہ بنیں گے انسان؟</w:t>
      </w:r>
    </w:p>
    <w:p>
      <w:r>
        <w:rPr>
          <w:b/>
        </w:rPr>
        <w:t xml:space="preserve">[19:07] </w:t>
      </w:r>
      <w:r>
        <w:t>waise ab to hum ban nahi sakte. yahan bhi jarr kat gayi.</w:t>
      </w:r>
    </w:p>
    <w:p>
      <w:pPr>
        <w:jc w:val="right"/>
      </w:pPr>
      <w:r>
        <w:t>ویسے اب تو ہم بن نہیں سکتے۔ یہاں بھی جڑ کٹ گئی۔</w:t>
      </w:r>
    </w:p>
    <w:p>
      <w:r>
        <w:rPr>
          <w:b/>
        </w:rPr>
        <w:t xml:space="preserve">[19:15] </w:t>
      </w:r>
      <w:r>
        <w:t>to paighambar jo hai, is liye hamare liye model nahi raha ke woh to Khuda ka darja hum ne de diya tha paighambar ko,</w:t>
      </w:r>
    </w:p>
    <w:p>
      <w:pPr>
        <w:jc w:val="right"/>
      </w:pPr>
      <w:r>
        <w:t>تو پیغمبر جو ہے، اس لیے ہمارے لیے ماڈل نہیں رہا کہ وہ تو خدا کا درجہ ہم نے دے دیا تھا پیغمبر کو،</w:t>
      </w:r>
    </w:p>
    <w:p>
      <w:r>
        <w:rPr>
          <w:b/>
        </w:rPr>
        <w:t xml:space="preserve">[19:27] </w:t>
      </w:r>
      <w:r>
        <w:t>aur sahaba bhi model is liye nahi rahe ke sahaba ka acha musalman banne ke baad hum ne yeh samajh liya ke rasool Allah ki sohbat, rasool Allah ko dekhna.</w:t>
      </w:r>
    </w:p>
    <w:p>
      <w:pPr>
        <w:jc w:val="right"/>
      </w:pPr>
      <w:r>
        <w:t>اور صحابہ بھی ماڈل اس لیے نہیں رہے کہ صحابہ کا اچھا مسلمان بننے کے بعد ہم نے یہ سمجھ لیا کہ رسول اللہ کی صحبت، رسول اللہ کو دیکھنا۔</w:t>
      </w:r>
    </w:p>
    <w:p>
      <w:r>
        <w:rPr>
          <w:b/>
        </w:rPr>
        <w:t xml:space="preserve">[19:37] </w:t>
      </w:r>
      <w:r>
        <w:t>to ab ab hum rasool Allah ke faut ho chuki hai, ab ab hum kahan se payenge rasool Allah ko? jahan ke hum dekhein aap ko.</w:t>
      </w:r>
    </w:p>
    <w:p>
      <w:pPr>
        <w:jc w:val="right"/>
      </w:pPr>
      <w:r>
        <w:t>تو اب اب ہم رسول اللہ کے وفات ہو چکی ہے، اب اب ہم کہاں سے پائیں گے رسول اللہ کو؟ جہاں کہ ہم دیکھیں آپ کو۔</w:t>
      </w:r>
    </w:p>
    <w:p>
      <w:r>
        <w:rPr>
          <w:b/>
        </w:rPr>
        <w:t xml:space="preserve">[19:46] </w:t>
      </w:r>
      <w:r>
        <w:t>ab ghor kijiye ke na to hum rasool Allah jaisay rasool Allah ke model ko apnanay ki position mein rahe, aur na consciously ya unconsciously.</w:t>
      </w:r>
    </w:p>
    <w:p>
      <w:pPr>
        <w:jc w:val="right"/>
      </w:pPr>
      <w:r>
        <w:t>اب غور کیجئے کہ نہ تو ہم رسول اللہ جیسے رسول اللہ کے ماڈل کو اپنانے کی پوزیشن میں رہے، اور نہ کانشیسلی یا انکانشیسلی۔</w:t>
      </w:r>
    </w:p>
    <w:p>
      <w:r>
        <w:rPr>
          <w:b/>
        </w:rPr>
        <w:t xml:space="preserve">[19:54] </w:t>
      </w:r>
      <w:r>
        <w:t>yeh yeh ho gaya hamara haal ke sahaba jaisay insan bhi hum nahi ban sakte. to ab dawaai character kahan se aaye?</w:t>
      </w:r>
    </w:p>
    <w:p>
      <w:pPr>
        <w:jc w:val="right"/>
      </w:pPr>
      <w:r>
        <w:t>یہ یہ ہو گیا ہمارا حال کہ صحابہ جیسے انسان بھی ہم نہیں بن سکتے۔ تو اب دوائی کریکٹر کہاں سے آئے؟</w:t>
      </w:r>
    </w:p>
    <w:p>
      <w:r>
        <w:rPr>
          <w:b/>
        </w:rPr>
        <w:t xml:space="preserve">[20:04] </w:t>
      </w:r>
      <w:r>
        <w:t>to main ne un logon se kaha jo mere paas aaye thay parson ke aap kehte hain ke musalmanon ke liye sab se zaroori hai ke woh character wale aur amal wale insan</w:t>
      </w:r>
    </w:p>
    <w:p>
      <w:pPr>
        <w:jc w:val="right"/>
      </w:pPr>
      <w:r>
        <w:t>تو میں نے ان لوگوں سے کہا جو میرے پاس آئے تھے پرسوں کہ آپ کہتے ہیں کہ مسلمانوں کے لیے سب سے ضروری ہے کہ وہ کریکٹر والے اور عمل والے انسان</w:t>
      </w:r>
    </w:p>
    <w:p>
      <w:r>
        <w:rPr>
          <w:b/>
        </w:rPr>
        <w:t xml:space="preserve">[20:15] </w:t>
      </w:r>
      <w:r>
        <w:t>banein, to woh banein kaise? aap hi logon ne jarr kaat di hai. aap hi woh log hain jinhon ne rasool Allah ko Khudaai ka darja de diya, aur sahaba ke liye keh diya ke woh to sohbat ka karishma tha.</w:t>
      </w:r>
    </w:p>
    <w:p>
      <w:pPr>
        <w:jc w:val="right"/>
      </w:pPr>
      <w:r>
        <w:t>بنیں، تو وہ بنیں کیسے؟ آپ ہی لوگوں نے جڑ کاٹ دی ہے۔ آپ ہی وہ لوگ ہیں جنہوں نے رسول اللہ کو خدائی کا درجہ دے دیا، اور صحابہ کے لیے کہہ دیا کہ وہ تو صحبت کا کرشمہ تھا۔</w:t>
      </w:r>
    </w:p>
    <w:p>
      <w:r>
        <w:rPr>
          <w:b/>
        </w:rPr>
        <w:t xml:space="preserve">[20:30] </w:t>
      </w:r>
      <w:r>
        <w:t>to baat to aap hi ne khatam kar di, aap hi ne to full stop laga diya.</w:t>
      </w:r>
    </w:p>
    <w:p>
      <w:pPr>
        <w:jc w:val="right"/>
      </w:pPr>
      <w:r>
        <w:t>تو بات تو آپ ہی نے ختم کر دی، آپ ہی نے تو فل سٹاپ لگا دیا۔</w:t>
      </w:r>
    </w:p>
    <w:p>
      <w:r>
        <w:rPr>
          <w:b/>
        </w:rPr>
        <w:t xml:space="preserve">[20:36] </w:t>
      </w:r>
      <w:r>
        <w:t>yani aik taraf aap ne model ko hamesha ke liye khatam kar diya, aur aap hi log kehte hain ke baamal musalman banao, hawa mein to banenge nahi, waikum tum pe to banenge nahi.</w:t>
      </w:r>
    </w:p>
    <w:p>
      <w:pPr>
        <w:jc w:val="right"/>
      </w:pPr>
      <w:r>
        <w:t>یعنی ایک طرف آپ نے ماڈل کو ہمیشہ کے لیے ختم کر دیا، اور آپ ہی لوگ کہتے ہیں کہ باعمل مسلمان بناؤ، ہوا میں تو بنیں گے نہیں، ویکم تم پہ تو بنیں گے نہیں۔</w:t>
      </w:r>
    </w:p>
    <w:p>
      <w:r>
        <w:rPr>
          <w:b/>
        </w:rPr>
        <w:t xml:space="preserve">[20:51] </w:t>
      </w:r>
      <w:r>
        <w:t>is ke liye aik model chahiye.</w:t>
      </w:r>
    </w:p>
    <w:p>
      <w:pPr>
        <w:jc w:val="right"/>
      </w:pPr>
      <w:r>
        <w:t>اس کے لیے ایک ماڈل چاہیے۔</w:t>
      </w:r>
    </w:p>
    <w:p>
      <w:r>
        <w:rPr>
          <w:b/>
        </w:rPr>
        <w:t xml:space="preserve">[20:55] </w:t>
      </w:r>
      <w:r>
        <w:t>to woh Quran ki aayatein hain, main ne do aayat aap ke samne parhein. aik aayat woh jis mein kaha gaya hai ke rasool ko model, rasool tumhare liye model hai, tum bhi rasool ki tarah bano.</w:t>
      </w:r>
    </w:p>
    <w:p>
      <w:pPr>
        <w:jc w:val="right"/>
      </w:pPr>
      <w:r>
        <w:t>تو وہ قرآن کی آیتیں ہیں، میں نے دو آیت آپ کے سامنے پڑھیں۔ ایک آیت وہ جس میں کہا گیا ہے کہ رسول کو ماڈل، رسول تمہارے لیے ماڈل ہے، تم بھی رسول کی طرح بنو۔</w:t>
      </w:r>
    </w:p>
    <w:p>
      <w:r>
        <w:rPr>
          <w:b/>
        </w:rPr>
        <w:t xml:space="preserve">[21:09] </w:t>
      </w:r>
      <w:r>
        <w:t>doosre aayat mein kaha gaya hai ke sahaba ne jis tarah se iman o Islam ko apnaya, waise hi tum bhi apne ko momin musalman banao.</w:t>
      </w:r>
    </w:p>
    <w:p>
      <w:pPr>
        <w:jc w:val="right"/>
      </w:pPr>
      <w:r>
        <w:t>دوسرے آیت میں کہا گیا ہے کہ صحابہ نے جس طرح سے ایمان و اسلام کو اپنایا، ویسے ہی تم بھی اپنے کو مومن مسلم بناؤ۔</w:t>
      </w:r>
    </w:p>
    <w:p>
      <w:r>
        <w:rPr>
          <w:b/>
        </w:rPr>
        <w:t xml:space="preserve">[21:22] </w:t>
      </w:r>
      <w:r>
        <w:t>to aap ne jab yeh keh diya ke sahaba banay thay sohbat ki wajah se, to woh abhi khatam. to dono aayatein baad ki generation ke liye irrelevant ho gayeen.</w:t>
      </w:r>
    </w:p>
    <w:p>
      <w:pPr>
        <w:jc w:val="right"/>
      </w:pPr>
      <w:r>
        <w:t>تو آپ نے جب یہ کہہ دیا کہ صحابہ بنے تھے صحبت کی وجہ سے، تو وہ ابھی ختم۔ تو دونوں آیتیں بعد کی جنریشن کے لیے ارریلیونٹ ہو گئیں۔</w:t>
      </w:r>
    </w:p>
    <w:p>
      <w:r>
        <w:rPr>
          <w:b/>
        </w:rPr>
        <w:t xml:space="preserve">[21:38] </w:t>
      </w:r>
      <w:r>
        <w:t>dono aayatein baad ki generation ke liye irrelevant ho gayeen. ab hum hawa mein muallaq hain, kati patang ki tarah se.</w:t>
      </w:r>
    </w:p>
    <w:p>
      <w:pPr>
        <w:jc w:val="right"/>
      </w:pPr>
      <w:r>
        <w:t>دونوں آیتیں بعد کی جنریشن کے لیے ارریلیونٹ ہو گئیں۔ اب ہم ہوا میں معلق ہیں، کٹی پتنگ کی طرح سے۔</w:t>
      </w:r>
    </w:p>
    <w:p>
      <w:r>
        <w:rPr>
          <w:b/>
        </w:rPr>
        <w:t xml:space="preserve">[21:47] </w:t>
      </w:r>
      <w:r>
        <w:t>na rasool wala model hamare liye practically possible hai, na sahaba wala model hamare liye practically possible hai. ab to kuch bhi nahi hai. yeh hai Islam ka strange ho jana, Islam ka ajnabi ho jana.</w:t>
      </w:r>
    </w:p>
    <w:p>
      <w:pPr>
        <w:jc w:val="right"/>
      </w:pPr>
      <w:r>
        <w:t>نہ رسول والا ماڈل ہمارے لیے پریکٹیکلی پاسیبل ہے، نہ صحابہ والا ماڈل ہمارے لیے پریکٹیکلی پاسیبل ہے۔ اب تو کچھ بھی نہیں ہے۔ یہ ہے اسلام کا اسٹرینج ہو جانا، اسلام کا اجنبی ہو جانا۔</w:t>
      </w:r>
    </w:p>
    <w:p>
      <w:r>
        <w:rPr>
          <w:b/>
        </w:rPr>
        <w:t xml:space="preserve">[22:07] </w:t>
      </w:r>
      <w:r>
        <w:t>isi tarah dekhiye,</w:t>
      </w:r>
    </w:p>
    <w:p>
      <w:pPr>
        <w:jc w:val="right"/>
      </w:pPr>
      <w:r>
        <w:t>اسی طرح دیکھیے،</w:t>
      </w:r>
    </w:p>
    <w:p>
      <w:r>
        <w:rPr>
          <w:b/>
        </w:rPr>
        <w:t xml:space="preserve">[22:11] </w:t>
      </w:r>
      <w:r>
        <w:t>da'wat ko lijiye. sara Quran kitab da'wat hai.</w:t>
      </w:r>
    </w:p>
    <w:p>
      <w:pPr>
        <w:jc w:val="right"/>
      </w:pPr>
      <w:r>
        <w:t>دعوت کو لیجئے۔ سارا قرآن کتاب دعوت ہے۔</w:t>
      </w:r>
    </w:p>
    <w:p>
      <w:r>
        <w:rPr>
          <w:b/>
        </w:rPr>
        <w:t xml:space="preserve">[22:17] </w:t>
      </w:r>
      <w:r>
        <w:t>Quran ke jis page ko aap kholiye, us mein da'wat hogi. Quran mein maslay masail nahi hain, Quran mein rituals ki detail nahi hai,</w:t>
      </w:r>
    </w:p>
    <w:p>
      <w:pPr>
        <w:jc w:val="right"/>
      </w:pPr>
      <w:r>
        <w:t>قرآن کے جس پیج کو آپ کھولیے، اس میں دعوت ہوگی۔ قرآن میں مسئلے مسائل نہیں ہیں، قرآن میں ریچولز کی ڈیٹیل نہیں ہے،</w:t>
      </w:r>
    </w:p>
    <w:p>
      <w:r>
        <w:rPr>
          <w:b/>
        </w:rPr>
        <w:t xml:space="preserve">[22:32] </w:t>
      </w:r>
      <w:r>
        <w:t>Quran mein form ka koi tazkara nahi hai. sara Quran jo hai, 99 percent da'wat, da'wat, da'wat ki baat karta hai.</w:t>
      </w:r>
    </w:p>
    <w:p>
      <w:pPr>
        <w:jc w:val="right"/>
      </w:pPr>
      <w:r>
        <w:t>قرآن میں فارم کا کوئی تذکرہ نہیں ہے۔ سارا قرآن جو ہے، 99 پرسنٹ دعوت، دعوت، دعوت کی بات کرتا ہے۔</w:t>
      </w:r>
    </w:p>
    <w:p>
      <w:r>
        <w:rPr>
          <w:b/>
        </w:rPr>
        <w:t xml:space="preserve">[22:47] </w:t>
      </w:r>
      <w:r>
        <w:t>lekin musalmanon mein da'wat ka concept hi khatam ho gaya. ab yeh halat hai ke da'wat ka naam diya jaye to kya samajhte hain log?</w:t>
      </w:r>
    </w:p>
    <w:p>
      <w:pPr>
        <w:jc w:val="right"/>
      </w:pPr>
      <w:r>
        <w:t>لیکن مسلمانوں میں دعوت کا کانسیپٹ ہی ختم ہو گیا۔ اب یہ حالت ہے کہ دعوت کا نام دیا جائے تو کیا سمجھتے ہیں لوگ؟</w:t>
      </w:r>
    </w:p>
    <w:p>
      <w:r>
        <w:rPr>
          <w:b/>
        </w:rPr>
        <w:t xml:space="preserve">[22:56] </w:t>
      </w:r>
      <w:r>
        <w:t>community work ko dawat samajhte hain.</w:t>
      </w:r>
    </w:p>
    <w:p>
      <w:pPr>
        <w:jc w:val="right"/>
      </w:pPr>
      <w:r>
        <w:t>کمیونٹی ورک کو دعوت سمجھتے ہیں۔</w:t>
      </w:r>
    </w:p>
    <w:p>
      <w:r>
        <w:rPr>
          <w:b/>
        </w:rPr>
        <w:t xml:space="preserve">[23:01] </w:t>
      </w:r>
      <w:r>
        <w:t>saari duniya mein, India mein aur bahar jahan bhi mein jaata hoon, log community work karte hain. Is ko samajhte hain ke hum dawat work kar rahe hain, matlab Musalmanon mein kaam karte hain.</w:t>
      </w:r>
    </w:p>
    <w:p>
      <w:pPr>
        <w:jc w:val="right"/>
      </w:pPr>
      <w:r>
        <w:t>ساری دنیا میں، انڈیا میں اور باہر جہاں بھی میں جاتا ہوں، لوگ کمیونٹی ورک کرتے ہیں۔ اس کو سمجھتے ہیں کہ ہم دعویٰ ورک کر رہے ہیں، مطلب مسلمانوں میں کام کرتے ہیں۔</w:t>
      </w:r>
    </w:p>
    <w:p>
      <w:r>
        <w:rPr>
          <w:b/>
        </w:rPr>
        <w:t xml:space="preserve">[23:14] </w:t>
      </w:r>
      <w:r>
        <w:t>Musalmanon jo kaha jaata hai ke bohat bari jamaat ek hai, bohat bari jamaat, yaani dawat kiya jaata hai ke Musalmanon mein sab se bari jamaat, aur woh dawat karti hai ke hum dawat ka kaam kar rahe hain.</w:t>
      </w:r>
    </w:p>
    <w:p>
      <w:pPr>
        <w:jc w:val="right"/>
      </w:pPr>
      <w:r>
        <w:t>مسلمانوں جو کہا جاتا ہے کہ بہت بڑی جماعت ایک ہے، بہت بڑی جماعت، یعنی دعویٰ کیا جاتا ہے کہ مسلمانوں میں سب سے بڑی جماعت، اور وہ دعویٰ کرتی ہے کہ ہم دعویٰ دعوت کا کام کر رہے ہیں۔</w:t>
      </w:r>
    </w:p>
    <w:p>
      <w:r>
        <w:rPr>
          <w:b/>
        </w:rPr>
        <w:t xml:space="preserve">[23:25] </w:t>
      </w:r>
      <w:r>
        <w:t>lekin kaam kya kar rahi hai? Namaz padhana hai logon ko,</w:t>
      </w:r>
    </w:p>
    <w:p>
      <w:pPr>
        <w:jc w:val="right"/>
      </w:pPr>
      <w:r>
        <w:t>لیکن کام کیا کر رہی ہے؟ نماز پڑھانا ہے لوگوں کو،</w:t>
      </w:r>
    </w:p>
    <w:p>
      <w:r>
        <w:rPr>
          <w:b/>
        </w:rPr>
        <w:t xml:space="preserve">[23:30] </w:t>
      </w:r>
      <w:r>
        <w:t>yaani masjid war tehreek ko chala rahe hain. Masjido mein jaa kar logon ko namaz sikha</w:t>
      </w:r>
    </w:p>
    <w:p>
      <w:pPr>
        <w:jc w:val="right"/>
      </w:pPr>
      <w:r>
        <w:t>یعنی مسجد وار تحریک کو چلا رہے ہیں۔ مسجدوں میں جایا کر لوگوں کو نماز سکھ</w:t>
      </w:r>
    </w:p>
    <w:p>
      <w:r>
        <w:rPr>
          <w:b/>
        </w:rPr>
        <w:t xml:space="preserve">[23:35] </w:t>
      </w:r>
      <w:r>
        <w:t>ate hain, aur woh kehte hain ke dawat kar rahe hain. Woh toh community work hai,</w:t>
      </w:r>
    </w:p>
    <w:p>
      <w:pPr>
        <w:jc w:val="right"/>
      </w:pPr>
      <w:r>
        <w:t>اتے ہیں، اور وہ کہتے ہیں کہ دعوت کر رہے ہیں۔ وہ تو کمیونٹی ورک ہے،</w:t>
      </w:r>
    </w:p>
    <w:p>
      <w:r>
        <w:rPr>
          <w:b/>
        </w:rPr>
        <w:t xml:space="preserve">[23:42] </w:t>
      </w:r>
      <w:r>
        <w:t>yaani Musalmanon ki islaah ka ka kaam karna yeh hai community work. Ab bataiye ke itna zyada log be khabar ho chuke hain dawat se ke koi community work karta hai, dawat samajhta hai, koi siyasi hungama khara kar ke kya hua hai, woh bhi dawat samajhta hai.</w:t>
      </w:r>
    </w:p>
    <w:p>
      <w:pPr>
        <w:jc w:val="right"/>
      </w:pPr>
      <w:r>
        <w:t>یعنی مسلمانوں کی اصلاح کا کا کام کرنا یہ ہے کمیونٹی ورک۔ اب بتائیے کہ اتنا زیادہ لوگ بے خبر ہو چکے ہیں دعوت سے کہ کوئی کمیونٹی ورک کرتا ہے، دعوت سمجھتا ہے، کوئی سیاسی ہنگامہ کھڑا کر کے کیا ہوا ہے، وہ بھی دعوت سمجھتا ہے۔</w:t>
      </w:r>
    </w:p>
    <w:p>
      <w:r>
        <w:rPr>
          <w:b/>
        </w:rPr>
        <w:t xml:space="preserve">[24:03] </w:t>
      </w:r>
      <w:r>
        <w:t>itna zyada jo hadith mein aaya, mein ne arz kiya ke log logon ke liye Islam ajnabi ban jayega. Ajnabi toh dawat dekhein, ajnabi ban gayi hai.</w:t>
      </w:r>
    </w:p>
    <w:p>
      <w:pPr>
        <w:jc w:val="right"/>
      </w:pPr>
      <w:r>
        <w:t>اتنا زیادہ جو حدیث میں آیا، میں نے عرض کیا کہ لوگ لوگوں کے لیے اسلام اجنبی بن جائے گا۔ اجنبی تو دعوت دیکھیں، اجنبی بن گئی ہے۔</w:t>
      </w:r>
    </w:p>
    <w:p>
      <w:r>
        <w:rPr>
          <w:b/>
        </w:rPr>
        <w:t xml:space="preserve">[24:16] </w:t>
      </w:r>
      <w:r>
        <w:t>dawat ka lafz bolenge, aur matlab ka un ka kya hoga? Community work, siyasi hungama, Musalmanon ke rights, aur koi Islam ke khilaaf gustakhi kar de toh us ke liye, us ke liye shor o ghul machana, yeh sab dawat work ban gaya hai.</w:t>
      </w:r>
    </w:p>
    <w:p>
      <w:pPr>
        <w:jc w:val="right"/>
      </w:pPr>
      <w:r>
        <w:t>دعوت کا لفظ بولیں گے، اور مطلب کا ان کا کیا ہوگا؟ کمیونٹی ورک، سیاسی ہنگامہ، مسلمانوں کے رائٹس، اور کوئی اسلام کے خلاف گستاخی کر دے تو اس کے لیے، اس کے لیے شور و غل مچانا، یہ سب دعویٰ ورک بن گیا ہے۔</w:t>
      </w:r>
    </w:p>
    <w:p>
      <w:r>
        <w:rPr>
          <w:b/>
        </w:rPr>
        <w:t xml:space="preserve">[24:33] </w:t>
      </w:r>
      <w:r>
        <w:t>nahin, is ka dawat, is ke qatil log dawat ko Quran mein inzaar o tafseer kaha gaya hai, yaani warning.</w:t>
      </w:r>
    </w:p>
    <w:p>
      <w:pPr>
        <w:jc w:val="right"/>
      </w:pPr>
      <w:r>
        <w:t>نہیں، اس کا دعویٰ، اس کے قاتل لوگ دعوت کو قرآن میں انذار و تفسیر کہا گیا ہے، یعنی وارننگ۔</w:t>
      </w:r>
    </w:p>
    <w:p>
      <w:r>
        <w:rPr>
          <w:b/>
        </w:rPr>
        <w:t xml:space="preserve">[24:45] </w:t>
      </w:r>
      <w:r>
        <w:t>warning kis baat ki? Insaan ko yeh batana ke Khuda ka creation plan kya hai, Khuda ka takhleeqi naqsha kya hai,</w:t>
      </w:r>
    </w:p>
    <w:p>
      <w:pPr>
        <w:jc w:val="right"/>
      </w:pPr>
      <w:r>
        <w:t>وارننگ کس بات کی؟ انسان کو یہ بتانا کہ خدا کا کریشن پلان کیا ہے، خدا کا تخلیقی نقشہ کیا ہے،</w:t>
      </w:r>
    </w:p>
    <w:p>
      <w:r>
        <w:rPr>
          <w:b/>
        </w:rPr>
        <w:t xml:space="preserve">[24:59] </w:t>
      </w:r>
      <w:r>
        <w:t>aur yeh batana ke duniya ki zindagi thode din din ki hai, yeh khatam ho jayegi, aur phir eternal zindagi shuru hogi maut ke baad, jahan paradise hai, jahan hell hai.</w:t>
      </w:r>
    </w:p>
    <w:p>
      <w:pPr>
        <w:jc w:val="right"/>
      </w:pPr>
      <w:r>
        <w:t>اور یہ بتانا کہ دنیا کی زندگی تھوڑے دن دن کی ہے، یہ ختم ہو جائے گی، اور پھر ایٹرنل زندگی شروع ہوگی موت کے بعد، جہاں پیراڈائز ہے، جہاں ہل ہے۔</w:t>
      </w:r>
    </w:p>
    <w:p>
      <w:r>
        <w:rPr>
          <w:b/>
        </w:rPr>
        <w:t xml:space="preserve">[25:10] </w:t>
      </w:r>
      <w:r>
        <w:t>in sab baaton se insaan ko aware karna, in sab baaton se insaan ko ba khabar karna, yeh hai dawat work.</w:t>
      </w:r>
    </w:p>
    <w:p>
      <w:pPr>
        <w:jc w:val="right"/>
      </w:pPr>
      <w:r>
        <w:t>ان سب باتوں سے انسان کو اویئر کرنا، ان سب باتوں سے انسان کو باخبر کرنا، یہ ہے دعویٰ ورک۔</w:t>
      </w:r>
    </w:p>
    <w:p>
      <w:r>
        <w:rPr>
          <w:b/>
        </w:rPr>
        <w:t xml:space="preserve">[25:21] </w:t>
      </w:r>
      <w:r>
        <w:t>toh mein ne ek lafz istemaal karna shuru kiya ke Daarud dawat, ke Islam ke mutabiq saari duniya Daarud dawat hai.</w:t>
      </w:r>
    </w:p>
    <w:p>
      <w:pPr>
        <w:jc w:val="right"/>
      </w:pPr>
      <w:r>
        <w:t>تو میں نے ایک لفظ استعمال کرنا شروع کیا کہ دارالدعویٰ، کہ اسلام کے مطابق ساری دنیا دارالدعویٰ ہے۔</w:t>
      </w:r>
    </w:p>
    <w:p>
      <w:r>
        <w:rPr>
          <w:b/>
        </w:rPr>
        <w:t xml:space="preserve">[25:37] </w:t>
      </w:r>
      <w:r>
        <w:t>toh pehle toh Daarud dawat ka mazaaq uraya gaya ke kahan se naya lafz nikaal liya, yeh toh kabhi istemaal nahin hua. Phir logon ne ek aur hoshiyari ki,</w:t>
      </w:r>
    </w:p>
    <w:p>
      <w:pPr>
        <w:jc w:val="right"/>
      </w:pPr>
      <w:r>
        <w:t>تو پہلے تو دارالدعویٰ کا مذاق اڑایا گیا کہ کہاں سے نیا لفظ نکال لیا، یہ تو کبھی استعمال نہیں ہوا۔ پھر لوگوں نے ایک اور ہوشیاری کی،</w:t>
      </w:r>
    </w:p>
    <w:p>
      <w:r>
        <w:rPr>
          <w:b/>
        </w:rPr>
        <w:t xml:space="preserve">[25:48] </w:t>
      </w:r>
      <w:r>
        <w:t>yeh kehne lage ke sahib, Daarud dawat toh saare ulama bolte hain. Kai is silsile mein kai kitaab aur article chhape mere khilaaf ke dawat dawat, aap kehte hain ke hum dawat dawat keh rahe hain duniya ko,</w:t>
      </w:r>
    </w:p>
    <w:p>
      <w:pPr>
        <w:jc w:val="right"/>
      </w:pPr>
      <w:r>
        <w:t>یہ کہنے لگے کہ صاحب، دارالدعویٰ تو سارے علماء بولتے ہیں۔ کئی اس سلسلے میں کئی کتاب اور آرٹیکل چھپے میرے خلاف کہ دعوت دعویٰ، آپ کہتے ہیں کہ ہم دعوت دعویٰ کہہ رہے ہیں دنیا کو،</w:t>
      </w:r>
    </w:p>
    <w:p>
      <w:r>
        <w:rPr>
          <w:b/>
        </w:rPr>
        <w:t xml:space="preserve">[26:05] </w:t>
      </w:r>
      <w:r>
        <w:t>toh dawat dawat toh sabhi log kehte hain, aur kai ulama ke naam liye gaye, un ki kitabon ke naam liye gaye,</w:t>
      </w:r>
    </w:p>
    <w:p>
      <w:pPr>
        <w:jc w:val="right"/>
      </w:pPr>
      <w:r>
        <w:t>تو دعوت دعویٰ تو سبھی لوگ کہتے ہیں، اور کئی علماء کے نام لیے گئے، ان کی کتابوں کے نام لیے گئے،</w:t>
      </w:r>
    </w:p>
    <w:p>
      <w:r>
        <w:rPr>
          <w:b/>
        </w:rPr>
        <w:t xml:space="preserve">[26:13] </w:t>
      </w:r>
      <w:r>
        <w:t>aur bilkul be, yaani baseless. Un se mein ne khat o kitaabat thi, correspondence kiya, mein ne kaha ke kahan hai woh, kin kitabon mein hai.</w:t>
      </w:r>
    </w:p>
    <w:p>
      <w:pPr>
        <w:jc w:val="right"/>
      </w:pPr>
      <w:r>
        <w:t>اور بالکل بے، یعنی بیس لیس۔ ان سے میں نے خط و کتابت تھی، کورسپانڈنس کیا، میں نے کہا کہ کہاں ہے وہ، کن کتابوں میں ہے۔</w:t>
      </w:r>
    </w:p>
    <w:p>
      <w:r>
        <w:rPr>
          <w:b/>
        </w:rPr>
        <w:t xml:space="preserve">[26:26] </w:t>
      </w:r>
      <w:r>
        <w:t>mein un kitabon ko dekha, un ke reference ko jaancha toh saare daawe bilkul galat the, yaani bilkul jhootay tor par keh diya gaya ke sahib, dawat dawat toh falan keh raha hai, dawat dawat toh falan keh raha hai.</w:t>
      </w:r>
    </w:p>
    <w:p>
      <w:pPr>
        <w:jc w:val="right"/>
      </w:pPr>
      <w:r>
        <w:t>میں ان کتابوں کو دیکھا، ان کے ریفرنس کو جانچا تو سارے دعوے بالکل غلط تھے، یعنی بالکل جھوٹے طور پر کہہ دیا گیا کہ صاحب، دعوت دعویٰ تو فلاں کہہ رہا ہے، دعوت دعویٰ تو فلاں کہہ رہا ہے۔</w:t>
      </w:r>
    </w:p>
    <w:p>
      <w:r>
        <w:rPr>
          <w:b/>
        </w:rPr>
        <w:t xml:space="preserve">[26:41] </w:t>
      </w:r>
      <w:r>
        <w:t>kisi ne bhi, kisi ek bhi aalim ne dawat dawat ka word use nahin kiya tha, aur baselessly keh diya gaya ke nahin, sahib, falan sahib ne, falan sahib ne, falan sahib ne.</w:t>
      </w:r>
    </w:p>
    <w:p>
      <w:pPr>
        <w:jc w:val="right"/>
      </w:pPr>
      <w:r>
        <w:t>کسی نے بھی، کسی ایک بھی عالم نے دعوت دعویٰ کا ورڈ یوز نہیں کیا تھا، اور بیس لیسلی کہہ دیا گیا کہ نہیں، صاحب، فلاں صاحب نے، فلاں صاحب نے، فلاں صاحب نے۔</w:t>
      </w:r>
    </w:p>
    <w:p>
      <w:r>
        <w:rPr>
          <w:b/>
        </w:rPr>
        <w:t xml:space="preserve">[26:53] </w:t>
      </w:r>
      <w:r>
        <w:t>aur jab mein ne un ko, yaani likha, correspondence kiya toh khule tor par maanne ko bhi tayyar nahin hue ke unhon ne galat hawale de diye the.</w:t>
      </w:r>
    </w:p>
    <w:p>
      <w:pPr>
        <w:jc w:val="right"/>
      </w:pPr>
      <w:r>
        <w:t>اور جب میں نے ان کو، یعنی لکھا، کورسپانڈنس کیا تو کھلے طور پر ماننے کو بھی تیار نہیں ہوئے کہ انہوں نے غلط حوالے دے دیے تھے۔</w:t>
      </w:r>
    </w:p>
    <w:p>
      <w:r>
        <w:rPr>
          <w:b/>
        </w:rPr>
        <w:t xml:space="preserve">[27:07] </w:t>
      </w:r>
      <w:r>
        <w:t>haan, ek sahib ne maana, lekin zyada tar logon ne nahin maana. Toh itna zyada log be khabar ho chuke hain ke doosre doosre kaam karte hain, is ko samajhte hain, samajhte hain ke hum dawat work kar rahe hain.</w:t>
      </w:r>
    </w:p>
    <w:p>
      <w:pPr>
        <w:jc w:val="right"/>
      </w:pPr>
      <w:r>
        <w:t>ہاں، ایک صاحب نے مانا، لیکن زیادہ تر لوگوں نے نہیں مانا۔ تو اتنا زیادہ لوگ بے خبر ہو چکے ہیں کہ دوسرے دوسرے کام کرتے ہیں، اس کو سمجھتے ہیں، سمجھتے ہیں کہ ہم دعویٰ ورک کر رہے ہیں۔</w:t>
      </w:r>
    </w:p>
    <w:p>
      <w:r>
        <w:rPr>
          <w:b/>
        </w:rPr>
        <w:t xml:space="preserve">[27:21] </w:t>
      </w:r>
      <w:r>
        <w:t>doosri kitaab, doosri baatein likhi hui hain, is ko samajhte hain ke dekho, unhon ne dawat dawat bata diya hai duniya ko. Yeh hai Islam ka strange ban jaana, Islam ka strange ban jaana,</w:t>
      </w:r>
    </w:p>
    <w:p>
      <w:pPr>
        <w:jc w:val="right"/>
      </w:pPr>
      <w:r>
        <w:t>دوسری کتاب، دوسری باتیں لکھی ہوئی ہیں، اس کو سمجھتے ہیں کہ دیکھو، انہوں نے دعوت دعویٰ بتا دیا ہے دنیا کو۔ یہ ہے اسلام کا اسٹرینج بن جانا، اسلام کا اسٹرینج بن جانا،</w:t>
      </w:r>
    </w:p>
    <w:p>
      <w:r>
        <w:rPr>
          <w:b/>
        </w:rPr>
        <w:t xml:space="preserve">[27:37] </w:t>
      </w:r>
      <w:r>
        <w:t>ajnabi ban jaana. Yeh bhi nahin jaante ke dawat dawat kya cheez hai.</w:t>
      </w:r>
    </w:p>
    <w:p>
      <w:pPr>
        <w:jc w:val="right"/>
      </w:pPr>
      <w:r>
        <w:t>اجنبی بن جانا۔ یہ بھی نہیں جانتے کہ دعوت دعویٰ کیا چیز ہے۔</w:t>
      </w:r>
    </w:p>
    <w:p>
      <w:r>
        <w:rPr>
          <w:b/>
        </w:rPr>
        <w:t xml:space="preserve">[27:45] </w:t>
      </w:r>
      <w:r>
        <w:t>ek kitaab ka hawala ek sahib ne diya, us mein lafz tha, ek arabi kitaab ka</w:t>
      </w:r>
    </w:p>
    <w:p>
      <w:pPr>
        <w:jc w:val="right"/>
      </w:pPr>
      <w:r>
        <w:t>ایک کتاب کا حوالہ ایک صاحب نے دیا، اس میں لفظ تھا، ایک عربی کتاب کا</w:t>
      </w:r>
    </w:p>
    <w:p>
      <w:r>
        <w:rPr>
          <w:b/>
        </w:rPr>
        <w:t xml:space="preserve">[27:51] </w:t>
      </w:r>
      <w:r>
        <w:t>, is mein lafz tha "dar o dawat". to woh mein ne parha, ajeeb baat hai ke is mein do lafz istemal kiye gaye thay: "dar ul islami" aur "dar o dawat".</w:t>
      </w:r>
    </w:p>
    <w:p>
      <w:pPr>
        <w:jc w:val="right"/>
      </w:pPr>
      <w:r>
        <w:t>، اس میں لفظ تھا "دار و دعوت"۔ تو وہ میں نے پڑھا، عجیب بات ہے کہ اس میں دو لفظ استعمال کیے گئے تھے: "دار و اسلامی" اور "دار و دعوت"۔</w:t>
      </w:r>
    </w:p>
    <w:p>
      <w:r>
        <w:rPr>
          <w:b/>
        </w:rPr>
        <w:t xml:space="preserve">[28:05] </w:t>
      </w:r>
      <w:r>
        <w:t>aur phir kaha gaya tha "kalima darul islam", yaani yaani "dar ul islam" aur "dar o dawat" dono ke baray mein likha hua tha ke "kalima darul islam" ke dono hi darul islam hain.</w:t>
      </w:r>
    </w:p>
    <w:p>
      <w:pPr>
        <w:jc w:val="right"/>
      </w:pPr>
      <w:r>
        <w:t>اور پھر کہا گیا تھا "کلیما دارالاسلام"، یعنی یعنی "دار اسلام" اور "دار دعوت" دونوں کے بارے میں لکھا ہوا تھا کہ "کلیما دارالاسلام" کہ دونوں ہی دارالاسلام ہیں۔</w:t>
      </w:r>
    </w:p>
    <w:p>
      <w:r>
        <w:rPr>
          <w:b/>
        </w:rPr>
        <w:t xml:space="preserve">[28:20] </w:t>
      </w:r>
      <w:r>
        <w:t>ab ghor kijiye ke "dar o daawa" bhi darul islam hai aur "dar ul islam" bhi darul islam hai. to mein ne un se kaha, yeh to minus marking ke mustahiq hain, yeh yeh jante hi nahin.</w:t>
      </w:r>
    </w:p>
    <w:p>
      <w:pPr>
        <w:jc w:val="right"/>
      </w:pPr>
      <w:r>
        <w:t>اب غور کیجئے کہ "دار و دعویٰ" بھی دارالاسلام ہے اور "دارالاسلام" بھی دارالاسلام ہے۔ تو میں نے ان سے کہا، یہ تو مائنس مارکنگ کے مستحق ہیں، یہ یہ جانتے ہی نہیں۔</w:t>
      </w:r>
    </w:p>
    <w:p>
      <w:r>
        <w:rPr>
          <w:b/>
        </w:rPr>
        <w:t xml:space="preserve">[28:34] </w:t>
      </w:r>
      <w:r>
        <w:t>darul islam woh jagah hai jahan logon ne islam ko accept kar liya ho, aur dawat daawa woh jagah hai jahan ab islam abhi accept nahin kiya gaya hai, sirf pohanchana hai aap ko paigham.</w:t>
      </w:r>
    </w:p>
    <w:p>
      <w:pPr>
        <w:jc w:val="right"/>
      </w:pPr>
      <w:r>
        <w:t>دارالاسلام وہ جگہ ہے جہاں لوگوں نے اسلام کو ایکسیپٹ کر لیا ہو، اور دعوت دعویٰ وہ جگہ ہے جہاں اب اسلام ابھی ایکسیپٹ نہیں کیا گیا ہے، صرف پہنچانا ہے آپ کو پیغام۔</w:t>
      </w:r>
    </w:p>
    <w:p>
      <w:r>
        <w:rPr>
          <w:b/>
        </w:rPr>
        <w:t xml:space="preserve">[28:47] </w:t>
      </w:r>
      <w:r>
        <w:t>aur kehte hain kahan "kalima darul islam".</w:t>
      </w:r>
    </w:p>
    <w:p>
      <w:pPr>
        <w:jc w:val="right"/>
      </w:pPr>
      <w:r>
        <w:t>اور کہتے ہیں کہاں "کلیما دارالاسلام"۔</w:t>
      </w:r>
    </w:p>
    <w:p>
      <w:r>
        <w:rPr>
          <w:b/>
        </w:rPr>
        <w:t xml:space="preserve">[28:51] </w:t>
      </w:r>
      <w:r>
        <w:t>is tarah ke references de kar ke yeh yeh dikhaya jaye, dikhaya gaya ke yaani hum koi akele nahin hain yeh kehne mein. "darud dawa" ka word bolne mein saare log "darud dawa" ko bolte hain, aur ek bhi aalim woh nahin sabit kar sake jis ne ke apni kitab mein "darud dawa" ka concept pesh kiya ho.</w:t>
      </w:r>
    </w:p>
    <w:p>
      <w:pPr>
        <w:jc w:val="right"/>
      </w:pPr>
      <w:r>
        <w:t>اس طرح کے ریفرنسز دے کر کے یہ یہ دکھایا جائے، دکھایا گیا کہ یعنی ہم کوئی اکیلے نہیں ہیں یہ کہنے میں۔ "دارالدعویٰ" کا ورڈ بولنے میں سارے لوگ "دارالدعویٰ" کو بولتے ہیں، اور ایک بھی عالم وہ نہیں ثابت کر سکے جس نے کہ اپنی کتاب میں "دارالدعویٰ" کا کانسیپٹ پیش کیا ہو۔</w:t>
      </w:r>
    </w:p>
    <w:p>
      <w:r>
        <w:rPr>
          <w:b/>
        </w:rPr>
        <w:t xml:space="preserve">[29:16] </w:t>
      </w:r>
      <w:r>
        <w:t>itni bekhabri hai asal islami talimat se,</w:t>
      </w:r>
    </w:p>
    <w:p>
      <w:pPr>
        <w:jc w:val="right"/>
      </w:pPr>
      <w:r>
        <w:t>اتنی بے خبری ہے اصل اسلامی تعلیمات سے،</w:t>
      </w:r>
    </w:p>
    <w:p>
      <w:r>
        <w:rPr>
          <w:b/>
        </w:rPr>
        <w:t xml:space="preserve">[29:20] </w:t>
      </w:r>
      <w:r>
        <w:t>islam ki jo asal teaching hai, kitna zyada is se bekhabar hain log. aise hi quran ko lijiye, aaj kal quran ki dhoom hai, magar dhoom kis baat ki hai?</w:t>
      </w:r>
    </w:p>
    <w:p>
      <w:pPr>
        <w:jc w:val="right"/>
      </w:pPr>
      <w:r>
        <w:t>اسلام کی جو اصل ٹیچنگ ہے، کتنا زیادہ اس سے بے خبر ہیں لوگ۔ ایسے ہی قرآن کو لیجئے، آج کل قرآن کی دھوم ہے، مگر دھوم کس بات کی ہے؟</w:t>
      </w:r>
    </w:p>
    <w:p>
      <w:r>
        <w:rPr>
          <w:b/>
        </w:rPr>
        <w:t xml:space="preserve">[29:36] </w:t>
      </w:r>
      <w:r>
        <w:t>kal mere paas ek sahib aaye, mein ne poocha ke aap kitne bachay hain? unhon ne kaha ke do bachay hain. mein ne kaha kya kar rahe hain? kaha sahib, woh hifz hifz kar rahe hain, quran ka hafiza kar rahe hain.</w:t>
      </w:r>
    </w:p>
    <w:p>
      <w:pPr>
        <w:jc w:val="right"/>
      </w:pPr>
      <w:r>
        <w:t>کل میرے پاس ایک صاحب آئے، میں نے پوچھا کہ آپ کتنے بچے ہیں؟ انہوں نے کہا کہ دو بچے ہیں۔ میں نے کہا کیا کر رہے ہیں؟ کہا صاحب، وہ حفظ حفظ کر رہے ہیں، قرآن کا حافظہ کر رہے ہیں۔</w:t>
      </w:r>
    </w:p>
    <w:p>
      <w:r>
        <w:rPr>
          <w:b/>
        </w:rPr>
        <w:t xml:space="preserve">[29:47] </w:t>
      </w:r>
      <w:r>
        <w:t>to log quran ke jo alfaaz hain, use ratte hain, jis ko hafiza kaha jata hai, us ko samajhte hain ke hum quran parh rahe hain. be samjhe boojhe tilawat karte hain, samajhte hain ke hum quran parh rahe hain.</w:t>
      </w:r>
    </w:p>
    <w:p>
      <w:pPr>
        <w:jc w:val="right"/>
      </w:pPr>
      <w:r>
        <w:t>تو لوگ قرآن کے جو الفاظ ہیں، اسے رٹتے ہیں، جس کو حافظہ کہا جاتا ہے، اس کو سمجھتے ہیں کہ ہم قرآن پڑھ رہے ہیں۔ بے سمجھے بوجھے تلاوت کرتے ہیں، سمجھتے ہیں کہ ہم قرآن پڑھ رہے ہیں۔</w:t>
      </w:r>
    </w:p>
    <w:p>
      <w:r>
        <w:rPr>
          <w:b/>
        </w:rPr>
        <w:t xml:space="preserve">[29:59] </w:t>
      </w:r>
      <w:r>
        <w:t>jalson mein tilawaten hoti hain, qariyon ke gaane ke andaaz mein khaas tarike se, woh samajhte hain quran parh rahe hain.</w:t>
      </w:r>
    </w:p>
    <w:p>
      <w:pPr>
        <w:jc w:val="right"/>
      </w:pPr>
      <w:r>
        <w:t>جلسوں میں تلاوتیں ہوتی ہیں، قاریوں کے گانے کے انداز میں خاص طریقے سے، وہ سمجھتے ہیں قرآن پڑھ رہے ہیں۔</w:t>
      </w:r>
    </w:p>
    <w:p>
      <w:r>
        <w:rPr>
          <w:b/>
        </w:rPr>
        <w:t xml:space="preserve">[30:08] </w:t>
      </w:r>
      <w:r>
        <w:t>quran mein hai ke quran kyun utara gaya? "liyadabbaro ayati" ke log quran ki ayaton par sochen,</w:t>
      </w:r>
    </w:p>
    <w:p>
      <w:pPr>
        <w:jc w:val="right"/>
      </w:pPr>
      <w:r>
        <w:t>قرآن میں ہے کہ قرآن کیوں اتارا گیا؟ "لیدبرو آیاتی" کہ لوگ قرآن کی آیتوں پر سوچیں،</w:t>
      </w:r>
    </w:p>
    <w:p>
      <w:r>
        <w:rPr>
          <w:b/>
        </w:rPr>
        <w:t xml:space="preserve">[30:22] </w:t>
      </w:r>
      <w:r>
        <w:t>log quran ki ayaton par ghor karen, log quran ki ayaton ko samajh kar is se is ke gehre jo meaning hai, us ko samjhen.</w:t>
      </w:r>
    </w:p>
    <w:p>
      <w:pPr>
        <w:jc w:val="right"/>
      </w:pPr>
      <w:r>
        <w:t>لوگ قرآن کی آیتوں پر غور کریں، لوگ قرآن کی آیتوں کو سمجھ کر اس سے اس کے گہرے جو میننگ ہے، اس کو سمجھیں۔</w:t>
      </w:r>
    </w:p>
    <w:p>
      <w:r>
        <w:rPr>
          <w:b/>
        </w:rPr>
        <w:t xml:space="preserve">[30:33] </w:t>
      </w:r>
      <w:r>
        <w:t>to quran utara gaya kis liye?</w:t>
      </w:r>
    </w:p>
    <w:p>
      <w:pPr>
        <w:jc w:val="right"/>
      </w:pPr>
      <w:r>
        <w:t>تو قرآن اتارا گیا کس لیے؟</w:t>
      </w:r>
    </w:p>
    <w:p>
      <w:r>
        <w:rPr>
          <w:b/>
        </w:rPr>
        <w:t xml:space="preserve">[30:36] </w:t>
      </w:r>
      <w:r>
        <w:t>is liye ke log is ko samjhen, is ki meaning ko daryaft karen. ab kya hai? koi quran ke alfaaz ka memorize kar raha hai, koi quran ke alfaaz ko yaani dohra raha hai, recite kar raha hai,</w:t>
      </w:r>
    </w:p>
    <w:p>
      <w:pPr>
        <w:jc w:val="right"/>
      </w:pPr>
      <w:r>
        <w:t>اس لیے کہ لوگ اس کو سمجھیں، اس کی میننگ کو دریافت کریں۔ اب کیا ہے؟ کوئی قرآن کے الفاظ کا میمرائز کر رہا ہے، کوئی قرآن کے الفاظ کو یعنی دہرا رہا ہے، ریسیٹ کر رہا ہے،</w:t>
      </w:r>
    </w:p>
    <w:p>
      <w:r>
        <w:rPr>
          <w:b/>
        </w:rPr>
        <w:t xml:space="preserve">[30:53] </w:t>
      </w:r>
      <w:r>
        <w:t>koi quran ke alfaaz ko khoob yaani woh seekh kar ke tajweed, jis ko kehte hain, seekh kar ke yaani khoob gaane ke andaaz mein parh raha hai.</w:t>
      </w:r>
    </w:p>
    <w:p>
      <w:pPr>
        <w:jc w:val="right"/>
      </w:pPr>
      <w:r>
        <w:t>کوئی قرآن کے الفاظ کو خوب یعنی وہ سیکھ کر کے تجوید، جس کو کہتے ہیں، سیکھ کر کے یعنی خوب گانے کے انداز میں پڑھ رہا ہے۔</w:t>
      </w:r>
    </w:p>
    <w:p>
      <w:r>
        <w:rPr>
          <w:b/>
        </w:rPr>
        <w:t xml:space="preserve">[31:05] </w:t>
      </w:r>
      <w:r>
        <w:t>us ko yeh sab bilashuba woh cheez nahin hai, us ke liye quran utara gaya.</w:t>
      </w:r>
    </w:p>
    <w:p>
      <w:pPr>
        <w:jc w:val="right"/>
      </w:pPr>
      <w:r>
        <w:t>اس کو یہ سب بلاشبہ وہ چیز نہیں ہے، اس کے لیے قرآن اتارا گیا۔</w:t>
      </w:r>
    </w:p>
    <w:p>
      <w:r>
        <w:rPr>
          <w:b/>
        </w:rPr>
        <w:t xml:space="preserve">[31:12] </w:t>
      </w:r>
      <w:r>
        <w:t>quran utara gaya khud quran ke alfaaz mein tadabbur ke liye, yaani is mein socha jaye, is se is mein se naseehat nikali jaye, is se sabak liya jaye,</w:t>
      </w:r>
    </w:p>
    <w:p>
      <w:pPr>
        <w:jc w:val="right"/>
      </w:pPr>
      <w:r>
        <w:t>قرآن اتارا گیا خود قرآن کے الفاظ میں تدبر کے لیے، یعنی اس میں سوچا جائے، اس سے اس میں سے نصیحت نکالی جائے، اس سے سبق لیا جائے،</w:t>
      </w:r>
    </w:p>
    <w:p>
      <w:r>
        <w:rPr>
          <w:b/>
        </w:rPr>
        <w:t xml:space="preserve">[31:27] </w:t>
      </w:r>
      <w:r>
        <w:t>is se apne aap ko yaani islah ka naqsha maloom kiya jaye. hum kya karen, kya na karen, yeh sab baaten pata ki jayen.</w:t>
      </w:r>
    </w:p>
    <w:p>
      <w:pPr>
        <w:jc w:val="right"/>
      </w:pPr>
      <w:r>
        <w:t>اس سے اپنے آپ کو یعنی اصلاح کا نقشہ معلوم کیا جائے۔ ہم کیا کریں، کیا نہ کریں، یہ سب باتیں پتہ کی جائیں۔</w:t>
      </w:r>
    </w:p>
    <w:p>
      <w:r>
        <w:rPr>
          <w:b/>
        </w:rPr>
        <w:t xml:space="preserve">[31:37] </w:t>
      </w:r>
      <w:r>
        <w:t>ab is se aap samajh sakte hain ke ke kitna ajeeb hai ke woh daur aa chuka hai jabke islam jo hai, ajnabi ban gaya hai.</w:t>
      </w:r>
    </w:p>
    <w:p>
      <w:pPr>
        <w:jc w:val="right"/>
      </w:pPr>
      <w:r>
        <w:t>اب اس سے آپ سمجھ سکتے ہیں کہ کہ کتنا عجیب ہے کہ وہ دور آ چکا ہے جبکہ اسلام جو ہے، اجنبی بن گیا ہے۔</w:t>
      </w:r>
    </w:p>
    <w:p>
      <w:r>
        <w:rPr>
          <w:b/>
        </w:rPr>
        <w:t xml:space="preserve">[31:50] </w:t>
      </w:r>
      <w:r>
        <w:t>mein abhi gaya tha ek shehar mein, andiyai mein, ek mahine ki baat hai, to wahan par apni taqreer mein mein ne yeh keh diya ke quran ke baray mein hadith mein aata hai, tirmidhi ki riwayat hai: "la tanqadi ajaibuhu".</w:t>
      </w:r>
    </w:p>
    <w:p>
      <w:pPr>
        <w:jc w:val="right"/>
      </w:pPr>
      <w:r>
        <w:t>میں ابھی گیا تھا ایک شہر میں، اندیائی میں، ایک مہینے کی بات ہے، تو وہاں پر اپنی تقریر میں میں نے یہ کہہ دیا کہ قرآن کے بارے میں حدیث میں آتا ہے، ترمذی کی روایت ہے: "لا تنقضی عجائبہ"۔</w:t>
      </w:r>
    </w:p>
    <w:p>
      <w:r>
        <w:rPr>
          <w:b/>
        </w:rPr>
        <w:t xml:space="preserve">[32:06] </w:t>
      </w:r>
      <w:r>
        <w:t>quran ke ajaib khatam na honge, yaani quran mein jo baaten hain, woh aaj abhi kuch discover hui hain,</w:t>
      </w:r>
    </w:p>
    <w:p>
      <w:pPr>
        <w:jc w:val="right"/>
      </w:pPr>
      <w:r>
        <w:t>قرآن کے عجائب ختم نہ ہوں گے، یعنی قرآن میں جو باتیں ہیں، وہ آج ابھی کچھ ڈسکور ہوئی ہیں،</w:t>
      </w:r>
    </w:p>
    <w:p>
      <w:r>
        <w:rPr>
          <w:b/>
        </w:rPr>
        <w:t xml:space="preserve">[32:19] </w:t>
      </w:r>
      <w:r>
        <w:t>aage bhi discover hoti rahen gi. yeh bohat se is ki meaning hai, jis ko log jante rahen ge, jante rahen ge, jante rahen</w:t>
      </w:r>
    </w:p>
    <w:p>
      <w:pPr>
        <w:jc w:val="right"/>
      </w:pPr>
      <w:r>
        <w:t>آگے بھی ڈسکور ہوتی رہیں گی۔ یہ بہت سے اس کی میننگ ہے، جس کو لوگ جانتے رہیں گے، جانتے رہیں گے، جانتے رہیں</w:t>
      </w:r>
    </w:p>
    <w:p>
      <w:r>
        <w:rPr>
          <w:b/>
        </w:rPr>
        <w:t xml:space="preserve">[32:28] </w:t>
      </w:r>
      <w:r>
        <w:t>ge. yeh itna meaningful hai quran ke is ke baray mein logon ka study, logon ki discoveries khatam nahin hongi.</w:t>
      </w:r>
    </w:p>
    <w:p>
      <w:pPr>
        <w:jc w:val="right"/>
      </w:pPr>
      <w:r>
        <w:t>گے۔ یہ اتنا میننگ فل ہے قرآن کہ اس کے بارے میں لوگوں کا اسٹڈی، لوگوں کی ڈسکوریز ختم نہیں ہوں گی۔</w:t>
      </w:r>
    </w:p>
    <w:p>
      <w:r>
        <w:rPr>
          <w:b/>
        </w:rPr>
        <w:t xml:space="preserve">[32:37] </w:t>
      </w:r>
      <w:r>
        <w:t>ab ek sahib ne kya kaha? ek aalim sahib ne: "la tanqadi ajaibuhu" to ek woh to zaeef riwayat hai. to mein ne kaha ke riwayat zaeef hai ya taqatwar hai, lekin yeh to waqea hai ke quran ke naye naye maani nikal rahe hain.</w:t>
      </w:r>
    </w:p>
    <w:p>
      <w:pPr>
        <w:jc w:val="right"/>
      </w:pPr>
      <w:r>
        <w:t>اب ایک صاحب نے کیا کہا؟ ایک عالم صاحب نے: "لا تنقضی عجائبہ" تو ایک وہ تو ضعیف روایت ہے۔ تو میں نے کہا کہ روایت ضعیف ہے یا طاقتور ہے، لیکن یہ تو واقعہ ہے کہ قرآن کے نئے نئے معنی نکل رہے ہیں۔</w:t>
      </w:r>
    </w:p>
    <w:p>
      <w:r>
        <w:rPr>
          <w:b/>
        </w:rPr>
        <w:t xml:space="preserve">[32:52] </w:t>
      </w:r>
      <w:r>
        <w:t>yeh to waqea hai.</w:t>
      </w:r>
    </w:p>
    <w:p>
      <w:pPr>
        <w:jc w:val="right"/>
      </w:pPr>
      <w:r>
        <w:t>یہ تو واقعہ ہے۔</w:t>
      </w:r>
    </w:p>
    <w:p>
      <w:r>
        <w:rPr>
          <w:b/>
        </w:rPr>
        <w:t xml:space="preserve">[32:55] </w:t>
      </w:r>
      <w:r>
        <w:t>misal ke taur par, maine kaha ke firoun ke body ke bare mein quran mein hai ke "alyawm nurji be badanka" ke firoun jo contemporary tha moosa ka,</w:t>
      </w:r>
    </w:p>
    <w:p>
      <w:pPr>
        <w:jc w:val="right"/>
      </w:pPr>
      <w:r>
        <w:t>مثال کے طور پر، میں نے کہا کہ فرعون کے باڈی کے بارے میں قرآن میں ہے کہ "الیوم نرجی بے بدنکا" کہ فرعون جو کنٹمپریری تھا موسیٰ کا،</w:t>
      </w:r>
    </w:p>
    <w:p>
      <w:r>
        <w:rPr>
          <w:b/>
        </w:rPr>
        <w:t xml:space="preserve">[33:10] </w:t>
      </w:r>
      <w:r>
        <w:t>to moosa ke contemporary firoun ka bare mein quran mein hai ke uski body ko hum preserve rakhenge. us waqt kisi ko pata nahi tha</w:t>
      </w:r>
    </w:p>
    <w:p>
      <w:pPr>
        <w:jc w:val="right"/>
      </w:pPr>
      <w:r>
        <w:t>تو موسیٰ کے کنٹمپریری فرعون کا بارے میں قرآن میں ہے کہ اس کی باڈی کو ہم پریزرو رکھیں گے۔ اس وقت کسی کو پتہ نہیں تھا</w:t>
      </w:r>
    </w:p>
    <w:p>
      <w:r>
        <w:rPr>
          <w:b/>
        </w:rPr>
        <w:t xml:space="preserve">[33:20] </w:t>
      </w:r>
      <w:r>
        <w:t>jab quran utra, sankron saal tak kisi ko pata nahi tha ke yeh kahan hai body uska. woh to 19 century ke aakhir mein kuch europe ke scholars gaye egypt, unhone ahram ko khola to wahan se woh body ko unhone discover kiya, yani taqreeban hazar saal baad.</w:t>
      </w:r>
    </w:p>
    <w:p>
      <w:pPr>
        <w:jc w:val="right"/>
      </w:pPr>
      <w:r>
        <w:t>جب قرآن اترا، سینکڑوں سال تک کسی کو پتہ نہیں تھا کہ یہ کہاں ہے باڈی اس کا۔ وہ تو 19 سینچری کے آخر میں کچھ یورپ کے سکالرز گئے ایجپٹ، انہوں نے احرام کو کھولا تو وہاں سے وہ باڈی کو انہوں نے ڈسکور کیا، یعنی تقریباً ہزار سال بعد۔</w:t>
      </w:r>
    </w:p>
    <w:p>
      <w:r>
        <w:rPr>
          <w:b/>
        </w:rPr>
        <w:t xml:space="preserve">[33:45] </w:t>
      </w:r>
      <w:r>
        <w:t>to yeh "la tanqazi aja'ibuhu" to ek historical fact hai.</w:t>
      </w:r>
    </w:p>
    <w:p>
      <w:pPr>
        <w:jc w:val="right"/>
      </w:pPr>
      <w:r>
        <w:t>تو یہ "لا تنقضی عجائبہ" تو ایک ہسٹاریکل فیکٹ ہے۔</w:t>
      </w:r>
    </w:p>
    <w:p>
      <w:r>
        <w:rPr>
          <w:b/>
        </w:rPr>
        <w:t xml:space="preserve">[33:49] </w:t>
      </w:r>
      <w:r>
        <w:t>ab ghor kijiye ke quran ko logon ne aisa bana rakha hai ke is mein bas jo baat hum jaan chuke pehle hain, bas wohi hai. ab kuch aur is mein jaanna nahi hai, is liye aap is ko tilawat karte raho.</w:t>
      </w:r>
    </w:p>
    <w:p>
      <w:pPr>
        <w:jc w:val="right"/>
      </w:pPr>
      <w:r>
        <w:t>اب غور کیجئے کہ قرآن کو لوگوں نے ایسا بنا رکھا ہے کہ اس میں بس جو بات ہم جان چکے پہلے ہیں، بس وہی ہے۔ اب کچھ اور اس میں جاننا نہیں ہے، اس لیے آپ اس کو تلاوت کرتے رہو۔</w:t>
      </w:r>
    </w:p>
    <w:p>
      <w:r>
        <w:rPr>
          <w:b/>
        </w:rPr>
        <w:t xml:space="preserve">[34:01] </w:t>
      </w:r>
      <w:r>
        <w:t>ab is ko sochne aur ghor karne ki zarurat kya hai? yani yeh baat ajnabi ban gayi hai ke quran mein aise mani ho sakte hain jo ab baad ki generation un par soch bichar kar ke daryaft kare, discover kare.</w:t>
      </w:r>
    </w:p>
    <w:p>
      <w:pPr>
        <w:jc w:val="right"/>
      </w:pPr>
      <w:r>
        <w:t>اب اس کو سوچنے اور غور کرنے کی ضرورت کیا ہے؟ یعنی یہ بات اجنبی بن گئی ہے کہ قرآن میں ایسے معنی ہو سکتے ہیں جو اب بعد کی جنریشن ان پر سوچ بچار کر کے دریافت کرے، ڈسکور کرے۔</w:t>
      </w:r>
    </w:p>
    <w:p>
      <w:r>
        <w:rPr>
          <w:b/>
        </w:rPr>
        <w:t xml:space="preserve">[34:15] </w:t>
      </w:r>
      <w:r>
        <w:t>yeh yeh concept ajnabi</w:t>
      </w:r>
    </w:p>
    <w:p>
      <w:pPr>
        <w:jc w:val="right"/>
      </w:pPr>
      <w:r>
        <w:t>یہ یہ کانسیپٹ اجنبی</w:t>
      </w:r>
    </w:p>
    <w:p>
      <w:r>
        <w:rPr>
          <w:b/>
        </w:rPr>
        <w:t xml:space="preserve">[34:17] </w:t>
      </w:r>
      <w:r>
        <w:t>ho gaya hai.</w:t>
      </w:r>
    </w:p>
    <w:p>
      <w:pPr>
        <w:jc w:val="right"/>
      </w:pPr>
      <w:r>
        <w:t>ہو گیا ہے۔</w:t>
      </w:r>
    </w:p>
    <w:p>
      <w:r>
        <w:rPr>
          <w:b/>
        </w:rPr>
        <w:t xml:space="preserve">[34:25] </w:t>
      </w:r>
      <w:r>
        <w:t>pura aap ghor karein to sara dhancha hi jo hai, abhi ajnabi ban chuka hai. dhancha</w:t>
      </w:r>
    </w:p>
    <w:p>
      <w:pPr>
        <w:jc w:val="right"/>
      </w:pPr>
      <w:r>
        <w:t>پورا آپ غور کریں تو سارا ڈھانچہ ہی جو ہے، ابھی اجنبی بن چکا ہے۔ ڈھانچہ</w:t>
      </w:r>
    </w:p>
    <w:p>
      <w:r>
        <w:rPr>
          <w:b/>
        </w:rPr>
        <w:t xml:space="preserve">[34:35] </w:t>
      </w:r>
      <w:r>
        <w:t>aap dekhein ke hadithon mein bohat zyada zor diya gaya hai ke hukoomaton ke khilaf baghavat na karo,</w:t>
      </w:r>
    </w:p>
    <w:p>
      <w:pPr>
        <w:jc w:val="right"/>
      </w:pPr>
      <w:r>
        <w:t>آپ دیکھیں کہ حدیثوں میں بہت زیادہ زور دیا گیا ہے کہ حکومتوں کے خلاف بغاوت نہ کرو،</w:t>
      </w:r>
    </w:p>
    <w:p>
      <w:r>
        <w:rPr>
          <w:b/>
        </w:rPr>
        <w:t xml:space="preserve">[34:46] </w:t>
      </w:r>
      <w:r>
        <w:t>jisko kehte hain arabi mein khurooj. khurooj mani hote hain revolt karna. ek established government jab qaim ho jaye, us ke khilaf khurooj karna, yani uska revolt karna, us ko dethrone karne ki campaign chalana,</w:t>
      </w:r>
    </w:p>
    <w:p>
      <w:pPr>
        <w:jc w:val="right"/>
      </w:pPr>
      <w:r>
        <w:t>جس کو کہتے ہیں عربی میں خروج۔ خروج معنی ہوتے ہیں ریولٹ کرنا۔ ایک اسٹیبلش گورنمنٹ جب قائم ہو جائے، اس کے خلاف خروج کرنا، یعنی اس کا ریولٹ کرنا، اس کو ڈی تھرون کرنے کی کیمپین چلانا،</w:t>
      </w:r>
    </w:p>
    <w:p>
      <w:r>
        <w:rPr>
          <w:b/>
        </w:rPr>
        <w:t xml:space="preserve">[35:02] </w:t>
      </w:r>
      <w:r>
        <w:t>yeh islam mein mana ki gayi hai. yeh yeh baat yahan tak ke muhaddiseen ne likha hai ke ke woh haram hai.</w:t>
      </w:r>
    </w:p>
    <w:p>
      <w:pPr>
        <w:jc w:val="right"/>
      </w:pPr>
      <w:r>
        <w:t>یہ اسلام میں منع کی گئی ہے۔ یہ یہ بات یہاں تک کہ محدثین نے لکھا ہے کہ کہ وہ حرام ہے۔</w:t>
      </w:r>
    </w:p>
    <w:p>
      <w:r>
        <w:rPr>
          <w:b/>
        </w:rPr>
        <w:t xml:space="preserve">[35:13] </w:t>
      </w:r>
      <w:r>
        <w:t>"wa 'ammal khurooj 'alayhim fa haramun bi ijma'il muslimeen" yeh imam nawawi ne likha hai. lekin kya hua? aaj dekhein ke aap saare muslim countries mein khurooj ho raha hai.</w:t>
      </w:r>
    </w:p>
    <w:p>
      <w:pPr>
        <w:jc w:val="right"/>
      </w:pPr>
      <w:r>
        <w:t>"وَعَمَّ الْخُرُوجُ عَلَيْهِمْ فَحَرَامٌ بِإِجْمَاءِ الْمُسْلِمِينَ" یہ امام نووی نے لکھا ہے۔ لیکن کیا ہوا؟ آج دیکھیں کہ آپ سارے مسلم کنٹریز میں خروج ہو رہا ہے۔</w:t>
      </w:r>
    </w:p>
    <w:p>
      <w:r>
        <w:rPr>
          <w:b/>
        </w:rPr>
        <w:t xml:space="preserve">[35:27] </w:t>
      </w:r>
      <w:r>
        <w:t>yeh wahan jo hukoomatein qaim hain, muslim countries mein har hukoomat ke khilaf wahan par movement chal rahi hai, us ko us ko dethrone karne ke liye.</w:t>
      </w:r>
    </w:p>
    <w:p>
      <w:pPr>
        <w:jc w:val="right"/>
      </w:pPr>
      <w:r>
        <w:t>یہ وہاں جو حکومتیں قائم ہیں، مسلم کنٹریز میں ہر حکومت کے خلاف وہاں پر موومنٹ چل رہی ہے، اس کو اس کو ڈی تھرون کرنے کے لیے۔</w:t>
      </w:r>
    </w:p>
    <w:p>
      <w:r>
        <w:rPr>
          <w:b/>
        </w:rPr>
        <w:t xml:space="preserve">[35:41] </w:t>
      </w:r>
      <w:r>
        <w:t>yeh kyun hai?</w:t>
      </w:r>
    </w:p>
    <w:p>
      <w:pPr>
        <w:jc w:val="right"/>
      </w:pPr>
      <w:r>
        <w:t>یہ کیوں ہے؟</w:t>
      </w:r>
    </w:p>
    <w:p>
      <w:r>
        <w:rPr>
          <w:b/>
        </w:rPr>
        <w:t xml:space="preserve">[35:42] </w:t>
      </w:r>
      <w:r>
        <w:t>halankeh islam mein khula khula mana kiya gaya hai ke established state ko, yani ek hukoomat jab qaim ho jaye to us ko maan kar tum apne doosre daire mein kaam karo.</w:t>
      </w:r>
    </w:p>
    <w:p>
      <w:pPr>
        <w:jc w:val="right"/>
      </w:pPr>
      <w:r>
        <w:t>حالانکہ اسلام میں کھلا کھلا منع کیا گیا ہے کہ اسٹیبلش اسٹیٹ کو، یعنی ایک حکومت جب قائم ہو جائے تو اس کو مان کر تم اپنے دوسرے دائرے میں کام کرو۔</w:t>
      </w:r>
    </w:p>
    <w:p>
      <w:r>
        <w:rPr>
          <w:b/>
        </w:rPr>
        <w:t xml:space="preserve">[35:58] </w:t>
      </w:r>
      <w:r>
        <w:t>hadith mein aata hai ke "ad'u ilayhim haqqan wa s'allahu haqqakum"</w:t>
      </w:r>
    </w:p>
    <w:p>
      <w:pPr>
        <w:jc w:val="right"/>
      </w:pPr>
      <w:r>
        <w:t>حدیث میں آتا ہے کہ "ادو الیہم حق وصر اللہ حقکم"</w:t>
      </w:r>
    </w:p>
    <w:p>
      <w:r>
        <w:rPr>
          <w:b/>
        </w:rPr>
        <w:t xml:space="preserve">[36:03] </w:t>
      </w:r>
      <w:r>
        <w:t>yani hukoomat jo tax mange ya hukoomat jo order jari kare, us ko follow karo aur apna jo haq hai, woh apni mehr se hazir karo, khuda par bharosa rakhte hue.</w:t>
      </w:r>
    </w:p>
    <w:p>
      <w:pPr>
        <w:jc w:val="right"/>
      </w:pPr>
      <w:r>
        <w:t>یعنی حکومت جو ٹیکس مانگے یا حکومت جو آرڈر جاری کرے، اس کو فالو کرو اور اپنا جو حق ہے، وہ اپنی مہر سے حاضر کرو، خدا پر بھروسہ رکھتے ہوئے۔</w:t>
      </w:r>
    </w:p>
    <w:p>
      <w:r>
        <w:rPr>
          <w:b/>
        </w:rPr>
        <w:t xml:space="preserve">[36:18] </w:t>
      </w:r>
      <w:r>
        <w:t>yani hukoomat jo haq mange aap ka, mislan tax ki shakal mein ya aur kisi qanoon ki shakal mein, us ko tum us par amal karo, us ko</w:t>
      </w:r>
    </w:p>
    <w:p>
      <w:pPr>
        <w:jc w:val="right"/>
      </w:pPr>
      <w:r>
        <w:t>یعنی حکومت جو حق مانگے آپ کا، مثلاً ٹیکس کی شکل میں یا اور کسی قانون کی شکل میں، اس کو تم اس پر عمل کرو، اس کو</w:t>
      </w:r>
    </w:p>
    <w:p>
      <w:r>
        <w:rPr>
          <w:b/>
        </w:rPr>
        <w:t xml:space="preserve">[36:34] </w:t>
      </w:r>
      <w:r>
        <w:t>us ko tasleem karte hue us ko follow karo. aur jahan tak tumhare apne haq ki baat hai to khuda par bharosa rakhte hue mehnat karo.</w:t>
      </w:r>
    </w:p>
    <w:p>
      <w:pPr>
        <w:jc w:val="right"/>
      </w:pPr>
      <w:r>
        <w:t>اس کو تسلیم کرتے ہوئے اس کو فالو کرو۔ اور جہاں تک تمہارے اپنے حق کی بات ہے تو خدا پر بھروسہ کرتے ہوئے محنت کرو۔</w:t>
      </w:r>
    </w:p>
    <w:p>
      <w:r>
        <w:rPr>
          <w:b/>
        </w:rPr>
        <w:t xml:space="preserve">[36:44] </w:t>
      </w:r>
      <w:r>
        <w:t>mehnat ka mada hamesha khula rehta hai,</w:t>
      </w:r>
    </w:p>
    <w:p>
      <w:pPr>
        <w:jc w:val="right"/>
      </w:pPr>
      <w:r>
        <w:t>محنت کا مادہ ہمیشہ کھلا رہتا ہے،</w:t>
      </w:r>
    </w:p>
    <w:p>
      <w:r>
        <w:rPr>
          <w:b/>
        </w:rPr>
        <w:t xml:space="preserve">[36:48] </w:t>
      </w:r>
      <w:r>
        <w:t>lekin yeh is par amal nahi ho saka. kisi bhi muslim mulk mein amal nahi ho raha is ke upar. har jagah hangame khade kar rakhe logon ne jo wahan hukoomatein hain, un ke khilaf aap dekh lijiyee.</w:t>
      </w:r>
    </w:p>
    <w:p>
      <w:pPr>
        <w:jc w:val="right"/>
      </w:pPr>
      <w:r>
        <w:t>لیکن یہ اس پر عمل نہیں ہو سکا۔ کسی بھی مسلم ملک میں عمل نہیں ہو رہا اس کے اوپر۔ ہر جگہ ہنگامے کھڑے کر رکھے لوگوں نے جو وہاں حکومتیں ہیں، ان کے خلاف آپ دیکھ لیجئے۔</w:t>
      </w:r>
    </w:p>
    <w:p>
      <w:r>
        <w:rPr>
          <w:b/>
        </w:rPr>
        <w:t xml:space="preserve">[37:00] </w:t>
      </w:r>
      <w:r>
        <w:t>pakistan mein, bangladesh mein, egypt mein isi liye dictatorship bani hui hai. jagah saare muslim hukoomaton mein dictatorship hai.</w:t>
      </w:r>
    </w:p>
    <w:p>
      <w:pPr>
        <w:jc w:val="right"/>
      </w:pPr>
      <w:r>
        <w:t>پاکستان میں، بنگلہ دیش میں، ایجپٹ میں اسی لیے ڈکٹیٹرشپ بنی ہوئی ہے۔ جگہ سارے مسلم حکومتوں میں ڈکٹیٹرشپ ہے۔</w:t>
      </w:r>
    </w:p>
    <w:p>
      <w:r>
        <w:rPr>
          <w:b/>
        </w:rPr>
        <w:t xml:space="preserve">[37:11] </w:t>
      </w:r>
      <w:r>
        <w:t>log samajhte hain ke islam mein dictatorship hai, halankeh bilkul galat hai yeh baat.</w:t>
      </w:r>
    </w:p>
    <w:p>
      <w:pPr>
        <w:jc w:val="right"/>
      </w:pPr>
      <w:r>
        <w:t>لوگ سمجھتے ہیں کہ اسلام میں ڈکٹیٹرشپ ہے، حالانکہ بالکل غلط ہے یہ بات۔</w:t>
      </w:r>
    </w:p>
    <w:p>
      <w:r>
        <w:rPr>
          <w:b/>
        </w:rPr>
        <w:t xml:space="preserve">[37:16] </w:t>
      </w:r>
      <w:r>
        <w:t>islam mein to democracy hai, "amruhum shura baynahum". lekin hua yeh ke har muslim country mein musalman khare ho gaye apni hukoomaton ke khilaaf larnay ke liye, un ko dethrone karne ke liye,</w:t>
      </w:r>
    </w:p>
    <w:p>
      <w:pPr>
        <w:jc w:val="right"/>
      </w:pPr>
      <w:r>
        <w:t>اسلام میں تو ڈیموکریسی ہے، "امرہم شوریٰ بینہم"۔ لیکن ہوا یہ کہ ہر مسلم کنٹری میں مسلمان کھڑے ہوگئے اپنی حکومتوں کے خلاف لڑنے کے لیے، ان کو ڈی تھرون کرنے کے لیے،</w:t>
      </w:r>
    </w:p>
    <w:p>
      <w:r>
        <w:rPr>
          <w:b/>
        </w:rPr>
        <w:t xml:space="preserve">[37:31] </w:t>
      </w:r>
      <w:r>
        <w:t>un ko in seat karne ke liye, rulers ko. to din bad din rulers jo hain, dictator bante chale gaye.</w:t>
      </w:r>
    </w:p>
    <w:p>
      <w:pPr>
        <w:jc w:val="right"/>
      </w:pPr>
      <w:r>
        <w:t>ان کو ان سیٹ کرنے کے لیے، رولرز کو۔ تو دن بدن رولرز جو ہیں، ڈکٹیٹر بنتے چلے گئے۔</w:t>
      </w:r>
    </w:p>
    <w:p>
      <w:r>
        <w:rPr>
          <w:b/>
        </w:rPr>
        <w:t xml:space="preserve">[37:39] </w:t>
      </w:r>
      <w:r>
        <w:t>muslim mulkon mein jo dictatorship qaim hai, is ki direct responsibility jati hai kis ke oopar? un logon par jinhon ne in hukoomaton ke khilaaf tehreekein chalayin, un ko dethrone karne ki campaign chalayi.</w:t>
      </w:r>
    </w:p>
    <w:p>
      <w:pPr>
        <w:jc w:val="right"/>
      </w:pPr>
      <w:r>
        <w:t>مسلم ملکوں میں جو ڈکٹیٹرشپ قائم ہے، اس کی ڈائریکٹ رسپانسبیلٹی جاتی ہے کس کے اوپر؟ ان لوگوں پر جنہوں نے ان حکومتوں کے خلاف تحریکیں چلائیں، ان کو ڈی تھرون کرنے کی کیمپین چلائی۔</w:t>
      </w:r>
    </w:p>
    <w:p>
      <w:r>
        <w:rPr>
          <w:b/>
        </w:rPr>
        <w:t xml:space="preserve">[37:58] </w:t>
      </w:r>
      <w:r>
        <w:t>har jagah, har muslim mulk mein yeh hua. har muslim</w:t>
      </w:r>
    </w:p>
    <w:p>
      <w:pPr>
        <w:jc w:val="right"/>
      </w:pPr>
      <w:r>
        <w:t>ہر جگہ، ہر مسلم ملک میں یہ ہوا۔ ہر مسلم</w:t>
      </w:r>
    </w:p>
    <w:p>
      <w:r>
        <w:rPr>
          <w:b/>
        </w:rPr>
        <w:t xml:space="preserve">[38:01] </w:t>
      </w:r>
      <w:r>
        <w:t>country mein nateeja kya hai? ke jo power mein tha, us power mein jo tha, jo us ne apne aap ko aur zyada strong banane ke liye dictatorship qaim kar di.</w:t>
      </w:r>
    </w:p>
    <w:p>
      <w:pPr>
        <w:jc w:val="right"/>
      </w:pPr>
      <w:r>
        <w:t>کنٹری میں نتیجہ کیا ہے؟ کہ جو پاور میں تھا، اس پاور میں جو تھا، جو اس نے اپنے آپ کو اور زیادہ اسٹرانگ بنانے کے لیے ڈکٹیٹرشپ قائم کر دی۔</w:t>
      </w:r>
    </w:p>
    <w:p>
      <w:r>
        <w:rPr>
          <w:b/>
        </w:rPr>
        <w:t xml:space="preserve">[38:14] </w:t>
      </w:r>
      <w:r>
        <w:t>ab bataiye, aisa kyun hua? is ki bhi ek raaz hai.</w:t>
      </w:r>
    </w:p>
    <w:p>
      <w:pPr>
        <w:jc w:val="right"/>
      </w:pPr>
      <w:r>
        <w:t>اب بتائیے، ایسا کیوں ہوا؟ اس کی بھی ایک راز ہے۔</w:t>
      </w:r>
    </w:p>
    <w:p>
      <w:r>
        <w:rPr>
          <w:b/>
        </w:rPr>
        <w:t xml:space="preserve">[38:22] </w:t>
      </w:r>
      <w:r>
        <w:t>baad ke zamane mein yeh jo logon ne yeh sab tehreekein uthayin, unhon ne hussain ko model bana liya.</w:t>
      </w:r>
    </w:p>
    <w:p>
      <w:pPr>
        <w:jc w:val="right"/>
      </w:pPr>
      <w:r>
        <w:t>بعد کے زمانے میں یہ جو لوگوں نے یہ سب تحریکیں اٹھائیں، انہوں نے حسین کو ماڈل بنا لیا۔</w:t>
      </w:r>
    </w:p>
    <w:p>
      <w:r>
        <w:rPr>
          <w:b/>
        </w:rPr>
        <w:t xml:space="preserve">[38:29] </w:t>
      </w:r>
      <w:r>
        <w:t>yeh hussain ne, aap jante hain ke banu umiya ke khilaaf kaha jata hai, main to nahi manta ke unhon ne khurooj kiya tha. dekhen, hussain ki ek image woh hai jo historical image hai, ek woh hai jo logon ne bana rakhi hai.</w:t>
      </w:r>
    </w:p>
    <w:p>
      <w:pPr>
        <w:jc w:val="right"/>
      </w:pPr>
      <w:r>
        <w:t>یہ حسین نے، آپ جانتے ہیں کہ بنو امیہ کے خلاف کہا جاتا ہے، میں تو نہیں مانتا کہ انہوں نے خروج کیا تھا۔ دیکھیں، حسین کی ایک امیج وہ ہے جو ہسٹاریکل امیج ہے، ایک وہ ہے جو لوگوں نے بنا رکھی ہے۔</w:t>
      </w:r>
    </w:p>
    <w:p>
      <w:r>
        <w:rPr>
          <w:b/>
        </w:rPr>
        <w:t xml:space="preserve">[38:43] </w:t>
      </w:r>
      <w:r>
        <w:t>logon ko invented hussain ka pata hai, historical hussain ka pata nahi hai. logon ko</w:t>
      </w:r>
    </w:p>
    <w:p>
      <w:pPr>
        <w:jc w:val="right"/>
      </w:pPr>
      <w:r>
        <w:t>لوگوں کو انوینٹڈ حسین کا پتہ ہے، ہسٹاریکل حسین کا پتہ نہیں ہے۔ لوگوں کو</w:t>
      </w:r>
    </w:p>
    <w:p>
      <w:r>
        <w:rPr>
          <w:b/>
        </w:rPr>
        <w:t xml:space="preserve">[38:50] </w:t>
      </w:r>
      <w:r>
        <w:t>hussain ki jo tasweer hai ke "sarr dad na dad dast dar dast", "sarr dad magar na dad", woh "sar diya magar haath nahi diya" yazeed ke haath mein.</w:t>
      </w:r>
    </w:p>
    <w:p>
      <w:pPr>
        <w:jc w:val="right"/>
      </w:pPr>
      <w:r>
        <w:t>حسین کی جو تصویر ہے کہ "سرداد نداد دست دردست"، "سرداد مگر نداد"، وہ "سر دیا مگر ہاتھ نہیں دیا" یزید کے ہاتھ میں۔</w:t>
      </w:r>
    </w:p>
    <w:p>
      <w:r>
        <w:rPr>
          <w:b/>
        </w:rPr>
        <w:t xml:space="preserve">[39:00] </w:t>
      </w:r>
      <w:r>
        <w:t>yeh invented image hai hussain ki, yeh re image nahi hai. kyun ke tabri ki tareekh jo hai, tareekh tabri, us mein aap dekh lijiyey, hussain ne kaha tha ke mujhe le chalo yazeed ke paas aur main us ke haath par haath rakh kar bai'at kar loon ga,</w:t>
      </w:r>
    </w:p>
    <w:p>
      <w:pPr>
        <w:jc w:val="right"/>
      </w:pPr>
      <w:r>
        <w:t>یہ انوینٹڈ امیج ہے حسین کی، یہ ری امیج نہیں ہے۔ کیونکہ طبری کی تاریخ جو ہے، تاریخ طبری، اس میں آپ دیکھ لیجئے، حسین نے کہا تھا کہ مجھے لے چلو یزید کے پاس اور میں اس کے ہاتھ پر ہاتھ رکھ کر بیعت کر لوں گا،</w:t>
      </w:r>
    </w:p>
    <w:p>
      <w:r>
        <w:rPr>
          <w:b/>
        </w:rPr>
        <w:t xml:space="preserve">[39:20] </w:t>
      </w:r>
      <w:r>
        <w:t>"aman yazeedi fi yad yazeed".</w:t>
      </w:r>
    </w:p>
    <w:p>
      <w:pPr>
        <w:jc w:val="right"/>
      </w:pPr>
      <w:r>
        <w:t>"امان عزایدی فیید یزید"۔</w:t>
      </w:r>
    </w:p>
    <w:p>
      <w:r>
        <w:rPr>
          <w:b/>
        </w:rPr>
        <w:t xml:space="preserve">[39:25] </w:t>
      </w:r>
      <w:r>
        <w:t>lekin unhon ne khud logon ne ek ek ek khud se ek image banayi hussain ki, kyun? apne jo log chala rahe thay campaign, political campaign, us ko justify karne ke liye.</w:t>
      </w:r>
    </w:p>
    <w:p>
      <w:pPr>
        <w:jc w:val="right"/>
      </w:pPr>
      <w:r>
        <w:t>لیکن انہوں نے خود لوگوں نے ایک ایک ایک خود سے ایک امیج بنائی حسین کی، کیوں؟ اپنے جو لوگ چلا رہے تھے کیمپین، پولیٹیکل کیمپین، اس کو جسٹیفائی کرنے کے لیے۔</w:t>
      </w:r>
    </w:p>
    <w:p>
      <w:r>
        <w:rPr>
          <w:b/>
        </w:rPr>
        <w:t xml:space="preserve">[39:40] </w:t>
      </w:r>
      <w:r>
        <w:t>pakistan ke ek bohat bade leader ne, ek muslim leader ne kaha tha, "hussain na ho to namoona kahan se aaye ga?"</w:t>
      </w:r>
    </w:p>
    <w:p>
      <w:pPr>
        <w:jc w:val="right"/>
      </w:pPr>
      <w:r>
        <w:t>پاکستان کے ایک بہت بڑے لیڈر نے، ایک مسلم لیڈر نے کہا تھا، "حسین نہ ہو تو نمونہ کہاں سے آئے گا؟"</w:t>
      </w:r>
    </w:p>
    <w:p>
      <w:r>
        <w:rPr>
          <w:b/>
        </w:rPr>
        <w:t xml:space="preserve">[39:48] </w:t>
      </w:r>
      <w:r>
        <w:t>yaani woh chala rahe thay tehreek bhutto ke khilaaf, ayub ke khilaaf, har ruler ke khilaaf, un ko dethrone karne ke liye, un ko ulto, un ko girao.</w:t>
      </w:r>
    </w:p>
    <w:p>
      <w:pPr>
        <w:jc w:val="right"/>
      </w:pPr>
      <w:r>
        <w:t>یعنی وہ چلا رہے تھے تحریک بھٹو کے خلاف، ایوب کے خلاف، ہر رولر کے خلاف، ان کو ڈی تھرون کرنے کے لیے، ان کو الٹو، ان کو گراؤ۔</w:t>
      </w:r>
    </w:p>
    <w:p>
      <w:r>
        <w:rPr>
          <w:b/>
        </w:rPr>
        <w:t xml:space="preserve">[39:59] </w:t>
      </w:r>
      <w:r>
        <w:t>to ek interview mein kaha tha unhon ne hussain ko pesh karte hue ke "hussain na ho to namoona kahan se aaye ga?"</w:t>
      </w:r>
    </w:p>
    <w:p>
      <w:pPr>
        <w:jc w:val="right"/>
      </w:pPr>
      <w:r>
        <w:t>تو ایک انٹرویو میں کہا تھا انہوں نے حسین کو پیش کرتے ہوئے کہ "حسین نہ ہو تو نمونہ کہاں سے آئے گا؟"</w:t>
      </w:r>
    </w:p>
    <w:p>
      <w:r>
        <w:rPr>
          <w:b/>
        </w:rPr>
        <w:t xml:space="preserve">[40:07] </w:t>
      </w:r>
      <w:r>
        <w:t>ab woh namoona hai hi nahi history mein. hussain ne khud hi kaha tha ke "aman yazeedi fi yad yazeed" ke main tayyar hoon ke mujhe le chalo yazeed ke paas, main us ke haath par apna haath rakh kar bai'at kar loon ga.</w:t>
      </w:r>
    </w:p>
    <w:p>
      <w:pPr>
        <w:jc w:val="right"/>
      </w:pPr>
      <w:r>
        <w:t>اب وہ نمونہ ہے ہی نہیں ہسٹری میں۔ حسین نے خود ہی کہا تھا کہ "امان عزایدی فیید یزید" کہ میں تیار ہوں کہ مجھے لے چلو یزید کے پاس، میں اس کے ہاتھ پر اپنا ہاتھ رکھ کر بیعت کر لوں گا۔</w:t>
      </w:r>
    </w:p>
    <w:p>
      <w:r>
        <w:rPr>
          <w:b/>
        </w:rPr>
        <w:t xml:space="preserve">[40:22] </w:t>
      </w:r>
      <w:r>
        <w:t>to logon ne ek ek invented hussain banaya, khud sakhta, jo tareekh mein nahi tha. is invented hussain ke zariye justify karne lage apni un activities ko jo islam ke khilaaf theen.</w:t>
      </w:r>
    </w:p>
    <w:p>
      <w:pPr>
        <w:jc w:val="right"/>
      </w:pPr>
      <w:r>
        <w:t>تو لوگوں نے ایک ایک انوینٹڈ حسین بنایا، خود ساختہ، جو تاریخ میں نہیں تھا۔ اس انوینٹڈ حسین کے ذریعے جسٹیفائی کرنے لگے اپنی ان ایکٹیویٹیز کو جو اسلام کے خلاف تھیں۔</w:t>
      </w:r>
    </w:p>
    <w:p>
      <w:r>
        <w:rPr>
          <w:b/>
        </w:rPr>
        <w:t xml:space="preserve">[40:39] </w:t>
      </w:r>
      <w:r>
        <w:t>yaani khurooj, khurooj ko kehte hain revolt karna. islam mein establish government ke khilaaf revolt karna haram hai, us ko achi tarah samajh lijiyey.</w:t>
      </w:r>
    </w:p>
    <w:p>
      <w:pPr>
        <w:jc w:val="right"/>
      </w:pPr>
      <w:r>
        <w:t>یعنی خروج، خروج کو کہتے ہیں ریولٹ کرنا۔ اسلام میں اسٹیبلش گورنمنٹ کے خلاف ریولٹ کرنا حرام ہے، اس کو اچھی طرح سمجھ لیجئے۔</w:t>
      </w:r>
    </w:p>
    <w:p>
      <w:r>
        <w:rPr>
          <w:b/>
        </w:rPr>
        <w:t xml:space="preserve">[40:51] </w:t>
      </w:r>
      <w:r>
        <w:t>to is haram ko jaiz kaise kiya jaye? to ek ek invented, invented model banaya unhon ne hussain ka aur us ko le kar lage justify karne.</w:t>
      </w:r>
    </w:p>
    <w:p>
      <w:pPr>
        <w:jc w:val="right"/>
      </w:pPr>
      <w:r>
        <w:t>تو اس حرام کو جائز کیسے کیا جائے؟ تو ایک ایک انوینٹڈ، انوینٹڈ ماڈل بنایا انہوں نے حسین کا اور اس کو لے کر لگے جسٹیفائی کرنے۔</w:t>
      </w:r>
    </w:p>
    <w:p>
      <w:r>
        <w:rPr>
          <w:b/>
        </w:rPr>
        <w:t xml:space="preserve">[41:01] </w:t>
      </w:r>
      <w:r>
        <w:t>mere paas references maujood</w:t>
      </w:r>
    </w:p>
    <w:p>
      <w:pPr>
        <w:jc w:val="right"/>
      </w:pPr>
      <w:r>
        <w:t>میرے پاس ریفرنسز موجود</w:t>
      </w:r>
    </w:p>
    <w:p>
      <w:r>
        <w:rPr>
          <w:b/>
        </w:rPr>
        <w:t xml:space="preserve">[41:03] </w:t>
      </w:r>
      <w:r>
        <w:t>hain, meri kitabon mein aap jaan sakte hain ke ek bohat bade aalim ne kaha tha pakistan mein ke "hussain na ho to namoona kahan se aaye ga?" to main ne kaha ke woh hussain to aap ka apna banaya hua hai, woh history mein kahan hai?</w:t>
      </w:r>
    </w:p>
    <w:p>
      <w:pPr>
        <w:jc w:val="right"/>
      </w:pPr>
      <w:r>
        <w:t>ہیں، میری کتابوں میں آپ جان سکتے ہیں کہ ایک بہت بڑے عالم نے کہا تھا پاکستان میں کہ "حسین نہ ہو تو نمونہ کہاں سے آئے گا؟" تو میں نے کہا کہ وہ حسین تو آپ کا اپنا بنایا ہوا ہے، وہ ہسٹری میں کہاں ہے؟</w:t>
      </w:r>
    </w:p>
    <w:p>
      <w:r>
        <w:rPr>
          <w:b/>
        </w:rPr>
        <w:t xml:space="preserve">[41:20] </w:t>
      </w:r>
      <w:r>
        <w:t>to yeh hai islam ka stage ban jana, baad ke zamane mein islam ka ajnabi ban jana.</w:t>
      </w:r>
    </w:p>
    <w:p>
      <w:pPr>
        <w:jc w:val="right"/>
      </w:pPr>
      <w:r>
        <w:t>تو یہ ہے اسلام کا اسٹیج بن جانا، بعد کے زمانے میں اسلام کا اجنبی بن جانا۔</w:t>
      </w:r>
    </w:p>
    <w:p>
      <w:r>
        <w:rPr>
          <w:b/>
        </w:rPr>
        <w:t xml:space="preserve">[41:31] </w:t>
      </w:r>
      <w:r>
        <w:t>to main wohi phir kahoon ga jo main ne abhi arz kiya tha ke jo aadmi yeh janna chahe ke khuda ka woh deen jis ko islam kaha jata hai, woh hai kya?</w:t>
      </w:r>
    </w:p>
    <w:p>
      <w:pPr>
        <w:jc w:val="right"/>
      </w:pPr>
      <w:r>
        <w:t>تو میں وہی پھر کہوں گا جو میں نے ابھی عرض کیا تھا کہ جو آدمی یہ جاننا چاہے کہ خدا کا وہ دین جس کو اسلام کہا جاتا ہے، وہ ہے کیا؟</w:t>
      </w:r>
    </w:p>
    <w:p>
      <w:r>
        <w:rPr>
          <w:b/>
        </w:rPr>
        <w:t xml:space="preserve">[41:44] </w:t>
      </w:r>
      <w:r>
        <w:t>is ki teaching hai kya? to us ko islam ko rediscover karna pare ga,</w:t>
      </w:r>
    </w:p>
    <w:p>
      <w:pPr>
        <w:jc w:val="right"/>
      </w:pPr>
      <w:r>
        <w:t>اس کی ٹیچنگ ہے کیا؟ تو اس کو اسلام کو ری ڈسکور کرنا پڑے گا،</w:t>
      </w:r>
    </w:p>
    <w:p>
      <w:r>
        <w:rPr>
          <w:b/>
        </w:rPr>
        <w:t xml:space="preserve">[41:54] </w:t>
      </w:r>
      <w:r>
        <w:t>re disk</w:t>
      </w:r>
    </w:p>
    <w:p>
      <w:pPr>
        <w:jc w:val="right"/>
      </w:pPr>
      <w:r>
        <w:t>ری ڈسک</w:t>
      </w:r>
    </w:p>
    <w:p>
      <w:r>
        <w:rPr>
          <w:b/>
        </w:rPr>
        <w:t xml:space="preserve">[41:55] </w:t>
      </w:r>
      <w:r>
        <w:t>war karna pare ga. yani jo islam pehle tha, baad ko wo dhak gaya, is par cover charh gaye aur wo ghubar par gaya.</w:t>
      </w:r>
    </w:p>
    <w:p>
      <w:pPr>
        <w:jc w:val="right"/>
      </w:pPr>
      <w:r>
        <w:t>ور کرنا پڑے گا۔ یعنی جو اسلام پہلے تھا، بعد کو وہ ڈھک گیا، اس پر کور چڑھ گئے اور وہ غبار پڑ گیا۔</w:t>
      </w:r>
    </w:p>
    <w:p>
      <w:r>
        <w:rPr>
          <w:b/>
        </w:rPr>
        <w:t xml:space="preserve">[42:04] </w:t>
      </w:r>
      <w:r>
        <w:t>jaisa ke hadith mein aata hai ke "lam yabqa min al-islami illa ismuhu, lam yabqa min al-qurani illa rasmuhu". yani aik zamanah aisa aye ga jab ke islam ka sirf naam reh jaye ga aur quran ke sirf lakeer reh jayen ge kaghaz ke oopar.</w:t>
      </w:r>
    </w:p>
    <w:p>
      <w:pPr>
        <w:jc w:val="right"/>
      </w:pPr>
      <w:r>
        <w:t>جیسا کہ حدیث میں آتا ہے کہ "لم یبق من الاسلام الا اسمہ، لم یبق من القران الا رسمہ"۔ یعنی ایک زمانہ ایسا آئے گا جب کہ اسلام کا صرف نام رہ جائے گا اور قرآن کے صرف لکیر رہ جائیں گے کاغذ کے اوپر۔</w:t>
      </w:r>
    </w:p>
    <w:p>
      <w:r>
        <w:rPr>
          <w:b/>
        </w:rPr>
        <w:t xml:space="preserve">[42:20] </w:t>
      </w:r>
      <w:r>
        <w:t>to wo zamanah aa</w:t>
      </w:r>
    </w:p>
    <w:p>
      <w:pPr>
        <w:jc w:val="right"/>
      </w:pPr>
      <w:r>
        <w:t>تو وہ زمانہ آ</w:t>
      </w:r>
    </w:p>
    <w:p>
      <w:r>
        <w:rPr>
          <w:b/>
        </w:rPr>
        <w:t xml:space="preserve">[42:21] </w:t>
      </w:r>
      <w:r>
        <w:t>chuka hai. to aap ko agar yeh chahte hain ke janen ke islam kya hai, to phir aap ko islam ko rediscover karna pare ga, warna aap islam ko samajh nahi sakte.</w:t>
      </w:r>
    </w:p>
    <w:p>
      <w:pPr>
        <w:jc w:val="right"/>
      </w:pPr>
      <w:r>
        <w:t>چکا ہے۔ تو آپ کو اگر یہ چاہتے ہیں کہ جانیں کہ اسلام کیا ہے، تو پھر آپ کو اسلام کو ری ڈسکور کرنا پڑے گا، ورنہ آپ اسلام کو سمجھ نہیں سکتے۔</w:t>
      </w:r>
    </w:p>
    <w:p>
      <w:r>
        <w:rPr>
          <w:b/>
        </w:rPr>
        <w:t xml:space="preserve">[42:34] </w:t>
      </w:r>
      <w:r>
        <w:t>mein apna aik zaati tajruba arz karoon. aik bahar ke aik baray scholar, aik muslim scholar jo bahar rehte hain,</w:t>
      </w:r>
    </w:p>
    <w:p>
      <w:pPr>
        <w:jc w:val="right"/>
      </w:pPr>
      <w:r>
        <w:t>میں اپنا ایک ذاتی تجربہ عرض کروں۔ ایک باہر کے ایک بڑے سکالر، ایک مسلم سکالر جو باہر رہتے ہیں،</w:t>
      </w:r>
    </w:p>
    <w:p>
      <w:r>
        <w:rPr>
          <w:b/>
        </w:rPr>
        <w:t xml:space="preserve">[42:45] </w:t>
      </w:r>
      <w:r>
        <w:t>india aaye, bohat parhay likhe hain, arabi language bhi jante hain, english bhi jante hain, achay speaker hain wo.</w:t>
      </w:r>
    </w:p>
    <w:p>
      <w:pPr>
        <w:jc w:val="right"/>
      </w:pPr>
      <w:r>
        <w:t>انڈیا آئے، بہت پڑھے لکھے ہیں، عربی لینگویج بھی جانتے ہیں، انگلش بھی جانتے ہیں، اچھے سپیکر ہیں وہ۔</w:t>
      </w:r>
    </w:p>
    <w:p>
      <w:r>
        <w:rPr>
          <w:b/>
        </w:rPr>
        <w:t xml:space="preserve">[42:54] </w:t>
      </w:r>
      <w:r>
        <w:t>to yahan dilli mein in ka aik program rakha gaya,</w:t>
      </w:r>
    </w:p>
    <w:p>
      <w:pPr>
        <w:jc w:val="right"/>
      </w:pPr>
      <w:r>
        <w:t>تو یہاں دلی میں ان کا ایک پروگرام رکھا گیا،</w:t>
      </w:r>
    </w:p>
    <w:p>
      <w:r>
        <w:rPr>
          <w:b/>
        </w:rPr>
        <w:t xml:space="preserve">[43:01] </w:t>
      </w:r>
      <w:r>
        <w:t>to unhon ne taqreer ki islam ke baray mein.</w:t>
      </w:r>
    </w:p>
    <w:p>
      <w:pPr>
        <w:jc w:val="right"/>
      </w:pPr>
      <w:r>
        <w:t>تو انہوں نے تقریر کی اسلام کے بارے میں۔</w:t>
      </w:r>
    </w:p>
    <w:p>
      <w:r>
        <w:rPr>
          <w:b/>
        </w:rPr>
        <w:t xml:space="preserve">[43:07] </w:t>
      </w:r>
      <w:r>
        <w:t>to mein wahan maujood tha, to yahin dilli ke aik musalman ne un se sawal kiya aakhir mein ke aap yeh bataiye ke india mein hum hain to yahan par hum minority mein hain,</w:t>
      </w:r>
    </w:p>
    <w:p>
      <w:pPr>
        <w:jc w:val="right"/>
      </w:pPr>
      <w:r>
        <w:t>تو میں وہاں موجود تھا، تو یہیں دلی کے ایک مسلمان نے ان سے سوال کیا آخر میں کہ آپ یہ بتائیے کہ انڈیا میں ہم ہیں تو یہاں پر ہم مائنورٹی میں ہیں،</w:t>
      </w:r>
    </w:p>
    <w:p>
      <w:r>
        <w:rPr>
          <w:b/>
        </w:rPr>
        <w:t xml:space="preserve">[43:22] </w:t>
      </w:r>
      <w:r>
        <w:t>hum yahan ruling position mein nahi hain, hum yahan minority mein hain. to india ke musalmanon ke liye islam kya guidance deta hai?</w:t>
      </w:r>
    </w:p>
    <w:p>
      <w:pPr>
        <w:jc w:val="right"/>
      </w:pPr>
      <w:r>
        <w:t>ہم یہاں رولنگ پوزیشن میں نہیں ہیں، ہم یہاں مائنورٹی میں ہیں۔ تو انڈیا کے مسلمانوں کے لیے اسلام کیا گائیڈنس دیتا ہے؟</w:t>
      </w:r>
    </w:p>
    <w:p>
      <w:r>
        <w:rPr>
          <w:b/>
        </w:rPr>
        <w:t xml:space="preserve">[43:33] </w:t>
      </w:r>
      <w:r>
        <w:t>india jaisay aik mulk mein jo musalman hain, as a minority, un ke baray mein is islam kya guidance deta hai?</w:t>
      </w:r>
    </w:p>
    <w:p>
      <w:pPr>
        <w:jc w:val="right"/>
      </w:pPr>
      <w:r>
        <w:t>انڈیا جیسے ایک ملک میں جو مسلمان ہیں، ایز اے مائنورٹی، ان کے بارے میں اس اسلام کیا گائیڈنس دیتا ہے؟</w:t>
      </w:r>
    </w:p>
    <w:p>
      <w:r>
        <w:rPr>
          <w:b/>
        </w:rPr>
        <w:t xml:space="preserve">[43:45] </w:t>
      </w:r>
      <w:r>
        <w:t>yani bohat hi ajeeb baat hui. wahan kuch dair wo chup rahe, jo english kehte hain, pause thori dair ke liye pause hua.</w:t>
      </w:r>
    </w:p>
    <w:p>
      <w:pPr>
        <w:jc w:val="right"/>
      </w:pPr>
      <w:r>
        <w:t>یعنی بہت ہی عجیب بات ہوئی۔ وہاں کچھ دیر وہ چپ رہے، جو انگلش کہتے ہیں، پاز تھوڑی دیر کے لیے پاز ہوا۔</w:t>
      </w:r>
    </w:p>
    <w:p>
      <w:r>
        <w:rPr>
          <w:b/>
        </w:rPr>
        <w:t xml:space="preserve">[43:58] </w:t>
      </w:r>
      <w:r>
        <w:t>is ke baad wo soch soch kar unhon ne aik aik lafz</w:t>
      </w:r>
    </w:p>
    <w:p>
      <w:pPr>
        <w:jc w:val="right"/>
      </w:pPr>
      <w:r>
        <w:t>اس کے بعد وہ سوچ سوچ کر انہوں نے ایک ایک لفظ</w:t>
      </w:r>
    </w:p>
    <w:p>
      <w:r>
        <w:rPr>
          <w:b/>
        </w:rPr>
        <w:t xml:space="preserve">[44:01] </w:t>
      </w:r>
      <w:r>
        <w:t>bola. wo unhon ne kaha ke is ka jawab bohat mushkil hai, kyunke islam mein position of strength ka model to maujood hai, lekin position of modesty ka model maujood nahi.</w:t>
      </w:r>
    </w:p>
    <w:p>
      <w:pPr>
        <w:jc w:val="right"/>
      </w:pPr>
      <w:r>
        <w:t>بولے۔ وہ انہوں نے کہا کہ اس کا جواب بہت مشکل ہے، کیونکہ اسلام میں پوزیشن آف اسٹرینتھ کا ماڈل تو موجود ہے، لیکن پوزیشن آف ماڈیسٹی کا ماڈل موجود نہیں۔</w:t>
      </w:r>
    </w:p>
    <w:p>
      <w:r>
        <w:rPr>
          <w:b/>
        </w:rPr>
        <w:t xml:space="preserve">[44:15] </w:t>
      </w:r>
      <w:r>
        <w:t>exactly yeh wording thi un ki ke islam mein position of strength ka model to maujood hai, lekin position of modesty ka model maujood nahi.</w:t>
      </w:r>
    </w:p>
    <w:p>
      <w:pPr>
        <w:jc w:val="right"/>
      </w:pPr>
      <w:r>
        <w:t>ایگزیکٹلی یہ ورڈنگ تھی ان کی کہ اسلام میں پوزیشن آف اسٹرینتھ کا ماڈل تو موجود ہے، لیکن پوزیشن آف ماڈیسٹی کا ماڈل موجود نہیں۔</w:t>
      </w:r>
    </w:p>
    <w:p>
      <w:r>
        <w:rPr>
          <w:b/>
        </w:rPr>
        <w:t xml:space="preserve">[44:33] </w:t>
      </w:r>
      <w:r>
        <w:t>mein hairaan reh gaya. maine un se kaha ke phir wo kaisa islam hai jis ko aap mukammal bhi batate hain? aap kehte hain ke islam aik mukammal nizam hai.</w:t>
      </w:r>
    </w:p>
    <w:p>
      <w:pPr>
        <w:jc w:val="right"/>
      </w:pPr>
      <w:r>
        <w:t>میں حیران رہ گیا۔ میں نے ان سے کہا کہ پھر وہ کیسا اسلام ہے جس کو آپ مکمل بھی بتاتے ہیں؟ آپ کہتے ہیں کہ اسلام ایک مکمل نظام ہے۔</w:t>
      </w:r>
    </w:p>
    <w:p>
      <w:r>
        <w:rPr>
          <w:b/>
        </w:rPr>
        <w:t xml:space="preserve">[44:46] </w:t>
      </w:r>
      <w:r>
        <w:t>ab doosri taraf aap yeh kehte hain ke sirf position of strength ke liye model to hai, is mein ab position of modesty ke liye model maujood nahi hai. maine kaha, rasool Allah jab shuru kiya apna mission makkah mein to kya shuru mein un ko taqat mil gayi thi?</w:t>
      </w:r>
    </w:p>
    <w:p>
      <w:pPr>
        <w:jc w:val="right"/>
      </w:pPr>
      <w:r>
        <w:t>اب دوسری طرف آپ یہ کہتے ہیں کہ صرف پوزیشن آف اسٹرینتھ کے لیے ماڈل تو ہے، اس میں اب پوزیشن آف ماڈیسٹی کے لیے ماڈل موجود نہیں ہے۔ میں نے کہا، رسول اللہ جب شروع کیا اپنا مشن مکہ میں تو کیا شروع میں ان کو طاقت مل گئی تھی؟</w:t>
      </w:r>
    </w:p>
    <w:p>
      <w:r>
        <w:rPr>
          <w:b/>
        </w:rPr>
        <w:t xml:space="preserve">[45:03] </w:t>
      </w:r>
      <w:r>
        <w:t>to kahan kahan se model lete thay wo?</w:t>
      </w:r>
    </w:p>
    <w:p>
      <w:pPr>
        <w:jc w:val="right"/>
      </w:pPr>
      <w:r>
        <w:t>تو کہاں کہاں سے ماڈل لیتے تھے وہ؟</w:t>
      </w:r>
    </w:p>
    <w:p>
      <w:r>
        <w:rPr>
          <w:b/>
        </w:rPr>
        <w:t xml:space="preserve">[45:08] </w:t>
      </w:r>
      <w:r>
        <w:t>yani poora makkah ka daur wo tha jab musalmanon ki hukoomat qaim nahi thi.</w:t>
      </w:r>
    </w:p>
    <w:p>
      <w:pPr>
        <w:jc w:val="right"/>
      </w:pPr>
      <w:r>
        <w:t>یعنی پورا مکہ کا دور وہ تھا جب مسلمانوں کی حکومت قائم نہیں تھی۔</w:t>
      </w:r>
    </w:p>
    <w:p>
      <w:r>
        <w:rPr>
          <w:b/>
        </w:rPr>
        <w:t xml:space="preserve">[45:14] </w:t>
      </w:r>
      <w:r>
        <w:t>musalmanon ki hukoomat jis ko kaha jata hai, wo madina mein qaim hui. yani 13 saal tak makkah mein thay rasool Allah, baad ko 10 saal tak madina mein.</w:t>
      </w:r>
    </w:p>
    <w:p>
      <w:pPr>
        <w:jc w:val="right"/>
      </w:pPr>
      <w:r>
        <w:t>مسلمانوں کی حکومت جس کو کہا جاتا ہے، وہ مدینہ میں قائم ہوئی۔ یعنی 13 سال تک مکہ میں تھے رسول اللہ، بعد کو 10 سال تک مدینہ میں۔</w:t>
      </w:r>
    </w:p>
    <w:p>
      <w:r>
        <w:rPr>
          <w:b/>
        </w:rPr>
        <w:t xml:space="preserve">[45:24] </w:t>
      </w:r>
      <w:r>
        <w:t>to shuru ka jo 13 saal hai, wo hamare logon ke mind se hadaf ho gaya hai, kyunke 13 saal makkah mein jo guzra aap ka, wo poora ka poora position of modesty ka model hai.</w:t>
      </w:r>
    </w:p>
    <w:p>
      <w:pPr>
        <w:jc w:val="right"/>
      </w:pPr>
      <w:r>
        <w:t>تو شروع کا جو 13 سال ہے، وہ ہمارے لوگوں کے مائنڈ سے حذف ہو گیا ہے، کیونکہ 13 سال مکہ میں جو گزرا آپ کا، وہ پورا کا پورا پوزیشن آف ماڈیسٹی کا ماڈل ہے۔</w:t>
      </w:r>
    </w:p>
    <w:p>
      <w:r>
        <w:rPr>
          <w:b/>
        </w:rPr>
        <w:t xml:space="preserve">[45:40] </w:t>
      </w:r>
      <w:r>
        <w:t>lekin ummat ke memory se wo hadaf ho gaya. ab is ko sirf yaad hai kaun sa daur?</w:t>
      </w:r>
    </w:p>
    <w:p>
      <w:pPr>
        <w:jc w:val="right"/>
      </w:pPr>
      <w:r>
        <w:t>لیکن امت کے میموری سے وہ حذف ہو گیا۔ اب اس کو صرف یاد ہے کون سا دور؟</w:t>
      </w:r>
    </w:p>
    <w:p>
      <w:r>
        <w:rPr>
          <w:b/>
        </w:rPr>
        <w:t xml:space="preserve">[45:47] </w:t>
      </w:r>
      <w:r>
        <w:t>madani daur, banu umayyah ka daur, abbasi daur, mughal daur, ottoman period, yeh un ko yaad hai. yeh hai matlab islam ka baad ke zamanay mein ajnabi ban jana.</w:t>
      </w:r>
    </w:p>
    <w:p>
      <w:pPr>
        <w:jc w:val="right"/>
      </w:pPr>
      <w:r>
        <w:t>مدنی دور، بنو امیہ کا دور، عباسی دور، مغل دور، اٹمان پیریڈ، یہ ان کو یاد ہے۔ یہ ہے مطلب اسلام کا بعد کے زمانے میں اجنبی بن جانا۔</w:t>
      </w:r>
    </w:p>
    <w:p>
      <w:r>
        <w:rPr>
          <w:b/>
        </w:rPr>
        <w:t xml:space="preserve">[46:03] </w:t>
      </w:r>
      <w:r>
        <w:t>kuch logon ko shayad yeh sochen ke abhi bhi islam par log amal kar rahe hain masjidon mein aur idhar udhar.</w:t>
      </w:r>
    </w:p>
    <w:p>
      <w:pPr>
        <w:jc w:val="right"/>
      </w:pPr>
      <w:r>
        <w:t>کچھ لوگوں کو شاید یہ سوچیں کہ ابھی بھی اسلام پر لوگ عمل کر رہے ہیں مسجدوں میں اور ادھر ادھر۔</w:t>
      </w:r>
    </w:p>
    <w:p>
      <w:r>
        <w:rPr>
          <w:b/>
        </w:rPr>
        <w:t xml:space="preserve">[46:16] </w:t>
      </w:r>
      <w:r>
        <w:t>asal yeh hai ke islam ka ajnabi banna yeh nahi ke khud islam ka naam hi khatm ho jaye ga, islam ka reduced form baqi rahe ga.</w:t>
      </w:r>
    </w:p>
    <w:p>
      <w:pPr>
        <w:jc w:val="right"/>
      </w:pPr>
      <w:r>
        <w:t>اصل یہ ہے کہ اسلام کا اجنبی بننا یہ نہیں کہ خود اسلام کا نام ہی ختم ہو جائے گا، اسلام کا ریڈیوسڈ فارم باقی رہے گا۔</w:t>
      </w:r>
    </w:p>
    <w:p>
      <w:r>
        <w:rPr>
          <w:b/>
        </w:rPr>
        <w:t xml:space="preserve">[46:28] </w:t>
      </w:r>
      <w:r>
        <w:t>yeh matlab hai is ka reduced form, reduced form ya distorted form.</w:t>
      </w:r>
    </w:p>
    <w:p>
      <w:pPr>
        <w:jc w:val="right"/>
      </w:pPr>
      <w:r>
        <w:t>یہ مطلب ہے اس کا ریڈیوسڈ فارم، ریڈیوسڈ فارم یا ڈس سٹارٹڈ فارم۔</w:t>
      </w:r>
    </w:p>
    <w:p>
      <w:r>
        <w:rPr>
          <w:b/>
        </w:rPr>
        <w:t xml:space="preserve">[46:40] </w:t>
      </w:r>
      <w:r>
        <w:t>misal ke taur par islam mein jihad ki taleem hai, aaj jo jihad hai, woh islam ka distorted form hai, woh jihad nahi hai.</w:t>
      </w:r>
    </w:p>
    <w:p>
      <w:pPr>
        <w:jc w:val="right"/>
      </w:pPr>
      <w:r>
        <w:t>مثلاً اسلام میں جہاد کی تعلیم ہے، آج جو جہاد ہے، وہ اسلام کا ڈس سٹارٹڈ فارم ہے، وہ جہاد نہیں ہے۔</w:t>
      </w:r>
    </w:p>
    <w:p>
      <w:r>
        <w:rPr>
          <w:b/>
        </w:rPr>
        <w:t xml:space="preserve">[46:53] </w:t>
      </w:r>
      <w:r>
        <w:t>to log samajhte hain ke jihad islam ka, islam ki jo teaching hai jihad ki, woh jaari hai. aisa nahi hai. Woh jo cheez aap dekh rahe hain, woh hai jihad ka distorted form.</w:t>
      </w:r>
    </w:p>
    <w:p>
      <w:pPr>
        <w:jc w:val="right"/>
      </w:pPr>
      <w:r>
        <w:t>تو لوگ سمجھتے ہیں کہ جہاد اسلام کا، اسلام کی جو ٹیچنگ ہے جہاد کی، وہ جاری ہے۔ ایسا نہیں ہے۔ وہ جو چیز آپ دیکھ رہے ہیں، وہ ہے جہاد کا ڈس سٹارٹڈ فارم۔</w:t>
      </w:r>
    </w:p>
    <w:p>
      <w:r>
        <w:rPr>
          <w:b/>
        </w:rPr>
        <w:t xml:space="preserve">[47:07] </w:t>
      </w:r>
      <w:r>
        <w:t>is liye hum is ko nahi maan sakte ke woh jihad jo islam ka hai, woh dunya mein jaari hai. Isi tarah sunnat, aap bohat jagah sunenge, sunnat ki dua rakhna sunnat hai, sar par topi rakhna sunnat hai,</w:t>
      </w:r>
    </w:p>
    <w:p>
      <w:pPr>
        <w:jc w:val="right"/>
      </w:pPr>
      <w:r>
        <w:t>اس لیے ہم اس کو نہیں مان سکتے کہ وہ جہاد جو اسلام کا ہے، وہ دنیا میں جاری ہے۔ اسی طرح سنت، آپ بہت جگہ سنیں گے، سنت کی دعا رکھنا سنت ہے، سر پر ٹوپی رکھنا سنت ہے،</w:t>
      </w:r>
    </w:p>
    <w:p>
      <w:r>
        <w:rPr>
          <w:b/>
        </w:rPr>
        <w:t xml:space="preserve">[47:20] </w:t>
      </w:r>
      <w:r>
        <w:t>aur woh daal aur lauki khana sunnat hai. Yeh sab sunnat ka reduced form hai, reduced form hai.</w:t>
      </w:r>
    </w:p>
    <w:p>
      <w:pPr>
        <w:jc w:val="right"/>
      </w:pPr>
      <w:r>
        <w:t>اور وہ دال اور لوکی کھانا سنت ہے۔ یہ سب سنت کا ریڈیوسڈ فارم ہے، ریڈیوسڈ فارم ہے۔</w:t>
      </w:r>
    </w:p>
    <w:p>
      <w:r>
        <w:rPr>
          <w:b/>
        </w:rPr>
        <w:t xml:space="preserve">[47:31] </w:t>
      </w:r>
      <w:r>
        <w:t>dekhiye, sunnat kya hai? Sunnat yeh hai ke aap insaan se mohabbat karen.</w:t>
      </w:r>
    </w:p>
    <w:p>
      <w:pPr>
        <w:jc w:val="right"/>
      </w:pPr>
      <w:r>
        <w:t>دیکھیے، سنت کیا ہے؟ سنت یہ ہے کہ آپ انسان سے محبت کریں۔</w:t>
      </w:r>
    </w:p>
    <w:p>
      <w:r>
        <w:rPr>
          <w:b/>
        </w:rPr>
        <w:t xml:space="preserve">[47:37] </w:t>
      </w:r>
      <w:r>
        <w:t>Sunnat yeh hai ke aap avoidance ka tareeqa ikhtiyar karen. Sunnat yeh hai ke aap dushman se nafrat na karen. Dushman sunnat yeh hai ke aap dawah work karen.</w:t>
      </w:r>
    </w:p>
    <w:p>
      <w:pPr>
        <w:jc w:val="right"/>
      </w:pPr>
      <w:r>
        <w:t>سنت یہ ہے کہ آپ اوائڈنس کا طریقہ اختیار کریں۔ سنت یہ ہے کہ آپ دشمن سے نفرت نہ کریں۔ دشمن سنت یہ ہے کہ آپ دعوت ورک کریں۔</w:t>
      </w:r>
    </w:p>
    <w:p>
      <w:r>
        <w:rPr>
          <w:b/>
        </w:rPr>
        <w:t xml:space="preserve">[47:50] </w:t>
      </w:r>
      <w:r>
        <w:t>Sunnat yeh hai ke aap quran par ghaur karen.</w:t>
      </w:r>
    </w:p>
    <w:p>
      <w:pPr>
        <w:jc w:val="right"/>
      </w:pPr>
      <w:r>
        <w:t>سنت یہ ہے کہ آپ قرآن پر غور کریں۔</w:t>
      </w:r>
    </w:p>
    <w:p>
      <w:r>
        <w:rPr>
          <w:b/>
        </w:rPr>
        <w:t xml:space="preserve">[47:55] </w:t>
      </w:r>
      <w:r>
        <w:t>Is tarah ki sunnatein sunnatein hain. Yeh nahi ke aap daal kha li, sunnat ada ho gayi, aur lauki kha li, sunnat ada ho gayi.</w:t>
      </w:r>
    </w:p>
    <w:p>
      <w:pPr>
        <w:jc w:val="right"/>
      </w:pPr>
      <w:r>
        <w:t>اس طرح کی سنتیں سنتیں ہیں۔ یہ نہیں کہ آپ دال کھا لی، سنت ادا ہو گئی، اور لوکی کھا لی، سنت ادا ہو گئی۔</w:t>
      </w:r>
    </w:p>
    <w:p>
      <w:r>
        <w:rPr>
          <w:b/>
        </w:rPr>
        <w:t xml:space="preserve">[48:06] </w:t>
      </w:r>
      <w:r>
        <w:t>Yeh sab bilkul sunnat ka reduced form hai. Kuch logon ne kuch rituals bana liye hain, is ko rakh diya sunnat. Agar asal sunnat zinda na ho to is ke baad yeh sab cheezein sirf rituals hongi jin ki koi value khuda ke nazdeek nahi hogi.</w:t>
      </w:r>
    </w:p>
    <w:p>
      <w:pPr>
        <w:jc w:val="right"/>
      </w:pPr>
      <w:r>
        <w:t>یہ سب بالکل سنت کا ریڈیوسڈ فارم ہے۔ کچھ لوگوں نے کچھ ریچولز بنا لیے ہیں، اس کو رکھ دیا سنت۔ اگر اصل سنت زندہ نہ ہو تو اس کے بعد یہ سب چیزیں صرف ریچولز ہوں گی جن کی کوئی ویلیو خدا کے نزدیک نہیں ہوگی۔</w:t>
      </w:r>
    </w:p>
    <w:p>
      <w:r>
        <w:rPr>
          <w:b/>
        </w:rPr>
        <w:t xml:space="preserve">[48:28] </w:t>
      </w:r>
      <w:r>
        <w:t>to</w:t>
      </w:r>
    </w:p>
    <w:p>
      <w:pPr>
        <w:jc w:val="right"/>
      </w:pPr>
      <w:r>
        <w:t>تو</w:t>
      </w:r>
    </w:p>
    <w:p>
      <w:r>
        <w:rPr>
          <w:b/>
        </w:rPr>
        <w:t xml:space="preserve">[48:33] </w:t>
      </w:r>
      <w:r>
        <w:t>is baat ko achi tarah samajh lena chahiye ke sirf naam rehna kafi nahi hai, is ki jo reality hai, is ka jo asal matlab hai, woh rehna chahiye.</w:t>
      </w:r>
    </w:p>
    <w:p>
      <w:pPr>
        <w:jc w:val="right"/>
      </w:pPr>
      <w:r>
        <w:t>اس بات کو اچھی طرح سمجھ لینا چاہیے کہ صرف نام رہنا کافی نہیں ہے، اس کی جو ریلیٹی ہے، اس کا جو اصل مطلب ہے، وہ رہنا چاہیے۔</w:t>
      </w:r>
    </w:p>
    <w:p>
      <w:r>
        <w:rPr>
          <w:b/>
        </w:rPr>
        <w:t xml:space="preserve">[48:43] </w:t>
      </w:r>
      <w:r>
        <w:t>Isi liye hadith mein hai ke "lam yabqa min al-islami illa ismuhu" ke islam ka naam to baqi rahe ga, lekin haqeeqi islam dunya mein maujood nahi hoga.</w:t>
      </w:r>
    </w:p>
    <w:p>
      <w:pPr>
        <w:jc w:val="right"/>
      </w:pPr>
      <w:r>
        <w:t>اسی لیے حدیث میں ہے کہ "لم یبق من الاسلام الا اسمہ" کہ اسلام کا نام تو باقی رہے گا، لیکن حقیقی اسلام دنیا میں موجود نہیں ہوگا۔</w:t>
      </w:r>
    </w:p>
    <w:p>
      <w:r>
        <w:rPr>
          <w:b/>
        </w:rPr>
        <w:t xml:space="preserve">[48:56] </w:t>
      </w:r>
      <w:r>
        <w:t>Kuch rituals honge jin ko log islam kahenge, kuch form hoga, is ko log islam samjhenge, kuch cultural nuances honge, is ko log islam samjhenge.</w:t>
      </w:r>
    </w:p>
    <w:p>
      <w:pPr>
        <w:jc w:val="right"/>
      </w:pPr>
      <w:r>
        <w:t>کچھ ریچولز ہوں گے جن کو لوگ اسلام کہیں گے، کچھ فارم ہوگا، اس کو لوگ اسلام سمجھیں گے، کچھ کلچرل مائنرز ہوں گے، اس کو لوگ اسلام سمجھیں گے۔</w:t>
      </w:r>
    </w:p>
    <w:p>
      <w:r>
        <w:rPr>
          <w:b/>
        </w:rPr>
        <w:t xml:space="preserve">[49:11] </w:t>
      </w:r>
      <w:r>
        <w:t>To yaad rakhiye, aisa kabhi bhi nahi hoga ke islam ka naam na rahe. Jo jo hoga, woh yeh hai ke islam ke naam se is ka ek reduced form banayenge log,</w:t>
      </w:r>
    </w:p>
    <w:p>
      <w:pPr>
        <w:jc w:val="right"/>
      </w:pPr>
      <w:r>
        <w:t>تو یاد رکھیے، ایسا کبھی بھی نہیں ہوگا کہ اسلام کا نام نہ رہے۔ جو جو ہوگی، وہ یہ ہے کہ اسلام کے نام سے اس کا ایک ریڈیوسڈ فارم بنائیں گے لوگ،</w:t>
      </w:r>
    </w:p>
    <w:p>
      <w:r>
        <w:rPr>
          <w:b/>
        </w:rPr>
        <w:t xml:space="preserve">[49:24] </w:t>
      </w:r>
      <w:r>
        <w:t>islam ke naam se is ka ek distorted form banayenge aap log, is ka ek ritualistic, ritualistic form banayenge log, aur is par amal kar ke kahenge hum islam par amal kar rahe hain.</w:t>
      </w:r>
    </w:p>
    <w:p>
      <w:pPr>
        <w:jc w:val="right"/>
      </w:pPr>
      <w:r>
        <w:t>اسلام کے نام سے اس کا ایک ڈس سٹارٹڈ فارم بنائیں گے آپ لوگ، اس کا ایک ریچولسٹ، ریچولسٹک فارم بنائیں گے لوگ، اور اس پر عمل کر کے کہیں گے ہم اسلام پر عمل کر رہے ہیں۔</w:t>
      </w:r>
    </w:p>
    <w:p>
      <w:r>
        <w:rPr>
          <w:b/>
        </w:rPr>
        <w:t xml:space="preserve">[49:35] </w:t>
      </w:r>
      <w:r>
        <w:t>Yeh hai matlab is hadith ka. Dekhiye, agar aap is zamane mein jo tarah tarah ki movements chal rahi hain, jo campaigns chal rahe hain, is par ghaur kijiye, aur phir islam ki jo teaching hai, is ko is par jaanchiye.</w:t>
      </w:r>
    </w:p>
    <w:p>
      <w:pPr>
        <w:jc w:val="right"/>
      </w:pPr>
      <w:r>
        <w:t>یہ ہے مطلب اس حدیث کا۔ دیکھیے، اگر آپ اس زمانے میں جو طرح طرح کی موومنٹ چل رہی ہیں، جو کیمپین چل رہے ہیں، اس پر غور کیجئے، اور پھر اسلام کی جو ٹیچنگ ہے، اس کو اس پر جانچیے۔</w:t>
      </w:r>
    </w:p>
    <w:p>
      <w:r>
        <w:rPr>
          <w:b/>
        </w:rPr>
        <w:t xml:space="preserve">[49:51] </w:t>
      </w:r>
      <w:r>
        <w:t>isko</w:t>
      </w:r>
    </w:p>
    <w:p>
      <w:pPr>
        <w:jc w:val="right"/>
      </w:pPr>
      <w:r>
        <w:t>اس کو</w:t>
      </w:r>
    </w:p>
    <w:p>
      <w:r>
        <w:rPr>
          <w:b/>
        </w:rPr>
        <w:t xml:space="preserve">[49:54] </w:t>
      </w:r>
      <w:r>
        <w:t>quran mein ek bohat bari baat kahi gayi hai: "In ma'a al-'usri yusra, in ma'a al-'usri yusra, and every hardship there is ease, and every hardship there is ease".</w:t>
      </w:r>
    </w:p>
    <w:p>
      <w:pPr>
        <w:jc w:val="right"/>
      </w:pPr>
      <w:r>
        <w:t>قرآن میں ایک بہت بڑی بات کہی گئی ہے: "إن مال عسر یسرا، إن مال عسر یسرا، ود ایوری ہارڈشپ دیر از ایز، ود ایوری ہارڈشپ دیر از ایز"۔</w:t>
      </w:r>
    </w:p>
    <w:p>
      <w:r>
        <w:rPr>
          <w:b/>
        </w:rPr>
        <w:t xml:space="preserve">[50:10] </w:t>
      </w:r>
      <w:r>
        <w:t>Is ka matlab kya hai? Is ka matlab yeh hai ke har problem ke sath opportunity hai, har disadvantage ke sath advantage hai.</w:t>
      </w:r>
    </w:p>
    <w:p>
      <w:pPr>
        <w:jc w:val="right"/>
      </w:pPr>
      <w:r>
        <w:t>اس کا مطلب کیا ہے؟ اس کا مطلب یہ ہے کہ ہر پرابلم کے ساتھ اپرچونیٹی ہے، ہر ڈس ایڈوانٹیج کے ساتھ ایڈوانٹیج ہے۔</w:t>
      </w:r>
    </w:p>
    <w:p>
      <w:r>
        <w:rPr>
          <w:b/>
        </w:rPr>
        <w:t xml:space="preserve">[50:23] </w:t>
      </w:r>
      <w:r>
        <w:t>Ab dekhiye ke aaj kal kya ho raha hai. Jab bhi koi baat aati hai, koi problem to kya aisa hota hai ke log ikattha ho kar sochein,</w:t>
      </w:r>
    </w:p>
    <w:p>
      <w:pPr>
        <w:jc w:val="right"/>
      </w:pPr>
      <w:r>
        <w:t>اب دیکھیے کہ آج کل کیا ہو رہا ہے۔ جب بھی کوئی بات آتی ہے، کوئی پرابلم تو کیا ایسا ہوتا ہے کہ لوگ اکٹھا ہو کر سوچیں،</w:t>
      </w:r>
    </w:p>
    <w:p>
      <w:r>
        <w:rPr>
          <w:b/>
        </w:rPr>
        <w:t xml:space="preserve">[50:36] </w:t>
      </w:r>
      <w:r>
        <w:t>aggressively bhadak uthte hain aur sadkon par aa jate hain?</w:t>
      </w:r>
    </w:p>
    <w:p>
      <w:pPr>
        <w:jc w:val="right"/>
      </w:pPr>
      <w:r>
        <w:t>اگریپٹلی بھڑک اٹھتے ہیں اور سڑکوں پر آ جاتے ہیں؟</w:t>
      </w:r>
    </w:p>
    <w:p>
      <w:r>
        <w:rPr>
          <w:b/>
        </w:rPr>
        <w:t xml:space="preserve">[50:41] </w:t>
      </w:r>
      <w:r>
        <w:t>Halanke hona yeh chahiye ke log baith kar sochein ke bhai dekho, jab quran mein yeh bataya gaya hai ke 'usr ke sath yusr rehta hai, yani problem ke sath opportunity hoti hai, disadvantage ke sath advantage hota hai,</w:t>
      </w:r>
    </w:p>
    <w:p>
      <w:pPr>
        <w:jc w:val="right"/>
      </w:pPr>
      <w:r>
        <w:t>حالانکہ ہونا یہ چاہیے کہ لوگ بیٹھ کر سوچیں کہ بھئی دیکھو، جب قرآن میں یہ بتایا گیا ہے کہ عسر کے ساتھ یسر رہتا ہے، یعنی پرابلم کے ساتھ اپرچونیٹی ہوتی ہے، ڈس ایڈوانٹیج کے ساتھ ایڈوانٹیج ہوتا ہے،</w:t>
      </w:r>
    </w:p>
    <w:p>
      <w:r>
        <w:rPr>
          <w:b/>
        </w:rPr>
        <w:t xml:space="preserve">[50:56] </w:t>
      </w:r>
      <w:r>
        <w:t>to aap pata karen ke ab jo samne aaya hai, jo problem, woh apne sath kaun si opportunity laya hai, aur us ko avail karen.</w:t>
      </w:r>
    </w:p>
    <w:p>
      <w:pPr>
        <w:jc w:val="right"/>
      </w:pPr>
      <w:r>
        <w:t>تو آپ پتہ کریں کہ اب جو سامنے آیا ہے، جو پرابلم، وہ اپنے ساتھ کون سی اپرچونیٹی لایا ہے، اور اس کو اویل کریں۔</w:t>
      </w:r>
    </w:p>
    <w:p>
      <w:r>
        <w:rPr>
          <w:b/>
        </w:rPr>
        <w:t xml:space="preserve">[51:06] </w:t>
      </w:r>
      <w:r>
        <w:t>aap</w:t>
      </w:r>
    </w:p>
    <w:p>
      <w:pPr>
        <w:jc w:val="right"/>
      </w:pPr>
      <w:r>
        <w:t>آپ</w:t>
      </w:r>
    </w:p>
    <w:p>
      <w:r>
        <w:rPr>
          <w:b/>
        </w:rPr>
        <w:t xml:space="preserve">[51:08] </w:t>
      </w:r>
      <w:r>
        <w:t>mere jannay ke mutabiq aik baar bhi aisa nahi hua ke logon ne baith kar socha ho is ayat ki roshni mein. maine jo kuch parha hai, jo kuch suna hai, jo kuch dekha hai, us ke mutabiq main apne zaati ilm ke taur par keh sakta hoon ke problem to sankaron baar, hazaron baar aaye, lekin kabhi bhi logon ne yeh nahi kiya ke is ayat ki roshni mein baith kar sochein.</w:t>
      </w:r>
    </w:p>
    <w:p>
      <w:pPr>
        <w:jc w:val="right"/>
      </w:pPr>
      <w:r>
        <w:t>میرے جاننے کے مطابق ایک بار بھی ایسا نہیں ہوا کہ لوگوں نے بیٹھ کر سوچا ہو اس آیت کی روشنی میں۔ میں نے جو کچھ پڑھا ہے، جو کچھ سنا ہے، جو کچھ دیکھا ہے، اس کے مطابق میں اپنے ذاتی علم کے طور پر کہہ سکتا ہوں کہ پرابلم تو سینکڑوں بار، ہزاروں بار آئے، لیکن کبھی بھی لوگوں نے یہ نہیں کیا کہ اس آیت کی روشنی میں بیٹھ کر سوچیں۔</w:t>
      </w:r>
    </w:p>
    <w:p>
      <w:r>
        <w:rPr>
          <w:b/>
        </w:rPr>
        <w:t xml:space="preserve">[51:34] </w:t>
      </w:r>
      <w:r>
        <w:t>misalan colonial period aaya to kabhi kisi ne is par socha nahi ke is period mein jo problem aaya hai, woh is ke sath opportunity kaun si aayi hai, woh jano taake us ko avail kar sako.</w:t>
      </w:r>
    </w:p>
    <w:p>
      <w:pPr>
        <w:jc w:val="right"/>
      </w:pPr>
      <w:r>
        <w:t>مثلاً کلوریل پیریڈ آیا تو کبھی کسی نے اس پر سوچا نہیں کہ اس پیریڈ میں جو پرابلم آیا ہے، وہ اس کے ساتھ اپرچونیٹی کون سی آئی ہے، وہ جانو تاکہ اس کو اویل کر سکو۔</w:t>
      </w:r>
    </w:p>
    <w:p>
      <w:r>
        <w:rPr>
          <w:b/>
        </w:rPr>
        <w:t xml:space="preserve">[51:51] </w:t>
      </w:r>
      <w:r>
        <w:t>ya India mein rule aaya cutter panthiyon ka to kabhi aisa nahi hua ke logon ne baith kar socha ho ke cutter panth jo aik problem laye hain, political problem, to Quran ke mutabiq is mein kuch opportunity honi chahiye.</w:t>
      </w:r>
    </w:p>
    <w:p>
      <w:pPr>
        <w:jc w:val="right"/>
      </w:pPr>
      <w:r>
        <w:t>یا انڈیا میں رول آیا کٹر پنتیوں کا تو کبھی ایسا نہیں ہوا کہ لوگوں نے بیٹھ کر سوچا ہو کہ کٹر پنتی جو ایک پرابلم لائے ہیں، پولیٹیکل پرابلم، تو قرآن کے مطابق اس میں کچھ اپرچونیٹی ہونی چاہیے۔</w:t>
      </w:r>
    </w:p>
    <w:p>
      <w:r>
        <w:rPr>
          <w:b/>
        </w:rPr>
        <w:t xml:space="preserve">[52:06] </w:t>
      </w:r>
      <w:r>
        <w:t>is opportunity ko discover karo.</w:t>
      </w:r>
    </w:p>
    <w:p>
      <w:pPr>
        <w:jc w:val="right"/>
      </w:pPr>
      <w:r>
        <w:t>اس اپرچونیٹی کو ڈسکور کرو۔</w:t>
      </w:r>
    </w:p>
    <w:p>
      <w:r>
        <w:rPr>
          <w:b/>
        </w:rPr>
        <w:t xml:space="preserve">[52:12] </w:t>
      </w:r>
      <w:r>
        <w:t>isi tarah se aap rozana dekhte hain cheezein jalson ki soorat mein, akhbari article ki soorat mein, statement ki soorat mein ke problem, problem, problem.</w:t>
      </w:r>
    </w:p>
    <w:p>
      <w:pPr>
        <w:jc w:val="right"/>
      </w:pPr>
      <w:r>
        <w:t>اسی طرح سے آپ روزانہ دیکھتے ہیں چیزیں جلسوں کی صورت میں، اخباری آرٹیکل کی صورت میں، اسٹیٹمنٹ کی صورت میں کہ پرابلم، پرابلم، پرابلم۔</w:t>
      </w:r>
    </w:p>
    <w:p>
      <w:r>
        <w:rPr>
          <w:b/>
        </w:rPr>
        <w:t xml:space="preserve">[52:25] </w:t>
      </w:r>
      <w:r>
        <w:t>har aadmi cheekh raha hai, koi bhi yeh nahi batata ke problem ke sath opportunity kaun si aayi hai. us ko pakdo: "innamaal usri yusra, innamaal usri</w:t>
      </w:r>
    </w:p>
    <w:p>
      <w:pPr>
        <w:jc w:val="right"/>
      </w:pPr>
      <w:r>
        <w:t>ہر آدمی چیخ رہا ہے، کوئی بھی یہ نہیں بتاتا کہ پرابلم کے ساتھ اپرچونیٹی کون سی آئی ہے۔ اس کو پکڑو: "إن مال عسر یسرا، إن مال عسر ی</w:t>
      </w:r>
    </w:p>
    <w:p>
      <w:r>
        <w:rPr>
          <w:b/>
        </w:rPr>
        <w:t xml:space="preserve">[52:37] </w:t>
      </w:r>
      <w:r>
        <w:t>usra". is ayat ko Quran ki jo ayat hai, itna zyada is ko logon ne mini lafz bana diya hai apni commentary mein.</w:t>
      </w:r>
    </w:p>
    <w:p>
      <w:pPr>
        <w:jc w:val="right"/>
      </w:pPr>
      <w:r>
        <w:t>سرا"۔ اس آیت کو قرآن کی جو آیت ہے، اتنا زیادہ اس کو لوگوں نے مینی لفظ بنا دیا ہے اپنی کمنٹری میں۔</w:t>
      </w:r>
    </w:p>
    <w:p>
      <w:r>
        <w:rPr>
          <w:b/>
        </w:rPr>
        <w:t xml:space="preserve">[52:47] </w:t>
      </w:r>
      <w:r>
        <w:t>aap parhiye, logon ne jo likha hai is ke bare mein kya karte hain? log woh yeh kar dete hain ke Quran mein to yeh hai ke "with every hardship", "with" isi ke sath, lekin logon ne kya kar diya hai is ko ke "after every hardship"</w:t>
      </w:r>
    </w:p>
    <w:p>
      <w:pPr>
        <w:jc w:val="right"/>
      </w:pPr>
      <w:r>
        <w:t>آپ پڑھیے، لوگوں نے جو لکھا ہے اس کے بارے میں کیا کرتے ہیں؟ لوگ وہ یہ کر دیتے ہیں کہ قرآن میں تو یہ ہے کہ "ود ایوری ہارڈشپ"، "ود" اسی کے ساتھ، لیکن لوگوں نے کیا کر دیا ہے اس کو کہ "افٹر ایوری ہارڈشپ"</w:t>
      </w:r>
    </w:p>
    <w:p>
      <w:r>
        <w:rPr>
          <w:b/>
        </w:rPr>
        <w:t xml:space="preserve">[53:05] </w:t>
      </w:r>
      <w:r>
        <w:t>yani "with" ko "with" ki jagah par "after" likh diya hai ke aaj to, aaj to hardship hai, aaj to problem hai, aage kabhi aap opportunity aayegi, problem khatam hoga.</w:t>
      </w:r>
    </w:p>
    <w:p>
      <w:pPr>
        <w:jc w:val="right"/>
      </w:pPr>
      <w:r>
        <w:t>یعنی "ود" کو "ود" کی جگہ پر "افٹر" لکھ دیا ہے کہ آج تو، آج تو ہارڈشپ ہے، آج تو پرابلم ہے، آگے کبھی آپ اپرچونیٹی آئے گی، پرابلم ختم ہوگا۔</w:t>
      </w:r>
    </w:p>
    <w:p>
      <w:r>
        <w:rPr>
          <w:b/>
        </w:rPr>
        <w:t xml:space="preserve">[53:21] </w:t>
      </w:r>
      <w:r>
        <w:t>jaise India mein dekhiye, azadi ke baad yahan par democracy aayi to ab logon ne chalana shuru kiya ke democracy ka matlab hai majority rule.</w:t>
      </w:r>
    </w:p>
    <w:p>
      <w:pPr>
        <w:jc w:val="right"/>
      </w:pPr>
      <w:r>
        <w:t>جیسے انڈیا میں دیکھیے، آزادی کے بعد یہاں پر ڈیموکریسی آئی تو اب لوگوں نے چلانا شروع کیا کہ ڈیموکریسی کا مطلب ہے میجورٹی رول۔</w:t>
      </w:r>
    </w:p>
    <w:p>
      <w:r>
        <w:rPr>
          <w:b/>
        </w:rPr>
        <w:t xml:space="preserve">[53:33] </w:t>
      </w:r>
      <w:r>
        <w:t>ab har aag, har aik jo is ke khilaf likh raha hai, bol raha hai, ab woh trend thoda kam hua hai. yeh nahi socha gaya Quran ki is ayat ki roshni mein ke agar majority rule aaya hai to is ke sath bhi hamare liye koi opportunity aayi hogi.</w:t>
      </w:r>
    </w:p>
    <w:p>
      <w:pPr>
        <w:jc w:val="right"/>
      </w:pPr>
      <w:r>
        <w:t>اب ہر آگ، ہر ایک جو اس کے خلاف لکھ رہا ہے، بول رہا ہے، اب وہ ٹرینڈ تھوڑا کم ہوا ہے۔ یہ نہیں سوچا گیا قرآن کی اس آیت کی روشنی میں کہ اگر میجورٹی رول آیا ہے تو اس کے ساتھ بھی ہمارے لیے کوئی اپرچونیٹی آئی ہوگی۔</w:t>
      </w:r>
    </w:p>
    <w:p>
      <w:r>
        <w:rPr>
          <w:b/>
        </w:rPr>
        <w:t xml:space="preserve">[53:50] </w:t>
      </w:r>
      <w:r>
        <w:t>jabke khule taur par aur bohat hi universal andaaz mein kaha gaya tha ke "innamaal usri yusra"</w:t>
      </w:r>
    </w:p>
    <w:p>
      <w:pPr>
        <w:jc w:val="right"/>
      </w:pPr>
      <w:r>
        <w:t>جبکہ کھلے طور پر اور بہت ہی یونیورسل انداز میں کہا گیا تھا کہ "إن مال عسر یسرا"</w:t>
      </w:r>
    </w:p>
    <w:p>
      <w:r>
        <w:rPr>
          <w:b/>
        </w:rPr>
        <w:t xml:space="preserve">[53:56] </w:t>
      </w:r>
      <w:r>
        <w:t>har problem ke sath opportunity hai, har disadvantage ke sath advantage hai, har masle ke sath is ka hal hai.</w:t>
      </w:r>
    </w:p>
    <w:p>
      <w:pPr>
        <w:jc w:val="right"/>
      </w:pPr>
      <w:r>
        <w:t>ہر پرابلم کے ساتھ اپرچونیٹی ہے، ہر ڈس ایڈوانٹیج کے ساتھ ایڈوانٹیج ہے، ہر مسئلے کے ساتھ اس کا حل ہے۔</w:t>
      </w:r>
    </w:p>
    <w:p>
      <w:r>
        <w:rPr>
          <w:b/>
        </w:rPr>
        <w:t xml:space="preserve">[54:06] </w:t>
      </w:r>
      <w:r>
        <w:t>yeh hai Islam ka ajnabi ban jana. yani kuch mein manta hoon, kuch rituals zaroor musalmanon mein hain Islam ke naam par, kuch form zaroor hain Islam ke naam par, lekin jo asal Islam hai,</w:t>
      </w:r>
    </w:p>
    <w:p>
      <w:pPr>
        <w:jc w:val="right"/>
      </w:pPr>
      <w:r>
        <w:t>یہ ہے اسلام کا اجنبی بن جانا۔ یعنی کچھ میں مانتا ہوں، کچھ ریچولز ضرور مسلمانوں میں ہیں اسلام کے نام پر، کچھ فارم ضرور ہیں اسلام کے نام پر، لیکن جو اصل اسلام ہے،</w:t>
      </w:r>
    </w:p>
    <w:p>
      <w:r>
        <w:rPr>
          <w:b/>
        </w:rPr>
        <w:t xml:space="preserve">[54:22] </w:t>
      </w:r>
      <w:r>
        <w:t>woh kahan hai? woh to kahin bhi nahi mujhe dikhai padta.</w:t>
      </w:r>
    </w:p>
    <w:p>
      <w:pPr>
        <w:jc w:val="right"/>
      </w:pPr>
      <w:r>
        <w:t>وہ کہاں ہے؟ وہ تو کہیں بھی نہیں مجھے دکھائی پڑتا۔</w:t>
      </w:r>
    </w:p>
    <w:p>
      <w:r>
        <w:rPr>
          <w:b/>
        </w:rPr>
        <w:t xml:space="preserve">[54:26] </w:t>
      </w:r>
      <w:r>
        <w:t>to is hadith ka matlab yeh hai ke shakal to Islam ki rahegi, form to kuch rahega zaroor, lekin spirit ghayab ho jayegi.</w:t>
      </w:r>
    </w:p>
    <w:p>
      <w:pPr>
        <w:jc w:val="right"/>
      </w:pPr>
      <w:r>
        <w:t>تو اس حدیث کا مطلب یہ ہے کہ شکل تو اسلام کی رہے گی، فارم تو کچھ رہے گا ضرور، لیکن اسپیٹ غائب ہو جائے گی۔</w:t>
      </w:r>
    </w:p>
    <w:p>
      <w:r>
        <w:rPr>
          <w:b/>
        </w:rPr>
        <w:t xml:space="preserve">[54:36] </w:t>
      </w:r>
      <w:r>
        <w:t>is ki asal jo jo teaching hai, woh ghayab ho jayegi. ab main aap ko aik misal deta hoon ke kis tarah se log sochte nahi Quran mein aur sirf react, react karne lagte hain.</w:t>
      </w:r>
    </w:p>
    <w:p>
      <w:pPr>
        <w:jc w:val="right"/>
      </w:pPr>
      <w:r>
        <w:t>اس کی اصل جو جو ٹیچنگ ہے، وہ غائب ہو جائے گی۔ اب میں آپ کو ایک مثال دیتا ہوں کہ کس طرح سے لوگ سوچتے نہیں قرآن میں اور صرف ری ایکٹ، ری ایکٹ کرنے لگتے ہیں۔</w:t>
      </w:r>
    </w:p>
    <w:p>
      <w:r>
        <w:rPr>
          <w:b/>
        </w:rPr>
        <w:t xml:space="preserve">[54:54] </w:t>
      </w:r>
      <w:r>
        <w:t>koi situation aayi, react karna shuru kar diya. Quran mein do ayaton ka main reference de raha hoon aap ko, is ka aap is ka aap study karein.</w:t>
      </w:r>
    </w:p>
    <w:p>
      <w:pPr>
        <w:jc w:val="right"/>
      </w:pPr>
      <w:r>
        <w:t>کوئی سچوئیشن آئی، ری ایکٹ کرنا شروع کر دیا۔ قرآن میں دو آیتوں کا میں ریفرنس دے رہا ہوں آپ کو، اس کا آپ اس کا آپ اسٹڈی کریں۔</w:t>
      </w:r>
    </w:p>
    <w:p>
      <w:r>
        <w:rPr>
          <w:b/>
        </w:rPr>
        <w:t xml:space="preserve">[55:08] </w:t>
      </w:r>
      <w:r>
        <w:t>Quran mein aik ayat hai ke "la tasubbu alladhina yad'una min dunillahi fa yasubbu allaha 'adwam bighayri 'ilmin".</w:t>
      </w:r>
    </w:p>
    <w:p>
      <w:pPr>
        <w:jc w:val="right"/>
      </w:pPr>
      <w:r>
        <w:t>قرآن میں ایک آیت ہے کہ "لا تسب الذین یدور من دون اللہ فیصل اللہ فیسب اللہ عدم بغیر علم"۔</w:t>
      </w:r>
    </w:p>
    <w:p>
      <w:r>
        <w:rPr>
          <w:b/>
        </w:rPr>
        <w:t xml:space="preserve">[55:16] </w:t>
      </w:r>
      <w:r>
        <w:t>is ka translation yeh hai ke tum un logon ko gaali na do, un ko un ko bura na kaho jo Khuda ke siwa jin ko log bura, jin ko puchte hain log, warna woh react kar ke to tumhare Khuda ko bura bhala kahenge.</w:t>
      </w:r>
    </w:p>
    <w:p>
      <w:pPr>
        <w:jc w:val="right"/>
      </w:pPr>
      <w:r>
        <w:t>اس کا ٹرانسلیشن یہ ہے کہ تم ان لوگوں کو گالی نہ دو، ان کو ان کو برا نہ کہو جو خدا کے سوا جن کو لوگ برا، جن کو پوچھتے ہیں لوگ، ورنہ وہ ری ایکٹ کر کے تو تمہارے خدا کو برا بھلا کہیں گے۔</w:t>
      </w:r>
    </w:p>
    <w:p>
      <w:r>
        <w:rPr>
          <w:b/>
        </w:rPr>
        <w:t xml:space="preserve">[55:37] </w:t>
      </w:r>
      <w:r>
        <w:t>is mein dekhiye, musalmanon ko mana kiya gaya hai ke woh doosron ko bura kahein.</w:t>
      </w:r>
    </w:p>
    <w:p>
      <w:pPr>
        <w:jc w:val="right"/>
      </w:pPr>
      <w:r>
        <w:t>اس میں دیکھیے، مسلمانوں کو منع کیا گیا ہے کہ وہ دوسروں کو برا کہیں۔</w:t>
      </w:r>
    </w:p>
    <w:p>
      <w:r>
        <w:rPr>
          <w:b/>
        </w:rPr>
        <w:t xml:space="preserve">[55:43] </w:t>
      </w:r>
      <w:r>
        <w:t>musalmanon ko mana kiya gaya hai ke doosron ke buzurgon ke sath woh gustakhi karein. yani musalmanon ko apne ko bachana hai is se ke doosre ke peshwaon ko, doosron ke buzurgon ko, yahan tak ke doosre ke buton ko bura kahein, un ka gustakhi karein, un ka abuse karein.</w:t>
      </w:r>
    </w:p>
    <w:p>
      <w:pPr>
        <w:jc w:val="right"/>
      </w:pPr>
      <w:r>
        <w:t>مسلمانوں کو منع کیا گیا ہے کہ دوسروں کے بزرگوں کے ساتھ وہ گستاخی کریں۔ یعنی مسلمانوں کو اپنے کو بچانا ہے اس سے کہ دوسرے کے پیشواؤں کو، دوسروں کے بزرگوں کو، یہاں تک کہ دوسرے کے بتوں کو برا کہیں، ان کا گستاخی کریں، ان کا ابیوز کریں۔</w:t>
      </w:r>
    </w:p>
    <w:p>
      <w:r>
        <w:rPr>
          <w:b/>
        </w:rPr>
        <w:t xml:space="preserve">[56:00] </w:t>
      </w:r>
      <w:r>
        <w:t>musalman khud apne ko bachayein is se. yani self control ki taleem di gayi hai is ayat mein.</w:t>
      </w:r>
    </w:p>
    <w:p>
      <w:pPr>
        <w:jc w:val="right"/>
      </w:pPr>
      <w:r>
        <w:t>مسلمان خود اپنے کو بچائیں اس سے۔ یعنی سیلف کنٹرول کی تعلیم دی گئی ہے اس آیت میں۔</w:t>
      </w:r>
    </w:p>
    <w:p>
      <w:r>
        <w:rPr>
          <w:b/>
        </w:rPr>
        <w:t xml:space="preserve">[56:08] </w:t>
      </w:r>
      <w:r>
        <w:t>doosri taraf dekhiye, Surah Surah Fatah mein, Surah number 48 mein hai ke jab Hudaibiyah agreement ho raha tha, is ka reference wahan par hai:</w:t>
      </w:r>
    </w:p>
    <w:p>
      <w:pPr>
        <w:jc w:val="right"/>
      </w:pPr>
      <w:r>
        <w:t>دوسری طرف دیکھیے، سورہ سورہ فتح میں، سورہ نمبر 48 میں ہے کہ جب حدیبیہ ایگریمنٹ ہو رہا تھا، اس کا ریفرنس وہاں پر ہے:</w:t>
      </w:r>
    </w:p>
    <w:p>
      <w:r>
        <w:rPr>
          <w:b/>
        </w:rPr>
        <w:t xml:space="preserve">[56:23] </w:t>
      </w:r>
      <w:r>
        <w:t>az ja'al alladhina kafaroo fi quloobihim al hamiyyata hamiyyata al jahiliyyati fa anzala allahu sakinatata sakinatuhu 'ala rasulihi wal mu'minina,</w:t>
      </w:r>
    </w:p>
    <w:p>
      <w:pPr>
        <w:jc w:val="right"/>
      </w:pPr>
      <w:r>
        <w:t>"اذ جعل الذین کفرو فی قلوب الحمیت، حمیت الجاہلیہ، فانزل اللہ سکینت، سکینتہ علی رسولہ والمومنین،</w:t>
      </w:r>
    </w:p>
    <w:p>
      <w:r>
        <w:rPr>
          <w:b/>
        </w:rPr>
        <w:t xml:space="preserve">[56:35] </w:t>
      </w:r>
      <w:r>
        <w:t>walidatu qalb al taqwa wa kanu ahqqa ahla hu. yahan pe reference diya gaya hai is ka, is is waqe' ka jo hua tha hudaybiyah agreement ke waqt ke unhon ne bohat sari zid wali baatein keen.</w:t>
      </w:r>
    </w:p>
    <w:p>
      <w:pPr>
        <w:jc w:val="right"/>
      </w:pPr>
      <w:r>
        <w:t>والدہ قلب التقوی، وکانو احقہ اہلہ"۔ یہاں پہ ریفرنس دیا گیا ہے اس کا، اس اس واقعے کا جو ہوا تھا حدیبیہ ایگریمنٹ کے وقت کہ انہوں نے بہت ساری ضد والی باتیں کیں۔</w:t>
      </w:r>
    </w:p>
    <w:p>
      <w:r>
        <w:rPr>
          <w:b/>
        </w:rPr>
        <w:t xml:space="preserve">[56:52] </w:t>
      </w:r>
      <w:r>
        <w:t>mislan jab agreement likha ja raha tha to us mein yeh likha gaya tha ke Muhammad rasool Allah. unhon ne kaha ke mitao is ko, hum rasool Allah nahi mante.</w:t>
      </w:r>
    </w:p>
    <w:p>
      <w:pPr>
        <w:jc w:val="right"/>
      </w:pPr>
      <w:r>
        <w:t>مثلاً جب ایگریمنٹ لکھا جا رہا تھا تو اس میں یہ لکھا گیا تھا کہ "محمد رسول اللہ"۔ انہوں نے کہا کہ مٹاؤ اس کو، ہم رسول اللہ نہیں مانتے۔</w:t>
      </w:r>
    </w:p>
    <w:p>
      <w:r>
        <w:rPr>
          <w:b/>
        </w:rPr>
        <w:t xml:space="preserve">[57:02] </w:t>
      </w:r>
      <w:r>
        <w:t>likho ke Muhammad bin Abdullah. ek kaghaz par jo agreement ka kaghaz tha, us par likh diya gaya tha Muhammad rasool Allah ki taraf se.</w:t>
      </w:r>
    </w:p>
    <w:p>
      <w:pPr>
        <w:jc w:val="right"/>
      </w:pPr>
      <w:r>
        <w:t>لکھو کہ "محمد بن عبداللہ"۔ ایک کاغذ پر جو ایگریمنٹ کا کاغذ تھا، اس پر لکھ دیا گیا تھا "محمد رسول اللہ" کی طرف سے۔</w:t>
      </w:r>
    </w:p>
    <w:p>
      <w:r>
        <w:rPr>
          <w:b/>
        </w:rPr>
        <w:t xml:space="preserve">[57:15] </w:t>
      </w:r>
      <w:r>
        <w:t>to mita kar ke is ko likhwaya unhon ne ke nahi likho Muhammad bin Abdullah. is tarah ki kai ziyadatiyan keen unhon ne aur gustakhi ki unhon ne.</w:t>
      </w:r>
    </w:p>
    <w:p>
      <w:pPr>
        <w:jc w:val="right"/>
      </w:pPr>
      <w:r>
        <w:t>تو مٹا کر کے اس کو لکھوایا انہوں نے کہ نہیں لکھو "محمد ابن عبداللہ"۔ اس طرح کی کئی زیادتیاں کیں انہوں نے اور گستاخی کی انہوں نے۔</w:t>
      </w:r>
    </w:p>
    <w:p>
      <w:r>
        <w:rPr>
          <w:b/>
        </w:rPr>
        <w:t xml:space="preserve">[57:26] </w:t>
      </w:r>
      <w:r>
        <w:t>lekin wahan par kaha bataya gaya ke musalmanon ko Khuda ne tawfiq di is baat ki ke woh sabr karen, woh a'iraz karen, woh avoid karen, yahan tak ke unhon ne kaghaz se mita diya.</w:t>
      </w:r>
    </w:p>
    <w:p>
      <w:pPr>
        <w:jc w:val="right"/>
      </w:pPr>
      <w:r>
        <w:t>لیکن وہاں پر کہا بتایا گیا کہ مسلمانوں کو خدا نے توفیق دی اس بات کی کہ وہ صبر کریں، وہ اعراض کریں، وہ اوائڈ کریں، یہاں تک کہ انہوں نے کاغذ سے مٹا دیا۔</w:t>
      </w:r>
    </w:p>
    <w:p>
      <w:r>
        <w:rPr>
          <w:b/>
        </w:rPr>
        <w:t xml:space="preserve">[57:41] </w:t>
      </w:r>
      <w:r>
        <w:t>aap ghaur kijiye ke rasool Allah ne ek mauqe par kaha tha ke ana al nabiyyu la kadhib, ana ibnu 'abd al muttalib. ek pahari par khare ho kar aap ne a'ilan kiya tha ke ana al nabiyyu la kadhib,</w:t>
      </w:r>
    </w:p>
    <w:p>
      <w:pPr>
        <w:jc w:val="right"/>
      </w:pPr>
      <w:r>
        <w:t>آپ غور کیجئے کہ رسول اللہ نے ایک موقع پر کہا تھا کہ "أنا النبی لا کذب، أنا ابن عبدالمطلب"۔ ایک پہاڑی پر کھڑے ہو کر آپ نے اعلان کیا تھا کہ "أنا النبی لا کذب،</w:t>
      </w:r>
    </w:p>
    <w:p>
      <w:r>
        <w:rPr>
          <w:b/>
        </w:rPr>
        <w:t xml:space="preserve">[57:53] </w:t>
      </w:r>
      <w:r>
        <w:t>main Khuda ka prophet hoon, there is no doubt about it, I am a prophet of God, there is no doubt about it.</w:t>
      </w:r>
    </w:p>
    <w:p>
      <w:pPr>
        <w:jc w:val="right"/>
      </w:pPr>
      <w:r>
        <w:t>میں خدا کا پرافٹ ہوں، دیر از نو ڈاؤٹ اباؤٹ اٹ، آئی ایم اے پرافٹ آف گاڈ، دیر از نو ڈاؤٹ اباؤٹ اٹ"۔</w:t>
      </w:r>
    </w:p>
    <w:p>
      <w:r>
        <w:rPr>
          <w:b/>
        </w:rPr>
        <w:t xml:space="preserve">[58:01] </w:t>
      </w:r>
      <w:r>
        <w:t>yeh aap ne pahari par khare ho kar ek a'ilan kiya tha. lekin yahan par jab unhon ne zid ki, unhon ne to aap ne kaghaz se lafz rasool Allah ko mita diya, wahan likhwaya Muhammad bin Abdullah.</w:t>
      </w:r>
    </w:p>
    <w:p>
      <w:pPr>
        <w:jc w:val="right"/>
      </w:pPr>
      <w:r>
        <w:t>یہ آپ نے پہاڑی پر کھڑے ہو کر ایک اعلان کیا تھا۔ لیکن یہاں پر جب انہوں نے ضد کی، انہوں نے تو آپ نے کاغذ سے لفظ رسول اللہ کو مٹا دیا، وہاں لکھوایا "محمد بن عبداللہ"۔</w:t>
      </w:r>
    </w:p>
    <w:p>
      <w:r>
        <w:rPr>
          <w:b/>
        </w:rPr>
        <w:t xml:space="preserve">[58:14] </w:t>
      </w:r>
      <w:r>
        <w:t>ab dekhen, yahan par do alag alag namune hain.</w:t>
      </w:r>
    </w:p>
    <w:p>
      <w:pPr>
        <w:jc w:val="right"/>
      </w:pPr>
      <w:r>
        <w:t>اب دیکھیں، یہاں پر دو الگ الگ نمونے ہیں۔</w:t>
      </w:r>
    </w:p>
    <w:p>
      <w:r>
        <w:rPr>
          <w:b/>
        </w:rPr>
        <w:t xml:space="preserve">[58:20] </w:t>
      </w:r>
      <w:r>
        <w:t>doosre agar gustakhi karen to aap ko kya karna hai? ignore karna hai.</w:t>
      </w:r>
    </w:p>
    <w:p>
      <w:pPr>
        <w:jc w:val="right"/>
      </w:pPr>
      <w:r>
        <w:t>دوسرے اگر گستاخی کریں تو آپ کو کیا کرنا ہے؟ اگنور کرنا ہے۔</w:t>
      </w:r>
    </w:p>
    <w:p>
      <w:r>
        <w:rPr>
          <w:b/>
        </w:rPr>
        <w:t xml:space="preserve">[58:27] </w:t>
      </w:r>
      <w:r>
        <w:t>doosre agar gustakhi karte hain to aap ko ignore karne ka hukm hai. aur aap musalmanon ko hukm diya gaya hai ke tum doosron ke sath gustakhi kar ke unhein mushtael na karo.</w:t>
      </w:r>
    </w:p>
    <w:p>
      <w:pPr>
        <w:jc w:val="right"/>
      </w:pPr>
      <w:r>
        <w:t>دوسرے اگر گستاخی کرتے ہیں تو آپ کو اگنور کرنے کا حکم ہے۔ اور آپ مسلمانوں کو حکم دیا گیا ہے کہ تم دوسروں کے ساتھ گستاخی کر کے انہیں مشتعل نہ کرو۔</w:t>
      </w:r>
    </w:p>
    <w:p>
      <w:r>
        <w:rPr>
          <w:b/>
        </w:rPr>
        <w:t xml:space="preserve">[58:40] </w:t>
      </w:r>
      <w:r>
        <w:t>kitni ajeeb baat hai yeh! hum doosron ki gustakhi par ghussa ho kar un se ladne khare ho jate hain,</w:t>
      </w:r>
    </w:p>
    <w:p>
      <w:pPr>
        <w:jc w:val="right"/>
      </w:pPr>
      <w:r>
        <w:t>کتنی عجیب بات ہے یہ! ہم دوسروں کی گستاخی پر غصہ ہو کر ان سے لڑنے کھڑے ہو جاتے ہیں،</w:t>
      </w:r>
    </w:p>
    <w:p>
      <w:r>
        <w:rPr>
          <w:b/>
        </w:rPr>
        <w:t xml:space="preserve">[58:48] </w:t>
      </w:r>
      <w:r>
        <w:t>jabke yahan par hukm diya gaya hai musalmanon ko ke doosre gustakhi karte hain to tum is ko ignore karo aur tum khud gustakhi mat karo un ke peshwaon ke khilaf.</w:t>
      </w:r>
    </w:p>
    <w:p>
      <w:pPr>
        <w:jc w:val="right"/>
      </w:pPr>
      <w:r>
        <w:t>جبکہ یہاں پر حکم دیا گیا ہے مسلمانوں کو کہ دوسرے گستاخی کرتے ہیں تو تم اس کو اگنور کرو اور تم خود گستاخی مت کرو ان کے پیشواؤں کے خلاف۔</w:t>
      </w:r>
    </w:p>
    <w:p>
      <w:r>
        <w:rPr>
          <w:b/>
        </w:rPr>
        <w:t xml:space="preserve">[59:01] </w:t>
      </w:r>
      <w:r>
        <w:t>ab yeh yeh asli Islam hai, lekin haqeeqi jo aaj kal jo Islam hai, ulta ho gaya hai is ka ke koi gustakhi karta hai, musalmanon ke khilaf hungama karne ke khare ho jate hain.</w:t>
      </w:r>
    </w:p>
    <w:p>
      <w:pPr>
        <w:jc w:val="right"/>
      </w:pPr>
      <w:r>
        <w:t>اب یہ یہ اصلی اسلام ہے، لیکن حقیقی جو آج کل جو اسلام ہے، الٹا ہو گیا ہے اس کا کہ کوئی گستاخی کرتا ہے، مسلمانوں کے خلاف ہنگامہ کرنے کے کھڑے ہو جاتے ہیں۔</w:t>
      </w:r>
    </w:p>
    <w:p>
      <w:r>
        <w:rPr>
          <w:b/>
        </w:rPr>
        <w:t xml:space="preserve">[59:14] </w:t>
      </w:r>
      <w:r>
        <w:t>yani doosron ki gustakhi par sabr karna aur apne ko gustakhi se bachana, yeh hai Islam ki taleem. kaisi ajeeb baat hai!</w:t>
      </w:r>
    </w:p>
    <w:p>
      <w:pPr>
        <w:jc w:val="right"/>
      </w:pPr>
      <w:r>
        <w:t>یعنی دوسروں کی گستاخی پر صبر کرنا اور اپنے کو گستاخی سے بچانا، یہ ہے اسلام کی تعلیم۔ کیسی عجیب بات ہے!</w:t>
      </w:r>
    </w:p>
    <w:p>
      <w:r>
        <w:rPr>
          <w:b/>
        </w:rPr>
        <w:t xml:space="preserve">[59:27] </w:t>
      </w:r>
      <w:r>
        <w:t>to ab ab jo Islam hai, zahir hai ke woh strange ho gaya hai, woh woh ajmi ho gaya hai kyunke is ke khilaf hai. woh</w:t>
      </w:r>
    </w:p>
    <w:p>
      <w:pPr>
        <w:jc w:val="right"/>
      </w:pPr>
      <w:r>
        <w:t>تو اب اب جو اسلام ہے، ظاہر ہے کہ وہ اسٹرینج ہو گیا ہے، وہ وہ عجمی ہو گیا ہے کیونکہ اس کے خلاف ہے۔ وہ</w:t>
      </w:r>
    </w:p>
    <w:p>
      <w:r>
        <w:rPr>
          <w:b/>
        </w:rPr>
        <w:t xml:space="preserve">[59:36] </w:t>
      </w:r>
      <w:r>
        <w:t>yani hamein yeh chahiye tha ke hum apne ko is se bachayen ke hum kisi ke sath ke liye gustakhi karen, kisi ko mushtael karen, kisi ko bura bhala kahen.</w:t>
      </w:r>
    </w:p>
    <w:p>
      <w:pPr>
        <w:jc w:val="right"/>
      </w:pPr>
      <w:r>
        <w:t>یعنی ہمیں یہ چاہیے تھا کہ ہم اپنے کو اس سے بچائیں کہ ہم کسی کے ساتھ کے لیے گستاخی کریں، کسی کو مشتعل کریں، کسی کو برا بھلا کہیں۔</w:t>
      </w:r>
    </w:p>
    <w:p>
      <w:r>
        <w:rPr>
          <w:b/>
        </w:rPr>
        <w:t xml:space="preserve">[59:46] </w:t>
      </w:r>
      <w:r>
        <w:t>apne ko bachana tha is se. aur jahan tak doosre log hain, to woh aisa agar karte hain gustakhi waghera ka ma'mla to hamein is par sabr karna tha, hamein is se avoid karna tha,</w:t>
      </w:r>
    </w:p>
    <w:p>
      <w:pPr>
        <w:jc w:val="right"/>
      </w:pPr>
      <w:r>
        <w:t>اپنے کو بچانا تھا اس سے۔ اور جہاں تک دوسرے لوگ ہیں، تو وہ ایسا اگر کرتے ہیں گستاخی وغیرہ کا معاملہ تو ہمیں اس پر صبر کرنا تھا، ہمیں اس سے اوائڈ کرنا تھا،</w:t>
      </w:r>
    </w:p>
    <w:p>
      <w:r>
        <w:rPr>
          <w:b/>
        </w:rPr>
        <w:t xml:space="preserve">[59:59] </w:t>
      </w:r>
      <w:r>
        <w:t>hamein is se a'iraz karna tha.</w:t>
      </w:r>
    </w:p>
    <w:p>
      <w:pPr>
        <w:jc w:val="right"/>
      </w:pPr>
      <w:r>
        <w:t>ہمیں اس سے اعراض کرنا تھا۔</w:t>
      </w:r>
    </w:p>
    <w:p>
      <w:r>
        <w:rPr>
          <w:b/>
        </w:rPr>
        <w:t xml:space="preserve">[1:00:03] </w:t>
      </w:r>
      <w:r>
        <w:t>ab yahan aap dekh sakte hain ke Islam ki asal taleem kya hai, is ki asal teaching kya hai, aur musalmanon mein jo Islam hai, woh kya hai.</w:t>
      </w:r>
    </w:p>
    <w:p>
      <w:pPr>
        <w:jc w:val="right"/>
      </w:pPr>
      <w:r>
        <w:t>اب یہاں آپ دیکھ سکتے ہیں کہ اسلام کی اصل تعلیم کیا ہے، اس کی اصل ٹیچنگ کیا ہے، اور مسلمانوں میں جو اسلام ہے، وہ کیا ہے۔</w:t>
      </w:r>
    </w:p>
    <w:p>
      <w:r>
        <w:rPr>
          <w:b/>
        </w:rPr>
        <w:t xml:space="preserve">[1:00:16] </w:t>
      </w:r>
      <w:r>
        <w:t>to yeh main keh raha hoon ke hadith ke mutabiq Islam aaj ajnabi ban gaya hai, asal Islam ajnabi ban gaya hai.</w:t>
      </w:r>
    </w:p>
    <w:p>
      <w:pPr>
        <w:jc w:val="right"/>
      </w:pPr>
      <w:r>
        <w:t>تو یہ میں کہہ رہا ہوں کہ حدیث کے مطابق اسلام آج اجنبی بن گیا ہے، اصل اسلام اجنبی بن گیا ہے۔</w:t>
      </w:r>
    </w:p>
    <w:p>
      <w:r>
        <w:rPr>
          <w:b/>
        </w:rPr>
        <w:t xml:space="preserve">[1:00:24] </w:t>
      </w:r>
      <w:r>
        <w:t>jo Islam hai, woh ya to Islam ka distorted form hai ya reduced form hai ya kuch aur hai.</w:t>
      </w:r>
    </w:p>
    <w:p>
      <w:pPr>
        <w:jc w:val="right"/>
      </w:pPr>
      <w:r>
        <w:t>جو اسلام ہے، وہ یا تو اسلام کا ڈسٹارٹڈ فارم ہے یا ریڈیوسڈ فارم ہے یا کچھ اور ہے۔</w:t>
      </w:r>
    </w:p>
    <w:p>
      <w:r>
        <w:rPr>
          <w:b/>
        </w:rPr>
        <w:t xml:space="preserve">[1:00:34] </w:t>
      </w:r>
      <w:r>
        <w:t>true picture Islam ki nahi hai.</w:t>
      </w:r>
    </w:p>
    <w:p>
      <w:pPr>
        <w:jc w:val="right"/>
      </w:pPr>
      <w:r>
        <w:t>ٹرو پکچر اسلام کی نہیں ہے۔</w:t>
      </w:r>
    </w:p>
    <w:p>
      <w:r>
        <w:rPr>
          <w:b/>
        </w:rPr>
        <w:t xml:space="preserve">[1:00:40] </w:t>
      </w:r>
      <w:r>
        <w:t>yeh baat main yeh sab baatein is liye keh raha hoon ke aap logon ko duty ko bataoon, aap ki responsibility ko bataoon ke kitna zyada zaroori ho gaya hai ke aap Islam ki sachi picture logon ke samne layen.</w:t>
      </w:r>
    </w:p>
    <w:p>
      <w:pPr>
        <w:jc w:val="right"/>
      </w:pPr>
      <w:r>
        <w:t>یہ بات میں یہ سب باتیں اس لیے کہہ رہا ہوں کہ آپ لوگوں کو کی ڈیوٹی کو بتاؤں، آپ کی ریسپانسبیلٹی کو بتاؤں کہ کتنا زیادہ ضروری ہو گیا ہے کہ آپ اسلام کی سچی پکچر لوگوں کے سامنے لائیں۔</w:t>
      </w:r>
    </w:p>
    <w:p>
      <w:r>
        <w:rPr>
          <w:b/>
        </w:rPr>
        <w:t xml:space="preserve">[1:00:54] </w:t>
      </w:r>
      <w:r>
        <w:t>yani khuda ka deen jo hai, aap ghore kijiye ke khuda ke deen ki picture kharab kar di gayi hai. aur picture kharab kis ne kiya hai?</w:t>
      </w:r>
    </w:p>
    <w:p>
      <w:pPr>
        <w:jc w:val="right"/>
      </w:pPr>
      <w:r>
        <w:t>یعنی خدا کا دین جو ہے، آپ غور کیجئے کہ خدا کے دین کی پکچر خراب کر دی گئی ہے۔ اور پکچر خراب کس نے کیا ہے؟</w:t>
      </w:r>
    </w:p>
    <w:p>
      <w:r>
        <w:rPr>
          <w:b/>
        </w:rPr>
        <w:t xml:space="preserve">[1:01:02] </w:t>
      </w:r>
      <w:r>
        <w:t>is ke followers ne kiya hai, doosron ne nahi kiya hai. main is theory ko nahi manta ke doosron ne islam ko bigaad rakha hai.</w:t>
      </w:r>
    </w:p>
    <w:p>
      <w:pPr>
        <w:jc w:val="right"/>
      </w:pPr>
      <w:r>
        <w:t>اس کے فالوورز نے کیا ہے، دوسروں نے نہیں کیا ہے۔ میں اس تھیوری کو نہیں مانتا کہ دوسروں نے اسلام کو بگاڑ رکھا ہے۔</w:t>
      </w:r>
    </w:p>
    <w:p>
      <w:r>
        <w:rPr>
          <w:b/>
        </w:rPr>
        <w:t xml:space="preserve">[1:01:13] </w:t>
      </w:r>
      <w:r>
        <w:t>main is ko is theory ko nahi manta.</w:t>
      </w:r>
    </w:p>
    <w:p>
      <w:pPr>
        <w:jc w:val="right"/>
      </w:pPr>
      <w:r>
        <w:t>میں اس کو اس تھیوری کو نہیں مانتا۔</w:t>
      </w:r>
    </w:p>
    <w:p>
      <w:r>
        <w:rPr>
          <w:b/>
        </w:rPr>
        <w:t xml:space="preserve">[1:01:19] </w:t>
      </w:r>
      <w:r>
        <w:t>main jis theory ko manta hoon, woh yeh hai ke khud musalmanon ne islam ka face bigaad diya</w:t>
      </w:r>
    </w:p>
    <w:p>
      <w:pPr>
        <w:jc w:val="right"/>
      </w:pPr>
      <w:r>
        <w:t>میں جس تھیوری کو مانتا ہوں، وہ یہ ہے کہ خود مسلمانوں نے اسلام کا فیس بگاڑ دیا</w:t>
      </w:r>
    </w:p>
    <w:p>
      <w:r>
        <w:rPr>
          <w:b/>
        </w:rPr>
        <w:t xml:space="preserve">[1:01:23] </w:t>
      </w:r>
      <w:r>
        <w:t>hai. musalmanon ne islam ki taleemat ka distortion kiya hai. musalmanon ne islam ki taleemat ko reduce kar ke is ko sirf ek form bana diya hai, ek ritual bana diya hai jis mein logon ke liye koi attraction na ho, jis mein logon ke liye koi dilchaspi na ho.</w:t>
      </w:r>
    </w:p>
    <w:p>
      <w:pPr>
        <w:jc w:val="right"/>
      </w:pPr>
      <w:r>
        <w:t>ہے۔ مسلمانوں نے اسلام کی تعلیمات کا ڈسٹارشن کیا ہے۔ مسلمانوں نے اسلام کی تعلیمات کو ریڈیوس کر کے اس کو صرف ایک فارم بنا دیا ہے، ایک ریچول بنا دیا ہے جس میں لوگوں کے لیے کوئی اٹریکشن نہ ہو، جس میں لوگوں کے لیے کوئی دلچسپی نہ ہو۔</w:t>
      </w:r>
    </w:p>
    <w:p>
      <w:r>
        <w:rPr>
          <w:b/>
        </w:rPr>
        <w:t xml:space="preserve">[1:01:40] </w:t>
      </w:r>
      <w:r>
        <w:t>to aap ki zimmedari hai ke islam ki jo asal picture hai, us ko logon ke samne layen. aise hi dekhiye, main ek misaal deta hoon aap ko</w:t>
      </w:r>
    </w:p>
    <w:p>
      <w:pPr>
        <w:jc w:val="right"/>
      </w:pPr>
      <w:r>
        <w:t>تو آپ کی ذمہ داری ہے کہ اسلام کی جو اصل پکچر ہے، اس کو لوگوں کے سامنے لائیں۔ ایسے ہی دیکھیے، میں ایک مثال دیتا ہوں آپ کو</w:t>
      </w:r>
    </w:p>
    <w:p>
      <w:r>
        <w:rPr>
          <w:b/>
        </w:rPr>
        <w:t xml:space="preserve">[1:01:54] </w:t>
      </w:r>
      <w:r>
        <w:t>jo aaj kal jo yeh jo jo orthodoxy ka jo mizaj hai ya hamari kitabon mein jo likha hua hai, us ke mutabiq kya hai?</w:t>
      </w:r>
    </w:p>
    <w:p>
      <w:pPr>
        <w:jc w:val="right"/>
      </w:pPr>
      <w:r>
        <w:t>جو آج کل جو یہ جو جو ارتھوڈوکسی کا جو مزاج ہے یا ہماری کتابوں میں جو لکھا ہوا ہے، اس کے مطابق کیا ہے؟</w:t>
      </w:r>
    </w:p>
    <w:p>
      <w:r>
        <w:rPr>
          <w:b/>
        </w:rPr>
        <w:t xml:space="preserve">[1:02:07] </w:t>
      </w:r>
      <w:r>
        <w:t>duniya teen is mein bati hui hai: darul islam, darul kufr, darul harb.</w:t>
      </w:r>
    </w:p>
    <w:p>
      <w:pPr>
        <w:jc w:val="right"/>
      </w:pPr>
      <w:r>
        <w:t>دنیا تین اس میں بٹی ہوئی ہے: دارالاسلام، دارالکفر، دارالحرب۔</w:t>
      </w:r>
    </w:p>
    <w:p>
      <w:r>
        <w:rPr>
          <w:b/>
        </w:rPr>
        <w:t xml:space="preserve">[1:02:14] </w:t>
      </w:r>
      <w:r>
        <w:t>jo traditional point, jo traditional concept hai, us ke mutabiq duniya ko banta baant diya gaya hai teen is mein, yani teen hisson mein: darul islam, darul kufr, darul harb.</w:t>
      </w:r>
    </w:p>
    <w:p>
      <w:pPr>
        <w:jc w:val="right"/>
      </w:pPr>
      <w:r>
        <w:t>جو ٹریڈیشنل پوائنٹ، جو ٹریڈیشنل کانسیپٹ ہے، اس کے مطابق دنیا کو بانٹا بانٹ دیا گیا ہے تین اس میں، یعنی تین حصوں میں: دارالاسلام، دارالکفر، دارالحرب۔</w:t>
      </w:r>
    </w:p>
    <w:p>
      <w:r>
        <w:rPr>
          <w:b/>
        </w:rPr>
        <w:t xml:space="preserve">[1:02:32] </w:t>
      </w:r>
      <w:r>
        <w:t>yeh ajnabi islam hai, yeh islam quran o hadees mein nahi hai. yani quran o hadees mein kabhi bhi aap nahi payenge ke woh duniya ko baant raha ho teen is mein:</w:t>
      </w:r>
    </w:p>
    <w:p>
      <w:pPr>
        <w:jc w:val="right"/>
      </w:pPr>
      <w:r>
        <w:t>یہ اجنبی اسلام ہے، یہ اسلام قرآن و حدیث میں نہیں ہے۔ یعنی قرآن و حدیث میں کبھی بھی آپ نہیں پائیں گے کہ وہ دنیا کو بانٹ رہا ہو تین اس میں:</w:t>
      </w:r>
    </w:p>
    <w:p>
      <w:r>
        <w:rPr>
          <w:b/>
        </w:rPr>
        <w:t xml:space="preserve">[1:02:43] </w:t>
      </w:r>
      <w:r>
        <w:t>darul islam, darul kufr, darul harb. yeh ek ajnabi islam hai jo quran mein bataya nahi gaya tha. woh kaise? main arz karta hoon.</w:t>
      </w:r>
    </w:p>
    <w:p>
      <w:pPr>
        <w:jc w:val="right"/>
      </w:pPr>
      <w:r>
        <w:t>دارالاسلام، دارالکفر، دارالحرب۔ یہ ایک اجنبی اسلام ہے جو قرآن میں بتایا نہیں گیا تھا۔ وہ کیسے؟ میں عرض کرتا ہوں۔</w:t>
      </w:r>
    </w:p>
    <w:p>
      <w:r>
        <w:rPr>
          <w:b/>
        </w:rPr>
        <w:t xml:space="preserve">[1:02:53] </w:t>
      </w:r>
      <w:r>
        <w:t>sab se pehle lijiye, darul kufr.</w:t>
      </w:r>
    </w:p>
    <w:p>
      <w:pPr>
        <w:jc w:val="right"/>
      </w:pPr>
      <w:r>
        <w:t>سب سے پہلے لیجئے، دارالکفر۔</w:t>
      </w:r>
    </w:p>
    <w:p>
      <w:r>
        <w:rPr>
          <w:b/>
        </w:rPr>
        <w:t xml:space="preserve">[1:02:58] </w:t>
      </w:r>
      <w:r>
        <w:t>rasool allah sallallahu alaihi wasallam jab makka mein thay, 13 saal tak, to makka us waqt wahi, yani makka mein wahi situation thi jis ko baad ke zamane mein jo yeh turn bani hai, yeh dedh sau saal ke baad bani hai.</w:t>
      </w:r>
    </w:p>
    <w:p>
      <w:pPr>
        <w:jc w:val="right"/>
      </w:pPr>
      <w:r>
        <w:t>رسول اللہ صلی اللہ علیہ وسلم جب مکہ میں تھے، 13 سال تک، تو مکہ اس وقت وہی، یعنی مکہ میں وہی سچوئیشن تھی جس کو بعد کے زمانے میں جو یہ ٹرن بنی ہے، یہ ڈیڑھ سو سال کے بعد بنی ہے۔</w:t>
      </w:r>
    </w:p>
    <w:p>
      <w:r>
        <w:rPr>
          <w:b/>
        </w:rPr>
        <w:t xml:space="preserve">[1:03:15] </w:t>
      </w:r>
      <w:r>
        <w:t>yeh turn to</w:t>
      </w:r>
    </w:p>
    <w:p>
      <w:pPr>
        <w:jc w:val="right"/>
      </w:pPr>
      <w:r>
        <w:t>یہ ٹرن تو</w:t>
      </w:r>
    </w:p>
    <w:p>
      <w:r>
        <w:rPr>
          <w:b/>
        </w:rPr>
        <w:t xml:space="preserve">[1:03:17] </w:t>
      </w:r>
      <w:r>
        <w:t>dedh sau saal ke baad abbasid period mein jis qism ki situation ko kaha gaya ke darul kufr hai, same situation makka mein thi 13 saalon tak.</w:t>
      </w:r>
    </w:p>
    <w:p>
      <w:pPr>
        <w:jc w:val="right"/>
      </w:pPr>
      <w:r>
        <w:t>ڈیڑھ سو سال کے بعد عباسد پیریڈ میں جس قسم کی سچوئیشن کو کہا گیا کہ دارالکفر ہے، سیم سچوئیشن مکہ میں تھی 13 سالوں تک۔</w:t>
      </w:r>
    </w:p>
    <w:p>
      <w:r>
        <w:rPr>
          <w:b/>
        </w:rPr>
        <w:t xml:space="preserve">[1:03:30] </w:t>
      </w:r>
      <w:r>
        <w:t>lekin rasool allah ne yeh kabhi bhi yeh nahi kaha ke makka darul kufr hai.</w:t>
      </w:r>
    </w:p>
    <w:p>
      <w:pPr>
        <w:jc w:val="right"/>
      </w:pPr>
      <w:r>
        <w:t>لیکن رسول اللہ نے یہ کبھی بھی یہ نہیں کہا کہ مکہ دارالکفر ہے۔</w:t>
      </w:r>
    </w:p>
    <w:p>
      <w:r>
        <w:rPr>
          <w:b/>
        </w:rPr>
        <w:t xml:space="preserve">[1:03:36] </w:t>
      </w:r>
      <w:r>
        <w:t>koi ek bhi reference aap nahi bata sakte ke is zamane mein rasool allah ne kaha ho ke makka darul kufr hai, balkeh sirf makka kaha, sirf makka aur kuch nahi.</w:t>
      </w:r>
    </w:p>
    <w:p>
      <w:pPr>
        <w:jc w:val="right"/>
      </w:pPr>
      <w:r>
        <w:t>کوئی ایک بھی ریفرنس آپ نہیں بتا سکتے کہ اس زمانے میں رسول اللہ نے کہا ہو کہ مکہ دارالکفر ہے، بلکہ صرف مکہ کہا، صرف مکہ اور کچھ نہیں۔</w:t>
      </w:r>
    </w:p>
    <w:p>
      <w:r>
        <w:rPr>
          <w:b/>
        </w:rPr>
        <w:t xml:space="preserve">[1:03:51] </w:t>
      </w:r>
      <w:r>
        <w:t>yani jo naam historically is town ka chala aa raha tha, usi naam se aap ne is ko yaad kiya. sab log makka kehte thay is town ko, aap ne makka kaha is town ko,</w:t>
      </w:r>
    </w:p>
    <w:p>
      <w:pPr>
        <w:jc w:val="right"/>
      </w:pPr>
      <w:r>
        <w:t>یعنی جو نام ہسٹوریکلی اس ٹاؤن کا چلا آ رہا تھا، اسی نام سے آپ نے اس کو یاد کیا۔ سب لوگ مکہ کہتے تھے اس ٹاؤن کو، آپ نے مکہ کہا اس ٹاؤن کو،</w:t>
      </w:r>
    </w:p>
    <w:p>
      <w:r>
        <w:rPr>
          <w:b/>
        </w:rPr>
        <w:t xml:space="preserve">[1:04:04] </w:t>
      </w:r>
      <w:r>
        <w:t>aap ne yeh kaha, yeh nahi kaha ke darul kufr hai. this kind of nomenclature is quite against islamic teachings hain. phir aap dekhiye, jab aap ne migrate kiya makka se, aap madina gaye to kya hua?</w:t>
      </w:r>
    </w:p>
    <w:p>
      <w:pPr>
        <w:jc w:val="right"/>
      </w:pPr>
      <w:r>
        <w:t>آپ نے یہ کہا، یہ نہیں کہا کہ دارالکفر ہے۔ دس کائنڈ آف نامنکلیچر از کوائٹ اگینسٹ اسلامک ٹیچنگز ہیں۔ پھر آپ دیکھیے، جب آپ نے مائیگریٹ کیا مکہ سے، آپ مدینہ گئے تو کیا ہوا؟</w:t>
      </w:r>
    </w:p>
    <w:p>
      <w:r>
        <w:rPr>
          <w:b/>
        </w:rPr>
        <w:t xml:space="preserve">[1:04:21] </w:t>
      </w:r>
      <w:r>
        <w:t>ladai chhid gayi. yani aap ke aur makka walon ke beech mein ladai chhid gayi. to ab kya hua ke makka darul harb ho ban gaya, yani land of war.</w:t>
      </w:r>
    </w:p>
    <w:p>
      <w:pPr>
        <w:jc w:val="right"/>
      </w:pPr>
      <w:r>
        <w:t>لڑائی چھڑ گئی۔ یعنی آپ کے اور مکہ والوں کے بیچ میں لڑائی چھڑ گئی۔ تو اب کیا ہوا کہ مکہ دارالحرب ہو بن گیا، یعنی لینڈ آف وار۔</w:t>
      </w:r>
    </w:p>
    <w:p>
      <w:r>
        <w:rPr>
          <w:b/>
        </w:rPr>
        <w:t xml:space="preserve">[1:04:35] </w:t>
      </w:r>
      <w:r>
        <w:t>to ab tab bhi aap ne yeh declare nahi kiya ke makka ab darul harb ban gaya hai. aap ne declare nahi kiya. koi ek bhi reference aap nahi bata sakte ke rasool allah ne migration ke baad yeh kaha ho ke makka ab darul harb ban gaya hai, land of war.</w:t>
      </w:r>
    </w:p>
    <w:p>
      <w:pPr>
        <w:jc w:val="right"/>
      </w:pPr>
      <w:r>
        <w:t>تو اب تب بھی آپ نے یہ ڈیکلیئر نہیں کیا کہ مکہ اب دارالحرب بن گیا ہے۔ آپ نے ڈیکلیئر نہیں کیا۔ کوئی ایک بھی ریفرنس آپ نہیں بتا سکتے کہ رسول اللہ نے مائیگریشن کے بعد یہ کہا ہو کہ مکہ اب دارالحرب بن گیا ہے، لینڈ آف وار۔</w:t>
      </w:r>
    </w:p>
    <w:p>
      <w:r>
        <w:rPr>
          <w:b/>
        </w:rPr>
        <w:t xml:space="preserve">[1:04:52] </w:t>
      </w:r>
      <w:r>
        <w:t>ab bhi aap ne is ko makka hi kaha, yani pehle bhi makka kaha, ab bhi makka kaha.</w:t>
      </w:r>
    </w:p>
    <w:p>
      <w:pPr>
        <w:jc w:val="right"/>
      </w:pPr>
      <w:r>
        <w:t>اب بھی آپ نے اس کو مکہ ہی کہا، یعنی پہلے بھی مکہ کہا، اب بھی مکہ کہا۔</w:t>
      </w:r>
    </w:p>
    <w:p>
      <w:r>
        <w:rPr>
          <w:b/>
        </w:rPr>
        <w:t xml:space="preserve">[1:05:00] </w:t>
      </w:r>
      <w:r>
        <w:t>doosri taraf dekhiye, madina. madine mein us zamane mein jis ko kehte hain city state, city state ban gaya jo dheere dheere, dheere dheere poore arab mein jo state bani, us ka headquarter bana.</w:t>
      </w:r>
    </w:p>
    <w:p>
      <w:pPr>
        <w:jc w:val="right"/>
      </w:pPr>
      <w:r>
        <w:t>دوسری طرف دیکھیے، مدینہ۔ مدینے میں اس زمانے میں جس کو کہتے ہیں سٹی اسٹیٹ، سٹی اسٹیٹ بن گیا جو دھیرے دھیرے، دھیرے دھیرے پورے عرب میں جو اسٹیٹ بنی، اس کا ہیڈ کوارٹر بنا۔</w:t>
      </w:r>
    </w:p>
    <w:p>
      <w:r>
        <w:rPr>
          <w:b/>
        </w:rPr>
        <w:t xml:space="preserve">[1:05:15] </w:t>
      </w:r>
      <w:r>
        <w:t>woh to aaj kal jo banayi gayi hai, jo turn banaya gaya hai baad ke zamane mein, us ke mutabiq makka madina kya ho gaya?</w:t>
      </w:r>
    </w:p>
    <w:p>
      <w:pPr>
        <w:jc w:val="right"/>
      </w:pPr>
      <w:r>
        <w:t>وہ تو آج کل جو بنائی گئی ہے، جو ٹرن بنایا گیا ہے بعد کے زمانے میں، اس کے مطابق مکہ مدینہ کیا ہو گیا؟</w:t>
      </w:r>
    </w:p>
    <w:p>
      <w:r>
        <w:rPr>
          <w:b/>
        </w:rPr>
        <w:t xml:space="preserve">[1:05:25] </w:t>
      </w:r>
      <w:r>
        <w:t>darul islam ho gaya.</w:t>
      </w:r>
    </w:p>
    <w:p>
      <w:pPr>
        <w:jc w:val="right"/>
      </w:pPr>
      <w:r>
        <w:t>دارالاسلام ہو گیا۔</w:t>
      </w:r>
    </w:p>
    <w:p>
      <w:r>
        <w:rPr>
          <w:b/>
        </w:rPr>
        <w:t xml:space="preserve">[1:05:27] </w:t>
      </w:r>
      <w:r>
        <w:t>lekin aap ne kabhi bhi nahi kaha ke madina darul islam hai, ek baar bhi nahi.</w:t>
      </w:r>
    </w:p>
    <w:p>
      <w:pPr>
        <w:jc w:val="right"/>
      </w:pPr>
      <w:r>
        <w:t>لیکن آپ نے کبھی بھی نہیں کہا کہ مدینہ دارالاسلام ہے، ایک بار بھی نہیں۔</w:t>
      </w:r>
    </w:p>
    <w:p>
      <w:r>
        <w:rPr>
          <w:b/>
        </w:rPr>
        <w:t xml:space="preserve">[1:05:35] </w:t>
      </w:r>
      <w:r>
        <w:t>is phir bhi aap ne madina hi kaha. is ko makka ko makka kehte rahe, madina ko madina kehte rahe. kabhi bhi aap ne darul kufr, darul harb, darul islam par naam istemal nahi kiya.</w:t>
      </w:r>
    </w:p>
    <w:p>
      <w:pPr>
        <w:jc w:val="right"/>
      </w:pPr>
      <w:r>
        <w:t>اس پھر بھی آپ نے مدینہ ہی کہا۔ اس کو مکہ کو مکہ کہتے رہے، مدینہ کو مدینہ کہتے رہے۔ کبھی بھی آپ نے دارالکفر، دارالحرب، دارالاسلام پر نام استعمال نہیں کیا۔</w:t>
      </w:r>
    </w:p>
    <w:p>
      <w:r>
        <w:rPr>
          <w:b/>
        </w:rPr>
        <w:t xml:space="preserve">[1:05:48] </w:t>
      </w:r>
      <w:r>
        <w:t>is ka matlab kya hua? yeh sab innovation hai. yeh nomenclature bilashuba innovation hai</w:t>
      </w:r>
    </w:p>
    <w:p>
      <w:pPr>
        <w:jc w:val="right"/>
      </w:pPr>
      <w:r>
        <w:t>اس کا مطلب کیا ہوا؟ یہ سب انویشن ہے۔ یہ نامنکلیچر بلاشبہ انویشن ہے</w:t>
      </w:r>
    </w:p>
    <w:p>
      <w:r>
        <w:rPr>
          <w:b/>
        </w:rPr>
        <w:t xml:space="preserve">[1:05:56] </w:t>
      </w:r>
      <w:r>
        <w:t>kyun ke yeh nomenclature islam mein rasool Allah ne istemal nahi kiya. to yeh hai ajnabi islam. rasool Allah jab ke zamanay ka jo islam tha, us ke mutabiq makka makka tha, madina madina tha.</w:t>
      </w:r>
    </w:p>
    <w:p>
      <w:pPr>
        <w:jc w:val="right"/>
      </w:pPr>
      <w:r>
        <w:t>کیونکہ یہ نامنکلیچر اسلام میں رسول اللہ نے استعمال نہیں کیا۔ تو یہ ہے اجنبی اسلام۔ رسول اللہ جب کے زمانے کا جو اسلام تھا، اس کے مطابق مکہ مکہ تھا، مدینہ مدینہ تھا۔</w:t>
      </w:r>
    </w:p>
    <w:p>
      <w:r>
        <w:rPr>
          <w:b/>
        </w:rPr>
        <w:t xml:space="preserve">[1:06:10] </w:t>
      </w:r>
      <w:r>
        <w:t>ab jo baat ko banaya gaya to koi banaya, koi ilaaqa, koi area ban gaya darul kufr, koi ban gaya darul harb, koi idhar, koi darul islam.</w:t>
      </w:r>
    </w:p>
    <w:p>
      <w:pPr>
        <w:jc w:val="right"/>
      </w:pPr>
      <w:r>
        <w:t>اب جو بات کو بنایا گیا تو کوئی بنایا، کوئی علاقہ، کوئی ایریا بن گیا دارالکفر، کوئی بن گیا دارالحرب، کوئی ادھر، کوئی دارالاسلام۔</w:t>
      </w:r>
    </w:p>
    <w:p>
      <w:r>
        <w:rPr>
          <w:b/>
        </w:rPr>
        <w:t xml:space="preserve">[1:06:19] </w:t>
      </w:r>
      <w:r>
        <w:t>yeh hai ajnabi islam. yeh hai wrong nomenclature.</w:t>
      </w:r>
    </w:p>
    <w:p>
      <w:pPr>
        <w:jc w:val="right"/>
      </w:pPr>
      <w:r>
        <w:t>یہ ہے اجنبی اسلام۔ یہ ہے رونگ نامنکلیچر۔</w:t>
      </w:r>
    </w:p>
    <w:p>
      <w:r>
        <w:rPr>
          <w:b/>
        </w:rPr>
        <w:t xml:space="preserve">[1:06:25] </w:t>
      </w:r>
      <w:r>
        <w:t>is nomenclature ko islam bilkul islam mein is ki gunjaish nahi hai. islam is ke khilaf hai. is liye main kehta hoon ke yeh woh hadith jo hai ke baad ke zamanay mein islam ajnabi ban jaye ga, yeh bhi isi ki misaal hai.</w:t>
      </w:r>
    </w:p>
    <w:p>
      <w:pPr>
        <w:jc w:val="right"/>
      </w:pPr>
      <w:r>
        <w:t>اس نامنکلیچر کو اسلام بالکل اسلام میں اس کی گنجائش نہیں ہے۔ اسلام اس کے خلاف ہے۔ اس لیے میں کہتا ہوں کہ یہ وہ حدیث جو ہے کہ بعد کے زمانے میں اسلام اجنبی بن جائے گا، یہ بھی اسی کی مثال ہے۔</w:t>
      </w:r>
    </w:p>
    <w:p>
      <w:r>
        <w:rPr>
          <w:b/>
        </w:rPr>
        <w:t xml:space="preserve">[1:06:46] </w:t>
      </w:r>
      <w:r>
        <w:t>aaj kal kya hai? dekhiye, aisi jamaatein nikli hain jin ke haan ikraam muslim ka lafz bola jata hai. ikraam muslim,</w:t>
      </w:r>
    </w:p>
    <w:p>
      <w:pPr>
        <w:jc w:val="right"/>
      </w:pPr>
      <w:r>
        <w:t>آج کل کیا ہے؟ دیکھیے، ایسی جماعتیں نکلی ہیں جن کے ہاں اکرام مسلم کا لفظ بولا جاتا ہے۔ اکرام مسلم،</w:t>
      </w:r>
    </w:p>
    <w:p>
      <w:r>
        <w:rPr>
          <w:b/>
        </w:rPr>
        <w:t xml:space="preserve">[1:06:55] </w:t>
      </w:r>
      <w:r>
        <w:t>yeh islam bhi ajnabi hai rasool Allah wale islam mein. ikraam muslim kya cheez hoti hai? ikraam insan, rasool Allah ka tareeqa hai.</w:t>
      </w:r>
    </w:p>
    <w:p>
      <w:pPr>
        <w:jc w:val="right"/>
      </w:pPr>
      <w:r>
        <w:t>یہ اسلام بھی اجنبی ہے رسول اللہ والے اسلام میں۔ اکرام مسلم کیا چیز ہوتی ہے؟ اکرام انسان، رسول اللہ کا طریقہ ہے۔</w:t>
      </w:r>
    </w:p>
    <w:p>
      <w:r>
        <w:rPr>
          <w:b/>
        </w:rPr>
        <w:t xml:space="preserve">[1:07:04] </w:t>
      </w:r>
      <w:r>
        <w:t>ikraam insan, yaani ikraam insan jo hai, woh sacha islami taleem hai. ikraam muslim jo hai, yeh kya hai?</w:t>
      </w:r>
    </w:p>
    <w:p>
      <w:pPr>
        <w:jc w:val="right"/>
      </w:pPr>
      <w:r>
        <w:t>اکرام انسان، یعنی اکرام انسان جو ہے، وہ سچا اسلامی تعلیم ہے۔ اکرام مسلم جو ہے، یہ کیا ہے؟</w:t>
      </w:r>
    </w:p>
    <w:p>
      <w:r>
        <w:rPr>
          <w:b/>
        </w:rPr>
        <w:t xml:space="preserve">[1:07:15] </w:t>
      </w:r>
      <w:r>
        <w:t>yeh ajnabi islam hai jo baad ko banaya gaya.</w:t>
      </w:r>
    </w:p>
    <w:p>
      <w:pPr>
        <w:jc w:val="right"/>
      </w:pPr>
      <w:r>
        <w:t>یہ اجنبی اسلام ہے جو بعد کو بنایا گیا۔</w:t>
      </w:r>
    </w:p>
    <w:p>
      <w:r>
        <w:rPr>
          <w:b/>
        </w:rPr>
        <w:t xml:space="preserve">[1:07:19] </w:t>
      </w:r>
      <w:r>
        <w:t>jaisa ek waqia maine aap ke samnay pehle arz kiya hai, yahan par to us waqt madine mein kuch yahoodi bhi thay. ek din aisa hua ke aap ne dekha ke samnay se ek yahoodi janaza chala ja raha hai.</w:t>
      </w:r>
    </w:p>
    <w:p>
      <w:pPr>
        <w:jc w:val="right"/>
      </w:pPr>
      <w:r>
        <w:t>جیسا ایک واقعہ میں نے آپ کے سامنے پہلے عرض کیا ہے، یہاں پر تو اس وقت مدینے میں کچھ یہودی بھی تھے۔ ایک دن ایسا ہوا کہ آپ نے دیکھا کہ سامنے سے ایک یہودی جنازہ چلا جا رہا ہے۔</w:t>
      </w:r>
    </w:p>
    <w:p>
      <w:r>
        <w:rPr>
          <w:b/>
        </w:rPr>
        <w:t xml:space="preserve">[1:07:36] </w:t>
      </w:r>
      <w:r>
        <w:t>janaza ek yahoodi ka janaza. aap ne dekha to us waqt aap bethe hue thay, aap us ke respect mein kharay hogaye.</w:t>
      </w:r>
    </w:p>
    <w:p>
      <w:pPr>
        <w:jc w:val="right"/>
      </w:pPr>
      <w:r>
        <w:t>جنازہ ایک یہودی کا جنازہ۔ آپ نے دیکھا تو اس وقت آپ بیٹھے ہوئے تھے، آپ اس کے ریسپیکٹ میں کھڑے ہوگئے۔</w:t>
      </w:r>
    </w:p>
    <w:p>
      <w:r>
        <w:rPr>
          <w:b/>
        </w:rPr>
        <w:t xml:space="preserve">[1:07:49] </w:t>
      </w:r>
      <w:r>
        <w:t>rasool Allah us ke respect mein kharay hogaye. aap ke ek companion ne kaha ke rasool Allah, yeh to yahoodi ka janaza tha. matlab aap ne us ki respect de rahe hain, aap yeh to yahoodi ka janaza hai.</w:t>
      </w:r>
    </w:p>
    <w:p>
      <w:pPr>
        <w:jc w:val="right"/>
      </w:pPr>
      <w:r>
        <w:t>رسول اللہ اس کے ریسپیکٹ میں کھڑے ہوگئے۔ آپ کے ایک کمپینین نے کہا کہ رسول اللہ، یہ تو یہودی کا جنازہ تھا۔ مطلب آپ نے اس کی ریسپیکٹ دے رہے ہیں، آپ یہ تو یہودی کا جنازہ ہے۔</w:t>
      </w:r>
    </w:p>
    <w:p>
      <w:r>
        <w:rPr>
          <w:b/>
        </w:rPr>
        <w:t xml:space="preserve">[1:08:02] </w:t>
      </w:r>
      <w:r>
        <w:t>aap ne farmaya: "waiz hi naat a human being".</w:t>
      </w:r>
    </w:p>
    <w:p>
      <w:pPr>
        <w:jc w:val="right"/>
      </w:pPr>
      <w:r>
        <w:t>آپ نے فرمایا: "علیست نفساً واز ہی ناٹ ا ہیومن بینگ"۔</w:t>
      </w:r>
    </w:p>
    <w:p>
      <w:r>
        <w:rPr>
          <w:b/>
        </w:rPr>
        <w:t xml:space="preserve">[1:08:11] </w:t>
      </w:r>
      <w:r>
        <w:t>yahan par dekhiye, aap us ko bhi aap ne insan samjha</w:t>
      </w:r>
    </w:p>
    <w:p>
      <w:pPr>
        <w:jc w:val="right"/>
      </w:pPr>
      <w:r>
        <w:t>یہاں پر دیکھیے، آپ اس کو بھی آپ نے انسان سمجھا</w:t>
      </w:r>
    </w:p>
    <w:p>
      <w:r>
        <w:rPr>
          <w:b/>
        </w:rPr>
        <w:t xml:space="preserve">[1:08:17] </w:t>
      </w:r>
      <w:r>
        <w:t>ke jis tarah main insan hoon, woh bhi insan hai. "waiz hi naat a human being". main human being hoon, woh bhi human being hai. is se kya nikla?</w:t>
      </w:r>
    </w:p>
    <w:p>
      <w:pPr>
        <w:jc w:val="right"/>
      </w:pPr>
      <w:r>
        <w:t>کہ جس طرح میں انسان ہوں، وہ بھی انسان ہے۔ "واز ہی ناٹ ا ہیومن بینگ"۔ میں ہیومن بینگ ہوں، وہ بھی ہیومن بینگ ہے۔ اس سے کیا نکلا؟</w:t>
      </w:r>
    </w:p>
    <w:p>
      <w:r>
        <w:rPr>
          <w:b/>
        </w:rPr>
        <w:t xml:space="preserve">[1:08:26] </w:t>
      </w:r>
      <w:r>
        <w:t>rasool Allah ka tareeqa ikraam insan ka tareeqa tha, sirf ikraam muslim ka tareeqa nahi tha. to ab agar aap ek aisa mazhab banayein jis mein ikraam insan to na ho, ikraam muslim ho, to woh islam ajnabi ho jaye ga.</w:t>
      </w:r>
    </w:p>
    <w:p>
      <w:pPr>
        <w:jc w:val="right"/>
      </w:pPr>
      <w:r>
        <w:t>رسول اللہ کا طریقہ اکرام انسان کا طریقہ تھا، صرف اکرام مسلم کا طریقہ نہیں تھا۔ تو اب اگر آپ ایک ایسا مذہب بنائیں جس میں اکرام انسان تو نہ ہو، اکرام مسلم ہو، تو وہ اسلام اجنبی ہو جائے گا۔</w:t>
      </w:r>
    </w:p>
    <w:p>
      <w:r>
        <w:rPr>
          <w:b/>
        </w:rPr>
        <w:t xml:space="preserve">[1:08:43] </w:t>
      </w:r>
      <w:r>
        <w:t>woh islam rasool Allah wale islam nahi hoga.</w:t>
      </w:r>
    </w:p>
    <w:p>
      <w:pPr>
        <w:jc w:val="right"/>
      </w:pPr>
      <w:r>
        <w:t>وہ اسلام رسول اللہ والے اسلام نہیں ہوگا۔</w:t>
      </w:r>
    </w:p>
    <w:p>
      <w:r>
        <w:rPr>
          <w:b/>
        </w:rPr>
        <w:t xml:space="preserve">[1:08:47] </w:t>
      </w:r>
      <w:r>
        <w:t>saare insan ko respect dena, saare insano ko apne barabar samajhna. dekhiye, ek cheez hai mazhab.</w:t>
      </w:r>
    </w:p>
    <w:p>
      <w:pPr>
        <w:jc w:val="right"/>
      </w:pPr>
      <w:r>
        <w:t>سارے انسان کو ریسپیکٹ دینا، سارے انسانوں کو اپنے برابر سمجھنا۔ دیکھیے، ایک چیز ہے مذہب۔</w:t>
      </w:r>
    </w:p>
    <w:p>
      <w:r>
        <w:rPr>
          <w:b/>
        </w:rPr>
        <w:t xml:space="preserve">[1:08:56] </w:t>
      </w:r>
      <w:r>
        <w:t>to mazhab ka jahan ta'alluq hai, to quran mein hai ke "lakum deenukum wa liyadeen". "for you your religion for me mine".</w:t>
      </w:r>
    </w:p>
    <w:p>
      <w:pPr>
        <w:jc w:val="right"/>
      </w:pPr>
      <w:r>
        <w:t>تو مذہب کا جہاں تعلق ہے، تو قرآن میں ہے کہ "لکم دینکم ولادین"۔ "فار یو یور ریلیجن فار می مائن"۔</w:t>
      </w:r>
    </w:p>
    <w:p>
      <w:r>
        <w:rPr>
          <w:b/>
        </w:rPr>
        <w:t xml:space="preserve">[1:09:07] </w:t>
      </w:r>
      <w:r>
        <w:t>yaani "follow one and respect all".</w:t>
      </w:r>
    </w:p>
    <w:p>
      <w:pPr>
        <w:jc w:val="right"/>
      </w:pPr>
      <w:r>
        <w:t>یعنی "فالو ون اینڈ ریسپیکٹ آل"۔</w:t>
      </w:r>
    </w:p>
    <w:p>
      <w:r>
        <w:rPr>
          <w:b/>
        </w:rPr>
        <w:t xml:space="preserve">[1:09:10] </w:t>
      </w:r>
      <w:r>
        <w:t>lekin jahan tak insan honay ki baat hai, to saare insan qabil e ehtiram hain, saare insan respectable hain, saare insan Khuda ke paida kiye hue hain.</w:t>
      </w:r>
    </w:p>
    <w:p>
      <w:pPr>
        <w:jc w:val="right"/>
      </w:pPr>
      <w:r>
        <w:t>لیکن جہاں تک انسان ہونے کی بات ہے، تو سارے انسان قابل احترام ہیں، سارے انسان ریسپیکٹیبل ہیں، سارے انسان خدا کے پیدا کیے ہوئے ہیں۔</w:t>
      </w:r>
    </w:p>
    <w:p>
      <w:r>
        <w:rPr>
          <w:b/>
        </w:rPr>
        <w:t xml:space="preserve">[1:09:24] </w:t>
      </w:r>
      <w:r>
        <w:t>to islam ki taleem ikraam insan ki hai, ikraam muslim ki nahi hai. ab jo ab jo hai, woh jo hai, woh ek ajnabi islam hai jo baat ko invent kiya gaya hai.</w:t>
      </w:r>
    </w:p>
    <w:p>
      <w:pPr>
        <w:jc w:val="right"/>
      </w:pPr>
      <w:r>
        <w:t>تو اسلام کی تعلیم اکرام انسان کی ہے، اکرام مسلم کی نہیں ہے۔ اب جو اب جو ہے، وہ جو ہے، وہ ایک اجنبی اسلام ہے جو بات کو انوینٹ کیا گیا ہے۔</w:t>
      </w:r>
    </w:p>
    <w:p>
      <w:r>
        <w:rPr>
          <w:b/>
        </w:rPr>
        <w:t xml:space="preserve">[1:09:43] </w:t>
      </w:r>
      <w:r>
        <w:t>abhi main gaya tha ek shehar mein, wahan par meri ek taqreer hui thi. yeh nandiyai ki baat hai. to musalmanon ka ek madrassa tha, wahan us madrase mein meri taqreer hui.</w:t>
      </w:r>
    </w:p>
    <w:p>
      <w:pPr>
        <w:jc w:val="right"/>
      </w:pPr>
      <w:r>
        <w:t>ابھی میں گیا تھا ایک شہر میں، وہاں پر میری ایک تقریر ہوئی تھی۔ یہ نندیائی کی بات ہے۔ تو مسلمانوں کا ایک مدرسہ تھا، وہاں اس مدرسے میں میری تقریر ہوئی۔</w:t>
      </w:r>
    </w:p>
    <w:p>
      <w:r>
        <w:rPr>
          <w:b/>
        </w:rPr>
        <w:t xml:space="preserve">[1:09:54] </w:t>
      </w:r>
      <w:r>
        <w:t>to is taqreer mein auraton ke bare mein sawal kiya gaya ke auraton ka darja kya hai islam mein.</w:t>
      </w:r>
    </w:p>
    <w:p>
      <w:pPr>
        <w:jc w:val="right"/>
      </w:pPr>
      <w:r>
        <w:t>تو اس تقریر میں عورتوں کے بارے میں سوال کیا گیا کہ عورتوں کا درجہ کیا ہے اسلام میں۔</w:t>
      </w:r>
    </w:p>
    <w:p>
      <w:r>
        <w:rPr>
          <w:b/>
        </w:rPr>
        <w:t xml:space="preserve">[1:10:02] </w:t>
      </w:r>
      <w:r>
        <w:t>to maine hadith sunai ke "al nisa shaqaiq al rijal". auratein mard ka shaqiqa hain, yaani "men and women are to equal half of a single unit".</w:t>
      </w:r>
    </w:p>
    <w:p>
      <w:pPr>
        <w:jc w:val="right"/>
      </w:pPr>
      <w:r>
        <w:t>تو میں نے حدیث سنائی کہ "النساء شقائق الرجال"۔ عورتیں مرد کا شقیقہ ہیں، یعنی "مین اینڈ وومن آر ٹو ایکول ہاف آف ا سنگل یونٹ"۔</w:t>
      </w:r>
    </w:p>
    <w:p>
      <w:r>
        <w:rPr>
          <w:b/>
        </w:rPr>
        <w:t xml:space="preserve">[1:10:20] </w:t>
      </w:r>
      <w:r>
        <w:t>ab ek molana sahab wahan the, woh kya kehte hain? yeh to kitab al tahara ki hadith hai, is mein aap auraton ka aur mardon ka woh kahan se nikal rahe hain?</w:t>
      </w:r>
    </w:p>
    <w:p>
      <w:pPr>
        <w:jc w:val="right"/>
      </w:pPr>
      <w:r>
        <w:t>اب ایک مولانا صاحب وہاں تھے، وہ کیا کہتے ہیں؟ یہ تو کتاب الطہارہ کی حدیث ہے، اس میں آپ عورتوں کا اور مردوں کا وہ کہاں سے نکال رہے ہیں؟</w:t>
      </w:r>
    </w:p>
    <w:p>
      <w:r>
        <w:rPr>
          <w:b/>
        </w:rPr>
        <w:t xml:space="preserve">[1:10:31] </w:t>
      </w:r>
      <w:r>
        <w:t>yeh ek waqia hai ke yeh hadith kitab al tahara mein aayi hai, yaani safai suthrai kaise karein, hath paon kaise dhohein, nahayein kaise, wuzu karein kaise, kab nahana hai, kab kya karna hai.</w:t>
      </w:r>
    </w:p>
    <w:p>
      <w:pPr>
        <w:jc w:val="right"/>
      </w:pPr>
      <w:r>
        <w:t>یہ ایک واقعہ ہے کہ یہ حدیث کتاب الطہارہ میں آئی ہے، یعنی صفائی ستھرائی کیسے کریں، ہاتھ پاؤں کیسے دھوئیں، نہائیں کیسے، وضو کریں کیسے، کب نہانا ہے، کب کیا کرنا ہے۔</w:t>
      </w:r>
    </w:p>
    <w:p>
      <w:r>
        <w:rPr>
          <w:b/>
        </w:rPr>
        <w:t xml:space="preserve">[1:10:42] </w:t>
      </w:r>
      <w:r>
        <w:t>is ko kehte hain kitab al tahara. to kitab al tahara mein woh chounke hadith aayi hai, is liye is se yeh masla nahi nikalta ke aurat mard ka kya darja hai islam mein.</w:t>
      </w:r>
    </w:p>
    <w:p>
      <w:pPr>
        <w:jc w:val="right"/>
      </w:pPr>
      <w:r>
        <w:t>اس کو کہتے ہیں کتاب الطہارہ۔ تو کتاب الطہارہ میں وہ چونکہ حدیث آئی ہے، اس لیے اس سے یہ مسئلہ نہیں نکلتا کہ عورت مرد کا کیا درجہ ہے اسلام میں۔</w:t>
      </w:r>
    </w:p>
    <w:p>
      <w:r>
        <w:rPr>
          <w:b/>
        </w:rPr>
        <w:t xml:space="preserve">[1:10:53] </w:t>
      </w:r>
      <w:r>
        <w:t>kaisi ajeeb baat hai! logon ke nazdeek ajnabi ho gaya hai woh tasawwur jo khud hadith mein maujood hai aurat aur mard ke bare mein,</w:t>
      </w:r>
    </w:p>
    <w:p>
      <w:pPr>
        <w:jc w:val="right"/>
      </w:pPr>
      <w:r>
        <w:t>کیسی عجیب بات ہے! لوگوں کے نزدیک اجنبی ہو گیا ہے وہ تصور جو خود حدیث میں موجود ہے عورت اور مرد کے بارے میں،</w:t>
      </w:r>
    </w:p>
    <w:p>
      <w:r>
        <w:rPr>
          <w:b/>
        </w:rPr>
        <w:t xml:space="preserve">[1:11:04] </w:t>
      </w:r>
      <w:r>
        <w:t>kyunke unke mind mein baitha hua hai ke aurat superior, mard superiorer hai, aurat inferior hai. unke mind mein baitha hua hai. to unka jo mind tha, wahan pe hit hua.</w:t>
      </w:r>
    </w:p>
    <w:p>
      <w:pPr>
        <w:jc w:val="right"/>
      </w:pPr>
      <w:r>
        <w:t>کیونکہ ان کے مائنڈ میں بیٹھا ہوا ہے کہ عورت سپیئر، مرد سپیئرر ہے، عورت انفیریر ہے۔ ان کے مائنڈ میں بیٹھا ہوا ہے۔ تو ان کا جو مائنڈ تھا، وہاں پہ ہٹ ہوا۔</w:t>
      </w:r>
    </w:p>
    <w:p>
      <w:r>
        <w:rPr>
          <w:b/>
        </w:rPr>
        <w:t xml:space="preserve">[1:11:14] </w:t>
      </w:r>
      <w:r>
        <w:t>woh to unhone is tarah is ko radd kiya ke bhai yeh kitab, yeh hadith to kitab al tahara mein hai, safai suthrai wale chapter mein.</w:t>
      </w:r>
    </w:p>
    <w:p>
      <w:pPr>
        <w:jc w:val="right"/>
      </w:pPr>
      <w:r>
        <w:t>وہ تو انہوں نے اس طرح اس کو رد کیا کہ بھئی یہ کتاب، یہ حدیث تو کتاب الطہارہ میں ہے، صفائی ستھرائی والے چیپٹر میں۔</w:t>
      </w:r>
    </w:p>
    <w:p>
      <w:r>
        <w:rPr>
          <w:b/>
        </w:rPr>
        <w:t xml:space="preserve">[1:11:26] </w:t>
      </w:r>
      <w:r>
        <w:t>ab ghor kijiye ke jab hadith mein maujood hai ke "men and women are to equal half of a single unit" to aap ko is manne mein kyun aap ko pareshani ho rahi hai?</w:t>
      </w:r>
    </w:p>
    <w:p>
      <w:pPr>
        <w:jc w:val="right"/>
      </w:pPr>
      <w:r>
        <w:t>اب غور کیجئے کہ جب حدیث میں موجود ہے کہ "مین اینڈ وومن آر ٹو ایکول ہاف آف ا سنگل یونٹ" تو آپ کو اس ماننے میں کیوں آپ کو پریشانی ہو رہی ہے؟</w:t>
      </w:r>
    </w:p>
    <w:p>
      <w:r>
        <w:rPr>
          <w:b/>
        </w:rPr>
        <w:t xml:space="preserve">[1:11:38] </w:t>
      </w:r>
      <w:r>
        <w:t>pareshani is liye ho rahi hai ke jo prevalent religion hai, woh is ke mutabiq nahi hai. aap ne invent kar ke ek aur mazhab banaya hai.</w:t>
      </w:r>
    </w:p>
    <w:p>
      <w:pPr>
        <w:jc w:val="right"/>
      </w:pPr>
      <w:r>
        <w:t>پریشانی اس لیے ہو رہی ہے کہ جو پریولنٹ ریلیجن ہے، وہ اس کے مطابق نہیں ہے۔ آپ نے انوینٹ کر کے ایک اور مذہب بنایا ہے۔</w:t>
      </w:r>
    </w:p>
    <w:p>
      <w:r>
        <w:rPr>
          <w:b/>
        </w:rPr>
        <w:t xml:space="preserve">[1:11:50] </w:t>
      </w:r>
      <w:r>
        <w:t>is is mazhabi framework jo hai bana hua, is mein yeh cheez jo hai ajnabi ban gayi hai.</w:t>
      </w:r>
    </w:p>
    <w:p>
      <w:pPr>
        <w:jc w:val="right"/>
      </w:pPr>
      <w:r>
        <w:t>اس اس مذہبی فریم ورک جو ہے بنا ہوا، اس میں یہ چیز جو ہے اجنبی بن گئی ہے۔</w:t>
      </w:r>
    </w:p>
    <w:p>
      <w:r>
        <w:rPr>
          <w:b/>
        </w:rPr>
        <w:t xml:space="preserve">[1:11:58] </w:t>
      </w:r>
      <w:r>
        <w:t>kaisi ajeeb baat hai! yeh</w:t>
      </w:r>
    </w:p>
    <w:p>
      <w:pPr>
        <w:jc w:val="right"/>
      </w:pPr>
      <w:r>
        <w:t>کیسی عجیب بات ہے! یہ</w:t>
      </w:r>
    </w:p>
    <w:p>
      <w:r>
        <w:rPr>
          <w:b/>
        </w:rPr>
        <w:t xml:space="preserve">[1:12:03] </w:t>
      </w:r>
      <w:r>
        <w:t>mere paas ek bar kuch arab ulma aaye to maine kaha ke aap log jo yaani israel se lad rahe hain, to aap islam ke khilaf chal rahe hain.</w:t>
      </w:r>
    </w:p>
    <w:p>
      <w:pPr>
        <w:jc w:val="right"/>
      </w:pPr>
      <w:r>
        <w:t>میرے پاس ایک بار کچھ عرب علماء آئے تو میں نے کہا کہ آپ لوگ جو یعنی اسرائیل سے لڑ رہے ہیں، تو آپ اسلام کے خلاف چل رہے ہیں۔</w:t>
      </w:r>
    </w:p>
    <w:p>
      <w:r>
        <w:rPr>
          <w:b/>
        </w:rPr>
        <w:t xml:space="preserve">[1:12:16] </w:t>
      </w:r>
      <w:r>
        <w:t>unhone kaha ke woh kaise? maine kaha ke bukhari mein riwayat hai ke "ma khair rasool Allah sallallahu alaihi wasallam bayna amrain al ikhtiraa"</w:t>
      </w:r>
    </w:p>
    <w:p>
      <w:pPr>
        <w:jc w:val="right"/>
      </w:pPr>
      <w:r>
        <w:t>انہوں نے کہا کہ وہ کیسے؟ میں نے کہا کہ بخاری میں روایت ہے کہ "ما خیر رسول اللہ صلی اللہ علیہ وسلم بین امرین الاخترا"</w:t>
      </w:r>
    </w:p>
    <w:p>
      <w:r>
        <w:rPr>
          <w:b/>
        </w:rPr>
        <w:t xml:space="preserve">[1:12:26] </w:t>
      </w:r>
      <w:r>
        <w:t>. is ka matlab yeh hai ke rasool Allah ko jab do mein se ek ka option hota tha, yaani easier option aur harder option, to aap hamesha easier option ko lete the, harder option ko chhod dete the.</w:t>
      </w:r>
    </w:p>
    <w:p>
      <w:pPr>
        <w:jc w:val="right"/>
      </w:pPr>
      <w:r>
        <w:t>۔ اس کا مطلب یہ ہے کہ رسول اللہ کو جب دو میں سے ایک کا آپشن ہوتا تھا، یعنی ایزیر آپشن اور ہارڈر آپشن، تو آپ ہمیشہ ایزیر آپشن کو لیتے تھے، ہارڈر آپشن کو چھوڑ دیتے تھے۔</w:t>
      </w:r>
    </w:p>
    <w:p>
      <w:r>
        <w:rPr>
          <w:b/>
        </w:rPr>
        <w:t xml:space="preserve">[1:12:43] </w:t>
      </w:r>
      <w:r>
        <w:t>is ka matlab kya hua? ke agar aap ke liye option yeh ho ke ya to aap peaceful method ko lein ya violent method ko dein, yaani peaceful method aur violent method dono ka aap ke liye option ho,</w:t>
      </w:r>
    </w:p>
    <w:p>
      <w:pPr>
        <w:jc w:val="right"/>
      </w:pPr>
      <w:r>
        <w:t>اس کا مطلب کیا ہوا؟ کہ اگر آپ کے لیے آپشن یہ ہو کہ یا تو آپ پیس فل میتھڈ کو لیں یا والنٹ میتھڈ کو دیں، یعنی پیس فل میتھڈ اور والنٹ میتھڈ دونوں کا آپ کے لیے آپشن ہو،</w:t>
      </w:r>
    </w:p>
    <w:p>
      <w:r>
        <w:rPr>
          <w:b/>
        </w:rPr>
        <w:t xml:space="preserve">[1:12:56] </w:t>
      </w:r>
      <w:r>
        <w:t>to is hadith ke mutabiq aap ko violent method ko chhodna chahiye aur peaceful method ko lena chahiye. to maine kaha israel mein poora mauqa hai aap ko peaceful method ko lene ka, koi rukawat nahi hai,</w:t>
      </w:r>
    </w:p>
    <w:p>
      <w:pPr>
        <w:jc w:val="right"/>
      </w:pPr>
      <w:r>
        <w:t>تو اس حدیث کے مطابق آپ کو والنٹ میتھڈ کو چھوڑنا چاہیے اور پیس فل میتھڈ کو لینا چاہیے۔ تو میں نے کہا اسرائیل میں پورا موقع ہے آپ کو پیس فل میتھڈ کو لینے کا، کوئی رکاوٹ نہیں ہے،</w:t>
      </w:r>
    </w:p>
    <w:p>
      <w:r>
        <w:rPr>
          <w:b/>
        </w:rPr>
        <w:t xml:space="preserve">[1:13:11] </w:t>
      </w:r>
      <w:r>
        <w:t>koi bhi rukawat nahi hai. khud yahudiyon mein aise log hain jo khilaf hain aaj kal ke israel ke, aur woh peaceful andaaz se is ke khilaf woh apna chala rahe hain, apna campaign</w:t>
      </w:r>
    </w:p>
    <w:p>
      <w:pPr>
        <w:jc w:val="right"/>
      </w:pPr>
      <w:r>
        <w:t>کوئی بھی رکاوٹ نہیں ہے۔ خود یہودیوں میں ایسے لوگ ہیں جو خلاف ہیں آج کل کے اسرائیل کے، اور وہ پیس فل انداز سے اس کے خلاف وہ اپنا چلا رہے ہیں، اپنا کیمپین</w:t>
      </w:r>
    </w:p>
    <w:p>
      <w:r>
        <w:rPr>
          <w:b/>
        </w:rPr>
        <w:t xml:space="preserve">[1:13:26] </w:t>
      </w:r>
      <w:r>
        <w:t>khud yahudiyon mein, kyunke yahudi aqeeda yeh hai ke israel ko koi political movement nahi banayegi. koi ek nabi aayega, ek prophet, woh israel ko qaim karega.</w:t>
      </w:r>
    </w:p>
    <w:p>
      <w:pPr>
        <w:jc w:val="right"/>
      </w:pPr>
      <w:r>
        <w:t>خود یہودیوں میں، کیونکہ یہودی عقیدہ یہ ہے کہ اسرائیل کو کوئی پولیٹیکل موومنٹ نہیں بنائے گی۔ کوئی ایک نبی آئے گا، ایک پرافٹ، وہ اسرائیل کو قائم کرے گا۔</w:t>
      </w:r>
    </w:p>
    <w:p>
      <w:r>
        <w:rPr>
          <w:b/>
        </w:rPr>
        <w:t xml:space="preserve">[1:13:39] </w:t>
      </w:r>
      <w:r>
        <w:t>unke nazdeek promised land jo hai, israel promised land hai jiska khuda ne wada kiya hai. to promised land ko qaim karne ka kaam ek prophet karega, yeh political party nahi kar sakti hai.</w:t>
      </w:r>
    </w:p>
    <w:p>
      <w:pPr>
        <w:jc w:val="right"/>
      </w:pPr>
      <w:r>
        <w:t>ان کے نزدیک پرومسڈ لینڈ جو ہے، اسرائیل پرومسڈ لینڈ ہے جس کا خدا نے وعدہ کیا ہے۔ تو پرومسڈ لینڈ کو قائم کرنے کا کام ایک پرافٹ کرے گا، یہ پولیٹیکل پارٹی نہیں کر سکتی ہے۔</w:t>
      </w:r>
    </w:p>
    <w:p>
      <w:r>
        <w:rPr>
          <w:b/>
        </w:rPr>
        <w:t xml:space="preserve">[1:13:51] </w:t>
      </w:r>
      <w:r>
        <w:t>is is idea ko le kar ke woh woh wahan par chala rahe hain, peaceful</w:t>
      </w:r>
    </w:p>
    <w:p>
      <w:pPr>
        <w:jc w:val="right"/>
      </w:pPr>
      <w:r>
        <w:t>اس اس آئیڈیا کو لے کر کے وہ وہ وہاں پر چلا رہے ہیں، پیس فل</w:t>
      </w:r>
    </w:p>
    <w:p>
      <w:r>
        <w:rPr>
          <w:b/>
        </w:rPr>
        <w:t xml:space="preserve">[1:13:56] </w:t>
      </w:r>
      <w:r>
        <w:t>andaaz mein unka takrao hai un se. to maine kaha ke aap ko dono ka choice hai: peaceful method aur violent method.</w:t>
      </w:r>
    </w:p>
    <w:p>
      <w:pPr>
        <w:jc w:val="right"/>
      </w:pPr>
      <w:r>
        <w:t>انداز میں ان کا ٹکراؤ ہے ان سے۔ تو میں نے کہا کہ آپ کو دونوں کا چوائس ہے: پیس فل میتھڈ اور والنٹ میتھڈ۔</w:t>
      </w:r>
    </w:p>
    <w:p>
      <w:r>
        <w:rPr>
          <w:b/>
        </w:rPr>
        <w:t xml:space="preserve">[1:14:06] </w:t>
      </w:r>
      <w:r>
        <w:t>to aap kyun lad rahe hain khwamkhwah? aap peaceful tareeqe se kaam kijiye.</w:t>
      </w:r>
    </w:p>
    <w:p>
      <w:pPr>
        <w:jc w:val="right"/>
      </w:pPr>
      <w:r>
        <w:t>تو آپ کیوں لڑ رہے ہیں خوامخواہ؟ آپ پیس فل طریقے سے کام کیجئے۔</w:t>
      </w:r>
    </w:p>
    <w:p>
      <w:r>
        <w:rPr>
          <w:b/>
        </w:rPr>
        <w:t xml:space="preserve">[1:14:12] </w:t>
      </w:r>
      <w:r>
        <w:t>ab kitni khuli khuli daleel hai yeh, lekin unki samajh mein nahi aayi. isi mein maine yeh keh diya ke dekhiye, peaceful method ka effective hona gandhi ke is se sabit ho chuka hai.</w:t>
      </w:r>
    </w:p>
    <w:p>
      <w:pPr>
        <w:jc w:val="right"/>
      </w:pPr>
      <w:r>
        <w:t>اب کتنی کھلی کھلی دلیل ہے یہ، لیکن ان کی سمجھ میں نہیں آئی۔ اسی میں میں نے یہ کہہ دیا کہ دیکھیے، پیس فل میتھڈ کا ایفیکٹیو ہونا گاندھی کے اس سے ثابت ہو چکا ہے۔</w:t>
      </w:r>
    </w:p>
    <w:p>
      <w:r>
        <w:rPr>
          <w:b/>
        </w:rPr>
        <w:t xml:space="preserve">[1:14:27] </w:t>
      </w:r>
      <w:r>
        <w:t>gandhi ne prove kar diya hai ke peaceful method is far more effective than the violent method. ab kya kehte hain? woh khairi sahab, aap ek kafir ka naam le rahe hain.</w:t>
      </w:r>
    </w:p>
    <w:p>
      <w:pPr>
        <w:jc w:val="right"/>
      </w:pPr>
      <w:r>
        <w:t>گاندھی نے پروف کر دیا ہے کہ پیس فل میتھڈ از فار مور ایفیکٹیو دین دی والنٹ میتھڈ۔ اب کیا کہتے ہیں؟ وہ خیری صاحب، آپ ایک کافر کا نام لے رہے ہیں۔</w:t>
      </w:r>
    </w:p>
    <w:p>
      <w:r>
        <w:rPr>
          <w:b/>
        </w:rPr>
        <w:t xml:space="preserve">[1:14:39] </w:t>
      </w:r>
      <w:r>
        <w:t>gandhi to kafir tha, us ki misaal bata rahe hain hum ko. aap</w:t>
      </w:r>
    </w:p>
    <w:p>
      <w:pPr>
        <w:jc w:val="right"/>
      </w:pPr>
      <w:r>
        <w:t>گاندھی تو کافر تھا، اس کی مثال بتا رہے ہیں ہم کو۔ آپ</w:t>
      </w:r>
    </w:p>
    <w:p>
      <w:r>
        <w:rPr>
          <w:b/>
        </w:rPr>
        <w:t xml:space="preserve">[1:14:45] </w:t>
      </w:r>
      <w:r>
        <w:t>to phir main ne kaha ke dekhiye, aqeeday mein yeh baat chalti hai, method mein nahin. aur main ne misaal di ke khandaq ka jo waqea hua tha rasool Allah ke zamanay mein ke barah hazar ka lecture, barah hazar ki military aa gayi, bohat power full.</w:t>
      </w:r>
    </w:p>
    <w:p>
      <w:pPr>
        <w:jc w:val="right"/>
      </w:pPr>
      <w:r>
        <w:t>تو پھر میں نے کہا کہ دیکھیے، عقیدے میں یہ بات چلتی ہے، میتھڈ میں نہیں۔ اور میں نے مثال دی کہ خندق کا جو واقعہ ہوا تھا رسول اللہ کے زمانے میں کہ بارہ ہزار کا لیکچر، بارہ ہزار کی ملٹری آ گئی، بہت پاور فل۔</w:t>
      </w:r>
    </w:p>
    <w:p>
      <w:r>
        <w:rPr>
          <w:b/>
        </w:rPr>
        <w:t xml:space="preserve">[1:15:07] </w:t>
      </w:r>
      <w:r>
        <w:t>to us waqt ke musalman jo hain, un se larnay ki position mein nahin thay. madina aa gaye woh log,</w:t>
      </w:r>
    </w:p>
    <w:p>
      <w:pPr>
        <w:jc w:val="right"/>
      </w:pPr>
      <w:r>
        <w:t>تو اس وقت کے مسلمان جو ہیں، ان سے لڑنے کی پوزیشن میں نہیں تھے۔ مدینہ آ گئے وہ لوگ،</w:t>
      </w:r>
    </w:p>
    <w:p>
      <w:r>
        <w:rPr>
          <w:b/>
        </w:rPr>
        <w:t xml:space="preserve">[1:15:14] </w:t>
      </w:r>
      <w:r>
        <w:t>yaani pata chala ke aa rahe hain. to aap ne apne sathiyon ko ikatha kiya aur kaha ke dekho, yeh barah hazar ka lashkar chala raha hai, to hum is se larnay ki position mein nahin honge, kya karein?</w:t>
      </w:r>
    </w:p>
    <w:p>
      <w:pPr>
        <w:jc w:val="right"/>
      </w:pPr>
      <w:r>
        <w:t>یعنی پتہ چلا کہ آ رہے ہیں۔ تو آپ نے اپنے ساتھیوں کو اکٹھا کیا اور کہا کہ دیکھو، یہ بارہ ہزار کا لشکر چلا رہا ہے، تو ہم اس سے لڑنے کی پوزیشن میں نہیں ہوں گے، کیا کریں؟</w:t>
      </w:r>
    </w:p>
    <w:p>
      <w:r>
        <w:rPr>
          <w:b/>
        </w:rPr>
        <w:t xml:space="preserve">[1:15:29] </w:t>
      </w:r>
      <w:r>
        <w:t>to aap ke sathiyon mein aik thay salman farsi, woh iran se aaye thay, woh irani thay. salman farsi islam qabool kar liya tha unhon ne</w:t>
      </w:r>
    </w:p>
    <w:p>
      <w:pPr>
        <w:jc w:val="right"/>
      </w:pPr>
      <w:r>
        <w:t>تو آپ کے ساتھیوں میں ایک تھے سلمان فارسی، وہ ایران سے آئے تھے، وہ ایرانی تھے۔ سلمان فارسی اسلام قبول کر لیا تھا انہوں نے</w:t>
      </w:r>
    </w:p>
    <w:p>
      <w:r>
        <w:rPr>
          <w:b/>
        </w:rPr>
        <w:t xml:space="preserve">[1:15:39] </w:t>
      </w:r>
      <w:r>
        <w:t>. to unhon ne kaha ke main iran mein, main ne dekha hai ke jab badshah log apne aur dushman ke beech mein buffer ka qaim karna chahte hain, yaani matlab rokna chahte hain ke ladaai na ho, to as a buffer woh kahan par trench khodte hain, khandaq khodte hain.</w:t>
      </w:r>
    </w:p>
    <w:p>
      <w:pPr>
        <w:jc w:val="right"/>
      </w:pPr>
      <w:r>
        <w:t>۔ تو انہوں نے کہا کہ میں ایران میں، میں نے دیکھا ہے کہ جب بادشاہ لوگ اپنے اور دشمن کے بیچ میں بفر کا قائم کرنا چاہتے ہیں، یعنی مطلب روکنا چاہتے ہیں کہ لڑائی نہ ہو، تو ایز اے بفر وہ کہاں پر ٹرینچ کھودتے ہیں، خندق کھودتے ہیں۔</w:t>
      </w:r>
    </w:p>
    <w:p>
      <w:r>
        <w:rPr>
          <w:b/>
        </w:rPr>
        <w:t xml:space="preserve">[1:15:58] </w:t>
      </w:r>
      <w:r>
        <w:t>to aap ne kaha ke bari achi rai yeh hai, aap ne bhi khandaq khodi.</w:t>
      </w:r>
    </w:p>
    <w:p>
      <w:pPr>
        <w:jc w:val="right"/>
      </w:pPr>
      <w:r>
        <w:t>تو آپ نے کہا کہ بڑی اچھی رائے یہ ہے، آپ نے بھی خندق کھودی۔</w:t>
      </w:r>
    </w:p>
    <w:p>
      <w:r>
        <w:rPr>
          <w:b/>
        </w:rPr>
        <w:t xml:space="preserve">[1:16:04] </w:t>
      </w:r>
      <w:r>
        <w:t>yaani teen taraf se madina jo hai, ghira hua tha, teen taraf se woh penetrate nahin kar sakta tha dushman. samnay ka hissa khula hua tha, to samnay ka hissa jo tha, woh aap ne wahan par trench khod dali,</w:t>
      </w:r>
    </w:p>
    <w:p>
      <w:pPr>
        <w:jc w:val="right"/>
      </w:pPr>
      <w:r>
        <w:t>یعنی تین طرف سے مدینہ جو ہے، گھرا ہوا تھا، تین طرف سے وہ پینٹریٹ نہیں کر سکتا تھا دشمن۔ سامنے کا حصہ کھلا ہوا تھا، تو سامنے کا حصہ جو تھا، وہ آپ نے وہاں پر ٹرینچ کھود ڈالی،</w:t>
      </w:r>
    </w:p>
    <w:p>
      <w:r>
        <w:rPr>
          <w:b/>
        </w:rPr>
        <w:t xml:space="preserve">[1:16:18] </w:t>
      </w:r>
      <w:r>
        <w:t>aik buffer qaim kar diya apne aur dushman ke beech mein. to main ne kaha ke yeh to irani badshahon ki misaal thi, bahar badshah to musalman thay nahin, woh woh to mushrik thay.</w:t>
      </w:r>
    </w:p>
    <w:p>
      <w:pPr>
        <w:jc w:val="right"/>
      </w:pPr>
      <w:r>
        <w:t>ایک بفر قائم کر دیا اپنے اور دشمن کے بیچ میں۔ تو میں نے کہا کہ یہ تو ایرانی بادشاہوں کی مثال تھی، باہر بادشاہ تو مسلمان تھے نہیں، وہ وہ تو مشرک تھے۔</w:t>
      </w:r>
    </w:p>
    <w:p>
      <w:r>
        <w:rPr>
          <w:b/>
        </w:rPr>
        <w:t xml:space="preserve">[1:16:33] </w:t>
      </w:r>
      <w:r>
        <w:t>lekin un ki samajh mein nahin aaya, kyunke woh ajnabi, ajnabi islam par kharay hue hain yeh log, to sacha islam un ki samajh mein nahin aata.</w:t>
      </w:r>
    </w:p>
    <w:p>
      <w:pPr>
        <w:jc w:val="right"/>
      </w:pPr>
      <w:r>
        <w:t>لیکن ان کی سمجھ میں نہیں آیا، کیونکہ وہ اجنبی، اجنبی اسلام پر کھڑے ہوئے ہیں یہ لوگ، تو سچا اسلام ان کی سمجھ میں نہیں آتا۔</w:t>
      </w:r>
    </w:p>
    <w:p>
      <w:r>
        <w:rPr>
          <w:b/>
        </w:rPr>
        <w:t xml:space="preserve">[1:16:43] </w:t>
      </w:r>
      <w:r>
        <w:t>ajnabi islam se woh familiar ho gaye hain. ajnabi islam kaun hai? dushman se hate karo, dushman se lado, dushman ko down karo, dushman ko bomb maro, is par woh kharay hue hain.</w:t>
      </w:r>
    </w:p>
    <w:p>
      <w:pPr>
        <w:jc w:val="right"/>
      </w:pPr>
      <w:r>
        <w:t>اجنبی اسلام سے وہ فیمیلیر ہو گئے ہیں۔ اجنبی اسلام کون ہے؟ دشمن سے ہیٹ کرو، دشمن سے لڑو، دشمن کو ڈاؤن کرو، دشمن کو بم مارو، اس پر وہ کھڑے ہوئے ہیں۔</w:t>
      </w:r>
    </w:p>
    <w:p>
      <w:r>
        <w:rPr>
          <w:b/>
        </w:rPr>
        <w:t xml:space="preserve">[1:16:57] </w:t>
      </w:r>
      <w:r>
        <w:t>yeh islam familiar ban gaya un ke liye, jo ke ajnabi hai.</w:t>
      </w:r>
    </w:p>
    <w:p>
      <w:pPr>
        <w:jc w:val="right"/>
      </w:pPr>
      <w:r>
        <w:t>یہ اسلام فیمیلیر بن گیا ان کے لیے، جو کہ اجنبی ہے۔</w:t>
      </w:r>
    </w:p>
    <w:p>
      <w:r>
        <w:rPr>
          <w:b/>
        </w:rPr>
        <w:t xml:space="preserve">[1:17:02] </w:t>
      </w:r>
      <w:r>
        <w:t>to woh islam jo ke quran o hadith mein hai, woh strange ban gaya un ke liye, un ki samajh mein nahin aata.</w:t>
      </w:r>
    </w:p>
    <w:p>
      <w:pPr>
        <w:jc w:val="right"/>
      </w:pPr>
      <w:r>
        <w:t>تو وہ اسلام جو کہ قرآن و حدیث میں ہے، وہ اسٹرینج بن گیا ان کے لیے، ان کی سمجھ میں نہیں آتا۔</w:t>
      </w:r>
    </w:p>
    <w:p>
      <w:r>
        <w:rPr>
          <w:b/>
        </w:rPr>
        <w:t xml:space="preserve">[1:17:13] </w:t>
      </w:r>
      <w:r>
        <w:t>kitni khuli hui misaal hai yeh! ab main aap ko aik aur misaal deta hoon is maamle ki. rasool Allah ke zamanay mein, yaani madani madani period mein,</w:t>
      </w:r>
    </w:p>
    <w:p>
      <w:pPr>
        <w:jc w:val="right"/>
      </w:pPr>
      <w:r>
        <w:t>کتنی کھلی ہوئی مثال ہے یہ! اب میں آپ کو ایک اور مثال دیتا ہوں اس معاملے کی۔ رسول اللہ کے زمانے میں، یعنی مدینی مدنی پیریڈ میں،</w:t>
      </w:r>
    </w:p>
    <w:p>
      <w:r>
        <w:rPr>
          <w:b/>
        </w:rPr>
        <w:t xml:space="preserve">[1:17:26] </w:t>
      </w:r>
      <w:r>
        <w:t>aap ke pas yaman se do sahaba aaye,</w:t>
      </w:r>
    </w:p>
    <w:p>
      <w:pPr>
        <w:jc w:val="right"/>
      </w:pPr>
      <w:r>
        <w:t>آپ کے پاسیمن سے دو صحابہ آئے،</w:t>
      </w:r>
    </w:p>
    <w:p>
      <w:r>
        <w:rPr>
          <w:b/>
        </w:rPr>
        <w:t xml:space="preserve">[1:17:29] </w:t>
      </w:r>
      <w:r>
        <w:t>yeh musailmah ke safeer thay. musailmah aik shakhs tha yaman mein jis ne dawah kiya tha paighambari ka, yaani paighambari ka dawah, yaani independent paighambar ka nahin.</w:t>
      </w:r>
    </w:p>
    <w:p>
      <w:pPr>
        <w:jc w:val="right"/>
      </w:pPr>
      <w:r>
        <w:t>یہ مسیلمہ کے سفیر تھے۔ مسیلمہ ایک شخص تھایمن میں جس نے دعویٰ کیا تھا پیغمبری کا، یعنی پیغمبری کا دعویٰ، یعنی انڈیپینڈنٹ پیغمبر کا نہیں۔</w:t>
      </w:r>
    </w:p>
    <w:p>
      <w:r>
        <w:rPr>
          <w:b/>
        </w:rPr>
        <w:t xml:space="preserve">[1:17:45] </w:t>
      </w:r>
      <w:r>
        <w:t>woh kehta tha ke main aap ke sath paighambari mein shareek kiya gaya hoon, yaani aap part partner banaya gaya hoon, aap ke sath prophet hood mein main partner banaya gaya hoon Khuda ki taraf se.</w:t>
      </w:r>
    </w:p>
    <w:p>
      <w:pPr>
        <w:jc w:val="right"/>
      </w:pPr>
      <w:r>
        <w:t>وہ کہتا تھا کہ میں آپ کے ساتھ پیغمبری میں شریک کیا گیا ہوں، یعنی آپ پارٹ پارٹنر بنایا گیا ہوں، آپ کے ساتھ پرافٹ ہڈ میں میں پارٹنر بنایا گیا ہوں خدا کی طرف سے۔</w:t>
      </w:r>
    </w:p>
    <w:p>
      <w:r>
        <w:rPr>
          <w:b/>
        </w:rPr>
        <w:t xml:space="preserve">[1:17:57] </w:t>
      </w:r>
      <w:r>
        <w:t>to meri partnership ko maaniye aap.</w:t>
      </w:r>
    </w:p>
    <w:p>
      <w:pPr>
        <w:jc w:val="right"/>
      </w:pPr>
      <w:r>
        <w:t>تو میری پارٹنرشپ کو مانیے آپ۔</w:t>
      </w:r>
    </w:p>
    <w:p>
      <w:r>
        <w:rPr>
          <w:b/>
        </w:rPr>
        <w:t xml:space="preserve">[1:18:00] </w:t>
      </w:r>
      <w:r>
        <w:t>yeh tha is ka kehna. to is ne do aadmi bheje apne safeer ke taur par, woh madina aaye, rasool Allah ke samnay pesh hue.</w:t>
      </w:r>
    </w:p>
    <w:p>
      <w:pPr>
        <w:jc w:val="right"/>
      </w:pPr>
      <w:r>
        <w:t>یہ تھا اس کا کہنا۔ تو اس نے دو آدمی بھیجے اپنے سفیر کے طور پر، وہ مدینہ آئے، رسول اللہ کے سامنے پیش ہوئے۔</w:t>
      </w:r>
    </w:p>
    <w:p>
      <w:r>
        <w:rPr>
          <w:b/>
        </w:rPr>
        <w:t xml:space="preserve">[1:18:08] </w:t>
      </w:r>
      <w:r>
        <w:t>woh to unhon ne kaha ke yeh musailmah ne yeh message le kar bheja hai ke main aap ka partner hoon, to meri partnership ko aap maaniye.</w:t>
      </w:r>
    </w:p>
    <w:p>
      <w:pPr>
        <w:jc w:val="right"/>
      </w:pPr>
      <w:r>
        <w:t>وہ تو انہوں نے کہا کہ یہ مسیلمہ نے یہ میسج لے کر بھیجا ہے کہ میں آپ کا پارٹنر ہوں، تو میری پارٹنرشپ کو آپ مانیے۔</w:t>
      </w:r>
    </w:p>
    <w:p>
      <w:r>
        <w:rPr>
          <w:b/>
        </w:rPr>
        <w:t xml:space="preserve">[1:18:20] </w:t>
      </w:r>
      <w:r>
        <w:t>to rasool Allah ne zahir hai ke inkar kar diya. to aap ne kaha ke in dono aadmiyon se ke tumhara apna kya khayal hai?</w:t>
      </w:r>
    </w:p>
    <w:p>
      <w:pPr>
        <w:jc w:val="right"/>
      </w:pPr>
      <w:r>
        <w:t>تو رسول اللہ نے ظاہر ہے کہ انکار کر دیا۔ تو آپ نے کہا کہ ان دونوں آدمیوں سے کہ تمہارا اپنا کیا خیال ہے؟</w:t>
      </w:r>
    </w:p>
    <w:p>
      <w:r>
        <w:rPr>
          <w:b/>
        </w:rPr>
        <w:t xml:space="preserve">[1:18:29] </w:t>
      </w:r>
      <w:r>
        <w:t>to unhon ne kaha ke jo musailmah kehte hain, wahi hum bhi maante hain. yahan par bohat hi important baat hai, is ko aap ghor farmaiye.</w:t>
      </w:r>
    </w:p>
    <w:p>
      <w:pPr>
        <w:jc w:val="right"/>
      </w:pPr>
      <w:r>
        <w:t>تو انہوں نے کہا کہ جو مسیلمہ کہتے ہیں، وہی ہم بھی مانتے ہیں۔ یہاں پر بہت ہی امپورٹنٹ بات ہے، اس کو آپ غور فرمائیے۔</w:t>
      </w:r>
    </w:p>
    <w:p>
      <w:r>
        <w:rPr>
          <w:b/>
        </w:rPr>
        <w:t xml:space="preserve">[1:18:38] </w:t>
      </w:r>
      <w:r>
        <w:t>aap ne farmaya: "lula an al-rasul Allah tuqtal la-darabtu anaaqukuma".</w:t>
      </w:r>
    </w:p>
    <w:p>
      <w:pPr>
        <w:jc w:val="right"/>
      </w:pPr>
      <w:r>
        <w:t>آپ نے فرمایا: "لولا ان الرسول اللہ تقتل لضربت اناقکما"۔</w:t>
      </w:r>
    </w:p>
    <w:p>
      <w:r>
        <w:rPr>
          <w:b/>
        </w:rPr>
        <w:t xml:space="preserve">[1:18:48] </w:t>
      </w:r>
      <w:r>
        <w:t>"lula an al-rasul Allah tuqtal la-darabtu anaaqukuma". agar yeh international riwaj na hota ke ambassador ya safeer qatal nahin kiye jaate, to main tum dono ko qatal kar deta.</w:t>
      </w:r>
    </w:p>
    <w:p>
      <w:pPr>
        <w:jc w:val="right"/>
      </w:pPr>
      <w:r>
        <w:t>"لولا ان الرسول اللہ تقتل لضربت اناقکما"۔ اگر یہ انٹرنیشنل رواج نہ ہوتا کہ ایمبیسڈر یا سفیر قتل نہیں کیے جاتے، تو میں تم دونوں کو قتل کر دیتا۔</w:t>
      </w:r>
    </w:p>
    <w:p>
      <w:r>
        <w:rPr>
          <w:b/>
        </w:rPr>
        <w:t xml:space="preserve">[1:19:05] </w:t>
      </w:r>
      <w:r>
        <w:t>ab is mein dekhen, aik bohat hi important baat batai gayi hai ke international maamlaat mein international norm hi ko maanna islam ka bhi tareeqa hai.</w:t>
      </w:r>
    </w:p>
    <w:p>
      <w:pPr>
        <w:jc w:val="right"/>
      </w:pPr>
      <w:r>
        <w:t>اب اس میں دیکھیں، ایک بہت ہی امپورٹنٹ بات بتائی گئی ہے کہ انٹرنیشنل معاملات میں انٹرنیشنل نارم ہی کو ماننا اسلام کا بھی طریقہ ہے۔</w:t>
      </w:r>
    </w:p>
    <w:p>
      <w:r>
        <w:rPr>
          <w:b/>
        </w:rPr>
        <w:t xml:space="preserve">[1:19:17] </w:t>
      </w:r>
      <w:r>
        <w:t>jo international affairs honge, is mein islam ka tareeqa wahi hoga jo international norm hoga. hum apna tareeqa nahi chalayenge.</w:t>
      </w:r>
    </w:p>
    <w:p>
      <w:pPr>
        <w:jc w:val="right"/>
      </w:pPr>
      <w:r>
        <w:t>جو انٹرنیشنل افیئرز ہوں گے، اس میں اسلام کا طریقہ وہی ہوگا جو انٹرنیشنل نارم ہوگا۔ ہم اپنا طریقہ نہیں چلائیں گے۔</w:t>
      </w:r>
    </w:p>
    <w:p>
      <w:r>
        <w:rPr>
          <w:b/>
        </w:rPr>
        <w:t xml:space="preserve">[1:19:28] </w:t>
      </w:r>
      <w:r>
        <w:t>kuch cheezein aisi hoti hain jo khuli khuli haram ho, jaise ke khinzir khana, sharab p</w:t>
      </w:r>
    </w:p>
    <w:p>
      <w:pPr>
        <w:jc w:val="right"/>
      </w:pPr>
      <w:r>
        <w:t>کچھ چیزیں ایسی ہوتی ہیں جو کھلی کھلی حرام ہو، جیسے کہ خنزیر کھانا، شراب پ</w:t>
      </w:r>
    </w:p>
    <w:p>
      <w:r>
        <w:rPr>
          <w:b/>
        </w:rPr>
        <w:t xml:space="preserve">[1:19:33] </w:t>
      </w:r>
      <w:r>
        <w:t>yena. agar international tareeqa yeh ho ke dawatoun mein serve kiya jaye, sharab ho, khinzir, to hum nahi karenge woh. lekin aam taur par hamara tareeqa wahi hoga international mamlaat mein jo doosri qomon ka tareeqa hoga.</w:t>
      </w:r>
    </w:p>
    <w:p>
      <w:pPr>
        <w:jc w:val="right"/>
      </w:pPr>
      <w:r>
        <w:t>ینا۔ اگر انٹرنیشنل طریقہ یہ ہو کہ دعوتوں میں سرو کیا جائے، شراب ہو، خنزیر، تو ہم نہیں کریں گے وہ۔ لیکن عام طور پر ہمارا طریقہ وہی ہوگا انٹرنیشنل معاملات میں جو دوسری قوموں کا طریقہ ہوگا۔</w:t>
      </w:r>
    </w:p>
    <w:p>
      <w:r>
        <w:rPr>
          <w:b/>
        </w:rPr>
        <w:t xml:space="preserve">[1:19:53] </w:t>
      </w:r>
      <w:r>
        <w:t>aaj kal kya hai? dekhiye, yaani kisi doosre mulk mein ek waqea hota hai, musalman yahan hangama karne khade hote hain. bhai, tum ko doosre mulk se kya matlab?</w:t>
      </w:r>
    </w:p>
    <w:p>
      <w:pPr>
        <w:jc w:val="right"/>
      </w:pPr>
      <w:r>
        <w:t>آج کل کیا ہے؟ دیکھیے، یعنی کسی دوسرے ملک میں ایک واقعہ ہوتا ہے، مسلمان یہاں ہنگامہ کرنے کھڑے ہوتے ہیں۔ بھئی، تم کو دوسرے ملک سے کیا مطلب؟</w:t>
      </w:r>
    </w:p>
    <w:p>
      <w:r>
        <w:rPr>
          <w:b/>
        </w:rPr>
        <w:t xml:space="preserve">[1:20:02] </w:t>
      </w:r>
      <w:r>
        <w:t>doosre mulk mein ek shakhs gustakhi karega aur hum kahenge is ko maar dalo. hamein koi right nahi yaad rakhiye ke kisi doosre mulk mein koi shakhs ek feel kare, us ko hum gustakh bata kar ke us ko maarne ke liye daudein.</w:t>
      </w:r>
    </w:p>
    <w:p>
      <w:pPr>
        <w:jc w:val="right"/>
      </w:pPr>
      <w:r>
        <w:t>دوسرے ملک میں ایک شخص گستاخی کرے گا اور ہم کہیں گے اس کو مار ڈالو۔ ہمیں کوئی رائٹ نہیں یاد رکھیے کہ کسی دوسرے ملک میں کوئی شخص ایک فیل کرے، اس کو ہم گستاخ بتا کر کے اس کو مارنے کے لیے دوڑیں۔</w:t>
      </w:r>
    </w:p>
    <w:p>
      <w:r>
        <w:rPr>
          <w:b/>
        </w:rPr>
        <w:t xml:space="preserve">[1:20:16] </w:t>
      </w:r>
      <w:r>
        <w:t>bilashuba islam ke khilaf hai. yeh islam ka qanoon apne mulk ke liye hota hai, doosre mulk ke liye nahi hota. koi bhi islam qanoon, mislan sharab par kode marna hai, apne mulk mein aap kora maar sakte hain</w:t>
      </w:r>
    </w:p>
    <w:p>
      <w:pPr>
        <w:jc w:val="right"/>
      </w:pPr>
      <w:r>
        <w:t>بلاشبہ اسلام کے خلاف ہے۔ یہ اسلام کا قانون اپنے ملک کے لیے ہوتا ہے، دوسرے ملک کے لیے نہیں ہوتا۔ کوئی بھی اسلام قانون، مثلاً شراب پر کوڑے مارنا ہے، اپنے ملک میں آپ کوڑا مار سکتے ہیں</w:t>
      </w:r>
    </w:p>
    <w:p>
      <w:r>
        <w:rPr>
          <w:b/>
        </w:rPr>
        <w:t xml:space="preserve">[1:20:32] </w:t>
      </w:r>
      <w:r>
        <w:t>ke aap kahein ke nahi, main ja ke Britain mein aur America mein kode marunga. yeh bilashuba yeh islam ke khilaf hai, islam ke khilaf hai, islam ke khilaf hai.</w:t>
      </w:r>
    </w:p>
    <w:p>
      <w:pPr>
        <w:jc w:val="right"/>
      </w:pPr>
      <w:r>
        <w:t>کہ آپ کہیں کہ نہیں، میں جا کے برٹن میں اور امریکہ میں کوڑے ماروں گا۔ یہ بلاشبہ یہ اسلام کے خلاف ہے، اسلام کے خلاف ہے، اسلام کے خلاف ہے۔</w:t>
      </w:r>
    </w:p>
    <w:p>
      <w:r>
        <w:rPr>
          <w:b/>
        </w:rPr>
        <w:t xml:space="preserve">[1:20:42] </w:t>
      </w:r>
      <w:r>
        <w:t>to yeh jo maine waqea aap ke samne pesh kiya, yeh batata hai ke ek ek hai international affair, ek hai national affair.</w:t>
      </w:r>
    </w:p>
    <w:p>
      <w:pPr>
        <w:jc w:val="right"/>
      </w:pPr>
      <w:r>
        <w:t>تو یہ جو میں نے واقعہ آپ کے سامنے پیش کیا، یہ بتاتا ہے کہ ایک ایک ہے انٹرنیشنل افیئر، ایک ہے نیشنل افیئر۔</w:t>
      </w:r>
    </w:p>
    <w:p>
      <w:r>
        <w:rPr>
          <w:b/>
        </w:rPr>
        <w:t xml:space="preserve">[1:20:51] </w:t>
      </w:r>
      <w:r>
        <w:t>national affair mein hum apne mulk ke qanoon ko manenge, lekin international affair jahan aa jayega, woh international norm wahan chalega.</w:t>
      </w:r>
    </w:p>
    <w:p>
      <w:pPr>
        <w:jc w:val="right"/>
      </w:pPr>
      <w:r>
        <w:t>نیشنل افیئر میں ہم اپنے ملک کے قانون کو مانیں گے، لیکن انٹرنیشنل افیئر جہاں آ جائے گا، وہ انٹرنیشنل ڈارم وہاں چلے گا۔</w:t>
      </w:r>
    </w:p>
    <w:p>
      <w:r>
        <w:rPr>
          <w:b/>
        </w:rPr>
        <w:t xml:space="preserve">[1:21:01] </w:t>
      </w:r>
      <w:r>
        <w:t>isi ko hum bhi manenge. jo qanoon international, yaani ta'alluqaat mein aalami taur par maan liya jayega, wahi hum, wahi hamara bhi tareeqa hoga.</w:t>
      </w:r>
    </w:p>
    <w:p>
      <w:pPr>
        <w:jc w:val="right"/>
      </w:pPr>
      <w:r>
        <w:t>اسی کو ہم بھی مانیں گے۔ جو قانون انٹرنیشنل، یعنی تعلقات میں عالمی طور پر مان لیا جائے گا، وہی ہم، وہی ہمارا بھی طریقہ ہوگا۔</w:t>
      </w:r>
    </w:p>
    <w:p>
      <w:r>
        <w:rPr>
          <w:b/>
        </w:rPr>
        <w:t xml:space="preserve">[1:21:14] </w:t>
      </w:r>
      <w:r>
        <w:t>hamara koi tareeqa doosra nahi hoga.</w:t>
      </w:r>
    </w:p>
    <w:p>
      <w:pPr>
        <w:jc w:val="right"/>
      </w:pPr>
      <w:r>
        <w:t>ہمارا کوئی طریقہ دوسرا نہیں ہوگا۔</w:t>
      </w:r>
    </w:p>
    <w:p>
      <w:r>
        <w:rPr>
          <w:b/>
        </w:rPr>
        <w:t xml:space="preserve">[1:21:18] </w:t>
      </w:r>
      <w:r>
        <w:t>aisi halat mein aap soch sakte hain ke kisi doosre mulk ka ek aadmi ek feel kare, hum kahenge ke sahib gustakhi ki hai, us ne islam ke khilaf, hum us ko marenge.</w:t>
      </w:r>
    </w:p>
    <w:p>
      <w:pPr>
        <w:jc w:val="right"/>
      </w:pPr>
      <w:r>
        <w:t>ایسی حالت میں آپ سوچ سکتے ہیں کہ کسی دوسرے ملک کا ایک آدمی ایک فیل کرے، ہم کہیں کہ صاحب گستاخی کی ہے، اس نے اسلام کے خلاف، ہم اس کو ماریں گے۔</w:t>
      </w:r>
    </w:p>
    <w:p>
      <w:r>
        <w:rPr>
          <w:b/>
        </w:rPr>
        <w:t xml:space="preserve">[1:21:27] </w:t>
      </w:r>
      <w:r>
        <w:t>yeh bilkul unislamic hai, unislamic hai. yeh aap kisi ko maarne ke liye nahi daud sakte. apne bhai bandon ko mariya, doosre mulk ko kaise marenge?</w:t>
      </w:r>
    </w:p>
    <w:p>
      <w:pPr>
        <w:jc w:val="right"/>
      </w:pPr>
      <w:r>
        <w:t>یہ بالکل ان اسلامک ہے، ان اسلامک ہے۔ یہ آپ کسی کو مارنے کے لیے نہیں دوڑ سکتے۔ اپنے بھائی بندوں کو ماریا، دوسرے ملک کو کیسے ماریں گے؟</w:t>
      </w:r>
    </w:p>
    <w:p>
      <w:r>
        <w:rPr>
          <w:b/>
        </w:rPr>
        <w:t xml:space="preserve">[1:21:40] </w:t>
      </w:r>
      <w:r>
        <w:t>aap wahan dekhna padega ke international norm kya hai, international l</w:t>
      </w:r>
    </w:p>
    <w:p>
      <w:pPr>
        <w:jc w:val="right"/>
      </w:pPr>
      <w:r>
        <w:t>آپ وہاں دیکھنا پڑے گا کہ انٹرنیشنل ڈارم کیا ہے، انٹرنیشنل ل</w:t>
      </w:r>
    </w:p>
    <w:p>
      <w:r>
        <w:rPr>
          <w:b/>
        </w:rPr>
        <w:t xml:space="preserve">[1:21:46] </w:t>
      </w:r>
      <w:r>
        <w:t>aw kya hai, international dastoor kya hai, woh dekhna padega.</w:t>
      </w:r>
    </w:p>
    <w:p>
      <w:pPr>
        <w:jc w:val="right"/>
      </w:pPr>
      <w:r>
        <w:t>اء کیا ہے، انٹرنیشنل دستور کیا ہے، وہ دیکھنا پڑے گا۔</w:t>
      </w:r>
    </w:p>
    <w:p>
      <w:r>
        <w:rPr>
          <w:b/>
        </w:rPr>
        <w:t xml:space="preserve">[1:21:54] </w:t>
      </w:r>
      <w:r>
        <w:t>achha, yeh dekhiye,</w:t>
      </w:r>
    </w:p>
    <w:p>
      <w:pPr>
        <w:jc w:val="right"/>
      </w:pPr>
      <w:r>
        <w:t>اچھا، یہ دیکھیے،</w:t>
      </w:r>
    </w:p>
    <w:p>
      <w:r>
        <w:rPr>
          <w:b/>
        </w:rPr>
        <w:t xml:space="preserve">[1:21:59] </w:t>
      </w:r>
      <w:r>
        <w:t>ek</w:t>
      </w:r>
    </w:p>
    <w:p>
      <w:pPr>
        <w:jc w:val="right"/>
      </w:pPr>
      <w:r>
        <w:t>ایک</w:t>
      </w:r>
    </w:p>
    <w:p>
      <w:r>
        <w:rPr>
          <w:b/>
        </w:rPr>
        <w:t xml:space="preserve">[1:22:04] </w:t>
      </w:r>
      <w:r>
        <w:t>ek ek hadith hai: Ghazwa Tabuk ek hua tha, woh Ghazwa to nahi tha, matlab is mein ladai waghera nahi thi, woh ek campaign tha.</w:t>
      </w:r>
    </w:p>
    <w:p>
      <w:pPr>
        <w:jc w:val="right"/>
      </w:pPr>
      <w:r>
        <w:t>ایک ایک حدیث ہے: غزوہ تبوک ایک ہوا تھا، وہ غزوہ تو نہیں تھا، مطلب اس میں لڑائی وغیرہ نہیں تھی، وہ ایک کیمپین تھا۔</w:t>
      </w:r>
    </w:p>
    <w:p>
      <w:r>
        <w:rPr>
          <w:b/>
        </w:rPr>
        <w:t xml:space="preserve">[1:22:16] </w:t>
      </w:r>
      <w:r>
        <w:t>yaani aap gaye aur phir loot aaye, ek campaign ki soorat thi. woh</w:t>
      </w:r>
    </w:p>
    <w:p>
      <w:pPr>
        <w:jc w:val="right"/>
      </w:pPr>
      <w:r>
        <w:t>یعنی آپ گئے اور پھر لوٹ آئے، ایک کیمپین کی صورت تھی۔ وہ</w:t>
      </w:r>
    </w:p>
    <w:p>
      <w:r>
        <w:rPr>
          <w:b/>
        </w:rPr>
        <w:t xml:space="preserve">[1:22:22] </w:t>
      </w:r>
      <w:r>
        <w:t>to jab aap lote Ghazwa Tabuk se to aap ne farmaya apne ashaab se ke "rajana min al-jihad al-asghar ila al-jihad al-akbar".</w:t>
      </w:r>
    </w:p>
    <w:p>
      <w:pPr>
        <w:jc w:val="right"/>
      </w:pPr>
      <w:r>
        <w:t>تو جب آپ لوٹے غزوہ تبوک سے تو آپ نے فرمایا اپنے اصحاب سے کہ "رجانا من الجہاد الاصغر ال الجہاد الاکبر"۔</w:t>
      </w:r>
    </w:p>
    <w:p>
      <w:r>
        <w:rPr>
          <w:b/>
        </w:rPr>
        <w:t xml:space="preserve">[1:22:36] </w:t>
      </w:r>
      <w:r>
        <w:t>hum lote hain chote jihad se bade jihad ki taraf. ab dekhein, bade jihad ka matlab kya hai? yeh samajhne ke liye hamein khud se aqal lagane ki zaroorat nahi hai.</w:t>
      </w:r>
    </w:p>
    <w:p>
      <w:pPr>
        <w:jc w:val="right"/>
      </w:pPr>
      <w:r>
        <w:t>ہم لوٹے ہیں چھوٹے جہاد سے بڑے جہاد کی طرف۔ اب دیکھیں، بڑے جہاد کا مطلب کیا ہے؟ یہ سمجھنے کے لیے ہمیں خود سے عقل لگانے کی ضرورت نہیں ہے۔</w:t>
      </w:r>
    </w:p>
    <w:p>
      <w:r>
        <w:rPr>
          <w:b/>
        </w:rPr>
        <w:t xml:space="preserve">[1:22:51] </w:t>
      </w:r>
      <w:r>
        <w:t>quran mein saaf saaf maujood hai ke bada jihad kya hai. woh hai Surah quran mein is ayat mein ke "wajahidhum bihi jihadan kabira".</w:t>
      </w:r>
    </w:p>
    <w:p>
      <w:pPr>
        <w:jc w:val="right"/>
      </w:pPr>
      <w:r>
        <w:t>قرآن میں صاف صاف موجود ہے کہ بڑا جہاد کیا ہے۔ وہ ہے سورہ قرآن میں اس آیت میں کہ "وجاہدہم بہی جہاد کبیرہ"۔</w:t>
      </w:r>
    </w:p>
    <w:p>
      <w:r>
        <w:rPr>
          <w:b/>
        </w:rPr>
        <w:t xml:space="preserve">[1:23:05] </w:t>
      </w:r>
      <w:r>
        <w:t>is ayat mein "wajahidhum bihi jihadan kabira" mein dawat ko jihad akbar kaha gaya hai. dawat ko jihad akbar, is ka matlab kya</w:t>
      </w:r>
    </w:p>
    <w:p>
      <w:pPr>
        <w:jc w:val="right"/>
      </w:pPr>
      <w:r>
        <w:t>اس آیت میں "وجاہدہم بہی جہاد کبیرہ" میں دعوت کو جہاد اکبر کہا گیا ہے۔ دعوت کو جہاد اکبر، اس کا مطلب کیا</w:t>
      </w:r>
    </w:p>
    <w:p>
      <w:r>
        <w:rPr>
          <w:b/>
        </w:rPr>
        <w:t xml:space="preserve">[1:23:16] </w:t>
      </w:r>
      <w:r>
        <w:t>hua? "rajana min al-jihad al-asghar ila al-jihad al-akbar" ka matlab kya hua? ke waqti taur par, temporarily, dushmanon ki wajah se hamein jana pada tha kisi campaign mein.</w:t>
      </w:r>
    </w:p>
    <w:p>
      <w:pPr>
        <w:jc w:val="right"/>
      </w:pPr>
      <w:r>
        <w:t>ہوا؟ "رجانا من الجہاد الاصغر ال الجہاد الاکبر" کا مطلب کیا ہوا؟ کہ وقتی طور پر، ٹیمپریریلی، دشمنوں کی وجہ سے ہمیں جانا پڑا تھا کسی کیمپین میں۔</w:t>
      </w:r>
    </w:p>
    <w:p>
      <w:r>
        <w:rPr>
          <w:b/>
        </w:rPr>
        <w:t xml:space="preserve">[1:23:28] </w:t>
      </w:r>
      <w:r>
        <w:t>ab wahan se jab lote hain to ab hamein dobara wahi karna hai jo bada jihad hai. woh to chota jihad tha jo hum gaye the wahan. bada jihad yaani dawat, daawa, work, daawa, activities.</w:t>
      </w:r>
    </w:p>
    <w:p>
      <w:pPr>
        <w:jc w:val="right"/>
      </w:pPr>
      <w:r>
        <w:t>اب وہاں سے جب لوٹے ہیں تو اب ہمیں دوبارہ وہی کرنا ہے جو بڑا جہاد ہے۔ وہ تو چھوٹا جہاد تھا جو ہم گئے تھے وہاں۔ بڑا جہاد یعنی دعوت، دعویٰ، ورک، دعویٰ، ایکٹیویٹیز۔</w:t>
      </w:r>
    </w:p>
    <w:p>
      <w:r>
        <w:rPr>
          <w:b/>
        </w:rPr>
        <w:t xml:space="preserve">[1:23:42] </w:t>
      </w:r>
      <w:r>
        <w:t>kitna khula khula yeh hai, kitna khula khula yeh hai! lekin aaj ka jo islam bana rakha hai logon ne, itni achhi ajnabi ho gayi hai.</w:t>
      </w:r>
    </w:p>
    <w:p>
      <w:pPr>
        <w:jc w:val="right"/>
      </w:pPr>
      <w:r>
        <w:t>کتنا کھلا کھلا یہ ہے، کتنا کھلا کھلا یہ ہے! لیکن آج کا جو اسلام بنا رکھا ہے لوگوں نے، اتنی اچھی اجنبی ہو گئی ہے۔</w:t>
      </w:r>
    </w:p>
    <w:p>
      <w:r>
        <w:rPr>
          <w:b/>
        </w:rPr>
        <w:t xml:space="preserve">[1:23:52] </w:t>
      </w:r>
      <w:r>
        <w:t>aise hi mein ek baat yeh arz karunga ke rasool Allah ki seerat ko parh kar ke yeh maloom hota hai ke aap ka jo tha tareeqa, woh tha result oriented approach.</w:t>
      </w:r>
    </w:p>
    <w:p>
      <w:pPr>
        <w:jc w:val="right"/>
      </w:pPr>
      <w:r>
        <w:t>ایسے ہی میں ایک بات یہ عرض کروں گا کہ رسول اللہ کی سیرت کو پڑھ کر کے یہ معلوم ہوتا ہے کہ آپ کا جو تھا طریقہ، وہ تھا رزلٹ اورینٹڈ اپروچ۔</w:t>
      </w:r>
    </w:p>
    <w:p>
      <w:r>
        <w:rPr>
          <w:b/>
        </w:rPr>
        <w:t xml:space="preserve">[1:24:05] </w:t>
      </w:r>
      <w:r>
        <w:t>result oriented approach yaani result ko dekh kar ke koi kaam karna, result ko bana dekhe nahin.</w:t>
      </w:r>
    </w:p>
    <w:p>
      <w:pPr>
        <w:jc w:val="right"/>
      </w:pPr>
      <w:r>
        <w:t>رزلٹ اورینٹڈ اپروچ یعنی رزلٹ کو دیکھ کر کے کوئی کام کرنا، رزلٹ کو بنا دیکھے نہیں۔</w:t>
      </w:r>
    </w:p>
    <w:p>
      <w:r>
        <w:rPr>
          <w:b/>
        </w:rPr>
        <w:t xml:space="preserve">[1:24:16] </w:t>
      </w:r>
      <w:r>
        <w:t>misal ke taur par dekhiye, jab aap</w:t>
      </w:r>
    </w:p>
    <w:p>
      <w:pPr>
        <w:jc w:val="right"/>
      </w:pPr>
      <w:r>
        <w:t>مثال کے طور پر دیکھیے، جب آپ</w:t>
      </w:r>
    </w:p>
    <w:p>
      <w:r>
        <w:rPr>
          <w:b/>
        </w:rPr>
        <w:t xml:space="preserve">[1:24:23] </w:t>
      </w:r>
      <w:r>
        <w:t>makka mein thay 13 saal tak to wahan kaba mein 360 idols thay. aap jante hain ke kaba banaya tha Hazrat Ibrahim ne, Hazrat Ismail ne, yaani do paighambaron ne kaba banaya tha.</w:t>
      </w:r>
    </w:p>
    <w:p>
      <w:pPr>
        <w:jc w:val="right"/>
      </w:pPr>
      <w:r>
        <w:t>مکہ میں تھے 13 سال تک تو وہاں کعبہ میں 360 آئیڈلز تھے۔ آپ جانتے ہیں کہ کعبہ بنایا تھا حضرت ابراہیم نے، حضرت اسماعیل نے، یعنی دو پیغمبروں نے کعبہ بنایا تھا۔</w:t>
      </w:r>
    </w:p>
    <w:p>
      <w:r>
        <w:rPr>
          <w:b/>
        </w:rPr>
        <w:t xml:space="preserve">[1:24:39] </w:t>
      </w:r>
      <w:r>
        <w:t>do prophet ne kaba banaya tha kis ke liye? tauheed ke liye, ek Allah ki ibadat ke liye.</w:t>
      </w:r>
    </w:p>
    <w:p>
      <w:pPr>
        <w:jc w:val="right"/>
      </w:pPr>
      <w:r>
        <w:t>دو پرافٹ نے کعبہ بنایا تھا کس کے لیے؟ توحید کے لیے، ایک اللہ کی عبادت کے لیے۔</w:t>
      </w:r>
    </w:p>
    <w:p>
      <w:r>
        <w:rPr>
          <w:b/>
        </w:rPr>
        <w:t xml:space="preserve">[1:24:47] </w:t>
      </w:r>
      <w:r>
        <w:t>to bilkul galat tha is mein but rakhna. do paighambaron ne jis kaba ko banaya tha, woh is liye banaya tha ke wahan ek Khuda ki ibadat ki jaye.</w:t>
      </w:r>
    </w:p>
    <w:p>
      <w:pPr>
        <w:jc w:val="right"/>
      </w:pPr>
      <w:r>
        <w:t>تو بالکل غلط تھا اس میں بت رکھنا۔ دو پیغمبروں نے جس کعبہ کو بنایا تھا، وہ اس لیے بنایا تھا کہ وہاں ایک خدا کی عبادت کی جائے۔</w:t>
      </w:r>
    </w:p>
    <w:p>
      <w:r>
        <w:rPr>
          <w:b/>
        </w:rPr>
        <w:t xml:space="preserve">[1:24:59] </w:t>
      </w:r>
      <w:r>
        <w:t>baad ko kai so saal baad aisa hua ke logon ne is mein but rakh diya la kar ke. to rasool Allah ka poora haq tha ke beton ko wahan se hatayein,</w:t>
      </w:r>
    </w:p>
    <w:p>
      <w:pPr>
        <w:jc w:val="right"/>
      </w:pPr>
      <w:r>
        <w:t>بعد کو کئی سو سال بعد ایسا ہوا کہ لوگوں نے اس میں بت رکھ دیا لا کر کے۔ تو رسول اللہ کا پورا حق تھا کہ بتوں کو وہاں سے ہٹائیں،</w:t>
      </w:r>
    </w:p>
    <w:p>
      <w:r>
        <w:rPr>
          <w:b/>
        </w:rPr>
        <w:t xml:space="preserve">[1:25:11] </w:t>
      </w:r>
      <w:r>
        <w:t>yaani kaba ko purify karein, kaba ko pak karein. lekin 13 saal tak aap bilkul chup rahe, woh bas nahin chodi aap ne.</w:t>
      </w:r>
    </w:p>
    <w:p>
      <w:pPr>
        <w:jc w:val="right"/>
      </w:pPr>
      <w:r>
        <w:t>یعنی کعبہ کو پیوریفائی کریں، کعبہ کو پاک کریں۔ لیکن 13 سال تک آپ بالکل چپ رہے، وہ بس نہیں چھوڑی آپ نے۔</w:t>
      </w:r>
    </w:p>
    <w:p>
      <w:r>
        <w:rPr>
          <w:b/>
        </w:rPr>
        <w:t xml:space="preserve">[1:25:21] </w:t>
      </w:r>
      <w:r>
        <w:t>kyun? is waqt aap thode thay aur wahan jo log thay, quraish jo is ke mutawalli thay, woh bohat zyada thay.</w:t>
      </w:r>
    </w:p>
    <w:p>
      <w:pPr>
        <w:jc w:val="right"/>
      </w:pPr>
      <w:r>
        <w:t>کیوں؟ اس وقت آپ تھوڑے تھے اور وہاں جو لوگ تھے، قریش جو اس کے متولی تھے، وہ بہت زیادہ تھے۔</w:t>
      </w:r>
    </w:p>
    <w:p>
      <w:r>
        <w:rPr>
          <w:b/>
        </w:rPr>
        <w:t xml:space="preserve">[1:25:32] </w:t>
      </w:r>
      <w:r>
        <w:t>to agar aap yeh chahte ke kaba ko purify karein aur Hazrat Ibrahim wale kaba ko zinda karein phir se, to jang chhad jati hai.</w:t>
      </w:r>
    </w:p>
    <w:p>
      <w:pPr>
        <w:jc w:val="right"/>
      </w:pPr>
      <w:r>
        <w:t>تو اگر آپ یہ چاہتے کہ کعبہ کو پیوریفائی کریں اور حضرت ابراہیم والے کعبہ کو زندہ کریں پھر سے، تو جنگ چھڑ جاتی ہے۔</w:t>
      </w:r>
    </w:p>
    <w:p>
      <w:r>
        <w:rPr>
          <w:b/>
        </w:rPr>
        <w:t xml:space="preserve">[1:25:41] </w:t>
      </w:r>
      <w:r>
        <w:t>is jang mein zahir hai ke yaani aap aap ke saathi kam thay aur doosre log zyada thay. to is waqt result aap ke haq mein na nikalta, un ke haq mein nikalta.</w:t>
      </w:r>
    </w:p>
    <w:p>
      <w:pPr>
        <w:jc w:val="right"/>
      </w:pPr>
      <w:r>
        <w:t>اس جنگ میں ظاہر ہے کہ یعنی آپ آپ کے ساتھی کم تھے اور دوسرے لوگ زیادہ تھے۔ تو اس وقت رزلٹ آپ کے حق میں نہ نکلتا، ان کے حق میں نکلتا۔</w:t>
      </w:r>
    </w:p>
    <w:p>
      <w:r>
        <w:rPr>
          <w:b/>
        </w:rPr>
        <w:t xml:space="preserve">[1:25:55] </w:t>
      </w:r>
      <w:r>
        <w:t>to aap chup rahe, chup rahe, chup rahe. yeh hai result oriented approach.</w:t>
      </w:r>
    </w:p>
    <w:p>
      <w:pPr>
        <w:jc w:val="right"/>
      </w:pPr>
      <w:r>
        <w:t>تو آپ چپ رہے، چپ رہے، چپ رہے۔ یہ ہے رزلٹ اورینٹڈ اپروچ۔</w:t>
      </w:r>
    </w:p>
    <w:p>
      <w:r>
        <w:rPr>
          <w:b/>
        </w:rPr>
        <w:t xml:space="preserve">[1:26:03] </w:t>
      </w:r>
      <w:r>
        <w:t>result oriented approach</w:t>
      </w:r>
    </w:p>
    <w:p>
      <w:pPr>
        <w:jc w:val="right"/>
      </w:pPr>
      <w:r>
        <w:t>رزلٹ اورینٹڈ اپروچ</w:t>
      </w:r>
    </w:p>
    <w:p>
      <w:r>
        <w:rPr>
          <w:b/>
        </w:rPr>
        <w:t xml:space="preserve">[1:26:05] </w:t>
      </w:r>
      <w:r>
        <w:t>. abhi kya ho raha hai ke hum hangama khada kar dete hain, chahe result kuch bhi na nikle, yaani apne logon ko marwate hain.</w:t>
      </w:r>
    </w:p>
    <w:p>
      <w:pPr>
        <w:jc w:val="right"/>
      </w:pPr>
      <w:r>
        <w:t>۔ ابھی کیا ہو رہا ہے کہ ہم ہنگامہ کھڑا کر دیتے ہیں، چاہے رزلٹ کچھ بھی نہ نکلے، یعنی اپنے لوگوں کو مرواتے ہیں۔</w:t>
      </w:r>
    </w:p>
    <w:p>
      <w:r>
        <w:rPr>
          <w:b/>
        </w:rPr>
        <w:t xml:space="preserve">[1:26:16] </w:t>
      </w:r>
      <w:r>
        <w:t>aap dekhiye, Babri Masjid ke sawal par itne hangame khade kiye gaye aur das hazar Musalman mare gaye. Rushdie ke sawal par hangama khada kiya gaya aur bohat se Musalman mare gaye.</w:t>
      </w:r>
    </w:p>
    <w:p>
      <w:pPr>
        <w:jc w:val="right"/>
      </w:pPr>
      <w:r>
        <w:t>آپ دیکھیے، بابری مسجد کے سوال پر اتنے ہنگامے کھڑے کیے گئے اور دس ہزار مسلمان مارے گئے۔ روشدی کے سوال پر ہنگامہ کھڑا کیا گیا اور بہت سے مسلمان مارے گئے۔</w:t>
      </w:r>
    </w:p>
    <w:p>
      <w:r>
        <w:rPr>
          <w:b/>
        </w:rPr>
        <w:t xml:space="preserve">[1:26:27] </w:t>
      </w:r>
      <w:r>
        <w:t>abhi Denmark ka jo qissa tha, is mein hangama khada kiya gaya aur bohat se Musalman mare gaye. result kuch nahin, hamara koi positive result is ka nahin nikla.</w:t>
      </w:r>
    </w:p>
    <w:p>
      <w:pPr>
        <w:jc w:val="right"/>
      </w:pPr>
      <w:r>
        <w:t>ابھی ڈنمارک کا جو قصہ تھا، اس میں ہنگامہ کھڑا کیا گیا اور بہت سے مسلمان مارے گئے۔ رزلٹ کچھ نہیں، ہمارا کوئی پوزیٹیو رزلٹ اس کا نہیں نکلا۔</w:t>
      </w:r>
    </w:p>
    <w:p>
      <w:r>
        <w:rPr>
          <w:b/>
        </w:rPr>
        <w:t xml:space="preserve">[1:26:40] </w:t>
      </w:r>
      <w:r>
        <w:t>aap ghor kijiye, rasool Allah ka jo sunnat thi, woh thi result oriented approach. yeh sunnat kahan hai? log loki khayenge, kahenge hum sunnat ada kar rahe hain.</w:t>
      </w:r>
    </w:p>
    <w:p>
      <w:pPr>
        <w:jc w:val="right"/>
      </w:pPr>
      <w:r>
        <w:t>آپ غور کیجئے، رسول اللہ کا جو سنت تھی، وہ تھی رزلٹ اورینٹڈ اپروچ۔ یہ سنت کہاں ہے؟ لوگ لوکی کھائیں گے، کہیں گے ہم سنت ادا کر رہے ہیں۔</w:t>
      </w:r>
    </w:p>
    <w:p>
      <w:r>
        <w:rPr>
          <w:b/>
        </w:rPr>
        <w:t xml:space="preserve">[1:26:50] </w:t>
      </w:r>
      <w:r>
        <w:t>koi halwa khayenge, kahenge sunnat ada kar rahe hain. yaqeen kijiye ke yeh sunnat ki toheen hai, sunnat rasool ki toheen hai ke chhoti chhoti baaton ko aap jannat kahein aur badi badi baaton mein aap sunnat se ab hate hue ho.</w:t>
      </w:r>
    </w:p>
    <w:p>
      <w:pPr>
        <w:jc w:val="right"/>
      </w:pPr>
      <w:r>
        <w:t>کوئی حلوہ کھائیں گے، کہیں سنت ادا کر رہے ہیں۔ یقین کیجئے کہ یہ سنت کی توہین ہے، سنت رسول کی توہین ہے کہ چھوٹی چھوٹی باتوں کو آپ جنت کہیں اور بڑی بڑی باتوں میں آپ سنت سے اب ہٹے ہوئے ہوں۔</w:t>
      </w:r>
    </w:p>
    <w:p>
      <w:r>
        <w:rPr>
          <w:b/>
        </w:rPr>
        <w:t xml:space="preserve">[1:27:06] </w:t>
      </w:r>
      <w:r>
        <w:t>sab se badi sunnat yeh hai ke aap ka approach result oriented approach ho. yeh sunnat rasool hai. hangama kar dein aur bilkul jaise kehte hain, aap bile mujhe maar, yaani hangama karein, aap mare jayein, aap khud hi goliyan chalein, aap hi ki taraf.</w:t>
      </w:r>
    </w:p>
    <w:p>
      <w:pPr>
        <w:jc w:val="right"/>
      </w:pPr>
      <w:r>
        <w:t>سب سے بڑی سنت یہ ہے کہ آپ کا اپروچ رزلٹ اورینٹڈ اپروچ ہو۔ یہ سنت رسول ہے۔ ہنگامہ کر دیں اور بالکل جیسے کہتے ہیں، آپ بائل مجھے مار، یعنی ہنگامہ کریں، آپ مارے جائیں، آپ خود ہی گولیاں چلیں، آپ ہی کی طرف۔</w:t>
      </w:r>
    </w:p>
    <w:p>
      <w:r>
        <w:rPr>
          <w:b/>
        </w:rPr>
        <w:t xml:space="preserve">[1:27:24] </w:t>
      </w:r>
      <w:r>
        <w:t>yeh sunnat rasool ke khilaf hai.</w:t>
      </w:r>
    </w:p>
    <w:p>
      <w:pPr>
        <w:jc w:val="right"/>
      </w:pPr>
      <w:r>
        <w:t>یہ سنت رسول کے خلاف ہے۔</w:t>
      </w:r>
    </w:p>
    <w:p>
      <w:r>
        <w:rPr>
          <w:b/>
        </w:rPr>
        <w:t xml:space="preserve">[1:27:27] </w:t>
      </w:r>
      <w:r>
        <w:t>bohat se waqiat hain, balkeh poori life rasool Allah ki jo batati hai ke aap purasrar mamle mein aap result ko dekhte thay. misal to makka mein jab bohat zyada zulm ho raha tha,</w:t>
      </w:r>
    </w:p>
    <w:p>
      <w:pPr>
        <w:jc w:val="right"/>
      </w:pPr>
      <w:r>
        <w:t>بہت سے واقعات ہیں، بلکہ پوری لائف رسول اللہ کی جو بتاتی ہے کہ آپ پراسرار معاملے میں آپ رزلٹ کو دیکھتے تھے۔ مثال تو مکہ میں جب بہت زیادہ ظلم ہو رہا تھا،</w:t>
      </w:r>
    </w:p>
    <w:p>
      <w:r>
        <w:rPr>
          <w:b/>
        </w:rPr>
        <w:t xml:space="preserve">[1:27:42] </w:t>
      </w:r>
      <w:r>
        <w:t>bohat zulm ho raha tha to Hazrat Umar aaye aap ke paas, unhone kaha ke hum jihad karenge, hum ladai karenge, bohat zulm kar rahe hain yeh log.</w:t>
      </w:r>
    </w:p>
    <w:p>
      <w:pPr>
        <w:jc w:val="right"/>
      </w:pPr>
      <w:r>
        <w:t>بہت ظلم ہو رہا تھا تو حضرت عمر آئے آپ کے پاس، انہوں نے کہا کہ ہم جہاد کریں گے، ہم لڑائی کریں گے، بہت ظلم کر رہے ہیں یہ لوگ۔</w:t>
      </w:r>
    </w:p>
    <w:p>
      <w:r>
        <w:rPr>
          <w:b/>
        </w:rPr>
        <w:t xml:space="preserve">[1:27:52] </w:t>
      </w:r>
      <w:r>
        <w:t>aap ne kya farmaya? "ya Umar, inna qaleel"</w:t>
      </w:r>
    </w:p>
    <w:p>
      <w:pPr>
        <w:jc w:val="right"/>
      </w:pPr>
      <w:r>
        <w:t>آپ نے کیا فرمایا؟ "یا عمر، انا قلیل"</w:t>
      </w:r>
    </w:p>
    <w:p>
      <w:r>
        <w:rPr>
          <w:b/>
        </w:rPr>
        <w:t xml:space="preserve">[1:27:57] </w:t>
      </w:r>
      <w:r>
        <w:t>. aye Umar, hum thode hain. yeh rasool Allah ka qaul hai. "ya Umar, inna qaleel". aye Umar, hum thode hain.</w:t>
      </w:r>
    </w:p>
    <w:p>
      <w:pPr>
        <w:jc w:val="right"/>
      </w:pPr>
      <w:r>
        <w:t>۔ اے عمر، ہم تھوڑے ہیں۔ یہ رسول اللہ کا قول ہے۔ "یا عمر، انا قلیل"۔ اے عمر، ہم تھوڑے ہیں۔</w:t>
      </w:r>
    </w:p>
    <w:p>
      <w:r>
        <w:rPr>
          <w:b/>
        </w:rPr>
        <w:t xml:space="preserve">[1:28:07] </w:t>
      </w:r>
      <w:r>
        <w:t>aap dekhiye, goya result par nigah thi aap ki. hum kam hain, woh zyada hain, lar jayen to result kis ka nikle ga?</w:t>
      </w:r>
    </w:p>
    <w:p>
      <w:pPr>
        <w:jc w:val="right"/>
      </w:pPr>
      <w:r>
        <w:t>آپ دیکھیے، گویا رزلٹ پر نگاہ تھی آپ کی۔ ہم کم ہیں، وہ زیادہ ہیں، لڑ جائیں تو رزلٹ کس کا نکلے گا؟</w:t>
      </w:r>
    </w:p>
    <w:p>
      <w:r>
        <w:rPr>
          <w:b/>
        </w:rPr>
        <w:t xml:space="preserve">[1:28:17] </w:t>
      </w:r>
      <w:r>
        <w:t>un ke favor mein jaye ga, hamare favor mein nahi jaye ga. that was result oriented approach of the prophet of islam.</w:t>
      </w:r>
    </w:p>
    <w:p>
      <w:pPr>
        <w:jc w:val="right"/>
      </w:pPr>
      <w:r>
        <w:t>ان کے فیور میں جائے گا، ہمارے فیور میں نہیں جائے گا۔ دیٹ واز رزلٹ اورینٹڈ اپروچ آف دا پرافٹ آف اسلام۔</w:t>
      </w:r>
    </w:p>
    <w:p>
      <w:r>
        <w:rPr>
          <w:b/>
        </w:rPr>
        <w:t xml:space="preserve">[1:28:26] </w:t>
      </w:r>
      <w:r>
        <w:t>aaj kal kya hai? bas hangama kar dete hain, chahe is ke baad musalman khud hi mare jayen, musalman ghar khud hi jalaya jaye, musalman dukanein khud hi looti jayen, doosre ko nuqsan na ho.</w:t>
      </w:r>
    </w:p>
    <w:p>
      <w:pPr>
        <w:jc w:val="right"/>
      </w:pPr>
      <w:r>
        <w:t>آج کل کیا ہے؟ بس ہنگامہ کر دیتے ہیں، چاہے اس کے بعد مسلمان خود ہی مارے جائیں، مسلمان گھر خود ہی جلایا جائے، مسلمان دکانیں خود ہی لوٹی جائیں، دوسرے کو نقصان نہ ہو۔</w:t>
      </w:r>
    </w:p>
    <w:p>
      <w:r>
        <w:rPr>
          <w:b/>
        </w:rPr>
        <w:t xml:space="preserve">[1:28:40] </w:t>
      </w:r>
      <w:r>
        <w:t>aisi halat mein jab ke hum bare bare muamlat mein hamara approach result oriented approach na ho to choti choti cheezon mein keh loki aur meetha aur aur aur dadi aur topi mein hum kahein ke hum sunnat-e-rasool par amal kar rahe hain, to yeh yaqeen kijiye, yeh ridiculous hai, ridiculous hai.</w:t>
      </w:r>
    </w:p>
    <w:p>
      <w:pPr>
        <w:jc w:val="right"/>
      </w:pPr>
      <w:r>
        <w:t>ایسی حالت میں جب کہ ہم بڑے بڑے معاملات میں ہمارا اپروچ رزلٹ اورینٹڈ اپروچ نہ ہو تو چھوٹی چھوٹی چیزوں میں کہ لوکی اور میٹھا اور اور اور داڑھی اور ٹوپی میں ہم کہیں کہ ہم سنت رسول پر عمل کر رہے ہیں، تو یہ یقین کیجئے، یہ ریڈیکولس ہے، ریڈیکولس ہے۔</w:t>
      </w:r>
    </w:p>
    <w:p>
      <w:r>
        <w:rPr>
          <w:b/>
        </w:rPr>
        <w:t xml:space="preserve">[1:29:02] </w:t>
      </w:r>
      <w:r>
        <w:t>rasool Allah ki sunnatein, bari bari sunnatein, woh rasool Allah ki sunnatein hain.</w:t>
      </w:r>
    </w:p>
    <w:p>
      <w:pPr>
        <w:jc w:val="right"/>
      </w:pPr>
      <w:r>
        <w:t>رسول اللہ کی سنتیں، بڑی بڑی سنتیں، وہ رسول اللہ کی سنتیں ہیں۔</w:t>
      </w:r>
    </w:p>
    <w:p>
      <w:r>
        <w:rPr>
          <w:b/>
        </w:rPr>
        <w:t xml:space="preserve">[1:29:07] </w:t>
      </w:r>
      <w:r>
        <w:t>is mein bas ek mein ne bataya ke result oriented approach, yani rasool Allah is muamle mein itna zyada ehtimam tha aap ko ke ek aisi ajeeb ghareeb misaal mein bataunga aap ko.</w:t>
      </w:r>
    </w:p>
    <w:p>
      <w:pPr>
        <w:jc w:val="right"/>
      </w:pPr>
      <w:r>
        <w:t>اس میں بس ایک میں نے بتایا کہ رزلٹ اورینٹڈ اپروچ، یعنی رسول اللہ اس معاملے میں اتنا زیادہ اہتمام تھا آپ کو کہ ایک ایسی عجیب غریب مثال میں بتاؤں گا آپ کو۔</w:t>
      </w:r>
    </w:p>
    <w:p>
      <w:r>
        <w:rPr>
          <w:b/>
        </w:rPr>
        <w:t xml:space="preserve">[1:29:19] </w:t>
      </w:r>
      <w:r>
        <w:t>aap bas jo log hajj karne gaye honge, unhone dekha hoga ke kaaba jo hai, us ke sath thori si line hai, us ko kehte hain hatim. kaaba ek square building hai, us ke sath thori si aur zameen hai jis ko kehte hain hatim, yani open hai.</w:t>
      </w:r>
    </w:p>
    <w:p>
      <w:pPr>
        <w:jc w:val="right"/>
      </w:pPr>
      <w:r>
        <w:t>آپ بس جو لوگ حج کرنے گئے ہوں گے، انہوں نے دیکھا ہوگا کہ کعبہ جو ہے، اس کے ساتھ تھوڑی سی لائن ہے، اس کو کہتے ہیں حتیم۔ کعبہ ایک اسکوئر بلڈنگ ہے، اس کے ساتھ تھوڑی سی اور زمین ہے جس کو کہتے ہیں حتیم، یعنی اوپن ہے۔</w:t>
      </w:r>
    </w:p>
    <w:p>
      <w:r>
        <w:rPr>
          <w:b/>
        </w:rPr>
        <w:t xml:space="preserve">[1:29:34] </w:t>
      </w:r>
      <w:r>
        <w:t>yeh</w:t>
      </w:r>
    </w:p>
    <w:p>
      <w:pPr>
        <w:jc w:val="right"/>
      </w:pPr>
      <w:r>
        <w:t>وہ</w:t>
      </w:r>
    </w:p>
    <w:p>
      <w:r>
        <w:rPr>
          <w:b/>
        </w:rPr>
        <w:t xml:space="preserve">[1:29:36] </w:t>
      </w:r>
      <w:r>
        <w:t>yeh hatim kya cheez hai? Hazrat Ibrahim ne jo kaaba banaya tha, yeh is mein shamil tha. woh yani woh zameen jo alag hai, aaj khuli hui, woh kaaba mein shamil thi,</w:t>
      </w:r>
    </w:p>
    <w:p>
      <w:pPr>
        <w:jc w:val="right"/>
      </w:pPr>
      <w:r>
        <w:t>یہ حتیم کیا چیز ہے؟ حضرت ابراہیم نے جو کعبہ بنایا تھا، یہ اس میں شامل تھا۔ وہ یعنی وہ زمین جو الگ ہے، آج کھلی ہوئی، وہ کعبہ میں شامل تھی،</w:t>
      </w:r>
    </w:p>
    <w:p>
      <w:r>
        <w:rPr>
          <w:b/>
        </w:rPr>
        <w:t xml:space="preserve">[1:29:50] </w:t>
      </w:r>
      <w:r>
        <w:t>yani poora woh covered area tha. to rasool Allah ne ek baar kaha Hazrat Aisha se ke ab jo kaaba hai, yeh woh hai jo mushrikeen ne banaya tha,</w:t>
      </w:r>
    </w:p>
    <w:p>
      <w:pPr>
        <w:jc w:val="right"/>
      </w:pPr>
      <w:r>
        <w:t>یعنی پورا وہ کورڈ ایریا تھا۔ تو رسول اللہ نے ایک بار کہا حضرت عائشہ سے کہ اب جو کعبہ ہے، یہ وہ ہے جو مشرکین نے بنایا تھا،</w:t>
      </w:r>
    </w:p>
    <w:p>
      <w:r>
        <w:rPr>
          <w:b/>
        </w:rPr>
        <w:t xml:space="preserve">[1:30:03] </w:t>
      </w:r>
      <w:r>
        <w:t>yani gir gaya tha. ek martaba is ki building gir gayi thi to mushrikeen ne itne hisse ko chhod kar ke aadhe hisse banaye, aadha hissa chhod diya.</w:t>
      </w:r>
    </w:p>
    <w:p>
      <w:pPr>
        <w:jc w:val="right"/>
      </w:pPr>
      <w:r>
        <w:t>یعنی گر گیا تھا۔ ایک مرتبہ اس کی بلڈنگ گر گئی تھی تو مشرکین نے اتنے حصے کو چھوڑ کر کے ادھے حصے بنائے، ادھا حصہ چھوڑ دیا۔</w:t>
      </w:r>
    </w:p>
    <w:p>
      <w:r>
        <w:rPr>
          <w:b/>
        </w:rPr>
        <w:t xml:space="preserve">[1:30:13] </w:t>
      </w:r>
      <w:r>
        <w:t>to aap ne kaha ke mein chahta hoon ke Ibrahim wali buniyad par kaaba ko phir se banaoon, yani poore area ko cover kar ke. to Aisha ne kaha ke aap bana lijiye, phir kya rukawat hai?</w:t>
      </w:r>
    </w:p>
    <w:p>
      <w:pPr>
        <w:jc w:val="right"/>
      </w:pPr>
      <w:r>
        <w:t>تو آپ نے کہا کہ میں چاہتا ہوں کہ ابراہیم والی بنیاد پر کعبہ کو پھر سے بناؤں، یعنی پورے ایریا کو کور کر کے۔ تو عائشہ نے کہا کہ آپ بنا لیجئے، پھر کیا رکاوٹ ہے؟</w:t>
      </w:r>
    </w:p>
    <w:p>
      <w:r>
        <w:rPr>
          <w:b/>
        </w:rPr>
        <w:t xml:space="preserve">[1:30:25] </w:t>
      </w:r>
      <w:r>
        <w:t>ab to madine mein islam ki hukumat qaim ho chuki hai. aap ne kaha ke nahi, agar mein aisa karoon to fitna ban pad jaye ga,</w:t>
      </w:r>
    </w:p>
    <w:p>
      <w:pPr>
        <w:jc w:val="right"/>
      </w:pPr>
      <w:r>
        <w:t>اب تو مدینے میں اسلام کی حکومت قائم ہو چکی ہے۔ آپ نے کہا کہ نہیں، اگر میں ایسا کروں تو فتنہ بن پڑ جائے گا،</w:t>
      </w:r>
    </w:p>
    <w:p>
      <w:r>
        <w:rPr>
          <w:b/>
        </w:rPr>
        <w:t xml:space="preserve">[1:30:33] </w:t>
      </w:r>
      <w:r>
        <w:t>log hangama karenge, log takrao hoga, ladai hogi. aur aap dekhiye ke aap hakim the madine ke, us waqt ki baat yeh hai, phir bhi aap ne socha ke agar mein kaaba ko dhakar ke banaoon dobara to log us ko qabool nahi karenge, kyunke mazhabi cheezon mein aap jante hain ke ek muddat ke baad log us ke itne familiar ho jate hain ke phir us mein change bardasht nahi karte.</w:t>
      </w:r>
    </w:p>
    <w:p>
      <w:pPr>
        <w:jc w:val="right"/>
      </w:pPr>
      <w:r>
        <w:t>لوگ ہنگامہ کریں گے، لوگ ٹکراؤ ہوگا، لڑائی ہوگی۔ اور آپ دیکھیے کہ آپ حاکم تھے مدینے کے، اس وقت کی بات یہ ہے، پھر بھی آپ نے سوچا کہ اگر میں کعبہ کو ڈھا کر کے بناؤں دوبارہ تو لوگ اس کو قبول نہیں کریں گے، کیونکہ مذہبی چیزوں میں آپ جانتے ہیں کہ ایک مدت کے بعد لوگ اس کے اتنے فیملیئر ہو جاتے ہیں کہ پھر اس میں چینج برداشت نہیں کرتے۔</w:t>
      </w:r>
    </w:p>
    <w:p>
      <w:r>
        <w:rPr>
          <w:b/>
        </w:rPr>
        <w:t xml:space="preserve">[1:31:03] </w:t>
      </w:r>
      <w:r>
        <w:t>chunanche baad ko, yani khilafat-e-rashida ke baad, Abdullah bin Zubair ne is ko tod kar banaya aur logon ne bardasht nahi kiya.</w:t>
      </w:r>
    </w:p>
    <w:p>
      <w:pPr>
        <w:jc w:val="right"/>
      </w:pPr>
      <w:r>
        <w:t>چنانچہ بعد کو، یعنی خلافت راشدہ کے بعد، عبداللہ ابن زبیر نے اس کو توڑ کر بنایا اور لوگوں نے برداشت نہیں کیا۔</w:t>
      </w:r>
    </w:p>
    <w:p>
      <w:r>
        <w:rPr>
          <w:b/>
        </w:rPr>
        <w:t xml:space="preserve">[1:31:11] </w:t>
      </w:r>
      <w:r>
        <w:t>phir is ko, is ko bhi tod diya gaya aur phir wohi kaaba banaya gaya jo tha pehle ka. yani aap ghor kijiye, kaaba ki building ko Ibrahimi buniyad par khada karna jo bilashuba ek sahi kaam tha, woh bhi aap ne neech kiya, chhod diya.</w:t>
      </w:r>
    </w:p>
    <w:p>
      <w:pPr>
        <w:jc w:val="right"/>
      </w:pPr>
      <w:r>
        <w:t>پھر اس کو، اس کو بھی توڑ دیا گیا اور پھر وہی کعبہ بنایا گیا جو تھا پہلے کا۔ یعنی آپ غور کیجئے، کعبہ کی بلڈنگ کو ابراہیمی بنیاد پر کھڑا کرنا جو بلاشبہ ایک صحیح کام تھا، وہ بھی آپ نے نیچ کیا، چھوڑ دیا۔</w:t>
      </w:r>
    </w:p>
    <w:p>
      <w:r>
        <w:rPr>
          <w:b/>
        </w:rPr>
        <w:t xml:space="preserve">[1:31:29] </w:t>
      </w:r>
      <w:r>
        <w:t>kyun? result ulta nikle ga</w:t>
      </w:r>
    </w:p>
    <w:p>
      <w:pPr>
        <w:jc w:val="right"/>
      </w:pPr>
      <w:r>
        <w:t>کیوں؟ رزلٹ الٹا نکلتا</w:t>
      </w:r>
    </w:p>
    <w:p>
      <w:r>
        <w:rPr>
          <w:b/>
        </w:rPr>
        <w:t xml:space="preserve">[1:31:32] </w:t>
      </w:r>
      <w:r>
        <w:t>jabke aap yeh bhi jante the yaqeenan ke agar mein paighambar hote hue yeh kaam na karoon to aage koi nahi kar paye ga. yeh hai result oriented approach har muamle mein.</w:t>
      </w:r>
    </w:p>
    <w:p>
      <w:pPr>
        <w:jc w:val="right"/>
      </w:pPr>
      <w:r>
        <w:t>جبکہ آپ یہ بھی جانتے تھے یقینا کہ اگر میں پیغمبر ہوتے ہوئے یہ کام نہ کروں تو آگے کوئی نہیں کر پائے گا۔ یہ ہے رزلٹ اورینٹڈ اپروچ ہر معاملے میں۔</w:t>
      </w:r>
    </w:p>
    <w:p>
      <w:r>
        <w:rPr>
          <w:b/>
        </w:rPr>
        <w:t xml:space="preserve">[1:31:44] </w:t>
      </w:r>
      <w:r>
        <w:t>yeh sab se bari sunnat hai ke koi bhi step jab liya jaye to result ko dekha</w:t>
      </w:r>
    </w:p>
    <w:p>
      <w:pPr>
        <w:jc w:val="right"/>
      </w:pPr>
      <w:r>
        <w:t>یہ سب سے بڑی سنت ہے کہ کوئی بھی سٹیپ جب لیا جائے تو رزلٹ کو دیکھا</w:t>
      </w:r>
    </w:p>
    <w:p>
      <w:r>
        <w:rPr>
          <w:b/>
        </w:rPr>
        <w:t xml:space="preserve">[1:31:51] </w:t>
      </w:r>
      <w:r>
        <w:t>jaye. koi statement dein, aap dein, koi apni speech karein, koi step lein, koi bhi action karein, aap to aap yeh dekhein ke is ke result kahan niklega.</w:t>
      </w:r>
    </w:p>
    <w:p>
      <w:pPr>
        <w:jc w:val="right"/>
      </w:pPr>
      <w:r>
        <w:t>جائے۔ کوئی سٹیٹمنٹ دیں، آپ دیں، کوئی اپنی سپیچ کریں، کوئی سٹیپ لیں، کوئی بھی ایکشن کریں، آپ تو آپ یہ دیکھیں کہ اس کے رزلٹ کہاں نکلے گا۔</w:t>
      </w:r>
    </w:p>
    <w:p>
      <w:r>
        <w:rPr>
          <w:b/>
        </w:rPr>
        <w:t xml:space="preserve">[1:32:05] </w:t>
      </w:r>
      <w:r>
        <w:t>result ko dekhe baghair</w:t>
      </w:r>
    </w:p>
    <w:p>
      <w:pPr>
        <w:jc w:val="right"/>
      </w:pPr>
      <w:r>
        <w:t>رزلٹ کو دیکھے بغیر</w:t>
      </w:r>
    </w:p>
    <w:p>
      <w:r>
        <w:rPr>
          <w:b/>
        </w:rPr>
        <w:t xml:space="preserve">[1:32:10] </w:t>
      </w:r>
      <w:r>
        <w:t>action lena bilashuba islam ke khilaf hai. dekhein, ek hadith hai ke nussirtu bil roob, masirata shahrani,</w:t>
      </w:r>
    </w:p>
    <w:p>
      <w:pPr>
        <w:jc w:val="right"/>
      </w:pPr>
      <w:r>
        <w:t>ایکشن لینا بلاشبہ اسلام کے خلاف ہے۔ دیکھیں، ایک حدیث ہے کہ نصیرت بالروب، مسیحت شہرین،</w:t>
      </w:r>
    </w:p>
    <w:p>
      <w:r>
        <w:rPr>
          <w:b/>
        </w:rPr>
        <w:t xml:space="preserve">[1:32:21] </w:t>
      </w:r>
      <w:r>
        <w:t>mujhe do mahine ki dori tak. is ka matlab yeh hai ke ek ek ek sawaar ghode par sawaar ho kar chale, do mahine tak chalta rahe ke jitni door woh pahunche ga, wahan tak mera dabdaba rakha gaya hai, wahan pe raab rakha gaya hai.</w:t>
      </w:r>
    </w:p>
    <w:p>
      <w:pPr>
        <w:jc w:val="right"/>
      </w:pPr>
      <w:r>
        <w:t>مجھے دو مہینے کی دوری تک۔ اس کا مطلب یہ ہے کہ ایک ایک ایک سوار گھوڑے پر سوار ہو کر چلے، دو مہینے تک چلتا رہے کہ جتنی دور وہ پہنچے گا، وہاں تک میرا دبدبہ رکھا گیا ہے، وہاں پہ رعب رکھا گیا ہے۔</w:t>
      </w:r>
    </w:p>
    <w:p>
      <w:r>
        <w:rPr>
          <w:b/>
        </w:rPr>
        <w:t xml:space="preserve">[1:32:43] </w:t>
      </w:r>
      <w:r>
        <w:t>us ko log samajhte hain ke woh koi woh mysterious cheez hai, yani prophet ka koi quality thi, mysterious quality.</w:t>
      </w:r>
    </w:p>
    <w:p>
      <w:pPr>
        <w:jc w:val="right"/>
      </w:pPr>
      <w:r>
        <w:t>اس کو لوگ سمجھتے ہیں کہ وہ کوئی وہ مسٹیریس چیز ہے، یعنی پرافٹ کا کوئی کوالٹی تھی، مسٹیریس کوالٹی۔</w:t>
      </w:r>
    </w:p>
    <w:p>
      <w:r>
        <w:rPr>
          <w:b/>
        </w:rPr>
        <w:t xml:space="preserve">[1:32:53] </w:t>
      </w:r>
      <w:r>
        <w:t>yeh matlab nahi is ka hai. aaj tak is ko liya ja raha hai mysterious sense mein, ya rasool Allah ke fazail mein shumar karte hain is ko, yani fazail-e-nabuwat, fazail-e-nabuwat mein shumar kiya jata hai aur is ko ek mysterious karname samajhte hain log</w:t>
      </w:r>
    </w:p>
    <w:p>
      <w:pPr>
        <w:jc w:val="right"/>
      </w:pPr>
      <w:r>
        <w:t>یہ مطلب نہیں اس کا ہے۔ آج تک اس کو لیا جا رہا ہے مسٹیریس سینس میں، یا رسول اللہ کے فضائل میں شمار کرتے ہیں اس کو، یعنی فضائل نبیت، فضائل نبوت میں شمار کیا جاتا ہے اور اس کو ایک مسٹیریس کارنامہ سمجھتے ہیں لوگ</w:t>
      </w:r>
    </w:p>
    <w:p>
      <w:r>
        <w:rPr>
          <w:b/>
        </w:rPr>
        <w:t xml:space="preserve">[1:33:09] </w:t>
      </w:r>
      <w:r>
        <w:t>۔ is ka matlab sirf hai strategy ke meri jo strategy hai, woh itni taqatwar hoti hai ke woh do mahine ki masafat tak is ka asar rehta hai.</w:t>
      </w:r>
    </w:p>
    <w:p>
      <w:pPr>
        <w:jc w:val="right"/>
      </w:pPr>
      <w:r>
        <w:t>۔ اس کا مطلب صرف ہے اسٹریٹجی کہ میری جو اسٹریٹجی ہے، وہ اتنی طاقتور ہوتی ہے کہ وہ دو مہینے کی مسافت تک اس کا اثر رہتا ہے۔</w:t>
      </w:r>
    </w:p>
    <w:p>
      <w:r>
        <w:rPr>
          <w:b/>
        </w:rPr>
        <w:t xml:space="preserve">[1:33:19] </w:t>
      </w:r>
      <w:r>
        <w:t>woh mera rob, mera dabdaba itni door tak is ka asar hota hai, itni door tak effective hota hai.</w:t>
      </w:r>
    </w:p>
    <w:p>
      <w:pPr>
        <w:jc w:val="right"/>
      </w:pPr>
      <w:r>
        <w:t>وہ میرا رعب، میرا دبدبہ اتنی دور تک اس کا اثر ہوتا ہے، اتنی دور تک ایفیکٹیو ہوتا ہے۔</w:t>
      </w:r>
    </w:p>
    <w:p>
      <w:r>
        <w:rPr>
          <w:b/>
        </w:rPr>
        <w:t xml:space="preserve">[1:33:28] </w:t>
      </w:r>
      <w:r>
        <w:t>woh</w:t>
      </w:r>
    </w:p>
    <w:p>
      <w:pPr>
        <w:jc w:val="right"/>
      </w:pPr>
      <w:r>
        <w:t>وہ</w:t>
      </w:r>
    </w:p>
    <w:p>
      <w:r>
        <w:rPr>
          <w:b/>
        </w:rPr>
        <w:t xml:space="preserve">[1:33:31] </w:t>
      </w:r>
      <w:r>
        <w:t>yani jis cheez ko strategy ke mani mein kaha gaya tha, us ko hum ne ek mysterious karishma ke mani mein le liya aur aaj tak liye chale ja rahe hain.</w:t>
      </w:r>
    </w:p>
    <w:p>
      <w:pPr>
        <w:jc w:val="right"/>
      </w:pPr>
      <w:r>
        <w:t>یعنی جس چیز کو اسٹریٹجی کے معنی میں کہا گیا تھا، اس کو ہم نے ایک مسٹیریس کرشمہ کے معنی میں لے لیا اور آج تک لیے چلے جا رہے ہیں۔</w:t>
      </w:r>
    </w:p>
    <w:p>
      <w:r>
        <w:rPr>
          <w:b/>
        </w:rPr>
        <w:t xml:space="preserve">[1:33:40] </w:t>
      </w:r>
      <w:r>
        <w:t>natija kya hua ke hum is type ki strategy nahi bana paye.</w:t>
      </w:r>
    </w:p>
    <w:p>
      <w:pPr>
        <w:jc w:val="right"/>
      </w:pPr>
      <w:r>
        <w:t>نتیجہ کیا ہوا کہ ہم اس ٹائپ کی اسٹریٹجی نہیں بنا پائے۔</w:t>
      </w:r>
    </w:p>
    <w:p>
      <w:r>
        <w:rPr>
          <w:b/>
        </w:rPr>
        <w:t xml:space="preserve">[1:33:47] </w:t>
      </w:r>
      <w:r>
        <w:t>aaj bhi dunya mein kisi bhi mulk mein musalman is type ki strategy bana nahi pa rahe hain jo jis strategy ka yeh dabdaba ho ke do mahine ki masafat tak log is se, is is se, is ke asar mein aa jayen aur is ko manne par raazi ho jayen, manne par majboor ho jayen.</w:t>
      </w:r>
    </w:p>
    <w:p>
      <w:pPr>
        <w:jc w:val="right"/>
      </w:pPr>
      <w:r>
        <w:t>آج بھی دنیا میں کسی بھی ملک میں مسلمان اس ٹائپ کی اسٹریٹجی بنا نہیں پا رہے ہیں جو جس اسٹریٹجی کا یہ دبدبہ ہو کہ دو مہینے کی مسافت تک لوگ اس سے، اس اس سے، اس کے اثر میں آ جائیں اور اس کو ماننے پر راضی ہو جائیں، ماننے پر مجبور ہو جائیں۔</w:t>
      </w:r>
    </w:p>
    <w:p>
      <w:r>
        <w:rPr>
          <w:b/>
        </w:rPr>
        <w:t xml:space="preserve">[1:34:13] </w:t>
      </w:r>
      <w:r>
        <w:t>dekhiye, jab aap ne hijrat ki thi makka se madina gaye the to aaj kal jo hai, kya hai?</w:t>
      </w:r>
    </w:p>
    <w:p>
      <w:pPr>
        <w:jc w:val="right"/>
      </w:pPr>
      <w:r>
        <w:t>دیکھیے، جب آپ نے ہجرت کی تھی مکہ سے مدینہ گئے تھے تو آج کل جو ہے، کیا ہے؟</w:t>
      </w:r>
    </w:p>
    <w:p>
      <w:r>
        <w:rPr>
          <w:b/>
        </w:rPr>
        <w:t xml:space="preserve">[1:34:24] </w:t>
      </w:r>
      <w:r>
        <w:t>yani aaj kal yeh hai ke agar kisi maqam par aisi situation paida ho ke hum chhodna pade, woh to hum kya karte hain? ladne ke tayyar hote hain.</w:t>
      </w:r>
    </w:p>
    <w:p>
      <w:pPr>
        <w:jc w:val="right"/>
      </w:pPr>
      <w:r>
        <w:t>یعنی آج کل یہ ہے کہ اگر کسی مقام پر ایسی سچوئیشن پیدا ہو کہ ہم چھوڑنا پڑے، وہ تو ہم کیا کرتے ہیں؟ لڑنے کے تیار ہوتے ہیں۔</w:t>
      </w:r>
    </w:p>
    <w:p>
      <w:r>
        <w:rPr>
          <w:b/>
        </w:rPr>
        <w:t xml:space="preserve">[1:34:32] </w:t>
      </w:r>
      <w:r>
        <w:t>yeh khuli misaal jis ki israel ya falasteen hai, ladai, ladai, ladai, 50 baras jari hai. aap ne kya kiya?</w:t>
      </w:r>
    </w:p>
    <w:p>
      <w:pPr>
        <w:jc w:val="right"/>
      </w:pPr>
      <w:r>
        <w:t>یہ کھلی مثال جس کی اسرائیل یا فلسطین ہے، لڑائی، لڑائی، لڑائی، 50 برس جاری ہے۔ آپ نے کیا کیا؟</w:t>
      </w:r>
    </w:p>
    <w:p>
      <w:r>
        <w:rPr>
          <w:b/>
        </w:rPr>
        <w:t xml:space="preserve">[1:34:40] </w:t>
      </w:r>
      <w:r>
        <w:t>aap ne apne, yani makka ko chhod kar aap madina aa gaye. yeh kya cheez thi? yeh paspai nahi thi, yeh cowardice nahi thi, yeh surrender karna nahi tha, yeh tha apne apne kaam ke ke maqam ko badalna.</w:t>
      </w:r>
    </w:p>
    <w:p>
      <w:pPr>
        <w:jc w:val="right"/>
      </w:pPr>
      <w:r>
        <w:t>آپ نے اپنے، یعنی مکہ کو چھوڑ کر آپ مدینہ آ گئے۔ یہ کیا چیز تھی؟ یہ پسپائی نہیں تھی، یہ کاورڈس نہیں تھی، یہ سرینڈر کرنا نہیں تھا، یہ تھا اپنے اپنے کام کے کے مقام کو بدلنا۔</w:t>
      </w:r>
    </w:p>
    <w:p>
      <w:r>
        <w:rPr>
          <w:b/>
        </w:rPr>
        <w:t xml:space="preserve">[1:35:03] </w:t>
      </w:r>
      <w:r>
        <w:t>yani jo aap kaam kar rahe the madina makka mein, us kaam ko lekar aap aa gaye madina mein. aap</w:t>
      </w:r>
    </w:p>
    <w:p>
      <w:pPr>
        <w:jc w:val="right"/>
      </w:pPr>
      <w:r>
        <w:t>یعنی جو آپ کام کر رہے تھے مدینہ مکہ میں، اس کام کو لے کر آپ آ گئے مدینہ میں۔ آپ</w:t>
      </w:r>
    </w:p>
    <w:p>
      <w:r>
        <w:rPr>
          <w:b/>
        </w:rPr>
        <w:t xml:space="preserve">[1:35:10] </w:t>
      </w:r>
      <w:r>
        <w:t>yani kaam ko badalna tha, na ke na ke shehar ko badalna. chunancha aap jante hain ke yani makka se madina aana islam ke liye nai taqat ban gaya,</w:t>
      </w:r>
    </w:p>
    <w:p>
      <w:pPr>
        <w:jc w:val="right"/>
      </w:pPr>
      <w:r>
        <w:t>یعنی کام کو بدلنا تھا، نہ کہ نہ کہ شہر کو بدلنا۔ چنانچہ آپ جانتے ہیں کہ یعنی مکہ سے مدینہ آنا اسلام کے لیے نئی طاقت بن گیا،</w:t>
      </w:r>
    </w:p>
    <w:p>
      <w:r>
        <w:rPr>
          <w:b/>
        </w:rPr>
        <w:t xml:space="preserve">[1:35:24] </w:t>
      </w:r>
      <w:r>
        <w:t>yani islam ko ek naya emergency mila, ek nai taqat mili. aur is ke baad na sirf yeh ke aap makka aap ke qabze mein aa gaya, balke poora arab aap ke qabze mein aa gaya.</w:t>
      </w:r>
    </w:p>
    <w:p>
      <w:pPr>
        <w:jc w:val="right"/>
      </w:pPr>
      <w:r>
        <w:t>یعنی اسلام کو ایک نیا ایمرجنسی ملا، ایک نئی طاقت ملی۔ اور اس کے بعد نہ صرف یہ کہ آپ مکہ آپ کے قبضے میں آ گیا، بلکہ پورا عرب آپ کے قبضے میں آ گیا۔</w:t>
      </w:r>
    </w:p>
    <w:p>
      <w:r>
        <w:rPr>
          <w:b/>
        </w:rPr>
        <w:t xml:space="preserve">[1:35:37] </w:t>
      </w:r>
      <w:r>
        <w:t>to ek hai ke jahan jhagda khada ho, wahin pe ladne shuru kar dein hum. ek hai ke apni strategy ko badlen, apne apne kaam ki tareeqe ko badlen, apne method ko badlen.</w:t>
      </w:r>
    </w:p>
    <w:p>
      <w:pPr>
        <w:jc w:val="right"/>
      </w:pPr>
      <w:r>
        <w:t>تو ایک ہے کہ جہاں جھگڑا کھڑا ہو، وہیں پہ لڑنے شروع کر دیں ہم۔ ایک ہے کہ اپنی اسٹریٹجی کو بدلیں، اپنے اپنے کام کی طریقے کو بدلیں، اپنے میتھڈ کو بدلیں۔</w:t>
      </w:r>
    </w:p>
    <w:p>
      <w:r>
        <w:rPr>
          <w:b/>
        </w:rPr>
        <w:t xml:space="preserve">[1:35:50] </w:t>
      </w:r>
      <w:r>
        <w:t>to yeh rasool Allah ki sunnat hai ke jab koi jhagda khada ho to apne maqam amal ko badlo, apne workplace ko badlo.</w:t>
      </w:r>
    </w:p>
    <w:p>
      <w:pPr>
        <w:jc w:val="right"/>
      </w:pPr>
      <w:r>
        <w:t>تو یہ رسول اللہ کی سنت ہے کہ جب کوئی جھگڑا کھڑا ہو تو اپنے مقام عمل کو بدلو، اپنے ورک پلیس کو بدلو۔</w:t>
      </w:r>
    </w:p>
    <w:p>
      <w:r>
        <w:rPr>
          <w:b/>
        </w:rPr>
        <w:t xml:space="preserve">[1:36:04] </w:t>
      </w:r>
      <w:r>
        <w:t>yeh hijrat jo thi, haqeeqat mein workplace ko badalna tha, yeh peeche hatna nahi tha, yeh surrender karna nahi tha, yeh workplace ko badalna tha.</w:t>
      </w:r>
    </w:p>
    <w:p>
      <w:pPr>
        <w:jc w:val="right"/>
      </w:pPr>
      <w:r>
        <w:t>یہ ہجرت جو تھی، حقیقت میں ورک پلیس کو بدلنا تھا، یہ پیچھے ہٹنا نہیں تھا، یہ سرینڈر کرنا نہیں تھا، یہ ورک پلیس کو بدلنا تھا۔</w:t>
      </w:r>
    </w:p>
    <w:p>
      <w:r>
        <w:rPr>
          <w:b/>
        </w:rPr>
        <w:t xml:space="preserve">[1:36:14] </w:t>
      </w:r>
      <w:r>
        <w:t>yeh bhi ek rasool Allah ki sunnat hai, yani jhagde ke waqt workplace ko badalna, yeh bhi rasool Allah ki ek sunnat hai. kitni badi sunnat hai, kitni zabardast baat hai yeh.</w:t>
      </w:r>
    </w:p>
    <w:p>
      <w:pPr>
        <w:jc w:val="right"/>
      </w:pPr>
      <w:r>
        <w:t>یہ بھی ایک رسول اللہ کی سنت ہے، یعنی جھگڑے کے وقت ورک پلیس کو بدلنا، یہ بھی رسول اللہ کی ایک سنت ہے۔ کتنی بڑی سنت ہے، کتنی زبردست بات ہے یہ۔</w:t>
      </w:r>
    </w:p>
    <w:p>
      <w:r>
        <w:rPr>
          <w:b/>
        </w:rPr>
        <w:t xml:space="preserve">[1:36:28] </w:t>
      </w:r>
      <w:r>
        <w:t>log samajhte hain ke main dadi badhana sunnat hai,</w:t>
      </w:r>
    </w:p>
    <w:p>
      <w:pPr>
        <w:jc w:val="right"/>
      </w:pPr>
      <w:r>
        <w:t>لوگ سمجھتے ہیں کہ میں داڑھی بڑھانا سنت ہے،</w:t>
      </w:r>
    </w:p>
    <w:p>
      <w:r>
        <w:rPr>
          <w:b/>
        </w:rPr>
        <w:t xml:space="preserve">[1:36:34] </w:t>
      </w:r>
      <w:r>
        <w:t>sab se badi sunnatain doosri hain aur badi sunnaton ko hum ne chhod rakha hai. isi mein se ek yeh main ne arz kiya ke jab kahin jhagda khada ho, koi controversy create ho aur ladai ki nabat aa rahi ho to apne workplace badal do</w:t>
      </w:r>
    </w:p>
    <w:p>
      <w:pPr>
        <w:jc w:val="right"/>
      </w:pPr>
      <w:r>
        <w:t>سب سے بڑی سنتیں دوسری ہیں اور بڑی سنتوں کو ہم نے چھوڑ رکھا ہے۔ اسی میں سے ایک یہ میں نے عرض کیا کہ جب کہیں جھگڑا کھڑا ہو، کوئی کنٹروورسی کریٹ ہو اور لڑائی کی نوبت آ رہی ہو تو اپنے ورک پلیس بدل دو</w:t>
      </w:r>
    </w:p>
    <w:p>
      <w:r>
        <w:rPr>
          <w:b/>
        </w:rPr>
        <w:t xml:space="preserve">[1:36:51] </w:t>
      </w:r>
      <w:r>
        <w:t>aur nai jagah se apni, apna, apni campaign chalao</w:t>
      </w:r>
    </w:p>
    <w:p>
      <w:pPr>
        <w:jc w:val="right"/>
      </w:pPr>
      <w:r>
        <w:t>اور نئی جگہ سے اپنی، اپنا، اپنی کیمپین چلاؤ</w:t>
      </w:r>
    </w:p>
    <w:p>
      <w:r>
        <w:rPr>
          <w:b/>
        </w:rPr>
        <w:t xml:space="preserve">[1:36:58] </w:t>
      </w:r>
      <w:r>
        <w:t>jo zyada. aur phir kya hoga?</w:t>
      </w:r>
    </w:p>
    <w:p>
      <w:pPr>
        <w:jc w:val="right"/>
      </w:pPr>
      <w:r>
        <w:t>جو زیادہ۔ اور پھر کیا ہوگا؟</w:t>
      </w:r>
    </w:p>
    <w:p>
      <w:r>
        <w:rPr>
          <w:b/>
        </w:rPr>
        <w:t xml:space="preserve">[1:37:02] </w:t>
      </w:r>
      <w:r>
        <w:t>aap zyada bade paimane par wohi cheez hasil kar lenge, kar kar lenge jis ke liye aap ladne ke liye ja rahe the. aisi ek bahut badi baat jo rasool Allah ne batai ya quran mein batai gayi hai, woh yeh hai:</w:t>
      </w:r>
    </w:p>
    <w:p>
      <w:pPr>
        <w:jc w:val="right"/>
      </w:pPr>
      <w:r>
        <w:t>آپ زیادہ بڑے پیمانے پر وہی چیز حاصل کر لیں، کر کر لیں گے جس کے لیے آپ لڑنے کے لیے جا رہے تھے۔ ایسی ایک بہت بڑی بات جو رسول اللہ نے بتائی یا قرآن میں بتائی گئی ہے، وہ یہ ہے:</w:t>
      </w:r>
    </w:p>
    <w:p>
      <w:r>
        <w:rPr>
          <w:b/>
        </w:rPr>
        <w:t xml:space="preserve">[1:37:18] </w:t>
      </w:r>
      <w:r>
        <w:t>"any aur" aur "aggressor" ka difference ek bahut badi baat hai, is ko log bhule hue hain.</w:t>
      </w:r>
    </w:p>
    <w:p>
      <w:pPr>
        <w:jc w:val="right"/>
      </w:pPr>
      <w:r>
        <w:t>"اینی اور" اور "ایگریسر" کا ڈیفرنس ایک بہت بڑی بات ہے، اس کو لوگ بھولے ہوئے ہیں۔</w:t>
      </w:r>
    </w:p>
    <w:p>
      <w:r>
        <w:rPr>
          <w:b/>
        </w:rPr>
        <w:t xml:space="preserve">[1:37:29] </w:t>
      </w:r>
      <w:r>
        <w:t>ek hai "any" aur ek hai "attacker" ke agar aap ka ek mulk hai, agar aap ki ek country hai, wahan koi attack karta hai, yani "act of aggression" us ki taraf se hota hai,</w:t>
      </w:r>
    </w:p>
    <w:p>
      <w:pPr>
        <w:jc w:val="right"/>
      </w:pPr>
      <w:r>
        <w:t>ایک ہے "اینی" اور ایک ہے "اٹیکر" کہ اگر آپ کا ایک ملک ہے، اگر آپ کی ایک کنٹری ہے، وہاں کوئی اٹیک کرتا ہے، یعنی "ایکٹ آف ایگریشن" اس کی طرف سے ہوتا ہے،</w:t>
      </w:r>
    </w:p>
    <w:p>
      <w:r>
        <w:rPr>
          <w:b/>
        </w:rPr>
        <w:t xml:space="preserve">[1:37:44] </w:t>
      </w:r>
      <w:r>
        <w:t>us waqt aap us ke sath, us waqt aap us ke khilaf defense war ladenge. yani attack ke waqt ya aggression ke waqt</w:t>
      </w:r>
    </w:p>
    <w:p>
      <w:pPr>
        <w:jc w:val="right"/>
      </w:pPr>
      <w:r>
        <w:t>اس وقت آپ اس کے ساتھ، اس وقت آپ اس کے خلاف ڈیفنسو وار لڑیں گے۔ یعنی اٹیک کے وقت یا ایگریشن کے وقت</w:t>
      </w:r>
    </w:p>
    <w:p>
      <w:r>
        <w:rPr>
          <w:b/>
        </w:rPr>
        <w:t xml:space="preserve">[1:37:55] </w:t>
      </w:r>
      <w:r>
        <w:t>islam yeh kehta hai ke tum is ke khilaaf aik defensive war lar sakte ho, lekin as far as the "enemy" is concerned woh maamla bilkul doosra hai.</w:t>
      </w:r>
    </w:p>
    <w:p>
      <w:pPr>
        <w:jc w:val="right"/>
      </w:pPr>
      <w:r>
        <w:t>اسلام یہ کہتا ہے کہ تم اس کے خلاف ایک ڈیفنسو وار لڑ سکتے ہو، لیکن ایز فار دی "اینیز کنسرن" وہ معاملہ بالکل دوسرا ہے۔</w:t>
      </w:r>
    </w:p>
    <w:p>
      <w:r>
        <w:rPr>
          <w:b/>
        </w:rPr>
        <w:t xml:space="preserve">[1:38:09] </w:t>
      </w:r>
      <w:r>
        <w:t>quran mein hai ke agar koi tum ko apna dushman nazar aaye to kya karo? wajadilhum billati hi ahsan faiza allazi bainaka wa baina aduwwika ka annahu waliyyun hameem</w:t>
      </w:r>
    </w:p>
    <w:p>
      <w:pPr>
        <w:jc w:val="right"/>
      </w:pPr>
      <w:r>
        <w:t>قرآن میں ہے کہ اگر کوئی تم کو اپنا دشمن نظر آئے تو کیا کرو؟ وجادلهم بلتی احسن فیض الذی بینک بین و عداوہ کانہ ولی حمیم</w:t>
      </w:r>
    </w:p>
    <w:p>
      <w:r>
        <w:rPr>
          <w:b/>
        </w:rPr>
        <w:t xml:space="preserve">[1:38:25] </w:t>
      </w:r>
      <w:r>
        <w:t>yani dushman ke khilaaf acha sulook karo, woh bura kare tab bhi tum achay dhang se is ka badla do. to kya hoga? jo tumhara dushman aaj hai, woh kal tumhara dost ban jayega.</w:t>
      </w:r>
    </w:p>
    <w:p>
      <w:pPr>
        <w:jc w:val="right"/>
      </w:pPr>
      <w:r>
        <w:t>یعنی دشمن کے خلاف اچھا سلوک کرو، وہ برا کرے تب بھی تم اچھے ڈھنگ سے اس کا بدلہ دو۔ تو کیا ہوگا؟ جو تمہارا دشمن آج ہے، وہ کل تمہارا دوست بن جائے گا۔</w:t>
      </w:r>
    </w:p>
    <w:p>
      <w:r>
        <w:rPr>
          <w:b/>
        </w:rPr>
        <w:t xml:space="preserve">[1:38:39] </w:t>
      </w:r>
      <w:r>
        <w:t>dekhiye, yahan difference dekhiye: attacker ke khilaaf to defensive war hai, lekin dushman ke khilaaf war nahi hai, fighting nahi hai. acha sulook karna hai</w:t>
      </w:r>
    </w:p>
    <w:p>
      <w:pPr>
        <w:jc w:val="right"/>
      </w:pPr>
      <w:r>
        <w:t>دیکھیے، یہاں ڈیفرنس دیکھیے: اٹیکر کے خلاف تو ڈیفنسو وار ہے، لیکن دشمن کے خلاف وار نہیں ہے، فائٹنگ نہیں ہے۔ اچھا سلوک کرنا ہے</w:t>
      </w:r>
    </w:p>
    <w:p>
      <w:r>
        <w:rPr>
          <w:b/>
        </w:rPr>
        <w:t xml:space="preserve">[1:38:50] </w:t>
      </w:r>
      <w:r>
        <w:t>apne, yani doosre lafzon mein kya hai ke "enemy" ko apna potential friend dekhne ke roop mein dekhna. "enemy" ko apne potential friend ke roop mein dekhna.</w:t>
      </w:r>
    </w:p>
    <w:p>
      <w:pPr>
        <w:jc w:val="right"/>
      </w:pPr>
      <w:r>
        <w:t>اپنے، یعنی دوسرے لفظوں میں کیا ہے کہ "اینی" کو اپنا پوٹینشل فرینڈ دیکھنے کے روپ میں دیکھنا۔ "اینی" کو اپنے پوٹینشل فرینڈ کے روپ میں دیکھنا۔</w:t>
      </w:r>
    </w:p>
    <w:p>
      <w:r>
        <w:rPr>
          <w:b/>
        </w:rPr>
        <w:t xml:space="preserve">[1:39:03] </w:t>
      </w:r>
      <w:r>
        <w:t>aaj kya hai? dhara dhadd log yeh bata kar ke hamara dushman hai, woh ladne ke liye tayyar hote hain. dushman, dushman se to ladna hi nahi hai.</w:t>
      </w:r>
    </w:p>
    <w:p>
      <w:pPr>
        <w:jc w:val="right"/>
      </w:pPr>
      <w:r>
        <w:t>آج کیا ہے؟ دھڑا دھڑ لوگ یہ بتا کر کہ ہمارا دشمن ہے، وہ لڑنے کے لیے تیار ہوتے ہیں۔ دشمن، دشمن سے تو لڑنا ہی نہیں ہے۔</w:t>
      </w:r>
    </w:p>
    <w:p>
      <w:r>
        <w:rPr>
          <w:b/>
        </w:rPr>
        <w:t xml:space="preserve">[1:39:16] </w:t>
      </w:r>
      <w:r>
        <w:t>aise hi dekhiye, hadith mein aata hai ke momin ki misaal misl momin kamil khama momin ki misaal narm pauday ki hai.</w:t>
      </w:r>
    </w:p>
    <w:p>
      <w:pPr>
        <w:jc w:val="right"/>
      </w:pPr>
      <w:r>
        <w:t>ایسے ہی دیکھیے، حدیث میں آتا ہے کہ مومن کی مثال مثل مومن کمل خامہ مومن کی مثال نرم پودے کی ہے۔</w:t>
      </w:r>
    </w:p>
    <w:p>
      <w:r>
        <w:rPr>
          <w:b/>
        </w:rPr>
        <w:t xml:space="preserve">[1:39:29] </w:t>
      </w:r>
      <w:r>
        <w:t>maidan mein khada hua hai, narm pauda. hawa aayi to jhuk gaya, hawa chali gayi to phir khada ho gaya. yani momin narm mizaj hota hai, momin ka to lachak hoti hai.</w:t>
      </w:r>
    </w:p>
    <w:p>
      <w:pPr>
        <w:jc w:val="right"/>
      </w:pPr>
      <w:r>
        <w:t>میدان میں کھڑا ہوا ہے، نرم پودا۔ ہوا آئی تو جھک گیا، ہوا چلی گئی تو پھر کھڑا ہو گیا۔ یعنی مومن نرم مزاج ہوتا ہے، مومن کا تو لچک ہوتی ہے۔</w:t>
      </w:r>
    </w:p>
    <w:p>
      <w:r>
        <w:rPr>
          <w:b/>
        </w:rPr>
        <w:t xml:space="preserve">[1:39:42] </w:t>
      </w:r>
      <w:r>
        <w:t>momin takrao nahi karta, yani kisi storm se takrata nahi hai, balkay is ko avoid karta hai. ab aaj kal jo islam hai, woh kya hai?</w:t>
      </w:r>
    </w:p>
    <w:p>
      <w:pPr>
        <w:jc w:val="right"/>
      </w:pPr>
      <w:r>
        <w:t>مومن ٹکراؤ نہیں کرتا، یعنی کسی اسٹارم سے ٹکراتا نہیں ہے، بلکہ اس کو اوائڈ کرتا ہے۔ اب آج کل جو اسلام ہے، وہ کیا ہے؟</w:t>
      </w:r>
    </w:p>
    <w:p>
      <w:r>
        <w:rPr>
          <w:b/>
        </w:rPr>
        <w:t xml:space="preserve">[1:39:54] </w:t>
      </w:r>
      <w:r>
        <w:t>woh takrana hai, takrana hai. koi koi baat aayi, kisi taraf se koi storm aaya, koi aandhi aayi to takrao is se.</w:t>
      </w:r>
    </w:p>
    <w:p>
      <w:pPr>
        <w:jc w:val="right"/>
      </w:pPr>
      <w:r>
        <w:t>وہ ٹکرانا ہے، ٹکرانا ہے۔ کوئی کوئی بات آئی، کسی طرف سے کوئی اسٹارم آیا، کوئی آندھی آئی تو ٹکراؤ اس سے۔</w:t>
      </w:r>
    </w:p>
    <w:p>
      <w:r>
        <w:rPr>
          <w:b/>
        </w:rPr>
        <w:t xml:space="preserve">[1:40:06] </w:t>
      </w:r>
      <w:r>
        <w:t>yeh ajnabi hai islam, yeh islam nahi hai. yeh islam mein aik storm aaya to jhuk jao,</w:t>
      </w:r>
    </w:p>
    <w:p>
      <w:pPr>
        <w:jc w:val="right"/>
      </w:pPr>
      <w:r>
        <w:t>یہ اجنبی ہے اسلام، یہ اسلام نہیں ہے۔ یہ اسلام میں ایک اسٹارم آیا تو جھک جاؤ،</w:t>
      </w:r>
    </w:p>
    <w:p>
      <w:r>
        <w:rPr>
          <w:b/>
        </w:rPr>
        <w:t xml:space="preserve">[1:40:11] </w:t>
      </w:r>
      <w:r>
        <w:t>islam chala jayega thori dair mein, phir khade ho jao. to storm ko avoid karna, yeh hai islam. islam, yeh storm se takrana, yeh islam nahi hai, yeh ajnabi islam hai.</w:t>
      </w:r>
    </w:p>
    <w:p>
      <w:pPr>
        <w:jc w:val="right"/>
      </w:pPr>
      <w:r>
        <w:t>اسلام چلا جائے گا تھوڑی دیر میں، پھر کھڑے ہو جاؤ۔ تو اسٹارم کو اوائڈ کرنا، یہ ہے اسلام۔ اسلام، یہ اسٹارم سے ٹکرانا، یہ اسلام نہیں ہے، یہ اجنبی اسلام ہے۔</w:t>
      </w:r>
    </w:p>
    <w:p>
      <w:r>
        <w:rPr>
          <w:b/>
        </w:rPr>
        <w:t xml:space="preserve">[1:40:26] </w:t>
      </w:r>
      <w:r>
        <w:t>yani quran mein aur hadith mein yeh islam ajnabi hai. ab kitni bari taleem yeh hai jo aaj ajnabi ho gayi hai?</w:t>
      </w:r>
    </w:p>
    <w:p>
      <w:pPr>
        <w:jc w:val="right"/>
      </w:pPr>
      <w:r>
        <w:t>یعنی قرآن میں اور حدیث میں یہ اسلام اجنبی ہے۔ اب کتنی بڑی تعلیم یہ ہے جو آج اجنبی ہو گئی ہے؟</w:t>
      </w:r>
    </w:p>
    <w:p>
      <w:r>
        <w:rPr>
          <w:b/>
        </w:rPr>
        <w:t xml:space="preserve">[1:40:36] </w:t>
      </w:r>
      <w:r>
        <w:t>kitni bari taleem yeh hai ke koi provoke kare to tum provoke na ho, koi takrao ko dawat de to tum adjust kar lo, koi tumhare khilaaf hangama aaraai karna chahe to tum yak-tarfa taur par peace par peace ka tareeqa ikhtiyar karo.</w:t>
      </w:r>
    </w:p>
    <w:p>
      <w:pPr>
        <w:jc w:val="right"/>
      </w:pPr>
      <w:r>
        <w:t>کتنی بڑی تعلیم یہ ہے کہ کوئی پرووک کرے تو تم پرووک نہ ہو، کوئی ٹکراؤ کو دعوت دے تو تم ایڈجسٹ کر لو، کوئی تمہارے خلاف ہنگامہ آرائی کرنا چاہے تو تم یکطرفہ طور پر پیس پر پیس کا طریقہ اختیار کرو۔</w:t>
      </w:r>
    </w:p>
    <w:p>
      <w:r>
        <w:rPr>
          <w:b/>
        </w:rPr>
        <w:t xml:space="preserve">[1:40:58] </w:t>
      </w:r>
      <w:r>
        <w:t>yani negative, yani yani negativity ka jawab positivity ke sath do,</w:t>
      </w:r>
    </w:p>
    <w:p>
      <w:pPr>
        <w:jc w:val="right"/>
      </w:pPr>
      <w:r>
        <w:t>یعنی نیگیٹیو، یعنی یعنی نیگیٹیوٹی کا جواب پوزیٹیوٹی کے ساتھ دو،</w:t>
      </w:r>
    </w:p>
    <w:p>
      <w:r>
        <w:rPr>
          <w:b/>
        </w:rPr>
        <w:t xml:space="preserve">[1:41:06] </w:t>
      </w:r>
      <w:r>
        <w:t>manfi amal ka jawab musbat tareeqay se do. yeh hai sunnat rasool Allah ki, yeh hai islam ki taleem, islam ki teaching. lekin aaj kal kya hai?</w:t>
      </w:r>
    </w:p>
    <w:p>
      <w:pPr>
        <w:jc w:val="right"/>
      </w:pPr>
      <w:r>
        <w:t>منفی عمل کا جواب مثبت طریقے سے دو۔ یہ ہے سنت رسول اللہ کی، یہ ہے اسلام کی تعلیم، اسلام کی ٹیچنگ۔ لیکن آج کل کیا ہے؟</w:t>
      </w:r>
    </w:p>
    <w:p>
      <w:r>
        <w:rPr>
          <w:b/>
        </w:rPr>
        <w:t xml:space="preserve">[1:41:17] </w:t>
      </w:r>
      <w:r>
        <w:t>yeh islam ajnabi ho gaya hai, yeh islam ajnabi ho gaya hai.</w:t>
      </w:r>
    </w:p>
    <w:p>
      <w:pPr>
        <w:jc w:val="right"/>
      </w:pPr>
      <w:r>
        <w:t>یہ اسلام اجنبی ہو گیا ہے، یہ اسلام اجنبی ہو گیا ہے۔</w:t>
      </w:r>
    </w:p>
    <w:p>
      <w:r>
        <w:rPr>
          <w:b/>
        </w:rPr>
        <w:t xml:space="preserve">[1:41:27] </w:t>
      </w:r>
      <w:r>
        <w:t>ab to yeh hai ke eent ka jawab pathar se do. aaj jo islam logon ke haan hai, woh hai islam: eent ka jawab pathar se do</w:t>
      </w:r>
    </w:p>
    <w:p>
      <w:pPr>
        <w:jc w:val="right"/>
      </w:pPr>
      <w:r>
        <w:t>اب تو یہ ہے کہ اینٹ کا جواب پتھر سے دو۔ آج جو اسلام لوگوں کے ہاں ہے، وہ ہے اسلام: اینٹ کا جواب پتھر سے دو</w:t>
      </w:r>
    </w:p>
    <w:p>
      <w:r>
        <w:rPr>
          <w:b/>
        </w:rPr>
        <w:t xml:space="preserve">[1:41:36] </w:t>
      </w:r>
      <w:r>
        <w:t>aur eent ka jawab avoid kar ke do. eent ka jawab, yani peaceful tareeqay se do. yeh islam ajnabi hai.</w:t>
      </w:r>
    </w:p>
    <w:p>
      <w:pPr>
        <w:jc w:val="right"/>
      </w:pPr>
      <w:r>
        <w:t>اور اینٹ کا جواب اوائڈ کر کے دو۔ اینٹ کا جواب، یعنی پیس فل طریقے سے دو۔ یہ اسلام اجنبی ہے۔</w:t>
      </w:r>
    </w:p>
    <w:p>
      <w:r>
        <w:rPr>
          <w:b/>
        </w:rPr>
        <w:t xml:space="preserve">[1:41:47] </w:t>
      </w:r>
      <w:r>
        <w:t>ab aap samajh sakte hain ke kitna</w:t>
      </w:r>
    </w:p>
    <w:p>
      <w:pPr>
        <w:jc w:val="right"/>
      </w:pPr>
      <w:r>
        <w:t>اب آپ سمجھ سکتے ہیں کہ کتنا</w:t>
      </w:r>
    </w:p>
    <w:p>
      <w:r>
        <w:rPr>
          <w:b/>
        </w:rPr>
        <w:t xml:space="preserve">[1:41:52] </w:t>
      </w:r>
      <w:r>
        <w:t>kitna bara yeh masla hai ke islam ka asal talib hi gum ho gayi hai. islam ka asal talib gum ho gayi hai.</w:t>
      </w:r>
    </w:p>
    <w:p>
      <w:pPr>
        <w:jc w:val="right"/>
      </w:pPr>
      <w:r>
        <w:t>کتنا بڑا یہ مسئلہ ہے کہ اسلام کا اصل طالب ہی گم ہو گئی ہے۔ اسلام کا اصل طالب گم ہو گئی ہے۔</w:t>
      </w:r>
    </w:p>
    <w:p>
      <w:r>
        <w:rPr>
          <w:b/>
        </w:rPr>
        <w:t xml:space="preserve">[1:42:02] </w:t>
      </w:r>
      <w:r>
        <w:t>to mein wohi kahunga jo mein ne pehle kaha tha: agar kisi ko yeh janna hai ke islam sach much kya hai to is ko islam ko rediscover karna chahiye.</w:t>
      </w:r>
    </w:p>
    <w:p>
      <w:pPr>
        <w:jc w:val="right"/>
      </w:pPr>
      <w:r>
        <w:t>تو میں وہی کہوں گا جو میں نے پہلے کہا تھا: اگر کسی کو یہ جاننا ہے کہ اسلام سچ مچ کیا ہے تو اس کو اسلام کو ری ڈسکور کرنا چاہیے۔</w:t>
      </w:r>
    </w:p>
    <w:p>
      <w:r>
        <w:rPr>
          <w:b/>
        </w:rPr>
        <w:t xml:space="preserve">[1:42:16] </w:t>
      </w:r>
      <w:r>
        <w:t>aaj ki soorat-e-haal aap ko dawat deti hai islam ki rediscovery ki, islam ko phir se daryaft karne ka.</w:t>
      </w:r>
    </w:p>
    <w:p>
      <w:pPr>
        <w:jc w:val="right"/>
      </w:pPr>
      <w:r>
        <w:t>آج کی صورتحال آپ کو دعوت دیتی ہے اسلام کی ری ڈسکوری کی، اسلام کو پھر سے دریافت کرنے کا۔</w:t>
      </w:r>
    </w:p>
    <w:p>
      <w:r>
        <w:rPr>
          <w:b/>
        </w:rPr>
        <w:t xml:space="preserve">[1:42:27] </w:t>
      </w:r>
      <w:r>
        <w:t>phir se kahan daryaft karenge?</w:t>
      </w:r>
    </w:p>
    <w:p>
      <w:pPr>
        <w:jc w:val="right"/>
      </w:pPr>
      <w:r>
        <w:t>پھر سے کہاں دریافت کریں گے؟</w:t>
      </w:r>
    </w:p>
    <w:p>
      <w:r>
        <w:rPr>
          <w:b/>
        </w:rPr>
        <w:t xml:space="preserve">[1:42:31] </w:t>
      </w:r>
      <w:r>
        <w:t>quran se, hadith se, sunnat rasool se. yeh bohat hi hamari liye Khuda ki blessing hai ke quran isi tarah maujood hai aaj bhi, preserved halat mein, aur sunnat aur hadith jo hai, wohi preserved hai isi halat mein kitabon mein.</w:t>
      </w:r>
    </w:p>
    <w:p>
      <w:pPr>
        <w:jc w:val="right"/>
      </w:pPr>
      <w:r>
        <w:t>قرآن سے، حدیث سے، سنت رسول سے۔ یہ بہت ہی ہماری لیے خدا کی بلیسنگ ہے کہ قرآن اسی طرح موجود ہے آج بھی، پریزرو حالت میں، اور سنت اور حدیث جو ہے، وہی پریزرو ہے اسی حالت میں کتابوں میں۔</w:t>
      </w:r>
    </w:p>
    <w:p>
      <w:r>
        <w:rPr>
          <w:b/>
        </w:rPr>
        <w:t xml:space="preserve">[1:42:51] </w:t>
      </w:r>
      <w:r>
        <w:t>to hamein islam ko kitabon se lena parega.</w:t>
      </w:r>
    </w:p>
    <w:p>
      <w:pPr>
        <w:jc w:val="right"/>
      </w:pPr>
      <w:r>
        <w:t>تو ہمیں اسلام کو کتابوں سے لینا پڑے گا۔</w:t>
      </w:r>
    </w:p>
    <w:p>
      <w:r>
        <w:rPr>
          <w:b/>
        </w:rPr>
        <w:t xml:space="preserve">[1:42:55] </w:t>
      </w:r>
      <w:r>
        <w:t>agar hum chahte hain ke islam ki asal teaching ko janein, islam ki asal picture ko janein</w:t>
      </w:r>
    </w:p>
    <w:p>
      <w:pPr>
        <w:jc w:val="right"/>
      </w:pPr>
      <w:r>
        <w:t>اگر ہم چاہتے ہیں کہ اسلام کی اصل ٹیچنگ کو جانیں، اسلام کی اصل پکچر کو جانیں</w:t>
      </w:r>
    </w:p>
    <w:p>
      <w:r>
        <w:rPr>
          <w:b/>
        </w:rPr>
        <w:t xml:space="preserve">[1:43:05] </w:t>
      </w:r>
      <w:r>
        <w:t>to quran mein koi tabdili nahi hui hai, hadith mein aur sunnat mein koi tabdili nahi hui hai. woh aaj bhi intact hai.</w:t>
      </w:r>
    </w:p>
    <w:p>
      <w:pPr>
        <w:jc w:val="right"/>
      </w:pPr>
      <w:r>
        <w:t>تو قرآن میں کوئی تبدیلی نہیں ہوئی ہے، حدیث میں اور سنت میں کوئی تبدیلی نہیں ہوئی ہے۔ وہ آج بھی انٹیکٹ ہے۔</w:t>
      </w:r>
    </w:p>
    <w:p>
      <w:r>
        <w:rPr>
          <w:b/>
        </w:rPr>
        <w:t xml:space="preserve">[1:43:15] </w:t>
      </w:r>
      <w:r>
        <w:t>to hum, yeh allah ka shukar hai ke quran ka text mehfooz hai aur rasool allah salallaho alaihi wasallam ki taleemat jo hain, kitabon mein poori tarah mehfooz hain.</w:t>
      </w:r>
    </w:p>
    <w:p>
      <w:pPr>
        <w:jc w:val="right"/>
      </w:pPr>
      <w:r>
        <w:t>تو ہم، یہ اللہ کا شکر ہے کہ قرآن کا ٹیکسٹ محفوظ ہے اور رسول اللہ صلی اللہ علیہ وسلم کی تعلیمات جو ہیں، کتابوں میں پوری طرح محفوظ ہیں۔</w:t>
      </w:r>
    </w:p>
    <w:p>
      <w:r>
        <w:rPr>
          <w:b/>
        </w:rPr>
        <w:t xml:space="preserve">[1:43:28] </w:t>
      </w:r>
      <w:r>
        <w:t>hum kahan pe islam ko rediscover kar sakte hain? hum islam ko dobara iske text se, iske iske asal sources se islam ko rediscover kar sakte hain.</w:t>
      </w:r>
    </w:p>
    <w:p>
      <w:pPr>
        <w:jc w:val="right"/>
      </w:pPr>
      <w:r>
        <w:t>ہم کہاں پہ اسلام کو ری ڈسکور کر سکتے ہیں؟ ہم اسلام کو دوبارہ اس کے ٹیکسٹ سے، اس کے اس کے اصل سورسز سے اسلام کو ری ڈسکور کر سکتے ہیں۔</w:t>
      </w:r>
    </w:p>
    <w:p>
      <w:r>
        <w:rPr>
          <w:b/>
        </w:rPr>
        <w:t xml:space="preserve">[1:43:42] </w:t>
      </w:r>
      <w:r>
        <w:t>main allah taala se dua karta hoon ke mujhko aur aap ko yeh tofeeq de ke hum islam ko, islam ke sachche face ko dobara janein aur iske jo original sources hain, isko padhkar hum samjhein ke islam haqeeqatan kya hai.</w:t>
      </w:r>
    </w:p>
    <w:p>
      <w:pPr>
        <w:jc w:val="right"/>
      </w:pPr>
      <w:r>
        <w:t>میں اللہ تعالی سے دعا کرتا ہوں کہ مجھ کو اور آپ کو یہ توفیق دے کہ ہم اسلام کو، اسلام کے سچے فیس کو دوبارہ جانیں اور اس کے جو اوریجنل سورسز ہیں، اس کو پڑھ کر ہم سمجھیں کہ اسلام حقیقتاً کیا ہے۔</w:t>
      </w:r>
    </w:p>
    <w:p>
      <w:r>
        <w:rPr>
          <w:b/>
        </w:rPr>
        <w:t xml:space="preserve">[1:44:00] </w:t>
      </w:r>
      <w:r>
        <w:t>aqool qawli haza wastaghfirullaha li walakum ajmaeen.</w:t>
      </w:r>
    </w:p>
    <w:p>
      <w:pPr>
        <w:jc w:val="right"/>
      </w:pPr>
      <w:r>
        <w:t>اقول قولی هذا واستغفراللہ لی ولكم اجمعین.</w:t>
      </w:r>
    </w:p>
    <w:p>
      <w:r>
        <w:rPr>
          <w:b/>
        </w:rPr>
        <w:t xml:space="preserve">[1:44:20] </w:t>
      </w:r>
      <w:r>
        <w:t>pehla sawal abdul rehman sahib ki taraf se hai. unhone poocha hai: "Today people are practicing Islam in its reduced form as a result of dawah war.</w:t>
      </w:r>
    </w:p>
    <w:p>
      <w:pPr>
        <w:jc w:val="right"/>
      </w:pPr>
      <w:r>
        <w:t>پہلا سوال عبدالرحمن صاحب کی طرف سے ہے۔ انہوں نے پوچھا ہے: "ٹوڈے پیپل ار پریکٹسنگ اسلام ان اٹس ریڈیوسڈ فارم ایز ا رزلٹ اف دعویٰ وار۔</w:t>
      </w:r>
    </w:p>
    <w:p>
      <w:r>
        <w:rPr>
          <w:b/>
        </w:rPr>
        <w:t xml:space="preserve">[1:44:31] </w:t>
      </w:r>
      <w:r>
        <w:t>will there ever be a time when people practice islam as it is?" dekhiye, main is se pehle arz kar chuka hoon ke aaj ki duniya mein ideal society kabhi ban nahi sakti hai.</w:t>
      </w:r>
    </w:p>
    <w:p>
      <w:pPr>
        <w:jc w:val="right"/>
      </w:pPr>
      <w:r>
        <w:t>ول دیر ایور بی اے ٹائم وین پیپل پریکٹس اسلام ایز اٹ از؟" دیکھیے، میں اس سے پہلے عرض کر چکا ہوں کہ آج کی دنیا میں آئیڈیل سوسائٹی کبھی بن نہیں سکتی ہے۔</w:t>
      </w:r>
    </w:p>
    <w:p>
      <w:r>
        <w:rPr>
          <w:b/>
        </w:rPr>
        <w:t xml:space="preserve">[1:44:45] </w:t>
      </w:r>
      <w:r>
        <w:t>kuch log jo yeh kehte hain ke islam ka maqsad hai, islam ka target hai ideal society banana, yeh unki apni baat hai. achhi tarah samajh lijiye ke islam ka target hai ideal individual,</w:t>
      </w:r>
    </w:p>
    <w:p>
      <w:pPr>
        <w:jc w:val="right"/>
      </w:pPr>
      <w:r>
        <w:t>کچھ لوگ جو یہ کہتے ہیں کہ اسلام کا مقصد ہے، اسلام کا ٹارگٹ ہے آئیڈیل سوسائٹی بنانا، یہ ان کی اپنی بات ہے۔ اچھی طرح سمجھ لیجئے کہ اسلام کا ٹارگٹ ہے آئیڈیل انڈیویجول،</w:t>
      </w:r>
    </w:p>
    <w:p>
      <w:r>
        <w:rPr>
          <w:b/>
        </w:rPr>
        <w:t xml:space="preserve">[1:45:00] </w:t>
      </w:r>
      <w:r>
        <w:t>ideal fard banana, samajh nahi. samajh kabhi bhi ideal nahi ho sakta hai. kyun? is liye ke aaj farz kijiye kisi samaj mein ek lakh aadmi hain,</w:t>
      </w:r>
    </w:p>
    <w:p>
      <w:pPr>
        <w:jc w:val="right"/>
      </w:pPr>
      <w:r>
        <w:t>آئیڈیل فرد بنانا، سماج نہیں۔ سماج کبھی بھی آئیڈیل نہیں ہو سکتا ہے۔ کیوں؟ اس لیے کہ آج فرض کیجئے کسی سماج میں ایک لاکھ آدمی ہیں،</w:t>
      </w:r>
    </w:p>
    <w:p>
      <w:r>
        <w:rPr>
          <w:b/>
        </w:rPr>
        <w:t xml:space="preserve">[1:45:12] </w:t>
      </w:r>
      <w:r>
        <w:t>aapne dawah work kiya aur sab ke sab theek ho gaye, to kya aage insaan paida hona band ho jayenge?</w:t>
      </w:r>
    </w:p>
    <w:p>
      <w:pPr>
        <w:jc w:val="right"/>
      </w:pPr>
      <w:r>
        <w:t>آپ نے دعویٰ ورک کیا اور سب کے سب ٹھیک ہو گئے، تو کیا آگے انسان پیدا ہونا بند ہو جائیں گے؟</w:t>
      </w:r>
    </w:p>
    <w:p>
      <w:r>
        <w:rPr>
          <w:b/>
        </w:rPr>
        <w:t xml:space="preserve">[1:45:22] </w:t>
      </w:r>
      <w:r>
        <w:t>har din naye bachche paida hote hain, har din bete aur paude paida ho rahe hain, har din purane pani mein naya pani aa raha hai. kyunke har din ban bhi raha hai, har din bigad bhi raha hai.</w:t>
      </w:r>
    </w:p>
    <w:p>
      <w:pPr>
        <w:jc w:val="right"/>
      </w:pPr>
      <w:r>
        <w:t>ہر دن نئے بچے پیدا ہوتے ہیں، ہر دن بیٹے اور پودے پیدا ہو رہے ہیں، ہر دن پرانے پانی میں نیا پانی آ رہا ہے۔ کیونکہ ہر دن بن بھی رہا ہے، ہر دن بگڑ بھی رہا ہے۔</w:t>
      </w:r>
    </w:p>
    <w:p>
      <w:r>
        <w:rPr>
          <w:b/>
        </w:rPr>
        <w:t xml:space="preserve">[1:45:36] </w:t>
      </w:r>
      <w:r>
        <w:t>yani har din trained afraad ban rahe hain, har din untrained afraad is mein shamil ho rahe hain.</w:t>
      </w:r>
    </w:p>
    <w:p>
      <w:pPr>
        <w:jc w:val="right"/>
      </w:pPr>
      <w:r>
        <w:t>یعنی ہر دن ٹرینڈ افراد بن رہے ہیں، ہر دن ان ٹرینڈ افراد اس میں شامل ہو رہے ہیں۔</w:t>
      </w:r>
    </w:p>
    <w:p>
      <w:r>
        <w:rPr>
          <w:b/>
        </w:rPr>
        <w:t xml:space="preserve">[1:45:42] </w:t>
      </w:r>
      <w:r>
        <w:t>to ideal society koi ban hi nahi sakti. jo log aisi baatein karte hain, woh romantic baatein karte hain. islam ka yeh nishan nahi hai. dawah work yaad rakhiye, ideal samaj banane ke liye nahi hota hai.</w:t>
      </w:r>
    </w:p>
    <w:p>
      <w:pPr>
        <w:jc w:val="right"/>
      </w:pPr>
      <w:r>
        <w:t>تو آئیڈیل سوسائٹی کوئی بن ہی نہیں سکتی۔ جو لوگ ایسی باتیں کرتے ہیں، وہ رومینٹک باتیں کرتے ہیں۔ اسلام کا یہ نشان نہیں ہے۔ دعویٰ ورک یاد رکھیے، آئیڈیل سماج بنانے کے لیے نہیں ہوتا ہے۔</w:t>
      </w:r>
    </w:p>
    <w:p>
      <w:r>
        <w:rPr>
          <w:b/>
        </w:rPr>
        <w:t xml:space="preserve">[1:45:56] </w:t>
      </w:r>
      <w:r>
        <w:t>dawah work apni duty poora karne ke liye hota hai. isko achhi tarah samajh lijiye. dawah work ka maqsad hai apni duty poora karna.</w:t>
      </w:r>
    </w:p>
    <w:p>
      <w:pPr>
        <w:jc w:val="right"/>
      </w:pPr>
      <w:r>
        <w:t>دعویٰ ورک اپنی ڈیوٹی پورا کرنے کے لیے ہوتا ہے۔ اس کو اچھی طرح سمجھ لیجئے۔ دعویٰ ورک کا مقصد ہے اپنی ڈیوٹی پورا کرنا۔</w:t>
      </w:r>
    </w:p>
    <w:p>
      <w:r>
        <w:rPr>
          <w:b/>
        </w:rPr>
        <w:t xml:space="preserve">[1:46:08] </w:t>
      </w:r>
      <w:r>
        <w:t>yeh hargiz nahi hai ke ideal samaj banana</w:t>
      </w:r>
    </w:p>
    <w:p>
      <w:pPr>
        <w:jc w:val="right"/>
      </w:pPr>
      <w:r>
        <w:t>یہ ہرگز نہیں ہے کہ آئیڈیل سماج بنانا</w:t>
      </w:r>
    </w:p>
    <w:p>
      <w:r>
        <w:rPr>
          <w:b/>
        </w:rPr>
        <w:t xml:space="preserve">[1:46:10] </w:t>
      </w:r>
      <w:r>
        <w:t>. agar aap ideal samaj ko target karenge to hamesha aapke hisse mein frustration aayegi. kyunke woh khuda ke creation plan mein shamil hi nahi hai.</w:t>
      </w:r>
    </w:p>
    <w:p>
      <w:pPr>
        <w:jc w:val="right"/>
      </w:pPr>
      <w:r>
        <w:t>۔ اگر آپ آئیڈیل سماج کو ٹارگٹ کریں گے تو ہمیشہ آپ کے حصے میں فرسٹریشن آئے گا۔ کیونکہ وہ خدا کے کریشن پلان میں شامل ہی نہیں ہے۔</w:t>
      </w:r>
    </w:p>
    <w:p>
      <w:r>
        <w:rPr>
          <w:b/>
        </w:rPr>
        <w:t xml:space="preserve">[1:46:22] </w:t>
      </w:r>
      <w:r>
        <w:t>yeh sawal muhammad ahmed sahib ki taraf se hai. unhone poocha hai ke quran mein hai: "allah ki itaat karo, uske rasool ki itaat karo, aur ulul amr ki itaat karo." yeh ulul amr kaun log hain?</w:t>
      </w:r>
    </w:p>
    <w:p>
      <w:pPr>
        <w:jc w:val="right"/>
      </w:pPr>
      <w:r>
        <w:t>یہ سوال محمد احمد صاحب کی طرف سے ہے۔ انہوں نے پوچھا ہے کہ قرآن میں ہے: "اللہ کی اطاعت کرو، اس کے رسول کی اطاعت کرو، اور اول الامر کی اطاعت کرو۔" یہ اول الامر کون لوگ ہیں؟</w:t>
      </w:r>
    </w:p>
    <w:p>
      <w:r>
        <w:rPr>
          <w:b/>
        </w:rPr>
        <w:t xml:space="preserve">[1:46:41] </w:t>
      </w:r>
      <w:r>
        <w:t>dekhiye, ulul amr se murad hai yahan par is ayat mein</w:t>
      </w:r>
    </w:p>
    <w:p>
      <w:pPr>
        <w:jc w:val="right"/>
      </w:pPr>
      <w:r>
        <w:t>دیکھیے، اول الامر سے مراد ہے یہاں پر اس آیت میں</w:t>
      </w:r>
    </w:p>
    <w:p>
      <w:r>
        <w:rPr>
          <w:b/>
        </w:rPr>
        <w:t xml:space="preserve">[1:46:48] </w:t>
      </w:r>
      <w:r>
        <w:t>woh jo authorities hote hain kisi administration mein. yani is ayat mein yeh ayat utri hai madani period mein, jabke wahan islam ki state ban chuka tha.</w:t>
      </w:r>
    </w:p>
    <w:p>
      <w:pPr>
        <w:jc w:val="right"/>
      </w:pPr>
      <w:r>
        <w:t>وہ جو اتھارٹیز ہوتے ہیں کسی ایڈمنسٹریشن میں۔ یعنی اس آیت میں یہ آیت اتری ہے مدنی پیریڈ میں، جبکہ وہاں اسلام کی سٹیٹ بن چکا تھا۔</w:t>
      </w:r>
    </w:p>
    <w:p>
      <w:r>
        <w:rPr>
          <w:b/>
        </w:rPr>
        <w:t xml:space="preserve">[1:47:04] </w:t>
      </w:r>
      <w:r>
        <w:t>to ayat ka pehla matlab yeh hai ke jo log tumhare social affairs, tumhare economic affairs, tumhare political affairs ke zimmedar banaye gaye hain,</w:t>
      </w:r>
    </w:p>
    <w:p>
      <w:pPr>
        <w:jc w:val="right"/>
      </w:pPr>
      <w:r>
        <w:t>تو آیت کا پہلا مطلب یہ ہے کہ جو لوگ تمہارے سوشل افیئرز، تمہارے اکنامک افیئرز، تمہارے پولیٹیکل افیئرز کے ذمہ دار بنائے گئے ہیں،</w:t>
      </w:r>
    </w:p>
    <w:p>
      <w:r>
        <w:rPr>
          <w:b/>
        </w:rPr>
        <w:t xml:space="preserve">[1:47:17] </w:t>
      </w:r>
      <w:r>
        <w:t>jin ko authority di gayi hai, unko mano, unki baat, unke hukum ko follow karo. kyunke aap jante hain ke sirf political power kafi nahi hai.</w:t>
      </w:r>
    </w:p>
    <w:p>
      <w:pPr>
        <w:jc w:val="right"/>
      </w:pPr>
      <w:r>
        <w:t>جن کو اتھارٹی دی گئی ہے، ان کو مانو، ان کی بات، ان کے حکم کو فالو کرو۔ کیونکہ آپ جانتے ہیں کہ صرف پولیٹیکل پاور کافی نہیں ہے۔</w:t>
      </w:r>
    </w:p>
    <w:p>
      <w:r>
        <w:rPr>
          <w:b/>
        </w:rPr>
        <w:t xml:space="preserve">[1:47:31] </w:t>
      </w:r>
      <w:r>
        <w:t>agar</w:t>
      </w:r>
    </w:p>
    <w:p>
      <w:pPr>
        <w:jc w:val="right"/>
      </w:pPr>
      <w:r>
        <w:t>اگر</w:t>
      </w:r>
    </w:p>
    <w:p>
      <w:r>
        <w:rPr>
          <w:b/>
        </w:rPr>
        <w:t xml:space="preserve">[1:47:32] </w:t>
      </w:r>
      <w:r>
        <w:t>logon ke andar will na ho, agar logon ke andar follow karne ka mizaj na ho, to woh hazar tarike se escape dhoond lenge.</w:t>
      </w:r>
    </w:p>
    <w:p>
      <w:pPr>
        <w:jc w:val="right"/>
      </w:pPr>
      <w:r>
        <w:t>لوگوں کے اندر ول نہ ہو، اگر لوگوں کے اندر فالو کرنے کا مزاج نہ ہو، تو وہ ہزار طریقے سے اسکیپ ڈھونڈ لیں گے۔</w:t>
      </w:r>
    </w:p>
    <w:p>
      <w:r>
        <w:rPr>
          <w:b/>
        </w:rPr>
        <w:t xml:space="preserve">[1:47:42] </w:t>
      </w:r>
      <w:r>
        <w:t>to aadha kaam political authorities karti hain aur aadha kaam logon ka apni taraf se karna parta hai. to woh is ke liye mizaj banana parta hai, mizaj ke woh hukum ko manen, aur warna phir corruption aa jayega.</w:t>
      </w:r>
    </w:p>
    <w:p>
      <w:pPr>
        <w:jc w:val="right"/>
      </w:pPr>
      <w:r>
        <w:t>تو آدھا کام پولیٹیکل اتھارٹیز کرتی ہیں اور آدھا کام لوگوں کا اپنی طرف سے کرنا پڑتا ہے۔ تو وہ اس کے لیے مزاج بنانا پڑتا ہے، مزاج کہ وہ حکم کو مانیں، اور ورنہ پھر کرپشن آ جائے گا۔</w:t>
      </w:r>
    </w:p>
    <w:p>
      <w:r>
        <w:rPr>
          <w:b/>
        </w:rPr>
        <w:t xml:space="preserve">[1:48:00] </w:t>
      </w:r>
      <w:r>
        <w:t>to lekin jab state qaim na ho, tab ulil amr ka matlab hoga ke jo bhi zimmedar hon, aap ke masjid ka imam bhi zimmedar hai,</w:t>
      </w:r>
    </w:p>
    <w:p>
      <w:pPr>
        <w:jc w:val="right"/>
      </w:pPr>
      <w:r>
        <w:t>تو لیکن جب اسٹیٹ قائم نہ ہو، تب اول الامر کا مطلب ہوگا کہ جو بھی ذمہ دار ہوں، آپ کے مسجد کا امام بھی ذمہ دار ہے،</w:t>
      </w:r>
    </w:p>
    <w:p>
      <w:r>
        <w:rPr>
          <w:b/>
        </w:rPr>
        <w:t xml:space="preserve">[1:48:14] </w:t>
      </w:r>
      <w:r>
        <w:t>madrasay ka jo aalim hai, woh bhi zimmedar hai. to jo aap ke samaj mein kisi bhi aitbaar se zimmedari ke mansab par hai, woh ulil amr mein shamil ho jayega.</w:t>
      </w:r>
    </w:p>
    <w:p>
      <w:pPr>
        <w:jc w:val="right"/>
      </w:pPr>
      <w:r>
        <w:t>مدرسے کا جو عالم ہے، وہ بھی ذمہ دار ہے۔ تو جو آپ کے سماج میں کسی بھی اعتبار سے ذمہ داری کے منصب پر ہے، وہ اول الامر میں شامل ہو جائے گا۔</w:t>
      </w:r>
    </w:p>
    <w:p>
      <w:r>
        <w:rPr>
          <w:b/>
        </w:rPr>
        <w:t xml:space="preserve">[1:48:28] </w:t>
      </w:r>
      <w:r>
        <w:t>aur voluntarily aap ko is ki itaat karni chahiye.</w:t>
      </w:r>
    </w:p>
    <w:p>
      <w:pPr>
        <w:jc w:val="right"/>
      </w:pPr>
      <w:r>
        <w:t>اور والنٹیریلی آپ کو اس کی اطاعت کرنی چاہیے۔</w:t>
      </w:r>
    </w:p>
    <w:p>
      <w:r>
        <w:rPr>
          <w:b/>
        </w:rPr>
        <w:t xml:space="preserve">[1:48:32] </w:t>
      </w:r>
      <w:r>
        <w:t>yeh main samjha hoon is ayat ka matlab. This question is from Mehboob Sahib. Please thora sa hum light on mystic journey as heavenly journey undertaken by Prophet of Islam.</w:t>
      </w:r>
    </w:p>
    <w:p>
      <w:pPr>
        <w:jc w:val="right"/>
      </w:pPr>
      <w:r>
        <w:t>یہ میں سمجھا ہوں اس آیت کا مطلب۔ دس کوئسچن از فرام محبوب صاحب۔ پلیز تھوڑا سا ہم لائٹ ان مسٹک جرنی ایز ہیونلی جرنی انڈر ٹیکن بائے پرافٹ اف اسلام۔</w:t>
      </w:r>
    </w:p>
    <w:p>
      <w:r>
        <w:rPr>
          <w:b/>
        </w:rPr>
        <w:t xml:space="preserve">[1:48:46] </w:t>
      </w:r>
      <w:r>
        <w:t>shayad aap ka matlab hai meraj. to yeh thora controversial question hai. aur agar aap alag se kabhi mil saken to main is ko detail mein bataunga.</w:t>
      </w:r>
    </w:p>
    <w:p>
      <w:pPr>
        <w:jc w:val="right"/>
      </w:pPr>
      <w:r>
        <w:t>شاید آپ کا مطلب ہے معراج۔ تو یہ تھوڑا کنٹروورشل کوئسچن ہے۔ اور اگر آپ الگ سے کبھی مل سکیں تو میں اس کو ڈیٹیل میں بتاؤں گا۔</w:t>
      </w:r>
    </w:p>
    <w:p>
      <w:r>
        <w:rPr>
          <w:b/>
        </w:rPr>
        <w:t xml:space="preserve">[1:49:01] </w:t>
      </w:r>
      <w:r>
        <w:t>is waqt main yahi kahunga ke woh in cheezon par hamein, yani zyada detail available nahi hai Quran o Hadees mein.</w:t>
      </w:r>
    </w:p>
    <w:p>
      <w:pPr>
        <w:jc w:val="right"/>
      </w:pPr>
      <w:r>
        <w:t>اس وقت میں یہی کہوں گا کہ وہ ان چیزوں پر ہمیں، یعنی زیادہ ڈیٹیل اویلیبل نہیں ہے قرآن و حدیث میں۔</w:t>
      </w:r>
    </w:p>
    <w:p>
      <w:r>
        <w:rPr>
          <w:b/>
        </w:rPr>
        <w:t xml:space="preserve">[1:49:13] </w:t>
      </w:r>
      <w:r>
        <w:t>to hum sirf faith rakh sakte hain. agar hum is ko zyada detail ke sath janna chahen to woh facts, woh figures available nahi hain Quran o Hadees mein.</w:t>
      </w:r>
    </w:p>
    <w:p>
      <w:pPr>
        <w:jc w:val="right"/>
      </w:pPr>
      <w:r>
        <w:t>تو ہم صرف فیتھ رکھ سکتے ہیں۔ اگر ہم اس کو زیادہ ڈیٹیل کے ساتھ جاننا چاہیں تو وہ فیکٹس، وہ فگرز اویلیبل نہیں ہیں قرآن و حدیث میں۔</w:t>
      </w:r>
    </w:p>
    <w:p>
      <w:r>
        <w:rPr>
          <w:b/>
        </w:rPr>
        <w:t xml:space="preserve">[1:49:24] </w:t>
      </w:r>
      <w:r>
        <w:t>to hum apna guess se ya ya influence se baaton ko samajh sakt</w:t>
      </w:r>
    </w:p>
    <w:p>
      <w:pPr>
        <w:jc w:val="right"/>
      </w:pPr>
      <w:r>
        <w:t>تو ہم اپنا گیس سے یا یا انفلوئنس سے باتوں کو سمجھ سکت</w:t>
      </w:r>
    </w:p>
    <w:p>
      <w:r>
        <w:rPr>
          <w:b/>
        </w:rPr>
        <w:t xml:space="preserve">[1:49:28] </w:t>
      </w:r>
      <w:r>
        <w:t>e hain. to meri apni kuch raah hai is baray mein. to agar aglay se aap milen to inshallah is ko bataunga aap ko.</w:t>
      </w:r>
    </w:p>
    <w:p>
      <w:pPr>
        <w:jc w:val="right"/>
      </w:pPr>
      <w:r>
        <w:t>ے ہیں۔ تو میری اپنی کچھ راہ ہے اس بارے میں۔ تو اگر اگلے سے آپ ملیں تو انشاءاللہ اس کو بتاؤں گا آپ کو۔</w:t>
      </w:r>
    </w:p>
    <w:p>
      <w:r>
        <w:rPr>
          <w:b/>
        </w:rPr>
        <w:t xml:space="preserve">[1:49:38] </w:t>
      </w:r>
      <w:r>
        <w:t>this question is from faraz sahib. he has asked: "does god have a physical form?" if yes, what it is?</w:t>
      </w:r>
    </w:p>
    <w:p>
      <w:pPr>
        <w:jc w:val="right"/>
      </w:pPr>
      <w:r>
        <w:t>دس کوئسچن از فرام فراز صاحب۔ ہی ہیز اسکڈ: "ڈز گاڈ ہیو ا فزیکل فارم؟" اف یس، واٹ اٹ از؟</w:t>
      </w:r>
    </w:p>
    <w:p>
      <w:r>
        <w:rPr>
          <w:b/>
        </w:rPr>
        <w:t xml:space="preserve">[1:49:46] </w:t>
      </w:r>
      <w:r>
        <w:t>and if no, then what is his form?</w:t>
      </w:r>
    </w:p>
    <w:p>
      <w:pPr>
        <w:jc w:val="right"/>
      </w:pPr>
      <w:r>
        <w:t>اینڈ اف نو، دین واٹ از ہز فارم؟</w:t>
      </w:r>
    </w:p>
    <w:p>
      <w:r>
        <w:rPr>
          <w:b/>
        </w:rPr>
        <w:t xml:space="preserve">[1:49:52] </w:t>
      </w:r>
      <w:r>
        <w:t>dekhiye, yeh physical aur spiritual, yeh sab term hamare apne dunya ke hain. to hum apni limitations ki wajah se inhi do term mein sochte hain: physical ya spiritual.</w:t>
      </w:r>
    </w:p>
    <w:p>
      <w:pPr>
        <w:jc w:val="right"/>
      </w:pPr>
      <w:r>
        <w:t>دیکھیے، یہ فزیکل اور سپریچول، یہ سب ٹرم ہمارے اپنے دنیا کے ہیں۔ تو ہم اپنی لیمیٹیشنز کی وجہ سے انہی دو ٹرم میں سوچتے ہیں: فزیکل یا سپریچول۔</w:t>
      </w:r>
    </w:p>
    <w:p>
      <w:r>
        <w:rPr>
          <w:b/>
        </w:rPr>
        <w:t xml:space="preserve">[1:50:05] </w:t>
      </w:r>
      <w:r>
        <w:t>lekin Khuda is se bohat upar hai. yani jo baaten hum jante hain, ab yeh nahi samajhni chahiye ke wohi framework jo aaj hamare paas hai, wohi framework jo hai, aakhri hai, wohi final hai.</w:t>
      </w:r>
    </w:p>
    <w:p>
      <w:pPr>
        <w:jc w:val="right"/>
      </w:pPr>
      <w:r>
        <w:t>لیکن خدا اس سے بہت اوپر ہے۔ یعنی جو باتیں ہم جانتے ہیں، اب یہ نہیں سمجھنی چاہیے کہ وہی فریم ورک جو آج ہمارے پاس ہے، وہی فریم ورک جو ہے، آخری ہے، وہی فائنل ہے۔</w:t>
      </w:r>
    </w:p>
    <w:p>
      <w:r>
        <w:rPr>
          <w:b/>
        </w:rPr>
        <w:t xml:space="preserve">[1:50:21] </w:t>
      </w:r>
      <w:r>
        <w:t>jaise aap jante hain ke Newton ke zamane tak jo framework tha, woh material framework tha. lekin Einstein ke baad ek naya framework samne aaya jo base karta tha electron par.</w:t>
      </w:r>
    </w:p>
    <w:p>
      <w:pPr>
        <w:jc w:val="right"/>
      </w:pPr>
      <w:r>
        <w:t>جیسے آپ جانتے ہیں کہ نیوٹن کے زمانے تک جو فریم ورک تھا، وہ مٹیریل فریم ورک تھا۔ لیکن آئنسٹین کے بعد ایک نیا فریم ورک سامنے آیا جو بیس کرتا تھا الیکٹران پر۔</w:t>
      </w:r>
    </w:p>
    <w:p>
      <w:r>
        <w:rPr>
          <w:b/>
        </w:rPr>
        <w:t xml:space="preserve">[1:50:33] </w:t>
      </w:r>
      <w:r>
        <w:t>aur electron jo the, woh sirf waves the. to ek aur framework ho sakta hai in ke ilawa. yani Newton ka jo framework tha ya Einstein ka framework tha, isi par baat khatam nahi hogi.</w:t>
      </w:r>
    </w:p>
    <w:p>
      <w:pPr>
        <w:jc w:val="right"/>
      </w:pPr>
      <w:r>
        <w:t>اور الیکٹران جو تھے، وہ صرف ویوز تھے۔ تو ایک اور فریم ورک ہو سکتا ہے ان کے علاوہ۔ یعنی نیوٹن کا جو فریم ورک تھا یا آئنسٹین کا فریم ورک تھا، اسی پر بات ختم نہیں ہوگی۔</w:t>
      </w:r>
    </w:p>
    <w:p>
      <w:r>
        <w:rPr>
          <w:b/>
        </w:rPr>
        <w:t xml:space="preserve">[1:50:45] </w:t>
      </w:r>
      <w:r>
        <w:t>woh full stop nahi hai.</w:t>
      </w:r>
    </w:p>
    <w:p>
      <w:pPr>
        <w:jc w:val="right"/>
      </w:pPr>
      <w:r>
        <w:t>وہ فل سٹاپ نہیں ہے۔</w:t>
      </w:r>
    </w:p>
    <w:p>
      <w:r>
        <w:rPr>
          <w:b/>
        </w:rPr>
        <w:t xml:space="preserve">[1:50:47] </w:t>
      </w:r>
      <w:r>
        <w:t>ek aur framework hai. hum is par aqeedah to rakh sakte hain, lekin aaj aap chahen ke hum is ko jaan len to yeh impossible nahi hai. sirf yeh aap ko kahunga ke jab dunya mein aap dekh rahe hain ke framework koi ek hi nahi hai,</w:t>
      </w:r>
    </w:p>
    <w:p>
      <w:pPr>
        <w:jc w:val="right"/>
      </w:pPr>
      <w:r>
        <w:t>ایک اور فریم ورک ہے۔ ہم اس پر عقیدہ تو رکھ سکتے ہیں، لیکن آج آپ چاہیں کہ ہم اس کو جان لیں تو یہ امپاسیبل نہیں ہے۔ صرف یہ آپ کو کہوں گا کہ جب دنیا میں آپ دیکھ رہے ہیں کہ فریم ورک کوئی ایک ہی نہیں ہے،</w:t>
      </w:r>
    </w:p>
    <w:p>
      <w:r>
        <w:rPr>
          <w:b/>
        </w:rPr>
        <w:t xml:space="preserve">[1:51:03] </w:t>
      </w:r>
      <w:r>
        <w:t>framework ek, do, teen, char aap dunya mein dekh rahe hain ke samne aa rahe hain. to ek aur framework jis mein hum Khuda ko samajh saken.</w:t>
      </w:r>
    </w:p>
    <w:p>
      <w:pPr>
        <w:jc w:val="right"/>
      </w:pPr>
      <w:r>
        <w:t>فریم ورک ایک، دو، تین، چار آپ دنیا میں دیکھ رہے ہیں کہ سامنے آ رہے ہیں۔ تو ایک اور فریم ورک جس میں ہم خدا کو سمجھ سکیں۔</w:t>
      </w:r>
    </w:p>
    <w:p>
      <w:r>
        <w:rPr>
          <w:b/>
        </w:rPr>
        <w:t xml:space="preserve">[1:51:12] </w:t>
      </w:r>
      <w:r>
        <w:t>kyun ke hum aaj yeh kehne ki position mein nahi hain ke Khuda physical hai ke spiritual hai. yeh kehne ki position mein nahi hain. bas yeh hai ke Khuda hai, Khuda exist kar raha hai. hum yahi mannay ki position mein hain.</w:t>
      </w:r>
    </w:p>
    <w:p>
      <w:pPr>
        <w:jc w:val="right"/>
      </w:pPr>
      <w:r>
        <w:t>کیونکہ ہم آج یہ کہنے کی پوزیشن میں نہیں ہیں کہ خدا فزیکل ہے کہ سپریچول ہے۔ یہ کہنے کی پوزیشن میں نہیں ہے۔ بس یہ ہے کہ خدا ہے، خدا ایگزسٹ کر رہا ہے۔ ہم یہی ماننے کی پوزیشن میں ہیں۔</w:t>
      </w:r>
    </w:p>
    <w:p>
      <w:r>
        <w:rPr>
          <w:b/>
        </w:rPr>
        <w:t xml:space="preserve">[1:51:23] </w:t>
      </w:r>
      <w:r>
        <w:t>baqi jo hai to to woh sab kuch khul jayega post death period mein.</w:t>
      </w:r>
    </w:p>
    <w:p>
      <w:pPr>
        <w:jc w:val="right"/>
      </w:pPr>
      <w:r>
        <w:t>باقی جو ہے تو تو وہ سب کچھ کھل جائے گا پوسٹ ڈیتھ پیریڈ میں۔</w:t>
      </w:r>
    </w:p>
    <w:p>
      <w:r>
        <w:rPr>
          <w:b/>
        </w:rPr>
        <w:t xml:space="preserve">[1:51:32] </w:t>
      </w:r>
      <w:r>
        <w:t>this question is from sabia sahiba. she has asked: "should we always say sallallahu alaihi wasallam after the name of praf</w:t>
      </w:r>
    </w:p>
    <w:p>
      <w:pPr>
        <w:jc w:val="right"/>
      </w:pPr>
      <w:r>
        <w:t>دس کوئسچن از فرام سابیہ صاحبہ۔ شی ہیز اسکڈ: "شوڈ وی الویز سے صلی اللہ علیہ وسلم افٹر دا نیم اف پراف</w:t>
      </w:r>
    </w:p>
    <w:p>
      <w:r>
        <w:rPr>
          <w:b/>
        </w:rPr>
        <w:t xml:space="preserve">[1:51:42] </w:t>
      </w:r>
      <w:r>
        <w:t>t?" is it compulsory or obligatory? nahi, yeh compulsory nahi hai. na munh se bolna zaroori hai.</w:t>
      </w:r>
    </w:p>
    <w:p>
      <w:pPr>
        <w:jc w:val="right"/>
      </w:pPr>
      <w:r>
        <w:t>ٹ؟" از اٹ کمپلسری اور ابلیگیٹری؟ نہیں، یہ کمپلسری نہیں ہے۔ نہ منہ سے بولنا ضروری ہے۔</w:t>
      </w:r>
    </w:p>
    <w:p>
      <w:r>
        <w:rPr>
          <w:b/>
        </w:rPr>
        <w:t xml:space="preserve">[1:51:52] </w:t>
      </w:r>
      <w:r>
        <w:t>asal cheez hai ke niyat se hona chahiye, dil mein hona chahiye. yani ek baar agar aap keh dein jo masla hai, wohi bata raha hoon main, to wohi kafi hai.</w:t>
      </w:r>
    </w:p>
    <w:p>
      <w:pPr>
        <w:jc w:val="right"/>
      </w:pPr>
      <w:r>
        <w:t>اصل چیز ہے کہ نیت سے ہونا چاہیے، دل میں ہونا چاہیے۔ یعنی ایک بار اگر آپ کہہ دیں جو مسئلہ ہے، وہی بتا رہا ہوں میں، تو وہی کافی ہے۔</w:t>
      </w:r>
    </w:p>
    <w:p>
      <w:r>
        <w:rPr>
          <w:b/>
        </w:rPr>
        <w:t xml:space="preserve">[1:52:01] </w:t>
      </w:r>
      <w:r>
        <w:t>bar bar repeat karna yeh zaroori nahi hai. aap kisi majlis mein baithe hain, wahan bar bar naam aa raha hai. to ek baar tab bhi munh se bhi kehna zaroori nahi</w:t>
      </w:r>
    </w:p>
    <w:p>
      <w:pPr>
        <w:jc w:val="right"/>
      </w:pPr>
      <w:r>
        <w:t>بار بار ریپیٹ کرنا یہ ضروری نہیں ہے۔ آپ کسی مجلس میں بیٹھے ہیں، وہاں بار بار نام آ رہا ہے۔ تو ایک بار تب بھی منہ سے بھی کہنا ضروری نہیں</w:t>
      </w:r>
    </w:p>
    <w:p>
      <w:r>
        <w:rPr>
          <w:b/>
        </w:rPr>
        <w:t xml:space="preserve">[1:52:11] </w:t>
      </w:r>
      <w:r>
        <w:t>hai. agar dil mein aap kahein to wahi kafi hai aap ke. aur yeh obligatory bhi nahi hai. ek baar bhi agar na kahein to is par koi gunah nahi hoga.</w:t>
      </w:r>
    </w:p>
    <w:p>
      <w:pPr>
        <w:jc w:val="right"/>
      </w:pPr>
      <w:r>
        <w:t>ہے۔ اگر دل میں آپ کہیں تو وہی کافی ہے آپ کے۔ اور یہ ابلیگیٹری بھی نہیں ہے۔ ایک بار بھی اگر نہ کہیں تو اس پر کوئی گناہ نہیں ہوگا۔</w:t>
      </w:r>
    </w:p>
    <w:p>
      <w:r>
        <w:rPr>
          <w:b/>
        </w:rPr>
        <w:t xml:space="preserve">[1:52:20] </w:t>
      </w:r>
      <w:r>
        <w:t>lekin behtar yeh hai ke aap kam az kam ek baar keh dein. aur wahi baad wala jo hai, baad ko jab baar baar naam liya jayega to wahi is ke liye kafi ho jayega.</w:t>
      </w:r>
    </w:p>
    <w:p>
      <w:pPr>
        <w:jc w:val="right"/>
      </w:pPr>
      <w:r>
        <w:t>لیکن بہتر یہ ہے کہ آپ کم از کم ایک بار کہہ دیں۔ اور وہی بعد والا جو ہے، بعد کو جب بار بار نام لیا جائے گا تو وہی اس کے لیے کافی ہو جائے گا۔</w:t>
      </w:r>
    </w:p>
    <w:p>
      <w:r>
        <w:rPr>
          <w:b/>
        </w:rPr>
        <w:t xml:space="preserve">[1:52:30] </w:t>
      </w:r>
      <w:r>
        <w:t>baar baar is ko repeat karna, yeh koi is mein koi quran o hadith mein aisa koi hukum nahi diya gaya hai.</w:t>
      </w:r>
    </w:p>
    <w:p>
      <w:pPr>
        <w:jc w:val="right"/>
      </w:pPr>
      <w:r>
        <w:t>بار بار اس کو ریپیٹ کرنا، یہ کوئی اس میں کوئی قرآن و حدیث میں ایسا کوئی حکم نہیں دیا گیا ہے۔</w:t>
      </w:r>
    </w:p>
    <w:p>
      <w:r>
        <w:rPr>
          <w:b/>
        </w:rPr>
        <w:t xml:space="preserve">[1:52:39] </w:t>
      </w:r>
      <w:r>
        <w:t>das question has is from abro aman sahiba. she has asked: "what according to the prophet, will be the heaviest thing that will be put on a believer's scale on the day of resurrection?" bhari cheez jo hai, woh ikhlas hai.</w:t>
      </w:r>
    </w:p>
    <w:p>
      <w:pPr>
        <w:jc w:val="right"/>
      </w:pPr>
      <w:r>
        <w:t>دس کوئسچن ہیز از فرام ابرو امان صاحبہ۔ شی ہیز اسکڈ: "واٹ اکارڈنگ ٹو دا پرافٹ، ول بی دا ہیویسٹ تھنگ دیٹ ول بی پٹ ان ا بیلیورز اسکیل ان دا ڈے اف ریسریکشن؟" بھاری چیز جو ہے، وہ اخلاص ہے۔</w:t>
      </w:r>
    </w:p>
    <w:p>
      <w:r>
        <w:rPr>
          <w:b/>
        </w:rPr>
        <w:t xml:space="preserve">[1:52:58] </w:t>
      </w:r>
      <w:r>
        <w:t>sab se bhari cheez jo hai, woh ikhlas hai. koi physical cheez nahi hai, koi quantity nahi hai.</w:t>
      </w:r>
    </w:p>
    <w:p>
      <w:pPr>
        <w:jc w:val="right"/>
      </w:pPr>
      <w:r>
        <w:t>سب سے بھاری چیز جو ہے، وہ اخلاص ہے۔ کوئی فزیکل چیز نہیں ہے، کوئی کوانٹٹی نہیں ہے۔</w:t>
      </w:r>
    </w:p>
    <w:p>
      <w:r>
        <w:rPr>
          <w:b/>
        </w:rPr>
        <w:t xml:space="preserve">[1:53:05] </w:t>
      </w:r>
      <w:r>
        <w:t>yani namazon ki rakatein bohat sari hon, bohat sare hajj kiye hon, kisi ne bohat se roze rakhe hue hon, woh wahan par yani zyada wazan daar ban jaye, aisa nahi hai.</w:t>
      </w:r>
    </w:p>
    <w:p>
      <w:pPr>
        <w:jc w:val="right"/>
      </w:pPr>
      <w:r>
        <w:t>یعنی نمازوں کی رکعتیں بہت ساری ہوں، بہت سارے حج کیے ہوں، کسی نے بہت سے روزے رکھے ہوئے ہوں، وہ وہاں پر یعنی زیادہ وزن دار بن جائے، ایسا نہیں ہے۔</w:t>
      </w:r>
    </w:p>
    <w:p>
      <w:r>
        <w:rPr>
          <w:b/>
        </w:rPr>
        <w:t xml:space="preserve">[1:53:18] </w:t>
      </w:r>
      <w:r>
        <w:t>kisi ka ikhlas jitna zyada hoga, utni zyada is ka balance jhuk jayega.</w:t>
      </w:r>
    </w:p>
    <w:p>
      <w:pPr>
        <w:jc w:val="right"/>
      </w:pPr>
      <w:r>
        <w:t>کسی کا اخلاص جتنا زیادہ ہوگا، اتنی زیادہ اس کا بلنس جھک جائے گا۔</w:t>
      </w:r>
    </w:p>
    <w:p>
      <w:r>
        <w:rPr>
          <w:b/>
        </w:rPr>
        <w:t xml:space="preserve">[1:53:24] </w:t>
      </w:r>
      <w:r>
        <w:t>ikhlas ka matlab yeh hai ke andar ki spirit, andar ki spirit yani qualitative aspect jo hai kisi amal ka, woh important hai.</w:t>
      </w:r>
    </w:p>
    <w:p>
      <w:pPr>
        <w:jc w:val="right"/>
      </w:pPr>
      <w:r>
        <w:t>اخلاص کا مطلب یہ ہے کہ اندر کی سپرٹ، اندر کی سپرٹ یعنی کوالیٹیٹیو اسپیکٹ جو ہے کسی عمل کا، وہ امپورٹنٹ ہے۔</w:t>
      </w:r>
    </w:p>
    <w:p>
      <w:r>
        <w:rPr>
          <w:b/>
        </w:rPr>
        <w:t xml:space="preserve">[1:53:36] </w:t>
      </w:r>
      <w:r>
        <w:t>quantitative quantitative aspect jo hai, woh woh woh relative hai. woh is aitbaar se</w:t>
      </w:r>
    </w:p>
    <w:p>
      <w:pPr>
        <w:jc w:val="right"/>
      </w:pPr>
      <w:r>
        <w:t>کوانٹٹیٹیو کوانٹٹیٹیو اسپیکٹ جو ہے، وہ وہ وہ ریلیٹیو ہے۔ وہ اس اعتبار سے</w:t>
      </w:r>
    </w:p>
    <w:p>
      <w:r>
        <w:rPr>
          <w:b/>
        </w:rPr>
        <w:t xml:space="preserve">[1:53:44] </w:t>
      </w:r>
      <w:r>
        <w:t>islam mein bohat sari hadithien aur aayatein hain, is mein maujood hain jo batati hain ke quantitative aspect jo hai, woh secondary hai aur qualitative aspect jo hai, wahi primary hai islam mein.</w:t>
      </w:r>
    </w:p>
    <w:p>
      <w:pPr>
        <w:jc w:val="right"/>
      </w:pPr>
      <w:r>
        <w:t>اسلام میں بہت ساری حدیثیں اور آیتیں ہیں، اس میں موجود ہیں جو بتاتی ہیں کہ کوانٹٹیٹیو اسپیکٹ جو ہے، وہ سیکنڈری ہے اور کوالیٹیٹیو اسپیکٹ جو ہے، وہی پرائمری ہے اسلام میں۔</w:t>
      </w:r>
    </w:p>
    <w:p>
      <w:r>
        <w:rPr>
          <w:b/>
        </w:rPr>
        <w:t xml:space="preserve">[1:53:56] </w:t>
      </w:r>
      <w:r>
        <w:t>to wahi akhirat ke tul mein zyada wazni banega.</w:t>
      </w:r>
    </w:p>
    <w:p>
      <w:pPr>
        <w:jc w:val="right"/>
      </w:pPr>
      <w:r>
        <w:t>تو وہی آخرت کے تول میں زیادہ وزنی بنے گا۔</w:t>
      </w:r>
    </w:p>
    <w:p>
      <w:r>
        <w:rPr>
          <w:b/>
        </w:rPr>
        <w:t xml:space="preserve">[1:54:04] </w:t>
      </w:r>
      <w:r>
        <w:t>das question is from ayesha sahiba</w:t>
      </w:r>
    </w:p>
    <w:p>
      <w:pPr>
        <w:jc w:val="right"/>
      </w:pPr>
      <w:r>
        <w:t>دس کوئسچن از فرام عائشہ صاحبہ</w:t>
      </w:r>
    </w:p>
    <w:p>
      <w:r>
        <w:rPr>
          <w:b/>
        </w:rPr>
        <w:t xml:space="preserve">[1:54:07] </w:t>
      </w:r>
      <w:r>
        <w:t>. she has asked: "when in quran clearly it is stated for the greater jihad, then why are muslims mostly engaged in smaller jihad?"</w:t>
      </w:r>
    </w:p>
    <w:p>
      <w:pPr>
        <w:jc w:val="right"/>
      </w:pPr>
      <w:r>
        <w:t>۔ شی ہیز اسکڈ: "وین ان قرآن کلیئرلی اٹ از اسٹیٹڈ فار دا گریٹر جہاد، دین وائی ار مسلمز موسٹلی انگیجڈ ان اسمالر جہاد؟"</w:t>
      </w:r>
    </w:p>
    <w:p>
      <w:r>
        <w:rPr>
          <w:b/>
        </w:rPr>
        <w:t xml:space="preserve">[1:54:22] </w:t>
      </w:r>
      <w:r>
        <w:t>bhai, yeh why ka question nahi hai. yeh to deviation hamesha hota rehta hai. aaj bhi hai, aindah bhi hoga ke log apne zaati jazbat par chalne lagte hain.</w:t>
      </w:r>
    </w:p>
    <w:p>
      <w:pPr>
        <w:jc w:val="right"/>
      </w:pPr>
      <w:r>
        <w:t>بھائی، یہ وائی کا کوئسچن نہیں ہے۔ یہ تو ڈیوی ایشن ہمیشہ ہوتا رہتا ہے۔ آج بھی ہے، آئندہ بھی ہوگا کہ لوگ اپنے ذاتی جذبات پر چلنے لگتے ہیں۔</w:t>
      </w:r>
    </w:p>
    <w:p>
      <w:r>
        <w:rPr>
          <w:b/>
        </w:rPr>
        <w:t xml:space="preserve">[1:54:33] </w:t>
      </w:r>
      <w:r>
        <w:t>koi waqea hua, ab bhadak uthe, bhadak kar ladne lage.</w:t>
      </w:r>
    </w:p>
    <w:p>
      <w:pPr>
        <w:jc w:val="right"/>
      </w:pPr>
      <w:r>
        <w:t>کوئی واقعہ ہوا، اب بھڑک اٹھے، بھڑک کر لڑنے لگے۔</w:t>
      </w:r>
    </w:p>
    <w:p>
      <w:r>
        <w:rPr>
          <w:b/>
        </w:rPr>
        <w:t xml:space="preserve">[1:54:37] </w:t>
      </w:r>
      <w:r>
        <w:t>ab wahan par dekhiye, sabr karna chahiye, patience dikhana chahiye. aur lekin log bhadak kar ladne lagte hain, woh islam ke khilaf hota hai.</w:t>
      </w:r>
    </w:p>
    <w:p>
      <w:pPr>
        <w:jc w:val="right"/>
      </w:pPr>
      <w:r>
        <w:t>اب وہاں پر دیکھیے، صبر کرنا چاہیے، پیشنس دکھانا چاہیے۔ اور لیکن لوگ بھڑک کر لڑنے لگتے ہیں، وہ اسلام کے خلاف ہوتا ہے۔</w:t>
      </w:r>
    </w:p>
    <w:p>
      <w:r>
        <w:rPr>
          <w:b/>
        </w:rPr>
        <w:t xml:space="preserve">[1:54:49] </w:t>
      </w:r>
      <w:r>
        <w:t>to sab se aham cheez hai apne aap par control karna. hadith mein aata hai ke ke woh shakhs pehalwan nahi hai jo kisi ko ladai mein pachad de.</w:t>
      </w:r>
    </w:p>
    <w:p>
      <w:pPr>
        <w:jc w:val="right"/>
      </w:pPr>
      <w:r>
        <w:t>تو سب سے اہم چیز ہے اپنے آپ پر کنٹرول کرنا۔ حدیث میں آتا ہے کہ کہ وہ شخص پہلوان نہیں ہے جو کسی کو لڑائی میں پچھاڑ دے۔</w:t>
      </w:r>
    </w:p>
    <w:p>
      <w:r>
        <w:rPr>
          <w:b/>
        </w:rPr>
        <w:t xml:space="preserve">[1:55:04] </w:t>
      </w:r>
      <w:r>
        <w:t>pehalwan woh hai jo ghusse ke waqt apne aap ko qabu mein rakhe, apne aap par control kar sake. to aaj kal jo jihad ho raha hai, woh ghusse ka jihad hai.</w:t>
      </w:r>
    </w:p>
    <w:p>
      <w:pPr>
        <w:jc w:val="right"/>
      </w:pPr>
      <w:r>
        <w:t>پہلوان وہ ہے جو غصے کے وقت اپنے آپ کو قابو میں رکھے، اپنے آپ پر کنٹرول کر سکے۔ تو آج کل جو جہاد ہو رہا ہے، وہ غصے کا جہاد ہے۔</w:t>
      </w:r>
    </w:p>
    <w:p>
      <w:r>
        <w:rPr>
          <w:b/>
        </w:rPr>
        <w:t xml:space="preserve">[1:55:16] </w:t>
      </w:r>
      <w:r>
        <w:t>koi waqea hua, bhadak gaye, bhadak kar ladne lage. jihad ghusse ka act hai hi nahi. woh hai bohat soch, well considered response ka naam jihad hai.</w:t>
      </w:r>
    </w:p>
    <w:p>
      <w:pPr>
        <w:jc w:val="right"/>
      </w:pPr>
      <w:r>
        <w:t>کوئی واقعہ ہوا، بھڑک گئے، بھڑک کر لڑنے لگے۔ جہاد غصے کا ایکٹ ہے ہی نہیں۔ وہ ہے بہت سوچ، ویل کنسیڈرڈ رسپانس کا نام جہاد ہے۔</w:t>
      </w:r>
    </w:p>
    <w:p>
      <w:r>
        <w:rPr>
          <w:b/>
        </w:rPr>
        <w:t xml:space="preserve">[1:55:28] </w:t>
      </w:r>
      <w:r>
        <w:t>koi situation create ho to aap sochein.</w:t>
      </w:r>
    </w:p>
    <w:p>
      <w:pPr>
        <w:jc w:val="right"/>
      </w:pPr>
      <w:r>
        <w:t>کوئی سچوئیشن کریٹ ہو تو آپ سوچیں۔</w:t>
      </w:r>
    </w:p>
    <w:p>
      <w:r>
        <w:rPr>
          <w:b/>
        </w:rPr>
        <w:t xml:space="preserve">[1:55:32] </w:t>
      </w:r>
      <w:r>
        <w:t>jab sochne ko importance di jayegi, tab daawa work hoga. aur jab sochne ka part na di jaye, bade log bhadne lagen to phir yahi hoga jo aaj kal ho raha hai.</w:t>
      </w:r>
    </w:p>
    <w:p>
      <w:pPr>
        <w:jc w:val="right"/>
      </w:pPr>
      <w:r>
        <w:t>جب سوچنے کو امپورٹنس دی جائے گی، تب دعویٰ ورک ہوگا۔ اور جب سوچنے کا پارٹ نہ دی جائے، بڑے لوگ بھڑکنے لگیں تو پھر یہی ہوگا جو آج کل ہو رہا ہے۔</w:t>
      </w:r>
    </w:p>
    <w:p>
      <w:r>
        <w:rPr>
          <w:b/>
        </w:rPr>
        <w:t xml:space="preserve">[1:55:46] </w:t>
      </w:r>
      <w:r>
        <w:t>das question is from saif ul islam sahib</w:t>
      </w:r>
    </w:p>
    <w:p>
      <w:pPr>
        <w:jc w:val="right"/>
      </w:pPr>
      <w:r>
        <w:t>دس کوئسچن از فرام سیف الاسلام صاحب</w:t>
      </w:r>
    </w:p>
    <w:p>
      <w:r>
        <w:rPr>
          <w:b/>
        </w:rPr>
        <w:t xml:space="preserve">[1:55:49] </w:t>
      </w:r>
      <w:r>
        <w:t>. he has asked: "you said that prophet sallallahu alaihi wasallam was always result oriented, and you substantiated this by saying that he did not demolish the idols of kaaba, since muslims were too few in number to face the mushrikun of mushrikeen of makkah.</w:t>
      </w:r>
    </w:p>
    <w:p>
      <w:pPr>
        <w:jc w:val="right"/>
      </w:pPr>
      <w:r>
        <w:t>۔ ہی ہیز اسکڈ: "یو سیڈ دیٹ پرافٹ صلی اللہ علیہ وسلم واز الویز رزلٹ اورینٹڈ، اینڈ یو سبسٹینشیٹڈ دس بائی سینگ دیٹ ہی ڈیڈ ناٹ ڈیمولش دا آئیڈلز اف کعبہ، سنس مسلمز ویر ٹو فیو ان نمبر ٹو فیس دا مشرکون اف مشرکین اف مکہ۔</w:t>
      </w:r>
    </w:p>
    <w:p>
      <w:r>
        <w:rPr>
          <w:b/>
        </w:rPr>
        <w:t xml:space="preserve">[1:56:09] </w:t>
      </w:r>
      <w:r>
        <w:t>in fact, all the wars that muslims won, they were few in number and resources.</w:t>
      </w:r>
    </w:p>
    <w:p>
      <w:pPr>
        <w:jc w:val="right"/>
      </w:pPr>
      <w:r>
        <w:t>ان فیکٹ، ال دا وارز دیٹ مسلمز ون، دے ویر فیو ان نمبر اینڈ ریسورسز۔</w:t>
      </w:r>
    </w:p>
    <w:p>
      <w:r>
        <w:rPr>
          <w:b/>
        </w:rPr>
        <w:t xml:space="preserve">[1:56:15] </w:t>
      </w:r>
      <w:r>
        <w:t>take any battle, easy badr, khyber, hunain, etc, they always lack resources and man power.</w:t>
      </w:r>
    </w:p>
    <w:p>
      <w:pPr>
        <w:jc w:val="right"/>
      </w:pPr>
      <w:r>
        <w:t>ٹیک اینی بیٹل، ایزی بدر، خیبر، حنین، ایٹسٹرہ، دے الویز لیگ ریسورسز اینڈ مین پاور۔</w:t>
      </w:r>
    </w:p>
    <w:p>
      <w:r>
        <w:rPr>
          <w:b/>
        </w:rPr>
        <w:t xml:space="preserve">[1:56:24] </w:t>
      </w:r>
      <w:r>
        <w:t>prophet sallallahu alaihi wasallam never followed this his own decision, rather he would wait for orders from Allah and their act, even though it may be in the face of all opposition and adversity.</w:t>
      </w:r>
    </w:p>
    <w:p>
      <w:pPr>
        <w:jc w:val="right"/>
      </w:pPr>
      <w:r>
        <w:t>پرافٹ صلی اللہ علیہ وسلم نیور فالوڈ دس ہز اون ڈیسیژن، رادر ہی وڈ ویٹ فار آرڈرز فرام اللہ اینڈ دیر ایکٹ، ایون دو اٹ می بی ان دا فیس اف ال اپوزیشن اینڈ ایڈورسٹی۔"</w:t>
      </w:r>
    </w:p>
    <w:p>
      <w:r>
        <w:rPr>
          <w:b/>
        </w:rPr>
        <w:t xml:space="preserve">[1:56:44] </w:t>
      </w:r>
      <w:r>
        <w:t>dekhiye, islam mein ladaai jo hai, real result aur interaction ka naam hai aur sirf defence ke liye hoti hai.</w:t>
      </w:r>
    </w:p>
    <w:p>
      <w:pPr>
        <w:jc w:val="right"/>
      </w:pPr>
      <w:r>
        <w:t>دیکھیے، اسلام میں لڑائی جو ہے، ریئل رزلٹ اور انٹریکشن کا نام ہے اور صرف ڈیفنس کے لیے ہوتی ہے۔</w:t>
      </w:r>
    </w:p>
    <w:p>
      <w:r>
        <w:rPr>
          <w:b/>
        </w:rPr>
        <w:t xml:space="preserve">[1:56:53] </w:t>
      </w:r>
      <w:r>
        <w:t>yeh galat tasawwur logon mein baitha hua hai ke rasool Allah logon se ladte rahe. hamesha aap ne avoid kiya, maslan, jisko hum kehte hain kitaabon mein likha aata hai "ghazwa khandaq".</w:t>
      </w:r>
    </w:p>
    <w:p>
      <w:pPr>
        <w:jc w:val="right"/>
      </w:pPr>
      <w:r>
        <w:t>یہ غلط تصور لوگوں میں بیٹھا ہوا ہے کہ رسول اللہ لوگوں سے لڑتے رہے۔ ہمیشہ آپ نے اوائڈ کیا، مثلاً جس کو ہم کہتے ہیں کتابوں میں لکھا آتا ہے "غزوہ خندق"۔</w:t>
      </w:r>
    </w:p>
    <w:p>
      <w:r>
        <w:rPr>
          <w:b/>
        </w:rPr>
        <w:t xml:space="preserve">[1:57:05] </w:t>
      </w:r>
      <w:r>
        <w:t>ab khandaq ka ghazwa kahan hua? khandaq mein ladaai kahan hui thi? woh aap ne avoid kiya tha.</w:t>
      </w:r>
    </w:p>
    <w:p>
      <w:pPr>
        <w:jc w:val="right"/>
      </w:pPr>
      <w:r>
        <w:t>اب خندق کا غزوہ کہاں ہوا؟ خندق میں لڑائی کہاں ہوئی تھی؟ وہ آپ نے اوائڈ کیا تھا۔</w:t>
      </w:r>
    </w:p>
    <w:p>
      <w:r>
        <w:rPr>
          <w:b/>
        </w:rPr>
        <w:t xml:space="preserve">[1:57:14] </w:t>
      </w:r>
      <w:r>
        <w:t>aise bahut saare ghazwaat jo 83 ke niyat sab ghazwe, bani maslak ghazwe, woh tabuk aur kaun ka likha rehta hai, aaj ladaai kahin bhi nahi hui.</w:t>
      </w:r>
    </w:p>
    <w:p>
      <w:pPr>
        <w:jc w:val="right"/>
      </w:pPr>
      <w:r>
        <w:t>ایسے بہت سارے غزوات جو 83 کے نیات سب غزوے، بنی مسلک غزوے، وہ تبوک اور کون کا لکھا رہتا ہے، آج لڑائی کہیں بھی نہیں ہوئی۔</w:t>
      </w:r>
    </w:p>
    <w:p>
      <w:r>
        <w:rPr>
          <w:b/>
        </w:rPr>
        <w:t xml:space="preserve">[1:57:25] </w:t>
      </w:r>
      <w:r>
        <w:t>ladaai to sirf badr mein hui, hunain mein hui aur uhud mein hui. yeh ladaaiyaan compulsively hui th</w:t>
      </w:r>
    </w:p>
    <w:p>
      <w:pPr>
        <w:jc w:val="right"/>
      </w:pPr>
      <w:r>
        <w:t>لڑائی تو صرف بدر میں ہوئی، حنین میں ہوئی اور احد میں ہوئی۔ یہ لڑائیاں کمپلسولی ہوئی تھ</w:t>
      </w:r>
    </w:p>
    <w:p>
      <w:r>
        <w:rPr>
          <w:b/>
        </w:rPr>
        <w:t xml:space="preserve">[1:57:33] </w:t>
      </w:r>
      <w:r>
        <w:t>een. islam mein ladaai asal nahi hai. yaani balkeh jab aisi aisa compulsion create ho jaaye ke as a defence aap ko ladna hi pade to aap ladaai ke maidan mein aate hain.</w:t>
      </w:r>
    </w:p>
    <w:p>
      <w:pPr>
        <w:jc w:val="right"/>
      </w:pPr>
      <w:r>
        <w:t>یں۔ اسلام میں لڑائی اصل نہیں ہے۔ یعنی بلکہ جب ایسی ایسا کمپلشن کریٹ ہو جائے کہ ایز اے ڈیفنس آپ کو لڑنا ہی پڑے تو آپ لڑائی کے میدان میں آتے ہیں۔</w:t>
      </w:r>
    </w:p>
    <w:p>
      <w:r>
        <w:rPr>
          <w:b/>
        </w:rPr>
        <w:t xml:space="preserve">[1:57:47] </w:t>
      </w:r>
      <w:r>
        <w:t>yeh rasool Allah ki poori life isi hi bat</w:t>
      </w:r>
    </w:p>
    <w:p>
      <w:pPr>
        <w:jc w:val="right"/>
      </w:pPr>
      <w:r>
        <w:t>یہ رسول اللہ کی پوری لائف اسی ہی بت</w:t>
      </w:r>
    </w:p>
    <w:p>
      <w:r>
        <w:rPr>
          <w:b/>
        </w:rPr>
        <w:t xml:space="preserve">[1:57:50] </w:t>
      </w:r>
      <w:r>
        <w:t>ati hai. yeh mauzu maine do kitaabein likhi hain rasool Allah ki seerat par, isko aap padh sakte hain. main rasool Allah ki seerat ki study mein nahi paaya ke jang rasool Allah ka koi apna option hota tha.</w:t>
      </w:r>
    </w:p>
    <w:p>
      <w:pPr>
        <w:jc w:val="right"/>
      </w:pPr>
      <w:r>
        <w:t>اتی ہے۔ یہ موضوع میں نے دو کتابیں لکھی ہیں رسول اللہ کی سیرت پر، اس کو آپ پڑھ سکتے ہیں۔ میں رسول اللہ کی سیرت کی سٹڈی میں نہیں پایا کہ جنگ رسول اللہ کا کوئی اپنا آپشن ہوتا تھا۔</w:t>
      </w:r>
    </w:p>
    <w:p>
      <w:r>
        <w:rPr>
          <w:b/>
        </w:rPr>
        <w:t xml:space="preserve">[1:58:02] </w:t>
      </w:r>
      <w:r>
        <w:t>jang sirf ek compulso option hota tha. jab bhi aap lade hain to compulsively defensive war lade hain. otherwise woh hamesha daawa work mein apne ko engage rakhte the.</w:t>
      </w:r>
    </w:p>
    <w:p>
      <w:pPr>
        <w:jc w:val="right"/>
      </w:pPr>
      <w:r>
        <w:t>جنگ صرف ایک کمپلسو آپشن ہوتا تھا۔ جب بھی آپ لڑے ہیں تو کمپلسولی ڈیفنسو وار لڑے ہیں۔ ادروائز وہ ہمیشہ دعویٰ ورک میں اپنے کو انگیج رکھتے تھے۔</w:t>
      </w:r>
    </w:p>
    <w:p>
      <w:r>
        <w:rPr>
          <w:b/>
        </w:rPr>
        <w:t xml:space="preserve">[1:58:18] </w:t>
      </w:r>
      <w:r>
        <w:t>this question is again from saif islam sahib. he has asked: "prophet sallallahu alaihi wasallam was not god but a human being.</w:t>
      </w:r>
    </w:p>
    <w:p>
      <w:pPr>
        <w:jc w:val="right"/>
      </w:pPr>
      <w:r>
        <w:t>دس کوئسچن از اگین فرام سیف الاسلام صاحب۔ ہی ہیز اسکڈ: "پرافٹ صلی اللہ علیہ وسلم واز ناٹ گاڈ بٹ ا ہیومن بینگ۔</w:t>
      </w:r>
    </w:p>
    <w:p>
      <w:r>
        <w:rPr>
          <w:b/>
        </w:rPr>
        <w:t xml:space="preserve">[1:58:27] </w:t>
      </w:r>
      <w:r>
        <w:t>there is no doubt about this. he was no superhuman but certainly the best among all humans. what else would then explain events like first miraaj?</w:t>
      </w:r>
    </w:p>
    <w:p>
      <w:pPr>
        <w:jc w:val="right"/>
      </w:pPr>
      <w:r>
        <w:t>دیر از نو ڈاؤٹ اباؤٹ دس۔ ہی واز نو سپر ہیومن بٹ سرٹنلی دا بیسٹ امنگ ال ہیومنز۔ واٹ ایلس وڈ دین ایکسپلین ایونٹس لائک فرسٹ معراج؟</w:t>
      </w:r>
    </w:p>
    <w:p>
      <w:r>
        <w:rPr>
          <w:b/>
        </w:rPr>
        <w:t xml:space="preserve">[1:58:39] </w:t>
      </w:r>
      <w:r>
        <w:t>how could an unlettered man explain mysteries of the uni</w:t>
      </w:r>
    </w:p>
    <w:p>
      <w:pPr>
        <w:jc w:val="right"/>
      </w:pPr>
      <w:r>
        <w:t>ہاؤ کڈ این ان لیٹرڈ مین ایکسپلین مسٹریز اف دا یونی</w:t>
      </w:r>
    </w:p>
    <w:p>
      <w:r>
        <w:rPr>
          <w:b/>
        </w:rPr>
        <w:t xml:space="preserve">[1:58:43] </w:t>
      </w:r>
      <w:r>
        <w:t>verse? thirdly, how could he inform his companions about events that were yet to happen and are yet to happen?</w:t>
      </w:r>
    </w:p>
    <w:p>
      <w:pPr>
        <w:jc w:val="right"/>
      </w:pPr>
      <w:r>
        <w:t>ورس؟ تھرڈلی، ہاؤ کڈ ہی انفارم ہز کمپینینز اباؤٹ ایونٹس دیٹ ویئر یٹ ٹو ہیپن اینڈ ار یٹ ٹو ہیپن؟</w:t>
      </w:r>
    </w:p>
    <w:p>
      <w:r>
        <w:rPr>
          <w:b/>
        </w:rPr>
        <w:t xml:space="preserve">[1:58:53] </w:t>
      </w:r>
      <w:r>
        <w:t>fourth, sulah hudaybiyyah when water drained from his band hands and queens the thirst of the sahaba present there.</w:t>
      </w:r>
    </w:p>
    <w:p>
      <w:pPr>
        <w:jc w:val="right"/>
      </w:pPr>
      <w:r>
        <w:t>فورتھ، صلح حدیبیہ وین واٹر ڈرینڈ فرام ہز بینڈ ہینڈز اینڈ کوئنز دا تھرسٹ اف دا صحابہ پریزنٹ دیر۔</w:t>
      </w:r>
    </w:p>
    <w:p>
      <w:r>
        <w:rPr>
          <w:b/>
        </w:rPr>
        <w:t xml:space="preserve">[1:59:03] </w:t>
      </w:r>
      <w:r>
        <w:t>they are just some of the events that happened</w:t>
      </w:r>
    </w:p>
    <w:p>
      <w:pPr>
        <w:jc w:val="right"/>
      </w:pPr>
      <w:r>
        <w:t>دے ار جسٹ سم اف دا ایونٹس دیٹ ہیپن</w:t>
      </w:r>
    </w:p>
    <w:p>
      <w:r>
        <w:rPr>
          <w:b/>
        </w:rPr>
        <w:t xml:space="preserve">[1:59:05] </w:t>
      </w:r>
      <w:r>
        <w:t>d. to going by these, nobody would take him as a model to be followed, because all these were strange supernatural, defied normal logic and defied normal logic.</w:t>
      </w:r>
    </w:p>
    <w:p>
      <w:pPr>
        <w:jc w:val="right"/>
      </w:pPr>
      <w:r>
        <w:t>ڈ۔ ٹو گوئنگ بائے دیز، نوبڈی وڈ ٹیک ہم ایز اے ماڈل ٹو بی فالوڈ، بیکاز ال دیز ویئر سٹرینج سپر نیچرل، ڈیفائیڈ نارمل لاجک اینڈ ڈیفائیڈ نارمل لاجک۔</w:t>
      </w:r>
    </w:p>
    <w:p>
      <w:r>
        <w:rPr>
          <w:b/>
        </w:rPr>
        <w:t xml:space="preserve">[1:59:19] </w:t>
      </w:r>
      <w:r>
        <w:t>we need to accept him as our model without giving much thought that whether he is supernatural or a common man.</w:t>
      </w:r>
    </w:p>
    <w:p>
      <w:pPr>
        <w:jc w:val="right"/>
      </w:pPr>
      <w:r>
        <w:t>وی نیڈ ٹو ایکسیپٹ ہم ایز اور ماڈل وداؤٹ گیونگ مچ تھاٹ دیٹ ویدر ہی از سپر نیچرل اور اے کامن مین۔</w:t>
      </w:r>
    </w:p>
    <w:p>
      <w:r>
        <w:rPr>
          <w:b/>
        </w:rPr>
        <w:t xml:space="preserve">[1:59:30] </w:t>
      </w:r>
      <w:r>
        <w:t>" dekhiye, rasool Allah ke baare mein yeh samajh lijiye ke ek haysiyat thi aap ki bashar hone ki. innam bashar, innam bashar.</w:t>
      </w:r>
    </w:p>
    <w:p>
      <w:pPr>
        <w:jc w:val="right"/>
      </w:pPr>
      <w:r>
        <w:t>" دیکھیے، رسول اللہ کے بارے میں یہ سمجھ لیجئے کہ ایک حیثیت تھی آپ کی بشر ہونے کی۔ انما بشر، انما بشر۔</w:t>
      </w:r>
    </w:p>
    <w:p>
      <w:r>
        <w:rPr>
          <w:b/>
        </w:rPr>
        <w:t xml:space="preserve">[1:59:41] </w:t>
      </w:r>
      <w:r>
        <w:t>to bashar hone ke hays se aap par wahi sab baatein beitti thin jahan par beitti hain. doosri haysiyat yeh thi ke aap par revelation hota tha, wahi aati thi.</w:t>
      </w:r>
    </w:p>
    <w:p>
      <w:pPr>
        <w:jc w:val="right"/>
      </w:pPr>
      <w:r>
        <w:t>تو بشر ہونے کے حیث سے آپ پر وہی سب باتیں بیتتی تھیں جہاں پر بیتتی ہیں۔ دوسری حیثیت یہ تھی کہ آپ پر ریولیشن ہوتا تھا، وحی آتی تھی۔</w:t>
      </w:r>
    </w:p>
    <w:p>
      <w:r>
        <w:rPr>
          <w:b/>
        </w:rPr>
        <w:t xml:space="preserve">[1:59:51] </w:t>
      </w:r>
      <w:r>
        <w:t>to jahan tak wahi ka ta'alluq hai, woh iski hum taqleed nahi kar sakte.</w:t>
      </w:r>
    </w:p>
    <w:p>
      <w:pPr>
        <w:jc w:val="right"/>
      </w:pPr>
      <w:r>
        <w:t>تو جہاں تک وحی کا تعلق ہے، وہ اس کی ہم تقلید نہیں کر سکتے۔</w:t>
      </w:r>
    </w:p>
    <w:p>
      <w:r>
        <w:rPr>
          <w:b/>
        </w:rPr>
        <w:t xml:space="preserve">[1:59:55] </w:t>
      </w:r>
      <w:r>
        <w:t>baqi saari cheezein jo hain, jo hain, woh wahi hain jo ke jinke baare mein kaha gaya hai ke woh tumhari namoona hain. agar aisa na ho to yeh ayat hi be maani ho jaati hai ke rasool Allah tumhare liye uswa hain, tumhare liye model hain.</w:t>
      </w:r>
    </w:p>
    <w:p>
      <w:pPr>
        <w:jc w:val="right"/>
      </w:pPr>
      <w:r>
        <w:t>باقی ساری چیزیں جو ہیں، جو ہیں، وہ وہی ہیں جو کہ جن کے بارے میں کہا گیا ہے کہ وہ تمہاری نمونہ ہیں۔ اگر ایسا نہ ہو تو یہ آیت ہی بے معنی ہو جاتی ہے کہ رسول اللہ تمہارے لیے اسوہ ہیں، تمہارے لیے ماڈل ہیں۔</w:t>
      </w:r>
    </w:p>
    <w:p>
      <w:r>
        <w:rPr>
          <w:b/>
        </w:rPr>
        <w:t xml:space="preserve">[2:00:11] </w:t>
      </w:r>
      <w:r>
        <w:t>isi liye aap dekhiye ke badr mein jeet hui aur aur uhud mein haar ho gayi.</w:t>
      </w:r>
    </w:p>
    <w:p>
      <w:pPr>
        <w:jc w:val="right"/>
      </w:pPr>
      <w:r>
        <w:t>اسی لیے آپ دیکھیے کہ بدر میں جیت ہوئی اور اور احد میں ہار ہو گئی۔</w:t>
      </w:r>
    </w:p>
    <w:p>
      <w:r>
        <w:rPr>
          <w:b/>
        </w:rPr>
        <w:t xml:space="preserve">[2:00:20] </w:t>
      </w:r>
      <w:r>
        <w:t>agar yeh hota ke rasool Allah jo hai, woh yaani har waqt Khuda ka aap ko haasil rehta to kyun haar hoti?</w:t>
      </w:r>
    </w:p>
    <w:p>
      <w:pPr>
        <w:jc w:val="right"/>
      </w:pPr>
      <w:r>
        <w:t>اگر یہ ہوتا کہ رسول اللہ جو ہے، وہ یعنی ہر وقت خدا کا آپ کو حاصل رہتا تو کیوں ہار ہوتی؟</w:t>
      </w:r>
    </w:p>
    <w:p>
      <w:r>
        <w:rPr>
          <w:b/>
        </w:rPr>
        <w:t xml:space="preserve">[2:00:29] </w:t>
      </w:r>
      <w:r>
        <w:t>yaani uhud ke mauqe par rasool Allah bhi isi tarah haalaat ke tehat rehte the jis tarah se aam insaan rehta hai.</w:t>
      </w:r>
    </w:p>
    <w:p>
      <w:pPr>
        <w:jc w:val="right"/>
      </w:pPr>
      <w:r>
        <w:t>یعنی احد کے موقع پر رسول اللہ بھی اسی طرح حالات کے تحت رہتے تھے جس طرح سے عام انسان رہتا ہے۔</w:t>
      </w:r>
    </w:p>
    <w:p>
      <w:r>
        <w:rPr>
          <w:b/>
        </w:rPr>
        <w:t xml:space="preserve">[2:00:38] </w:t>
      </w:r>
      <w:r>
        <w:t>lekin khuda ki taraf se guidance aati thi aap ko. yani aap rasool Allah se bhi khata khata hui, jaisa quran se</w:t>
      </w:r>
    </w:p>
    <w:p>
      <w:pPr>
        <w:jc w:val="right"/>
      </w:pPr>
      <w:r>
        <w:t>لیکن خدا کی طرف سے گائیڈنس آتی تھی آپ کو۔ یعنی آپ رسول اللہ سے بھی خطا خطا ہوئی، جیسا قرآن سے</w:t>
      </w:r>
    </w:p>
    <w:p>
      <w:r>
        <w:rPr>
          <w:b/>
        </w:rPr>
        <w:t xml:space="preserve">[2:00:47] </w:t>
      </w:r>
      <w:r>
        <w:t>sabit hai. lekin Allah taala aap ke khata ko foran durust karne ke liye ilham karta tha, wahi karta tha. to hamein pata chal jata tha ke haan, ijtihadi galti hui hai paighambar se.</w:t>
      </w:r>
    </w:p>
    <w:p>
      <w:pPr>
        <w:jc w:val="right"/>
      </w:pPr>
      <w:r>
        <w:t>ثابت ہے۔ لیکن اللہ تعالی آپ کے خطا کو فوراً درست کرنے کے لیے الہام کرتا تھا، وحی کرتا تھا۔ تو ہمیں پتہ چل جاتا تھا کہ ہاں، اجتہادی غلطی ہوئی ہے پیغمبر سے۔</w:t>
      </w:r>
    </w:p>
    <w:p>
      <w:r>
        <w:rPr>
          <w:b/>
        </w:rPr>
        <w:t xml:space="preserve">[2:00:58] </w:t>
      </w:r>
      <w:r>
        <w:t>to baharhal, main yeh kahunga ke kitabon mein ya naaton mein jo darja rasool Allah ko diya gaya hai, woh bilashuba is jehd ko khatm kar deta hai ke rasool Allah hamare model hain.</w:t>
      </w:r>
    </w:p>
    <w:p>
      <w:pPr>
        <w:jc w:val="right"/>
      </w:pPr>
      <w:r>
        <w:t>تو بہرحال، میں یہ کہوں گا کہ کتابوں میں یا نعتوں میں جو درجہ رسول اللہ کو دیا گیا ہے، وہ بلاشبہ اس جہد کو ختم کر دیتا ہے کہ رسول اللہ ہمارے ماڈل ہیں۔</w:t>
      </w:r>
    </w:p>
    <w:p>
      <w:r>
        <w:rPr>
          <w:b/>
        </w:rPr>
        <w:t xml:space="preserve">[2:01:08] </w:t>
      </w:r>
      <w:r>
        <w:t>koi is ko na maane to mujhe taajjub hoga ke itni khuli khuli baat ko kaise koi inkar kar sakta hai</w:t>
      </w:r>
    </w:p>
    <w:p>
      <w:pPr>
        <w:jc w:val="right"/>
      </w:pPr>
      <w:r>
        <w:t>کوئی اس کو نہ مانے تو مجھے تعجب ہوگا کہ اتنی کھلی کھلی بات کو کیسے کوئی انکار کر سکتا ہے</w:t>
      </w:r>
    </w:p>
    <w:p>
      <w:r>
        <w:rPr>
          <w:b/>
        </w:rPr>
        <w:t xml:space="preserve">[2:01:14] </w:t>
      </w:r>
      <w:r>
        <w:t>ke فوق بشر yeh tamam naatein aur yani kitabein aap ko فوق بشر ke taur par dikhati hain. to phir is ke baad yeh zehan kaise baqi rahega ke hum is ko model maanein aur un ki taqleed karein?</w:t>
      </w:r>
    </w:p>
    <w:p>
      <w:pPr>
        <w:jc w:val="right"/>
      </w:pPr>
      <w:r>
        <w:t>کہ فوق البشر یہ تمام نعتیں اور یعنی کتابیں آپ کو فوق البشر کے طور پر دکھاتی ہیں۔ تو پھر اس کے بعد یہ ذہن کیسے باقی رہے گا کہ ہم اس کو ماڈل مانیں اور ان کی تقلید کریں؟</w:t>
      </w:r>
    </w:p>
    <w:p>
      <w:r>
        <w:rPr>
          <w:b/>
        </w:rPr>
        <w:t xml:space="preserve">[2:01:28] </w:t>
      </w:r>
      <w:r>
        <w:t>is bare mein main samajhta hoon ke logon ko phir se sochna chahiye, reconsider karna chahiye. jo sainkaron saal se mizaj aa raha hai, usi se aap usi ke influence mein reh kar ke aap is maamle ko samajh nahin sakte.</w:t>
      </w:r>
    </w:p>
    <w:p>
      <w:pPr>
        <w:jc w:val="right"/>
      </w:pPr>
      <w:r>
        <w:t>اس بارے میں میں سمجھتا ہوں کہ لوگوں کو پھر سے سوچنا چاہیے، ری کنسیڈر کرنا چاہیے۔ جو سینکڑوں سال سے مزاج آ رہا ہے، اسی سے آپ اسی کے انفلوئنس میں رہ کر کے آپ اس معاملے کو سمجھ نہیں سکتے۔</w:t>
      </w:r>
    </w:p>
    <w:p>
      <w:r>
        <w:rPr>
          <w:b/>
        </w:rPr>
        <w:t xml:space="preserve">[2:01:46] </w:t>
      </w:r>
      <w:r>
        <w:t>das question is from raziya sahiba. she has asked: "everyone quintal of knowledge needs ten quintals of wisdom.</w:t>
      </w:r>
    </w:p>
    <w:p>
      <w:pPr>
        <w:jc w:val="right"/>
      </w:pPr>
      <w:r>
        <w:t>دس کوئسچن از فرام راضیہ صاحبہ۔ شی ہیز اسکڈ: "ایوری ون کوئنٹل اف نالج نیڈز ٹین کوئنٹلز اف وزڈم۔</w:t>
      </w:r>
    </w:p>
    <w:p>
      <w:r>
        <w:rPr>
          <w:b/>
        </w:rPr>
        <w:t xml:space="preserve">[2:01:55] </w:t>
      </w:r>
      <w:r>
        <w:t>then how do we develop that sort of a wisdom to understand quran?"</w:t>
      </w:r>
    </w:p>
    <w:p>
      <w:pPr>
        <w:jc w:val="right"/>
      </w:pPr>
      <w:r>
        <w:t>دین ہاؤ ڈو وی ڈیولپ دیٹ سورٹ اف اے وزڈم ٹو انڈرسٹینڈ قرآن؟"</w:t>
      </w:r>
    </w:p>
    <w:p>
      <w:r>
        <w:rPr>
          <w:b/>
        </w:rPr>
        <w:t xml:space="preserve">[2:02:03] </w:t>
      </w:r>
      <w:r>
        <w:t>dekhiye, sab se zaroori cheez hai objectivity. sab se zaroori cheez hai.</w:t>
      </w:r>
    </w:p>
    <w:p>
      <w:pPr>
        <w:jc w:val="right"/>
      </w:pPr>
      <w:r>
        <w:t>دیکھیے، سب سے ضروری چیز ہے ابجیکٹیوٹی۔ سب سے ضروری چیز ہے۔</w:t>
      </w:r>
    </w:p>
    <w:p>
      <w:r>
        <w:rPr>
          <w:b/>
        </w:rPr>
        <w:t xml:space="preserve">[2:02:10] </w:t>
      </w:r>
      <w:r>
        <w:t>main samajhta hoon ke logon ke andar sab se bari jo kami hoti hai, woh subjectivity hoti hai. sab se bari kami jo hoti hai, log conditioned hote hain apne apne khayalon mein.</w:t>
      </w:r>
    </w:p>
    <w:p>
      <w:pPr>
        <w:jc w:val="right"/>
      </w:pPr>
      <w:r>
        <w:t>میں سمجھتا ہوں کہ لوگوں کے اندر سب سے بڑی جو کمی ہوتی ہے، وہ سبجیکٹیوٹی ہوتی ہے۔ سب سے بڑی کمی جو ہوتی ہے، لوگ کنڈیشنڈ ہوتے ہیں اپنے اپنے خیالات میں۔</w:t>
      </w:r>
    </w:p>
    <w:p>
      <w:r>
        <w:rPr>
          <w:b/>
        </w:rPr>
        <w:t xml:space="preserve">[2:02:23] </w:t>
      </w:r>
      <w:r>
        <w:t>isi ke andar sochte hain, isi ke andar rai banate hain. saare log one to all logon ka haal main ne dekhta hoon ke woh conditioning se bahar nahin aate apni.</w:t>
      </w:r>
    </w:p>
    <w:p>
      <w:pPr>
        <w:jc w:val="right"/>
      </w:pPr>
      <w:r>
        <w:t>اسی کے اندر سوچتے ہیں، اسی کے اندر رائے بناتے ہیں۔ سارے لوگ ون ٹو ال لوگوں کا حال میں نے دیکھتا ہوں کہ وہ کنڈیشننگ سے باہر نہیں آتے اپنی۔</w:t>
      </w:r>
    </w:p>
    <w:p>
      <w:r>
        <w:rPr>
          <w:b/>
        </w:rPr>
        <w:t xml:space="preserve">[2:02:36] </w:t>
      </w:r>
      <w:r>
        <w:t>to wisdom kahan se milegi in ko</w:t>
      </w:r>
    </w:p>
    <w:p>
      <w:pPr>
        <w:jc w:val="right"/>
      </w:pPr>
      <w:r>
        <w:t>تو وزڈم کہاں سے ملے گی ان کو</w:t>
      </w:r>
    </w:p>
    <w:p>
      <w:r>
        <w:rPr>
          <w:b/>
        </w:rPr>
        <w:t xml:space="preserve">[2:02:38] </w:t>
      </w:r>
      <w:r>
        <w:t>? sab se pehli shart yeh hai ke aadmi apne ko decondition kare, apni mind ki re engineering kare.</w:t>
      </w:r>
    </w:p>
    <w:p>
      <w:pPr>
        <w:jc w:val="right"/>
      </w:pPr>
      <w:r>
        <w:t>؟ سب سے پہلی شرط یہ ہے کہ آدمی اپنے کو ڈی کنڈیشن کرے، اپنی مائنڈ کی ری انجینئرنگ کرے۔</w:t>
      </w:r>
    </w:p>
    <w:p>
      <w:r>
        <w:rPr>
          <w:b/>
        </w:rPr>
        <w:t xml:space="preserve">[2:02:47] </w:t>
      </w:r>
      <w:r>
        <w:t>yani apne ko subjectivity se nikal kar ke objective thinker bane. isi liye main kaha karta hoon ke wisdom ko achieve karne ka jo process hai, woh shuru hota hai yeh kehne se ke "I was wrong, I was wrong."</w:t>
      </w:r>
    </w:p>
    <w:p>
      <w:pPr>
        <w:jc w:val="right"/>
      </w:pPr>
      <w:r>
        <w:t>یعنی اپنے کو سبجیکٹیوٹی سے نکال کر کے ابجیکٹو تھنکر بنے۔ اسی لیے میں کہا کرتا ہوں کہ وزڈم کو اچیو کرنے کا جو پراسیس ہے، وہ شروع ہوتا ہے یہ کہنے سے کہ "آئی واز رونگ، آئی واز رونگ۔"</w:t>
      </w:r>
    </w:p>
    <w:p>
      <w:r>
        <w:rPr>
          <w:b/>
        </w:rPr>
        <w:t xml:space="preserve">[2:03:04] </w:t>
      </w:r>
      <w:r>
        <w:t>jab tak aadmi ke andar yeh courage na ho ke woh apne peeche ki galti ko maane, tab tak aage ki is ki ladni bhi ruki rahegi.</w:t>
      </w:r>
    </w:p>
    <w:p>
      <w:pPr>
        <w:jc w:val="right"/>
      </w:pPr>
      <w:r>
        <w:t>جب تک آدمی کے اندر یہ کرج نہ ہو کہ وہ اپنے پیچھے کی غلطی کو مانے، تب تک آگے کی اس کی لڑنی بھی رکی رہے گی۔</w:t>
      </w:r>
    </w:p>
    <w:p>
      <w:r>
        <w:rPr>
          <w:b/>
        </w:rPr>
        <w:t xml:space="preserve">[2:03:15] </w:t>
      </w:r>
      <w:r>
        <w:t>das question is from mariya sahiba. she has asked: "why does degeneration creeps into religion?"</w:t>
      </w:r>
    </w:p>
    <w:p>
      <w:pPr>
        <w:jc w:val="right"/>
      </w:pPr>
      <w:r>
        <w:t>دس کوئسچن از فرام ماریہ صاحبہ۔ شی ہیز اسکڈ: "وائی ڈز ڈی جنریشن کریپس انٹو ریلیجن؟"</w:t>
      </w:r>
    </w:p>
    <w:p>
      <w:r>
        <w:rPr>
          <w:b/>
        </w:rPr>
        <w:t xml:space="preserve">[2:03:25] </w:t>
      </w:r>
      <w:r>
        <w:t>nahin, degeneration koi mazhabi ki baat nahin hai. har jagah hota hai, political partiyon mein hota hai. aap dekh lijie kisi bhi political party ko,</w:t>
      </w:r>
    </w:p>
    <w:p>
      <w:pPr>
        <w:jc w:val="right"/>
      </w:pPr>
      <w:r>
        <w:t>نہیں، ڈی جنریشن کوئی مذہبی کی بات نہیں ہے۔ ہر جگہ ہوتا ہے، پولیٹیکل پارٹیوں میں ہوتا ہے۔ آپ دیکھ لیجئے کسی بھی پولیٹیکل پارٹی کو،</w:t>
      </w:r>
    </w:p>
    <w:p>
      <w:r>
        <w:rPr>
          <w:b/>
        </w:rPr>
        <w:t xml:space="preserve">[2:03:35] </w:t>
      </w:r>
      <w:r>
        <w:t>india mein misaal ke taur par congress ke logon mein jo spirit thi 47 se pehle, woh aaj nahin hai. sab partiyon mein degeneration is a part of nature, part of religion nahin hai.</w:t>
      </w:r>
    </w:p>
    <w:p>
      <w:pPr>
        <w:jc w:val="right"/>
      </w:pPr>
      <w:r>
        <w:t>انڈیا میں مثال کے طور پر کانگریس کے لوگوں میں جو سپرٹ تھی 47 سے پہلے، وہ آج نہیں ہے۔ سب پارٹیوں میں ڈی جنریشن از اے پارٹ اف نیچر، پارٹ اف ریلیجن نہیں ہے۔</w:t>
      </w:r>
    </w:p>
    <w:p>
      <w:r>
        <w:rPr>
          <w:b/>
        </w:rPr>
        <w:t xml:space="preserve">[2:03:47] </w:t>
      </w:r>
      <w:r>
        <w:t>woh chahe secular party ho, religious party ho, secular group ho, religious group ho, hamesha woh degeneration ka shikar hoga.</w:t>
      </w:r>
    </w:p>
    <w:p>
      <w:pPr>
        <w:jc w:val="right"/>
      </w:pPr>
      <w:r>
        <w:t>وہ چاہے سیکولر پارٹی ہو، ریلیجیس پارٹی ہو، سیکولر گروپ ہو، ریلیجیس گروپ ہو، ہمیشہ وہ ڈی جنریشن کا شکار ہوگا۔</w:t>
      </w:r>
    </w:p>
    <w:p>
      <w:r>
        <w:rPr>
          <w:b/>
        </w:rPr>
        <w:t xml:space="preserve">[2:03:58] </w:t>
      </w:r>
      <w:r>
        <w:t>to is ka is ki surat yeh hai ke aadmi apne ko phir se regenerate kare, apne soch samajh ko badhaye, apni study ko badhaye.</w:t>
      </w:r>
    </w:p>
    <w:p>
      <w:pPr>
        <w:jc w:val="right"/>
      </w:pPr>
      <w:r>
        <w:t>تو اس کا اس کی صورت یہ ہے کہ آدمی اپنے کو پھر سے ری جنریٹ کرے، اپنے سوچ سمجھ کو بڑھائے، اپنی اسٹڈی کو بڑھائے۔</w:t>
      </w:r>
    </w:p>
    <w:p>
      <w:r>
        <w:rPr>
          <w:b/>
        </w:rPr>
        <w:t xml:space="preserve">[2:04:08] </w:t>
      </w:r>
      <w:r>
        <w:t>aur sab se zaroori cheez hai ke anti self thinking laye apne andar. anti self thinking ke baghair main samajhta hoon ke aage ka aaghaz nahin ho sakta.</w:t>
      </w:r>
    </w:p>
    <w:p>
      <w:pPr>
        <w:jc w:val="right"/>
      </w:pPr>
      <w:r>
        <w:t>اور سب سے ضروری چیز ہے کہ اینٹی سیلف تھنکنگ لائے اپنے اندر۔ اینٹی سیلف تھنکنگ کے بغیر میں سمجھتا ہوں کہ آگے کا آغاز نہیں ہو سکتا۔</w:t>
      </w:r>
    </w:p>
    <w:p>
      <w:r>
        <w:rPr>
          <w:b/>
        </w:rPr>
        <w:t xml:space="preserve">[2:04:21] </w:t>
      </w:r>
      <w:r>
        <w:t>yeh sab se, yani Nietzsche ne kaha tha ke self thinking sab se b</w:t>
      </w:r>
    </w:p>
    <w:p>
      <w:pPr>
        <w:jc w:val="right"/>
      </w:pPr>
      <w:r>
        <w:t>یہ سب سے، یعنی نٹسے نے کہا تھا کہ سیلف تھنکنگ سب سے ب</w:t>
      </w:r>
    </w:p>
    <w:p>
      <w:r>
        <w:rPr>
          <w:b/>
        </w:rPr>
        <w:t xml:space="preserve">[2:04:27] </w:t>
      </w:r>
      <w:r>
        <w:t>adi cheez hai. main samajhta hoon ke Nietzsche ki galti thi. yeh self thinking sab se bari cheez nahin hai. anti self thinking sab se bari cheez hai, apne khilaf sochna.</w:t>
      </w:r>
    </w:p>
    <w:p>
      <w:pPr>
        <w:jc w:val="right"/>
      </w:pPr>
      <w:r>
        <w:t>ڑی چیز ہے۔ میں سمجھتا ہوں کہ انسٹری غلطی تھی۔ یہ سیلف تھنکنگ سب سے بڑی چیز نہیں ہے۔ اینٹی سیلف تھنکنگ سب سے بڑی چیز ہے، اپنے خلاف سوچنا۔</w:t>
      </w:r>
    </w:p>
    <w:p>
      <w:r>
        <w:rPr>
          <w:b/>
        </w:rPr>
        <w:t xml:space="preserve">[2:04:37] </w:t>
      </w:r>
      <w:r>
        <w:t>jo log apne khilaf na soch sakein, un ke andar main samajhta hoon ke koi, yani intellectual development ka koi aaghaz nahin ho sakta hai.</w:t>
      </w:r>
    </w:p>
    <w:p>
      <w:pPr>
        <w:jc w:val="right"/>
      </w:pPr>
      <w:r>
        <w:t>جو لوگ اپنے خلاف نہ سوچ سکیں، ان کے اندر میں سمجھتا ہوں کہ کوئی، یعنی انٹلیکچول ڈیولپمنٹ کا کوئی آغاز نہیں ہو سکتا ہے۔</w:t>
      </w:r>
    </w:p>
    <w:p>
      <w:r>
        <w:rPr>
          <w:b/>
        </w:rPr>
        <w:t xml:space="preserve">[2:04:51] </w:t>
      </w:r>
      <w:r>
        <w:t>maulana sahib, yeh sawal chunke khatm ho chuka hai, meri taraf se hai, aur main aap se yeh janna chahunga ke jaisa ke hum abhi dekhte hain, tablighi jamaat ko agar hum dekhte hain to wahan zyada tar zor ibadat pe hai aur sunnaton pe hai, aur jin se zyada se zyada sawab ho sake.</w:t>
      </w:r>
    </w:p>
    <w:p>
      <w:pPr>
        <w:jc w:val="right"/>
      </w:pPr>
      <w:r>
        <w:t>مولانا صاحب، یہ سوال چونکہ ختم ہو چکا ہے، میری طرف سے ہے، اور میں آپ سے یہ جاننا چاہوں گا کہ جیسا کہ ہم ابھی دیکھتے ہیں، تبلیغی جماعت کو اگر ہم دیکھتے ہیں تو وہاں زیادہ تر زور عبادت پہ ہے اور سنتوں پہ ہے، اور جن سے زیادہ سے زیادہ ثواب ہو سکے۔</w:t>
      </w:r>
    </w:p>
    <w:p>
      <w:r>
        <w:rPr>
          <w:b/>
        </w:rPr>
        <w:t xml:space="preserve">[2:05:09] </w:t>
      </w:r>
      <w:r>
        <w:t>barelvi jamaaton ko dekhte hain to woh mazaar pe jaate hain aur is tarah ki cheezein karte hain. deobandi jamaat hai to un ke apne afkaar hain aur un ke kaam karne ke dh</w:t>
      </w:r>
    </w:p>
    <w:p>
      <w:pPr>
        <w:jc w:val="right"/>
      </w:pPr>
      <w:r>
        <w:t>بریلوی جماعتوں کو دیکھتے ہیں تو وہ مزار پہ جاتے ہیں اور اس طرح کی چیزیں کرتے ہیں۔ دیوبندی جماعت ہے تو ان کے اپنے افکار ہیں اور ان کے کام کرنے کے ڈھ</w:t>
      </w:r>
    </w:p>
    <w:p>
      <w:r>
        <w:rPr>
          <w:b/>
        </w:rPr>
        <w:t xml:space="preserve">[2:05:19] </w:t>
      </w:r>
      <w:r>
        <w:t>ng hain. jamaat islami siyasat pe zyada zor deti hai, aur jab madarson ko hum dekhte hain hindustan mein aur bhi, aur pakistan mein aur is subcontinent mein to wahan zyada zor technicalities pe diya jaata hai ke quran shareef ko kis tarah se parhna hai, qiraat kis tarah se karni hai.</w:t>
      </w:r>
    </w:p>
    <w:p>
      <w:pPr>
        <w:jc w:val="right"/>
      </w:pPr>
      <w:r>
        <w:t>نگ ہیں۔ جماعت اسلامی سیاست پہ زیادہ زور دیتی ہے، اور جب مدرسوں کو ہم دیکھتے ہیں ہندوستان میں اور بھی، اور پاکستان میں اور اس سب کانٹیننٹ میں تو وہاں زیادہ زور ٹیکنیکلیٹیز پہ دیا جاتا ہے کہ قرآن شریف کو کس طرح سے پڑھنا ہے، قرأت کس طرح سے کرنی ہے۔</w:t>
      </w:r>
    </w:p>
    <w:p>
      <w:r>
        <w:rPr>
          <w:b/>
        </w:rPr>
        <w:t xml:space="preserve">[2:05:35] </w:t>
      </w:r>
      <w:r>
        <w:t>hadees hai to us ki technicalities kya hain? aap ne is se pehle fiqh ke bare mein refer bhi kiya tha, dar-ul-aman, dar-ul-harb aur dar-ul-kufar ke bare mein, aur bohat achhi tarah se aap ne explain kiya ke yeh sab galat concept hain.</w:t>
      </w:r>
    </w:p>
    <w:p>
      <w:pPr>
        <w:jc w:val="right"/>
      </w:pPr>
      <w:r>
        <w:t>حدیث ہے تو اس کی ٹیکنیکلیٹیز کیا ہیں؟ آپ نے اس سے پہلے فقہ کے بارے میں ریفر بھی کیا تھا، دارالامن، دارالحرب اور دارالکفر کے بارے میں، اور بہت اچھی طرح سے آپ نے ایکسپلین کیا کہ یہ سب غلط کانسیپٹ ہیں۔</w:t>
      </w:r>
    </w:p>
    <w:p>
      <w:r>
        <w:rPr>
          <w:b/>
        </w:rPr>
        <w:t xml:space="preserve">[2:05:48] </w:t>
      </w:r>
      <w:r>
        <w:t>mein mein aap se yeh poochna chahunga, maulana sahib, ke in madarson mein jab is tarah ki parhai hoti hai, jahan ke real sunnaton pe, real islamic spirit pe dhyan na de kar ke woh ek technical maulana ya ulmae deen paida karte hain, to hum kis tarah se real islam ke spirit ko apne andar jagayen aur musalmanon mein jagayen?</w:t>
      </w:r>
    </w:p>
    <w:p>
      <w:pPr>
        <w:jc w:val="right"/>
      </w:pPr>
      <w:r>
        <w:t>میں میں آپ سے یہ پوچھنا چاہوں گا، مولانا صاحب، کہ ان مدرسوں میں جب اس طرح کی پڑھائی ہوتی ہے، جہاں کہ ریئل سنتوں پہ، ریئل اسلامک سپرٹ پہ دھیان نہ دے کر کے وہ ایک ٹیکنیکل مولانا یا علمائے دین پیدا کرتے ہیں، تو ہم کس طرح سے ریئل اسلام کے سپرٹ کو اپنے اندر جگائیں اور مسلمانوں میں جگائیں؟</w:t>
      </w:r>
    </w:p>
    <w:p>
      <w:r>
        <w:rPr>
          <w:b/>
        </w:rPr>
        <w:t xml:space="preserve">[2:06:08] </w:t>
      </w:r>
      <w:r>
        <w:t>aur is ke liye hamein kya madarson mein kuch badlav ki zaroorat hogi ya is thinking ko badalne ki zaroorat hogi? kya karna hoga?</w:t>
      </w:r>
    </w:p>
    <w:p>
      <w:pPr>
        <w:jc w:val="right"/>
      </w:pPr>
      <w:r>
        <w:t>اور اس کے لیے ہمیں کیا مدرسوں میں کچھ بدلاؤ کی ضرورت ہوگی یا اس تھنکنگ کو بدلنے کی ضرورت ہوگی؟ کیا کرنا ہوگا؟</w:t>
      </w:r>
    </w:p>
    <w:p>
      <w:r>
        <w:rPr>
          <w:b/>
        </w:rPr>
        <w:t xml:space="preserve">[2:06:17] </w:t>
      </w:r>
      <w:r>
        <w:t>dekhiye, madarse kitne hi ideal tareeqe se kaam kar rahe hon, situation badlegi nahin. kyun? quran mein hai ke "walabasna alaihim ma yalbasun".</w:t>
      </w:r>
    </w:p>
    <w:p>
      <w:pPr>
        <w:jc w:val="right"/>
      </w:pPr>
      <w:r>
        <w:t>دیکھیے، مدرسے کتنے ہی آئیڈیل طریقے سے کام کر رہے ہوں، سچوئیشن بدلے گی نہیں۔ کیوں؟ قرآن میں ہے کہ "ولبسنا علیہم ما یلبسون"۔</w:t>
      </w:r>
    </w:p>
    <w:p>
      <w:r>
        <w:rPr>
          <w:b/>
        </w:rPr>
        <w:t xml:space="preserve">[2:06:29] </w:t>
      </w:r>
      <w:r>
        <w:t>khuda hamesha cheezon mein element of doubt rakhega, chahe kitne hi ideal madarse hon, lekin elements of doubt khatm nahin honge. aap jante hain ke paighambaron ke sath paighambar to ideal tha, tab bhi logon ko shafa'at lagay rehte the, aur woh log maan nahin sake rasool Allah ko, paighambaron ko maan nahin sake.</w:t>
      </w:r>
    </w:p>
    <w:p>
      <w:pPr>
        <w:jc w:val="right"/>
      </w:pPr>
      <w:r>
        <w:t>خدا ہمیشہ چیزوں میں ایلیمنٹ آف ڈاؤٹ رکھے گا، چاہے کتنے ہی آئیڈیل مدرسے ہوں، لیکن ایلیمنٹس آف ڈاؤٹ ختم نہیں ہوں گے۔ آپ جانتے ہیں کہ پیغمبروں کے ساتھ پیغمبر تو آئیڈیل تھا، تب بھی لوگوں کو شفاعت لگے رہتے تھے، اور وہ لوگ مان نہیں سکے رسول اللہ کو، پیغمبروں کو مان نہیں سکے۔</w:t>
      </w:r>
    </w:p>
    <w:p>
      <w:r>
        <w:rPr>
          <w:b/>
        </w:rPr>
        <w:t xml:space="preserve">[2:06:47] </w:t>
      </w:r>
      <w:r>
        <w:t>to asal masla madarse ke functioning ka nahin hai, asal masla khuda ke qanoon ka hai ke logon, yeh jo ayat hai quran majeed ki, to aisa tha ke wahan par logon ne kaha ke khuda ko agar yeh tha ke woh hamare paas apni guardians bheje to insan ke roop mein kyun bheja?</w:t>
      </w:r>
    </w:p>
    <w:p>
      <w:pPr>
        <w:jc w:val="right"/>
      </w:pPr>
      <w:r>
        <w:t>تو اصل مسئلہ مدرسے کے فنکشننگ کا نہیں ہے، اصل مسئلہ خدا کے قانون کا ہے کہ لوگوں، یہ جو آیت ہے قرآن مجید کی، تو ایسا تھا کہ وہاں پر لوگوں نے کہا کہ خدا کو اگر یہ تھا کہ وہ ہمارے پاس اپنی گارڈینز بھیجے تو انسان کے روپ میں کیوں بھیجا؟</w:t>
      </w:r>
    </w:p>
    <w:p>
      <w:r>
        <w:rPr>
          <w:b/>
        </w:rPr>
        <w:t xml:space="preserve">[2:07:09] </w:t>
      </w:r>
      <w:r>
        <w:t>jo bazaron mein chalta hai aur khana khata hai hamari taraf se, us ko bhookh bhi lagti hai, pyaas bhi lagti hai, to aisa insan ke roop mein kyun bheja us ne? woh woh angel bhej deta taake hamein shakk na rehta ke yeh khuda ki taraf se hai.</w:t>
      </w:r>
    </w:p>
    <w:p>
      <w:pPr>
        <w:jc w:val="right"/>
      </w:pPr>
      <w:r>
        <w:t>جو بازاروں میں چلتا ہے اور کھانا کھاتا ہے ہماری طرف سے، اس کو بھوک بھی لگتی ہے، پیاس بھی لگتی ہے، تو ایسا انسان کے روپ میں کیوں بھیجا اس نے؟ وہ وہ اینجل بھیج دیتا تاکہ ہمیں شک نہ رہتا کہ یہ خدا کی طرف سے ہے۔</w:t>
      </w:r>
    </w:p>
    <w:p>
      <w:r>
        <w:rPr>
          <w:b/>
        </w:rPr>
        <w:t xml:space="preserve">[2:07:22] </w:t>
      </w:r>
      <w:r>
        <w:t>ab insani paighambar to hamein shakk hota hai ke hai ke nahin hai khuda ki taraf se. to angel aata to hum samajh lete ke yahi hoga khuda ki taraf se.</w:t>
      </w:r>
    </w:p>
    <w:p>
      <w:pPr>
        <w:jc w:val="right"/>
      </w:pPr>
      <w:r>
        <w:t>اب انسانی پیغمبر تو ہمیں شک ہوتا ہے کہ ہے کہ نہیں ہے خدا کی طرف سے۔ تو اینجل آتا تو ہم سمجھ لیتے کہ یہی ہوگا خدا کی طرف سے۔</w:t>
      </w:r>
    </w:p>
    <w:p>
      <w:r>
        <w:rPr>
          <w:b/>
        </w:rPr>
        <w:t xml:space="preserve">[2:07:33] </w:t>
      </w:r>
      <w:r>
        <w:t>to khuda ne kaha ke aisa kabhi bhi nahin ho sakta, yahan tak ke agar hum farishta bhejein, tab bhi woh insan ban kar aayenge taake shubah ka element baqi rahe, "walabasna alaihim ma yalbasun" ke phir bhi element of doubt baqi rahe.</w:t>
      </w:r>
    </w:p>
    <w:p>
      <w:pPr>
        <w:jc w:val="right"/>
      </w:pPr>
      <w:r>
        <w:t>تو خدا نے کہا کہ ایسا کبھی بھی نہیں ہو سکتا، یہاں تک کہ اگر ہم فرشتہ بھیجیں، تب بھی وہ انسان بن کر آئیں گے تاکہ شبہ کا ایلیمنٹ باقی رہے، "ولبسنا علیہم ما یلبسون" کہ پھر بھی ایلیمنٹ آف ڈاؤٹ باقی رہے۔</w:t>
      </w:r>
    </w:p>
    <w:p>
      <w:r>
        <w:rPr>
          <w:b/>
        </w:rPr>
        <w:t xml:space="preserve">[2:07:51] </w:t>
      </w:r>
      <w:r>
        <w:t>aap sochiye ke agar farishta duniya mein aaye paighambar ban kar, tab bhi khuda element of doubt ko khatm karne wala nahin hai. to yeh yeh to yahi to test hai.</w:t>
      </w:r>
    </w:p>
    <w:p>
      <w:pPr>
        <w:jc w:val="right"/>
      </w:pPr>
      <w:r>
        <w:t>آپ سوچیے کہ اگر فرشتہ دنیا میں آئے پیغمبر بن کر، تب بھی خدا ایلیمنٹ آف ڈاؤٹ کو ختم کرنے والا نہیں ہے۔ تو یہ یہ تو یہی تو ٹیسٹ ہے۔</w:t>
      </w:r>
    </w:p>
    <w:p>
      <w:r>
        <w:rPr>
          <w:b/>
        </w:rPr>
        <w:t xml:space="preserve">[2:08:01] </w:t>
      </w:r>
      <w:r>
        <w:t>kisi doosre ko aap kahein ke bohat achha function kar rahi hon, masjidain bohat achha function kar rahe hain, madarse, tab bhi element of doubt baqi rahega. kyunke agar woh na rahe to test hi nahin ho sakta hai.</w:t>
      </w:r>
    </w:p>
    <w:p>
      <w:pPr>
        <w:jc w:val="right"/>
      </w:pPr>
      <w:r>
        <w:t>کسی دوسرے کو آپ کہیں کہ بہت اچھا فنکشن کر رہی ہوں، مسجدیں بہت اچھا فنکشن کر رہے ہیں، مدرسے، تب بھی ایلیمنٹ آف ڈاؤٹ باقی رہے گا۔ کیونکہ اگر وہ نہ رہے تو ٹیسٹ ہی نہیں ہو سکتا ہے۔</w:t>
      </w:r>
    </w:p>
    <w:p>
      <w:r>
        <w:rPr>
          <w:b/>
        </w:rPr>
        <w:t xml:space="preserve">[2:08:13] </w:t>
      </w:r>
      <w:r>
        <w:t>test ke liye hamesha khuda is cheez ko baqi rakhega ke kahin na kahin aap ko shubah ho. to</w:t>
      </w:r>
    </w:p>
    <w:p>
      <w:pPr>
        <w:jc w:val="right"/>
      </w:pPr>
      <w:r>
        <w:t>ٹیسٹ کے لیے ہمیشہ خدا اس چیز کو باقی رکھے گا کہ کہیں نہ کہیں آپ کو شبہ ہو۔ تو</w:t>
      </w:r>
    </w:p>
    <w:p>
      <w:r>
        <w:rPr>
          <w:b/>
        </w:rPr>
        <w:t xml:space="preserve">[2:08:19] </w:t>
      </w:r>
      <w:r>
        <w:t>aap yeh na sochiye ke doosre jo institutions hain, woh kaisa kaam kar rahe hain. apne mind ki re-engineering kijiye, apne aap ko is qabil banaiye ke aap parde ko phaad sakein, jo element of doubt hai, us ko tod kar ke sachai ko direct dekh sakein.</w:t>
      </w:r>
    </w:p>
    <w:p>
      <w:pPr>
        <w:jc w:val="right"/>
      </w:pPr>
      <w:r>
        <w:t>آپ یہ نہ سوچیے کہ دوسرے جو انسٹیٹیوشنز ہیں، وہ کیسا کام کر رہے ہیں۔ اپنے مائنڈ کی ری انجینئرنگ کیجئے، اپنے آپ کو اس قابل بنائیے کہ آپ پردے کو پھاڑ سکیں، جو ایلیمنٹ آف ڈاؤٹ ہے، اس کو توڑ کر کے سچائی کو ڈائریکٹ دیکھ سکیں۔</w:t>
      </w:r>
    </w:p>
    <w:p>
      <w:r>
        <w:rPr>
          <w:b/>
        </w:rPr>
        <w:t xml:space="preserve">[2:08:34] </w:t>
      </w:r>
      <w:r>
        <w:t>to kya apne introspection ki baat hai, doosron ki islaah ki baat nahin hai? yeh kabhi bhi yaad rakhiye ke koi bhi ideal situation aa jaye, tab bhi element of doubt kh</w:t>
      </w:r>
    </w:p>
    <w:p>
      <w:pPr>
        <w:jc w:val="right"/>
      </w:pPr>
      <w:r>
        <w:t>تو کیا اپنے انٹروسپیکشن کی بات ہے، دوسروں کی اصلاح کی بات نہیں ہے؟ یہ کبھی بھی یاد رکھیے کہ کوئی بھی آئیڈیل سچوئیشن آ جائے، تب بھی ایلیمنٹ آف ڈاؤٹ خ</w:t>
      </w:r>
    </w:p>
    <w:p>
      <w:r>
        <w:rPr>
          <w:b/>
        </w:rPr>
        <w:t xml:space="preserve">[2:08:45] </w:t>
      </w:r>
      <w:r>
        <w:t>atm nahin hoga. to wahi to test hai, wahi to test hai. is wajah se aksar log yahi baatein karte hain ke ulma to aisa karte hain, madarse to aisa karte hain.</w:t>
      </w:r>
    </w:p>
    <w:p>
      <w:pPr>
        <w:jc w:val="right"/>
      </w:pPr>
      <w:r>
        <w:t>تم نہیں ہوگا۔ تو وہی تو ٹیسٹ ہے، وہی تو ٹیسٹ ہے۔ اس وجہ سے اکثر لوگ یہی باتیں کرتے ہیں کہ علماء تو ایسا کرتے ہیں، مدرسے تو ایسا کرتے ہیں۔</w:t>
      </w:r>
    </w:p>
    <w:p>
      <w:r>
        <w:rPr>
          <w:b/>
        </w:rPr>
        <w:t xml:space="preserve">[2:08:56] </w:t>
      </w:r>
      <w:r>
        <w:t>mein kehta hoon ke bilkul perfection un ke haan ho, tab bhi element of doubt khatm nahin hoga. to agar woh khatm ho jaye to qayamat aa jayegi.</w:t>
      </w:r>
    </w:p>
    <w:p>
      <w:pPr>
        <w:jc w:val="right"/>
      </w:pPr>
      <w:r>
        <w:t>میں کہتا ہوں کہ بالکل پرفیکشن ان کے ہاں ہو، تب بھی ایلیمنٹ آف ڈاؤٹ ختم نہیں ہوگا۔ تو اگر وہ ختم ہو جائے تو قیامت آ جائے گی۔</w:t>
      </w:r>
    </w:p>
    <w:p>
      <w:r>
        <w:rPr>
          <w:b/>
        </w:rPr>
        <w:t xml:space="preserve">[2:09:05] </w:t>
      </w:r>
      <w:r>
        <w:t>agar duniya mein doubt na rahe, agar duniya mein shubhat na rahein to maine is se pehle kaha tha ke khuda ne jo duniya banai hai, us mein discovery method rakha hai.</w:t>
      </w:r>
    </w:p>
    <w:p>
      <w:pPr>
        <w:jc w:val="right"/>
      </w:pPr>
      <w:r>
        <w:t>اگر دنیا میں ڈاؤٹ نہ رہے، اگر دنیا میں شبہات نہ رہیں تو میں نے اس سے پہلے کہا تھا کہ خدا نے جو دنیا بنائی ہے، اس میں ڈسکوری میتھڈ رکھا ہے۔</w:t>
      </w:r>
    </w:p>
    <w:p>
      <w:r>
        <w:rPr>
          <w:b/>
        </w:rPr>
        <w:t xml:space="preserve">[2:09:19] </w:t>
      </w:r>
      <w:r>
        <w:t>jis tarah education mein aap jante hain, ek tareeqa yeh hai ke maslan oont hai, woh us ko 20 tukde banaye gaye. us ke oont ke</w:t>
      </w:r>
    </w:p>
    <w:p>
      <w:pPr>
        <w:jc w:val="right"/>
      </w:pPr>
      <w:r>
        <w:t>جس طرح ایجوکیشن میں آپ جانتے ہیں، ایک طریقہ یہ ہے کہ مثلاً اونٹ ہے، وہ اس کو بیس ٹکڑے بنائے گئے۔ اس کے اونٹ کے</w:t>
      </w:r>
    </w:p>
    <w:p>
      <w:r>
        <w:rPr>
          <w:b/>
        </w:rPr>
        <w:t xml:space="preserve">[2:09:27] </w:t>
      </w:r>
      <w:r>
        <w:t>ek tukda haath, ek tukda, ek tukda us ke tel, us ka ek tukda, yeh ek tukda, woh us ko bikhair dega. aur aur talib ilm se kaha jata hai ke is ko jod kar oont banao.</w:t>
      </w:r>
    </w:p>
    <w:p>
      <w:pPr>
        <w:jc w:val="right"/>
      </w:pPr>
      <w:r>
        <w:t>ایک ٹکڑا ہاتھ، ایک ٹکڑا، ایک ٹکڑا اس کے تیل، اس کا ایک ٹکڑا، یہ ایک ٹکڑا، وہ اس کو بکھیر دیے گا۔ اور اور طالب علم سے کہا جاتا ہے کہ اس کو جوڑ کر اونٹ بناؤ۔</w:t>
      </w:r>
    </w:p>
    <w:p>
      <w:r>
        <w:rPr>
          <w:b/>
        </w:rPr>
        <w:t xml:space="preserve">[2:09:39] </w:t>
      </w:r>
      <w:r>
        <w:t>to hai discovery method. khuda ne sachai ko paane ke liye bhi yahi discovery method duniya mein rakha hai. yaani haqiqatein bikhri rahengi, haqiqaton ka parda pada rahega, haqiqatein ka ek jangla hoga aap ke samne, aur dhoond dhoond ke nikal</w:t>
      </w:r>
    </w:p>
    <w:p>
      <w:pPr>
        <w:jc w:val="right"/>
      </w:pPr>
      <w:r>
        <w:t>تو ہے ڈسکوری میتھڈ۔ خدا نے سچائی کو پانے کے لیے بھی یہی ڈسکوری میتھڈ دنیا میں رکھا ہے۔ یعنی حقیقتیں بکھری رہیں گی، حقیقتوں کا پردہ پڑا رہے گا، حقیقتیں کا ایک جنگل ہوگا آپ کے سامنے، اور ڈھونڈ ڈھونڈ کے نکال</w:t>
      </w:r>
    </w:p>
    <w:p>
      <w:r>
        <w:rPr>
          <w:b/>
        </w:rPr>
        <w:t xml:space="preserve">[2:09:54] </w:t>
      </w:r>
      <w:r>
        <w:t>na padega. aisa kabhi nahin ho sakta ke haqiqatein jo hain, bilkul naked roop mein aap ke samne aa jayein. yeh khuda ka qanoon hai aur yeh khuda ka yeh sunnat hai.</w:t>
      </w:r>
    </w:p>
    <w:p>
      <w:pPr>
        <w:jc w:val="right"/>
      </w:pPr>
      <w:r>
        <w:t>نا پڑے گا۔ ایسا کبھی نہیں ہو سکتا کہ حقیقتیں جو ہیں، بالکل نیکڈ روپ میں آپ کے سامنے آ جائیں۔ یہ خدا کا قانون ہے اور یہ خدا کا یہ سنت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