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Role of Islam in Personality Development March 13, 2011</w:t>
      </w:r>
    </w:p>
    <w:p>
      <w:r>
        <w:t>https://youtu.be/jQP07IZoEy0</w:t>
      </w:r>
    </w:p>
    <w:p>
      <w:r>
        <w:rPr>
          <w:b/>
        </w:rPr>
        <w:t xml:space="preserve">[00:37] </w:t>
      </w:r>
      <w:r>
        <w:t>aaj ke liye jo title hai woh hai "darool of islam in personality development".</w:t>
      </w:r>
    </w:p>
    <w:p>
      <w:pPr>
        <w:jc w:val="right"/>
      </w:pPr>
      <w:r>
        <w:t>آجکےلیے جو ٹائٹلہے وہہے "دارولآف اسلام ان پرسنیلٹیڈیولپمنٹ"۔</w:t>
      </w:r>
    </w:p>
    <w:p>
      <w:r>
        <w:rPr>
          <w:b/>
        </w:rPr>
        <w:t xml:space="preserve">[00:51] </w:t>
      </w:r>
      <w:r>
        <w:t>idhar pichhle sau saal se</w:t>
      </w:r>
    </w:p>
    <w:p>
      <w:pPr>
        <w:jc w:val="right"/>
      </w:pPr>
      <w:r>
        <w:t>ادھرپچھلےسو سالسے</w:t>
      </w:r>
    </w:p>
    <w:p>
      <w:r>
        <w:rPr>
          <w:b/>
        </w:rPr>
        <w:t xml:space="preserve">[00:56] </w:t>
      </w:r>
      <w:r>
        <w:t>insaan ki soch mein ek bahut bada</w:t>
      </w:r>
    </w:p>
    <w:p>
      <w:pPr>
        <w:jc w:val="right"/>
      </w:pPr>
      <w:r>
        <w:t>انسان کیسوچمیں ایک بہت بڑا</w:t>
      </w:r>
    </w:p>
    <w:p>
      <w:r>
        <w:rPr>
          <w:b/>
        </w:rPr>
        <w:t xml:space="preserve">[01:02] </w:t>
      </w:r>
      <w:r>
        <w:t>badlao aaya hai.</w:t>
      </w:r>
    </w:p>
    <w:p>
      <w:pPr>
        <w:jc w:val="right"/>
      </w:pPr>
      <w:r>
        <w:t>بد لاؤآیاہے۔</w:t>
      </w:r>
    </w:p>
    <w:p>
      <w:r>
        <w:rPr>
          <w:b/>
        </w:rPr>
        <w:t xml:space="preserve">[01:04] </w:t>
      </w:r>
      <w:r>
        <w:t>yeh badlao positive nahin tha, negative tha, lekin chha gaya logon ke upar. woh wohi musalmanon mein bhi chhaaya hua hai.</w:t>
      </w:r>
    </w:p>
    <w:p>
      <w:pPr>
        <w:jc w:val="right"/>
      </w:pPr>
      <w:r>
        <w:t>یہ بد لاؤ پازیٹیونہیںتھا،نیگیٹیوتھا، لیکن چھاگیا لوگوںکےاوپر۔وہ وہیمسلمانوںمیںبھیچھایاہواہے۔</w:t>
      </w:r>
    </w:p>
    <w:p>
      <w:r>
        <w:rPr>
          <w:b/>
        </w:rPr>
        <w:t xml:space="preserve">[01:16] </w:t>
      </w:r>
      <w:r>
        <w:t>aap jaante hain keh din musalmanon mein article chhapte hain, kitaaben chhapati hain, stage par log speeches dete hain. sab mein system ke khilaaf bolte hain. woh</w:t>
      </w:r>
    </w:p>
    <w:p>
      <w:pPr>
        <w:jc w:val="right"/>
      </w:pPr>
      <w:r>
        <w:t>آپجانتےہیں کہہردن مسلمانوںمیں آرٹیکلچھپتےہیں،کتاب یںچھپتیہیں، اسٹیجپر لوگ اسپیچزدیتےہیں۔ سب میں سسٹمکےخلاف بولتےہیں۔وہ</w:t>
      </w:r>
    </w:p>
    <w:p>
      <w:r>
        <w:rPr>
          <w:b/>
        </w:rPr>
        <w:t xml:space="preserve">[01:29] </w:t>
      </w:r>
      <w:r>
        <w:t>sab ka agar aap listing nikaalein to woh kya hoga? keh yeh political system galat hai, woh economic system galat hai, woh social system galat hai, ismein zulm ho raha hai, ismein hamare saath discrimination ho raha hai,</w:t>
      </w:r>
    </w:p>
    <w:p>
      <w:pPr>
        <w:jc w:val="right"/>
      </w:pPr>
      <w:r>
        <w:t>سب کااگر آپ لسٹنکالیں تو وہکیاہوگا؟ کہ یہ پولیٹیکلسسٹمغلطہے، وہاکانومیسسٹمغلطہے،وہ سوشلسسٹمغلطہے، اسمیںظلمہورہاہے، اسمیں ہمارےساتھ ڈسکشن ہورہاہے،</w:t>
      </w:r>
    </w:p>
    <w:p>
      <w:r>
        <w:rPr>
          <w:b/>
        </w:rPr>
        <w:t xml:space="preserve">[01:44] </w:t>
      </w:r>
      <w:r>
        <w:t>hum si mein hain wagera wagera. yeh kya hai? isko quran mein kaha gaya hai "muzaahaat" yani imitation.</w:t>
      </w:r>
    </w:p>
    <w:p>
      <w:pPr>
        <w:jc w:val="right"/>
      </w:pPr>
      <w:r>
        <w:t>ہم سیجمیںہیںوغیرہوغیرہ۔ یہکیا ہے؟اسکو قرآنمیں کہاگیاہے"مزاحات" یعنی ایمیٹیشن۔</w:t>
      </w:r>
    </w:p>
    <w:p>
      <w:r>
        <w:rPr>
          <w:b/>
        </w:rPr>
        <w:t xml:space="preserve">[01:55] </w:t>
      </w:r>
      <w:r>
        <w:t>doosron ki baat ko imitate karna</w:t>
      </w:r>
    </w:p>
    <w:p>
      <w:pPr>
        <w:jc w:val="right"/>
      </w:pPr>
      <w:r>
        <w:t>دوسروں کیباتکو ایمیٹیٹکرنا</w:t>
      </w:r>
    </w:p>
    <w:p>
      <w:r>
        <w:rPr>
          <w:b/>
        </w:rPr>
        <w:t xml:space="preserve">[01:58] </w:t>
      </w:r>
      <w:r>
        <w:t>. bahut bade pemane par musalmanon mein yeh imitation aa gaya hai. dekhein, yeh soch jo hai, isko shuru karne wala tha karl marx.</w:t>
      </w:r>
    </w:p>
    <w:p>
      <w:pPr>
        <w:jc w:val="right"/>
      </w:pPr>
      <w:r>
        <w:t>۔بہت بڑے پیمانےپر مسلمانوںمیںیہایمیٹیشنآگیاہے۔ دیکھیں،یہسوچجوہے، اسکوشروع کرنے والاتھا کارلمارکس ۔</w:t>
      </w:r>
    </w:p>
    <w:p>
      <w:r>
        <w:rPr>
          <w:b/>
        </w:rPr>
        <w:t xml:space="preserve">[02:10] </w:t>
      </w:r>
      <w:r>
        <w:t>karl marx aur uske saathiyon ne zindagi ka jo nazariya diya, woh tha system based.</w:t>
      </w:r>
    </w:p>
    <w:p>
      <w:pPr>
        <w:jc w:val="right"/>
      </w:pPr>
      <w:r>
        <w:t>کارلمارکساوراسکےساتھیوںنے زندگی کاجو نظریہدیا، وہتھا سسٹم بیسڈ۔</w:t>
      </w:r>
    </w:p>
    <w:p>
      <w:r>
        <w:rPr>
          <w:b/>
        </w:rPr>
        <w:t xml:space="preserve">[02:20] </w:t>
      </w:r>
      <w:r>
        <w:t>history mein pehli baar karl marx ne yeh kaha keh system jo hai, woh individual ko banata hai, individual system ko nahin banata.</w:t>
      </w:r>
    </w:p>
    <w:p>
      <w:pPr>
        <w:jc w:val="right"/>
      </w:pPr>
      <w:r>
        <w:t>ہسٹریمیںپہلیبار کارلمارکسنے یہکہا کہ سسٹمجوہے، وہ انڈیویجولکوبناتاہے، انڈیویجولسسٹمکونہیںبناتا۔</w:t>
      </w:r>
    </w:p>
    <w:p>
      <w:r>
        <w:rPr>
          <w:b/>
        </w:rPr>
        <w:t xml:space="preserve">[02:34] </w:t>
      </w:r>
      <w:r>
        <w:t>yeh tha "putting the cart before the horse". system kya hai? system to koi cheez nahin hai. system to ek abstract cheez hai.</w:t>
      </w:r>
    </w:p>
    <w:p>
      <w:pPr>
        <w:jc w:val="right"/>
      </w:pPr>
      <w:r>
        <w:t>یہتھا "پٹنگداکارٹبیفوردیہارس"۔ سسٹمکیاہے؟سسٹمتوکوئیچیزنہیںہے۔ سسٹمتوایک ایک ایبسٹریکٹچیزہے۔</w:t>
      </w:r>
    </w:p>
    <w:p>
      <w:r>
        <w:rPr>
          <w:b/>
        </w:rPr>
        <w:t xml:space="preserve">[02:45] </w:t>
      </w:r>
      <w:r>
        <w:t>agli cheez hai individual, insaan.</w:t>
      </w:r>
    </w:p>
    <w:p>
      <w:pPr>
        <w:jc w:val="right"/>
      </w:pPr>
      <w:r>
        <w:t>اگلیچیزہے انڈیویجول،انسان۔</w:t>
      </w:r>
    </w:p>
    <w:p>
      <w:r>
        <w:rPr>
          <w:b/>
        </w:rPr>
        <w:t xml:space="preserve">[02:50] </w:t>
      </w:r>
      <w:r>
        <w:t>lekin yeh thinking itni phaili, itni phaili keh saara duniya mein chha gayi. galbert ne likha tha, jo america ka bahut ek top ka intellectual tha,</w:t>
      </w:r>
    </w:p>
    <w:p>
      <w:pPr>
        <w:jc w:val="right"/>
      </w:pPr>
      <w:r>
        <w:t>لیکن یہ تھنکنگاتنیپھیلی،اتنیپھیلیکہساریدنیامیںچھاگئی۔ گالبرتنےلکھاتھا، جو امریک ہکابہت ایک ٹاپ کا انٹلیکچولتھا،</w:t>
      </w:r>
    </w:p>
    <w:p>
      <w:r>
        <w:rPr>
          <w:b/>
        </w:rPr>
        <w:t xml:space="preserve">[03:04] </w:t>
      </w:r>
      <w:r>
        <w:t>keh marx ki theory itna zyada phaili dunya mein keh dunya mein isse pehle kisi ki nahin phaili thi.</w:t>
      </w:r>
    </w:p>
    <w:p>
      <w:pPr>
        <w:jc w:val="right"/>
      </w:pPr>
      <w:r>
        <w:t>کہ مارکسکی تھی وری اتنا زیادہ پھیلیدنیا میںکہدنیا میںاسسےپہلےکسی کینہیںپھیلیتھی۔</w:t>
      </w:r>
    </w:p>
    <w:p>
      <w:r>
        <w:rPr>
          <w:b/>
        </w:rPr>
        <w:t xml:space="preserve">[03:14] </w:t>
      </w:r>
      <w:r>
        <w:t>yeh sahi ho ya galat, lekin behal yeh toh sahi hai, yeh baat keh bahut phaili.</w:t>
      </w:r>
    </w:p>
    <w:p>
      <w:pPr>
        <w:jc w:val="right"/>
      </w:pPr>
      <w:r>
        <w:t>یہصحیحہویاغلط،لیکن بہرحالیہتوصحیحہے، یہبات کہبہت پھیلی۔</w:t>
      </w:r>
    </w:p>
    <w:p>
      <w:r>
        <w:rPr>
          <w:b/>
        </w:rPr>
        <w:t xml:space="preserve">[03:21] </w:t>
      </w:r>
      <w:r>
        <w:t>to mujhe us waqt marx par nahin bolna hai, sirf mein ek reference kar raha hoon keh kis ko imitate kiya musalmanon ne. keh system se bante hain afraad,</w:t>
      </w:r>
    </w:p>
    <w:p>
      <w:pPr>
        <w:jc w:val="right"/>
      </w:pPr>
      <w:r>
        <w:t>تو مجھےاسوقت مارکسپرنہیںبولناہے، صرف میں ایکریفرکررہاہوںکہکسکوایمیٹیٹکیامسلمانوںنے۔ کہ سسٹم سے بنتےہیں افراد،</w:t>
      </w:r>
    </w:p>
    <w:p>
      <w:r>
        <w:rPr>
          <w:b/>
        </w:rPr>
        <w:t xml:space="preserve">[03:35] </w:t>
      </w:r>
      <w:r>
        <w:t>afraad se system nahin banta. yahi chha gaya musalmanon mein. abhi maine haal mein kuch kitaaben padhi hain, kuch article padhe.</w:t>
      </w:r>
    </w:p>
    <w:p>
      <w:pPr>
        <w:jc w:val="right"/>
      </w:pPr>
      <w:r>
        <w:t>افراد سےسسٹمنہیںبنتا۔ یہی چھاگیا مسلمانوںمیں۔ ابھیمیںنےحالمیںکچھکتاب یںپڑھیہیں،کچھآرٹیکلپڑھے۔</w:t>
      </w:r>
    </w:p>
    <w:p>
      <w:r>
        <w:rPr>
          <w:b/>
        </w:rPr>
        <w:t xml:space="preserve">[03:45] </w:t>
      </w:r>
      <w:r>
        <w:t>ek kitaab chhapi hai jo bahut musalmanon mein phaili, "Islam da Alternative".</w:t>
      </w:r>
    </w:p>
    <w:p>
      <w:pPr>
        <w:jc w:val="right"/>
      </w:pPr>
      <w:r>
        <w:t>ایککتاب چھپیہے جوبہت مسلمانوںمیں پھیلی، "اسلام داالٹرنیٹو"۔</w:t>
      </w:r>
    </w:p>
    <w:p>
      <w:r>
        <w:rPr>
          <w:b/>
        </w:rPr>
        <w:t xml:space="preserve">[03:56] </w:t>
      </w:r>
      <w:r>
        <w:t>us kitaab ko maine poora padha, kuch bhi iske andar nahin hai siwaye iske keh burai, westernization ki burai, western system ki burai.</w:t>
      </w:r>
    </w:p>
    <w:p>
      <w:pPr>
        <w:jc w:val="right"/>
      </w:pPr>
      <w:r>
        <w:t>اسکتاب کومیںنےپوراپڑھا، کچھبھیاسکےاندرنہیںہےسوائےاسکےکہ برائی ، ویسٹرنسولائزیشنکیبرائی، ویسٹرنسسٹمکیبرائی۔</w:t>
      </w:r>
    </w:p>
    <w:p>
      <w:r>
        <w:rPr>
          <w:b/>
        </w:rPr>
        <w:t xml:space="preserve">[04:06] </w:t>
      </w:r>
      <w:r>
        <w:t>khud islam kya deta hai, ismein kuch clear nahin hai, confusion.</w:t>
      </w:r>
    </w:p>
    <w:p>
      <w:pPr>
        <w:jc w:val="right"/>
      </w:pPr>
      <w:r>
        <w:t>خود اسلام کیا دیتاہے، اسمیںکچھ کلیئرنہیںہے، کن فیوژن۔</w:t>
      </w:r>
    </w:p>
    <w:p>
      <w:r>
        <w:rPr>
          <w:b/>
        </w:rPr>
        <w:t xml:space="preserve">[04:13] </w:t>
      </w:r>
      <w:r>
        <w:t>aisi ek kitaab haal mein maine padhi, woh chhapati thi 1952 mein. iska title hai "The Mine Quran Bullets".</w:t>
      </w:r>
    </w:p>
    <w:p>
      <w:pPr>
        <w:jc w:val="right"/>
      </w:pPr>
      <w:r>
        <w:t>ایسیایککتاب حالمیںمیںنےپڑھی، وہچھپیتھی 19 5 2میں۔ اسکا ٹائٹلہے "دا مائن القرآن بلٹس"۔</w:t>
      </w:r>
    </w:p>
    <w:p>
      <w:r>
        <w:rPr>
          <w:b/>
        </w:rPr>
        <w:t xml:space="preserve">[04:27] </w:t>
      </w:r>
      <w:r>
        <w:t>lekin kitab shuru hoti hai to kahan se? pehli baat yeh hai ke world war se shuru hoti hai ye.</w:t>
      </w:r>
    </w:p>
    <w:p>
      <w:pPr>
        <w:jc w:val="right"/>
      </w:pPr>
      <w:r>
        <w:t>لیکن کتاب شروع ہوتیہےتوکہاںسے ؟پہلیباتیہہےکہ ورلڈوار سےشروعہوتیہے۔</w:t>
      </w:r>
    </w:p>
    <w:p>
      <w:r>
        <w:rPr>
          <w:b/>
        </w:rPr>
        <w:t xml:space="preserve">[04:36] </w:t>
      </w:r>
      <w:r>
        <w:t>first world war, second world war, is ke khilaf dhoom macha rakhi hai inhon ne. aur western civilization ke khilaf ke maghribi system itna kharab hai, is mein yeh hai, is mein woh hai.</w:t>
      </w:r>
    </w:p>
    <w:p>
      <w:pPr>
        <w:jc w:val="right"/>
      </w:pPr>
      <w:r>
        <w:t>فرسٹورلڈوار،سیکنڈورلڈوار، اسیکےخلاف دھوممچارکھیہےانہوںنے۔ اورویسٹرنسولائزیشنکےخلاف کہ مغربی سسٹماتناخرابہے، اسمیںیہہے،اسمیںوہہے۔</w:t>
      </w:r>
    </w:p>
    <w:p>
      <w:r>
        <w:rPr>
          <w:b/>
        </w:rPr>
        <w:t xml:space="preserve">[04:49] </w:t>
      </w:r>
      <w:r>
        <w:t>yani mind ko le kar ke kitab likhi hai, aur mind kaise tashkeel karta hai Islam, is ka is mein kuch milta hi nahin hai.</w:t>
      </w:r>
    </w:p>
    <w:p>
      <w:pPr>
        <w:jc w:val="right"/>
      </w:pPr>
      <w:r>
        <w:t>یعنی مائنڈکولےکرکےکتاب لکھیہے، اورمائنڈکیسے تشکیلکرتاہے اسلام ،اسکا اسمیںکچھملتاہینہیںہے۔</w:t>
      </w:r>
    </w:p>
    <w:p>
      <w:r>
        <w:rPr>
          <w:b/>
        </w:rPr>
        <w:t xml:space="preserve">[05:00] </w:t>
      </w:r>
      <w:r>
        <w:t>abhi maine ek bohat bade aalim ka mazmoon parha Urdu mein, ek article chapaya. bohat hi well known aalim hain. is mein bhi yahi baat inhon ne kahi hai ke Islam ek mutabadil, mutabadil ke ma'ne hote hain, alternative.</w:t>
      </w:r>
    </w:p>
    <w:p>
      <w:pPr>
        <w:jc w:val="right"/>
      </w:pPr>
      <w:r>
        <w:t>ابھیمیںنےایکبہتبڑےعالمکا مض مونپڑھااردومیں،ایکآرٹیکلچھپایا۔ بہت ہی ویلنونعالمہے۔ اسمیںبھییہیباتانہوںنےکہیہے کہاسلام ایک مت بادل ،متبادلکےمعنیہوتےہیں،الٹرنیٹو۔</w:t>
      </w:r>
    </w:p>
    <w:p>
      <w:r>
        <w:rPr>
          <w:b/>
        </w:rPr>
        <w:t xml:space="preserve">[05:18] </w:t>
      </w:r>
      <w:r>
        <w:t>Islam ek alternative deta hai, yani in terms of political system, in terms of economic system, in terms of social system. yeh</w:t>
      </w:r>
    </w:p>
    <w:p>
      <w:pPr>
        <w:jc w:val="right"/>
      </w:pPr>
      <w:r>
        <w:t>اسلام ایکالٹرنیٹودیتاہے، یعنی انٹرمزآف پولیٹیکلسسٹم،انٹرمزآفاکنامکسسٹم،انٹرمزآفسوشلسسٹم۔ یہ</w:t>
      </w:r>
    </w:p>
    <w:p>
      <w:r>
        <w:rPr>
          <w:b/>
        </w:rPr>
        <w:t xml:space="preserve">[05:28] </w:t>
      </w:r>
      <w:r>
        <w:t>aise hi Arab mein bohat hi mashhoor guzre hain, Syed Qutb, un ki moti si kitab hai "Al Adalat Al Ijtima'iyah fil Islam". Arabi mein "Al Adalat Al Ijtima'iyah fil Islam" yani social justice in Islam.</w:t>
      </w:r>
    </w:p>
    <w:p>
      <w:pPr>
        <w:jc w:val="right"/>
      </w:pPr>
      <w:r>
        <w:t>ایسےہیعربمیںبہتہی مشہور گزرےہیں، سید قط ب، انکی موٹیسیکتاب ہے " العدالت الاجتماعیہفیالاسلام" ۔عربیمیں" العدالت الاجتماعیہفیالاسلام" یعنی سوشلجسٹساناسلام ۔</w:t>
      </w:r>
    </w:p>
    <w:p>
      <w:r>
        <w:rPr>
          <w:b/>
        </w:rPr>
        <w:t xml:space="preserve">[05:47] </w:t>
      </w:r>
      <w:r>
        <w:t>ab poori kitab bas social justice par hai, ideal social justice jo kabhi hua na kabhi ho sakta hai. dekhein, ideal cannot be achieved.</w:t>
      </w:r>
    </w:p>
    <w:p>
      <w:pPr>
        <w:jc w:val="right"/>
      </w:pPr>
      <w:r>
        <w:t>ابپوریکتاب بسسوشلجسٹسپرہے، آئیڈیلسوشلجسٹسجوکبھی ہوا نہکبھیہوسکتاہے۔ دیکھیں،آئیڈیلکاناٹبیاچیوڈ۔</w:t>
      </w:r>
    </w:p>
    <w:p>
      <w:r>
        <w:rPr>
          <w:b/>
        </w:rPr>
        <w:t xml:space="preserve">[05:57] </w:t>
      </w:r>
      <w:r>
        <w:t>ideal cannot be achieved. lekin poori kitab isi gird ghoomti hai. asal cheez hai individual, fard. is ko focus karna hai.</w:t>
      </w:r>
    </w:p>
    <w:p>
      <w:pPr>
        <w:jc w:val="right"/>
      </w:pPr>
      <w:r>
        <w:t>آئیڈیلکاناٹبیاچیوڈ۔ لیکن پوریکتاب اسیگرد گھومتیہے۔ اصلچیزہے انڈیویجول، فرد ۔اسکو فوکسکرناہے۔</w:t>
      </w:r>
    </w:p>
    <w:p>
      <w:r>
        <w:rPr>
          <w:b/>
        </w:rPr>
        <w:t xml:space="preserve">[06:07] </w:t>
      </w:r>
      <w:r>
        <w:t>is ko focus karne ki soch hi khatam ho gayi musalmanon mein. pehle thi, Marx se pehle yeh hi thi. tasawwuf kya tha? tasawwuf individual ko le kar in ki soch banti thi.</w:t>
      </w:r>
    </w:p>
    <w:p>
      <w:pPr>
        <w:jc w:val="right"/>
      </w:pPr>
      <w:r>
        <w:t>اسکوفوکسکرنے کی سو چہیختمہوگئیمسلمانوںمیں۔ پہلے تھی، مارکسسےپہلے یہیتھی۔ تص وفکیاتھا؟تص وف انڈیویجولکولےکر انکیسوچبنتیتھی۔</w:t>
      </w:r>
    </w:p>
    <w:p>
      <w:r>
        <w:rPr>
          <w:b/>
        </w:rPr>
        <w:t xml:space="preserve">[06:21] </w:t>
      </w:r>
      <w:r>
        <w:t>ek individual ko islaah karo. ek individual ke andar</w:t>
      </w:r>
    </w:p>
    <w:p>
      <w:pPr>
        <w:jc w:val="right"/>
      </w:pPr>
      <w:r>
        <w:t>ایکانڈیویجولکو اصلاحکرو۔ ایک انڈیویجولکےاندر</w:t>
      </w:r>
    </w:p>
    <w:p>
      <w:r>
        <w:rPr>
          <w:b/>
        </w:rPr>
        <w:t xml:space="preserve">[06:28] </w:t>
      </w:r>
      <w:r>
        <w:t>woh lao, islaah le aao. to tasawwuf ki soch thi, individual based thi, wohi sahi thi. aur yeh jo baad ko aaya, yani Marxism ke baad,</w:t>
      </w:r>
    </w:p>
    <w:p>
      <w:pPr>
        <w:jc w:val="right"/>
      </w:pPr>
      <w:r>
        <w:t>وہ لاؤ، اصلاحلےآؤ۔ تو تص وفکیسوچتھی، انڈیویجولبیستھی،وہیصحیحتھی۔ اور یہجوبعد کوآیا، یعنی مار کسزمکےبعد،</w:t>
      </w:r>
    </w:p>
    <w:p>
      <w:r>
        <w:rPr>
          <w:b/>
        </w:rPr>
        <w:t xml:space="preserve">[06:43] </w:t>
      </w:r>
      <w:r>
        <w:t>saara Muslim thought jo hai, usi par ghoomne laga.</w:t>
      </w:r>
    </w:p>
    <w:p>
      <w:pPr>
        <w:jc w:val="right"/>
      </w:pPr>
      <w:r>
        <w:t>سارا مسلم تھاٹجوہے، اسیپر گھومنےلگا۔</w:t>
      </w:r>
    </w:p>
    <w:p>
      <w:r>
        <w:rPr>
          <w:b/>
        </w:rPr>
        <w:t xml:space="preserve">[06:48] </w:t>
      </w:r>
      <w:r>
        <w:t>yani political system, social social system, economic system. dekhein, jab tak individual mein reform na ho, koi reform nahin hota kisi cheez mein.</w:t>
      </w:r>
    </w:p>
    <w:p>
      <w:pPr>
        <w:jc w:val="right"/>
      </w:pPr>
      <w:r>
        <w:t>یعنی پولیٹیکلسسٹم، سوشلسوشلسسٹم،اکنامکسسٹم۔ دیکھیں،جبتک انڈیویجولمیںریفارمنہہو، کوئی ریفارمنہیںہوتاکسیچیزمیں۔</w:t>
      </w:r>
    </w:p>
    <w:p>
      <w:r>
        <w:rPr>
          <w:b/>
        </w:rPr>
        <w:t xml:space="preserve">[06:59] </w:t>
      </w:r>
      <w:r>
        <w:t>aap India mein dekh lijiye, 47 mein India mein azaadi aayi, aaj tak aap dekhein kya hai yahan par? anarchy hai. Galbraith ne sahi kaha tha ke India mein kya hai?</w:t>
      </w:r>
    </w:p>
    <w:p>
      <w:pPr>
        <w:jc w:val="right"/>
      </w:pPr>
      <w:r>
        <w:t>آپانڈیامیںدیکھلیجئے، 4 7 میںانڈیامیں آزادیآئی، آجتکآپدیکھیںکیاہےیہاںپر ؟ انارکیہے۔ گالبرتنےصحیحکہاتھاکہانڈیامیںکیاہے؟</w:t>
      </w:r>
    </w:p>
    <w:p>
      <w:r>
        <w:rPr>
          <w:b/>
        </w:rPr>
        <w:t xml:space="preserve">[07:10] </w:t>
      </w:r>
      <w:r>
        <w:t>functioning, functioning anarchy hai. kyun? afraad nahin hain, team nahin hai.</w:t>
      </w:r>
    </w:p>
    <w:p>
      <w:pPr>
        <w:jc w:val="right"/>
      </w:pPr>
      <w:r>
        <w:t>فنکشن نگ ،فنکشننگانارکیہے۔ کیوں؟افراد نہیںہیں،ٹیمنہیںہے۔</w:t>
      </w:r>
    </w:p>
    <w:p>
      <w:r>
        <w:rPr>
          <w:b/>
        </w:rPr>
        <w:t xml:space="preserve">[07:18] </w:t>
      </w:r>
      <w:r>
        <w:t>team nahin hai, afraad nahin hain. yani prepared afraad nahin hain. to sab maamla bigda hua hai. khair, is waqt mein jo baat karna chahta hoon, wohi yeh hai ke Islam ka focus fard hai, individual hai.</w:t>
      </w:r>
    </w:p>
    <w:p>
      <w:pPr>
        <w:jc w:val="right"/>
      </w:pPr>
      <w:r>
        <w:t>ٹیم نہیںہے، افراد نہیں ہیں۔ یعنیپریپیرڈ افراد نہیں ہیں۔ تو سب معاملہبگڑاہواہے۔ خیر، اس وقت میںجوباتکرناچاہتاہوں،وہیہہے کہاسلام کا فوکس فردہے، انڈیویجولہے۔</w:t>
      </w:r>
    </w:p>
    <w:p>
      <w:r>
        <w:rPr>
          <w:b/>
        </w:rPr>
        <w:t xml:space="preserve">[07:37] </w:t>
      </w:r>
      <w:r>
        <w:t>system nahin hai. system by product hai. afraad durust hon to system durust hota hai.</w:t>
      </w:r>
    </w:p>
    <w:p>
      <w:pPr>
        <w:jc w:val="right"/>
      </w:pPr>
      <w:r>
        <w:t>سسٹمنہیںہے۔ سسٹم بائیپروڈکٹہے۔ افراد درستہوں تو سسٹمدرستہوتاہے۔</w:t>
      </w:r>
    </w:p>
    <w:p>
      <w:r>
        <w:rPr>
          <w:b/>
        </w:rPr>
        <w:t xml:space="preserve">[07:44] </w:t>
      </w:r>
      <w:r>
        <w:t>to saara focus Islam deta hai individual par. kyun ke woh toh hona hi hona hai, agar afraad durust ho jayen to. ab mein aap ko Quran ki taraf le chalta hoon.</w:t>
      </w:r>
    </w:p>
    <w:p>
      <w:pPr>
        <w:jc w:val="right"/>
      </w:pPr>
      <w:r>
        <w:t>تو سارافوکس اسلام دیتاہےانڈیویجولپر۔ کیونکہوہتو ہوناہیہوناہے،اگر افراد درستہوجائیںتو۔ ابمیں آپکو قرآنکیطرفلےچلتاہوں۔</w:t>
      </w:r>
    </w:p>
    <w:p>
      <w:r>
        <w:rPr>
          <w:b/>
        </w:rPr>
        <w:t xml:space="preserve">[07:57] </w:t>
      </w:r>
      <w:r>
        <w:t>Quran ka jo mauzu hai, woh yeh nahin hai ke Al Adalat Al Ijtima'iyah fil Islam, yani social justice in Islam batana nahin hai. Quran ka mauzu insaan hai, fard hai, individual hai.</w:t>
      </w:r>
    </w:p>
    <w:p>
      <w:pPr>
        <w:jc w:val="right"/>
      </w:pPr>
      <w:r>
        <w:t>قرآنکاجوموضوعہے، وہ یہنہیںہے کہ عدالت الاجتماعیہفیالاسلام،یعنیسوشلجسٹساناسلام بتانانہیںہے۔ قرآنکا موضوع انسان ہے، فردہے،انڈیویجولہے۔</w:t>
      </w:r>
    </w:p>
    <w:p>
      <w:r>
        <w:rPr>
          <w:b/>
        </w:rPr>
        <w:t xml:space="preserve">[08:11] </w:t>
      </w:r>
      <w:r>
        <w:t>ek insaan kaise apne aap ko develop kare,</w:t>
      </w:r>
    </w:p>
    <w:p>
      <w:pPr>
        <w:jc w:val="right"/>
      </w:pPr>
      <w:r>
        <w:t>ایک انسان کیسے اپنےآپکو ڈیولپکرے،</w:t>
      </w:r>
    </w:p>
    <w:p>
      <w:r>
        <w:rPr>
          <w:b/>
        </w:rPr>
        <w:t xml:space="preserve">[08:15] </w:t>
      </w:r>
      <w:r>
        <w:t>apni personality ko develop kare, kaise kare?</w:t>
      </w:r>
    </w:p>
    <w:p>
      <w:pPr>
        <w:jc w:val="right"/>
      </w:pPr>
      <w:r>
        <w:t>اپنیپرسنیلٹیکوڈیولپکرے، کیسےکرے؟</w:t>
      </w:r>
    </w:p>
    <w:p>
      <w:r>
        <w:rPr>
          <w:b/>
        </w:rPr>
        <w:t xml:space="preserve">[08:21] </w:t>
      </w:r>
      <w:r>
        <w:t>to abhi mere paas ek sahib aaye, chand din hue, to un ko business mein kuch loss ho gaya tha.</w:t>
      </w:r>
    </w:p>
    <w:p>
      <w:pPr>
        <w:jc w:val="right"/>
      </w:pPr>
      <w:r>
        <w:t>تو ابھیمیرےپاسایکصاحبآئے، چنددنہوئے، توانکو بزنسمیںکچھلاسہوگیاتھا۔</w:t>
      </w:r>
    </w:p>
    <w:p>
      <w:r>
        <w:rPr>
          <w:b/>
        </w:rPr>
        <w:t xml:space="preserve">[08:35] </w:t>
      </w:r>
      <w:r>
        <w:t>un ko koi, un ki relative ki death bhi ho gayi thi, to pareshan thay woh. maine kaha, aap Quran parhte hain? unhon ne kaha, kahan? main Quran to de tilawat karta hoon.</w:t>
      </w:r>
    </w:p>
    <w:p>
      <w:pPr>
        <w:jc w:val="right"/>
      </w:pPr>
      <w:r>
        <w:t>انکو کوئی،انکیریلیٹو کیڈیتھبھیہوگئیتھی، تو پریشانتھےوہ ۔ میںنےکہا،آپ قرآنپڑھتےہیں؟انہوںنےکہا،کہاں؟میںقرآنتوڈیلیتلاوتکرتاہوں۔</w:t>
      </w:r>
    </w:p>
    <w:p>
      <w:r>
        <w:rPr>
          <w:b/>
        </w:rPr>
        <w:t xml:space="preserve">[08:45] </w:t>
      </w:r>
      <w:r>
        <w:t>main ne kaha, aap tilawat karte hain, lekin samajhte kuch bhi nahin hain. maine kaha, kholiye. pehli ayat kya hai? Bismillah Rahman Al Rahim.</w:t>
      </w:r>
    </w:p>
    <w:p>
      <w:pPr>
        <w:jc w:val="right"/>
      </w:pPr>
      <w:r>
        <w:t>میںنےکہا،آپتلاوتکرتےہیں،لیکنسمجھتےکچھبھینہیں۔ میںنےکہا،کھولیے۔ پہلیآیتکیاہے؟ بسم اللہ الرحمن الرحیم۔</w:t>
      </w:r>
    </w:p>
    <w:p>
      <w:r>
        <w:rPr>
          <w:b/>
        </w:rPr>
        <w:t xml:space="preserve">[08:55] </w:t>
      </w:r>
      <w:r>
        <w:t>yani Khuda ke naam se, jo Rahman aur Rahim hai.</w:t>
      </w:r>
    </w:p>
    <w:p>
      <w:pPr>
        <w:jc w:val="right"/>
      </w:pPr>
      <w:r>
        <w:t>یعنیخداکےنامسے ،جو رحماناوررحیمہے۔</w:t>
      </w:r>
    </w:p>
    <w:p>
      <w:r>
        <w:rPr>
          <w:b/>
        </w:rPr>
        <w:t xml:space="preserve">[09:01] </w:t>
      </w:r>
      <w:r>
        <w:t>In the name of God, most merciful, most compassionate. Iska matlab kya hai?</w:t>
      </w:r>
    </w:p>
    <w:p>
      <w:pPr>
        <w:jc w:val="right"/>
      </w:pPr>
      <w:r>
        <w:t>اندانیمآف گاڈ، موسٹمرسیفل،موسٹ کمپیشنیٹ۔ اسکامطلبکیاہے؟</w:t>
      </w:r>
    </w:p>
    <w:p>
      <w:r>
        <w:rPr>
          <w:b/>
        </w:rPr>
        <w:t xml:space="preserve">[09:08] </w:t>
      </w:r>
      <w:r>
        <w:t>iskamatalabiyahai ki aap quran kehta hai ki jis dunya mein tum ko intermali hai, woh ekais dunya hai jo blessings se bhari hui hai.</w:t>
      </w:r>
    </w:p>
    <w:p>
      <w:pPr>
        <w:jc w:val="right"/>
      </w:pPr>
      <w:r>
        <w:t>اسکامطلبیہہےکہآپ قرآنکہتاہے کہ جسدنیا میںتم کوانٹریملی ہے، وہ ایکایسیدنیاہے جو بلیسنگسےبھریہوئیہے۔</w:t>
      </w:r>
    </w:p>
    <w:p>
      <w:r>
        <w:rPr>
          <w:b/>
        </w:rPr>
        <w:t xml:space="preserve">[09:19] </w:t>
      </w:r>
      <w:r>
        <w:t>is god ki banai hui hai, is khuda ki banai hui hai, jo sar tap rehmat hai, sar tap blessing hai. iskamatalabkya hai? iskamatalabhai ki har din subah jab uthein, aap to is ehsas ke saath uthein ki main ekais dunya mein aankh kholi hai,</w:t>
      </w:r>
    </w:p>
    <w:p>
      <w:pPr>
        <w:jc w:val="right"/>
      </w:pPr>
      <w:r>
        <w:t>اس گاڈکیبنائیہوئیہے،اسخداکیبنائیہوئیہے، جو سرتاپررحمتہے،سرتاپربلیسنگہے۔ اسکامطلبکیاہے؟اسکامطلبہےکہہردنصبحجب اٹھیں،آپ تواس احساس کےساتھاٹھیں کہمیں ایکایسیدنیامیں آنکھکھولیہے،</w:t>
      </w:r>
    </w:p>
    <w:p>
      <w:r>
        <w:rPr>
          <w:b/>
        </w:rPr>
        <w:t xml:space="preserve">[09:35] </w:t>
      </w:r>
      <w:r>
        <w:t>main ne yeh ekais dunya mein inter mein ho raha hoon, jahan har taraf khuda ki ek blessing hai, har taraf khuda ki rehmaten hain. ab ihar rahi hain tension nahin.</w:t>
      </w:r>
    </w:p>
    <w:p>
      <w:pPr>
        <w:jc w:val="right"/>
      </w:pPr>
      <w:r>
        <w:t>میںنے یہایکایسیدنیامیں انٹر میںہورہاہوں، جہاںہرطرفخداکیایکبلیسنگہے،ہرطرفخداکیرحمتیںہیں۔ ابیہرہےہیںٹینشنمیں۔</w:t>
      </w:r>
    </w:p>
    <w:p>
      <w:r>
        <w:rPr>
          <w:b/>
        </w:rPr>
        <w:t xml:space="preserve">[09:46] </w:t>
      </w:r>
      <w:r>
        <w:t>to aap ke ek relative ki maut ho gayi, aur aap isi tension liye baithe hain. phir main ne inko waqea bataya. islam ki tareekh mein rasool allah ke baad sab se bara darja manaa jata hai hazrat abu bakr siddiq ka.</w:t>
      </w:r>
    </w:p>
    <w:p>
      <w:pPr>
        <w:jc w:val="right"/>
      </w:pPr>
      <w:r>
        <w:t>تو آپ کےایکریلیٹوکیموتہوگئی،اور آپ اسیکوٹینشنلیےبیٹھےہیں۔ پھرمیںنےانکوواقعہبتایا۔ اسلام کیتاریخ میںرسولاللہکےبعد سبسےبڑادرجہماناجاتاہے حضرتابوبکرصدیقکا ۔</w:t>
      </w:r>
    </w:p>
    <w:p>
      <w:r>
        <w:rPr>
          <w:b/>
        </w:rPr>
        <w:t xml:space="preserve">[10:01] </w:t>
      </w:r>
      <w:r>
        <w:t>woh first caliph bhi the.</w:t>
      </w:r>
    </w:p>
    <w:p>
      <w:pPr>
        <w:jc w:val="right"/>
      </w:pPr>
      <w:r>
        <w:t>وہ فرسٹ کالیببھیتھے۔</w:t>
      </w:r>
    </w:p>
    <w:p>
      <w:r>
        <w:rPr>
          <w:b/>
        </w:rPr>
        <w:t xml:space="preserve">[10:04] </w:t>
      </w:r>
      <w:r>
        <w:t>to rasool allah ki wafat hui 632 ad mein, madinah mein. us waqt abu bakr madinah mein nahin the, kahin bahar gaye hue the.</w:t>
      </w:r>
    </w:p>
    <w:p>
      <w:pPr>
        <w:jc w:val="right"/>
      </w:pPr>
      <w:r>
        <w:t>تو رسولاللہکیوفاتہوئی 6 3 2 اےڈیمیں، مدینہمیں ۔ اسوقت اب وبکرمدینہمیںنہیںتھے،کہیںباہرگئےہوئےتھے۔</w:t>
      </w:r>
    </w:p>
    <w:p>
      <w:r>
        <w:rPr>
          <w:b/>
        </w:rPr>
        <w:t xml:space="preserve">[10:17] </w:t>
      </w:r>
      <w:r>
        <w:t>yahan par saare sahaba pareshan ho gaye. yahan tak ki hazrat umar ne keh diya ki rasool allah ki maut nahin hui hai, woh to upar aasman par gaye hain, abhi laut kar aayenge.</w:t>
      </w:r>
    </w:p>
    <w:p>
      <w:pPr>
        <w:jc w:val="right"/>
      </w:pPr>
      <w:r>
        <w:t>یہاںپر سارےصحابہپریشانہوگئے۔ یہاںتککہحضرتعمر نےکہہدیا کہ رسولاللہکیموتہینہیںہوئیہے، وہتو اوپر آسمانپرگئےہیں،ابھیلوٹکرآئیںگے۔</w:t>
      </w:r>
    </w:p>
    <w:p>
      <w:r>
        <w:rPr>
          <w:b/>
        </w:rPr>
        <w:t xml:space="preserve">[10:30] </w:t>
      </w:r>
      <w:r>
        <w:t>gharz ek tarah tarah ka woh tha.</w:t>
      </w:r>
    </w:p>
    <w:p>
      <w:pPr>
        <w:jc w:val="right"/>
      </w:pPr>
      <w:r>
        <w:t>غرضایک طرح طرحکا وہتھا۔</w:t>
      </w:r>
    </w:p>
    <w:p>
      <w:r>
        <w:rPr>
          <w:b/>
        </w:rPr>
        <w:t xml:space="preserve">[10:34] </w:t>
      </w:r>
      <w:r>
        <w:t>to hazrat abu bakr aaye, ab body aap ki laiti hui thi.</w:t>
      </w:r>
    </w:p>
    <w:p>
      <w:pPr>
        <w:jc w:val="right"/>
      </w:pPr>
      <w:r>
        <w:t>تو حضرتابوبکرآئے، ابباڈیآپکیلٹائیہوئیتھی۔</w:t>
      </w:r>
    </w:p>
    <w:p>
      <w:r>
        <w:rPr>
          <w:b/>
        </w:rPr>
        <w:t xml:space="preserve">[10:41] </w:t>
      </w:r>
      <w:r>
        <w:t>aap ne chadar se cover ki hui thi, ab chadar uthaya aur kaha ki jo maut ek par aati hai, woh aap ke upar bhi aa chuki.</w:t>
      </w:r>
    </w:p>
    <w:p>
      <w:pPr>
        <w:jc w:val="right"/>
      </w:pPr>
      <w:r>
        <w:t>آپ نے چادر سے کورکیہوئیتھی، ابچادراٹھایا اور کہاکہ جو موتہرایکپرآتیہے، وہ آپکےاوپربھیآچکی۔</w:t>
      </w:r>
    </w:p>
    <w:p>
      <w:r>
        <w:rPr>
          <w:b/>
        </w:rPr>
        <w:t xml:space="preserve">[10:57] </w:t>
      </w:r>
      <w:r>
        <w:t>is baad unhon ne ek taqreer ki wahan. wahan log jama the madine mein, pareshan the. kyunki yahi yeh samajh mein nahin aata tha ki paighambar ki maut ho gayi.</w:t>
      </w:r>
    </w:p>
    <w:p>
      <w:pPr>
        <w:jc w:val="right"/>
      </w:pPr>
      <w:r>
        <w:t>اسبعد انہوںنےایکتقریرکیوہاں۔ وہاںلوگجمع تھے مدینےمیں، پریشانتھے۔ کیونکہیہییہیسمجھمیںنہیںآتاتھاکہپیغمبرکیموتہوگئی ۔</w:t>
      </w:r>
    </w:p>
    <w:p>
      <w:r>
        <w:rPr>
          <w:b/>
        </w:rPr>
        <w:t xml:space="preserve">[11:11] </w:t>
      </w:r>
      <w:r>
        <w:t>unhon ne taqreer mein ek bahut hi historical alfaaz bole the. man kan ya'budu Muhammad fa inna Muhammad qad maat wa man kan ya'budu Allaha fa inna Allaha hayyun la yamoot</w:t>
      </w:r>
    </w:p>
    <w:p>
      <w:pPr>
        <w:jc w:val="right"/>
      </w:pPr>
      <w:r>
        <w:t>انہوںنےتقریرمیںایکبہت ہیہسٹاریکل الفاظبولےتھے۔ من کان یعبد محمد فان محمد قد مات ومن کان یعبد اللہ فاناللہ حیلايم وت</w:t>
      </w:r>
    </w:p>
    <w:p>
      <w:r>
        <w:rPr>
          <w:b/>
        </w:rPr>
        <w:t xml:space="preserve">[11:27] </w:t>
      </w:r>
      <w:r>
        <w:t>jo Muhammad ko poochta tha to usko maloom hona chahiye ki Muhammad ki death ho chuki. aur jo khuda ko poochta tha to khuda zinda hai, woh kabhi marne wala nahin hai.</w:t>
      </w:r>
    </w:p>
    <w:p>
      <w:pPr>
        <w:jc w:val="right"/>
      </w:pPr>
      <w:r>
        <w:t>جو محمد کو پوچھتاتھا تواسکومعلومہوناچاہیےکہمحمد کی ڈیتھہوچکی۔ اور جوخداکوپوچھتاتھا توخدازندہہے،وہکبھیمرنےوالانہیں ہے۔</w:t>
      </w:r>
    </w:p>
    <w:p>
      <w:r>
        <w:rPr>
          <w:b/>
        </w:rPr>
        <w:t xml:space="preserve">[11:40] </w:t>
      </w:r>
      <w:r>
        <w:t>yeh hai woh spirit jo islam deta hai. har loss ke baad aap ko maloom ho ki mujhe ek aur bari cheez hasil hai, woh khud khuda wand zool jalal hai.</w:t>
      </w:r>
    </w:p>
    <w:p>
      <w:pPr>
        <w:jc w:val="right"/>
      </w:pPr>
      <w:r>
        <w:t>یہہے وہ اسپرٹجواسلام دیتاہے۔ ہر لاسکےبعدآپ کو معلومہوکہمجھے ایک اوربڑیچیزحاصل ہے، وہخود خداوند ذوالجلالہے۔</w:t>
      </w:r>
    </w:p>
    <w:p>
      <w:r>
        <w:rPr>
          <w:b/>
        </w:rPr>
        <w:t xml:space="preserve">[11:54] </w:t>
      </w:r>
      <w:r>
        <w:t>yeh jo unhon ne kaha tha, usko is ek waqe se, waqea iske ka se relate karke nahin dekhiye. ismein ek universal message hai, lifetime message hai.</w:t>
      </w:r>
    </w:p>
    <w:p>
      <w:pPr>
        <w:jc w:val="right"/>
      </w:pPr>
      <w:r>
        <w:t>یہجوانہوںنےکہاتھا،اسکو اسایک واقع ے ،واقعہاسکے کا سےریلیٹکرکےنہیںدیکھیے۔ اسمیںایکیونیورسل میسجہے، لائفٹائممیسجہے۔</w:t>
      </w:r>
    </w:p>
    <w:p>
      <w:r>
        <w:rPr>
          <w:b/>
        </w:rPr>
        <w:t xml:space="preserve">[12:06] </w:t>
      </w:r>
      <w:r>
        <w:t>har baat, har mauqe pe jab aap ko koi loss ho, har mauqe pe jab aap ko koi bhi museebat pesh aaye, har mauqe pe jab aap koi cheez khod dein to is spirit ko yaad kijiye.</w:t>
      </w:r>
    </w:p>
    <w:p>
      <w:pPr>
        <w:jc w:val="right"/>
      </w:pPr>
      <w:r>
        <w:t>ہربات،ہرموقع پہجبآپکوکوئیلاسہو ،ہرموقعپرجبآپکو کوئیبھی مصیبتپیش آئے،ہر موقعپرجبآپکوئیچیزکھودیں تواسیاسپرٹکو یادکیجئے۔</w:t>
      </w:r>
    </w:p>
    <w:p>
      <w:r>
        <w:rPr>
          <w:b/>
        </w:rPr>
        <w:t xml:space="preserve">[12:18] </w:t>
      </w:r>
      <w:r>
        <w:t>man kan ya'budu Muhammad fa inna Muhammad qad maat wa man kan ya'budu Allaha fa inna Allaha hayyun la yamoot</w:t>
      </w:r>
    </w:p>
    <w:p>
      <w:pPr>
        <w:jc w:val="right"/>
      </w:pPr>
      <w:r>
        <w:t>من کان یعبدمحمد فانمحمد قدمات ومن کان یعبد اللہ فاناللہحیلا يموت</w:t>
      </w:r>
    </w:p>
    <w:p>
      <w:r>
        <w:rPr>
          <w:b/>
        </w:rPr>
        <w:t xml:space="preserve">[12:27] </w:t>
      </w:r>
      <w:r>
        <w:t>jo Muhammad ko poochta tha, matlab ek jo ek shakhs ko poochta tha to Muhammad to chale gaye, lekin jo khuda ko poochta hai, jo khuda ki ibadat karta hai to khuda zinda hai.</w:t>
      </w:r>
    </w:p>
    <w:p>
      <w:pPr>
        <w:jc w:val="right"/>
      </w:pPr>
      <w:r>
        <w:t>جو محمد کوپوچھتاتھا،مطلبایکجوایکشخصکوپوچھتاتھا تو محمد توچلےگئے، لیکن جو خداکوپوچھتاہے، جوخداکیعبادتکرتاہے تو خدازندہہے۔</w:t>
      </w:r>
    </w:p>
    <w:p>
      <w:r>
        <w:rPr>
          <w:b/>
        </w:rPr>
        <w:t xml:space="preserve">[12:39] </w:t>
      </w:r>
      <w:r>
        <w:t>khuda se rehmat mang lo, khuda se blessing mang lo. yeh spirit jo islam paida karta hai. to pehli ayat jo hai, bismillah al rahman al rahim, isiko agar agar aap samajh boojh ke padhein to ek ajeeb aap ke andar toofan aa jayega.</w:t>
      </w:r>
    </w:p>
    <w:p>
      <w:pPr>
        <w:jc w:val="right"/>
      </w:pPr>
      <w:r>
        <w:t>خداسےرحمتمانگلو، خداسےبلیسنگمانگلو۔ یہ اسپرٹجو اسلام پیدا کرتاہے۔ تو پہلیآیتجوہے،بسماللہالرحمنالرحیم، اسیکواگر اگرآپسمجھبوجھکےپڑھیں تو ایکعجیبآپکےاندرطوفان آجائےگا۔</w:t>
      </w:r>
    </w:p>
    <w:p>
      <w:r>
        <w:rPr>
          <w:b/>
        </w:rPr>
        <w:t xml:space="preserve">[12:58] </w:t>
      </w:r>
      <w:r>
        <w:t>yani eternal bliss ka toofan aa jayega.</w:t>
      </w:r>
    </w:p>
    <w:p>
      <w:pPr>
        <w:jc w:val="right"/>
      </w:pPr>
      <w:r>
        <w:t>یعنیایٹرنل بلسکاطوفانآجائےگا۔</w:t>
      </w:r>
    </w:p>
    <w:p>
      <w:r>
        <w:rPr>
          <w:b/>
        </w:rPr>
        <w:t xml:space="preserve">[13:04] </w:t>
      </w:r>
      <w:r>
        <w:t>phir aap dekhiye, iske baad jo ayat aati hai quran majeed mein, alhamdulillah rabbil 'alamin. hamd ka matlab hai shukr, tareef, acknowledge karna kisi ki baraai ko. woh hai hamd.</w:t>
      </w:r>
    </w:p>
    <w:p>
      <w:pPr>
        <w:jc w:val="right"/>
      </w:pPr>
      <w:r>
        <w:t>پھرآپدیکھیے، اسکےبعد جوآیتآتیہےقرآنمجیدمیں، الحمدلله ربالعالم ین حمدکامطلبہے شکر ،تعریف ،اکنالجکرناکسی کیبڑائیکو ۔وہہےحمد ۔</w:t>
      </w:r>
    </w:p>
    <w:p>
      <w:r>
        <w:rPr>
          <w:b/>
        </w:rPr>
        <w:t xml:space="preserve">[13:20] </w:t>
      </w:r>
      <w:r>
        <w:t>to hamd hai us Allah ki jo saare 'alam ka parwardigar hai.</w:t>
      </w:r>
    </w:p>
    <w:p>
      <w:pPr>
        <w:jc w:val="right"/>
      </w:pPr>
      <w:r>
        <w:t>توحمد ہے اس اللہ کی جوسارےعالمکاپروردگارہے۔</w:t>
      </w:r>
    </w:p>
    <w:p>
      <w:r>
        <w:rPr>
          <w:b/>
        </w:rPr>
        <w:t xml:space="preserve">[13:26] </w:t>
      </w:r>
      <w:r>
        <w:t>yeh pehla, matlab pehli surah ka pehla verse hai. aur main samajhta hoon ki yahi saare quran ka, saare islam ka khulasa hai</w:t>
      </w:r>
    </w:p>
    <w:p>
      <w:pPr>
        <w:jc w:val="right"/>
      </w:pPr>
      <w:r>
        <w:t>یہ پہلا ،یعنی پہلیسورہکا پہلا ورسہے۔ اورمیںسمجھتاہوںکہیہی سارے قرآنکا ،سارےاسلام کا خلاصہہے</w:t>
      </w:r>
    </w:p>
    <w:p>
      <w:r>
        <w:rPr>
          <w:b/>
        </w:rPr>
        <w:t xml:space="preserve">[13:40] </w:t>
      </w:r>
      <w:r>
        <w:t>ki insan is dunya mein jiye hamd ki spirit ke saath, shukr ki spirit ke saath. matlab finding ki spirit ke saath, paane ki spirit ke saath, khone ki spirit ke saath nahin.</w:t>
      </w:r>
    </w:p>
    <w:p>
      <w:pPr>
        <w:jc w:val="right"/>
      </w:pPr>
      <w:r>
        <w:t>کہانساناسدنیا میں جیے حمد کیاسپرٹکےساتھ ،شکرکیاسپرٹکےساتھ۔ یعنی فائنڈنگکیاسپرٹکےساتھ ،پانےکیاسپرٹکےساتھ ،کھونےکیاسپرٹکےساتھنہیں۔</w:t>
      </w:r>
    </w:p>
    <w:p>
      <w:r>
        <w:rPr>
          <w:b/>
        </w:rPr>
        <w:t xml:space="preserve">[13:56] </w:t>
      </w:r>
      <w:r>
        <w:t>kyunke koi bhi cheez jo aap khoyen to us se ziyada bari cheez mili hui hai aap ko.</w:t>
      </w:r>
    </w:p>
    <w:p>
      <w:pPr>
        <w:jc w:val="right"/>
      </w:pPr>
      <w:r>
        <w:t>کیونکہکوئیبھیچیزجوآپکھوئیں تواسسےزیادہ بڑیچیزملیہوئیہےآپکو ۔</w:t>
      </w:r>
    </w:p>
    <w:p>
      <w:r>
        <w:rPr>
          <w:b/>
        </w:rPr>
        <w:t xml:space="preserve">[14:04] </w:t>
      </w:r>
      <w:r>
        <w:t>aaj mein apna aaj ka tajruba batata hoon. aaj subah ko</w:t>
      </w:r>
    </w:p>
    <w:p>
      <w:pPr>
        <w:jc w:val="right"/>
      </w:pPr>
      <w:r>
        <w:t>آجمیں اپناآجکاتجربہبتاتاہوں۔آجصبحکو</w:t>
      </w:r>
    </w:p>
    <w:p>
      <w:r>
        <w:rPr>
          <w:b/>
        </w:rPr>
        <w:t xml:space="preserve">[14:08] </w:t>
      </w:r>
      <w:r>
        <w:t>mein apni balcony mein baitha tha. ab is waqt aap jante hain ke mausam kitna acha hai to suraj nikla hua tha. abhi suraj subah ka suraj kitna, yani gold na hota hai, kitna acha hota hai.</w:t>
      </w:r>
    </w:p>
    <w:p>
      <w:pPr>
        <w:jc w:val="right"/>
      </w:pPr>
      <w:r>
        <w:t>میں اپنی بال کنیمیںبیٹھاتھا۔ اباسوقت آپجانتےہیںکہموسماتنااچھاہے تو سورجنکلاہواتھا۔ ابھیسورج صبحکاسورجکتنا ،یعنیگولڈنہوتاہے،کتنا اچھاہوتاہے۔</w:t>
      </w:r>
    </w:p>
    <w:p>
      <w:r>
        <w:rPr>
          <w:b/>
        </w:rPr>
        <w:t xml:space="preserve">[14:22] </w:t>
      </w:r>
      <w:r>
        <w:t>baitha tha, idhar suraj chamak raha hai, idhar darakhton ki, sarsabz darakhton ki line hai, idhar chidiyan ur rahi hain, idhar aasman khula faza hai, har taraf ek nature ka mahol.</w:t>
      </w:r>
    </w:p>
    <w:p>
      <w:pPr>
        <w:jc w:val="right"/>
      </w:pPr>
      <w:r>
        <w:t>بیٹھاتھا ،ادھرسورج چمکرہاہے، ادھردرختوںکی ،سرسبزدرختوںکی لائنہے، ادھرچڑیاںاڑرہیہیں، ادھرآسمان کھلیفضاہے، ہرطرف ایکنیچرکاماحول۔</w:t>
      </w:r>
    </w:p>
    <w:p>
      <w:r>
        <w:rPr>
          <w:b/>
        </w:rPr>
        <w:t xml:space="preserve">[14:39] </w:t>
      </w:r>
      <w:r>
        <w:t>to mujhe ajeeb kaifiyat hui. ajeeb kaifiyat hui. mujhe yaad aaya rasool Allah ki ba'set se pehle arab mein kuch log hote the, seeker, seeker, in ko kaha jata tha hunafa,</w:t>
      </w:r>
    </w:p>
    <w:p>
      <w:pPr>
        <w:jc w:val="right"/>
      </w:pPr>
      <w:r>
        <w:t>تو مجھےعجیبکیفیتہوئی۔ عجیبکیفیتہوئی۔ مجھےیادآیا رسولاللہ کی بعثتسےپہلے عربمیںکچھلوگہوتےتھے، سیکر ،سیکر، انکوکہاجاتا تھاحنفاء،</w:t>
      </w:r>
    </w:p>
    <w:p>
      <w:r>
        <w:rPr>
          <w:b/>
        </w:rPr>
        <w:t xml:space="preserve">[14:56] </w:t>
      </w:r>
      <w:r>
        <w:t>yani seeker of truth. to hunafa kaha jata hai in ko. to is mein woh log sachai ki talash mein hote the.</w:t>
      </w:r>
    </w:p>
    <w:p>
      <w:pPr>
        <w:jc w:val="right"/>
      </w:pPr>
      <w:r>
        <w:t>یعنیسیکرآفٹروتھ۔ تو حنفاءکہاجاتاہےانکو۔تواسمیں وہلوگ سچائی کے تلاشمیںہوتےتھے۔</w:t>
      </w:r>
    </w:p>
    <w:p>
      <w:r>
        <w:rPr>
          <w:b/>
        </w:rPr>
        <w:t xml:space="preserve">[15:06] </w:t>
      </w:r>
      <w:r>
        <w:t>to ek ek sahib ka waqia aata hai rasool Allah ki ba'set se pehle, kuch pehle.</w:t>
      </w:r>
    </w:p>
    <w:p>
      <w:pPr>
        <w:jc w:val="right"/>
      </w:pPr>
      <w:r>
        <w:t>تو ایک ایک صاحبکاواقع ہآتاہے رسولاللہ کی بعثتسےپہلے ، کچھپہلے۔</w:t>
      </w:r>
    </w:p>
    <w:p>
      <w:r>
        <w:rPr>
          <w:b/>
        </w:rPr>
        <w:t xml:space="preserve">[15:12] </w:t>
      </w:r>
      <w:r>
        <w:t>woh aate the ka'ba mein, baithte the, teek laga kar kehte the, "khuda ya, mujhe nahi maloom ke mein kis tarah teri ibadat karoon.</w:t>
      </w:r>
    </w:p>
    <w:p>
      <w:pPr>
        <w:jc w:val="right"/>
      </w:pPr>
      <w:r>
        <w:t>وہآتےتھےک عبہمیں،بیٹھتےتھے،ٹیکلگاکر کہتےتھے، "خدایا، مجھےنہیںمعلومکہمیںکسطرح تیریعبادتکروں۔</w:t>
      </w:r>
    </w:p>
    <w:p>
      <w:r>
        <w:rPr>
          <w:b/>
        </w:rPr>
        <w:t xml:space="preserve">[15:24] </w:t>
      </w:r>
      <w:r>
        <w:t>agar mein janta to mein teri ibadat waise hi karta hoon.</w:t>
      </w:r>
    </w:p>
    <w:p>
      <w:pPr>
        <w:jc w:val="right"/>
      </w:pPr>
      <w:r>
        <w:t>اگر میںجانتاتومیںتیریعبادتویسےہیکرتاہوں۔</w:t>
      </w:r>
    </w:p>
    <w:p>
      <w:r>
        <w:rPr>
          <w:b/>
        </w:rPr>
        <w:t xml:space="preserve">[15:32] </w:t>
      </w:r>
      <w:r>
        <w:t>khuda ya, mein nahi janta ke teri ibadat mein kaise karoon. agar mein janta to isi tarah teri ibadat karta hoon." to mujhe aaj waqai yaad aaya. maine kaha, "khuda ya, mujhe nahi maloom ke mein tujh se in alfaaz mein to acknowledge karoon.</w:t>
      </w:r>
    </w:p>
    <w:p>
      <w:pPr>
        <w:jc w:val="right"/>
      </w:pPr>
      <w:r>
        <w:t>خدایا،میںنہیںجانتا کہ تیریعبادتمیںکیسےکروں۔ اگرمیںجانتاتو اسیطرح تیریعبادتکرتاہوں۔" تومجھےآج واقعہیادآیا۔میںنےکہا،"خدایا،مجھےنہیںمعلوم کہمیں تجھ ےان الفاظمیںتو اکنالجکروں۔</w:t>
      </w:r>
    </w:p>
    <w:p>
      <w:r>
        <w:rPr>
          <w:b/>
        </w:rPr>
        <w:t xml:space="preserve">[15:48] </w:t>
      </w:r>
      <w:r>
        <w:t>yeh nature mein jo teri glory hai, jo wonders hain, mein kaise acknowledge karoon is ko? kaise appreciate karoon is ko?</w:t>
      </w:r>
    </w:p>
    <w:p>
      <w:pPr>
        <w:jc w:val="right"/>
      </w:pPr>
      <w:r>
        <w:t>یہ نیچرمیںجوتی ریگلوریہے، جو ونڈرزہیں، میں کیسےاکنالجکروںاسکو؟کیسے اپریشیٹکروںاسکو؟</w:t>
      </w:r>
    </w:p>
    <w:p>
      <w:r>
        <w:rPr>
          <w:b/>
        </w:rPr>
        <w:t xml:space="preserve">[15:56] </w:t>
      </w:r>
      <w:r>
        <w:t>mere paas alfaaz nahi.</w:t>
      </w:r>
    </w:p>
    <w:p>
      <w:pPr>
        <w:jc w:val="right"/>
      </w:pPr>
      <w:r>
        <w:t>میرےپاسالفاظنہیں ۔</w:t>
      </w:r>
    </w:p>
    <w:p>
      <w:r>
        <w:rPr>
          <w:b/>
        </w:rPr>
        <w:t xml:space="preserve">[16:01] </w:t>
      </w:r>
      <w:r>
        <w:t>koi bhi shakhs jab nature mein khara hota hai, suraj chand ko dekhta hai, darakhton ko dekhta hai, daryaon ko tasawwur mein lata hai, sitaron ka dhyan lata hai to yeh nature woh hai, yeh kainat itna, itna jo wonders se bhari hui hai, wonders,</w:t>
      </w:r>
    </w:p>
    <w:p>
      <w:pPr>
        <w:jc w:val="right"/>
      </w:pPr>
      <w:r>
        <w:t>کوئیبھیشخص جبنیچرمیںکھڑاہوتاہے، سورجچ اندکودیکھتاہے، درختوںکودیکھتاہے، دریا ؤںکو تصورمیںلاتاہے، ستاروںکا دھیان لاتاہے تویہنیچرجوہے، یہکائنات اتنا ،اتنا جوونڈرزسےبھریہوئیہے،ونڈرز،</w:t>
      </w:r>
    </w:p>
    <w:p>
      <w:r>
        <w:rPr>
          <w:b/>
        </w:rPr>
        <w:t xml:space="preserve">[16:22] </w:t>
      </w:r>
      <w:r>
        <w:t>wonders se bhari hui hai,</w:t>
      </w:r>
    </w:p>
    <w:p>
      <w:pPr>
        <w:jc w:val="right"/>
      </w:pPr>
      <w:r>
        <w:t>ونڈرزسےبھریہوئیہے،</w:t>
      </w:r>
    </w:p>
    <w:p>
      <w:r>
        <w:rPr>
          <w:b/>
        </w:rPr>
        <w:t xml:space="preserve">[16:26] </w:t>
      </w:r>
      <w:r>
        <w:t>divine wonders. is waqt alfaaz goonge ho jate hain, alfaaz goonge ho jate hain, sab nahi saath dete aadmi ka.</w:t>
      </w:r>
    </w:p>
    <w:p>
      <w:pPr>
        <w:jc w:val="right"/>
      </w:pPr>
      <w:r>
        <w:t>ڈیوائنونڈرز۔ اسوقتالفاظگمہوجاتےہیں، الفاظگمہوجاتےہیں،سب نہیں ساتھدیتےآدمیکا۔</w:t>
      </w:r>
    </w:p>
    <w:p>
      <w:r>
        <w:rPr>
          <w:b/>
        </w:rPr>
        <w:t xml:space="preserve">[16:35] </w:t>
      </w:r>
      <w:r>
        <w:t>to woh kaifiyat meri hui. to maine kaha, "khuda ya, mujhe nahi maloom ke mein kin alfaaz mein tera itraaf karoon, kin alfaaz mein tujh ko acknowledge karoon, kin alfaaz mein tere wonders ka koi appreciate karoon.</w:t>
      </w:r>
    </w:p>
    <w:p>
      <w:pPr>
        <w:jc w:val="right"/>
      </w:pPr>
      <w:r>
        <w:t>تووہکیفیتمیریہوئی۔ تومیںنےکہا،"خدایا،مجھےنہیںمعلوم کہمیں کن الفاظمیں تیرااعترافکروں،کنالفاظمیں تجھکواکنالجکروں، کنالفاظمیںتیرےونڈرز کا کوئیاپریشیٹکروں۔</w:t>
      </w:r>
    </w:p>
    <w:p>
      <w:r>
        <w:rPr>
          <w:b/>
        </w:rPr>
        <w:t xml:space="preserve">[16:48] </w:t>
      </w:r>
      <w:r>
        <w:t>agar mere paas woh alfaaz hote to mein in alfaaz mein tujh ko appreciate karta."</w:t>
      </w:r>
    </w:p>
    <w:p>
      <w:pPr>
        <w:jc w:val="right"/>
      </w:pPr>
      <w:r>
        <w:t>اگر میرےپاسوہالفاظہوتےتومیںان الفاظمیں تجھکو اپریشیٹکرتا۔"</w:t>
      </w:r>
    </w:p>
    <w:p>
      <w:r>
        <w:rPr>
          <w:b/>
        </w:rPr>
        <w:t xml:space="preserve">[16:57] </w:t>
      </w:r>
      <w:r>
        <w:t>is se mujhe ek bohat bari daryaft ho gayi. is yeh jo tajruba hua, yeh jo experience hua, is se maine samjha ke jannat kya cheez hai.</w:t>
      </w:r>
    </w:p>
    <w:p>
      <w:pPr>
        <w:jc w:val="right"/>
      </w:pPr>
      <w:r>
        <w:t>اسسےمجھےایکبہتبڑیدریا فتہوگئی ۔ اس یہجو تجربہہوا،یہجوایکسپیرینسہوا، اسسےمیںنےسمجھاکہجنتکیاچیزہے۔</w:t>
      </w:r>
    </w:p>
    <w:p>
      <w:r>
        <w:rPr>
          <w:b/>
        </w:rPr>
        <w:t xml:space="preserve">[17:10] </w:t>
      </w:r>
      <w:r>
        <w:t>is jannat ko maine rediscour kiya. log samajhte hain jannat ka matlab yeh hai ke wahan kuch phool honge aur achhe achhe ghar honge, hoorien hon gi.</w:t>
      </w:r>
    </w:p>
    <w:p>
      <w:pPr>
        <w:jc w:val="right"/>
      </w:pPr>
      <w:r>
        <w:t>اسجنتکومیںنے ریڈسکورکیا۔ لوگ سمجھتےہیںجنتکا مطلب یہہے کہوہاںکچھپھلہوںگے اور اچھےاچھےگھرہوںگے، حوریںہوںگی۔</w:t>
      </w:r>
    </w:p>
    <w:p>
      <w:r>
        <w:rPr>
          <w:b/>
        </w:rPr>
        <w:t xml:space="preserve">[17:20] </w:t>
      </w:r>
      <w:r>
        <w:t>yeh jannat ka underestimation hai.</w:t>
      </w:r>
    </w:p>
    <w:p>
      <w:pPr>
        <w:jc w:val="right"/>
      </w:pPr>
      <w:r>
        <w:t>یہجنتکاانڈرایسٹیمیشنہے۔</w:t>
      </w:r>
    </w:p>
    <w:p>
      <w:r>
        <w:rPr>
          <w:b/>
        </w:rPr>
        <w:t xml:space="preserve">[17:24] </w:t>
      </w:r>
      <w:r>
        <w:t>yeh paradise ka underestimation hai. dekhen, insaan ko sab se bari lazeez cheez kya hai?</w:t>
      </w:r>
    </w:p>
    <w:p>
      <w:pPr>
        <w:jc w:val="right"/>
      </w:pPr>
      <w:r>
        <w:t>یہ پار ائیڈائز کاانڈرایسٹیمیشنہے۔ دیکھیں، انسان کو سبسےبڑی لذیذچیزکیاہے؟</w:t>
      </w:r>
    </w:p>
    <w:p>
      <w:r>
        <w:rPr>
          <w:b/>
        </w:rPr>
        <w:t xml:space="preserve">[17:35] </w:t>
      </w:r>
      <w:r>
        <w:t>discovery, nayi baaton ko daryaft karna. koi creative cheez aadmi jaan le to bohat khush hota hai, super joy us ko hota hai. jaise mashhoor waqia hai Archimedes ka ke us ko ek discovery hui to eureka eureka kehta hai, "woh bhaga, woh maine daryaft kar liya, maine daryaft kar liya."</w:t>
      </w:r>
    </w:p>
    <w:p>
      <w:pPr>
        <w:jc w:val="right"/>
      </w:pPr>
      <w:r>
        <w:t>ڈسکوری ،نئیباتوںکودریا فتکرنا۔ کوئی کریٹیوچیزآدمیجان لے توبہت خوشہوتیہے، سپرجوائےاسکوہوتاہے۔ جیسےمشہورواقعہہے ارکیمیڈیزکا کہاسکوایکڈسکوریہوئی تویورکایورکاکہتاہے،"وہبھاگا،وہ میںنےدریافتکرلیا،میںنےدریافتکرلیا۔"</w:t>
      </w:r>
    </w:p>
    <w:p>
      <w:r>
        <w:rPr>
          <w:b/>
        </w:rPr>
        <w:t xml:space="preserve">[17:54] </w:t>
      </w:r>
      <w:r>
        <w:t>to sab se bara joy, sab se bara pleasure jo insaan ko hota hai, woh hai discovery, nayi nayi baaton ki daryaft, nayi nayi baaton ki daryaft.</w:t>
      </w:r>
    </w:p>
    <w:p>
      <w:pPr>
        <w:jc w:val="right"/>
      </w:pPr>
      <w:r>
        <w:t>تو سب سےبڑا جوائے، سبسےبڑا پلیژر جو انسانکو ہوتاہے، وہہے ڈسکوری، نئینئیباتوںکیدریا فت،نئینئیباتوںکیدریا فت۔</w:t>
      </w:r>
    </w:p>
    <w:p>
      <w:r>
        <w:rPr>
          <w:b/>
        </w:rPr>
        <w:t xml:space="preserve">[18:06] </w:t>
      </w:r>
      <w:r>
        <w:t>yeh mind jo hai insaan ka, is ki khushi is mein hoti hai. to agar jannat mein sirf yeh ho ke meway hain to woh khushi bohat der tak mahfooz ho jaye gi.</w:t>
      </w:r>
    </w:p>
    <w:p>
      <w:pPr>
        <w:jc w:val="right"/>
      </w:pPr>
      <w:r>
        <w:t>یہ مائنڈجوہے انسان کا، اس کی خوشیاسیمیںہوتیہے۔ تواگر جنتمیںصرفیہہوکہمیوےہیں تو وہخوشیبہتدیرختمہوجائےگی۔</w:t>
      </w:r>
    </w:p>
    <w:p>
      <w:r>
        <w:rPr>
          <w:b/>
        </w:rPr>
        <w:t xml:space="preserve">[18:17] </w:t>
      </w:r>
      <w:r>
        <w:t>aap bore ho jayen ge. hoorien hain to tab bhi aap bore ho jayen ge.</w:t>
      </w:r>
    </w:p>
    <w:p>
      <w:pPr>
        <w:jc w:val="right"/>
      </w:pPr>
      <w:r>
        <w:t>آپبورہوجائیںگے۔ حوریںہیںتو تببھیآپبورہوجائیںگے۔</w:t>
      </w:r>
    </w:p>
    <w:p>
      <w:r>
        <w:rPr>
          <w:b/>
        </w:rPr>
        <w:t xml:space="preserve">[18:23] </w:t>
      </w:r>
      <w:r>
        <w:t>blige hain tab bhi aap booray ho jayen gay. aap ka jawan intellectual level hai, woh satah ki jannat ka hona chahiye.</w:t>
      </w:r>
    </w:p>
    <w:p>
      <w:pPr>
        <w:jc w:val="right"/>
      </w:pPr>
      <w:r>
        <w:t>بلیگےہیںتببھیآپبورہوجائیںگے۔ آپ کاجوانٹلیکچوللیولہے، وہ سطح کیجنتکاہوناچاہیے۔</w:t>
      </w:r>
    </w:p>
    <w:p>
      <w:r>
        <w:rPr>
          <w:b/>
        </w:rPr>
        <w:t xml:space="preserve">[18:34] </w:t>
      </w:r>
      <w:r>
        <w:t>jo level aap ke mind ka hai, usi level ke paradise mein hona chahiye. jis khuda ne yeh mind paida kiya hai, woh is khuda ko pata hai ke is mind ko pleasure kis cheez mein mile ga.</w:t>
      </w:r>
    </w:p>
    <w:p>
      <w:pPr>
        <w:jc w:val="right"/>
      </w:pPr>
      <w:r>
        <w:t>جو لیولآپ کے مائنڈکاہے،اسیلیول کے پارائیڈائزمیںہونیچاہیے۔ جسخدانےیہمائنڈپیدا کیاہے، وہ اسخداکوپتہہے کہاسمائنڈکو پلیژرکسچیزمیںملےگا۔</w:t>
      </w:r>
    </w:p>
    <w:p>
      <w:r>
        <w:rPr>
          <w:b/>
        </w:rPr>
        <w:t xml:space="preserve">[18:50] </w:t>
      </w:r>
      <w:r>
        <w:t>to yeh jo dunya mein hum jisko kehte hain civilization, civilization kya hai? unfolding the secret of nature.</w:t>
      </w:r>
    </w:p>
    <w:p>
      <w:pPr>
        <w:jc w:val="right"/>
      </w:pPr>
      <w:r>
        <w:t>تویہجو دنیا میںہمجسکوکہتےہیںسولائزیشن، سولائزیشنکیاہے؟ ان فولڈنگداسیکرٹآفنیچر۔</w:t>
      </w:r>
    </w:p>
    <w:p>
      <w:r>
        <w:rPr>
          <w:b/>
        </w:rPr>
        <w:t xml:space="preserve">[19:00] </w:t>
      </w:r>
      <w:r>
        <w:t>civilization kya hai? civilization yeh hai woh. nature mein jo secrets hain, us ko unfold karne ka naam hai civilization.</w:t>
      </w:r>
    </w:p>
    <w:p>
      <w:pPr>
        <w:jc w:val="right"/>
      </w:pPr>
      <w:r>
        <w:t>سولائزیشنکیاہے؟سولائزیشنیہیتوہے۔ نیچرمیںجو سیکرٹسہیں، اسکوانفولڈکرنےکانامہے سولائزیشن ۔</w:t>
      </w:r>
    </w:p>
    <w:p>
      <w:r>
        <w:rPr>
          <w:b/>
        </w:rPr>
        <w:t xml:space="preserve">[19:09] </w:t>
      </w:r>
      <w:r>
        <w:t>usi ko unfold kar ke civilization bani hai.</w:t>
      </w:r>
    </w:p>
    <w:p>
      <w:pPr>
        <w:jc w:val="right"/>
      </w:pPr>
      <w:r>
        <w:t>اسیکوانفولڈکرکے سولائزیشنبنی ہے۔</w:t>
      </w:r>
    </w:p>
    <w:p>
      <w:r>
        <w:rPr>
          <w:b/>
        </w:rPr>
        <w:t xml:space="preserve">[19:13] </w:t>
      </w:r>
      <w:r>
        <w:t>lekin saaray scientist mante hain ke hum bohat hi kam unfold kar sake. aik scientist ne likha hai ke "We are knowing more and more about less and less.</w:t>
      </w:r>
    </w:p>
    <w:p>
      <w:pPr>
        <w:jc w:val="right"/>
      </w:pPr>
      <w:r>
        <w:t>لیکن سارے سائنٹسٹمانتےہیں کہہم بہت ہی کم انانفولڈکرسکے۔ ایک سائنسداننےلکھاہےکہ "Weare knowingmoreandmoreabout lessandless.</w:t>
      </w:r>
    </w:p>
    <w:p>
      <w:r>
        <w:rPr>
          <w:b/>
        </w:rPr>
        <w:t xml:space="preserve">[19:29] </w:t>
      </w:r>
      <w:r>
        <w:t>We are knowing more and more about less and less." matlab jitna jante hain, pata chalta hai ke janne ki had aur aur ziyada hai. ke har janna aadmi ko sirf apne na janne ka batata hai.</w:t>
      </w:r>
    </w:p>
    <w:p>
      <w:pPr>
        <w:jc w:val="right"/>
      </w:pPr>
      <w:r>
        <w:t>Weareknowingmoreandmoreabout lessandless." مطلبجتناجانتےہیں،پتہچلتاہےکہ جاننےکیحد اور اورزیادہ ہے۔ کہہرجانناآدمیکوصرفاپنے نہجاننےکوبتاتاہے۔</w:t>
      </w:r>
    </w:p>
    <w:p>
      <w:r>
        <w:rPr>
          <w:b/>
        </w:rPr>
        <w:t xml:space="preserve">[19:42] </w:t>
      </w:r>
      <w:r>
        <w:t>to itnay wonders hain nature mein jo kisi telescope se dikhai nahi dete, kisi microscope ke is mein mushahde mein nahi aate.</w:t>
      </w:r>
    </w:p>
    <w:p>
      <w:pPr>
        <w:jc w:val="right"/>
      </w:pPr>
      <w:r>
        <w:t>تو اتنے ونڈرزہیںنیچرمیں جوکسی ٹیلیسکوپسے دکھائینہیںدیتے ، کسی مائیکروسکوپ کے اسمیں مشاہدےمیںنہیںآتے۔</w:t>
      </w:r>
    </w:p>
    <w:p>
      <w:r>
        <w:rPr>
          <w:b/>
        </w:rPr>
        <w:t xml:space="preserve">[19:53] </w:t>
      </w:r>
      <w:r>
        <w:t>to kya woh undiscovered para rahe ga? yeh khuda ka underestimate hai ke itni bari dunya banaye aur woh koi is ko janne wala na ho.</w:t>
      </w:r>
    </w:p>
    <w:p>
      <w:pPr>
        <w:jc w:val="right"/>
      </w:pPr>
      <w:r>
        <w:t>توکیاوہ انڈسکورڈپڑارہےگا؟ یہ خداکاانڈرایسٹیمیشنہے کہ اتنیبڑی دنیا بن ائے اور وہ کوئی اسکوجاننےوالانہہو۔</w:t>
      </w:r>
    </w:p>
    <w:p>
      <w:r>
        <w:rPr>
          <w:b/>
        </w:rPr>
        <w:t xml:space="preserve">[20:06] </w:t>
      </w:r>
      <w:r>
        <w:t>aap ghor kijiye, yeh to har aadmi manay ga ke dunya wonders se bhari hui hai.</w:t>
      </w:r>
    </w:p>
    <w:p>
      <w:pPr>
        <w:jc w:val="right"/>
      </w:pPr>
      <w:r>
        <w:t>آپ غورکیجئے، یہتوہرآدمیمانےگا کہدنیا ونڈرزسےبھریہوئیہے۔</w:t>
      </w:r>
    </w:p>
    <w:p>
      <w:r>
        <w:rPr>
          <w:b/>
        </w:rPr>
        <w:t xml:space="preserve">[20:12] </w:t>
      </w:r>
      <w:r>
        <w:t>yeh dunya wonders se bhari hui hai. is mein to manne mein koi, yani koi inkar nahi kar sakta ke aik patay mein, aik aik zarre mein, aik aik cheez mein itna ziyada, yani anokhi baatein hain</w:t>
      </w:r>
    </w:p>
    <w:p>
      <w:pPr>
        <w:jc w:val="right"/>
      </w:pPr>
      <w:r>
        <w:t>یہدنیا ونڈرزسےبھریہوئیہے۔ اسمیںتو ماننےمیںکوئی ،یعنیکوئی انکارنہیںکرسکتا کہایکپتیمیں،ایکایکذرےمیں،ایکایکچیزمیں اتنا زیادہ ،یعنی انوکھیباتیںہیں</w:t>
      </w:r>
    </w:p>
    <w:p>
      <w:r>
        <w:rPr>
          <w:b/>
        </w:rPr>
        <w:t xml:space="preserve">[20:33] </w:t>
      </w:r>
      <w:r>
        <w:t>ke kaha jata hai ke jo sab scientist, Einstein, jo sab se bara scientist mana jata hai, woh bhi apne mind ka, yani kuch bhi hissa istemal nahi kar saka. sab is ka mind unfold na ho saka.</w:t>
      </w:r>
    </w:p>
    <w:p>
      <w:pPr>
        <w:jc w:val="right"/>
      </w:pPr>
      <w:r>
        <w:t>کہکہاجاتاہےکہ جو سبسائنٹسٹ، آئنسٹین،جوسبسےبڑاسائنٹسٹماناجاتاہے، وہ بھیاپنےمائنڈکا ،یعنی کچھبھیحصہاستعمالنہیںکرسکا۔سباسکامائنڈانفولڈ نہہوسکا۔</w:t>
      </w:r>
    </w:p>
    <w:p>
      <w:r>
        <w:rPr>
          <w:b/>
        </w:rPr>
        <w:t xml:space="preserve">[20:46] </w:t>
      </w:r>
      <w:r>
        <w:t>aisi hi chala gaya dunya se. to jo potential hamare mind ke hain, woh kahin to un ko utilize hona chahiye. to dekhen, aik taraf hamara mind para hua hai,</w:t>
      </w:r>
    </w:p>
    <w:p>
      <w:pPr>
        <w:jc w:val="right"/>
      </w:pPr>
      <w:r>
        <w:t>ایسےہیچلاگیا دنیا سے ۔ تو جوپوٹینشلہمارےمائنڈکےہیں، وہ کہیںتو انکویوٹیلائزہوناچاہیے۔ تودیکھیں،ایکطرف ہمارا مائنڈ پڑاہواہے،</w:t>
      </w:r>
    </w:p>
    <w:p>
      <w:r>
        <w:rPr>
          <w:b/>
        </w:rPr>
        <w:t xml:space="preserve">[21:00] </w:t>
      </w:r>
      <w:r>
        <w:t>yeh sab yeh wonders bhi pare hue hain.</w:t>
      </w:r>
    </w:p>
    <w:p>
      <w:pPr>
        <w:jc w:val="right"/>
      </w:pPr>
      <w:r>
        <w:t>یہسبیہ ونڈرزبھیپڑےہوئےہیں۔</w:t>
      </w:r>
    </w:p>
    <w:p>
      <w:r>
        <w:rPr>
          <w:b/>
        </w:rPr>
        <w:t xml:space="preserve">[21:04] </w:t>
      </w:r>
      <w:r>
        <w:t>wonders discover nahi hue, hamare mind ke potential unfold nahi hue. to koi to jagah ho, that is paradise.</w:t>
      </w:r>
    </w:p>
    <w:p>
      <w:pPr>
        <w:jc w:val="right"/>
      </w:pPr>
      <w:r>
        <w:t>ونڈرزڈسکورنہیںہوئے، ہمارےمائنڈکےپوٹینشلانفولڈنہیںہوئے۔ توکوئیتوجگہہو، دیٹازپارائیڈائز۔</w:t>
      </w:r>
    </w:p>
    <w:p>
      <w:r>
        <w:rPr>
          <w:b/>
        </w:rPr>
        <w:t xml:space="preserve">[21:15] </w:t>
      </w:r>
      <w:r>
        <w:t>to jab mein woh tajurba mujhe hua ke khuda ya, mujhe mere paas alfaaz nahi hain tere wonders ko bayan karne ke liye, tab mujhe discovery hui ke dunya mein jo civilization hai, dunya mein jo science hai hamari, woh hamare lafzon ki aakhri had hai.</w:t>
      </w:r>
    </w:p>
    <w:p>
      <w:pPr>
        <w:jc w:val="right"/>
      </w:pPr>
      <w:r>
        <w:t>توجب میں وہتجربہمجھےہواکہخدایا،مجھےمیرےپاسالفاظنہیںہیں تیرےونڈرزکوبیانکرنےکےلیے ،تبمجھےڈسکوریہوئی کہ دنیا میںجو سولائزیشنہے، دنیا میںجوسائنسہےہماری، وہ ہمارے لفظوںکیآخریحدہے۔</w:t>
      </w:r>
    </w:p>
    <w:p>
      <w:r>
        <w:rPr>
          <w:b/>
        </w:rPr>
        <w:t xml:space="preserve">[21:31] </w:t>
      </w:r>
      <w:r>
        <w:t>hamari vocabulary yahan khatam ho jati hai.</w:t>
      </w:r>
    </w:p>
    <w:p>
      <w:pPr>
        <w:jc w:val="right"/>
      </w:pPr>
      <w:r>
        <w:t>ہماری وکیبلرییہاںختمہوجاتیہے۔</w:t>
      </w:r>
    </w:p>
    <w:p>
      <w:r>
        <w:rPr>
          <w:b/>
        </w:rPr>
        <w:t xml:space="preserve">[21:34] </w:t>
      </w:r>
      <w:r>
        <w:t>ab jo mazeed wonders hain, un ko discover karna, un ko unfold karna aur super joy ka tajurba karna, woh hoga khuda alfaaz de ga hum ko.</w:t>
      </w:r>
    </w:p>
    <w:p>
      <w:pPr>
        <w:jc w:val="right"/>
      </w:pPr>
      <w:r>
        <w:t>ابجو مزید ونڈرزہیں، انکو ڈسکورکرنا ،انکوانفولڈکرنا اور سپر جوائےکاتجربہکرنا، وہہوگا خدا الفاظدےگاہمکو ۔</w:t>
      </w:r>
    </w:p>
    <w:p>
      <w:r>
        <w:rPr>
          <w:b/>
        </w:rPr>
        <w:t xml:space="preserve">[21:46] </w:t>
      </w:r>
      <w:r>
        <w:t>jis khuda ne yeh dunya banai hai, wohi hum ko mazeed alfaaz de ga. tab hamari vocabulary unlimited ho jaye gi. to phir woh eternal joy hoga, eternal joy hoga.</w:t>
      </w:r>
    </w:p>
    <w:p>
      <w:pPr>
        <w:jc w:val="right"/>
      </w:pPr>
      <w:r>
        <w:t>جسخدانےیہدنیابنائیہے، وہیہمکومزید الفاظدےگا۔ تب ہماریوکیبلری انلمیٹڈہوجائےگی۔ توپھروہایٹرنلجوائےہوگا، ایٹرنلجوائےہوگا۔</w:t>
      </w:r>
    </w:p>
    <w:p>
      <w:r>
        <w:rPr>
          <w:b/>
        </w:rPr>
        <w:t xml:space="preserve">[21:59] </w:t>
      </w:r>
      <w:r>
        <w:t>usi ka naam hai paradise.</w:t>
      </w:r>
    </w:p>
    <w:p>
      <w:pPr>
        <w:jc w:val="right"/>
      </w:pPr>
      <w:r>
        <w:t>اسیکانامہےپارائیڈائز۔</w:t>
      </w:r>
    </w:p>
    <w:p>
      <w:r>
        <w:rPr>
          <w:b/>
        </w:rPr>
        <w:t xml:space="preserve">[22:02] </w:t>
      </w:r>
      <w:r>
        <w:t>paradise mein jo aur cheezein hain, khana peena, mahal waghera, yeh to hospitality hai. Quran mein hai ke nazlum min ghafoor raheem khuda ki hospitality hai.</w:t>
      </w:r>
    </w:p>
    <w:p>
      <w:pPr>
        <w:jc w:val="right"/>
      </w:pPr>
      <w:r>
        <w:t>پارائیڈائزمیںجو اورچیزیںہیں،کھانا پینا،محل وغیرہ،یہتو ہاسپیٹیلٹیہے۔ قرآنمیںہےکہنزلممنغفوررحیم خداکیہاسپیٹیلٹیہے۔</w:t>
      </w:r>
    </w:p>
    <w:p>
      <w:r>
        <w:rPr>
          <w:b/>
        </w:rPr>
        <w:t xml:space="preserve">[22:13] </w:t>
      </w:r>
      <w:r>
        <w:t>asal jo jo aise activities hongi, activities woh to civilization ke aglay daur ko mukammal karna, woh to wonders ko unfold karne ke aglay process ko jari rakh</w:t>
      </w:r>
    </w:p>
    <w:p>
      <w:pPr>
        <w:jc w:val="right"/>
      </w:pPr>
      <w:r>
        <w:t>اصلجو جو ایسےایکٹیویٹیزہوںگی، ایکٹیویٹیز وہتو سولائزیشن کے اگلے دور کومکملکرنا، وہتو ونڈرزکو انفولڈکرنے کےاگلے پراسیسکوجاریرکھ</w:t>
      </w:r>
    </w:p>
    <w:p>
      <w:r>
        <w:rPr>
          <w:b/>
        </w:rPr>
        <w:t xml:space="preserve">[22:31] </w:t>
      </w:r>
      <w:r>
        <w:t>na. asal kaam to yeh hoga. baqi yeh khuda ki hospitality ho gi. yeh to yeh Quran jo hai, Quran ko logon ne, Quran ki taleemat ko politicize kar rakha hai.</w:t>
      </w:r>
    </w:p>
    <w:p>
      <w:pPr>
        <w:jc w:val="right"/>
      </w:pPr>
      <w:r>
        <w:t>نا۔ اصلکامتویہہوگا۔ باقییہخداکیاسہاسپیٹیلٹیہوگی۔یہ تو یہ قرآنجوہے، قرآنکولوگوںنے ، قرآنکیتعلیم اتکو پولیٹیسائزکررکھاہے۔</w:t>
      </w:r>
    </w:p>
    <w:p>
      <w:r>
        <w:rPr>
          <w:b/>
        </w:rPr>
        <w:t xml:space="preserve">[22:45] </w:t>
      </w:r>
      <w:r>
        <w:t>larai bharaai nikalte hain is se, ladna aur jihad karna aur sar gardan kaatna, khoon bahana, us ko nikal rakha hai galat tor par.</w:t>
      </w:r>
    </w:p>
    <w:p>
      <w:pPr>
        <w:jc w:val="right"/>
      </w:pPr>
      <w:r>
        <w:t>لڑائیبھڑائینکالتےہیںاسسے، لڑنااورجہادکرنااور سرگرد نیں کاٹنا،خونبہانا، اسکونکالرکھاہےغلططورپر ۔</w:t>
      </w:r>
    </w:p>
    <w:p>
      <w:r>
        <w:rPr>
          <w:b/>
        </w:rPr>
        <w:t xml:space="preserve">[22:54] </w:t>
      </w:r>
      <w:r>
        <w:t>yeh nahi hai Quran.</w:t>
      </w:r>
    </w:p>
    <w:p>
      <w:pPr>
        <w:jc w:val="right"/>
      </w:pPr>
      <w:r>
        <w:t>یہنہیںہےقرآن ۔</w:t>
      </w:r>
    </w:p>
    <w:p>
      <w:r>
        <w:rPr>
          <w:b/>
        </w:rPr>
        <w:t xml:space="preserve">[22:57] </w:t>
      </w:r>
      <w:r>
        <w:t>to qurankoo, quranjoohey, yehbatatahai keh how to develop our personality, yehbatatahai.</w:t>
      </w:r>
    </w:p>
    <w:p>
      <w:pPr>
        <w:jc w:val="right"/>
      </w:pPr>
      <w:r>
        <w:t>تو قرآنکو ،قرآنجوہے، یہبتاتاہےکہ ہاؤٹوڈیولپ اور پرسنیلٹی، یہبتاتاہے۔</w:t>
      </w:r>
    </w:p>
    <w:p>
      <w:r>
        <w:rPr>
          <w:b/>
        </w:rPr>
        <w:t xml:space="preserve">[23:08] </w:t>
      </w:r>
      <w:r>
        <w:t>abmeinapko chand references deta hoon quransay iss sochne ke liye. maslan dekhiye, aurat aur mard ke talluq ko leejiye.</w:t>
      </w:r>
    </w:p>
    <w:p>
      <w:pPr>
        <w:jc w:val="right"/>
      </w:pPr>
      <w:r>
        <w:t>ابمیںآپکوچند ریفرنسزدیتاہوںقرآنسے اسسوچنےکےلیے۔ مثلاًدیکھیے، عورتاورمرد کےتعلقکولیجئے۔</w:t>
      </w:r>
    </w:p>
    <w:p>
      <w:r>
        <w:rPr>
          <w:b/>
        </w:rPr>
        <w:t xml:space="preserve">[23:17] </w:t>
      </w:r>
      <w:r>
        <w:t>har aadmi joohey, yeh iska, yaani pehla jo iska tajurba hai, woh yeh hai keh aik aurat aur mard aikathao hoker ke aik aik life banate hain.</w:t>
      </w:r>
    </w:p>
    <w:p>
      <w:pPr>
        <w:jc w:val="right"/>
      </w:pPr>
      <w:r>
        <w:t>ہرآدمیجوہے، یہ اسکا ،یعنی پہلاجواسکاتجربہہے، وہیہہےکہایکعورتاورمرد اکٹھاہوکرکے ایک ایک لائفبناتےہیں۔</w:t>
      </w:r>
    </w:p>
    <w:p>
      <w:r>
        <w:rPr>
          <w:b/>
        </w:rPr>
        <w:t xml:space="preserve">[23:29] </w:t>
      </w:r>
      <w:r>
        <w:t>to yeh kya cheez hai? iske bare mein quran kya kehta hai? quran mein hai keh khalaqalakum min anfusikum azwajal litaskunu ilaiha.</w:t>
      </w:r>
    </w:p>
    <w:p>
      <w:pPr>
        <w:jc w:val="right"/>
      </w:pPr>
      <w:r>
        <w:t>تو یہکیاچیزہے ؟ اسکےبارےمیں قرآنکیاکہتاہے؟ قرآنمیںہےکہ خَلَقَلَكُمْمِنَأَنْفَسَكُمْأَزْوَاجًالَتَسْكُنُواإِلَيْ هَا۔</w:t>
      </w:r>
    </w:p>
    <w:p>
      <w:r>
        <w:rPr>
          <w:b/>
        </w:rPr>
        <w:t xml:space="preserve">[23:41] </w:t>
      </w:r>
      <w:r>
        <w:t>itna acha expression hai is talluq ka</w:t>
      </w:r>
    </w:p>
    <w:p>
      <w:pPr>
        <w:jc w:val="right"/>
      </w:pPr>
      <w:r>
        <w:t>اتنا اچھاایکسپریشنہے اس تعلقکا</w:t>
      </w:r>
    </w:p>
    <w:p>
      <w:r>
        <w:rPr>
          <w:b/>
        </w:rPr>
        <w:t xml:space="preserve">[23:45] </w:t>
      </w:r>
      <w:r>
        <w:t>, is se behtar nahi ho sakta keh Allah ne paida kiya aurat aur mard taake dono ko aik doosre se pasmilay, sukoon milay.</w:t>
      </w:r>
    </w:p>
    <w:p>
      <w:pPr>
        <w:jc w:val="right"/>
      </w:pPr>
      <w:r>
        <w:t>،اسسےبیٹر نہیںہوسکتا کہاللہ نے پیدا کیا عورتاورمرد تاکہدونوںکوایکدوسرے سے پیسملے، سکونملے۔</w:t>
      </w:r>
    </w:p>
    <w:p>
      <w:r>
        <w:rPr>
          <w:b/>
        </w:rPr>
        <w:t xml:space="preserve">[23:56] </w:t>
      </w:r>
      <w:r>
        <w:t>yaani iska matlab kya hai? aurat aur mard dono aik doosre ke liye spiritual partner rahen. spiritual partner.</w:t>
      </w:r>
    </w:p>
    <w:p>
      <w:pPr>
        <w:jc w:val="right"/>
      </w:pPr>
      <w:r>
        <w:t>یعنیاسکامطلبکیاہے ؟ عورتاورمرددونوںایکدوسرےکےلیے اسپریچولپارٹنرہیں۔ اسپریچولپارٹنر۔</w:t>
      </w:r>
    </w:p>
    <w:p>
      <w:r>
        <w:rPr>
          <w:b/>
        </w:rPr>
        <w:t xml:space="preserve">[24:07] </w:t>
      </w:r>
      <w:r>
        <w:t>aik kitni bari yeh baat hai jo quran mein batai gayi hai.</w:t>
      </w:r>
    </w:p>
    <w:p>
      <w:pPr>
        <w:jc w:val="right"/>
      </w:pPr>
      <w:r>
        <w:t>ایککتنیبڑی یہبات ہےجوقرآنمیںبتائیگئیہے۔</w:t>
      </w:r>
    </w:p>
    <w:p>
      <w:r>
        <w:rPr>
          <w:b/>
        </w:rPr>
        <w:t xml:space="preserve">[24:11] </w:t>
      </w:r>
      <w:r>
        <w:t>Allah taala ne aurat aur mard ko banaya hai aik doosre ke liye spiritual partner. lekin kyun nahi? yaani aam taur par dekhen keh saare ghar jo hain, wahan par aap dekhenge tension hai, jhagre hain,</w:t>
      </w:r>
    </w:p>
    <w:p>
      <w:pPr>
        <w:jc w:val="right"/>
      </w:pPr>
      <w:r>
        <w:t>اللہ تعالیٰنے عورتاورمردکوبنایاہے ایکدوسرےکےلیے اسپریچ ولپارٹنر۔ لیکن کیوںنہیں ؟یعنیعامطورپردیکھیںکہ سارےگھرجوہیں، وہاںپر آپدیکھیںگےٹینشنہے، جھگڑےہیں،</w:t>
      </w:r>
    </w:p>
    <w:p>
      <w:r>
        <w:rPr>
          <w:b/>
        </w:rPr>
        <w:t xml:space="preserve">[24:28] </w:t>
      </w:r>
      <w:r>
        <w:t>negativity hai, ghussa hai, is mein log jeete hain. bohat kam aisay ghar milenge jo sachmuch peaceful ghar hon. quran mein hai keh wa allahu yad u aala dari s salam</w:t>
      </w:r>
    </w:p>
    <w:p>
      <w:pPr>
        <w:jc w:val="right"/>
      </w:pPr>
      <w:r>
        <w:t>نیگیٹیوٹیہے، غصہہے،اسمیںلوگجیتےہیں۔ بہت کم ایسےگھرملیںگےجوسچمچ پیسفل گھر ہوں۔ قرآنمیںہےکہ وَاللَّهُيَدُعُوأَلَىٰدَارِالسَّلَامِ</w:t>
      </w:r>
    </w:p>
    <w:p>
      <w:r>
        <w:rPr>
          <w:b/>
        </w:rPr>
        <w:t xml:space="preserve">[24:41] </w:t>
      </w:r>
      <w:r>
        <w:t>and god calls to the home of peace. yaani Khuda ka asal scheme yeh hai keh aap home of peace banayein, lekin ulta ho raha hai.</w:t>
      </w:r>
    </w:p>
    <w:p>
      <w:pPr>
        <w:jc w:val="right"/>
      </w:pPr>
      <w:r>
        <w:t>اینڈگاڈکالزٹوداہومآفپیس۔ یعنیخدا کا اساسک یمیہہےکہ آپ ہومآفپیسبنائیں، لیکن الٹا ہورہاہے۔</w:t>
      </w:r>
    </w:p>
    <w:p>
      <w:r>
        <w:rPr>
          <w:b/>
        </w:rPr>
        <w:t xml:space="preserve">[24:50] </w:t>
      </w:r>
      <w:r>
        <w:t>home of peace nahi bana sakte. kyun? aik bohat bara ghalat, aik aik jaise mein ne kaha keh Marx ne aik ghalat tasawwur diya aur dunya is mein beh gayi.</w:t>
      </w:r>
    </w:p>
    <w:p>
      <w:pPr>
        <w:jc w:val="right"/>
      </w:pPr>
      <w:r>
        <w:t>ہومآفپیسنہیںبناسکتے۔ کیوں ؟ ایک بہت بڑا غلط ،ایک ایک جیسےمیںنےکہاکہ مار کسزنے ایک غلطتص وردیا اوردنیا اسمیںبہہگئی۔</w:t>
      </w:r>
    </w:p>
    <w:p>
      <w:r>
        <w:rPr>
          <w:b/>
        </w:rPr>
        <w:t xml:space="preserve">[25:03] </w:t>
      </w:r>
      <w:r>
        <w:t>aisay hi western, yaani thinkers ne aik ghalat concept diya aurat mard ka. woh hai gender equality.</w:t>
      </w:r>
    </w:p>
    <w:p>
      <w:pPr>
        <w:jc w:val="right"/>
      </w:pPr>
      <w:r>
        <w:t>ایسےہی ویسٹرن ،یعنی تھنکرزنےایکغلط کانسیپٹدیاعورتمرد کا۔ وہہےجینڈرایکول ٹی۔</w:t>
      </w:r>
    </w:p>
    <w:p>
      <w:r>
        <w:rPr>
          <w:b/>
        </w:rPr>
        <w:t xml:space="preserve">[25:11] </w:t>
      </w:r>
      <w:r>
        <w:t>gender equality kuch nahi hai. aik shakhs ne sahi likha hai keh nature abhors uniformity.</w:t>
      </w:r>
    </w:p>
    <w:p>
      <w:pPr>
        <w:jc w:val="right"/>
      </w:pPr>
      <w:r>
        <w:t>جگر جینڈرایکولٹیازنتھنگ۔ ایکشخصنےصحیحلکھاہے کہ نیچر ابھورس یونیفارمیٹی۔</w:t>
      </w:r>
    </w:p>
    <w:p>
      <w:r>
        <w:rPr>
          <w:b/>
        </w:rPr>
        <w:t xml:space="preserve">[25:21] </w:t>
      </w:r>
      <w:r>
        <w:t>jab nature mein uniformity na ho to aik equality jo hai, uski scheme nahi ho sakti hai. to</w:t>
      </w:r>
    </w:p>
    <w:p>
      <w:pPr>
        <w:jc w:val="right"/>
      </w:pPr>
      <w:r>
        <w:t>جب نیچرمیںیونیفارمیٹینہہو تو ایک ولٹی جوہے، اسکیاسکیمنہیںہوسکتیہے۔ تو</w:t>
      </w:r>
    </w:p>
    <w:p>
      <w:r>
        <w:rPr>
          <w:b/>
        </w:rPr>
        <w:t xml:space="preserve">[25:28] </w:t>
      </w:r>
      <w:r>
        <w:t>sahi kya hai? gender complementarity. gender equality jo hai, woh koi cheez nahi hai.</w:t>
      </w:r>
    </w:p>
    <w:p>
      <w:pPr>
        <w:jc w:val="right"/>
      </w:pPr>
      <w:r>
        <w:t>صحیحکیاہے؟ جینڈرکمپلیمنٹیرٹی۔ جینڈرایک ولٹیجوہے،وہکوئیچیزنہیںہے۔</w:t>
      </w:r>
    </w:p>
    <w:p>
      <w:r>
        <w:rPr>
          <w:b/>
        </w:rPr>
        <w:t xml:space="preserve">[25:37] </w:t>
      </w:r>
      <w:r>
        <w:t>yaani jo mard hai, wohi aurat hai, jo aurat hai, wohi mard hai. yeh nature ki scheme ke khilaf hai. matlab yeh jo glass hai, jo glass hai, wohi cup hai, jo cup hai, wohi glass hai.</w:t>
      </w:r>
    </w:p>
    <w:p>
      <w:pPr>
        <w:jc w:val="right"/>
      </w:pPr>
      <w:r>
        <w:t>یعنیجومرد ہے،وہیعورتہے،جوعورتہے،وہیمرد ہے۔ یہ نیچرکیاسکیمکےخلاف ہے۔ مطلبیہجو گلاسہے، جو گلاسہے،وہیکورہے، جوکورہے،وہیگلاسہے۔</w:t>
      </w:r>
    </w:p>
    <w:p>
      <w:r>
        <w:rPr>
          <w:b/>
        </w:rPr>
        <w:t xml:space="preserve">[25:49] </w:t>
      </w:r>
      <w:r>
        <w:t>that is unnatural. aur woh unnatural hai.</w:t>
      </w:r>
    </w:p>
    <w:p>
      <w:pPr>
        <w:jc w:val="right"/>
      </w:pPr>
      <w:r>
        <w:t>دیٹاز اننیچرل۔ اوروہاننیچرلہے۔</w:t>
      </w:r>
    </w:p>
    <w:p>
      <w:r>
        <w:rPr>
          <w:b/>
        </w:rPr>
        <w:t xml:space="preserve">[25:55] </w:t>
      </w:r>
      <w:r>
        <w:t>to Allah taala ne insaan, yeh poori dunya ko banaya hai. yeh uniformity ke concept par nahi. differences hain, differences hain, differences hain.</w:t>
      </w:r>
    </w:p>
    <w:p>
      <w:pPr>
        <w:jc w:val="right"/>
      </w:pPr>
      <w:r>
        <w:t>تو اللہ تعالیٰنے انسان ،یہپوریدنیا کوبنایاہے۔ یہ یونیفارمیٹیکےکانسیپٹپر نہیں۔ ڈیفرنسزہیں،ڈیفرنسزہیں،ڈیفرنسزہیں۔</w:t>
      </w:r>
    </w:p>
    <w:p>
      <w:r>
        <w:rPr>
          <w:b/>
        </w:rPr>
        <w:t xml:space="preserve">[26:05] </w:t>
      </w:r>
      <w:r>
        <w:t>kyun? where there are difference, there are challenge. where there are difference, there are competition. in differences ki wajah se to intellectual development hota hai.</w:t>
      </w:r>
    </w:p>
    <w:p>
      <w:pPr>
        <w:jc w:val="right"/>
      </w:pPr>
      <w:r>
        <w:t>کیوں ؟ ویردیرآرڈیفرنس،دیرآرچیلنج۔ ویردیرآرڈیفرنس،دیرآرکمپیٹیشن۔ انڈیفرنسز کیوجہسےتو انٹلیکچولڈیولپمنٹہوتاہے۔</w:t>
      </w:r>
    </w:p>
    <w:p>
      <w:r>
        <w:rPr>
          <w:b/>
        </w:rPr>
        <w:t xml:space="preserve">[26:18] </w:t>
      </w:r>
      <w:r>
        <w:t>jab jab do mister different aapas mein takrate hain to aik nai cheez emerge karti hai.</w:t>
      </w:r>
    </w:p>
    <w:p>
      <w:pPr>
        <w:jc w:val="right"/>
      </w:pPr>
      <w:r>
        <w:t>جب جب دو مسٹرڈیفرنٹآپسمیںٹکراتےہیں تو ایکنئیچیزایمرجکرتیہے۔</w:t>
      </w:r>
    </w:p>
    <w:p>
      <w:r>
        <w:rPr>
          <w:b/>
        </w:rPr>
        <w:t xml:space="preserve">[26:25] </w:t>
      </w:r>
      <w:r>
        <w:t>thought ka development hota hai. to aurat aur mard jo hain, unka mamla gender equality ka mamla nahi hai. gender complementary, gender complementary.</w:t>
      </w:r>
    </w:p>
    <w:p>
      <w:pPr>
        <w:jc w:val="right"/>
      </w:pPr>
      <w:r>
        <w:t>تھاٹکاڈیولپمنٹہوتاہے۔ تو عورتاورمرد جوہیں، انکا معاملہ جینڈرایکولٹیکامعاملہنہیںہے۔ جینڈرکمپلیمنٹری، جینڈرکمپلیمنٹری۔</w:t>
      </w:r>
    </w:p>
    <w:p>
      <w:r>
        <w:rPr>
          <w:b/>
        </w:rPr>
        <w:t xml:space="preserve">[26:36] </w:t>
      </w:r>
      <w:r>
        <w:t>aik doosre ko complement karte hain. aur bohat acha isko aik hadith mein bataya gaya hai keh an nisaa'u shaqaiq ur rajali</w:t>
      </w:r>
    </w:p>
    <w:p>
      <w:pPr>
        <w:jc w:val="right"/>
      </w:pPr>
      <w:r>
        <w:t>ایکدوسرےکوکم پلیمنٹکرتےہیں۔ اوربہتاچھا اسکو ایکحدیثمیںبتایاگیاہے کہ أَنْنِسَاءُشَقَائِقُالرَّجَالِ</w:t>
      </w:r>
    </w:p>
    <w:p>
      <w:r>
        <w:rPr>
          <w:b/>
        </w:rPr>
        <w:t xml:space="preserve">[26:50] </w:t>
      </w:r>
      <w:r>
        <w:t>. iska matlab yeh hai keh men and women are two equal halves of a single unit.</w:t>
      </w:r>
    </w:p>
    <w:p>
      <w:pPr>
        <w:jc w:val="right"/>
      </w:pPr>
      <w:r>
        <w:t>۔اسکامطلبیہہےکہ مین اینڈ ویمن آر ٹوایک ولہاف آفاےسنگلیونٹ ۔</w:t>
      </w:r>
    </w:p>
    <w:p>
      <w:r>
        <w:rPr>
          <w:b/>
        </w:rPr>
        <w:t xml:space="preserve">[27:00] </w:t>
      </w:r>
      <w:r>
        <w:t>men and women are two equal halves of a single unit. to dono aik doosre ka barabar ka half hain. matlab isko milne se woh poora hota hai, isko milne se woh poora hota hai.</w:t>
      </w:r>
    </w:p>
    <w:p>
      <w:pPr>
        <w:jc w:val="right"/>
      </w:pPr>
      <w:r>
        <w:t>میناینڈویمنآرٹوایکولہاف آف اےسنگلیون ٹ۔ تو دونوںایکدوسرےکا برابرکا ہافہیں۔ مطلب اسکوملنےسےوہپوراہوتاہے، اسکوملنےسےوہپوراہوتاہے۔</w:t>
      </w:r>
    </w:p>
    <w:p>
      <w:r>
        <w:rPr>
          <w:b/>
        </w:rPr>
        <w:t xml:space="preserve">[27:13] </w:t>
      </w:r>
      <w:r>
        <w:t>yeh concept keh jo aurat hai, woh mard hai, jo mard hai, woh aurat hai, yeh an-natural hai.</w:t>
      </w:r>
    </w:p>
    <w:p>
      <w:pPr>
        <w:jc w:val="right"/>
      </w:pPr>
      <w:r>
        <w:t>یہ کانسیپٹکہجوعورتہے،وہیمرد ہے، جو مردہے،وہعورتہے،یہاننیچرلہے۔</w:t>
      </w:r>
    </w:p>
    <w:p>
      <w:r>
        <w:rPr>
          <w:b/>
        </w:rPr>
        <w:t xml:space="preserve">[27:18] </w:t>
      </w:r>
      <w:r>
        <w:t>saheeh baat hai keh dono ek doosre ko compliment karte hain. yeh isi is concept ko na hone ki wajah se jo duniya hum yahan se le kar west tak jahan bhi dekhiye, ghar jow hai,</w:t>
      </w:r>
    </w:p>
    <w:p>
      <w:pPr>
        <w:jc w:val="right"/>
      </w:pPr>
      <w:r>
        <w:t>صحیحباتہےکہدونوںایکدوسرےکوکمپلیمنٹکرتےہیں۔ یہ اسی اسیکانسیپٹکونہہونےکیوجہسے جو دنیا ہمیہاںسےلےکر ویسٹتکجہاںبھیدیکھیے، گھرجوہے،</w:t>
      </w:r>
    </w:p>
    <w:p>
      <w:r>
        <w:rPr>
          <w:b/>
        </w:rPr>
        <w:t xml:space="preserve">[27:32] </w:t>
      </w:r>
      <w:r>
        <w:t>yani home of peace nahi ban paata. home of peace nahi ban paata. ek unnatural concept liye baithe hain log.</w:t>
      </w:r>
    </w:p>
    <w:p>
      <w:pPr>
        <w:jc w:val="right"/>
      </w:pPr>
      <w:r>
        <w:t>یعنی ہومآفپیسنہیںبنپاتے۔ ہومآفپیسنہیںبنپاتے۔ ایک اننیچرلکانسیپٹلیےبیٹھےہیںلوگ۔</w:t>
      </w:r>
    </w:p>
    <w:p>
      <w:r>
        <w:rPr>
          <w:b/>
        </w:rPr>
        <w:t xml:space="preserve">[27:42] </w:t>
      </w:r>
      <w:r>
        <w:t>main ne ek hadith parhi jo bukhari mein hai. is mein is se mazeed is mein light parti hai keh spiritual partner ka matlab kya hai.</w:t>
      </w:r>
    </w:p>
    <w:p>
      <w:pPr>
        <w:jc w:val="right"/>
      </w:pPr>
      <w:r>
        <w:t>میںنےایکحدیثپڑھی جو بخاریمیںہے۔ اسمیں اسسے مزید اسمیںلائٹپڑتیہے کہ اسپریچولپارٹنر کامطلبکیا ہے۔</w:t>
      </w:r>
    </w:p>
    <w:p>
      <w:r>
        <w:rPr>
          <w:b/>
        </w:rPr>
        <w:t xml:space="preserve">[27:57] </w:t>
      </w:r>
      <w:r>
        <w:t>ek hadith hai keh Hazrat Aisha jo aap ki wife theen, woh kehti hain keh Rasool Allah subah ko fajar se kuch pehle uth jaate the.</w:t>
      </w:r>
    </w:p>
    <w:p>
      <w:pPr>
        <w:jc w:val="right"/>
      </w:pPr>
      <w:r>
        <w:t>ایکحدیثہےکہ حضرتعائشہجوآپکیوائفتھیں، وہکہتیہیںکہرسولاللہ صبحکو فجر سےکچھپہلےاٹھجاتےتھے۔</w:t>
      </w:r>
    </w:p>
    <w:p>
      <w:r>
        <w:rPr>
          <w:b/>
        </w:rPr>
        <w:t xml:space="preserve">[28:08] </w:t>
      </w:r>
      <w:r>
        <w:t>fajar se kuch pehle koain namaz parhte the to woh kehti theen keh agar main jaagti hoti thi us waqt to woh mujh se exchange karte the, mujh se baat karte the.</w:t>
      </w:r>
    </w:p>
    <w:p>
      <w:pPr>
        <w:jc w:val="right"/>
      </w:pPr>
      <w:r>
        <w:t>فجرسےکچھپہلے کوئینمازپڑھتےتھے تووہکہتیتھیںکہ کہاگر میں جاگتیہوتیتھیاسوقت تو وہمجھسے ایکسچینجکرتے تھے، مجھسےباتکرتے تھے۔</w:t>
      </w:r>
    </w:p>
    <w:p>
      <w:r>
        <w:rPr>
          <w:b/>
        </w:rPr>
        <w:t xml:space="preserve">[28:23] </w:t>
      </w:r>
      <w:r>
        <w:t>is mein alfaaz hain bukhari mein فَإِنكُنتُ مُسْتَيقِظَةًفَادْدَسَنِي ۔فَإِنكُنتُمُسْتَيقِظَةًفَادْدَسَنِي ۔yani agar main jaagti hoti thi to mujh se exchange karte the.</w:t>
      </w:r>
    </w:p>
    <w:p>
      <w:pPr>
        <w:jc w:val="right"/>
      </w:pPr>
      <w:r>
        <w:t>اسمیںالفاظہیںبخاریمیں فَإِنكُنتُ مُسْتَيقِظَةًفَادْدَسَنِي ۔فَإِنكُنتُمُسْتَيقِظَةًفَادْدَسَنِي ۔یعنیاگرمیں جاگتیہوتیتھیتومجھسےایکسچینجکرتے تھے۔</w:t>
      </w:r>
    </w:p>
    <w:p>
      <w:r>
        <w:rPr>
          <w:b/>
        </w:rPr>
        <w:t xml:space="preserve">[28:35] </w:t>
      </w:r>
      <w:r>
        <w:t>yeh tabadla khayal</w:t>
      </w:r>
    </w:p>
    <w:p>
      <w:pPr>
        <w:jc w:val="right"/>
      </w:pPr>
      <w:r>
        <w:t>یہتبادلخیال</w:t>
      </w:r>
    </w:p>
    <w:p>
      <w:r>
        <w:rPr>
          <w:b/>
        </w:rPr>
        <w:t xml:space="preserve">[28:37] </w:t>
      </w:r>
      <w:r>
        <w:t>is se main ne yeh baat nikali keh aurat aur mard ek doosre ke intellectual partner hain. ek doosre ke share karte hain.</w:t>
      </w:r>
    </w:p>
    <w:p>
      <w:pPr>
        <w:jc w:val="right"/>
      </w:pPr>
      <w:r>
        <w:t>۔اسسےمیںنےیہباتنکالی کہ عورتاورمردایکدوسرےکےانٹلیکچولپارٹنرہیں۔ ایکدوسرےکےشیئرکرتے ہیں۔</w:t>
      </w:r>
    </w:p>
    <w:p>
      <w:r>
        <w:rPr>
          <w:b/>
        </w:rPr>
        <w:t xml:space="preserve">[28:48] </w:t>
      </w:r>
      <w:r>
        <w:t>intellectual partner. lekin amal'an kya hai? gharon mein baatein hoti hain furniture ki, khane peene ki, bachon ki, job ki, business ki.</w:t>
      </w:r>
    </w:p>
    <w:p>
      <w:pPr>
        <w:jc w:val="right"/>
      </w:pPr>
      <w:r>
        <w:t>انٹلیکچولپارٹنر۔ لیکن عملاًکیاہے؟گھروںمیں باتیںہوتیہیںفرنیچرکی،کھانےپینےکی، بچوںکی، جابکی،بزنسکی۔</w:t>
      </w:r>
    </w:p>
    <w:p>
      <w:r>
        <w:rPr>
          <w:b/>
        </w:rPr>
        <w:t xml:space="preserve">[28:59] </w:t>
      </w:r>
      <w:r>
        <w:t>yani intellectual exchange hota hi nahi sahi ma'non mein.</w:t>
      </w:r>
    </w:p>
    <w:p>
      <w:pPr>
        <w:jc w:val="right"/>
      </w:pPr>
      <w:r>
        <w:t>یعنی انٹلیکچولایکسچینجہوتاہینہیںصحیحمعنوںمیں۔</w:t>
      </w:r>
    </w:p>
    <w:p>
      <w:r>
        <w:rPr>
          <w:b/>
        </w:rPr>
        <w:t xml:space="preserve">[29:03] </w:t>
      </w:r>
      <w:r>
        <w:t>is wajah se aurat aur mard dono ko Allah Ta'ala ne zariya banaya hai ek doosre ke intellectual development ka. magar woh hota hi nahi. woh</w:t>
      </w:r>
    </w:p>
    <w:p>
      <w:pPr>
        <w:jc w:val="right"/>
      </w:pPr>
      <w:r>
        <w:t>اسوجہسے عورتاورمرد دونوں کواللہتعالیٰنےذریعہبنایاہےایکدوسرےکےانٹلیکچولڈیولپمنٹکا ۔ مگروہہوتاہینہیں۔وہ</w:t>
      </w:r>
    </w:p>
    <w:p>
      <w:r>
        <w:rPr>
          <w:b/>
        </w:rPr>
        <w:t xml:space="preserve">[29:15] </w:t>
      </w:r>
      <w:r>
        <w:t>to yeh hai Islam ki scheme keh Allah Ta'ala ne aurat aur mard ko banaya hai spiritual partner, intellectual partner. lekin aap ki duniya mein dekhiye keh aisa usool yeh hai keh is ko hum kehte hain a'raaz. Quran Majeed mein is ko kehte hain avoidance.</w:t>
      </w:r>
    </w:p>
    <w:p>
      <w:pPr>
        <w:jc w:val="right"/>
      </w:pPr>
      <w:r>
        <w:t>تویہہے اسلام کی اسکیم کہاللہ تعالیٰنےعورتاورمردکوبنایاہے اسپریچولپارٹنر، انٹلیکچولپارٹنر۔ لیکن آپ کیدنیا میںدیکھیںکہاصولیہہے کہاسکوہمکہتےہیں اعراض ۔قرآنمجیدمیںاسکوکہتےہیںاوائیڈنس۔</w:t>
      </w:r>
    </w:p>
    <w:p>
      <w:r>
        <w:rPr>
          <w:b/>
        </w:rPr>
        <w:t xml:space="preserve">[29:34] </w:t>
      </w:r>
      <w:r>
        <w:t>aap ke andar ek bohat zabardast taqat yeh honi chahiye avoidance ki. agar avoidance ki taqat agar nahi hai to aap business nahi kar sakte, aap job nahi kar sakte, aap ek achha ghar nahi chala sakte.</w:t>
      </w:r>
    </w:p>
    <w:p>
      <w:pPr>
        <w:jc w:val="right"/>
      </w:pPr>
      <w:r>
        <w:t>آپ کےاندرایکبہت زبردستطاقت یہہونیچاہیے اوائیڈکرنے کی۔ اگر اوائیڈکرنےکیطاقتاگرنہیںہے توآپ بزنسنہیںکرسکتے، آپ جابنہیںکرسکتے ، آپایکاچھاگھرنہیںچلاسکتے۔</w:t>
      </w:r>
    </w:p>
    <w:p>
      <w:r>
        <w:rPr>
          <w:b/>
        </w:rPr>
        <w:t xml:space="preserve">[29:46] </w:t>
      </w:r>
      <w:r>
        <w:t>hamesha kuch na kuch baatein aisi hoti hain jaise misaal ke taur par business mein kaha jaata hai keh customer is always right. is ka matlab kya hai? keh customer kuch bhi keh de, is ko avoid karo.</w:t>
      </w:r>
    </w:p>
    <w:p>
      <w:pPr>
        <w:jc w:val="right"/>
      </w:pPr>
      <w:r>
        <w:t>ہمیشہکچھنہکچھباتیںایسیہوتیہیں جیسےمثالکےطورپربزنسمیںکہاجاتاہےکہ customerisalways right۔ اسکامطلبکیاہے ؟ کہکسٹمرکچھبھیکہہدے،اسکواوائیڈکرو۔</w:t>
      </w:r>
    </w:p>
    <w:p>
      <w:r>
        <w:rPr>
          <w:b/>
        </w:rPr>
        <w:t xml:space="preserve">[30:00] </w:t>
      </w:r>
      <w:r>
        <w:t>customer is always right. ka matlab yeh hai keh customer kuch bhi kahe, is ko avoid karo. ise kaam ground par le aao. isi usool ko aap ko ghar mein bhi apnana hai.</w:t>
      </w:r>
    </w:p>
    <w:p>
      <w:pPr>
        <w:jc w:val="right"/>
      </w:pPr>
      <w:r>
        <w:t>customerisalways right۔کامطلبیہہےکہکسٹمرکچھبھیکہے، اسکواوائیڈکرو۔ اسے کامنگراؤنڈپرلےآؤ۔ اسی اصولکوآپکوگھرمیںبھی اپناناہے۔</w:t>
      </w:r>
    </w:p>
    <w:p>
      <w:r>
        <w:rPr>
          <w:b/>
        </w:rPr>
        <w:t xml:space="preserve">[30:13] </w:t>
      </w:r>
      <w:r>
        <w:t>isi usool ko. to aap dekhiye, ghar ghar jow hai, home of peace ban jayega.</w:t>
      </w:r>
    </w:p>
    <w:p>
      <w:pPr>
        <w:jc w:val="right"/>
      </w:pPr>
      <w:r>
        <w:t>اسیاصولکو ۔ توآپدیکھیں،گھرگھرجوہے، ہومآفپیسبنجائےگا۔</w:t>
      </w:r>
    </w:p>
    <w:p>
      <w:r>
        <w:rPr>
          <w:b/>
        </w:rPr>
        <w:t xml:space="preserve">[30:22] </w:t>
      </w:r>
      <w:r>
        <w:t>ek ghar mein jahan do, yani aise log rehte hain keh woh alag tension mein, woh alag tension mein. dono ek doosre ke liye spiritual partner ban jayenge.</w:t>
      </w:r>
    </w:p>
    <w:p>
      <w:pPr>
        <w:jc w:val="right"/>
      </w:pPr>
      <w:r>
        <w:t>ایکگھرمیںجہاں دو ،یعنی ایسےلوگ رہتےہیں کہوہالگٹینشنمیں،وہالگٹینشنمیں۔ دونوںایکدوسرےکےلیےاسپریچولپارٹنربنجائیںگے۔</w:t>
      </w:r>
    </w:p>
    <w:p>
      <w:r>
        <w:rPr>
          <w:b/>
        </w:rPr>
        <w:t xml:space="preserve">[30:33] </w:t>
      </w:r>
      <w:r>
        <w:t>intellectual partner ban jayenge. dono ko ek doosre se exchange kar ke in ko, yani jahri irtqa ka zariya bante rahenge dono.</w:t>
      </w:r>
    </w:p>
    <w:p>
      <w:pPr>
        <w:jc w:val="right"/>
      </w:pPr>
      <w:r>
        <w:t>انٹلیکچولپارٹنربنجائیںگے۔ دونوںکوایکدوسرے سے ایکسچینجکرکے انکو ،یعنی جہریارتقاء کاذریعہبنتےرہیںگے دونوں ۔</w:t>
      </w:r>
    </w:p>
    <w:p>
      <w:r>
        <w:rPr>
          <w:b/>
        </w:rPr>
        <w:t xml:space="preserve">[30:44] </w:t>
      </w:r>
      <w:r>
        <w:t>aur phir khushi hi khushi hogi. ek tension free life hogi.</w:t>
      </w:r>
    </w:p>
    <w:p>
      <w:pPr>
        <w:jc w:val="right"/>
      </w:pPr>
      <w:r>
        <w:t>اورپھرخوشیہیخوشیہوگی۔ ایکٹینشنفریلائفہوگی۔</w:t>
      </w:r>
    </w:p>
    <w:p>
      <w:r>
        <w:rPr>
          <w:b/>
        </w:rPr>
        <w:t xml:space="preserve">[30:49] </w:t>
      </w:r>
      <w:r>
        <w:t>lekin is israr ko jaanna zaroori hai keh avoidance jow hai, is ke baghair koi cheez aap duniya mein hasil nahi kar sakte. avoidance.</w:t>
      </w:r>
    </w:p>
    <w:p>
      <w:pPr>
        <w:jc w:val="right"/>
      </w:pPr>
      <w:r>
        <w:t>لیکن اس اسرازکوجاننا ضروریہے کہ اوائیڈنسجوہے،اسکےبغیرکوئیچیزآپ دنیامیںحاصلنہیںکرسکتے۔ اوائیڈنس۔</w:t>
      </w:r>
    </w:p>
    <w:p>
      <w:r>
        <w:rPr>
          <w:b/>
        </w:rPr>
        <w:t xml:space="preserve">[31:00] </w:t>
      </w:r>
      <w:r>
        <w:t>aaj aaj ki jo ladai idhar udhar ho rahi hai, kya hai? jo log avoid nahi kar paate. koi baat un ke liye agar un ke khilaaf hai, lad gaye.</w:t>
      </w:r>
    </w:p>
    <w:p>
      <w:pPr>
        <w:jc w:val="right"/>
      </w:pPr>
      <w:r>
        <w:t>آجآجکیجولڑائیادھرادھرہورہیہے،کیاہے؟ جو لوگاوائیڈنہیںکرپاتے۔ کوئیبات انکےلیے اگر انکے خلاف ہے، لڑگئے۔</w:t>
      </w:r>
    </w:p>
    <w:p>
      <w:r>
        <w:rPr>
          <w:b/>
        </w:rPr>
        <w:t xml:space="preserve">[31:10] </w:t>
      </w:r>
      <w:r>
        <w:t>koi baat un ko achhi nahi lagti to woh lad gaye. nahi, aap ko avoid karna padega. jab tak aap principle avoidance na seekhein</w:t>
      </w:r>
    </w:p>
    <w:p>
      <w:pPr>
        <w:jc w:val="right"/>
      </w:pPr>
      <w:r>
        <w:t>کوئیباتانکواچھینہیںلگیتووہلڑگئے۔ نہیں ،آپکواوائیڈکرناپڑےگا۔ جبتک آپ پرنسپلاو ائیڈنسنہسیکھیں</w:t>
      </w:r>
    </w:p>
    <w:p>
      <w:r>
        <w:rPr>
          <w:b/>
        </w:rPr>
        <w:t xml:space="preserve">[31:19] </w:t>
      </w:r>
      <w:r>
        <w:t>koi bara achievement aap ko nahi ho sakta. kahin bhi nahi ho sakta hai.</w:t>
      </w:r>
    </w:p>
    <w:p>
      <w:pPr>
        <w:jc w:val="right"/>
      </w:pPr>
      <w:r>
        <w:t>، کوئی بڑااچیومنٹآپکونہیںہوسکتا۔ کہیںبھینہیںہوسکتاہے۔</w:t>
      </w:r>
    </w:p>
    <w:p>
      <w:r>
        <w:rPr>
          <w:b/>
        </w:rPr>
        <w:t xml:space="preserve">[31:27] </w:t>
      </w:r>
      <w:r>
        <w:t>misal ke taur par dekhiye, woh larkiyan jo apne ghar mein apne shohar se lad kar jaati hain, jab pahunchti hain kam office mein to wahan par boss se adjust kar leti hain.</w:t>
      </w:r>
    </w:p>
    <w:p>
      <w:pPr>
        <w:jc w:val="right"/>
      </w:pPr>
      <w:r>
        <w:t>مثالکےطورپردیکھیں،وہیلڑکیاںجواپنےگھرمیں اپنے شوہرسےلڑکرجاتیہیں، جبپہنچتیہیںکم آفسمیں تووہاںپرباسسے ایڈجسٹکرلیتیہیں۔</w:t>
      </w:r>
    </w:p>
    <w:p>
      <w:r>
        <w:rPr>
          <w:b/>
        </w:rPr>
        <w:t xml:space="preserve">[31:37] </w:t>
      </w:r>
      <w:r>
        <w:t>wohan awaid karna janti hain, ghar mein awaid karna nahin janti.</w:t>
      </w:r>
    </w:p>
    <w:p>
      <w:pPr>
        <w:jc w:val="right"/>
      </w:pPr>
      <w:r>
        <w:t>وہاں اوائیڈکرناجانتیہیں،گھرمیںاوائیڈکرنانہیںجانتی۔</w:t>
      </w:r>
    </w:p>
    <w:p>
      <w:r>
        <w:rPr>
          <w:b/>
        </w:rPr>
        <w:t xml:space="preserve">[31:43] </w:t>
      </w:r>
      <w:r>
        <w:t>to yeh jo principle bahar ki duniya mein amalan laagu hai ke customer is always right. boss is always right. yaani doosre ko hum concession dete hain, doosre ki baaton ko hum awaid karte hain, tab hamara us se taluq banta hai.</w:t>
      </w:r>
    </w:p>
    <w:p>
      <w:pPr>
        <w:jc w:val="right"/>
      </w:pPr>
      <w:r>
        <w:t>تو یہ جو پرنسپل باہرکیدنیا میں عم لاًلاگوہے کہ customerisalways right۔باسisalways right۔ یعنیدوسرےکوہم کانسٹیشندیتےہیں، دوسرےکوہم کیباتوںکوہماوائیڈکرتےہیں،تبہمارااسسےسمتبنتاہے۔</w:t>
      </w:r>
    </w:p>
    <w:p>
      <w:r>
        <w:rPr>
          <w:b/>
        </w:rPr>
        <w:t xml:space="preserve">[32:01] </w:t>
      </w:r>
      <w:r>
        <w:t>aise hi yeh principle ghar mein bhi chalega. yeh hai Islam ka matb</w:t>
      </w:r>
    </w:p>
    <w:p>
      <w:pPr>
        <w:jc w:val="right"/>
      </w:pPr>
      <w:r>
        <w:t>ایسے ہییہیپرنسپلگھرمیںبھیچلےگا۔ یہہےاسلام کامط</w:t>
      </w:r>
    </w:p>
    <w:p>
      <w:r>
        <w:rPr>
          <w:b/>
        </w:rPr>
        <w:t xml:space="preserve">[32:05] </w:t>
      </w:r>
      <w:r>
        <w:t>lub. Quran mein dekhein, aajkal kya hai? Quran ko log sirf tilawat karte hain ya jildon mein lapet kar rakh dete hain.</w:t>
      </w:r>
    </w:p>
    <w:p>
      <w:pPr>
        <w:jc w:val="right"/>
      </w:pPr>
      <w:r>
        <w:t>لب۔قرآنمیں دیکھیں، آجکلکیاہے ؟ قرآنکولوگ صرف تلاوتکرتےہیں یا جلدوںمیںلپیٹکررکھدیتےہیں۔</w:t>
      </w:r>
    </w:p>
    <w:p>
      <w:r>
        <w:rPr>
          <w:b/>
        </w:rPr>
        <w:t xml:space="preserve">[32:16] </w:t>
      </w:r>
      <w:r>
        <w:t>bas. iski study kaun karta hai? isko ghaur o fikr kaun karta hai? Quran majeed mein. koi nahin.</w:t>
      </w:r>
    </w:p>
    <w:p>
      <w:pPr>
        <w:jc w:val="right"/>
      </w:pPr>
      <w:r>
        <w:t>بس۔ اسکی اسٹڈیکونکرتاہے؟ اسکو غوروفکرکونکرتاہے؟قرآنمجیدمیں۔ کوئیبھینہیں۔</w:t>
      </w:r>
    </w:p>
    <w:p>
      <w:r>
        <w:rPr>
          <w:b/>
        </w:rPr>
        <w:t xml:space="preserve">[32:27] </w:t>
      </w:r>
      <w:r>
        <w:t>ek sahib ko maine ek baar bataya, mere saath safar mein thay.</w:t>
      </w:r>
    </w:p>
    <w:p>
      <w:pPr>
        <w:jc w:val="right"/>
      </w:pPr>
      <w:r>
        <w:t>ایکصاحبکومیںنےایکباربتایا،میرےساتھسفرمیںتھے۔</w:t>
      </w:r>
    </w:p>
    <w:p>
      <w:r>
        <w:rPr>
          <w:b/>
        </w:rPr>
        <w:t xml:space="preserve">[32:30] </w:t>
      </w:r>
      <w:r>
        <w:t>woh parhe likhe thay, woh to chhota sa Quran apni jeb mein liye rehte thay, woh chhota sa Quran apni jeb mein rakhe rehte thay. to jab kahin hum log theharte thay thodi der ke liye to woh nikalte thay aur lagte thay parhne.</w:t>
      </w:r>
    </w:p>
    <w:p>
      <w:pPr>
        <w:jc w:val="right"/>
      </w:pPr>
      <w:r>
        <w:t>وہ پڑھےلکھےتھے،وہ تو چھوٹاساقرآن اپنی جیبمیںلیےرہتےتھے،وہچھوٹاساقرآن اپنیجیبمیںرکھےرہتےتھے۔ توجب کہیںہملوگٹھہرتےتھے تھوڑیدیرکےلیے تو وہنکالتےتھےاورلگتےتھےپڑھنے۔</w:t>
      </w:r>
    </w:p>
    <w:p>
      <w:r>
        <w:rPr>
          <w:b/>
        </w:rPr>
        <w:t xml:space="preserve">[32:47] </w:t>
      </w:r>
      <w:r>
        <w:t>to maine kaha yeh yeh poocha unse to unhone kaha ke mera daily ka yeh hai ke main rozana Quran parhta hoon aur har din, yaani har din woh hai, ek para khatam karta hoon.</w:t>
      </w:r>
    </w:p>
    <w:p>
      <w:pPr>
        <w:jc w:val="right"/>
      </w:pPr>
      <w:r>
        <w:t>تومیںنےکہاکہیہ یہ پوچھاانسےتوانہوںنےکہاکہمیراڈیلیکایہہے کہمیں روزانہقرآن پڑھتاہوں اور ہردن، یعنی ہردنجوہے، ایک پارہختمکرتاہوں۔</w:t>
      </w:r>
    </w:p>
    <w:p>
      <w:r>
        <w:rPr>
          <w:b/>
        </w:rPr>
        <w:t xml:space="preserve">[33:02] </w:t>
      </w:r>
      <w:r>
        <w:t>yaani tees din mein main ek Quran khatam kar deta hoon. to unhone bataya ke yeh yeh main pandrah saal se aisa kar raha hoon.</w:t>
      </w:r>
    </w:p>
    <w:p>
      <w:pPr>
        <w:jc w:val="right"/>
      </w:pPr>
      <w:r>
        <w:t>یعنیتیسدنمیںمیں ایکقرآنختمکردیتاہوں۔ تو انہوںنےبتایاکہ یہ یہ میں پندرہسال سےایساکررہاہوں۔</w:t>
      </w:r>
    </w:p>
    <w:p>
      <w:r>
        <w:rPr>
          <w:b/>
        </w:rPr>
        <w:t xml:space="preserve">[33:12] </w:t>
      </w:r>
      <w:r>
        <w:t>yaani pandrah saal se har din woh Quran ka ek para parhte hain.</w:t>
      </w:r>
    </w:p>
    <w:p>
      <w:pPr>
        <w:jc w:val="right"/>
      </w:pPr>
      <w:r>
        <w:t>یعنیپندرہ سالسےہردنوہقرآنکاایکپارہپڑھتےہیں۔</w:t>
      </w:r>
    </w:p>
    <w:p>
      <w:r>
        <w:rPr>
          <w:b/>
        </w:rPr>
        <w:t xml:space="preserve">[33:17] </w:t>
      </w:r>
      <w:r>
        <w:t>to maine poocha ke yeh bataein, Quran ka gist kya hai? Quran mein jo message hai, iska khulasa kya hai? gist kya hai? to unhone kya kehte hain? woh ke bhai, is aitbaar se socha nahin maine.</w:t>
      </w:r>
    </w:p>
    <w:p>
      <w:pPr>
        <w:jc w:val="right"/>
      </w:pPr>
      <w:r>
        <w:t>تومیںنےپوچھاکہ یہبتائیں،قرآنکا جستکیاہے؟ قرآنمیںجومیسجہے، اسکا خلاصہکیاہے؟جستکیاہے؟ تو انہوںنےکیاکہتےہیں؟وہ کہ بھئی،اساعتبارسےسوچانہیں میںنے۔</w:t>
      </w:r>
    </w:p>
    <w:p>
      <w:r>
        <w:rPr>
          <w:b/>
        </w:rPr>
        <w:t xml:space="preserve">[33:31] </w:t>
      </w:r>
      <w:r>
        <w:t>hum to parhte hain barkat ke liye, sawab ke liye. bataiye ke Quran Khuda ki kitab hai.</w:t>
      </w:r>
    </w:p>
    <w:p>
      <w:pPr>
        <w:jc w:val="right"/>
      </w:pPr>
      <w:r>
        <w:t>ہمتوپڑھتےہیں برکتکےلیے ، ثوابکےلیے۔ بتائیےکہقرآن خدائیکتاب ہے۔</w:t>
      </w:r>
    </w:p>
    <w:p>
      <w:r>
        <w:rPr>
          <w:b/>
        </w:rPr>
        <w:t xml:space="preserve">[33:37] </w:t>
      </w:r>
      <w:r>
        <w:t>Khuda ki kitab ko aap parhte hain sirf sawab ke liye? aur Quran mein khud yeh hai ke ke isko humne utara hai, Quran ko li yudabbirū āyātih. taake log tadabbur karein.</w:t>
      </w:r>
    </w:p>
    <w:p>
      <w:pPr>
        <w:jc w:val="right"/>
      </w:pPr>
      <w:r>
        <w:t>خدائیکتاب کوآپپڑھتےہیںصرف ثوابکےلیے ؟ اورقرآنمیںخودیہہےکہ کہاسکوہمنےاتاراہے،قرآنکو لِيَدَبُّرُواآَيَاتِهِ ۔تاکہلوگتد برکریں۔</w:t>
      </w:r>
    </w:p>
    <w:p>
      <w:r>
        <w:rPr>
          <w:b/>
        </w:rPr>
        <w:t xml:space="preserve">[33:50] </w:t>
      </w:r>
      <w:r>
        <w:t>tadabbur ka matlab hai contemplation, ghaur karna. to Allah taala ne farmaya ke Quran aaya hai taake tum ghaur karo, taake tumhare mind ki girhein khulein, tumhari intellectual development ho.</w:t>
      </w:r>
    </w:p>
    <w:p>
      <w:pPr>
        <w:jc w:val="right"/>
      </w:pPr>
      <w:r>
        <w:t>تد برکامطلبہےکنٹمپلیشن، غورکرنا۔ تو اللہ تعالیٰنےفرمایاکہقرآنآیاہےتاکہتم غورکرو، تاکہتمہارےمائنڈکیگرہیںکھلیں، تمہاریانٹلیکچولڈیولپمنٹہو۔</w:t>
      </w:r>
    </w:p>
    <w:p>
      <w:r>
        <w:rPr>
          <w:b/>
        </w:rPr>
        <w:t xml:space="preserve">[34:04] </w:t>
      </w:r>
      <w:r>
        <w:t>aur log kya kiye hue</w:t>
      </w:r>
    </w:p>
    <w:p>
      <w:pPr>
        <w:jc w:val="right"/>
      </w:pPr>
      <w:r>
        <w:t>اور لوگ کیاکیےہوئے</w:t>
      </w:r>
    </w:p>
    <w:p>
      <w:r>
        <w:rPr>
          <w:b/>
        </w:rPr>
        <w:t xml:space="preserve">[34:06] </w:t>
      </w:r>
      <w:r>
        <w:t>hain? yeh padh liya, padh kar rakh diya.</w:t>
      </w:r>
    </w:p>
    <w:p>
      <w:pPr>
        <w:jc w:val="right"/>
      </w:pPr>
      <w:r>
        <w:t>ہیں؟ یہپڑھلیا،پڑھکےرکھدیا۔</w:t>
      </w:r>
    </w:p>
    <w:p>
      <w:r>
        <w:rPr>
          <w:b/>
        </w:rPr>
        <w:t xml:space="preserve">[34:12] </w:t>
      </w:r>
      <w:r>
        <w:t>to Quran mein raaz hayat hai. Quran mein yeh bataya gaya hai ke how to achieve a peaceful life. how to achieve a successful life.</w:t>
      </w:r>
    </w:p>
    <w:p>
      <w:pPr>
        <w:jc w:val="right"/>
      </w:pPr>
      <w:r>
        <w:t>توقرآنمیں راز حیاتہے۔ قرآنمیں یہبت ایاگیاہےکہ how toachieveapeacefullife ۔how toachieve a successfullife ۔</w:t>
      </w:r>
    </w:p>
    <w:p>
      <w:r>
        <w:rPr>
          <w:b/>
        </w:rPr>
        <w:t xml:space="preserve">[34:24] </w:t>
      </w:r>
      <w:r>
        <w:t>yeh sab bataya gaya hai.</w:t>
      </w:r>
    </w:p>
    <w:p>
      <w:pPr>
        <w:jc w:val="right"/>
      </w:pPr>
      <w:r>
        <w:t>یہسببتایاگیاہے۔</w:t>
      </w:r>
    </w:p>
    <w:p>
      <w:r>
        <w:rPr>
          <w:b/>
        </w:rPr>
        <w:t xml:space="preserve">[34:26] </w:t>
      </w:r>
      <w:r>
        <w:t>misal ke taur par main aapko ek misal deta hoon ke Quran ki ek ayat hai innama'al 'usri yusra. innama'al 'usri yusra. wid awri hard ship there is.</w:t>
      </w:r>
    </w:p>
    <w:p>
      <w:pPr>
        <w:jc w:val="right"/>
      </w:pPr>
      <w:r>
        <w:t>مثلاًمیںآپکوایکمثالدیتاہوں کہقرآنکیایکآیتہے إِنَّمَوْلَالْعُسْرِيُسْرَىٰ ۖإِنَّمَوْلَالْعُسْ رِيُسْرَىٰۖ وِدْاِوْرِي هَارْدْشِپْتْدَيرِإِ زْ۔</w:t>
      </w:r>
    </w:p>
    <w:p>
      <w:r>
        <w:rPr>
          <w:b/>
        </w:rPr>
        <w:t xml:space="preserve">[34:41] </w:t>
      </w:r>
      <w:r>
        <w:t>with every hard ship there is ease. iska matlab kya hai? socho jab sochenge to maloom hoga matlab kya hai. sochna padta hai.</w:t>
      </w:r>
    </w:p>
    <w:p>
      <w:pPr>
        <w:jc w:val="right"/>
      </w:pPr>
      <w:r>
        <w:t>with everyhard ship thereis ease. اسکامطلبکیاہے ؟ سوچجبسوچیںگےتومعلومہوگامطلبکیاہے۔ سوچناپڑتاہے۔</w:t>
      </w:r>
    </w:p>
    <w:p>
      <w:r>
        <w:rPr>
          <w:b/>
        </w:rPr>
        <w:t xml:space="preserve">[34:53] </w:t>
      </w:r>
      <w:r>
        <w:t>iska matlab hai with every problem there are opportunities. yaani jab aap koi problem aaye aapko to wohi ek ek nayi opportunity hogi.</w:t>
      </w:r>
    </w:p>
    <w:p>
      <w:pPr>
        <w:jc w:val="right"/>
      </w:pPr>
      <w:r>
        <w:t>اسکامطلبہے with every problem thereareopportun ities ۔ یعنیجبآپکوئیپرابلم آئےآپکو تو وہیایک ایکنئیاپرچونیٹیہوگی۔</w:t>
      </w:r>
    </w:p>
    <w:p>
      <w:r>
        <w:rPr>
          <w:b/>
        </w:rPr>
        <w:t xml:space="preserve">[35:05] </w:t>
      </w:r>
      <w:r>
        <w:t>yaani ek cheez aapne khodi, ek problem aap face kar rahe hain to aap socho to wohin par maloom hoga ke ek nayi opportunity hai. yeh hai bayan is hasti ka jisne duniya ko banaya hai.</w:t>
      </w:r>
    </w:p>
    <w:p>
      <w:pPr>
        <w:jc w:val="right"/>
      </w:pPr>
      <w:r>
        <w:t>یعنیایکچیزآپنےکھودی، ایک پرابلم آپفیسکررہےہیں تو آپسوچیں تو وہیںپرمعلومہوگاکہایکنئیاپرچونیٹیہے۔ یہہے بیان اسہستیکاجس نے دنیا کوبنایاہے۔</w:t>
      </w:r>
    </w:p>
    <w:p>
      <w:r>
        <w:rPr>
          <w:b/>
        </w:rPr>
        <w:t xml:space="preserve">[35:21] </w:t>
      </w:r>
      <w:r>
        <w:t>iska matlab kya hua?</w:t>
      </w:r>
    </w:p>
    <w:p>
      <w:pPr>
        <w:jc w:val="right"/>
      </w:pPr>
      <w:r>
        <w:t>اسکامطلبکیاہوا؟</w:t>
      </w:r>
    </w:p>
    <w:p>
      <w:r>
        <w:rPr>
          <w:b/>
        </w:rPr>
        <w:t xml:space="preserve">[35:23] </w:t>
      </w:r>
      <w:r>
        <w:t>ke law of nature hai. yeh law of nature hai. yaani it is the law of nature that with every problem there are opportunities.</w:t>
      </w:r>
    </w:p>
    <w:p>
      <w:pPr>
        <w:jc w:val="right"/>
      </w:pPr>
      <w:r>
        <w:t>کہ لاءآفنیچرہے۔ یہ لاءآفنیچرہے۔ یعنیitisthelawofnature that with every problem thereareopportun ities۔</w:t>
      </w:r>
    </w:p>
    <w:p>
      <w:r>
        <w:rPr>
          <w:b/>
        </w:rPr>
        <w:t xml:space="preserve">[35:34] </w:t>
      </w:r>
      <w:r>
        <w:t>ab aapne isko padha to kya hoga? aapke andar ek confidence aayega, ek yaqeen aayega. jab aap koi problem face karenge to foran aapko yeh ayat yaad aayegi</w:t>
      </w:r>
    </w:p>
    <w:p>
      <w:pPr>
        <w:jc w:val="right"/>
      </w:pPr>
      <w:r>
        <w:t>ابآپنےاسکوپڑھا توکیاہوگا؟آپکےاندر ایک کانفیڈنسآئےگا، ایک یقینآئےگا۔ جبآپ کوئیپرابلم فیسکریںگےتوفوراًآپکویہ آیتیادآئےگی</w:t>
      </w:r>
    </w:p>
    <w:p>
      <w:r>
        <w:rPr>
          <w:b/>
        </w:rPr>
        <w:t xml:space="preserve">[35:46] </w:t>
      </w:r>
      <w:r>
        <w:t>ke theek hai, problem hai to ho, hum to hma par opportunity ko talash kareinge. aur phir aap ek opportunity painge wohan par. iski misaal mein rasool Allah ki zindagi mein deta hoon aap ko. bohat hi, bohat hi ziyada anokhi misaal ke rasool Allah (SAW) makay mein 610 isvi mein sirf Hazrat Adam mein aap ne apna mission shuru kiya.</w:t>
      </w:r>
    </w:p>
    <w:p>
      <w:pPr>
        <w:jc w:val="right"/>
      </w:pPr>
      <w:r>
        <w:t>کہٹھیکہے،پرابلمہےتوہو، ہم توہماپرچونیٹیکوتلاشکریںگے۔ اورپھرآپایک اپرچونیٹیپالیںگےوہاںپر۔ اسکیمثالمیںرسولاللہکیزندگی میںدیتاہوںآپکو۔بہتہی، بہتہیزیادہ انوکھیمثال کہرسولاللہصلیاللہعلیہوسلم مکےمیں 6 10عیسویمیں صرفحضرت 10اےڈیمیںآپنےاپنامشنشروعکیا۔</w:t>
      </w:r>
    </w:p>
    <w:p>
      <w:r>
        <w:rPr>
          <w:b/>
        </w:rPr>
        <w:t xml:space="preserve">[36:12] </w:t>
      </w:r>
      <w:r>
        <w:t>us waqt makay mein jo kaaba tha,</w:t>
      </w:r>
    </w:p>
    <w:p>
      <w:pPr>
        <w:jc w:val="right"/>
      </w:pPr>
      <w:r>
        <w:t>اسوقت مکہمیں جو کعبہتھا،</w:t>
      </w:r>
    </w:p>
    <w:p>
      <w:r>
        <w:rPr>
          <w:b/>
        </w:rPr>
        <w:t xml:space="preserve">[36:17] </w:t>
      </w:r>
      <w:r>
        <w:t>jo holiest place tha, wohan kaaba is mein unho ne but, sankron but rakh diye thay. sankron but to zahir hai ke problem tha, yeh bohat bara problem.</w:t>
      </w:r>
    </w:p>
    <w:p>
      <w:pPr>
        <w:jc w:val="right"/>
      </w:pPr>
      <w:r>
        <w:t>جو ہولیسٹپلیستھا،وہاں کعبہ اسمیں انہوںنے بت ،سینکڑوںبترکھدیےتھے۔ سینکڑوںبت توظاہرہےکہپرابلمتھا،یہ بہت بڑاپرابلم۔</w:t>
      </w:r>
    </w:p>
    <w:p>
      <w:r>
        <w:rPr>
          <w:b/>
        </w:rPr>
        <w:t xml:space="preserve">[36:33] </w:t>
      </w:r>
      <w:r>
        <w:t>yani kaaba jo banaya gaya tha, yani tauheed ke liye, ek Khuda ki parastish ke liye, is mein but hi but bhare hue hain aur wohan but parasti ho rahi hai.</w:t>
      </w:r>
    </w:p>
    <w:p>
      <w:pPr>
        <w:jc w:val="right"/>
      </w:pPr>
      <w:r>
        <w:t>یعنیکعبہجو بنایاگیا تھا، یعنیتوحیدکے لیے، ایکخداکیپرستشکےلیے، اسمیں بتہیبتبھرےہوئےہیں اوروہاں بت پر ستیہورہیہے۔</w:t>
      </w:r>
    </w:p>
    <w:p>
      <w:r>
        <w:rPr>
          <w:b/>
        </w:rPr>
        <w:t xml:space="preserve">[36:47] </w:t>
      </w:r>
      <w:r>
        <w:t>log aate hain, daily, daily aate hain. aap ne kya kiya? aap ne wohan par principle of dealing, dealing policy ikhtiyar kiya.</w:t>
      </w:r>
    </w:p>
    <w:p>
      <w:pPr>
        <w:jc w:val="right"/>
      </w:pPr>
      <w:r>
        <w:t>لوگ آتےہیں،ڈیلی،ڈیلیآتےہیں۔ آپ نےکیاکیا ؟ آپ نےوہاںپر پرنسپلآفڈیلنکنگ، ڈیلنکنگپالیسیاختیارکیا۔</w:t>
      </w:r>
    </w:p>
    <w:p>
      <w:r>
        <w:rPr>
          <w:b/>
        </w:rPr>
        <w:t xml:space="preserve">[36:58] </w:t>
      </w:r>
      <w:r>
        <w:t>bohat hi ajeebo ghareeb baat hai yeh. dealing policy. yani aap ne dealing kiya buton ki maujoodgi ko aur doosri taraf assembly jo hoti thi, us ko.</w:t>
      </w:r>
    </w:p>
    <w:p>
      <w:pPr>
        <w:jc w:val="right"/>
      </w:pPr>
      <w:r>
        <w:t>بہتہیعجیبوغریبباتہےیہ۔ ڈیلنکنگپالیسی۔یعنیآپنےڈیلنگکیا بتوںکیموجود گیکو اور دوسریطرف اسمبلیجوہوتیتھی،اسکو ۔</w:t>
      </w:r>
    </w:p>
    <w:p>
      <w:r>
        <w:rPr>
          <w:b/>
        </w:rPr>
        <w:t xml:space="preserve">[37:10] </w:t>
      </w:r>
      <w:r>
        <w:t>that was dealing linking policy. yani kaaba mein buton ki maujoodgi ek cheez thi. doosri taraf unhi, unhi buton ki wajah se wohan par assembly hoti thi.</w:t>
      </w:r>
    </w:p>
    <w:p>
      <w:pPr>
        <w:jc w:val="right"/>
      </w:pPr>
      <w:r>
        <w:t>that wasdeallinkingpol icy ۔یعنی کعبہمیں بتوںکیموجود گی ایکچیزیہتھی۔ دوسریطرف انہی،انہیبتوںکیوجہسےوہاںپر اسمبلیہوتیتھی۔</w:t>
      </w:r>
    </w:p>
    <w:p>
      <w:r>
        <w:rPr>
          <w:b/>
        </w:rPr>
        <w:t xml:space="preserve">[37:21] </w:t>
      </w:r>
      <w:r>
        <w:t>rozana log aate thay. to us ko phir to audience aap ne istemal kiya.</w:t>
      </w:r>
    </w:p>
    <w:p>
      <w:pPr>
        <w:jc w:val="right"/>
      </w:pPr>
      <w:r>
        <w:t>روز انہلوگآتےتھے۔ تو اسکوپھرتوآڈینسآپنےاستعمال کیا۔</w:t>
      </w:r>
    </w:p>
    <w:p>
      <w:r>
        <w:rPr>
          <w:b/>
        </w:rPr>
        <w:t xml:space="preserve">[37:28] </w:t>
      </w:r>
      <w:r>
        <w:t>audience ke taur par. yani buton ko avoid kiya. buton ki maujoodgi ko avoid kiya. aur jo wohan log ikhatte hote thay, un ko as an audience aap ne istemal kiya.</w:t>
      </w:r>
    </w:p>
    <w:p>
      <w:pPr>
        <w:jc w:val="right"/>
      </w:pPr>
      <w:r>
        <w:t>آڈینسکےطورپر۔یعنیبت وںکواوائیڈکیا۔ بتوںکیموجود گیکواوائیڈکیا۔ اور جووہاں لوگ اکٹھےہوتےتھے،انکو ایزاینآڈینسآپنےاستعمال کیا۔</w:t>
      </w:r>
    </w:p>
    <w:p>
      <w:r>
        <w:rPr>
          <w:b/>
        </w:rPr>
        <w:t xml:space="preserve">[37:41] </w:t>
      </w:r>
      <w:r>
        <w:t>to to aap ne kya kiya? rozana aap jaate thay, aap buton ke bare mein kuch nahi kehte thay. aur Quran parh ke sunate thay logon ko. Quran jo hai, bohat hi ziyada powerful language mein hai.</w:t>
      </w:r>
    </w:p>
    <w:p>
      <w:pPr>
        <w:jc w:val="right"/>
      </w:pPr>
      <w:r>
        <w:t>تو توآپنےکیا کیا ؟ روزانہآپ جاتےتھے،آپ بتوںکےبارےمیںکچھنہیںکہتےتھے۔ اور قرآنپڑھکےسناتےتھےلوگوںکو۔ قرآنجوہے،بہت ہیزیادہ پاورفللینگویجمیںہے۔</w:t>
      </w:r>
    </w:p>
    <w:p>
      <w:r>
        <w:rPr>
          <w:b/>
        </w:rPr>
        <w:t xml:space="preserve">[37:54] </w:t>
      </w:r>
      <w:r>
        <w:t>Quran ki language bohat hi powerful hai.</w:t>
      </w:r>
    </w:p>
    <w:p>
      <w:pPr>
        <w:jc w:val="right"/>
      </w:pPr>
      <w:r>
        <w:t>قرآنکیلینگویجبہتہیپاورفلہے۔</w:t>
      </w:r>
    </w:p>
    <w:p>
      <w:r>
        <w:rPr>
          <w:b/>
        </w:rPr>
        <w:t xml:space="preserve">[37:57] </w:t>
      </w:r>
      <w:r>
        <w:t>is se ziyada powerful language dunya mein kisi kitab ki nahi hai. to woh log to zahir hai ke, yani un ki understanding thi Arabic.</w:t>
      </w:r>
    </w:p>
    <w:p>
      <w:pPr>
        <w:jc w:val="right"/>
      </w:pPr>
      <w:r>
        <w:t>اسسےزیادہپاورفللینگویجدنیامیںکسیکتاب کینہیںہے۔ تو وہلوگتو ظاہرہےکہ ،یعنیانکیمدرٹنگتھیعربی۔</w:t>
      </w:r>
    </w:p>
    <w:p>
      <w:r>
        <w:rPr>
          <w:b/>
        </w:rPr>
        <w:t xml:space="preserve">[38:07] </w:t>
      </w:r>
      <w:r>
        <w:t>un logon ke jo wohan ikhatte hote thay. to jab Quran parhte thay Rasool Allah (SAW), to sab log bilkul hairan sunte thay, hairaan ho kar.</w:t>
      </w:r>
    </w:p>
    <w:p>
      <w:pPr>
        <w:jc w:val="right"/>
      </w:pPr>
      <w:r>
        <w:t>انلوگوںکےجو وہاںاکٹھےہوتےتھے۔ توجب قرآنپڑھتےتھےرسولاللہصلیاللہعلیہوسلم،تو سبلوگبالکلحیران سنتےتھے،حیرانہوکرکے۔</w:t>
      </w:r>
    </w:p>
    <w:p>
      <w:r>
        <w:rPr>
          <w:b/>
        </w:rPr>
        <w:t xml:space="preserve">[38:17] </w:t>
      </w:r>
      <w:r>
        <w:t>jo kehte hain na, pandra afsilence ho jata tha wohan par. ek ek aadmi bilkul sunne lagta tha. kyun ke is bohat hi strang language is ki hai.</w:t>
      </w:r>
    </w:p>
    <w:p>
      <w:pPr>
        <w:jc w:val="right"/>
      </w:pPr>
      <w:r>
        <w:t>جوکہتےہیںنا،پنڈرافسائلنس ہوجاتا تھاوہاںپر۔ایکایکآدمیبالکلسننےلگتاتھا۔ کیونکہاسبہت ہیسٹرانگلینگویجاسکیہے۔</w:t>
      </w:r>
    </w:p>
    <w:p>
      <w:r>
        <w:rPr>
          <w:b/>
        </w:rPr>
        <w:t xml:space="preserve">[38:27] </w:t>
      </w:r>
      <w:r>
        <w:t>yeh thi aur dealing policy. yeh kahan se liya aap ne? is ayat se. ke jahan par problem hai, wohin opportunity bhi hai.</w:t>
      </w:r>
    </w:p>
    <w:p>
      <w:pPr>
        <w:jc w:val="right"/>
      </w:pPr>
      <w:r>
        <w:t>یہ تھی اور ڈیلنکنگپالیسی۔ یہکہاںسےلیاآپنے ؟اسآیتسے۔ کہجہاں پرابلمہے، وہیںاپرچونیٹیبھیہے۔</w:t>
      </w:r>
    </w:p>
    <w:p>
      <w:r>
        <w:rPr>
          <w:b/>
        </w:rPr>
        <w:t xml:space="preserve">[38:39] </w:t>
      </w:r>
      <w:r>
        <w:t>to problem ko avoid karo. opportunity ko discover karke us ko avail karo. ab batao, kitni bari baat Quran majeed mein hai yeh.</w:t>
      </w:r>
    </w:p>
    <w:p>
      <w:pPr>
        <w:jc w:val="right"/>
      </w:pPr>
      <w:r>
        <w:t>تو پرابلم کواو ائیڈکرو۔ اپرچونیٹیکوڈسکورکرکےاسکواویلکرو۔ اببتائیں،کتنیبڑیباتقرآنمجیدمیںہےیہ۔</w:t>
      </w:r>
    </w:p>
    <w:p>
      <w:r>
        <w:rPr>
          <w:b/>
        </w:rPr>
        <w:t xml:space="preserve">[38:47] </w:t>
      </w:r>
      <w:r>
        <w:t>kitni bari baat. lekin jo log sirf tilawat karte hain, woh bekhabar hain is se. lad rahe hain, dekho har jagah lad rahe hain.</w:t>
      </w:r>
    </w:p>
    <w:p>
      <w:pPr>
        <w:jc w:val="right"/>
      </w:pPr>
      <w:r>
        <w:t>کتنیبڑیبات۔ لیکن جولوگصرف تلاوتکرتےہیں، وہ بےخبرہیںاسسے۔ لڑرہےہیں،دیکھیںہرجگہلڑرہےہیں۔</w:t>
      </w:r>
    </w:p>
    <w:p>
      <w:r>
        <w:rPr>
          <w:b/>
        </w:rPr>
        <w:t xml:space="preserve">[38:55] </w:t>
      </w:r>
      <w:r>
        <w:t>musalman aajkal har jagah lad rahe hain. kisi country mein aisa nahi ke musalman ladai na kar rahe hon. kuch log, yani active taur par lad rahe hain, kuch passive taur par lad rahe hain.</w:t>
      </w:r>
    </w:p>
    <w:p>
      <w:pPr>
        <w:jc w:val="right"/>
      </w:pPr>
      <w:r>
        <w:t>مس لمانآجکلہرجگہلڑرہےہیں۔ کسی کنٹریمیںایسانہیںکہمسلمان لڑائینہکررہےہوں۔ کچھلوگ ،یعنی ایکٹیو طورپرلڑرہےہیں،کچھپیسوطورپرلڑرہےہیں۔</w:t>
      </w:r>
    </w:p>
    <w:p>
      <w:r>
        <w:rPr>
          <w:b/>
        </w:rPr>
        <w:t xml:space="preserve">[39:09] </w:t>
      </w:r>
      <w:r>
        <w:t>matlab negative boli bolte hain. woh passive militant hain. jo aadmi negative boli bole, woh passive militant hai. aur jo hathiyar utha le, woh woh active militant hai.</w:t>
      </w:r>
    </w:p>
    <w:p>
      <w:pPr>
        <w:jc w:val="right"/>
      </w:pPr>
      <w:r>
        <w:t>مطلب نیگیٹیوبولیبولتےہیں۔ وہ پیسوملی ٹنٹہیں۔ جوآدمینیگیٹیوبولیبولے،وہپیسوملیٹنٹہے۔ اور جو ہتھیاراٹھالے،وہ وہایکٹیوملی ٹنٹہے۔</w:t>
      </w:r>
    </w:p>
    <w:p>
      <w:r>
        <w:rPr>
          <w:b/>
        </w:rPr>
        <w:t xml:space="preserve">[39:20] </w:t>
      </w:r>
      <w:r>
        <w:t>to sab is mein phanse hue hain. to unhein pata nahi hai ke Quran mein itni bari baat batai hui hai.</w:t>
      </w:r>
    </w:p>
    <w:p>
      <w:pPr>
        <w:jc w:val="right"/>
      </w:pPr>
      <w:r>
        <w:t>تو سب اسیمیںپھنسےہوئےہیں۔ توانہیںپتہہینہیںہےکہقرآنمیںاتنیبڑیباتبتائیہوئیہے۔</w:t>
      </w:r>
    </w:p>
    <w:p>
      <w:r>
        <w:rPr>
          <w:b/>
        </w:rPr>
        <w:t xml:space="preserve">[39:26] </w:t>
      </w:r>
      <w:r>
        <w:t>itni bari baat batai hui hai. jahan problem hai, wohin opportunity hai. to problem ko avoid karo. ignore karo. ignore the problem avail the opportunities yeh formula diya hai Quran majeed ne.</w:t>
      </w:r>
    </w:p>
    <w:p>
      <w:pPr>
        <w:jc w:val="right"/>
      </w:pPr>
      <w:r>
        <w:t>اتنیبڑیباتبتائیہوئیہے۔ جہاںپرابلمہے،وہیںاپرچونیٹیہے۔ توپرابلمکو اوائیڈکرو۔ اگنورکرو ۔ ignoretheproblem availtheopportun ities یہفارمولادیاہےقرآنمجیدمیں۔</w:t>
      </w:r>
    </w:p>
    <w:p>
      <w:r>
        <w:rPr>
          <w:b/>
        </w:rPr>
        <w:t xml:space="preserve">[39:44] </w:t>
      </w:r>
      <w:r>
        <w:t>ignore the problem avail the opportunities</w:t>
      </w:r>
    </w:p>
    <w:p>
      <w:pPr>
        <w:jc w:val="right"/>
      </w:pPr>
      <w:r>
        <w:t>ignoretheproblem availtheopportun ities</w:t>
      </w:r>
    </w:p>
    <w:p>
      <w:r>
        <w:rPr>
          <w:b/>
        </w:rPr>
        <w:t xml:space="preserve">[39:48] </w:t>
      </w:r>
      <w:r>
        <w:t>to kitni shandar misaal hai Rasool Allah (SAW) ki zindagi mein ke buton ko aap ne ignore kiya kaaba mein aur phir avail kiya aap ne opportunities ko.</w:t>
      </w:r>
    </w:p>
    <w:p>
      <w:pPr>
        <w:jc w:val="right"/>
      </w:pPr>
      <w:r>
        <w:t>تو کتنیشاندار مثالہےرسولاللہصلیاللہعلیہوسلمکی زندگیمیںکہ بتوںکوآپ نے اگنورکیا کعبہمیں اورپھراوائل اویلکیاآپنےاپرچونیٹیزکو ۔</w:t>
      </w:r>
    </w:p>
    <w:p>
      <w:r>
        <w:rPr>
          <w:b/>
        </w:rPr>
        <w:t xml:space="preserve">[39:59] </w:t>
      </w:r>
      <w:r>
        <w:t>aur aajkal is se choti cheez ko ignore nahi kar paate. is se bohat choti cheez ko. yahan se le kar aap Europe mein chale jao, yani America tak chale jao, log negative boli bolenge. kyun? kisi cheez ko kahenge, dekho yeh hai, dekho woh hai, dekho woh hai.</w:t>
      </w:r>
    </w:p>
    <w:p>
      <w:pPr>
        <w:jc w:val="right"/>
      </w:pPr>
      <w:r>
        <w:t>اور آجکلاسےچھوٹیچیزکو اگنورنہیںکرپاتے۔ اسےبہتچھوٹیچیزکو ۔ یہاںسےلےکرآپ یورپمیںچلےجائیں، یعنیامریکہتکچلےجائیں،لوگنیگیٹیوبولیبولیںگے۔کیوں؟کسی چیزکوکہیںگے،دیکھیںیہہے،دیکھووہہے،دیکھووہہے۔</w:t>
      </w:r>
    </w:p>
    <w:p>
      <w:r>
        <w:rPr>
          <w:b/>
        </w:rPr>
        <w:t xml:space="preserve">[40:15] </w:t>
      </w:r>
      <w:r>
        <w:t>to woh to is se bohat choti cheez hoti hai.</w:t>
      </w:r>
    </w:p>
    <w:p>
      <w:pPr>
        <w:jc w:val="right"/>
      </w:pPr>
      <w:r>
        <w:t>تو وہتو اسےبہت چھوٹیچیزہوتیہے۔</w:t>
      </w:r>
    </w:p>
    <w:p>
      <w:r>
        <w:rPr>
          <w:b/>
        </w:rPr>
        <w:t xml:space="preserve">[40:19] </w:t>
      </w:r>
      <w:r>
        <w:t>misalan main america gaya aik bar to woh aik group tha musalmanon ka wahan par. woh kism mein phansa hua tha? ke sahib, america mein schoolon mein jo kitabein prescribed hain, un mein jagah jagah woh anti muslim cheezein</w:t>
      </w:r>
    </w:p>
    <w:p>
      <w:pPr>
        <w:jc w:val="right"/>
      </w:pPr>
      <w:r>
        <w:t>مثلاًمیںامریکہگیا ایکبار تووہایکگروپتھامسلمانوںکاوہاںپر۔ وہ کسمیںپھنساہواتھا ؟کہصاحب، امریک ہ میں اسکولوںمیںجو کتاب یں پریسکرائبڈہیں، انمیں جگہجگہوہ اینٹیمسلم چیزیں</w:t>
      </w:r>
    </w:p>
    <w:p>
      <w:r>
        <w:rPr>
          <w:b/>
        </w:rPr>
        <w:t xml:space="preserve">[40:36] </w:t>
      </w:r>
      <w:r>
        <w:t>hain. ab us ko nikalna, us ko dhoondna, itna sab kitabein bhar rakhe thay unhon ne aik bohat bade hall mein aur sab us ko parh rahe hain, nikal rahe hain woh item. nikal nikal kar ke phir education minister ko us ke khilaf complaint bhi bhej rahe hain.</w:t>
      </w:r>
    </w:p>
    <w:p>
      <w:pPr>
        <w:jc w:val="right"/>
      </w:pPr>
      <w:r>
        <w:t>ہیں۔ اباسکو نکالنا،اسکوڈھونڈنا،اتنا سبکچھ کتاب یں بھررکھےتھےانہوںنےایکبہتبڑےہالمیں اور سب اسکوپڑھرہےہیں،نکالرہےہیںوہآئٹم۔نکالنکالکرکےپھر ایجوکیشنمنسٹریکو اسکےخلاف کمپلینبھیجرہےہیں۔</w:t>
      </w:r>
    </w:p>
    <w:p>
      <w:r>
        <w:rPr>
          <w:b/>
        </w:rPr>
        <w:t xml:space="preserve">[40:50] </w:t>
      </w:r>
      <w:r>
        <w:t>to kitabon mein jo is tarah ke jo item thay, us se billion time bara woh item tha jo jo jo wahan tha kaba mein.</w:t>
      </w:r>
    </w:p>
    <w:p>
      <w:pPr>
        <w:jc w:val="right"/>
      </w:pPr>
      <w:r>
        <w:t>تو کتاب وںمیںجو اسطرحکےجو آئٹمتھے، اسسے بلینٹائمبڑاوہآئٹمتھاجو جو جو وہاںتھا کعبہمیں۔</w:t>
      </w:r>
    </w:p>
    <w:p>
      <w:r>
        <w:rPr>
          <w:b/>
        </w:rPr>
        <w:t xml:space="preserve">[41:00] </w:t>
      </w:r>
      <w:r>
        <w:t>yeh kitabon mein to kya hai?</w:t>
      </w:r>
    </w:p>
    <w:p>
      <w:pPr>
        <w:jc w:val="right"/>
      </w:pPr>
      <w:r>
        <w:t>یہکتاب وںمیںتو کیاہے؟</w:t>
      </w:r>
    </w:p>
    <w:p>
      <w:r>
        <w:rPr>
          <w:b/>
        </w:rPr>
        <w:t xml:space="preserve">[41:02] </w:t>
      </w:r>
      <w:r>
        <w:t>farz kiya unhon ne misal aik deta hoon ke is mein yeh tha ke jab musalmanon ne india ko invite kiya to bhai, yeh invite kiya, invite kiya, yeh kyun likh diya aap?</w:t>
      </w:r>
    </w:p>
    <w:p>
      <w:pPr>
        <w:jc w:val="right"/>
      </w:pPr>
      <w:r>
        <w:t>فرضکیاانہوںنے مثالایکدیتاہوں کہاسمیںیہتھاکہ جب مسلمانوںنے انڈیاکو انویٹکیا توبھئی،یہانویٹکیا، انویٹکیا ، یہ کیوںلکھدیاآپ ؟</w:t>
      </w:r>
    </w:p>
    <w:p>
      <w:r>
        <w:rPr>
          <w:b/>
        </w:rPr>
        <w:t xml:space="preserve">[41:14] </w:t>
      </w:r>
      <w:r>
        <w:t>hamla kiya, yeh likhte kyun? india mein aaye</w:t>
      </w:r>
    </w:p>
    <w:p>
      <w:pPr>
        <w:jc w:val="right"/>
      </w:pPr>
      <w:r>
        <w:t>حمل ہکیا ، یہلکھ تےکیوں؟انڈیامیںآئے</w:t>
      </w:r>
    </w:p>
    <w:p>
      <w:r>
        <w:rPr>
          <w:b/>
        </w:rPr>
        <w:t xml:space="preserve">[41:19] </w:t>
      </w:r>
      <w:r>
        <w:t>to</w:t>
      </w:r>
    </w:p>
    <w:p>
      <w:pPr>
        <w:jc w:val="right"/>
      </w:pPr>
      <w:r>
        <w:t>تو</w:t>
      </w:r>
    </w:p>
    <w:p>
      <w:r>
        <w:rPr>
          <w:b/>
        </w:rPr>
        <w:t xml:space="preserve">[41:20] </w:t>
      </w:r>
      <w:r>
        <w:t>unhon ne do kitabein dikhayin. mujhe aik mein likha hua tha, yani woh advent of british britishers in india aur musalmanon ko likha tha, yani invite ka lafz istemal kiya tha ke musalmanon ne invite kiya india mein.</w:t>
      </w:r>
    </w:p>
    <w:p>
      <w:pPr>
        <w:jc w:val="right"/>
      </w:pPr>
      <w:r>
        <w:t>انہوںنےدوکتاب دکھائیں۔مجھےایکمیںلکھاہواتھا، یعنی وہ ایڈونٹآف برٹش برٹشرز انانڈیا اورمسلمانوںکولکھاتھا، یعنی انویٹ کالفظاستعمالکیاتھا کہمسلمانوںنےانویٹکیاانڈیامیں۔</w:t>
      </w:r>
    </w:p>
    <w:p>
      <w:r>
        <w:rPr>
          <w:b/>
        </w:rPr>
        <w:t xml:space="preserve">[41:36] </w:t>
      </w:r>
      <w:r>
        <w:t>to dekhein, dekhein discrimination hai. main ne kaha, yeh kya koi problem hai? yeh yeh bohat hi trivial cheezein hain, trivial cheezein.</w:t>
      </w:r>
    </w:p>
    <w:p>
      <w:pPr>
        <w:jc w:val="right"/>
      </w:pPr>
      <w:r>
        <w:t>تودیکھیں،دیکھیںڈسکرمنیشنہے۔ میںنےکہا،یہکیاکوئیپرابلمہے؟یہ یہبہتہیٹریولچیزیںہیں،ٹریولچیزیں۔</w:t>
      </w:r>
    </w:p>
    <w:p>
      <w:r>
        <w:rPr>
          <w:b/>
        </w:rPr>
        <w:t xml:space="preserve">[41:44] </w:t>
      </w:r>
      <w:r>
        <w:t>us se billion time bara masla tha makkah mein ke kaba mein but bhare hue hain aur us ko ignore kiya aap ne.</w:t>
      </w:r>
    </w:p>
    <w:p>
      <w:pPr>
        <w:jc w:val="right"/>
      </w:pPr>
      <w:r>
        <w:t>اسسے بل ینٹائمبڑا مسئلہتھا مکہمیں کہ کعبہمیںبت بھرےہوئےہیں اوراسکواگنورکیاآپنے۔</w:t>
      </w:r>
    </w:p>
    <w:p>
      <w:r>
        <w:rPr>
          <w:b/>
        </w:rPr>
        <w:t xml:space="preserve">[41:53] </w:t>
      </w:r>
      <w:r>
        <w:t>kyun? tabhi aap opportunity ko avail kar paye. aap phanse hue hain in cheezon mein to america mein itni opportunity avail nahin kar paate. kyunke america mein, yani freedom of speech aakhri had tak hai, freedom.</w:t>
      </w:r>
    </w:p>
    <w:p>
      <w:pPr>
        <w:jc w:val="right"/>
      </w:pPr>
      <w:r>
        <w:t>کیوں؟ تبھیآپ اپرچونیٹیکواویلکرپائے۔ آپ پھنسےہوئےہیںانچیزوںمیں تو امریک ہمیںاتنیاپرچونیٹیآپاویلنہیںکرپاتے۔ کیونکہ امریکہمیں، یعنی فریڈم پار کس آخریحدتکہے،فریڈم۔</w:t>
      </w:r>
    </w:p>
    <w:p>
      <w:r>
        <w:rPr>
          <w:b/>
        </w:rPr>
        <w:t xml:space="preserve">[42:10] </w:t>
      </w:r>
      <w:r>
        <w:t>yani koi rok tok nahin hai aap ko.</w:t>
      </w:r>
    </w:p>
    <w:p>
      <w:pPr>
        <w:jc w:val="right"/>
      </w:pPr>
      <w:r>
        <w:t>یعنی کوئیرکاوٹنہیںہےآپکو ۔</w:t>
      </w:r>
    </w:p>
    <w:p>
      <w:r>
        <w:rPr>
          <w:b/>
        </w:rPr>
        <w:t xml:space="preserve">[42:14] </w:t>
      </w:r>
      <w:r>
        <w:t>main aik bar to gaya to wahan par white house ke samne aik aadmi khara ho kar ke speech de raha tha christian ke khilaf.</w:t>
      </w:r>
    </w:p>
    <w:p>
      <w:pPr>
        <w:jc w:val="right"/>
      </w:pPr>
      <w:r>
        <w:t>میںایکبارتوگیاتووہاںپر وائٹہاؤسکےسامنےایکآدمی کھڑاہوکرکے اسپیچدےرہاتھا کرسچنکےخلاف ۔</w:t>
      </w:r>
    </w:p>
    <w:p>
      <w:r>
        <w:rPr>
          <w:b/>
        </w:rPr>
        <w:t xml:space="preserve">[42:24] </w:t>
      </w:r>
      <w:r>
        <w:t>jo president of america jo tha us waqt, us ke khilaf speech de raha tha, khara hua. aur koi nahin pakad raha tha, pakad us ko white house ke samne khara ho kar ke.</w:t>
      </w:r>
    </w:p>
    <w:p>
      <w:pPr>
        <w:jc w:val="right"/>
      </w:pPr>
      <w:r>
        <w:t>جو پریزیڈنٹآفامریکہجوتھااسوقت،اسکےخلاف اسپیچدےرہاتھا،کھڑاہوا۔ اورکوئینہپکڑرہاتھا،پکڑاسکو وائٹہاؤسکےسامنےکھڑاہوکرکے۔</w:t>
      </w:r>
    </w:p>
    <w:p>
      <w:r>
        <w:rPr>
          <w:b/>
        </w:rPr>
        <w:t xml:space="preserve">[42:33] </w:t>
      </w:r>
      <w:r>
        <w:t>to main ne kaha, itni freedom yahan par hai, aap us ko avail kijiye. aap islam ko message logon tak pahunchaiye, islami literature pahunchaiye, islami kitabein logon tak distribute kijiye.</w:t>
      </w:r>
    </w:p>
    <w:p>
      <w:pPr>
        <w:jc w:val="right"/>
      </w:pPr>
      <w:r>
        <w:t>تو میںنےکہا،اتنیفریڈمیہاںپرہے، آپاسکواویلکیجیے۔ آپ اسلام کو میسجلوگوںتکپہنچائیے، اسلامی لٹریچرپہنچائیے، اسلامی کتاب یںلوگوںتکڈسٹریبیوٹکیجیے۔</w:t>
      </w:r>
    </w:p>
    <w:p>
      <w:r>
        <w:rPr>
          <w:b/>
        </w:rPr>
        <w:t xml:space="preserve">[42:44] </w:t>
      </w:r>
      <w:r>
        <w:t>yahan ki libraryon mein kitabein pahunchaiye, internet ke zariye se aap islam ka paigham pahunchaiye logon ko. yeh kya aap phanse hue hain is mein? us se na koi banega, na koi bigdega.</w:t>
      </w:r>
    </w:p>
    <w:p>
      <w:pPr>
        <w:jc w:val="right"/>
      </w:pPr>
      <w:r>
        <w:t>یہاںکیلائبریریوںمیںکتاب یںپہنچائیے، انٹرنیٹکےذریعےسےآپاسلام کاپیغامپہنچائیےلوگوںکو۔ یہکیاآپ پھنسےہوئےہیںاسمیں ؟اسسے نہکوئیبنےگا،نہکوئیبگڑےگا۔</w:t>
      </w:r>
    </w:p>
    <w:p>
      <w:r>
        <w:rPr>
          <w:b/>
        </w:rPr>
        <w:t xml:space="preserve">[42:58] </w:t>
      </w:r>
      <w:r>
        <w:t>to yeh sab se bari jo wisdom hai, us ko musalman bhool chuke hain ke zindagi mein problem dekhein. aik baat yeh bhi hai, quran mein aaya hai ke laqad khalaqna al insana fi kabad. aik bohat bari wisdom ki baat hai yeh.</w:t>
      </w:r>
    </w:p>
    <w:p>
      <w:pPr>
        <w:jc w:val="right"/>
      </w:pPr>
      <w:r>
        <w:t>تو یہسبسے بڑیجو وز ڈمہے، اسکو مس لمان بھولچکےہیں کہ زندگی میں پرابلمدیکھیں۔ایکباتیہبھیہے، قرآنمیںآیاہےکہلقدخلقناالإنسان فيکبد ۔ایکبہت بڑیوزڈمکیباتہےیہ۔</w:t>
      </w:r>
    </w:p>
    <w:p>
      <w:r>
        <w:rPr>
          <w:b/>
        </w:rPr>
        <w:t xml:space="preserve">[43:14] </w:t>
      </w:r>
      <w:r>
        <w:t>laqad khalaqna al insana fi kabad. yani we have created man with problems. yeh quran mein likha hua hai. ha</w:t>
      </w:r>
    </w:p>
    <w:p>
      <w:pPr>
        <w:jc w:val="right"/>
      </w:pPr>
      <w:r>
        <w:t>لقدخلقناالإنسانفيكبد۔ یعنی we have created man withproblem s۔ یہقرآنمیںلکھاہواہے۔ ہ</w:t>
      </w:r>
    </w:p>
    <w:p>
      <w:r>
        <w:rPr>
          <w:b/>
        </w:rPr>
        <w:t xml:space="preserve">[43:23] </w:t>
      </w:r>
      <w:r>
        <w:t>hum ne insan ko paida kiya problems. ab bataiye ke jab khud nature mein problem hai, khud allah taala ka jo creation plan hai, is mein problem hai, to aap kaise us ko abolish karenge?</w:t>
      </w:r>
    </w:p>
    <w:p>
      <w:pPr>
        <w:jc w:val="right"/>
      </w:pPr>
      <w:r>
        <w:t>منےانسان کوپیدا کیا پرابلممیں۔ اببتائیںکہجبخود نیچرمیںپرابلمہے، خود اللہتعالیٰکاجو کریشنپلانہے،اسیمیںپرابلمہے، توآپکیسےاسکوابالشکریںگے؟</w:t>
      </w:r>
    </w:p>
    <w:p>
      <w:r>
        <w:rPr>
          <w:b/>
        </w:rPr>
        <w:t xml:space="preserve">[43:36] </w:t>
      </w:r>
      <w:r>
        <w:t>aap kaise us ko eliminate karenge? to you have to accept it as it is. yani hamare liye koi option nahin hai.</w:t>
      </w:r>
    </w:p>
    <w:p>
      <w:pPr>
        <w:jc w:val="right"/>
      </w:pPr>
      <w:r>
        <w:t>آپ کیسےاسکوایلیمینیٹکریںگے؟ توyouhavetoaccept itasitis۔ یعنیہمارےلیےکوئیآپشننہیںہے۔</w:t>
      </w:r>
    </w:p>
    <w:p>
      <w:r>
        <w:rPr>
          <w:b/>
        </w:rPr>
        <w:t xml:space="preserve">[43:46] </w:t>
      </w:r>
      <w:r>
        <w:t>sare musalman is se bekhabar hain ke problem jo hai, part of nature hai.</w:t>
      </w:r>
    </w:p>
    <w:p>
      <w:pPr>
        <w:jc w:val="right"/>
      </w:pPr>
      <w:r>
        <w:t>سارے مسلماناسسےبےخبرہیں کہ پرابلمجوہے، پارٹآفنیچرہے۔</w:t>
      </w:r>
    </w:p>
    <w:p>
      <w:r>
        <w:rPr>
          <w:b/>
        </w:rPr>
        <w:t xml:space="preserve">[43:52] </w:t>
      </w:r>
      <w:r>
        <w:t>duniya bhar ke musalman, abhi jo arab countries mein jo ladai bhadai ho rahi hai, woh isi liye ho rahi hai. koi janta nahin ke problem jo hai, woh to rahega.</w:t>
      </w:r>
    </w:p>
    <w:p>
      <w:pPr>
        <w:jc w:val="right"/>
      </w:pPr>
      <w:r>
        <w:t>دنیا بھرکےمسلمان،ابھیجو عرب کنٹریزمیںجولڑائیبھڑائیہورہیہے، وہاسیلیےہورہیہے۔ کوئیجانتانہیںکہپرابلمجوہے،وہتورہےگا۔</w:t>
      </w:r>
    </w:p>
    <w:p>
      <w:r>
        <w:rPr>
          <w:b/>
        </w:rPr>
        <w:t xml:space="preserve">[44:05] </w:t>
      </w:r>
      <w:r>
        <w:t>yani aik aik rule ko lad bhad kar hatate hain, phir phir us ka, us ka phir us ke khilaf aik abolition ki tareekh chal dete hain, woh hatate hain, phir chal dete hain.</w:t>
      </w:r>
    </w:p>
    <w:p>
      <w:pPr>
        <w:jc w:val="right"/>
      </w:pPr>
      <w:r>
        <w:t>یعنیایک ایک رولکو لڑبھڑکرہٹاتےہیں ، پھر پھراسکا ،اسکاپھر اسکےخلاف ایک ابوشن کیتاریخ چلادیتےہیں،وہہٹاتےہیں،پھرچلادیتےہیں۔</w:t>
      </w:r>
    </w:p>
    <w:p>
      <w:r>
        <w:rPr>
          <w:b/>
        </w:rPr>
        <w:t xml:space="preserve">[44:18] </w:t>
      </w:r>
      <w:r>
        <w:t>aik ke baad aik ke baad aik. kyunke problem to rahega.</w:t>
      </w:r>
    </w:p>
    <w:p>
      <w:pPr>
        <w:jc w:val="right"/>
      </w:pPr>
      <w:r>
        <w:t>ایک کےبعدایککےبعدایک ۔کیونکہ پرابلمتورہےگا۔</w:t>
      </w:r>
    </w:p>
    <w:p>
      <w:r>
        <w:rPr>
          <w:b/>
        </w:rPr>
        <w:t xml:space="preserve">[44:25] </w:t>
      </w:r>
      <w:r>
        <w:t>problem to rahega. to laqad khalaqna al insana fi kabad. hum ne paida kiya insan ko problems. to problem is part of nature.</w:t>
      </w:r>
    </w:p>
    <w:p>
      <w:pPr>
        <w:jc w:val="right"/>
      </w:pPr>
      <w:r>
        <w:t>پرابلمتورہےگا۔ تو لقد خلقنا الإنسان فيكبد۔ ہمنے پیدا کیا انسانکو پرابلممیں۔ تو problem ispartofnature۔</w:t>
      </w:r>
    </w:p>
    <w:p>
      <w:r>
        <w:rPr>
          <w:b/>
        </w:rPr>
        <w:t xml:space="preserve">[44:38] </w:t>
      </w:r>
      <w:r>
        <w:t>jo allah ta'ala ka jo creation plan hai, usi ka ek part hai problem. to aap kaise khatam karenge isko? aap to khatam kar nahin sakte isko.</w:t>
      </w:r>
    </w:p>
    <w:p>
      <w:pPr>
        <w:jc w:val="right"/>
      </w:pPr>
      <w:r>
        <w:t>جو اللہ تعالیٰکاجو کریشنپلانہے،اسیکا ایک پارٹہےپرابلم۔ توآپکیسےختمکریںگےاسکو ؟ آپ توختمکرنہیںسکتےاسکو ۔</w:t>
      </w:r>
    </w:p>
    <w:p>
      <w:r>
        <w:rPr>
          <w:b/>
        </w:rPr>
        <w:t xml:space="preserve">[44:48] </w:t>
      </w:r>
      <w:r>
        <w:t>wo to impossible hai.</w:t>
      </w:r>
    </w:p>
    <w:p>
      <w:pPr>
        <w:jc w:val="right"/>
      </w:pPr>
      <w:r>
        <w:t>وہتوامپاسیبل ہے۔</w:t>
      </w:r>
    </w:p>
    <w:p>
      <w:r>
        <w:rPr>
          <w:b/>
        </w:rPr>
        <w:t xml:space="preserve">[44:54] </w:t>
      </w:r>
      <w:r>
        <w:t>jaise suraj mein light hai, saath saath is ke wo bhi hai, heat bhi hai. to light bhi hai aur heat bhi hai. to kya aap heat ko nikal denge? light rahegi, wo heat nahin rahegi.</w:t>
      </w:r>
    </w:p>
    <w:p>
      <w:pPr>
        <w:jc w:val="right"/>
      </w:pPr>
      <w:r>
        <w:t>جیسےسورجمیںلائٹہے، ساتھ ساتھ اس کےوہبھیہے، ہیٹبھیہے۔ تو لائٹبھیہےاورہیٹبھیہے۔توکیاآپ ہیٹکونکالدیںگے؟ لائٹرہےگی،وہہیٹنہیںرہےگی۔</w:t>
      </w:r>
    </w:p>
    <w:p>
      <w:r>
        <w:rPr>
          <w:b/>
        </w:rPr>
        <w:t xml:space="preserve">[45:04] </w:t>
      </w:r>
      <w:r>
        <w:t>aap ke bas mein hai. heat to rahegi.</w:t>
      </w:r>
    </w:p>
    <w:p>
      <w:pPr>
        <w:jc w:val="right"/>
      </w:pPr>
      <w:r>
        <w:t>آپکےبسمیںہے۔ ہیٹتورہےگی۔</w:t>
      </w:r>
    </w:p>
    <w:p>
      <w:r>
        <w:rPr>
          <w:b/>
        </w:rPr>
        <w:t xml:space="preserve">[45:11] </w:t>
      </w:r>
      <w:r>
        <w:t>to jo cheez part of nature ho, us ko aap khatam nahin kar</w:t>
      </w:r>
    </w:p>
    <w:p>
      <w:pPr>
        <w:jc w:val="right"/>
      </w:pPr>
      <w:r>
        <w:t>تو جو چیز پارٹآفنیچرہو، اسکوآپختمنہیںکر</w:t>
      </w:r>
    </w:p>
    <w:p>
      <w:r>
        <w:rPr>
          <w:b/>
        </w:rPr>
        <w:t xml:space="preserve">[45:16] </w:t>
      </w:r>
      <w:r>
        <w:t>sakte. lekin us ko na janne ki wajah se musalman lad rahe hain har jagah. jahan dekhein, lad rahe hain bas. chahe muslim country ho ya non-muslim country ho.</w:t>
      </w:r>
    </w:p>
    <w:p>
      <w:pPr>
        <w:jc w:val="right"/>
      </w:pPr>
      <w:r>
        <w:t>سکتے۔ لیکن اسکونہجان نےکیوجہسے مسلمانلڑرہےہیںہرجگہ۔ جہاںدیکھیں،لڑرہےہیںبس۔ چاہےمسلم کنٹریہو یا نانمسلمکنٹریہو ۔</w:t>
      </w:r>
    </w:p>
    <w:p>
      <w:r>
        <w:rPr>
          <w:b/>
        </w:rPr>
        <w:t xml:space="preserve">[45:27] </w:t>
      </w:r>
      <w:r>
        <w:t>problem dono jagah rahega. musalmanon ne pakistan banwaya 47 mein. ek ek problem free state samajhte the ke ho jayegi wo.</w:t>
      </w:r>
    </w:p>
    <w:p>
      <w:pPr>
        <w:jc w:val="right"/>
      </w:pPr>
      <w:r>
        <w:t>پرابلمدونوںجگہرہےگا۔ مس لمانوںنے پاکستانبنوایا4 7 میں۔ ایک ایک پرابلمفریاسٹیٹ سمجھتےتھےکہہوجائےگیوہ ۔</w:t>
      </w:r>
    </w:p>
    <w:p>
      <w:r>
        <w:rPr>
          <w:b/>
        </w:rPr>
        <w:t xml:space="preserve">[45:35] </w:t>
      </w:r>
      <w:r>
        <w:t>lekin kya problem free state ho gayi wo? sab se zyada ladai to pakistan mein ho rahi hai.</w:t>
      </w:r>
    </w:p>
    <w:p>
      <w:pPr>
        <w:jc w:val="right"/>
      </w:pPr>
      <w:r>
        <w:t>لیکن کیاپرابلمفریاسٹیٹہوگئیوہ؟ سبسےزیادہلڑائیتو پاکستانمیںہورہیہے۔</w:t>
      </w:r>
    </w:p>
    <w:p>
      <w:r>
        <w:rPr>
          <w:b/>
        </w:rPr>
        <w:t xml:space="preserve">[45:42] </w:t>
      </w:r>
      <w:r>
        <w:t>dekhiye, problem free state nahin ban sakti. problem free society nahin ban sakti. is tarah problem free human nahin ban sakta. ghar mein problem rahega, society mein rahega, state mein rahega, system mein rahega.</w:t>
      </w:r>
    </w:p>
    <w:p>
      <w:pPr>
        <w:jc w:val="right"/>
      </w:pPr>
      <w:r>
        <w:t>دیکھیے،پرابلمفریاسٹیٹنہیںبنسکتی۔ پرابلمفریسوسائٹینہیںبنسکتی۔ اسطرحپرابلمفریہومنہیںبنسکتا۔ گھرمیںپرابلمرہےگا، سوسائٹیمیںرہےگا، اسٹیٹمیںرہےگا، سسٹممیںرہےگا۔</w:t>
      </w:r>
    </w:p>
    <w:p>
      <w:r>
        <w:rPr>
          <w:b/>
        </w:rPr>
        <w:t xml:space="preserve">[45:57] </w:t>
      </w:r>
      <w:r>
        <w:t>to aap ko janna chahiye ke wo, yaani part of creation hai wo. to us ko hum you have to learn the art of management</w:t>
      </w:r>
    </w:p>
    <w:p>
      <w:pPr>
        <w:jc w:val="right"/>
      </w:pPr>
      <w:r>
        <w:t>تو آپکو جانناچاہیےکہوہ، یعنی پارٹآفکریشنہےوہ۔ تو اسکو ہم youhavetolearntheartofman agement</w:t>
      </w:r>
    </w:p>
    <w:p>
      <w:r>
        <w:rPr>
          <w:b/>
        </w:rPr>
        <w:t xml:space="preserve">[46:07] </w:t>
      </w:r>
      <w:r>
        <w:t>you have to learn the art of problem management rather than trying to eliminate the problem. log kya karte hain? ladne lagte hain. gharon mein lad rahe hain, society mein lad rahe hain, mulkon mein lad rahe hain, har jagah lad rahe hain.</w:t>
      </w:r>
    </w:p>
    <w:p>
      <w:pPr>
        <w:jc w:val="right"/>
      </w:pPr>
      <w:r>
        <w:t>youhavetolearntheart ofproblem man agement r atherthan tryingto elimin atetheproblem ۔لوگ کیاکرتےہیں؟لڑنےلگتےہیں۔ گھروںمیںلڑرہےہیں،سوسائٹیمیںلڑرہےہیں، ملکوںمیںلڑرہےہیں،ہرجگہلڑرہےہیں۔</w:t>
      </w:r>
    </w:p>
    <w:p>
      <w:r>
        <w:rPr>
          <w:b/>
        </w:rPr>
        <w:t xml:space="preserve">[46:24] </w:t>
      </w:r>
      <w:r>
        <w:t>to yes, yes, in ko quran ko samajh kar padhte nahin hain. quran ko sirf tilawat karte hain.</w:t>
      </w:r>
    </w:p>
    <w:p>
      <w:pPr>
        <w:jc w:val="right"/>
      </w:pPr>
      <w:r>
        <w:t>تو یس،یس، انکوقرآنکوسمجھکرپڑھتےنہیں۔ قرآنکوصرفتلاوتکرتے ہیں۔</w:t>
      </w:r>
    </w:p>
    <w:p>
      <w:r>
        <w:rPr>
          <w:b/>
        </w:rPr>
        <w:t xml:space="preserve">[46:31] </w:t>
      </w:r>
      <w:r>
        <w:t>isi ek baat ko agar jaan lein musalman ke life jo hai, uska part hai problem. so we have to learn the art of problem management.</w:t>
      </w:r>
    </w:p>
    <w:p>
      <w:pPr>
        <w:jc w:val="right"/>
      </w:pPr>
      <w:r>
        <w:t>اسیایکباتکواگرجانلیںمسلمان کہ لائفجوہے، اسکا پارٹہے پرابلم ۔ so wehavetolearn theart of problem man agement ۔</w:t>
      </w:r>
    </w:p>
    <w:p>
      <w:r>
        <w:rPr>
          <w:b/>
        </w:rPr>
        <w:t xml:space="preserve">[46:46] </w:t>
      </w:r>
      <w:r>
        <w:t>problem ko manage karo, problem ko khatam nahin kar sakte aap. is haqeeqat ko na janne ki wajah se ladai, ladai, ladai, ladai har jagah.</w:t>
      </w:r>
    </w:p>
    <w:p>
      <w:pPr>
        <w:jc w:val="right"/>
      </w:pPr>
      <w:r>
        <w:t>پرابلمکومی نجکرو،پرابلمکوختمنہیںکرسکتےآپ ۔ اس حقیقتکونہجاننےکیوجہسےلڑائی،لڑائی،لڑائی،لڑائیہرجگہ۔</w:t>
      </w:r>
    </w:p>
    <w:p>
      <w:r>
        <w:rPr>
          <w:b/>
        </w:rPr>
        <w:t xml:space="preserve">[46:56] </w:t>
      </w:r>
      <w:r>
        <w:t>paise ka nuksan, paisa waste kar rahe hain</w:t>
      </w:r>
    </w:p>
    <w:p>
      <w:pPr>
        <w:jc w:val="right"/>
      </w:pPr>
      <w:r>
        <w:t>پیسے کانقصان،پیسہویسٹکررہےہیں</w:t>
      </w:r>
    </w:p>
    <w:p>
      <w:r>
        <w:rPr>
          <w:b/>
        </w:rPr>
        <w:t xml:space="preserve">[46:58] </w:t>
      </w:r>
      <w:r>
        <w:t>zindagiyan khatam ho rahi hain aur kya kya museebatein pesh aa rahi hain. sirf is liye ke is us ko jante nahin, us asli furniture ko nahin jante.</w:t>
      </w:r>
    </w:p>
    <w:p>
      <w:pPr>
        <w:jc w:val="right"/>
      </w:pPr>
      <w:r>
        <w:t>، زند گیاں ختمہورہیہیں اور کیا کیا مصیبتیںپیشآرہیہیں۔ صرفاسلیےکہاس اسکوجانتےنہیں،اسلافنیچرکونہیںجانتے۔</w:t>
      </w:r>
    </w:p>
    <w:p>
      <w:r>
        <w:rPr>
          <w:b/>
        </w:rPr>
        <w:t xml:space="preserve">[47:10] </w:t>
      </w:r>
      <w:r>
        <w:t>to quran jo hai, yaad rakhiye, wo us ka jo subject hai, wo insaan hai.</w:t>
      </w:r>
    </w:p>
    <w:p>
      <w:pPr>
        <w:jc w:val="right"/>
      </w:pPr>
      <w:r>
        <w:t>تو قرآنجوہے، یادرکھیے، وہ اسکاجو سبجیکٹہے،وہانسان ہے۔</w:t>
      </w:r>
    </w:p>
    <w:p>
      <w:r>
        <w:rPr>
          <w:b/>
        </w:rPr>
        <w:t xml:space="preserve">[47:21] </w:t>
      </w:r>
      <w:r>
        <w:t>how to develop yaani how</w:t>
      </w:r>
    </w:p>
    <w:p>
      <w:pPr>
        <w:jc w:val="right"/>
      </w:pPr>
      <w:r>
        <w:t>how todevelop یعنی how</w:t>
      </w:r>
    </w:p>
    <w:p>
      <w:r>
        <w:rPr>
          <w:b/>
        </w:rPr>
        <w:t xml:space="preserve">[47:29] </w:t>
      </w:r>
      <w:r>
        <w:t>to develop a man how to develop a positive personality. agar main kahoon to ek lafz mein how to develop a positive personality.</w:t>
      </w:r>
    </w:p>
    <w:p>
      <w:pPr>
        <w:jc w:val="right"/>
      </w:pPr>
      <w:r>
        <w:t>todevelop a man how to develop a positivepersonal ity ۔اگر میں کہوںتوایکلفظمیں how todevelop apositivepersonal ity۔</w:t>
      </w:r>
    </w:p>
    <w:p>
      <w:r>
        <w:rPr>
          <w:b/>
        </w:rPr>
        <w:t xml:space="preserve">[47:44] </w:t>
      </w:r>
      <w:r>
        <w:t>insaan, aadmi ke andar, yaani, yaani, yaani, man ke andar, woman ke andar kis tarah se ek positive personality develop kare, yeh quran ka mauzu hai.</w:t>
      </w:r>
    </w:p>
    <w:p>
      <w:pPr>
        <w:jc w:val="right"/>
      </w:pPr>
      <w:r>
        <w:t>انسان، آدمیکےاندر ،یعنی،یعنی، یعنی ،man کےاندر،womanکےاندرکسطرحسے ایک positivepersonal itydevelop کرے،یہ قرآنکا موضوعہے۔</w:t>
      </w:r>
    </w:p>
    <w:p>
      <w:r>
        <w:rPr>
          <w:b/>
        </w:rPr>
        <w:t xml:space="preserve">[47:58] </w:t>
      </w:r>
      <w:r>
        <w:t>lekin is mein yeh bahut zaroori cheez hai, baat janna ke un present situation ko aap ko ignore karna padega. warna aap kuch nahin kar sakte. hamesha problem rahenge, kuch na kuch un present rahengi.</w:t>
      </w:r>
    </w:p>
    <w:p>
      <w:pPr>
        <w:jc w:val="right"/>
      </w:pPr>
      <w:r>
        <w:t>لیکن اسمیںیہبہتضروریچیزہے،باتجاننا کہ un present situ ationکوآپکوignoreکرناپڑےگا۔ ورنہآپکچھنہیںکرسکتے۔ ہمیشہ problem رہیںگے، کچھنہکچھunpresent رہیںگی۔</w:t>
      </w:r>
    </w:p>
    <w:p>
      <w:r>
        <w:rPr>
          <w:b/>
        </w:rPr>
        <w:t xml:space="preserve">[48:13] </w:t>
      </w:r>
      <w:r>
        <w:t>yeh bilkul jis allah ta'ala ne, yaani, uska dimension de rakha hai is duniya mein, yeh physical world mein. aap ek gulab ke ke plant ko dekhiye, ek gulab ke plant ko dekhiye.</w:t>
      </w:r>
    </w:p>
    <w:p>
      <w:pPr>
        <w:jc w:val="right"/>
      </w:pPr>
      <w:r>
        <w:t>یہبالکل جس اللہ تعالیٰنے ،یعنی،اسکا dim ensionدےرکھاہے اس دنیا میں ، یہphysicalworld میں۔ آپ ایکگلاب کے کےplant کودیکھئے، ایکگلابکےplant کودیکھئے۔</w:t>
      </w:r>
    </w:p>
    <w:p>
      <w:r>
        <w:rPr>
          <w:b/>
        </w:rPr>
        <w:t xml:space="preserve">[48:27] </w:t>
      </w:r>
      <w:r>
        <w:t>gulab ka plant kya hai? ek hi branch mein phool bhi hain aur kaante bhi hain.</w:t>
      </w:r>
    </w:p>
    <w:p>
      <w:pPr>
        <w:jc w:val="right"/>
      </w:pPr>
      <w:r>
        <w:t>گلابکاplant کیاہے؟ ایکہیbranchمیں پھولبھیہیںاورکانٹےبھیہیں۔</w:t>
      </w:r>
    </w:p>
    <w:p>
      <w:r>
        <w:rPr>
          <w:b/>
        </w:rPr>
        <w:t xml:space="preserve">[48:33] </w:t>
      </w:r>
      <w:r>
        <w:t>ek hi branch mein, yaani, bahut hi naram, beautiful phool bhi hain, flower, aur wahin par thorn bhi hain.</w:t>
      </w:r>
    </w:p>
    <w:p>
      <w:pPr>
        <w:jc w:val="right"/>
      </w:pPr>
      <w:r>
        <w:t>ایکہیbran chمیں، یعنی،بہتہی نرم، beautiful پھولبھیہیں، fl ower ،اوروہیںپر thornبھیہیں۔</w:t>
      </w:r>
    </w:p>
    <w:p>
      <w:r>
        <w:rPr>
          <w:b/>
        </w:rPr>
        <w:t xml:space="preserve">[48:44] </w:t>
      </w:r>
      <w:r>
        <w:t>to aap agar chahein aisa gulab jis mein thorn na ho to it is against the law of nature. to aap ko kya karna padta hai?</w:t>
      </w:r>
    </w:p>
    <w:p>
      <w:pPr>
        <w:jc w:val="right"/>
      </w:pPr>
      <w:r>
        <w:t>تو آپاگر چاہیںایسا گلاب جسمیںthornنہہوتو itisagainst thelawofnature ۔تو آپ کو کیا کرناپڑتاہے؟</w:t>
      </w:r>
    </w:p>
    <w:p>
      <w:r>
        <w:rPr>
          <w:b/>
        </w:rPr>
        <w:t xml:space="preserve">[48:55] </w:t>
      </w:r>
      <w:r>
        <w:t>keh fl ower ko lene ke liye kaante ko accept karna parta hai.</w:t>
      </w:r>
    </w:p>
    <w:p>
      <w:pPr>
        <w:jc w:val="right"/>
      </w:pPr>
      <w:r>
        <w:t>کہ fl owerکولینےکےلیے کانٹےکوaccept کرناپڑتاہے۔</w:t>
      </w:r>
    </w:p>
    <w:p>
      <w:r>
        <w:rPr>
          <w:b/>
        </w:rPr>
        <w:t xml:space="preserve">[49:04] </w:t>
      </w:r>
      <w:r>
        <w:t>yeh, yeh, yeh Allah taala ne ek dim ension de rakha hai zindagi ka keh zindagi is tarah hai. Zindagi mein flower bhi hain, zindagi mein kaante bhi hain. Matlab opportunity bhi hain aur aur problem bhi hain.</w:t>
      </w:r>
    </w:p>
    <w:p>
      <w:pPr>
        <w:jc w:val="right"/>
      </w:pPr>
      <w:r>
        <w:t>یہ،یہ،یہاللہ تعالیٰنےایکdim ensionدےرکھاہے زندگی کا کہزندگی اسطرحہے۔ زندگی میںflowerبھیہیں،زندگی میںکانٹےبھیہیں۔ مطلبopportun ityبھیہیں اور اور problem بھیہیں۔</w:t>
      </w:r>
    </w:p>
    <w:p>
      <w:r>
        <w:rPr>
          <w:b/>
        </w:rPr>
        <w:t xml:space="preserve">[49:18] </w:t>
      </w:r>
      <w:r>
        <w:t>mushkil bhi hai, aasani bhi hai, khona bhi hai, paana bhi hai. Quran majeed mein ek ayat hai yeh keh wa la nabluwannakum bishay'im min al-khawfi wal-ju'i wa nuqsim min al-amwali wal-anfusi wath-thamarati wa bashshir as-sabireen. Allatheena itha asathbathum musibathun qaloo inna lillahi wa inna ilayhi raji'oon. Iska matlab kya hai?</w:t>
      </w:r>
    </w:p>
    <w:p>
      <w:pPr>
        <w:jc w:val="right"/>
      </w:pPr>
      <w:r>
        <w:t>مشکلبھیہے،آسانیبھیہے، کھونابھیہے، پانابھیہے۔ قرآنمجیدمیںایک آیتہےیہ کہ ولا نبلغ نكمبشيءمنالخوف والجوعونقسممنالأنف الوالأنفس والثورات وب شر الصابر ين الذين إذاأصابت هممصيبة قالواإنالله وإ ناإليهراجعون ۔اسکامطلبکیاہے؟</w:t>
      </w:r>
    </w:p>
    <w:p>
      <w:r>
        <w:rPr>
          <w:b/>
        </w:rPr>
        <w:t xml:space="preserve">[49:41] </w:t>
      </w:r>
      <w:r>
        <w:t>keh is duniya mein zaroor aisa hoga keh aap khoyenge. Yani khona, yeh duniya ka ek aisa tajruba hai, ek aisa experience hai jo har ek ko hona hona hai.</w:t>
      </w:r>
    </w:p>
    <w:p>
      <w:pPr>
        <w:jc w:val="right"/>
      </w:pPr>
      <w:r>
        <w:t>کہاسدنیا میں ضرورایساہوگا کہآپ کھوئیںگے۔ یعنیکھ ونا، یہدنیا کا ایک ایسا تجربہہے، ایکایساexperienceہے جوہرایککوہوناہوناہے۔</w:t>
      </w:r>
    </w:p>
    <w:p>
      <w:r>
        <w:rPr>
          <w:b/>
        </w:rPr>
        <w:t xml:space="preserve">[49:57] </w:t>
      </w:r>
      <w:r>
        <w:t>toh duniya mein zaroor hoga keh tum khoge. Kabhi maal khoge, kabhi koi faida khoge, kabhi koi tumhare relative ki death ho jayegi, kabhi koi accident ho jayega.</w:t>
      </w:r>
    </w:p>
    <w:p>
      <w:pPr>
        <w:jc w:val="right"/>
      </w:pPr>
      <w:r>
        <w:t>تو دنیا میںضرورہوگاکہتم کھوگے۔ کبھیمال کھوگے، کبھیکوئیفائدہ کھوگے ،کبھیکوئی تمہارےrelativeکیdeathہوجائےگی، کبھی کوئیaccidentہوجائےگا۔</w:t>
      </w:r>
    </w:p>
    <w:p>
      <w:r>
        <w:rPr>
          <w:b/>
        </w:rPr>
        <w:t xml:space="preserve">[50:12] </w:t>
      </w:r>
      <w:r>
        <w:t>yani yeh aisa hona hona hai. Toh kya karna chahiye? Jab aisa ho toh usko Khuda ke khalq mein daal do. Inna lillahi wa inna ilayhi raji'oon. Keh do.</w:t>
      </w:r>
    </w:p>
    <w:p>
      <w:pPr>
        <w:jc w:val="right"/>
      </w:pPr>
      <w:r>
        <w:t>یعنییہایساہوناہوناہے۔ تو کیا کرناچاہیے؟ جب ایساہو تواسکوخداکےخالقمیںڈالدو۔ إنالله وإناإليهراجعون۔کہہدو ۔</w:t>
      </w:r>
    </w:p>
    <w:p>
      <w:r>
        <w:rPr>
          <w:b/>
        </w:rPr>
        <w:t xml:space="preserve">[50:23] </w:t>
      </w:r>
      <w:r>
        <w:t>yani har khone ko Khuda ke khalq mein</w:t>
      </w:r>
    </w:p>
    <w:p>
      <w:pPr>
        <w:jc w:val="right"/>
      </w:pPr>
      <w:r>
        <w:t>یعنیہرکھونےکوخداکےخالقمیں</w:t>
      </w:r>
    </w:p>
    <w:p>
      <w:r>
        <w:rPr>
          <w:b/>
        </w:rPr>
        <w:t xml:space="preserve">[50:25] </w:t>
      </w:r>
      <w:r>
        <w:t>daal do. Apne khalq mein nahin. Abhi kya hai? Apne khalq mein daalte hain. Yani koi humein nuksan ho gaya, koi loss ho gaya, hamare kisi relative ki death ho gayi, apne khalq mein daal dete hain hum.</w:t>
      </w:r>
    </w:p>
    <w:p>
      <w:pPr>
        <w:jc w:val="right"/>
      </w:pPr>
      <w:r>
        <w:t>ڈالدو۔اپنےخالقمیںنہیں۔ ابھیکیاہے؟اپنےخالقمیںڈالتےہیں۔ یعنیکوئیہمیںنقصانہوگیا ، کوئی lossہوگیا، ہمارے کسی relativeکیdeath ہوگئی، اپنے خالقمیں ڈالدیتےہیںہم۔</w:t>
      </w:r>
    </w:p>
    <w:p>
      <w:r>
        <w:rPr>
          <w:b/>
        </w:rPr>
        <w:t xml:space="preserve">[50:39] </w:t>
      </w:r>
      <w:r>
        <w:t>nahin, usko Khuda ke khalq mein daal dijiye. Aur aage badh jaiye. Yeh matlab hai is ayat ka. Toh Quran jo hai, woh woh yani barkat ki kitaab nahin hai.</w:t>
      </w:r>
    </w:p>
    <w:p>
      <w:pPr>
        <w:jc w:val="right"/>
      </w:pPr>
      <w:r>
        <w:t>نہیں،اسکوخداکےخالقمیںڈالدیجیے۔ اورآگےبڑھجائیے۔ یہمطلبہےاسآیتکا ۔ تو قرآنجوہے، وہ وہ یعنی برکتکیکتاب نہیںہے۔</w:t>
      </w:r>
    </w:p>
    <w:p>
      <w:r>
        <w:rPr>
          <w:b/>
        </w:rPr>
        <w:t xml:space="preserve">[50:56] </w:t>
      </w:r>
      <w:r>
        <w:t>Quran mein Khuda ne life nature ko bataya hai. Creation plan of God ko bataya gaya hai. Ismein, ismein raaz-e-hayat bataya gaya hai. Ismein yani how to manage human life. Ke bare mein bataya gaya hai.</w:t>
      </w:r>
    </w:p>
    <w:p>
      <w:pPr>
        <w:jc w:val="right"/>
      </w:pPr>
      <w:r>
        <w:t>قرآنمیں خدانے لافنیچرکوبت ایاہے۔ کریشنپلانٹآفگاڈکوبتایاگیاہے۔اسمیں ،اسمیں را زحیاتبتایاگیاہے۔اسمیں یعنیhow toman age human life ۔کےبارےمیںبتایاگیاہے۔</w:t>
      </w:r>
    </w:p>
    <w:p>
      <w:r>
        <w:rPr>
          <w:b/>
        </w:rPr>
        <w:t xml:space="preserve">[51:17] </w:t>
      </w:r>
      <w:r>
        <w:t>yeh hai, yeh hai Quran. Sara Quran isse bhara hua hai.</w:t>
      </w:r>
    </w:p>
    <w:p>
      <w:pPr>
        <w:jc w:val="right"/>
      </w:pPr>
      <w:r>
        <w:t>یہ ہے،یہہے قرآن ۔ ساراقرآناسسےبھراہواہے۔</w:t>
      </w:r>
    </w:p>
    <w:p>
      <w:r>
        <w:rPr>
          <w:b/>
        </w:rPr>
        <w:t xml:space="preserve">[51:24] </w:t>
      </w:r>
      <w:r>
        <w:t>lekin logon ka haal yeh hai keh log jeete hain kisi kisi other than Quran mein. Other than Quran mein jeete hain.</w:t>
      </w:r>
    </w:p>
    <w:p>
      <w:pPr>
        <w:jc w:val="right"/>
      </w:pPr>
      <w:r>
        <w:t>لیکن لوگوںکاحالیہہےکہلوگ جیتےہیں کسی کسی other thanقرآنمیں ۔ Otherthanقرآنمیںجیتےہیں۔</w:t>
      </w:r>
    </w:p>
    <w:p>
      <w:r>
        <w:rPr>
          <w:b/>
        </w:rPr>
        <w:t xml:space="preserve">[51:33] </w:t>
      </w:r>
      <w:r>
        <w:t>yani qaumi jhagde, qaumi masail, qaumi interest, qaumi jo cheezein hain, ismein phanse hue hain.</w:t>
      </w:r>
    </w:p>
    <w:p>
      <w:pPr>
        <w:jc w:val="right"/>
      </w:pPr>
      <w:r>
        <w:t>یعنیقومیجھگڑے،قومی مسائل ،قومی inter est، قومی جو چیزیںہیں،اسمیںپھنسےہوئےہیں۔</w:t>
      </w:r>
    </w:p>
    <w:p>
      <w:r>
        <w:rPr>
          <w:b/>
        </w:rPr>
        <w:t xml:space="preserve">[51:45] </w:t>
      </w:r>
      <w:r>
        <w:t>toh ismein phanse hue, ismein yani isike paas sari negativity hai, isike paas sari ladai hai, iske paas sara tension hai.</w:t>
      </w:r>
    </w:p>
    <w:p>
      <w:pPr>
        <w:jc w:val="right"/>
      </w:pPr>
      <w:r>
        <w:t>تو اسیمیںپھنسےہوئے،اسیمیں یعنی اسیکےپاسساریneg ativ ityہے،اسیکےپاسساریلڑائیہے، اسکےپاسساراt ensionہے۔</w:t>
      </w:r>
    </w:p>
    <w:p>
      <w:r>
        <w:rPr>
          <w:b/>
        </w:rPr>
        <w:t xml:space="preserve">[51:54] </w:t>
      </w:r>
      <w:r>
        <w:t>Quran se koi kisi ne apna apna mind nahin liya. Woh jismein bataya kitaab keh the mind al-Quran builds. Ismein yehi baat rahi jiska jo iska title hai, iska jo hai keh konsa mind banata hai Quran.</w:t>
      </w:r>
    </w:p>
    <w:p>
      <w:pPr>
        <w:jc w:val="right"/>
      </w:pPr>
      <w:r>
        <w:t>قرآنسے کوئیکسینےاپنا اپناmind نہیںلیا۔ وہجومیںنےبتایا کتاب کہ themind al-Quranbuilds۔اسمیںیہیباترہیجسکاجو اسکاٹائٹلہے،اسکاجوہے کہکونساmind بناتاہےقرآن ۔</w:t>
      </w:r>
    </w:p>
    <w:p>
      <w:r>
        <w:rPr>
          <w:b/>
        </w:rPr>
        <w:t xml:space="preserve">[52:07] </w:t>
      </w:r>
      <w:r>
        <w:t>yehi baat ghayab hai ismein. Shak ait ki baatein keh duniya dekhiye, ladaiyan ho</w:t>
      </w:r>
    </w:p>
    <w:p>
      <w:pPr>
        <w:jc w:val="right"/>
      </w:pPr>
      <w:r>
        <w:t>یہیبات غائبہےاسمیں۔ شک ایتکیباتیں کہدنیا دیکھیے، لڑائیاںہو</w:t>
      </w:r>
    </w:p>
    <w:p>
      <w:r>
        <w:rPr>
          <w:b/>
        </w:rPr>
        <w:t xml:space="preserve">[52:15] </w:t>
      </w:r>
      <w:r>
        <w:t>rahi hain, itna aur duniya mein exploitation hai, aur duniya mein</w:t>
      </w:r>
    </w:p>
    <w:p>
      <w:pPr>
        <w:jc w:val="right"/>
      </w:pPr>
      <w:r>
        <w:t>رہیہیں، اتنا اور دنیا میں exp loitationہے، اور دنیا میں</w:t>
      </w:r>
    </w:p>
    <w:p>
      <w:r>
        <w:rPr>
          <w:b/>
        </w:rPr>
        <w:t xml:space="preserve">[52:23] </w:t>
      </w:r>
      <w:r>
        <w:t>is tarah ki jo cheezein hain, usi ko le kar ke kitaab bhi daali unhone. Aur Khuda aur Quran mind ke saath banata hai, woh uska hadaf hai, wohi ghayab hai ismein se.</w:t>
      </w:r>
    </w:p>
    <w:p>
      <w:pPr>
        <w:jc w:val="right"/>
      </w:pPr>
      <w:r>
        <w:t>اسطرحکیجوچیزیںہیں،اسیکولےکرکے کتاب بھیڈالیانہوںنے۔ اور خدا اورقرآن mind کیسابناتاہے،وہیاسکا ہدفہے، وہی غائبہےاسمیںسے۔</w:t>
      </w:r>
    </w:p>
    <w:p>
      <w:r>
        <w:rPr>
          <w:b/>
        </w:rPr>
        <w:t xml:space="preserve">[52:35] </w:t>
      </w:r>
      <w:r>
        <w:t>toh sabse zaroori cheez jo jaan na hai insaan ko Quran ke mutabiq, woh kya hai?</w:t>
      </w:r>
    </w:p>
    <w:p>
      <w:pPr>
        <w:jc w:val="right"/>
      </w:pPr>
      <w:r>
        <w:t>توسبسے ضروری چیز جو جان ناہےانسانکو قرآن کےمطابق، وہکیاہے؟</w:t>
      </w:r>
    </w:p>
    <w:p>
      <w:r>
        <w:rPr>
          <w:b/>
        </w:rPr>
        <w:t xml:space="preserve">[52:42] </w:t>
      </w:r>
      <w:r>
        <w:t>aap ko positive thinking ke saath is duniya mein rehna hai. At any cost. Kyun? Positive thinker hi hain jo paradise mein entry payenge.</w:t>
      </w:r>
    </w:p>
    <w:p>
      <w:pPr>
        <w:jc w:val="right"/>
      </w:pPr>
      <w:r>
        <w:t>آپ کو pos itivethinkingکےساتھاسدنیا میںرہناہے۔ at anycost ۔کیوں ؟ positivethinkerہی ہیں جو par adiseمیںentryپائیںگے۔</w:t>
      </w:r>
    </w:p>
    <w:p>
      <w:r>
        <w:rPr>
          <w:b/>
        </w:rPr>
        <w:t xml:space="preserve">[52:59] </w:t>
      </w:r>
      <w:r>
        <w:t>positive thinking ke baghair koi paradise mein entry nahin payega.</w:t>
      </w:r>
    </w:p>
    <w:p>
      <w:pPr>
        <w:jc w:val="right"/>
      </w:pPr>
      <w:r>
        <w:t>positivethinkingکےبغیر کوئی paradiseمیںentryنہیںپائےگا۔</w:t>
      </w:r>
    </w:p>
    <w:p>
      <w:r>
        <w:rPr>
          <w:b/>
        </w:rPr>
        <w:t xml:space="preserve">[53:04] </w:t>
      </w:r>
      <w:r>
        <w:t>negative thinker jo hain, unko toh Khuda reject karta hai, reject. Aur jo positive thinker jo is duniya mein jo aap jo jo usko jo jinki zindagi ka record batayega keh woh positive thinking ke saath duniya mein jiye, unko select kiya jayega paradise mein rehne ke liye.</w:t>
      </w:r>
    </w:p>
    <w:p>
      <w:pPr>
        <w:jc w:val="right"/>
      </w:pPr>
      <w:r>
        <w:t>negative thinkerجوہیں، انکوتوخدا rejectکرتاہے،reject ۔ اورجو positivethinker جو اسدنیا میںجوآپجو جو اسکو جو جنکیزندگی کاریکارڈبتائےگا کہوہ pos itive think ingکےساتھ دنیا میںجیے، انکو selectکیاج ائےگا paradiseمیں رہنےکےلیے۔</w:t>
      </w:r>
    </w:p>
    <w:p>
      <w:r>
        <w:rPr>
          <w:b/>
        </w:rPr>
        <w:t xml:space="preserve">[53:27] </w:t>
      </w:r>
      <w:r>
        <w:t>toh do lafzon mein sara khulasa hai: negative thinking aur positive thinking.</w:t>
      </w:r>
    </w:p>
    <w:p>
      <w:pPr>
        <w:jc w:val="right"/>
      </w:pPr>
      <w:r>
        <w:t>تودو لفظمیں ساراخلاصہہے: neg ative thinkingاورpositivethinking۔</w:t>
      </w:r>
    </w:p>
    <w:p>
      <w:r>
        <w:rPr>
          <w:b/>
        </w:rPr>
        <w:t xml:space="preserve">[53:34] </w:t>
      </w:r>
      <w:r>
        <w:t>negative thinking aur positive thinking. Jaise aur yeh iska demonstration shuru mein bhi de diya gaya tha jab insaan banaya gaya.</w:t>
      </w:r>
    </w:p>
    <w:p>
      <w:pPr>
        <w:jc w:val="right"/>
      </w:pPr>
      <w:r>
        <w:t>neg ativethinkingاورpositivethinking۔ جیسے اوریہ اسکا dem onstr ation شروع میںبھی دیادےدیاگیاتھا جب انسان بنایاگیا۔</w:t>
      </w:r>
    </w:p>
    <w:p>
      <w:r>
        <w:rPr>
          <w:b/>
        </w:rPr>
        <w:t xml:space="preserve">[53:45] </w:t>
      </w:r>
      <w:r>
        <w:t>jab insaan banaya gaya jo asthury Quran mein aur Bible mein hai, toh insaan jab banaya gaya toh Allah taala ne kaha tha us waqt insaan ke saath do aur yani makhlooq the: jin aur farishte,</w:t>
      </w:r>
    </w:p>
    <w:p>
      <w:pPr>
        <w:jc w:val="right"/>
      </w:pPr>
      <w:r>
        <w:t>جبانسانبنایاگیا جو استھیوریقرآنمیںاوربائبلمیںہے، توانسانجببنایاگیاتواللہتعالیٰنےکہاکہ اسوقت انسان کےساتھ دواور یعنی مخلوق تھے: جن ات اور فرشتے،</w:t>
      </w:r>
    </w:p>
    <w:p>
      <w:r>
        <w:rPr>
          <w:b/>
        </w:rPr>
        <w:t xml:space="preserve">[54:01] </w:t>
      </w:r>
      <w:r>
        <w:t>janawar ang els.</w:t>
      </w:r>
    </w:p>
    <w:p>
      <w:pPr>
        <w:jc w:val="right"/>
      </w:pPr>
      <w:r>
        <w:t>جناور ang els۔</w:t>
      </w:r>
    </w:p>
    <w:p>
      <w:r>
        <w:rPr>
          <w:b/>
        </w:rPr>
        <w:t xml:space="preserve">[54:03] </w:t>
      </w:r>
      <w:r>
        <w:t>tu khuda ne kaha ke ang els se aur jinnaat se kaha ke tum iske aage jhuk jao, insaan ke aage. tu angel jhuk gaye aur insaan nahi jhuka.</w:t>
      </w:r>
    </w:p>
    <w:p>
      <w:pPr>
        <w:jc w:val="right"/>
      </w:pPr>
      <w:r>
        <w:t>تو خدانےکہاکہ ang elsسے اور جناتسےکہتماسکےآگےجھکجاؤ،انسانکےآگے۔ توangelجھکگئے اور انساننہیںجھکا ۔</w:t>
      </w:r>
    </w:p>
    <w:p>
      <w:r>
        <w:rPr>
          <w:b/>
        </w:rPr>
        <w:t xml:space="preserve">[54:14] </w:t>
      </w:r>
      <w:r>
        <w:t>tu angel ka jhukna kya tha? woh positive behavior tha. aur shaitan ka na jhukna kya tha? woh negative behavior tha. tu negative behavior yeh shaitan ki behavior hai aur positive behavior yeh farishton ki behavior hai.</w:t>
      </w:r>
    </w:p>
    <w:p>
      <w:pPr>
        <w:jc w:val="right"/>
      </w:pPr>
      <w:r>
        <w:t>تو ang elکاجھکناکیاتھا ؟ وہ positivebehaviorتھا۔ اور شی طانکانہجھکناکیاتھا؟وہnegativebehaviorتھا۔ تو neg ativebehavi or یہ شیطانکی behavi orہے اورpositivebehavior یہ فرشتوںکیbehaviorہے۔</w:t>
      </w:r>
    </w:p>
    <w:p>
      <w:r>
        <w:rPr>
          <w:b/>
        </w:rPr>
        <w:t xml:space="preserve">[54:33] </w:t>
      </w:r>
      <w:r>
        <w:t>in do cheezon mein saari zindagi ka khulasa aa jata hai ke negative soch, negative behavior, negative action, negative planning yeh sab shaitan ka tareeqa hai.</w:t>
      </w:r>
    </w:p>
    <w:p>
      <w:pPr>
        <w:jc w:val="right"/>
      </w:pPr>
      <w:r>
        <w:t>ان دوچیزوںمیں ساریزندگی کا خلاصہآجاتاہے کہnegative سوچ ،negative behavi or ،neg ative ac tion ،neg ative plan ningیہ سب شیطان کا طریقہہے۔</w:t>
      </w:r>
    </w:p>
    <w:p>
      <w:r>
        <w:rPr>
          <w:b/>
        </w:rPr>
        <w:t xml:space="preserve">[54:49] </w:t>
      </w:r>
      <w:r>
        <w:t>aur positive soch, positive behavior, positive planning, positive response yeh farishton ka tareeqa hai.</w:t>
      </w:r>
    </w:p>
    <w:p>
      <w:pPr>
        <w:jc w:val="right"/>
      </w:pPr>
      <w:r>
        <w:t>اور pos itiveسوچ ،positivebehavior ،positiveplan ning ،positiveresponse یہ فرشتوںکاطریقہہے۔</w:t>
      </w:r>
    </w:p>
    <w:p>
      <w:r>
        <w:rPr>
          <w:b/>
        </w:rPr>
        <w:t xml:space="preserve">[54:58] </w:t>
      </w:r>
      <w:r>
        <w:t>yeh yahi quran mein bataya gaya hai ke tum shaitan ke rastay par mat chalo, farishton ke rastay par chalo.</w:t>
      </w:r>
    </w:p>
    <w:p>
      <w:pPr>
        <w:jc w:val="right"/>
      </w:pPr>
      <w:r>
        <w:t>یہ یہیقرآنمیںبتایاگیاہے کہ تم شیطانکےراستےپر متچلو، فرشتوںکےراستےپرچلو۔</w:t>
      </w:r>
    </w:p>
    <w:p>
      <w:r>
        <w:rPr>
          <w:b/>
        </w:rPr>
        <w:t xml:space="preserve">[55:06] </w:t>
      </w:r>
      <w:r>
        <w:t>jab quran mein bataya gaya ke jab shaitan ne, yaani shaitan ek jinn tha, us ne Allah ta'ala se takrao kiya aur Allah ta'ala ke hukum ko nahi mana aur us ne kaha ke main behkaunga,</w:t>
      </w:r>
    </w:p>
    <w:p>
      <w:pPr>
        <w:jc w:val="right"/>
      </w:pPr>
      <w:r>
        <w:t>جب قرآنمیں بتایاگیا کہجب شیطاننے ،یعنی شیطانایکجنتھا، اسنےاللہتعالیٰسے ٹکراؤکیا اور اللہتعالیٰکےحکمکونہیںمانا اور اسنےکہاکہمیں بہکاؤںگا،</w:t>
      </w:r>
    </w:p>
    <w:p>
      <w:r>
        <w:rPr>
          <w:b/>
        </w:rPr>
        <w:t xml:space="preserve">[55:24] </w:t>
      </w:r>
      <w:r>
        <w:t>aadam ki nasal ko behka dunga, unki majority ko behka dunga. tu Allah ta'ala ne kaha ke tum ko, in sab logon ko, main jahannum mein daal dunga.</w:t>
      </w:r>
    </w:p>
    <w:p>
      <w:pPr>
        <w:jc w:val="right"/>
      </w:pPr>
      <w:r>
        <w:t>آدمکینسلکوبہکادوںگا، انکیmajor ityکوبہکادوںگا۔ تواللہتعالیٰنےکہاکہتم کو،انسبلوگوںکو،میںجہنممیںڈالدوںگا۔</w:t>
      </w:r>
    </w:p>
    <w:p>
      <w:r>
        <w:rPr>
          <w:b/>
        </w:rPr>
        <w:t xml:space="preserve">[55:34] </w:t>
      </w:r>
      <w:r>
        <w:t>yeh toh muddat toh hai, yeh toh yeh toh test period hai. yahan par toh imtehaan ho raha hai. us waqt toh aadmi ko Allah ta'ala ne azaadi de di, azaadi.</w:t>
      </w:r>
    </w:p>
    <w:p>
      <w:pPr>
        <w:jc w:val="right"/>
      </w:pPr>
      <w:r>
        <w:t>یہتو مدتجوہے،یہتو یہتو ٹیسٹ پیریڈہے۔ یہاںپرتوامتحانہورہاہے۔ اسوقت تو آدمیکو اللہتعالیٰنےآزادیدےدی،آزادی۔</w:t>
      </w:r>
    </w:p>
    <w:p>
      <w:r>
        <w:rPr>
          <w:b/>
        </w:rPr>
        <w:t xml:space="preserve">[55:44] </w:t>
      </w:r>
      <w:r>
        <w:t>phir jab qayamat ke baad jo nayi duniya banegi, akhirat ki duniya, wahan par dono alag kar chhaad diye jayenge. tu ek woh log jinhone shaitan ka saath diya,</w:t>
      </w:r>
    </w:p>
    <w:p>
      <w:pPr>
        <w:jc w:val="right"/>
      </w:pPr>
      <w:r>
        <w:t>پھرجب قیامتکےبعدجو نئیدنیا بنےگی،آخرتکیدنیا ، وہاںپر دونوںالگ کرچھاڑدیےجائیںگے۔ تو ایک وہلوگ جنہوںنے شیطانکاساتھدیا،</w:t>
      </w:r>
    </w:p>
    <w:p>
      <w:r>
        <w:rPr>
          <w:b/>
        </w:rPr>
        <w:t xml:space="preserve">[55:58] </w:t>
      </w:r>
      <w:r>
        <w:t>woh alag kar diye jayenge.</w:t>
      </w:r>
    </w:p>
    <w:p>
      <w:pPr>
        <w:jc w:val="right"/>
      </w:pPr>
      <w:r>
        <w:t>وہ الگکردیےجائیںگے۔</w:t>
      </w:r>
    </w:p>
    <w:p>
      <w:r>
        <w:rPr>
          <w:b/>
        </w:rPr>
        <w:t xml:space="preserve">[55:59] </w:t>
      </w:r>
      <w:r>
        <w:t>yaani jo negative soch jinke andar thi, negative behavior jinka tha, unki negative dealing thi, negative response tu negative personality wale ek taraf kar diye jayenge.</w:t>
      </w:r>
    </w:p>
    <w:p>
      <w:pPr>
        <w:jc w:val="right"/>
      </w:pPr>
      <w:r>
        <w:t>یعنی جو neg ative سوچجنکےاندرتھی،neg ativebehaviorجنکا تھا، انکی negativedealingتھی،negativeresponse تو neg ative personal ityوالے ایکطرف کردیےجائیںگے۔</w:t>
      </w:r>
    </w:p>
    <w:p>
      <w:r>
        <w:rPr>
          <w:b/>
        </w:rPr>
        <w:t xml:space="preserve">[56:12] </w:t>
      </w:r>
      <w:r>
        <w:t>aur phir unke paas unko kuch nahi milega. aur jo positive behavior wale log hain, jo kuch bhi ho, kuch bhi ho, kuch bhi ho, har cheez ko Khuda ke khale mein daalte rahe apne ko positive banane ke liye.</w:t>
      </w:r>
    </w:p>
    <w:p>
      <w:pPr>
        <w:jc w:val="right"/>
      </w:pPr>
      <w:r>
        <w:t>اورپھرانکےپاسانکوکچھنہیںملےگا۔ اور جو positivebehaviorوالےلوگہیں، جوکچھبھیہو،کچھبھیہو،کچھبھیہو،ہرچیزکوخداکےخالقمیں ڈالتے رہےاپنے کوpositiveبنانےکےلیے۔</w:t>
      </w:r>
    </w:p>
    <w:p>
      <w:r>
        <w:rPr>
          <w:b/>
        </w:rPr>
        <w:t xml:space="preserve">[56:26] </w:t>
      </w:r>
      <w:r>
        <w:t>dekhein, positive personality ko develop karna jabhi mumkin hai jab aap har cheez ko Khuda ke khale mein daalein. dua bhi kya hai? dua toh Khuda ke khale mein daalna hai.</w:t>
      </w:r>
    </w:p>
    <w:p>
      <w:pPr>
        <w:jc w:val="right"/>
      </w:pPr>
      <w:r>
        <w:t>دیکھیں،pos itive personal ity کوdevelop کرناجبھیممکنہے جب آپ ہرچیزکوخداکےخالقمیںڈالیں۔ دعابھیکیاہے؟دعاتوخداکےخالقمیںڈالناہے۔</w:t>
      </w:r>
    </w:p>
    <w:p>
      <w:r>
        <w:rPr>
          <w:b/>
        </w:rPr>
        <w:t xml:space="preserve">[56:37] </w:t>
      </w:r>
      <w:r>
        <w:t>yaani mujhe ek ek ek kuch, yaani koi baat meri bigad gayi, koi mujhe loss ho gaya toh main jab dua karta hoon toh main ne is is baat ko Khuda ke khale mein daal diya,</w:t>
      </w:r>
    </w:p>
    <w:p>
      <w:pPr>
        <w:jc w:val="right"/>
      </w:pPr>
      <w:r>
        <w:t>یعنیمجھےایک ایک ایککچھ ،یعنی کوئیباتمیریبگڑگئی، کوئیمجھے lossہوگیا تومیںجبدعاکرتاہوں تو میںنے اس اسباتکوخداکےخالقمیںڈالدیا،</w:t>
      </w:r>
    </w:p>
    <w:p>
      <w:r>
        <w:rPr>
          <w:b/>
        </w:rPr>
        <w:t xml:space="preserve">[56:52] </w:t>
      </w:r>
      <w:r>
        <w:t>Khuda ke khale mein daal diya.</w:t>
      </w:r>
    </w:p>
    <w:p>
      <w:pPr>
        <w:jc w:val="right"/>
      </w:pPr>
      <w:r>
        <w:t>خداکےخالقمیںڈالدیا۔</w:t>
      </w:r>
    </w:p>
    <w:p>
      <w:r>
        <w:rPr>
          <w:b/>
        </w:rPr>
        <w:t xml:space="preserve">[56:55] </w:t>
      </w:r>
      <w:r>
        <w:t>tu saare quran ka khulasa yeh hai ke apne andar negative personality agar develop ki tum ne toh tumhare liye jahannum hai. agar aap tum ne apne andar positive personality develop kiya toh tumhare liye paradise hai.</w:t>
      </w:r>
    </w:p>
    <w:p>
      <w:pPr>
        <w:jc w:val="right"/>
      </w:pPr>
      <w:r>
        <w:t>تو سارےقرآنکاخلاصہیہہے کہ اپنے اندرnegative personal ityاگرdevelop کیاتمنے توتمہارےلیےجہنمہے۔ اگر آپتم نےاپنےاندرpositivepersonal itydevelop کیا توتمہارےلیےparadiseہے۔</w:t>
      </w:r>
    </w:p>
    <w:p>
      <w:r>
        <w:rPr>
          <w:b/>
        </w:rPr>
        <w:t xml:space="preserve">[57:09] </w:t>
      </w:r>
      <w:r>
        <w:t>yeh khulasa hai quran ka. aur al-mind aur woh jo kitaab hai mind themind al-quran builds us mein yahi baat nahi hai. jhagde ki baatein hain aur yeh baat ghayab hai us mein.</w:t>
      </w:r>
    </w:p>
    <w:p>
      <w:pPr>
        <w:jc w:val="right"/>
      </w:pPr>
      <w:r>
        <w:t>یہخلاصہہے قرآنکا ۔ اور المائنڈ اوروہجوکتاب ہے mind themind al-Quranbuildsاسمیںیہیباتنہیںہے۔ جھگڑےکیباتیںہیںاوریہباتغائبہےاسمیں۔</w:t>
      </w:r>
    </w:p>
    <w:p>
      <w:r>
        <w:rPr>
          <w:b/>
        </w:rPr>
        <w:t xml:space="preserve">[57:21] </w:t>
      </w:r>
      <w:r>
        <w:t>aur ek ek kitaab ki baat nahi hai.</w:t>
      </w:r>
    </w:p>
    <w:p>
      <w:pPr>
        <w:jc w:val="right"/>
      </w:pPr>
      <w:r>
        <w:t>اورایکایککتاب کیباتنہیںہے۔</w:t>
      </w:r>
    </w:p>
    <w:p>
      <w:r>
        <w:rPr>
          <w:b/>
        </w:rPr>
        <w:t xml:space="preserve">[57:23] </w:t>
      </w:r>
      <w:r>
        <w:t>is saari yeh kitaab mein musalmanon ki siyasi pattern par hain, is zamane mein. yaani printing press jo aaya musalmanon mein, printing press toh us se sirf musalman ko negative tor par istemal kiya, negative tor par.</w:t>
      </w:r>
    </w:p>
    <w:p>
      <w:pPr>
        <w:jc w:val="right"/>
      </w:pPr>
      <w:r>
        <w:t>اسساریہیکتاب یںمسلمانوںکیاسیاسیpattern پرہیں، اسزمانےمیں۔یعنیپرنٹنگپریسجوآیامسلمانوںمیں،پرنٹنگپریس تو اسسےصرفمسلمان کوneg ativeطورپراستعمالکیا ، neg ative طور پر۔</w:t>
      </w:r>
    </w:p>
    <w:p>
      <w:r>
        <w:rPr>
          <w:b/>
        </w:rPr>
        <w:t xml:space="preserve">[57:37] </w:t>
      </w:r>
      <w:r>
        <w:t>unki journalism bhi negative journalism hai, unki kitaabein negative hoti hain, unki speeches sab negative hoti hain.</w:t>
      </w:r>
    </w:p>
    <w:p>
      <w:pPr>
        <w:jc w:val="right"/>
      </w:pPr>
      <w:r>
        <w:t>انکی جرنلزمبھیnegativeجرنلزمہے، انکیکتاب یںnegativeہوتیہیں، انکی speechesسبnegativeہوتیہیں۔</w:t>
      </w:r>
    </w:p>
    <w:p>
      <w:r>
        <w:rPr>
          <w:b/>
        </w:rPr>
        <w:t xml:space="preserve">[57:45] </w:t>
      </w:r>
      <w:r>
        <w:t>yeh poora jo daur hai media ka aur printing press ka, woh mauqa tha ke positive trick aur develop kiya jaye.</w:t>
      </w:r>
    </w:p>
    <w:p>
      <w:pPr>
        <w:jc w:val="right"/>
      </w:pPr>
      <w:r>
        <w:t>یہپوراجو دور ہے میڈیاکا اور پرنٹنگپریسکا، وہ موقعتھا کہpos itivetrickاورdevelop کیاجائے۔</w:t>
      </w:r>
    </w:p>
    <w:p>
      <w:r>
        <w:rPr>
          <w:b/>
        </w:rPr>
        <w:t xml:space="preserve">[57:55] </w:t>
      </w:r>
      <w:r>
        <w:t>ulta kar liya musalmanon ne. tu quran ko main kahunga, main ne aap logon se quran ko phir se padhiye, re-study kijiye quran ki.</w:t>
      </w:r>
    </w:p>
    <w:p>
      <w:pPr>
        <w:jc w:val="right"/>
      </w:pPr>
      <w:r>
        <w:t>الٹاکرلیامسلمان وںنے۔ تو قرآنکو میںکہوںگا، میں نے آپلوگوںسےقرآنکوپھرسےپڑھیے، ری اسٹڈیکیجیےقرآنکی۔</w:t>
      </w:r>
    </w:p>
    <w:p>
      <w:r>
        <w:rPr>
          <w:b/>
        </w:rPr>
        <w:t xml:space="preserve">[58:08] </w:t>
      </w:r>
      <w:r>
        <w:t>quran ko phir samajhne ki koshish kijiye. quran ko ek sirf ek barkat ki kitaab mat samjhiye.</w:t>
      </w:r>
    </w:p>
    <w:p>
      <w:pPr>
        <w:jc w:val="right"/>
      </w:pPr>
      <w:r>
        <w:t>قرآنکوپھرسمجھنےکیکوششکیجیے۔ قرآنکوایکصرفایک برکتکیکتاب متسمجھیے۔</w:t>
      </w:r>
    </w:p>
    <w:p>
      <w:r>
        <w:rPr>
          <w:b/>
        </w:rPr>
        <w:t xml:space="preserve">[58:15] </w:t>
      </w:r>
      <w:r>
        <w:t>quran ko samjhiye ke raaz-e-hayat ki kitaab hai. zindagi ka raaz is mein bataya gaya hai. zindagi ko kaise hum samjhein, woh is mein bataya gaya hai.</w:t>
      </w:r>
    </w:p>
    <w:p>
      <w:pPr>
        <w:jc w:val="right"/>
      </w:pPr>
      <w:r>
        <w:t>قرآنکوسمجھیےکہ را زحیاتکیکتاب ہے۔ زندگی کارازاسمیںبتایاگیاہے۔ زندگی کو کیسےہم سمجھیں، وہاسمیںبتایاگیاہے۔</w:t>
      </w:r>
    </w:p>
    <w:p>
      <w:r>
        <w:rPr>
          <w:b/>
        </w:rPr>
        <w:t xml:space="preserve">[58:27] </w:t>
      </w:r>
      <w:r>
        <w:t>zindagi aap jante hain ke is mein hosh nisha hota hai, is mein har tarah ke present unpresent situations paish aati hain, tarah tarah ke problem aate hain.</w:t>
      </w:r>
    </w:p>
    <w:p>
      <w:pPr>
        <w:jc w:val="right"/>
      </w:pPr>
      <w:r>
        <w:t>زندگی آپجانتےہیںکہاسمیں ہوشنیشہوتاہے، اسمیںہرطرح کے present unpresent situ ationsپیشآتیہیں، طرح طرحکے problem آتےہیں۔</w:t>
      </w:r>
    </w:p>
    <w:p>
      <w:r>
        <w:rPr>
          <w:b/>
        </w:rPr>
        <w:t xml:space="preserve">[58:40] </w:t>
      </w:r>
      <w:r>
        <w:t>to to kaise isko hum deal karein,</w:t>
      </w:r>
    </w:p>
    <w:p>
      <w:pPr>
        <w:jc w:val="right"/>
      </w:pPr>
      <w:r>
        <w:t>تو توکیسےاسکوہمdealکریں،</w:t>
      </w:r>
    </w:p>
    <w:p>
      <w:r>
        <w:rPr>
          <w:b/>
        </w:rPr>
        <w:t xml:space="preserve">[58:43] </w:t>
      </w:r>
      <w:r>
        <w:t>yeh yeh bataya gaya hai Quran majeed mein. Aur jab aap is raaz ko jaan lenge, tabhi aap aap maintain kar payenge apni positive personality ko.</w:t>
      </w:r>
    </w:p>
    <w:p>
      <w:pPr>
        <w:jc w:val="right"/>
      </w:pPr>
      <w:r>
        <w:t>یہ یہبتایاگیاہےقرآنمجیدمیں۔ اورجبآپ اس رازکوجانلیںگے،تبھیآپ آپ maintainکرپائیںگےاپنی positivepersonal ityکو۔</w:t>
      </w:r>
    </w:p>
    <w:p>
      <w:r>
        <w:rPr>
          <w:b/>
        </w:rPr>
        <w:t xml:space="preserve">[58:53] </w:t>
      </w:r>
      <w:r>
        <w:t>Aur positive personality jo hai, wahi Khuda ki blessing usko milegi. Aur kisi ko Khuda ki blessing milne wali nahin hai.</w:t>
      </w:r>
    </w:p>
    <w:p>
      <w:pPr>
        <w:jc w:val="right"/>
      </w:pPr>
      <w:r>
        <w:t>اورpositivepersonal ityجوہے،وہی خداکیblessingاسکوملےگی۔ اور کسی کوخداکیblessing ملنےوالینہیںہے۔</w:t>
      </w:r>
    </w:p>
    <w:p>
      <w:r>
        <w:rPr>
          <w:b/>
        </w:rPr>
        <w:t xml:space="preserve">[59:02] </w:t>
      </w:r>
      <w:r>
        <w:t>to yeh hai Quran ka khulasa, yeh hai Quran ka message, aur yeh hai Islam ki taleem ke apne apne aapko as a positive personality develop karo.</w:t>
      </w:r>
    </w:p>
    <w:p>
      <w:pPr>
        <w:jc w:val="right"/>
      </w:pPr>
      <w:r>
        <w:t>تو یہ ہے قرآنکا خلاصہ، یہہے قرآنکا message، اوریہہے اسلام کی تعلیم کہ اپنے اپنےآپکو as اے positivepersonal itydevelop کرو۔</w:t>
      </w:r>
    </w:p>
    <w:p>
      <w:r>
        <w:rPr>
          <w:b/>
        </w:rPr>
        <w:t xml:space="preserve">[59:18] </w:t>
      </w:r>
      <w:r>
        <w:t>humein apne aapko as a positive personality develop karna hai. To main dua karta hoon ke Allah taala mujhko aur aapko tofeeq de ke hum Quran ke is hidayat par chalein.</w:t>
      </w:r>
    </w:p>
    <w:p>
      <w:pPr>
        <w:jc w:val="right"/>
      </w:pPr>
      <w:r>
        <w:t>ہمیںاپنےآپکو asاےpos itivepersonal itydevelop کرناہے۔ تومیںدعاکرتاہوںکہاللہتعالیٰمجھکواورآپکو توفیقدے کہہم قرآن کےاس ہدایتپرچلیں۔</w:t>
      </w:r>
    </w:p>
    <w:p>
      <w:r>
        <w:rPr>
          <w:b/>
        </w:rPr>
        <w:t xml:space="preserve">[59:31] </w:t>
      </w:r>
      <w:r>
        <w:t>aqool qawli hadha wa astaghfirullaha li wa lakum ajmaeen.</w:t>
      </w:r>
    </w:p>
    <w:p>
      <w:pPr>
        <w:jc w:val="right"/>
      </w:pPr>
      <w:r>
        <w:t>أقول قوليهذا وأستغفر الله ليولكمأجمعين.</w:t>
      </w:r>
    </w:p>
    <w:p>
      <w:r>
        <w:rPr>
          <w:b/>
        </w:rPr>
        <w:t xml:space="preserve">[59:49] </w:t>
      </w:r>
      <w:r>
        <w:t>Maulana Amer bin Yusuf ne Pakistan se likha hai: "Maulana, ek dafa aap ne sabr ke bare mein yeh bataya tha ke woh immediate reaction ke resistance ka naam hai.</w:t>
      </w:r>
    </w:p>
    <w:p>
      <w:pPr>
        <w:jc w:val="right"/>
      </w:pPr>
      <w:r>
        <w:t>مول انا عامربن یوسفنے پاکستانسے لکھاہے: "مولانا،ایک دفعہآپ نے صبرکےبارےمیں یہبت ایاتھا کہوہ فوری ریایکشن کے ریزسٹنسکانامہے۔</w:t>
      </w:r>
    </w:p>
    <w:p>
      <w:r>
        <w:rPr>
          <w:b/>
        </w:rPr>
        <w:t xml:space="preserve">[1:00:03] </w:t>
      </w:r>
      <w:r>
        <w:t>iske bare mein aap kuch elaborate karke bataein."</w:t>
      </w:r>
    </w:p>
    <w:p>
      <w:pPr>
        <w:jc w:val="right"/>
      </w:pPr>
      <w:r>
        <w:t>اسکےبارےمیںآپ کچھ الیبوریٹکرکےبتائیں۔"</w:t>
      </w:r>
    </w:p>
    <w:p>
      <w:r>
        <w:rPr>
          <w:b/>
        </w:rPr>
        <w:t xml:space="preserve">[1:00:09] </w:t>
      </w:r>
      <w:r>
        <w:t>dekhiye, basic baat yeh hai ke hum Khuda ki banayi hui duniya mein hain.</w:t>
      </w:r>
    </w:p>
    <w:p>
      <w:pPr>
        <w:jc w:val="right"/>
      </w:pPr>
      <w:r>
        <w:t>دیکھیے، بیسکباتیہہے کہہم خداکی بن ائیہوئیدنیا میںہیں۔</w:t>
      </w:r>
    </w:p>
    <w:p>
      <w:r>
        <w:rPr>
          <w:b/>
        </w:rPr>
        <w:t xml:space="preserve">[1:00:18] </w:t>
      </w:r>
      <w:r>
        <w:t>We are not the creator of this world to humein janna padega ke Khuda ki uski meanings kya hain, Khuda ka plan kya hai zindagi ke bare mein.</w:t>
      </w:r>
    </w:p>
    <w:p>
      <w:pPr>
        <w:jc w:val="right"/>
      </w:pPr>
      <w:r>
        <w:t>Wearenot thecreatorofthis world توہمیںجانناپڑےگاکہخدا کی اسکی مپتھنگزکیاہیں، خداکاپلانکیاہےزندگی کےبارےمیں ۔</w:t>
      </w:r>
    </w:p>
    <w:p>
      <w:r>
        <w:rPr>
          <w:b/>
        </w:rPr>
        <w:t xml:space="preserve">[1:00:30] </w:t>
      </w:r>
      <w:r>
        <w:t>to Quran mein saaf saaf likha hua hai ke laqad khalaqnal insana fi taqweem hum ne insaan ko paida kiya hai problem ke sath, masail ke sath.</w:t>
      </w:r>
    </w:p>
    <w:p>
      <w:pPr>
        <w:jc w:val="right"/>
      </w:pPr>
      <w:r>
        <w:t>تو قرآنمیں صافصافلکھاہواہے کہ لقدخلقت الانسان فیقبت ہمنے انسان کو پیدا کیاہے پرابلمکےساتھ، مسائلکےساتھ ۔</w:t>
      </w:r>
    </w:p>
    <w:p>
      <w:r>
        <w:rPr>
          <w:b/>
        </w:rPr>
        <w:t xml:space="preserve">[1:00:41] </w:t>
      </w:r>
      <w:r>
        <w:t>kyun? to woh to rahega. Ab kya karenge?</w:t>
      </w:r>
    </w:p>
    <w:p>
      <w:pPr>
        <w:jc w:val="right"/>
      </w:pPr>
      <w:r>
        <w:t>کیوں؟تو وہتورہےگا۔ ابکیاکریںگے؟</w:t>
      </w:r>
    </w:p>
    <w:p>
      <w:r>
        <w:rPr>
          <w:b/>
        </w:rPr>
        <w:t xml:space="preserve">[1:00:47] </w:t>
      </w:r>
      <w:r>
        <w:t>Allah taala ne paida kiya hai bilkul sing ke sath to sing rahega, gulab ko kaante ke sath to kaanta to rahega, suraj ko sath hi heat ke sath hai to heat bhi rahega is mein.</w:t>
      </w:r>
    </w:p>
    <w:p>
      <w:pPr>
        <w:jc w:val="right"/>
      </w:pPr>
      <w:r>
        <w:t>اللہ تعالیٰنےپیدا کیاہے بیلکوسینگکےساتھتوسینگرہےگی، گلابکوکانٹےکےساتھتوکانٹاتورہےگا، سورجکوساتھ ہیٹکےساتھہےتوہیٹبھیرہےگااسمیں ۔</w:t>
      </w:r>
    </w:p>
    <w:p>
      <w:r>
        <w:rPr>
          <w:b/>
        </w:rPr>
        <w:t xml:space="preserve">[1:01:00] </w:t>
      </w:r>
      <w:r>
        <w:t>to isiko manage karne ka naam hai sabr. Sabr ka matlab kya hai? Sabr jo hai, art of problem management ka doosra naam hai.</w:t>
      </w:r>
    </w:p>
    <w:p>
      <w:pPr>
        <w:jc w:val="right"/>
      </w:pPr>
      <w:r>
        <w:t>تو اسیکو می نجکرنےکانامہے صبر ۔ صبرکامطلبکیاہے؟صبر جوہے، آرٹآفپرابلممینجمنٹکادوسرانام ہے۔</w:t>
      </w:r>
    </w:p>
    <w:p>
      <w:r>
        <w:rPr>
          <w:b/>
        </w:rPr>
        <w:t xml:space="preserve">[1:01:14] </w:t>
      </w:r>
      <w:r>
        <w:t>sabr ka matlab hai art of problem management ke jab koi masla paish aaya, koi unpresent situation paish aayi to aap bhadkein nahin, sochein ke aise mauqon mein kya karna chahiye.</w:t>
      </w:r>
    </w:p>
    <w:p>
      <w:pPr>
        <w:jc w:val="right"/>
      </w:pPr>
      <w:r>
        <w:t>صبرکامطلبہے آرٹآف پرابلممینجمنٹ کہجبکوئی مسئلہ پیش آیا، کوئی انپریزنٹسچوئیشنپیش آئیتوآپبھڑکیںنہیں، سوچیںکہ ایسےموقعوںمیںکیاکرناچاہیے۔</w:t>
      </w:r>
    </w:p>
    <w:p>
      <w:r>
        <w:rPr>
          <w:b/>
        </w:rPr>
        <w:t xml:space="preserve">[1:01:30] </w:t>
      </w:r>
      <w:r>
        <w:t>yani hamara action jo hai, kaise result oriented action ho.</w:t>
      </w:r>
    </w:p>
    <w:p>
      <w:pPr>
        <w:jc w:val="right"/>
      </w:pPr>
      <w:r>
        <w:t>یعنیہماراایکشنجوہے، کیسے رزلٹاورینٹڈایکشنہو۔</w:t>
      </w:r>
    </w:p>
    <w:p>
      <w:r>
        <w:rPr>
          <w:b/>
        </w:rPr>
        <w:t xml:space="preserve">[1:01:38] </w:t>
      </w:r>
      <w:r>
        <w:t>aap insaan ki aazadi ko khatam nahin kar sakte, duniya se problem ko khatam nahin kar sakte. Aap to aap ko sirf ek hi is mein, aapke ek hi aap option hai ke manage karein, manage karein, manage karein.</w:t>
      </w:r>
    </w:p>
    <w:p>
      <w:pPr>
        <w:jc w:val="right"/>
      </w:pPr>
      <w:r>
        <w:t>آپ انسانکیآزادیکوختمنہیںکرسکتے، دنیا سےپرابلمکوخاتمہنہیںکرسکتے۔آپ توآپ کوصرفایکہیبسمیں،آپکےایک ہی آپ شنہےکہ می نجکریں،مینجکریں،مینجکریں۔</w:t>
      </w:r>
    </w:p>
    <w:p>
      <w:r>
        <w:rPr>
          <w:b/>
        </w:rPr>
        <w:t xml:space="preserve">[1:01:53] </w:t>
      </w:r>
      <w:r>
        <w:t>misal ke taur par dekhiye, ek aadmi ne aapko bahut kadi baat bol di, aap ko gussa aa jaye.</w:t>
      </w:r>
    </w:p>
    <w:p>
      <w:pPr>
        <w:jc w:val="right"/>
      </w:pPr>
      <w:r>
        <w:t>مثالکےطورپردیکھیے، ایک آدمینےآپکو بہت کڑیباتبول دی، آپ کوغصہآجائے۔</w:t>
      </w:r>
    </w:p>
    <w:p>
      <w:r>
        <w:rPr>
          <w:b/>
        </w:rPr>
        <w:t xml:space="preserve">[1:02:02] </w:t>
      </w:r>
      <w:r>
        <w:t>achha, ab kya hai? Agar aap bhi kadi baat bolein to kya hoga? Uska gussa badhega.</w:t>
      </w:r>
    </w:p>
    <w:p>
      <w:pPr>
        <w:jc w:val="right"/>
      </w:pPr>
      <w:r>
        <w:t>اچھا،ابکیاہے؟اگر آپبھیکڑیباتبولیںتوکیاہوگا؟اسکاغصہبڑھےگا۔</w:t>
      </w:r>
    </w:p>
    <w:p>
      <w:r>
        <w:rPr>
          <w:b/>
        </w:rPr>
        <w:t xml:space="preserve">[1:02:07] </w:t>
      </w:r>
      <w:r>
        <w:t>Ab isne kadi baat boli thi, ab aapko woh pathar marega. Ab pathar mare to woh goli marega. Lekin iska ulta aap karein ke aap naram bolein uski kadi baat ke jawab naram se dein to aap dekhenge woh thanda ho gaya.</w:t>
      </w:r>
    </w:p>
    <w:p>
      <w:pPr>
        <w:jc w:val="right"/>
      </w:pPr>
      <w:r>
        <w:t>ابھیاسنے کڑیباتبولیتھی،ابآپکووہپتھرمارےگا۔ ابپتھرمارےتووہگولیمارےگا۔ لیکن اسکاالٹاآپکریں کہآپ نرمبولیںاس کیکڑیباتکے جوابن رمی نرمیسےدیں توآپدیکھیںگےوہٹھنڈاہوگیا۔</w:t>
      </w:r>
    </w:p>
    <w:p>
      <w:r>
        <w:rPr>
          <w:b/>
        </w:rPr>
        <w:t xml:space="preserve">[1:02:26] </w:t>
      </w:r>
      <w:r>
        <w:t>yani agar aap kadi baat ka jawab kade tarike se dein to uska ego bhadkega, ego.</w:t>
      </w:r>
    </w:p>
    <w:p>
      <w:pPr>
        <w:jc w:val="right"/>
      </w:pPr>
      <w:r>
        <w:t>یعنی اگر آپ کڑیبات کا جواب کڑے طریقےسےدیںتواسکاایگو بھڑکےگا،ایگو۔</w:t>
      </w:r>
    </w:p>
    <w:p>
      <w:r>
        <w:rPr>
          <w:b/>
        </w:rPr>
        <w:t xml:space="preserve">[1:02:34] </w:t>
      </w:r>
      <w:r>
        <w:t>aur agar aap aisa karein ke kadi baat ka jawab naram se dein to uska conscious jaagega. To problem solve ho jayega, woh diman solve ho jayega. Problem jab chahein tajurba karke dekh lijiye.</w:t>
      </w:r>
    </w:p>
    <w:p>
      <w:pPr>
        <w:jc w:val="right"/>
      </w:pPr>
      <w:r>
        <w:t>اوراگرآپایساکریں کہکڑیباتکاجوابنرمیسےدیںتواسکاکانشیسجاگےگا۔ تو پرابلمسالوہوجائےگا، ودانمنٹسالوہوجائےگا۔پرابلم جبچاہیںتجربہکرکےدیکھلیجئے۔</w:t>
      </w:r>
    </w:p>
    <w:p>
      <w:r>
        <w:rPr>
          <w:b/>
        </w:rPr>
        <w:t xml:space="preserve">[1:02:49] </w:t>
      </w:r>
      <w:r>
        <w:t>to sabr ka matlab hai negative experience ka positive response dena.</w:t>
      </w:r>
    </w:p>
    <w:p>
      <w:pPr>
        <w:jc w:val="right"/>
      </w:pPr>
      <w:r>
        <w:t>تو صبرکامطلبہے نیگیٹیوایکسپیرینسکا پازیٹیورسپانسدینا۔</w:t>
      </w:r>
    </w:p>
    <w:p>
      <w:r>
        <w:rPr>
          <w:b/>
        </w:rPr>
        <w:t xml:space="preserve">[1:02:58] </w:t>
      </w:r>
      <w:r>
        <w:t>sabr ka matlab hai negative experience ka positive response dena. Yeh hai kind of the law of nature.</w:t>
      </w:r>
    </w:p>
    <w:p>
      <w:pPr>
        <w:jc w:val="right"/>
      </w:pPr>
      <w:r>
        <w:t>صبرکامطلبہے نیگیٹیو ایکسپیرینسکا پازیٹیورسپانسدینا۔ یہہے کائنڈٹودالاءآفنیچر۔</w:t>
      </w:r>
    </w:p>
    <w:p>
      <w:r>
        <w:rPr>
          <w:b/>
        </w:rPr>
        <w:t xml:space="preserve">[1:03:09] </w:t>
      </w:r>
      <w:r>
        <w:t>aapke liye option nahi hai, koi is mein doosra nahi hai.</w:t>
      </w:r>
    </w:p>
    <w:p>
      <w:pPr>
        <w:jc w:val="right"/>
      </w:pPr>
      <w:r>
        <w:t>آپکےلیےآپشننہیں،کوئیاسمیںدوسرانہیںہے۔</w:t>
      </w:r>
    </w:p>
    <w:p>
      <w:r>
        <w:rPr>
          <w:b/>
        </w:rPr>
        <w:t xml:space="preserve">[1:03:14] </w:t>
      </w:r>
      <w:r>
        <w:t>to quran mein hai ke razi allah anho wa razo jo khuda ki is cheez ke oper razi ho jaye, uske liye jannat hai.</w:t>
      </w:r>
    </w:p>
    <w:p>
      <w:pPr>
        <w:jc w:val="right"/>
      </w:pPr>
      <w:r>
        <w:t>تو قرآنمیںہےکہرضیاللہ عنہورضوجو خدا کی اسکیاسچیزکےاوپرراضیہوجائے، اسکےلیےجنتہے۔</w:t>
      </w:r>
    </w:p>
    <w:p>
      <w:r>
        <w:rPr>
          <w:b/>
        </w:rPr>
        <w:t xml:space="preserve">[1:03:23] </w:t>
      </w:r>
      <w:r>
        <w:t>aap</w:t>
      </w:r>
    </w:p>
    <w:p>
      <w:pPr>
        <w:jc w:val="right"/>
      </w:pPr>
      <w:r>
        <w:t>آپ</w:t>
      </w:r>
    </w:p>
    <w:p>
      <w:r>
        <w:rPr>
          <w:b/>
        </w:rPr>
        <w:t xml:space="preserve">[1:03:24] </w:t>
      </w:r>
      <w:r>
        <w:t>razi ho jaye khuda ya tune duniya ko isi tarah banaya hai, to mein is par razi hoon aur mein is ko maan kar chalunga.</w:t>
      </w:r>
    </w:p>
    <w:p>
      <w:pPr>
        <w:jc w:val="right"/>
      </w:pPr>
      <w:r>
        <w:t>راضیہوجائیںخدایاتونے دنیا کواسیطرحبنایاہے، تومیںاسپرراضیہوں اورمیںاسکو مان کرچلوںگا۔</w:t>
      </w:r>
    </w:p>
    <w:p>
      <w:r>
        <w:rPr>
          <w:b/>
        </w:rPr>
        <w:t xml:space="preserve">[1:03:34] </w:t>
      </w:r>
      <w:r>
        <w:t>matlab problem ko in manage karunga, na ke problem se ladun. lekin dekhein, sari dunya musalman lad rahe hain problem se aur khatam nahi kar paate. kam se kam do sau saal se to mein dekh raha hoon, padh raha hoon</w:t>
      </w:r>
    </w:p>
    <w:p>
      <w:pPr>
        <w:jc w:val="right"/>
      </w:pPr>
      <w:r>
        <w:t>مطلبپرابلم کوان مینجکروںگا، نہکہپرابلمسےلڑوں۔ لیکن دیکھیں،سارادنیا مسلمانلڑرہےہیںپرابلمسے اورختمنہیںکرپاتے۔ کمسےکم دو سوسالسےتومیںدیکھرہاہوں، پڑھرہاہوں</w:t>
      </w:r>
    </w:p>
    <w:p>
      <w:r>
        <w:rPr>
          <w:b/>
        </w:rPr>
        <w:t xml:space="preserve">[1:03:49] </w:t>
      </w:r>
      <w:r>
        <w:t>ke musalman problem se lad rahe hain, political problem aur doosre problem. lekin kya hai? ek ek ek se ek ek ek log khatam karte hain, doosra aa jata hai.</w:t>
      </w:r>
    </w:p>
    <w:p>
      <w:pPr>
        <w:jc w:val="right"/>
      </w:pPr>
      <w:r>
        <w:t>کہ مسلمان پرابلمسےلڑرہےہیں، پولیٹیکلپرابلم اور دوسرےپرابلم۔ لیکن کیاہے؟ایک ایک ایک سے ایکایک ایکلوگ ختمکرتے ہیں،دوسراآجاتاہے۔</w:t>
      </w:r>
    </w:p>
    <w:p>
      <w:r>
        <w:rPr>
          <w:b/>
        </w:rPr>
        <w:t xml:space="preserve">[1:04:01] </w:t>
      </w:r>
      <w:r>
        <w:t>ek koi lad kar khatam karta hai, doosra aa jata hai. jaise misr mein lade kis se? king farooq se.</w:t>
      </w:r>
    </w:p>
    <w:p>
      <w:pPr>
        <w:jc w:val="right"/>
      </w:pPr>
      <w:r>
        <w:t>ایککوئیلڑکرختمکرتاہے،دوسراآجاتاہے۔ جیسےمصرمیںلڑے کسسے؟ کنگفاروقسے۔</w:t>
      </w:r>
    </w:p>
    <w:p>
      <w:r>
        <w:rPr>
          <w:b/>
        </w:rPr>
        <w:t xml:space="preserve">[1:04:09] </w:t>
      </w:r>
      <w:r>
        <w:t>iske baad kya aa gaya? general najeeb aa gaye. inse lade to phir anwar nasser aa gaye. inse lade anwar sadat aa gaye.</w:t>
      </w:r>
    </w:p>
    <w:p>
      <w:pPr>
        <w:jc w:val="right"/>
      </w:pPr>
      <w:r>
        <w:t>اسکےبعد کیاآگیا؟ جنرلنجیبآگئے۔ انسےلڑےتوپھر جوابناصرآگئے۔ انسےلڑے انورساداتآگئے۔</w:t>
      </w:r>
    </w:p>
    <w:p>
      <w:r>
        <w:rPr>
          <w:b/>
        </w:rPr>
        <w:t xml:space="preserve">[1:04:18] </w:t>
      </w:r>
      <w:r>
        <w:t>inse lade husni mubarak aa gaye. aur inse lade to aap ek aur aadmi, woh fauj hai, woh bhi aa gaya. problem salo kahan hua? to problem ko sirf manage kar sakte hain, aap is ko eliminate nahi kar sakte.</w:t>
      </w:r>
    </w:p>
    <w:p>
      <w:pPr>
        <w:jc w:val="right"/>
      </w:pPr>
      <w:r>
        <w:t>انسےلڑے حسنیمبارکآگئے۔ اورانسےلڑےتوآپایکاورآدمی، وہیفوجیہے،وہبھیآگیا۔ پرابلمسالوکہاںہوا ؟ تو پرابلم کوصرف مینجکرسکتےہیں،آپ اسکو ایلیمینیٹنہیںکرسکتے۔</w:t>
      </w:r>
    </w:p>
    <w:p>
      <w:r>
        <w:rPr>
          <w:b/>
        </w:rPr>
        <w:t xml:space="preserve">[1:04:32] </w:t>
      </w:r>
      <w:r>
        <w:t>isi philosophical, isi ideology ka naam hai sabr.</w:t>
      </w:r>
    </w:p>
    <w:p>
      <w:pPr>
        <w:jc w:val="right"/>
      </w:pPr>
      <w:r>
        <w:t>اسی فلاسفیکا،اسیآئیڈیالوجیکانامہےصبر۔</w:t>
      </w:r>
    </w:p>
    <w:p>
      <w:r>
        <w:rPr>
          <w:b/>
        </w:rPr>
        <w:t xml:space="preserve">[1:04:39] </w:t>
      </w:r>
      <w:r>
        <w:t>maulana idrees ne, mr idrees ne raipur se likha hai: "Inthe event of natural dis asters liketsunami and earthquake, whatistherecommend ation by Islam for particip ation in relief and rehabil itationwork ?Is there any examp leof this sort inthe Islam ic history ?Pleasetellus ." bhai, is tarah ka tsunami to zamane mein aaya nahi tha, yeh to naya phenomenon hai.</w:t>
      </w:r>
    </w:p>
    <w:p>
      <w:pPr>
        <w:jc w:val="right"/>
      </w:pPr>
      <w:r>
        <w:t>مول انا ادریسنے،مسٹرادریسنےرائےپورسےلکھاہے: "Intheevent of natural dis astersliketsunami and earthquake, whatistherecommend ation by Islam for particip ation in relief and rehabil itationwork ?Is there any examp leof this sort inthe Islam ic history ?Pleasetellus ." بھئی،اسطرحکاسونامیتو زمانےمیںآیانہیںتھا، یہتو نیافیناومیناہے۔</w:t>
      </w:r>
    </w:p>
    <w:p>
      <w:r>
        <w:rPr>
          <w:b/>
        </w:rPr>
        <w:t xml:space="preserve">[1:05:08] </w:t>
      </w:r>
      <w:r>
        <w:t>to jo jo kar sakte hain, aap kijiye. matlab, physically jo aap kar sakte hain, woh kijiye. nahi kar sakte, dua kijiye. yeh to insani khair khwahi hai.</w:t>
      </w:r>
    </w:p>
    <w:p>
      <w:pPr>
        <w:jc w:val="right"/>
      </w:pPr>
      <w:r>
        <w:t>توجو جو کرسکتےہیں،آپکیجیے۔ مطلب،فزیکلیجوآپکرسکتےہیں،وہکیجیے۔نہیںکرسکتے،دعاکیجیے۔ یہتوانسانیخیرخواہیہے۔</w:t>
      </w:r>
    </w:p>
    <w:p>
      <w:r>
        <w:rPr>
          <w:b/>
        </w:rPr>
        <w:t xml:space="preserve">[1:05:19] </w:t>
      </w:r>
      <w:r>
        <w:t>isko kaha jata hai muwasat bani adam. muwasat bani adam ke maani hain ke insaan ki zaroorat ke mauqe par insaan ki madad karna.</w:t>
      </w:r>
    </w:p>
    <w:p>
      <w:pPr>
        <w:jc w:val="right"/>
      </w:pPr>
      <w:r>
        <w:t>اسکو کہاجاتاہے مواساتبنی آدم ۔ مواساتبنی آدمکےمعنیہیںکہانسان کی ضرورت کےموقع پرانسانکیمددکرنا۔</w:t>
      </w:r>
    </w:p>
    <w:p>
      <w:r>
        <w:rPr>
          <w:b/>
        </w:rPr>
        <w:t xml:space="preserve">[1:05:31] </w:t>
      </w:r>
      <w:r>
        <w:t>to jis ke jitna bas mein hota hai, kare.</w:t>
      </w:r>
    </w:p>
    <w:p>
      <w:pPr>
        <w:jc w:val="right"/>
      </w:pPr>
      <w:r>
        <w:t>تو جسکےجتنابسمیںہوتاہے،کرے۔</w:t>
      </w:r>
    </w:p>
    <w:p>
      <w:r>
        <w:rPr>
          <w:b/>
        </w:rPr>
        <w:t xml:space="preserve">[1:05:36] </w:t>
      </w:r>
      <w:r>
        <w:t>jo farz kiya, us ke bas mein kuch nahi hai to dua to kar hi sakta hai. woh dua kare, woh</w:t>
      </w:r>
    </w:p>
    <w:p>
      <w:pPr>
        <w:jc w:val="right"/>
      </w:pPr>
      <w:r>
        <w:t>جو فرضکیا،اسکےبسمیںکچھنہیںہےتودعاتوکرہیسکتاہے۔وہدعاکرے،وہ</w:t>
      </w:r>
    </w:p>
    <w:p>
      <w:r>
        <w:rPr>
          <w:b/>
        </w:rPr>
        <w:t xml:space="preserve">[1:05:43] </w:t>
      </w:r>
      <w:r>
        <w:t>baqi yeh ek naya phenomenon hai. itna bada, itna bhayanak aisa waqea islam ki tareekh mein nahi hua tha.</w:t>
      </w:r>
    </w:p>
    <w:p>
      <w:pPr>
        <w:jc w:val="right"/>
      </w:pPr>
      <w:r>
        <w:t>باقییہ ایک نیافیناومیناہے۔ اتنا بڑا، اتنا بھیانکایسا واقع ہ اسلام کیتاریخ میںنہیںہواتھا۔</w:t>
      </w:r>
    </w:p>
    <w:p>
      <w:r>
        <w:rPr>
          <w:b/>
        </w:rPr>
        <w:t xml:space="preserve">[1:05:53] </w:t>
      </w:r>
      <w:r>
        <w:t>chote chote waqeat hote the, chote chote waqeat mein hamesha musalman yeh hi karte the jo bas mein hai, woh karte the. nahi to woh dua karte the. wahi humne aaj bhi karna hai.</w:t>
      </w:r>
    </w:p>
    <w:p>
      <w:pPr>
        <w:jc w:val="right"/>
      </w:pPr>
      <w:r>
        <w:t>چھوٹےچھوٹےواقعاتہوتےتھے،چھوٹےچھوٹےواقعاتمیں ہمیشہ مسلمان یہیکرتے تھےجو بسمیںہے،وہکرتے تھے۔ نہیںتووہدعاکرتے تھے۔ وہیہمنےآجبھیکرناہے۔</w:t>
      </w:r>
    </w:p>
    <w:p>
      <w:r>
        <w:rPr>
          <w:b/>
        </w:rPr>
        <w:t xml:space="preserve">[1:06:05] </w:t>
      </w:r>
      <w:r>
        <w:t>miss zareen khan ne delhi se likha hai: "Iamvery gladtohearthe talk over the intern et. Ididitforthefirst time.</w:t>
      </w:r>
    </w:p>
    <w:p>
      <w:pPr>
        <w:jc w:val="right"/>
      </w:pPr>
      <w:r>
        <w:t>مس زرینخان نے دلیسےلکھاہے: "Iamverygladtohearthe talk over the intern et. Ididitforthefirst time.</w:t>
      </w:r>
    </w:p>
    <w:p>
      <w:r>
        <w:rPr>
          <w:b/>
        </w:rPr>
        <w:t xml:space="preserve">[1:06:14] </w:t>
      </w:r>
      <w:r>
        <w:t>MayGod bless maulana and CPSteam forthis endeavor. Myquestionis that I am often askedby people ,why are there no women prophetor messengers?</w:t>
      </w:r>
    </w:p>
    <w:p>
      <w:pPr>
        <w:jc w:val="right"/>
      </w:pPr>
      <w:r>
        <w:t>MayGod bless مول اناand CPSteam forthis endeavor. Myquestionis that I am often askedby people ,why are there no women prophetor messengers?</w:t>
      </w:r>
    </w:p>
    <w:p>
      <w:r>
        <w:rPr>
          <w:b/>
        </w:rPr>
        <w:t xml:space="preserve">[1:06:27] </w:t>
      </w:r>
      <w:r>
        <w:t>Isittrue,maulana, that out of 1 2 4 ,000messengersof God and 3 15 prophets, therewasno woman?</w:t>
      </w:r>
    </w:p>
    <w:p>
      <w:pPr>
        <w:jc w:val="right"/>
      </w:pPr>
      <w:r>
        <w:t>Isittrue,مولانا،that out of 1 2 4 ,000messengersof God and 3 15 prophets, therewasno woman?</w:t>
      </w:r>
    </w:p>
    <w:p>
      <w:r>
        <w:rPr>
          <w:b/>
        </w:rPr>
        <w:t xml:space="preserve">[1:06:37] </w:t>
      </w:r>
      <w:r>
        <w:t>How canwesee this fact not as aproblem and explainit in pos itivelight ? Kindlytellus." dekhiye, yeh jo hai, yani yeh koi issue nahi hai.</w:t>
      </w:r>
    </w:p>
    <w:p>
      <w:pPr>
        <w:jc w:val="right"/>
      </w:pPr>
      <w:r>
        <w:t>How canwesee this fact not as aproblem and explainit in pos itivelight ? Kindlytellus." دیکھیے،یہجوہے، یعنی یہ کوئیissueنہیںہے۔</w:t>
      </w:r>
    </w:p>
    <w:p>
      <w:r>
        <w:rPr>
          <w:b/>
        </w:rPr>
        <w:t xml:space="preserve">[1:06:50] </w:t>
      </w:r>
      <w:r>
        <w:t>issue yeh hai ke khuda ki guidance aa gayi, hum is ko follow karein. log unnecessary question mein phanse rehte hain.</w:t>
      </w:r>
    </w:p>
    <w:p>
      <w:pPr>
        <w:jc w:val="right"/>
      </w:pPr>
      <w:r>
        <w:t>Issueیہہےکہخداکیگارڈنسآگئی،ہماسکوfollow کریں۔ لوگ unnecess aryquestionمیںپھنسےرہتےہیں۔</w:t>
      </w:r>
    </w:p>
    <w:p>
      <w:r>
        <w:rPr>
          <w:b/>
        </w:rPr>
        <w:t xml:space="preserve">[1:06:58] </w:t>
      </w:r>
      <w:r>
        <w:t>mein ne ek martaba padha tha ek article, is mein likha tha is ne ke "People's mindsare lost intrivialities. L -O-S-Tlost .People 'smindsarelostintrivialities andnot attunedtothechallengingissuesofthetime." yeh ajeebo ghareeb zehan hai.</w:t>
      </w:r>
    </w:p>
    <w:p>
      <w:pPr>
        <w:jc w:val="right"/>
      </w:pPr>
      <w:r>
        <w:t>میںنےایکمرتبہپڑھاتھاایک آرٹیکل، اسمیں لکھاتھااسنے کہ "People's mindsare lost intrivialities. L -O-S-Tlost .People 'smindsarelostintrivialities andnot attunedtothechallengingissuesofthetime." یہعجیبوغریبذہنہے۔</w:t>
      </w:r>
    </w:p>
    <w:p>
      <w:r>
        <w:rPr>
          <w:b/>
        </w:rPr>
        <w:t xml:space="preserve">[1:07:17] </w:t>
      </w:r>
      <w:r>
        <w:t>Unnecessary question. bhai, allah taala ne mard bheja ya aurat, yeh mat dekho. yeh dekho ke is ne jo guidance di hai, is ko hum follow karna hai. humein</w:t>
      </w:r>
    </w:p>
    <w:p>
      <w:pPr>
        <w:jc w:val="right"/>
      </w:pPr>
      <w:r>
        <w:t>Unnecessaryquestion. بھئی، اللہ تعالیٰنے مرد بھیجایاعورت ،یہ متدیکھو۔یہبھیدیکھوکہ اسنےجوگائیڈنسدیہے،اسکوہمfollow کرناہے۔ہمیں</w:t>
      </w:r>
    </w:p>
    <w:p>
      <w:r>
        <w:rPr>
          <w:b/>
        </w:rPr>
        <w:t xml:space="preserve">[1:07:31] </w:t>
      </w:r>
      <w:r>
        <w:t>ab aap jis company mein kaam karte hain, khawateen kya wahan zaroori hai ke wahan lady boss ho? to karenge nahi to nahi karenge. aisa koi milega, koi aap ko? bhai, wahan lady boss ho ya mard boss ho, in ko agar job mil raha hai to foran le lenge is ko.</w:t>
      </w:r>
    </w:p>
    <w:p>
      <w:pPr>
        <w:jc w:val="right"/>
      </w:pPr>
      <w:r>
        <w:t>ابآپ جسکمپنیمیںکامکرتے ہیں، خواتین کیا وہاںضروریہےکہوہاںلیڈی باسہو؟توکریںگےنہیںتونہیںکریںگی۔ ایساکوئی ملےگا،کوئیآپکو ؟بھئی،وہاں لیڈی باسہویا مرد باسہو، انکواگر جابملرہاہےتوفوراً لےلیںگےاسکو ۔</w:t>
      </w:r>
    </w:p>
    <w:p>
      <w:r>
        <w:rPr>
          <w:b/>
        </w:rPr>
        <w:t xml:space="preserve">[1:07:48] </w:t>
      </w:r>
      <w:r>
        <w:t>to yeh koi baat nahin hai. main samajhta hoon ke aik aik unnecessary question hai. unnecessary question to one thousand se ziyada ho sakte hain.</w:t>
      </w:r>
    </w:p>
    <w:p>
      <w:pPr>
        <w:jc w:val="right"/>
      </w:pPr>
      <w:r>
        <w:t>تویہکوئیباتنہیںہے۔میں سمجھتاہوںکہایک ایک unnecessaryquestionہے۔ unnecessaryquestionتو one thousandسےزیادہ ہوسکتےہیں۔</w:t>
      </w:r>
    </w:p>
    <w:p>
      <w:r>
        <w:rPr>
          <w:b/>
        </w:rPr>
        <w:t xml:space="preserve">[1:07:57] </w:t>
      </w:r>
      <w:r>
        <w:t>agar aap one unnecessary question mein apne mind ko lagain to koi end nahin iska. koi end nahin iska. itne ziyada unnecessary question hote hain ke thousand and thousand se bhi ziyada.</w:t>
      </w:r>
    </w:p>
    <w:p>
      <w:pPr>
        <w:jc w:val="right"/>
      </w:pPr>
      <w:r>
        <w:t>اگرآپone unnecessaryquestionمیں اپنے mind کو لگائیں تو کوئیend نہیںاسکاہے۔ کوئیend نہیںاسکا۔اتنےزیادہ unnecessaryquestionہوتےہیںکہ thousandandthousandسےبھی زیادہ ۔</w:t>
      </w:r>
    </w:p>
    <w:p>
      <w:r>
        <w:rPr>
          <w:b/>
        </w:rPr>
        <w:t xml:space="preserve">[1:08:10] </w:t>
      </w:r>
      <w:r>
        <w:t>to main yeh kahoon ga ke yeh sound thinking paida kijiye apne andar. sound thinking kya hai? sirf woh question jis ka ta'alluq hamari zindagi se hai.</w:t>
      </w:r>
    </w:p>
    <w:p>
      <w:pPr>
        <w:jc w:val="right"/>
      </w:pPr>
      <w:r>
        <w:t>تومیںیہکہوںگاکہیہ sound thinking پیدا کیجئےاپنےاندر۔ sound thinkingکیاہے؟ صرفوہquestion جسکاتعلقہماریزندگی سےہے۔</w:t>
      </w:r>
    </w:p>
    <w:p>
      <w:r>
        <w:rPr>
          <w:b/>
        </w:rPr>
        <w:t xml:space="preserve">[1:08:19] </w:t>
      </w:r>
      <w:r>
        <w:t>abstract question nahin. aik abstract question hai yeh. aik abstract question hai.</w:t>
      </w:r>
    </w:p>
    <w:p>
      <w:pPr>
        <w:jc w:val="right"/>
      </w:pPr>
      <w:r>
        <w:t>abstractquestionنہیں۔ ایک abstractquestionہےیہ۔ ایک abstractquestionہے۔</w:t>
      </w:r>
    </w:p>
    <w:p>
      <w:r>
        <w:rPr>
          <w:b/>
        </w:rPr>
        <w:t xml:space="preserve">[1:08:27] </w:t>
      </w:r>
      <w:r>
        <w:t>real question jis ka ta'alluq hamari zindagi se hai, us ko le kar sochiye. mislan, main aap ko batata hoon aap ko ke aam tor par yeh kaha jata hai ke Quran majeed mein hai ke 'rajulun qawwamun 'alan nisa' yani mard jo hai, woh qawwam hai ghar ke andar 'aurat ke oopar. to main is shakal mein parhta nahin, main apne ghar mein to 'aurat qawwam bana rakha hai.</w:t>
      </w:r>
    </w:p>
    <w:p>
      <w:pPr>
        <w:jc w:val="right"/>
      </w:pPr>
      <w:r>
        <w:t>real question جسکاتعلقہماریزندگی سےہے،اس کواسکولےکرسوچیے۔ مثلاً،میںآپکوبتاتاہوںآپکو کہ عام طورپریہ کہاجاتا ہےکہقرآنمجیدمیںہےکہ الرجال قوام الن ساء یعنی مرد جوہے،وہ قوامہےگھرکےاندر ع ورتکےاوپر ۔تومیں اسشکلمیںپڑھتانہیں،میں اپنےگھرمیںتوعورتقوامبنارکھاہے۔</w:t>
      </w:r>
    </w:p>
    <w:p>
      <w:r>
        <w:rPr>
          <w:b/>
        </w:rPr>
        <w:t xml:space="preserve">[1:08:54] </w:t>
      </w:r>
      <w:r>
        <w:t>mere ghar mein aap aain kabhi to female bosses ka principle hai. male bosses nahin hain hamare ghar mein. aap kabhi aa kar dekh lijiye, mere ghar mein female bosses ka principle hai.</w:t>
      </w:r>
    </w:p>
    <w:p>
      <w:pPr>
        <w:jc w:val="right"/>
      </w:pPr>
      <w:r>
        <w:t>میرےگھرمیںآپآئیں کبھی تو female باسزکاپرنسپلہے۔ male باسزنہیںہیںہمارےگھرمیں۔ آپکبھیآکردیکھلیجئے ،میرےگھرمیںfem aleباسزکاپرنسپلہے۔</w:t>
      </w:r>
    </w:p>
    <w:p>
      <w:r>
        <w:rPr>
          <w:b/>
        </w:rPr>
        <w:t xml:space="preserve">[1:09:08] </w:t>
      </w:r>
      <w:r>
        <w:t>unnecessary question mein apne mind ko kabhi phansata nahin hoon main. main kehta hoon, bhai tum hi boss ban jao, hamein boss nahin banna hai.</w:t>
      </w:r>
    </w:p>
    <w:p>
      <w:pPr>
        <w:jc w:val="right"/>
      </w:pPr>
      <w:r>
        <w:t>unnecessaryquestionمیںاپنےmind کوکبھیپھنساتانہیںہوںمیں۔ میں کہتاہوں،بھئیتمہیباسبنجاؤ، ہمیںباسنہیںبنناہے۔</w:t>
      </w:r>
    </w:p>
    <w:p>
      <w:r>
        <w:rPr>
          <w:b/>
        </w:rPr>
        <w:t xml:space="preserve">[1:09:18] </w:t>
      </w:r>
      <w:r>
        <w:t>to yeh yeh is tarah ka question ka ta'alluq sirf is se nahin hai,</w:t>
      </w:r>
    </w:p>
    <w:p>
      <w:pPr>
        <w:jc w:val="right"/>
      </w:pPr>
      <w:r>
        <w:t>تویہ یہاسطرحکاquestion کاتعلقصرفاسیسےنہیںہے،</w:t>
      </w:r>
    </w:p>
    <w:p>
      <w:r>
        <w:rPr>
          <w:b/>
        </w:rPr>
        <w:t xml:space="preserve">[1:09:23] </w:t>
      </w:r>
      <w:r>
        <w:t>har masle se hai. aap jab safar karein ge, jab aap job karein ge kisi company mein, kahin bhi, har jagah aik is tarah ke unnecessary question honge.</w:t>
      </w:r>
    </w:p>
    <w:p>
      <w:pPr>
        <w:jc w:val="right"/>
      </w:pPr>
      <w:r>
        <w:t>ہر مسئلےسےہے۔ آپجب سفرکریںگے،جبآپجابلیںگے کسی کمپنیمیں ، کہیںبھی،ہرجگہ ایکاسطرحکےunnecessaryquestionہوںگے۔</w:t>
      </w:r>
    </w:p>
    <w:p>
      <w:r>
        <w:rPr>
          <w:b/>
        </w:rPr>
        <w:t xml:space="preserve">[1:09:32] </w:t>
      </w:r>
      <w:r>
        <w:t>to aap ko double standard banna parta hai. unnecessary question aadmi aap ko hamesha it leads to hypocrisy ke aik maamle mein to aap ideal chalana chahte hain aur doosre maamle mein aap full practical ban jate hain.</w:t>
      </w:r>
    </w:p>
    <w:p>
      <w:pPr>
        <w:jc w:val="right"/>
      </w:pPr>
      <w:r>
        <w:t>توآپ کو doublestandard بنناپڑتاہے۔ unnecessaryquestionآدمیآپکوہمیشہ itleadsto hypocrisy کہایک معاملےمیںتوآپide alچلاناچاہتےہیں اوردوسرےمعاملےمیںآپfull practicalبنجاتےہیں۔</w:t>
      </w:r>
    </w:p>
    <w:p>
      <w:r>
        <w:rPr>
          <w:b/>
        </w:rPr>
        <w:t xml:space="preserve">[1:09:48] </w:t>
      </w:r>
      <w:r>
        <w:t>kyun ke practical na banein to wahan aap ko musibat uthani pare gi.</w:t>
      </w:r>
    </w:p>
    <w:p>
      <w:pPr>
        <w:jc w:val="right"/>
      </w:pPr>
      <w:r>
        <w:t>کیوںکہpracticalنہبنےتووہاںآپکو مصیبتاٹھانیپڑےگی۔</w:t>
      </w:r>
    </w:p>
    <w:p>
      <w:r>
        <w:rPr>
          <w:b/>
        </w:rPr>
        <w:t xml:space="preserve">[1:09:54] </w:t>
      </w:r>
      <w:r>
        <w:t>misal ke taur par, aap jaa kar job lene ke liye to pata ho ke boss to mard hai, to kya loot aain ge wahan se? woh resign kar dain ge wahan se? yeh hai double standard, yeh hai hypocrisy.</w:t>
      </w:r>
    </w:p>
    <w:p>
      <w:pPr>
        <w:jc w:val="right"/>
      </w:pPr>
      <w:r>
        <w:t>مثالکےطورپر،آپجائیں جابلینےکےلیے توپتہہوکہباستومرد ہے،توکیا لوٹآئیںگےوہاںسے ؟ وہ resignکردیںگےوہاںسے ؟ یہہےdouble stand ard,یہہےhypocrisy۔</w:t>
      </w:r>
    </w:p>
    <w:p>
      <w:r>
        <w:rPr>
          <w:b/>
        </w:rPr>
        <w:t xml:space="preserve">[1:10:05] </w:t>
      </w:r>
      <w:r>
        <w:t>unnecessary question hamesha jante hain kahan pohanchata hai? hypocrisy tak. unnecessary question always leads to hypocrisy. is se bachiye.</w:t>
      </w:r>
    </w:p>
    <w:p>
      <w:pPr>
        <w:jc w:val="right"/>
      </w:pPr>
      <w:r>
        <w:t>unnecess aryquestionہمیشہ جانتےہیںکہاںپہنچاتاہے؟hypocrisyتک۔ unnecessaryquestionalwaysleadsto hypocrisy اسسےبچیے۔</w:t>
      </w:r>
    </w:p>
    <w:p>
      <w:r>
        <w:rPr>
          <w:b/>
        </w:rPr>
        <w:t xml:space="preserve">[1:10:16] </w:t>
      </w:r>
      <w:r>
        <w:t>main mashwara doon ga, aap sound thinking paida kijiye apne andar. sound thinking.</w:t>
      </w:r>
    </w:p>
    <w:p>
      <w:pPr>
        <w:jc w:val="right"/>
      </w:pPr>
      <w:r>
        <w:t>میں مشورہدوںگا،آپsoundthinkingپیداکیجئےاپنےاندر۔ soundthinking۔</w:t>
      </w:r>
    </w:p>
    <w:p>
      <w:r>
        <w:rPr>
          <w:b/>
        </w:rPr>
        <w:t xml:space="preserve">[1:10:22] </w:t>
      </w:r>
      <w:r>
        <w:t>mis Naghma Siddiqui ne Dilli se likha hai: "When we face problems, we take them as due to other people rather than part of God's creation plan.</w:t>
      </w:r>
    </w:p>
    <w:p>
      <w:pPr>
        <w:jc w:val="right"/>
      </w:pPr>
      <w:r>
        <w:t>مس نغمہصدی قینےدلیسےلکھاہے: "Whenweface problem s, we takethem as due to other people ratherthan part of God 'scre ationplan .</w:t>
      </w:r>
    </w:p>
    <w:p>
      <w:r>
        <w:rPr>
          <w:b/>
        </w:rPr>
        <w:t xml:space="preserve">[1:10:34] </w:t>
      </w:r>
      <w:r>
        <w:t>How can we overcome this?" to yeh hi to hamara mission hai. log jo hain, reaction mein jeete hain.</w:t>
      </w:r>
    </w:p>
    <w:p>
      <w:pPr>
        <w:jc w:val="right"/>
      </w:pPr>
      <w:r>
        <w:t>How canwe over comethis ?" تویہیتو ہماراmissionہے۔ لوگ جوہے، reactionمیںجیتےہیں۔</w:t>
      </w:r>
    </w:p>
    <w:p>
      <w:r>
        <w:rPr>
          <w:b/>
        </w:rPr>
        <w:t xml:space="preserve">[1:10:46] </w:t>
      </w:r>
      <w:r>
        <w:t>aaj ka society hamari jo hai, reaction mein jeeti hai.</w:t>
      </w:r>
    </w:p>
    <w:p>
      <w:pPr>
        <w:jc w:val="right"/>
      </w:pPr>
      <w:r>
        <w:t>آجکا soci etyہماریجوہے،reactionمیںجیتیہے۔</w:t>
      </w:r>
    </w:p>
    <w:p>
      <w:r>
        <w:rPr>
          <w:b/>
        </w:rPr>
        <w:t xml:space="preserve">[1:10:50] </w:t>
      </w:r>
      <w:r>
        <w:t>koi ideology nahin, positive ideology le kar nahin jeete hain log. kisi ko bhi aap survey kijiye to kisi ko nahin paein ge ke uska aik positive ideology hai, us mein jee raha hai. woh reaction mein jee raha hai, reaction mein jee raha hai.</w:t>
      </w:r>
    </w:p>
    <w:p>
      <w:pPr>
        <w:jc w:val="right"/>
      </w:pPr>
      <w:r>
        <w:t>کوئیide ology نہیں، positiveide ologyلےکرنہیںجیتےہیںلوگ ۔ کسی کوبھیآپ surveyکیجئےتوکسیکونہیںپائیںگےکہاسکاایکpositiveide ologyہے،اسمیںجیرہاہے۔وہ reactionمیںجیرہاہے،reactionمیںجیرہاہے۔</w:t>
      </w:r>
    </w:p>
    <w:p>
      <w:r>
        <w:rPr>
          <w:b/>
        </w:rPr>
        <w:t xml:space="preserve">[1:11:03] </w:t>
      </w:r>
      <w:r>
        <w:t>to hamara mission yahi hai ke logon ko is se bachayein ke reaction jeena seekho aur reaction jeena khatam karo aur positive ideology mein jeena seekho.</w:t>
      </w:r>
    </w:p>
    <w:p>
      <w:pPr>
        <w:jc w:val="right"/>
      </w:pPr>
      <w:r>
        <w:t>توہماراmissionیہیہےکہلوگوںکو اسسےبچائیں کہreaction جیناسیکھو اورreaction جیناختمکرو اور positiveide ology میںجیناسیکھو۔</w:t>
      </w:r>
    </w:p>
    <w:p>
      <w:r>
        <w:rPr>
          <w:b/>
        </w:rPr>
        <w:t xml:space="preserve">[1:11:14] </w:t>
      </w:r>
      <w:r>
        <w:t>jab positive ideology aa jaye gi to log khud hi manage kar lein ge. yeh us waqt koi masla nahin rahe ga.</w:t>
      </w:r>
    </w:p>
    <w:p>
      <w:pPr>
        <w:jc w:val="right"/>
      </w:pPr>
      <w:r>
        <w:t>جب positiveide ologyآجائےگیتولوگخودہیmanageکرلیںگے۔ یہ اسوقتکوئیمسئلہنہیںرہےگا۔</w:t>
      </w:r>
    </w:p>
    <w:p>
      <w:r>
        <w:rPr>
          <w:b/>
        </w:rPr>
        <w:t xml:space="preserve">[1:11:22] </w:t>
      </w:r>
      <w:r>
        <w:t>to yeh aaj ki duniya ke jo hain, unke unki deconditioning karni hai, unke mind ki re-engineering karni hai taake woh reaction mein jeena khatam karein aur khud apni sochi samjhi aik positive ideology mein jeena seekhein.</w:t>
      </w:r>
    </w:p>
    <w:p>
      <w:pPr>
        <w:jc w:val="right"/>
      </w:pPr>
      <w:r>
        <w:t>تو یہ آجکیدنیا کے جوہے، انکے انکی dec onditioningکرنیہے، انکے mind کی re-engineeringکرنیہے تاکہوہ reaction میںجیناختمکریں اور خود اپنیسوچی سمجھی ایک positiveide ologyمیں جینا سیکھیں۔</w:t>
      </w:r>
    </w:p>
    <w:p>
      <w:r>
        <w:rPr>
          <w:b/>
        </w:rPr>
        <w:t xml:space="preserve">[1:11:41] </w:t>
      </w:r>
      <w:r>
        <w:t>yahi hamara mission hai.</w:t>
      </w:r>
    </w:p>
    <w:p>
      <w:pPr>
        <w:jc w:val="right"/>
      </w:pPr>
      <w:r>
        <w:t>یہیہماراmissionہے۔</w:t>
      </w:r>
    </w:p>
    <w:p>
      <w:r>
        <w:rPr>
          <w:b/>
        </w:rPr>
        <w:t xml:space="preserve">[1:11:46] </w:t>
      </w:r>
      <w:r>
        <w:t>mis Sakeena Yusuf Khan ne Dilli se likha hai: "How to change negative thinking into positive thinking? How to create positivity in my life?</w:t>
      </w:r>
    </w:p>
    <w:p>
      <w:pPr>
        <w:jc w:val="right"/>
      </w:pPr>
      <w:r>
        <w:t>مس سکینہیوسف خان نے دلیسےلکھاہے: "Howto change neg ative thinking into pos itivethinking? How tocre ate pos itiv ityinmy life ?</w:t>
      </w:r>
    </w:p>
    <w:p>
      <w:r>
        <w:rPr>
          <w:b/>
        </w:rPr>
        <w:t xml:space="preserve">[1:11:58] </w:t>
      </w:r>
      <w:r>
        <w:t>Concretely, what should I do when negative thoughts come to my mind?"</w:t>
      </w:r>
    </w:p>
    <w:p>
      <w:pPr>
        <w:jc w:val="right"/>
      </w:pPr>
      <w:r>
        <w:t>Concretely, whatshouldIdo when negative thoughts come tomymind ?"</w:t>
      </w:r>
    </w:p>
    <w:p>
      <w:r>
        <w:rPr>
          <w:b/>
        </w:rPr>
        <w:t xml:space="preserve">[1:12:05] </w:t>
      </w:r>
      <w:r>
        <w:t>dekhein, is ka simple jo hal hai, woh hai result ko dekhna. bohat simple. result ko dekhna.</w:t>
      </w:r>
    </w:p>
    <w:p>
      <w:pPr>
        <w:jc w:val="right"/>
      </w:pPr>
      <w:r>
        <w:t>دیکھیں،اسکا simp le جو حلہے،وہہے result کودیکھنا۔ بہت simp le۔ Resultکودیکھنا۔</w:t>
      </w:r>
    </w:p>
    <w:p>
      <w:r>
        <w:rPr>
          <w:b/>
        </w:rPr>
        <w:t xml:space="preserve">[1:12:17] </w:t>
      </w:r>
      <w:r>
        <w:t>bahut simple hai. jaise hi aap sochenge ke jo jis tarah aap jo line of thinking aapne ikhtiyar ki hai, iska result kya hai, bas foran aap manage kar lenge.</w:t>
      </w:r>
    </w:p>
    <w:p>
      <w:pPr>
        <w:jc w:val="right"/>
      </w:pPr>
      <w:r>
        <w:t>بہتsimp leہے۔ جیسےہیآپسوچیںگے کہ جو جسطرحآپ جو line ofthinkingآپنےاختیارکیہے، اسکاresult کیاہے، بس فوراًآپ manageکرلیںگے۔</w:t>
      </w:r>
    </w:p>
    <w:p>
      <w:r>
        <w:rPr>
          <w:b/>
        </w:rPr>
        <w:t xml:space="preserve">[1:12:35] </w:t>
      </w:r>
      <w:r>
        <w:t>misalan, main ek misal doon aapko, bahut ek bahut hi interesting misal. jab main purane Dilli mein rehta tha, wahan qissa hai.</w:t>
      </w:r>
    </w:p>
    <w:p>
      <w:pPr>
        <w:jc w:val="right"/>
      </w:pPr>
      <w:r>
        <w:t>مثلاً،میںایکمثالدوںآپکو،بہت ایکبہتہی interestingمثال ۔جبمیںپرانےدلیمیںرہتاتھا، وہاںقصہہے۔</w:t>
      </w:r>
    </w:p>
    <w:p>
      <w:r>
        <w:rPr>
          <w:b/>
        </w:rPr>
        <w:t xml:space="preserve">[1:12:45] </w:t>
      </w:r>
      <w:r>
        <w:t>to wahan rickshaw chalakar tha. ab aajkal to main bahut dinon se wahan gaya nahin hoon. ab kya shakal hai, main nahin janta. to rickshaw par ek aadmi ne qissa kiya tha ke woh bombay ja raha tha interview dene ke liye.</w:t>
      </w:r>
    </w:p>
    <w:p>
      <w:pPr>
        <w:jc w:val="right"/>
      </w:pPr>
      <w:r>
        <w:t>تو وہاں رکشہچلاکرتاتھا۔ابآجکلتومیںبہت دنوںسےوہاں گیانہیں۔ ابکیا شکلہے،میں نہیںجانتا۔ تو رکشےپر ایک آدمینےقصہکیاتھاکہوہبمبےجارہاتھا انٹرویودینےکےلیے۔</w:t>
      </w:r>
    </w:p>
    <w:p>
      <w:r>
        <w:rPr>
          <w:b/>
        </w:rPr>
        <w:t xml:space="preserve">[1:13:00] </w:t>
      </w:r>
      <w:r>
        <w:t>arab se ek ek aaya tha, ek ek team aayi thi recruit karne ke liye. iske paas aaya hai ek invitation, woh ja raha tha wahan.</w:t>
      </w:r>
    </w:p>
    <w:p>
      <w:pPr>
        <w:jc w:val="right"/>
      </w:pPr>
      <w:r>
        <w:t>عربسے ایک ایک آیاتھا، ایک ایک ٹیم آئیتھی ریکروٹکرنےکےلیے۔ اسکےپاسآیاہےایک انویٹیشن ، وہجارہاتھا وہاں۔</w:t>
      </w:r>
    </w:p>
    <w:p>
      <w:r>
        <w:rPr>
          <w:b/>
        </w:rPr>
        <w:t xml:space="preserve">[1:13:11] </w:t>
      </w:r>
      <w:r>
        <w:t>to train pakad kar isne jaana tha isko. to purane Dilli mein woh rickshaw baitha, iska saathi isko safar karne ke liye wahi ja raha tha.</w:t>
      </w:r>
    </w:p>
    <w:p>
      <w:pPr>
        <w:jc w:val="right"/>
      </w:pPr>
      <w:r>
        <w:t>تو ٹرینپکڑکراسنےجاناتھااسکو۔ تو پرانےدلیمیںوہرکشہبیٹھا،اسکاساتھی اسکو سیافکرنےکےلیے وہیجارہاتھا۔</w:t>
      </w:r>
    </w:p>
    <w:p>
      <w:r>
        <w:rPr>
          <w:b/>
        </w:rPr>
        <w:t xml:space="preserve">[1:13:21] </w:t>
      </w:r>
      <w:r>
        <w:t>to us zamane mein main ladke the, peeche latak jaate the rickshaw ke peeche, latak jaate the.</w:t>
      </w:r>
    </w:p>
    <w:p>
      <w:pPr>
        <w:jc w:val="right"/>
      </w:pPr>
      <w:r>
        <w:t>تو اس زمانےمیں میں لڑکے تھے،پیچھےلٹکجاتےتھے رکشےکےپیچھے،لٹکجاتےتھے۔</w:t>
      </w:r>
    </w:p>
    <w:p>
      <w:r>
        <w:rPr>
          <w:b/>
        </w:rPr>
        <w:t xml:space="preserve">[1:13:29] </w:t>
      </w:r>
      <w:r>
        <w:t>to ek aadmi latak gaya, ek ladka latak gaya peeche. to iske dost ne isko dekha to isko marna chaha, lekin woh bhaga, woh yeh maar nahin paya.</w:t>
      </w:r>
    </w:p>
    <w:p>
      <w:pPr>
        <w:jc w:val="right"/>
      </w:pPr>
      <w:r>
        <w:t>توایکآدمیلٹکگیا،ایکلڑکالٹکگیاپیچھے۔ تواسکےدوستنےاسکودیکھا تو اسکو مارناچاہا، لیکن وہ بھ اگا،وہ یہمار نہیںپایا۔</w:t>
      </w:r>
    </w:p>
    <w:p>
      <w:r>
        <w:rPr>
          <w:b/>
        </w:rPr>
        <w:t xml:space="preserve">[1:13:41] </w:t>
      </w:r>
      <w:r>
        <w:t>to itne gusse mein tha ke utar kar ke daud kar maare. to isne ek lafz jo kaha tha, us aadmi ne jo ja raha tha interview dene ke liye: "hamara time kahan hai?</w:t>
      </w:r>
    </w:p>
    <w:p>
      <w:pPr>
        <w:jc w:val="right"/>
      </w:pPr>
      <w:r>
        <w:t>تو اتنےغصےمیںتھاکہ اترکرکے دوڑاکےمارے۔ تو اسنےایک لفظجوکہاتھا،اسآدمینےجوجارہاتھا انٹرویودینےکےلیے: "ہماراٹائمکہاںہے؟</w:t>
      </w:r>
    </w:p>
    <w:p>
      <w:r>
        <w:rPr>
          <w:b/>
        </w:rPr>
        <w:t xml:space="preserve">[1:13:54] </w:t>
      </w:r>
      <w:r>
        <w:t>hamara time kahan hai maarne ka?</w:t>
      </w:r>
    </w:p>
    <w:p>
      <w:pPr>
        <w:jc w:val="right"/>
      </w:pPr>
      <w:r>
        <w:t>ہماراٹائمکہاںہےمار نےکا؟</w:t>
      </w:r>
    </w:p>
    <w:p>
      <w:r>
        <w:rPr>
          <w:b/>
        </w:rPr>
        <w:t xml:space="preserve">[1:13:57] </w:t>
      </w:r>
      <w:r>
        <w:t>humein Asian jaana hai, gaadi pakadna hai, bombay pahunchna hai, interview dena hai, aur phir interview mein jeetne ke baad humein arab pahunchna hai. to aapka time kahan hai?" yahi formula hai ke jab bhi koi negative thought aaye to humse kaha:"ab time kahan hai?" hum tension mein, humein yeh negativity, humein tension mein le jayegi,</w:t>
      </w:r>
    </w:p>
    <w:p>
      <w:pPr>
        <w:jc w:val="right"/>
      </w:pPr>
      <w:r>
        <w:t>ہمیں ایشینجاناہے، گاڑیپکڑناہے، بمبےپہنچناہے، انٹرویودیناہے، اورپھرانٹرویومیں جیتنے کےبعدہمیںعرب پہنچناہے۔ توآپکاٹائمکہاںہے؟" یہیفارمولاہے کہجببھیکوئینیگیٹیوتھاٹآئےتوہمسےکہا:"ابٹائمکہاںہے؟" ہم ٹینشن میں ،ہمیں یہنیگیٹیوٹی،ہمیںٹینشنمیںلےجائےگی،</w:t>
      </w:r>
    </w:p>
    <w:p>
      <w:r>
        <w:rPr>
          <w:b/>
        </w:rPr>
        <w:t xml:space="preserve">[1:14:19] </w:t>
      </w:r>
      <w:r>
        <w:t>loss of an energy mein le jayegi,</w:t>
      </w:r>
    </w:p>
    <w:p>
      <w:pPr>
        <w:jc w:val="right"/>
      </w:pPr>
      <w:r>
        <w:t>لاسآفان رجی میںلےجائےگی،</w:t>
      </w:r>
    </w:p>
    <w:p>
      <w:r>
        <w:rPr>
          <w:b/>
        </w:rPr>
        <w:t xml:space="preserve">[1:14:22] </w:t>
      </w:r>
      <w:r>
        <w:t>ruin karegi hamari positivity ko. to humein itna, isko hum hum kaise afford karenge? We can't afford this luxury. main to rozana hi karta hoon, rozana kisi se mera koi ikhtilaf ho jata hai, difference foran mein kehta hoon:"you are right, I am wrong." main ispar jaata nahin hoon ke kaun sachmuch, kaun galat hai, kaun sahi hai.</w:t>
      </w:r>
    </w:p>
    <w:p>
      <w:pPr>
        <w:jc w:val="right"/>
      </w:pPr>
      <w:r>
        <w:t>روئینکرےگیہماریپازیٹیوٹیکو ۔توہمیں اتنا، اسکوہم ہمکیسےافورڈکریںگے؟ Wecan'taffordthisluxury. میں توروزانہیہیکرتاہوں، روز انہ کسیسےمیراکوئیاختلافہوجاتا ہے، ڈیفرنس فل فورمیںکہتاہوں:"یوآررائٹ،آئیایمرونگ۔" میں اسپرجاتا ہینہیںکہکونسچمچ،کونغلطہے،کون صحیحہے۔</w:t>
      </w:r>
    </w:p>
    <w:p>
      <w:r>
        <w:rPr>
          <w:b/>
        </w:rPr>
        <w:t xml:space="preserve">[1:14:46] </w:t>
      </w:r>
      <w:r>
        <w:t>"you are right, I am wrong." kyun? mera formula hai:"save yourself,</w:t>
      </w:r>
    </w:p>
    <w:p>
      <w:pPr>
        <w:jc w:val="right"/>
      </w:pPr>
      <w:r>
        <w:t>"یوآررائٹ،آئیایمرونگ۔" کیوں؟ میرافارمولاہے:"سیویورسیلف،</w:t>
      </w:r>
    </w:p>
    <w:p>
      <w:r>
        <w:rPr>
          <w:b/>
        </w:rPr>
        <w:t xml:space="preserve">[1:14:54] </w:t>
      </w:r>
      <w:r>
        <w:t>we have no other option." to jab bhi aadmi yeh soche result ko lekar ke, to foran woh apne ko, yani right track par kar lega, foran right track par kar lega.</w:t>
      </w:r>
    </w:p>
    <w:p>
      <w:pPr>
        <w:jc w:val="right"/>
      </w:pPr>
      <w:r>
        <w:t>ویہیونوادرآپشن۔ "توجب بھیآدمی یہسوچے رزلٹکولےکرکے ،تو فوراًوہ اپنےکو، یعنی رائٹٹریکپر کرلےگا، فوراً رائٹٹریکپرکرلےگا۔</w:t>
      </w:r>
    </w:p>
    <w:p>
      <w:r>
        <w:rPr>
          <w:b/>
        </w:rPr>
        <w:t xml:space="preserve">[1:15:13] </w:t>
      </w:r>
      <w:r>
        <w:t>misalan, meri ancestral, meri property hai UP mein,</w:t>
      </w:r>
    </w:p>
    <w:p>
      <w:pPr>
        <w:jc w:val="right"/>
      </w:pPr>
      <w:r>
        <w:t>مثلاً،می ری اینسٹرل ،میری پراپرٹیہے یوپیمیں،</w:t>
      </w:r>
    </w:p>
    <w:p>
      <w:r>
        <w:rPr>
          <w:b/>
        </w:rPr>
        <w:t xml:space="preserve">[1:15:20] </w:t>
      </w:r>
      <w:r>
        <w:t>to ispar main pachas barson se Dilli mein rehta hoon. to meri ek zameen par ek sahib ne qabza kar liya. to gaon ke ek sahib ne ek paas gunah guzarish thi, unhone mere paas khat likha ke:"aap aaiye, main ginke point par isko qabza dilaoonga. aapko zameen aapki hai, isne najayaz qabza kar rakha hai, aaiye.</w:t>
      </w:r>
    </w:p>
    <w:p>
      <w:pPr>
        <w:jc w:val="right"/>
      </w:pPr>
      <w:r>
        <w:t>تو اسپر میں پچاسبرسسےدلیمیںرہتاہوں۔ تومیریایکزمین پہایکصاحبنےقبضہکرلیا۔ تو گاؤںکےایکصاحبنےایکپاس گنہواکرتیتھی، انہوںنےمیرےپاسخطلکھاکہ:"آپآئیے،میں گنکےپوائنٹپراسکو قبضہدلاؤںگا۔آپکو زمین آپکیہے،اسنے ناجائزقبضہکررکھاہے،آئیے۔</w:t>
      </w:r>
    </w:p>
    <w:p>
      <w:r>
        <w:rPr>
          <w:b/>
        </w:rPr>
        <w:t xml:space="preserve">[1:15:40] </w:t>
      </w:r>
      <w:r>
        <w:t>"to maine unke khat ka jawab bhi nahin diya, na wahan gaya. main</w:t>
      </w:r>
    </w:p>
    <w:p>
      <w:pPr>
        <w:jc w:val="right"/>
      </w:pPr>
      <w:r>
        <w:t>"تو میںنےانکےخطکاجواببھینہیںدیا ، نہوہاںگیا۔ میں</w:t>
      </w:r>
    </w:p>
    <w:p>
      <w:r>
        <w:rPr>
          <w:b/>
        </w:rPr>
        <w:t xml:space="preserve">[1:15:44] </w:t>
      </w:r>
      <w:r>
        <w:t>kyun? main jaanta tha ke aaj main jaaoon, wahan ginke point par woh is zameen ko khali karayein aur mujhe de dein qabza.</w:t>
      </w:r>
    </w:p>
    <w:p>
      <w:pPr>
        <w:jc w:val="right"/>
      </w:pPr>
      <w:r>
        <w:t>کیوں ؟ میںجانتاتھاکہ آجمیںجاؤں ،وہاں گنکےپوائنٹپروہ اسزمینکوخالیکرو ائیں اورمجھےدےدیںقبضہ۔</w:t>
      </w:r>
    </w:p>
    <w:p>
      <w:r>
        <w:rPr>
          <w:b/>
        </w:rPr>
        <w:t xml:space="preserve">[1:15:52] </w:t>
      </w:r>
      <w:r>
        <w:t>main rehta hoon Dilli mein, mujhe rehna hai, aur woh wahan par case kar dega. agar woh kahe:"sahib, mere saath unhone aisa sulook kiya", to main daudta rahoonga wahan.</w:t>
      </w:r>
    </w:p>
    <w:p>
      <w:pPr>
        <w:jc w:val="right"/>
      </w:pPr>
      <w:r>
        <w:t>میںرہتاہوںدلیمیں،مجھےرہناہے، اوروہوہاںپر کیسکردےگا۔اگروہ کہ:"صاحب،میرےساتھانہوںنےایساسلوککیا"،تومیں دوڑتارہوںگاوہاں۔</w:t>
      </w:r>
    </w:p>
    <w:p>
      <w:r>
        <w:rPr>
          <w:b/>
        </w:rPr>
        <w:t xml:space="preserve">[1:16:03] </w:t>
      </w:r>
      <w:r>
        <w:t>aaye din mujhe jaana padega case dekhne ke liye.</w:t>
      </w:r>
    </w:p>
    <w:p>
      <w:pPr>
        <w:jc w:val="right"/>
      </w:pPr>
      <w:r>
        <w:t>آئےدنمجھے جاناپڑےگا کیسدیکھنےکےلیے۔</w:t>
      </w:r>
    </w:p>
    <w:p>
      <w:r>
        <w:rPr>
          <w:b/>
        </w:rPr>
        <w:t xml:space="preserve">[1:16:09] </w:t>
      </w:r>
      <w:r>
        <w:t>to maine result ko dekh kar ke maine kaha ke:"bahar bajaye zameen, mujhe is zameen ka koi matlab nahin hai. rahe na rahe, main Dilli mein jo kaam kar raha hoon, woh ismein karta rahoonga.</w:t>
      </w:r>
    </w:p>
    <w:p>
      <w:pPr>
        <w:jc w:val="right"/>
      </w:pPr>
      <w:r>
        <w:t>تو میںنےرزلٹکودیکھکرکےمیںنےکہاکہ: "باہربجائےزمین ،مجھےاسزمین کاکوئیمطلبنہیں ہے۔ رہےنہرہے، میں دلیمیںجوکامکررہاہوں، وہاسمیںکرتارہوںگا۔</w:t>
      </w:r>
    </w:p>
    <w:p>
      <w:r>
        <w:rPr>
          <w:b/>
        </w:rPr>
        <w:t xml:space="preserve">[1:16:21] </w:t>
      </w:r>
      <w:r>
        <w:t>woh zameen aaj bhi doosre qabze mein hai, mere qabze mein nahin hai.</w:t>
      </w:r>
    </w:p>
    <w:p>
      <w:pPr>
        <w:jc w:val="right"/>
      </w:pPr>
      <w:r>
        <w:t>وہ زمین آجبھیدوسرےقبضےمیںہے،میرےقبضےمیںنہیںہے۔</w:t>
      </w:r>
    </w:p>
    <w:p>
      <w:r>
        <w:rPr>
          <w:b/>
        </w:rPr>
        <w:t xml:space="preserve">[1:16:26] </w:t>
      </w:r>
      <w:r>
        <w:t>lekin mera kaam lakh farq na rukka, kaam chal raha hai." to you have to you have to see the result har cheez mein, chahe bachchon ka mamla ho, family ka mamla ho, society ka mamla ho,</w:t>
      </w:r>
    </w:p>
    <w:p>
      <w:pPr>
        <w:jc w:val="right"/>
      </w:pPr>
      <w:r>
        <w:t>لیکنمیراکام لاکھفردرکانہیں، کامچلرہاہے۔" تو youhave toyouhavetoseetheresult ہرچیز میں،چاہے بچوںکامعاملہہو،فیملیکامعاملہہو، سوسائٹیکامعاملہہو،</w:t>
      </w:r>
    </w:p>
    <w:p>
      <w:r>
        <w:rPr>
          <w:b/>
        </w:rPr>
        <w:t xml:space="preserve">[1:16:39] </w:t>
      </w:r>
      <w:r>
        <w:t>job ka ho, business ka, har jagah aapko yahi principle pakadna hai. I have to see the I have to see the result jaise hi aap sochenge, foran aap positive ho jayenge.</w:t>
      </w:r>
    </w:p>
    <w:p>
      <w:pPr>
        <w:jc w:val="right"/>
      </w:pPr>
      <w:r>
        <w:t>جابکاہو،بزنسکا، ہرجگہآپکو یہی پرنسپلکوپکڑناہے۔ Ihavetoseethe Ihave toseetheresult جیسےہیآپسوچیںگے، فوراًآپپازیٹیوہوجائیںگے۔</w:t>
      </w:r>
    </w:p>
    <w:p>
      <w:r>
        <w:rPr>
          <w:b/>
        </w:rPr>
        <w:t xml:space="preserve">[1:16:56] </w:t>
      </w:r>
      <w:r>
        <w:t>main sari zindagi yeh hi karta raha hoon, sari zindagi yeh hi karta hoon. jab main abhi chhota tha, shayad das saal ka raha hoonga, to mujhe yaad hai ke gaon mein apne ghar ke saamne main khada tha, apne darwaze par to ek ladka guzra.</w:t>
      </w:r>
    </w:p>
    <w:p>
      <w:pPr>
        <w:jc w:val="right"/>
      </w:pPr>
      <w:r>
        <w:t>میں ساریزندگی یہیکرتارہاہوں، ساریزندگی یہیکرتاہوں۔ جبمیں ابھی چھوٹاتھا، شایداٹھدسسالکارہاہوںگا، تومجھےیادہےکہگاؤںمیں اپنےگھرکےسامنےمیںکھڑاتھا،اپنےدروازےپر توایکلڑکاگزرا۔</w:t>
      </w:r>
    </w:p>
    <w:p>
      <w:r>
        <w:rPr>
          <w:b/>
        </w:rPr>
        <w:t xml:space="preserve">[1:17:13] </w:t>
      </w:r>
      <w:r>
        <w:t>to gaon ke larkay jo hain, gaali detay hain, naked gaali. to usne gaali dia usko. to agar mein bhi gaali deta usko, khuda na khwasta, to woh pathar marta mujhe,</w:t>
      </w:r>
    </w:p>
    <w:p>
      <w:pPr>
        <w:jc w:val="right"/>
      </w:pPr>
      <w:r>
        <w:t>تو گاؤںکےلڑکےجوہے، گالیدیتےہیں، نیکڈگالی۔ تو اسنے گالیدیاسکو۔ تواگر میںبھیگالیدیتااسکو،خدان خواستہ، تو وہ پتھرمارتامجھے،</w:t>
      </w:r>
    </w:p>
    <w:p>
      <w:r>
        <w:rPr>
          <w:b/>
        </w:rPr>
        <w:t xml:space="preserve">[1:17:28] </w:t>
      </w:r>
      <w:r>
        <w:t>pathar marta. mein pathar marta to woh samajh se, yaani physically, mujh se larne lagta. usko farz kijiye. to mein ne kuch bhi nahin kaha. mein ne kaha ke: "tum khud yeh karo, ghar mein chala gaya." us ne gaali di to mein: "tum khud ke ghar mein chala gaya."</w:t>
      </w:r>
    </w:p>
    <w:p>
      <w:pPr>
        <w:jc w:val="right"/>
      </w:pPr>
      <w:r>
        <w:t>پتھرمارتا۔ میںپتھرمارتاتووہمجھسے ،یعنیفزیکلی،مجھسےلڑنےلگتاہوں۔اسکوفرضکیجئے۔ تو میںنے کچھبھینہیںکہا۔میںنےکہاکہ:"تمخود یہکر،گھرمیںچلاگیا۔" اسنےگالیدی تومیں:"تمخودکےگھرمیںچلاگیا۔"</w:t>
      </w:r>
    </w:p>
    <w:p>
      <w:r>
        <w:rPr>
          <w:b/>
        </w:rPr>
        <w:t xml:space="preserve">[1:17:45] </w:t>
      </w:r>
      <w:r>
        <w:t>aik baar, aik baar kisi ne mere oopar chori ka ilzaam laga dia. unka zevar chori ho gaya tha gaon mein. to unho ne keh dia ke: "mein us waqt nojawan ki umar mein tha, yaani teen age mein tha." mein to us ko kehta ke: "zevar nikal le gaye." to mein us waqt wahan hansne laga.</w:t>
      </w:r>
    </w:p>
    <w:p>
      <w:pPr>
        <w:jc w:val="right"/>
      </w:pPr>
      <w:r>
        <w:t>ایک بار،ایکبار کسینےمیرےاوپرچوریکاالزاملگادیا۔انکا زیورچوریہوگیاتھاگاؤںمیں۔ تو انہوںنےکہادیاکہ:"میںاسوقت نوجوانیکیعمرمیںتھا، یعنی ٹین ایجمیںتھا۔"میں تواسکوکہاکہ: "زی ورنکاللےگئے۔"تومیں اسوقت وہاںہنسنےلگا۔</w:t>
      </w:r>
    </w:p>
    <w:p>
      <w:r>
        <w:rPr>
          <w:b/>
        </w:rPr>
        <w:t xml:space="preserve">[1:18:04] </w:t>
      </w:r>
      <w:r>
        <w:t>mein ne koi us se na shikayat ki, na raah barha, hansne laga.</w:t>
      </w:r>
    </w:p>
    <w:p>
      <w:pPr>
        <w:jc w:val="right"/>
      </w:pPr>
      <w:r>
        <w:t>میں نےکوئی اسے نہشکایت کی،نہراہبڑھا، ہنسنےلگا۔</w:t>
      </w:r>
    </w:p>
    <w:p>
      <w:r>
        <w:rPr>
          <w:b/>
        </w:rPr>
        <w:t xml:space="preserve">[1:18:10] </w:t>
      </w:r>
      <w:r>
        <w:t>mein to yeh hai principle of avoidance, yeh hai save yourself formula. kyun ke koi koi jo option nahin hai hamare liye.</w:t>
      </w:r>
    </w:p>
    <w:p>
      <w:pPr>
        <w:jc w:val="right"/>
      </w:pPr>
      <w:r>
        <w:t>میںتویہہے پرنسپلآفاوائیڈنس، یہہے سیویورسیلففارمولا۔ کیونکہ کوئیکوئیجو آپشننہیںہےہمارےلیے۔</w:t>
      </w:r>
    </w:p>
    <w:p>
      <w:r>
        <w:rPr>
          <w:b/>
        </w:rPr>
        <w:t xml:space="preserve">[1:18:21] </w:t>
      </w:r>
      <w:r>
        <w:t>us ka jo log us ko apply follow nahin karein, to kya karein? tension mein jeeyenge. to tension se bari cheez koi nahin hai.</w:t>
      </w:r>
    </w:p>
    <w:p>
      <w:pPr>
        <w:jc w:val="right"/>
      </w:pPr>
      <w:r>
        <w:t>اسکا جولوگ اسکو اپلائی فالونہکریں،تو کیاکریں؟ٹینشنمیںجئیںگے۔ توٹینشن سےبری چیزکوئینہیںہے۔</w:t>
      </w:r>
    </w:p>
    <w:p>
      <w:r>
        <w:rPr>
          <w:b/>
        </w:rPr>
        <w:t xml:space="preserve">[1:18:31] </w:t>
      </w:r>
      <w:r>
        <w:t>sab se bari cheez jo hai, woh mental tension hai. is ki wajah se sehat kharab hoti hai, soch kharab hoti hai, neend nahin aati,</w:t>
      </w:r>
    </w:p>
    <w:p>
      <w:pPr>
        <w:jc w:val="right"/>
      </w:pPr>
      <w:r>
        <w:t>سبسے بریچیزجوہے،وہمینٹلٹینشنہے۔ اسکیوجہسے صحتخرابہوتیہے، سوچخرابہوتیہے، نیندنہیںآتی،</w:t>
      </w:r>
    </w:p>
    <w:p>
      <w:r>
        <w:rPr>
          <w:b/>
        </w:rPr>
        <w:t xml:space="preserve">[1:18:39] </w:t>
      </w:r>
      <w:r>
        <w:t>kya kya bimariyan paida hoti hain. to apne ko hum kyun kisi doosre ke liye apne ko tension mein mubtala karein?</w:t>
      </w:r>
    </w:p>
    <w:p>
      <w:pPr>
        <w:jc w:val="right"/>
      </w:pPr>
      <w:r>
        <w:t>کیا کیابیماریاںپیدا ہوتیہیں۔ تو اپنےکوہمکیوں کسی دوسرےکےلیے اپنےکوٹینشنمیںمبتلاکریں؟</w:t>
      </w:r>
    </w:p>
    <w:p>
      <w:r>
        <w:rPr>
          <w:b/>
        </w:rPr>
        <w:t xml:space="preserve">[1:18:49] </w:t>
      </w:r>
      <w:r>
        <w:t>to mera formula yahi hai, yeh Islam mein bataya hai, yeh Quran mein bataya hai ke: "Khuda ke khane mein daal do, apne khane mein mat lo us ko." abhi abhi hamare aik aik saathi thay,</w:t>
      </w:r>
    </w:p>
    <w:p>
      <w:pPr>
        <w:jc w:val="right"/>
      </w:pPr>
      <w:r>
        <w:t>تو میرافار مولایہیہے، یہ اسلام میںبتایاہے، یہقرآنمیںبتایاہے کہ: "خداکےخانےمیںڈالدو، اپنےخانےمیںمت لواسکو۔" ابھی ابھیہمارےایک ایک ساتھیتھے،</w:t>
      </w:r>
    </w:p>
    <w:p>
      <w:r>
        <w:rPr>
          <w:b/>
        </w:rPr>
        <w:t xml:space="preserve">[1:19:04] </w:t>
      </w:r>
      <w:r>
        <w:t>to un ko mein, mein ne insano ko categorize kar</w:t>
      </w:r>
    </w:p>
    <w:p>
      <w:pPr>
        <w:jc w:val="right"/>
      </w:pPr>
      <w:r>
        <w:t>توانکومیں، میںنے انسان وںکو کیٹگرائزکر</w:t>
      </w:r>
    </w:p>
    <w:p>
      <w:r>
        <w:rPr>
          <w:b/>
        </w:rPr>
        <w:t xml:space="preserve">[1:19:08] </w:t>
      </w:r>
      <w:r>
        <w:t>rakha hai: category A, category B, category C. yaani yaani koi kaghaz paper pe nahin likha, yaani mere mind mein rehta hai.</w:t>
      </w:r>
    </w:p>
    <w:p>
      <w:pPr>
        <w:jc w:val="right"/>
      </w:pPr>
      <w:r>
        <w:t>رکھاہے:کیٹگری اے،کیٹگری بی،کیٹگری سی۔ یعنییعنی کوئی کاغذ پی پرمیںنہیںلکھا، یعنیمیرےمائنڈمیںرہتاہے۔</w:t>
      </w:r>
    </w:p>
    <w:p>
      <w:r>
        <w:rPr>
          <w:b/>
        </w:rPr>
        <w:t xml:space="preserve">[1:19:17] </w:t>
      </w:r>
      <w:r>
        <w:t>to aik saahib thay, un ko mein ne category A mein le rakha tha. to unho ne aik bohat galat, aik aik un se mujhe experience hua ke jo mein expect nahin karta tha.</w:t>
      </w:r>
    </w:p>
    <w:p>
      <w:pPr>
        <w:jc w:val="right"/>
      </w:pPr>
      <w:r>
        <w:t>توایکصاحبتھے،انکو میںنےکیٹگریاےمیںلےرکھاتھا۔ توانہوںنےایکبہت غلط، ایک ایک انسےمجھےایکسپیرینسہوا کہجوکہمیںایکسپیکٹنہیںکرتاتھا۔</w:t>
      </w:r>
    </w:p>
    <w:p>
      <w:r>
        <w:rPr>
          <w:b/>
        </w:rPr>
        <w:t xml:space="preserve">[1:19:30] </w:t>
      </w:r>
      <w:r>
        <w:t>lekin aap yaqeen kijiye ke mein aik second bhi, mein ne apne mind mein kuch woh, yaani tension nahin lia.</w:t>
      </w:r>
    </w:p>
    <w:p>
      <w:pPr>
        <w:jc w:val="right"/>
      </w:pPr>
      <w:r>
        <w:t>لیکن آپیقینکیجئےکہمیں ایک سیکنڈبھی،میںنےاپنےمائنڈمیں کچھ وہ ،یعنی ٹینشننہیںلیا۔</w:t>
      </w:r>
    </w:p>
    <w:p>
      <w:r>
        <w:rPr>
          <w:b/>
        </w:rPr>
        <w:t xml:space="preserve">[1:19:37] </w:t>
      </w:r>
      <w:r>
        <w:t>ful for mein ne kya kiya? category A se nikaal ke woh category B mein daal dia. bas bas, itna hi kiya mein ne. yaani aik second pehle tak meri list mein woh category A mein thay, ab mein ne woh category B mein daal dia.</w:t>
      </w:r>
    </w:p>
    <w:p>
      <w:pPr>
        <w:jc w:val="right"/>
      </w:pPr>
      <w:r>
        <w:t>فل فورمیںنےکیا کیا؟ کیٹگری اےسےنکالکے وہکیٹگری بیمیںڈالدیا۔بس بس ،اتناہیکیامیںنے۔ یعنیایکسیکنڈپہلے تک میری لسٹ میںوہکیٹگری اےمیںتھے، ابمیںنےوہکیٹگری بیمیںڈالدیا۔</w:t>
      </w:r>
    </w:p>
    <w:p>
      <w:r>
        <w:rPr>
          <w:b/>
        </w:rPr>
        <w:t xml:space="preserve">[1:19:51] </w:t>
      </w:r>
      <w:r>
        <w:t>baat khatam ho gayi. to har aadmi ko yeh hi karna hai ke woh management karna seekhe, art of management.</w:t>
      </w:r>
    </w:p>
    <w:p>
      <w:pPr>
        <w:jc w:val="right"/>
      </w:pPr>
      <w:r>
        <w:t>باتختمہوگئی۔ تو ہرآدمیکو یہیکرناہےکہوہ مینجمنٹکرناسیکھے، آرٹآف مینجمنٹ۔</w:t>
      </w:r>
    </w:p>
    <w:p>
      <w:r>
        <w:rPr>
          <w:b/>
        </w:rPr>
        <w:t xml:space="preserve">[1:20:03] </w:t>
      </w:r>
      <w:r>
        <w:t>kyun ke hamare paas option nahin, doosra koi.</w:t>
      </w:r>
    </w:p>
    <w:p>
      <w:pPr>
        <w:jc w:val="right"/>
      </w:pPr>
      <w:r>
        <w:t>کیونکہہمارےپاسآپشننہیں،دوسراکوئی۔</w:t>
      </w:r>
    </w:p>
    <w:p>
      <w:r>
        <w:rPr>
          <w:b/>
        </w:rPr>
        <w:t xml:space="preserve">[1:20:07] </w:t>
      </w:r>
      <w:r>
        <w:t>tension liye rehna, apne ko sad rakhna, aur apna nuksan kya hoga? personality development nahin hoga, intellectual development nahin hoga.</w:t>
      </w:r>
    </w:p>
    <w:p>
      <w:pPr>
        <w:jc w:val="right"/>
      </w:pPr>
      <w:r>
        <w:t>ٹینشن لیے رہنا، اپنے کو سیڈرکھنا، اور اپنا کانقصانکیاہوگا؟ پرسنیلٹیڈیویلپمنٹنہیںہوگا، انٹلیکچولڈیویلپمنٹنہیںہوگا۔</w:t>
      </w:r>
    </w:p>
    <w:p>
      <w:r>
        <w:rPr>
          <w:b/>
        </w:rPr>
        <w:t xml:space="preserve">[1:20:20] </w:t>
      </w:r>
      <w:r>
        <w:t>is duniya mein sab se bari cheez to yeh lene ki hai, intellectual development. is se hum marhoom ho jaate hain.</w:t>
      </w:r>
    </w:p>
    <w:p>
      <w:pPr>
        <w:jc w:val="right"/>
      </w:pPr>
      <w:r>
        <w:t>اسدنیا میں سبسےبڑیچیزتویہیلینےکیہے،انٹلیکچولڈیویلپمنٹ۔اسیسےہممرحومہوجاتےہیں۔</w:t>
      </w:r>
    </w:p>
    <w:p>
      <w:r>
        <w:rPr>
          <w:b/>
        </w:rPr>
        <w:t xml:space="preserve">[1:20:29] </w:t>
      </w:r>
      <w:r>
        <w:t>to yahi formula hai Quran mein, Hadees mein, aur Islam mein.</w:t>
      </w:r>
    </w:p>
    <w:p>
      <w:pPr>
        <w:jc w:val="right"/>
      </w:pPr>
      <w:r>
        <w:t>تو یہی فارمولاہے قرآنمیں ،حدیثمیں، اور اسلام میں۔</w:t>
      </w:r>
    </w:p>
    <w:p>
      <w:r>
        <w:rPr>
          <w:b/>
        </w:rPr>
        <w:t xml:space="preserve">[1:20:36] </w:t>
      </w:r>
      <w:r>
        <w:t>is ke siwa koi doosra formula nahin hai, nahin hai. koi doosra formula nahin. aik mein, aik aik is sab, aik bohat dilchasp aik aik tajurba hai ke mein gaya wahan par America.</w:t>
      </w:r>
    </w:p>
    <w:p>
      <w:pPr>
        <w:jc w:val="right"/>
      </w:pPr>
      <w:r>
        <w:t>اسکےسواکوئیدوسرافارمولانہیں ہے،ہینہیں ۔ کوئیدوسرافارمولانہیں۔ ایک میں،ایکایک اسسب ،ایک بہت دلچسپایک ایکتجربہہے کہمیںگیا وہاںپر امریک ہ۔</w:t>
      </w:r>
    </w:p>
    <w:p>
      <w:r>
        <w:rPr>
          <w:b/>
        </w:rPr>
        <w:t xml:space="preserve">[1:20:53] </w:t>
      </w:r>
      <w:r>
        <w:t>aik saahib ne mujhe apne ghar rakha. to mein ne dekha ke America mein aik hi aadmi mein bohat do qism milaaon. mein wahan par, mein 13 baar gaya hoon.</w:t>
      </w:r>
    </w:p>
    <w:p>
      <w:pPr>
        <w:jc w:val="right"/>
      </w:pPr>
      <w:r>
        <w:t>ایکصاحبنےمجھےاپنےگھررکھا۔ تو میںنےدیکھاکہامریک ہمیںایکہیآدمیمیںبہت دوستملاہوں۔میں وہاںپر ،میں 13بارگیاہوں۔</w:t>
      </w:r>
    </w:p>
    <w:p>
      <w:r>
        <w:rPr>
          <w:b/>
        </w:rPr>
        <w:t xml:space="preserve">[1:21:04] </w:t>
      </w:r>
      <w:r>
        <w:t>to aik hi aadmi mein ne dekha ke woh tension free rehta tha, woh tension free. un hi ke haan thehra tha mein. mein ne sab tension mein, sab tension mein, sab tension mein.</w:t>
      </w:r>
    </w:p>
    <w:p>
      <w:pPr>
        <w:jc w:val="right"/>
      </w:pPr>
      <w:r>
        <w:t>توایکہیآدمیمیںنے دیکھاکہ وہٹینشنفریرہتاتھا،وہ ٹینشن فری۔ انہیکےہاںٹھہراتھامیں۔ میںنےسب ٹینشنمیں،سبٹینشنمیں،سبٹینشنمیں۔</w:t>
      </w:r>
    </w:p>
    <w:p>
      <w:r>
        <w:rPr>
          <w:b/>
        </w:rPr>
        <w:t xml:space="preserve">[1:21:17] </w:t>
      </w:r>
      <w:r>
        <w:t>to mein read karne laga ke woh tension free kaise bane rehte hain. woh</w:t>
      </w:r>
    </w:p>
    <w:p>
      <w:pPr>
        <w:jc w:val="right"/>
      </w:pPr>
      <w:r>
        <w:t>تو میں ریڈکرنےلگاکہوہ ٹینشنفریکیسےبنےرہتےہیں۔وہ</w:t>
      </w:r>
    </w:p>
    <w:p>
      <w:r>
        <w:rPr>
          <w:b/>
        </w:rPr>
        <w:t xml:space="preserve">[1:21:24] </w:t>
      </w:r>
      <w:r>
        <w:t>to aik din aik aadmi aaya us se milne ke liye. mujhe kuch shikayatein hain ke yeh falan aadmi aap ko bura batata hai, falan aadmi aap par yeh aisa aisa kehta hai ke woh aise hain, woh aise hain, kuch ulti baatain.</w:t>
      </w:r>
    </w:p>
    <w:p>
      <w:pPr>
        <w:jc w:val="right"/>
      </w:pPr>
      <w:r>
        <w:t>تو ایکدن ایکآدمی آیا اسسےملنےکےلیے۔ مجھےکوئیشکایتیںہیںکہ یہفلاںآدمیآپکو برابتاتاہے، فلاںآدمیآپپر یہایساایسا کہتاہےکہوہایسےہیں،وہایسےہیں، کچھالٹیباتیں۔</w:t>
      </w:r>
    </w:p>
    <w:p>
      <w:r>
        <w:rPr>
          <w:b/>
        </w:rPr>
        <w:t xml:space="preserve">[1:21:37] </w:t>
      </w:r>
      <w:r>
        <w:t>to sun ke yeh sunte rahe, kuch bole nahin. to us ne kaha ke mein aap ko batata hoon ke falan aadmi aap ko aisa aisa kehta hai, aur aap aap kuch bol nahin rahe hain.</w:t>
      </w:r>
    </w:p>
    <w:p>
      <w:pPr>
        <w:jc w:val="right"/>
      </w:pPr>
      <w:r>
        <w:t>توسن کے یہسنتےرہے،کچھبولےنہیں۔ تواسنےکہاکہ میںآپکوبتاتاہوںکہفلاںآدمیآپکو ایساایساکہتاہے،اورآپ آپ کچھ بول نہیںرہے۔</w:t>
      </w:r>
    </w:p>
    <w:p>
      <w:r>
        <w:rPr>
          <w:b/>
        </w:rPr>
        <w:t xml:space="preserve">[1:21:46] </w:t>
      </w:r>
      <w:r>
        <w:t>toobah tumaansay unhonnay kaha: "yahan ka problem hai, mera problem to nahin .</w:t>
      </w:r>
    </w:p>
    <w:p>
      <w:pPr>
        <w:jc w:val="right"/>
      </w:pPr>
      <w:r>
        <w:t>توبہت اطمینانسےانہوںنےکہا: "یہانکاپرابلمہے، میراپرابلمتونہیں ۔</w:t>
      </w:r>
    </w:p>
    <w:p>
      <w:r>
        <w:rPr>
          <w:b/>
        </w:rPr>
        <w:t xml:space="preserve">[1:21:55] </w:t>
      </w:r>
      <w:r>
        <w:t>""yahan ka problem hai, mera problem to nahin ." yeh yeh tha unka simple formula manage karnay ka . to mainnay un say baat ki, to unhonnay kaha kay aap hi akelay aisay milay hain mujhay america mein, aur to koi aisa mila nahin .</w:t>
      </w:r>
    </w:p>
    <w:p>
      <w:pPr>
        <w:jc w:val="right"/>
      </w:pPr>
      <w:r>
        <w:t>""یہانکاپرابلمہے، میراپرابلمتونہیں ۔" یہ یہ تھاانکا سمپلفار مولا مینجکرنےکا ۔ تو میںنےانسےباتکی،توانہوںنےکہاکہ آپ ہیاکیلےایسےملےہیںمجھےامریکہمیں،اورتوکوئیایساملانہیں۔</w:t>
      </w:r>
    </w:p>
    <w:p>
      <w:r>
        <w:rPr>
          <w:b/>
        </w:rPr>
        <w:t xml:space="preserve">[1:22:11] </w:t>
      </w:r>
      <w:r>
        <w:t>to unhonnay hastay huay kaha kay:"god almighty made me and threw the mold away .</w:t>
      </w:r>
    </w:p>
    <w:p>
      <w:pPr>
        <w:jc w:val="right"/>
      </w:pPr>
      <w:r>
        <w:t>تو انہوںنےہنستےہوئےکہا کہ:"گاڈ الم ائٹی میڈمی اینڈتھرودامولڈاوے۔</w:t>
      </w:r>
    </w:p>
    <w:p>
      <w:r>
        <w:rPr>
          <w:b/>
        </w:rPr>
        <w:t xml:space="preserve">[1:22:21] </w:t>
      </w:r>
      <w:r>
        <w:t>""god almighty made me and threw the mold away ."</w:t>
      </w:r>
    </w:p>
    <w:p>
      <w:pPr>
        <w:jc w:val="right"/>
      </w:pPr>
      <w:r>
        <w:t>""گاڈالم ائٹی میڈمی اینڈتھرودامولڈاوے۔"</w:t>
      </w:r>
    </w:p>
    <w:p>
      <w:r>
        <w:rPr>
          <w:b/>
        </w:rPr>
        <w:t xml:space="preserve">[1:22:25] </w:t>
      </w:r>
      <w:r>
        <w:t>to hum mein say har shakhs ko aisay hi banna hai, kyun kay doosra koi option nahin hamaray liay .</w:t>
      </w:r>
    </w:p>
    <w:p>
      <w:pPr>
        <w:jc w:val="right"/>
      </w:pPr>
      <w:r>
        <w:t>توہممیںسےہرشخص کوایسےہیبنناہے، کیونکہ دوسراکوئیآپشننہیںہمارےلیے۔</w:t>
      </w:r>
    </w:p>
    <w:p>
      <w:r>
        <w:rPr>
          <w:b/>
        </w:rPr>
        <w:t xml:space="preserve">[1:22:33] </w:t>
      </w:r>
      <w:r>
        <w:t>mister munt jab akbar nay chennai say likha hai: "in spiritual message of february 2 011 and article named 'one event to results 'talk about europe wanted to defeat muslims and hence they learned muslims advanced scientific knowledge .</w:t>
      </w:r>
    </w:p>
    <w:p>
      <w:pPr>
        <w:jc w:val="right"/>
      </w:pPr>
      <w:r>
        <w:t>مسٹر منت جباکبرنے چنئیسےلکھاہے: "انسپرچ ولمیسج آف فروری 2 011 اینڈآرٹیکلنیمڈ 'ون ایونٹ ٹورزلٹس 'ٹاکاباؤٹ یورپ وانٹڈٹوڈیفیٹمسلمز اینڈہینسدےلرنڈ مسلمز ایڈوانسسائنٹیفکنالج۔</w:t>
      </w:r>
    </w:p>
    <w:p>
      <w:r>
        <w:rPr>
          <w:b/>
        </w:rPr>
        <w:t xml:space="preserve">[1:22:55] </w:t>
      </w:r>
      <w:r>
        <w:t>the article suggests that the two issues also do exactly what europe did with muslims . this suggestion seems to me to create a negative personality since it sounds like the same approach as with our syed qutb approach towards islam's supremacy .</w:t>
      </w:r>
    </w:p>
    <w:p>
      <w:pPr>
        <w:jc w:val="right"/>
      </w:pPr>
      <w:r>
        <w:t>داآرٹیکلسجیسٹدیٹویشوڈالسوڈوایگزیکٹلیواٹ یورپڈیڈودمسلمز۔ دسسجیشنسیمزٹومی ٹوکریٹانیگیٹیوپرسن یلٹی سنساٹساؤنڈزلائکدا سیم اپروچایز مود ودی اور سید قطباپروچٹوورکٹورڈزاسلام ک سپریمیسی۔</w:t>
      </w:r>
    </w:p>
    <w:p>
      <w:r>
        <w:rPr>
          <w:b/>
        </w:rPr>
        <w:t xml:space="preserve">[1:23:14] </w:t>
      </w:r>
      <w:r>
        <w:t>can you please explain this what it means?" explain karna kiya hai? yeh galat hai . yeh base mein kay keh sakta hoon?</w:t>
      </w:r>
    </w:p>
    <w:p>
      <w:pPr>
        <w:jc w:val="right"/>
      </w:pPr>
      <w:r>
        <w:t>کینیوپلیزایکسپلیندس واٹاٹمینز؟" ایکسپلینکرناکیاہے؟یہغلطہے۔یہبسمیں کیاکہہسکتاہوں؟</w:t>
      </w:r>
    </w:p>
    <w:p>
      <w:r>
        <w:rPr>
          <w:b/>
        </w:rPr>
        <w:t xml:space="preserve">[1:23:22] </w:t>
      </w:r>
      <w:r>
        <w:t>supremacy ka concept hi galat hai, yani political supremacy . aaj kay saaray musalmanon ko sochain, yeh koi samajhtay hain kay hum abhi mein aik article parha hoon, aik muslim ka . is mein likha tha kay musalman jo hain, vicegerent hain, yani khuda kay naib hain . zameen par unhain khuda ki taraf say dunya mein hukoomat karnay ka haq hai .</w:t>
      </w:r>
    </w:p>
    <w:p>
      <w:pPr>
        <w:jc w:val="right"/>
      </w:pPr>
      <w:r>
        <w:t>سپریمیسیکاکانسیپٹہیغلطہے، یعنیپولیٹیکلسپریمیسی۔ آجکےسارےمسلمانوںکوسوچیں،یہ کوئیسمجھتےہیںکہہم ابھیمیں ایکآرٹیکلپڑھاہوں،ایکمس لمانکا ۔اسمیںلکھاتھاکہ مسلمانجوہیں،وائسجرنٹہیں، یعنی خداکےنائبہیں۔زمین پرانہیں خداکیطرفسے دنیا میںحکومت کرنے کاحق ہے۔</w:t>
      </w:r>
    </w:p>
    <w:p>
      <w:r>
        <w:rPr>
          <w:b/>
        </w:rPr>
        <w:t xml:space="preserve">[1:23:44] </w:t>
      </w:r>
      <w:r>
        <w:t>vicegerent of god, yani we are vicegerent of god . yeh bilkul, yani mein is ko madness samajhta hoon . madness</w:t>
      </w:r>
    </w:p>
    <w:p>
      <w:pPr>
        <w:jc w:val="right"/>
      </w:pPr>
      <w:r>
        <w:t>وائسجرنٹآفگاڈ،یعنیویآر وائسجرنٹآفگاڈ۔ یہبالکل ،یعنیمیںاسکو مائڈنسسمجھتاہوں۔مائڈنس</w:t>
      </w:r>
    </w:p>
    <w:p>
      <w:r>
        <w:rPr>
          <w:b/>
        </w:rPr>
        <w:t xml:space="preserve">[1:23:52] </w:t>
      </w:r>
      <w:r>
        <w:t>kuch bhi haqeeqat scan nahin hai . dekhiay, islam ka, islam ki jo mein nay paaya hai, sab say bari baat woh modesty hai, woh superiority nahin hai .</w:t>
      </w:r>
    </w:p>
    <w:p>
      <w:pPr>
        <w:jc w:val="right"/>
      </w:pPr>
      <w:r>
        <w:t>کچھبھیحقیقتاسکینہیںہے۔ دیکھیے،اسلام کا ،اسلام کیجو وہمیںنےپایاہے، سبسےبڑیبات وہماڈیسٹیہے، وہ سپیریٹینہیںہے۔</w:t>
      </w:r>
    </w:p>
    <w:p>
      <w:r>
        <w:rPr>
          <w:b/>
        </w:rPr>
        <w:t xml:space="preserve">[1:24:05] </w:t>
      </w:r>
      <w:r>
        <w:t>superiority ka, superiority ka jo ehsaas hai, woh bilkul batil hai, woh jahiliyat hai, woh kufr say bhi barah hai .</w:t>
      </w:r>
    </w:p>
    <w:p>
      <w:pPr>
        <w:jc w:val="right"/>
      </w:pPr>
      <w:r>
        <w:t>سپیریٹیکام ، سپیری ٹیکاجو احساسہے، وہ بالکل باطلہے،وہ جاہلیتہے،وہ کفر سےبھی براہے۔</w:t>
      </w:r>
    </w:p>
    <w:p>
      <w:r>
        <w:rPr>
          <w:b/>
        </w:rPr>
        <w:t xml:space="preserve">[1:24:16] </w:t>
      </w:r>
      <w:r>
        <w:t>sab say bari jo insaan ki sifat hai, woh hai modesty . modesty, modesty, superiority nahin .</w:t>
      </w:r>
    </w:p>
    <w:p>
      <w:pPr>
        <w:jc w:val="right"/>
      </w:pPr>
      <w:r>
        <w:t>سبسےبڑیجو انسان کیصفتہے،وہہےماڈیسٹی۔ماڈیسٹی،ماڈیسٹی، سپیریٹینہیں۔</w:t>
      </w:r>
    </w:p>
    <w:p>
      <w:r>
        <w:rPr>
          <w:b/>
        </w:rPr>
        <w:t xml:space="preserve">[1:24:22] </w:t>
      </w:r>
      <w:r>
        <w:t>is ki philosophy bana rakhi hai logon nay . to mein kiya karoon? aap is ki philosophy ko kyun ahmiyat detay hain? is ko daaliay gadi khanay mein, daal dijiyay .</w:t>
      </w:r>
    </w:p>
    <w:p>
      <w:pPr>
        <w:jc w:val="right"/>
      </w:pPr>
      <w:r>
        <w:t>اسکی فلاسفیبنارکھیہےلوگوںنے۔ تومیںکیاکروں؟آپ اسکیفلاسفیکوکیوںآپ اہمیتدیتےہیں؟اسکو ڈالی ے گدیخانےمیں،ڈالدیجئے۔</w:t>
      </w:r>
    </w:p>
    <w:p>
      <w:r>
        <w:rPr>
          <w:b/>
        </w:rPr>
        <w:t xml:space="preserve">[1:24:32] </w:t>
      </w:r>
      <w:r>
        <w:t>islam ki jo hadees mein aata hai kay:"man tawada' rafa' Allah" , yani khuda nay is dunya mein saari jo cheezain rakhi hain, blessing, woh modesty par rakhi hain . modesty par"</w:t>
      </w:r>
    </w:p>
    <w:p>
      <w:pPr>
        <w:jc w:val="right"/>
      </w:pPr>
      <w:r>
        <w:t>اسلام کیجو حدیثمیںآتاہےکہ:"منتواضع رفع اللہ" ،یعنیخدانےاسدنیامیں ساری جو چیزیںرکھیہیں،بلیسنگ،وہ ماڈیسٹیپررکھیہے۔ماڈیسٹیپر"</w:t>
      </w:r>
    </w:p>
    <w:p>
      <w:r>
        <w:rPr>
          <w:b/>
        </w:rPr>
        <w:t xml:space="preserve">[1:24:44] </w:t>
      </w:r>
      <w:r>
        <w:t>man tawada' rafa' Allah" aur yeh pride, apna pride establish karna, apnay ko superior saabit karna aur political role qaim karna, yeh sab khurafaat hain .</w:t>
      </w:r>
    </w:p>
    <w:p>
      <w:pPr>
        <w:jc w:val="right"/>
      </w:pPr>
      <w:r>
        <w:t>من تواضع رفع اللہ" اور یہ پرائیڈ،اپناپرائیڈاسٹیبلشکرنا، اپنےکوسپریئرثابتکرنا اور پولیٹیکل رولقائمکرنا،یہسب خرافاتہیں۔</w:t>
      </w:r>
    </w:p>
    <w:p>
      <w:r>
        <w:rPr>
          <w:b/>
        </w:rPr>
        <w:t xml:space="preserve">[1:24:56] </w:t>
      </w:r>
      <w:r>
        <w:t>is ka islam say koi ta'alluq nahin hai .</w:t>
      </w:r>
    </w:p>
    <w:p>
      <w:pPr>
        <w:jc w:val="right"/>
      </w:pPr>
      <w:r>
        <w:t>اسکااسلام سےکوئیتعلقنہیںہے۔</w:t>
      </w:r>
    </w:p>
    <w:p>
      <w:r>
        <w:rPr>
          <w:b/>
        </w:rPr>
        <w:t xml:space="preserve">[1:25:01] </w:t>
      </w:r>
      <w:r>
        <w:t>molana abdul basir omar nay doha, qatar say likha hai: "molana, hadees mein hai kay shaitan khoon ki tarah insaan ki ragoon mein daur raha hai .</w:t>
      </w:r>
    </w:p>
    <w:p>
      <w:pPr>
        <w:jc w:val="right"/>
      </w:pPr>
      <w:r>
        <w:t>مول اناعبد الب اسطعمرینے دوحہ،قطرسےلکھاہے: "مول انا، حدیثمیں ہے کہ شیطان خونکیطرح انسان کیرگوںمیںدوڑرہاہے۔</w:t>
      </w:r>
    </w:p>
    <w:p>
      <w:r>
        <w:rPr>
          <w:b/>
        </w:rPr>
        <w:t xml:space="preserve">[1:25:12] </w:t>
      </w:r>
      <w:r>
        <w:t>is</w:t>
      </w:r>
    </w:p>
    <w:p>
      <w:pPr>
        <w:jc w:val="right"/>
      </w:pPr>
      <w:r>
        <w:t>اس</w:t>
      </w:r>
    </w:p>
    <w:p>
      <w:r>
        <w:rPr>
          <w:b/>
        </w:rPr>
        <w:t xml:space="preserve">[1:25:13] </w:t>
      </w:r>
      <w:r>
        <w:t>ka matlab kiya hai aur kaisay hum apnay aap ko is say bacha saktay hain aur is ko pehchan saktay hain ? is kay baray mein bataein ." dekhen, shaitan jo hai, is ko Allah ta'ala nay yeh power diya hai kay woh hamari soch mein dakhil ho jaye .</w:t>
      </w:r>
    </w:p>
    <w:p>
      <w:pPr>
        <w:jc w:val="right"/>
      </w:pPr>
      <w:r>
        <w:t>کا مطلب کیا ہے اور کیسےہم اپنے آپ کو اسسےبچاسکتےہیں اور اسکو پہچانسکتےہیں ؟ اسکےبارےمیںبت ائیں۔" دیکھیں،شیطان جوہے، اسکو اللہ تعالینےیہپاوردیاہےکہوہ ہماری سوچمیںداخلہوجائے۔</w:t>
      </w:r>
    </w:p>
    <w:p>
      <w:r>
        <w:rPr>
          <w:b/>
        </w:rPr>
        <w:t xml:space="preserve">[1:25:31] </w:t>
      </w:r>
      <w:r>
        <w:t>khoon mein dornay kay ma'ani hain kay soch mein dakhil ho jaye, yani hamari soch ko prasar dalay . woh soch par asar dalay</w:t>
      </w:r>
    </w:p>
    <w:p>
      <w:pPr>
        <w:jc w:val="right"/>
      </w:pPr>
      <w:r>
        <w:t>خونمیںدوڑنےکےمعنیہیںکہسوچمیںداخلہوجائے، یعنیہماریسوچکو پراثرڈالے۔وہ سوچپراثرڈالے</w:t>
      </w:r>
    </w:p>
    <w:p>
      <w:r>
        <w:rPr>
          <w:b/>
        </w:rPr>
        <w:t xml:space="preserve">[1:25:42] </w:t>
      </w:r>
      <w:r>
        <w:t>to humain is say bachnay kay tareeqay dekhen, yeh hai kay insaan kay andar do faculty hain: aik hai negative, aik hai positive . dono faculty hain .</w:t>
      </w:r>
    </w:p>
    <w:p>
      <w:pPr>
        <w:jc w:val="right"/>
      </w:pPr>
      <w:r>
        <w:t>توہمیںاسسے بچنےکےطریقہدیکھیں،یہہے کہ انسان کےاندردوفیکلٹیہیں: ایک ہے نیگیٹیو،ایکہےپازیٹیو۔دونوںفیکلٹیہیں۔</w:t>
      </w:r>
    </w:p>
    <w:p>
      <w:r>
        <w:rPr>
          <w:b/>
        </w:rPr>
        <w:t xml:space="preserve">[1:25:53] </w:t>
      </w:r>
      <w:r>
        <w:t>negativity jo hai, woh ego ka part hai aur positivity jo hai, consciousness ka part hai . to negativity jo hai, woh sach poochain to shaitan ka entry point hai .</w:t>
      </w:r>
    </w:p>
    <w:p>
      <w:pPr>
        <w:jc w:val="right"/>
      </w:pPr>
      <w:r>
        <w:t>نیگیٹیوٹیجوہے،وہ ایگوکاپارٹہے اورپازیٹیوٹیجوہے، کانشیسنسکاپارٹہے۔ تو نیگیٹیوٹیجوہے، وہ سچپوچھیں تو شیطانکاانٹریپوائنٹہے۔</w:t>
      </w:r>
    </w:p>
    <w:p>
      <w:r>
        <w:rPr>
          <w:b/>
        </w:rPr>
        <w:t xml:space="preserve">[1:26:08] </w:t>
      </w:r>
      <w:r>
        <w:t>ego jo hai, woh shaitan ka entry point hai aur consciousness farishtay ka entry point hai . to jab bhi aap kay andar koi negative thought aa jaye to samjhen kay shaitan ghus gaya .</w:t>
      </w:r>
    </w:p>
    <w:p>
      <w:pPr>
        <w:jc w:val="right"/>
      </w:pPr>
      <w:r>
        <w:t>ایگوجوہے،وہشیطانکاانٹریپوائنٹہے اورکان شیسنس فرشتےکاانٹریپوائنٹہے۔ تو جب بھیآپ کےاندر کوئی نیگیٹیوتھاٹآجائے تو سمجھیںکہ شیطان گھسگیا۔</w:t>
      </w:r>
    </w:p>
    <w:p>
      <w:r>
        <w:rPr>
          <w:b/>
        </w:rPr>
        <w:t xml:space="preserve">[1:26:23] </w:t>
      </w:r>
      <w:r>
        <w:t>shaitan ko aapnay entry point jo tha, aap ka wahan say woh dakhil ho gaya .</w:t>
      </w:r>
    </w:p>
    <w:p>
      <w:pPr>
        <w:jc w:val="right"/>
      </w:pPr>
      <w:r>
        <w:t>شیطانکوآپنےانٹری پوائنٹجوتھا،آپکاوہاںسےوہداخلہوگیا۔</w:t>
      </w:r>
    </w:p>
    <w:p>
      <w:r>
        <w:rPr>
          <w:b/>
        </w:rPr>
        <w:t xml:space="preserve">[1:26:27] </w:t>
      </w:r>
      <w:r>
        <w:t>to isko khatm kijiye. ab bohat mein to apna tajurba batata hoon, bohat simple formula hai. jab bhi mere andar koi negativity aati hai to foran mein parhta hoon: Allahumma a'udhu bika min hamazati al-shayateen aur aakhir yeh shaitan is tarah bhagta hai ke woh ussi second bhag jata hai.</w:t>
      </w:r>
    </w:p>
    <w:p>
      <w:pPr>
        <w:jc w:val="right"/>
      </w:pPr>
      <w:r>
        <w:t>تو اسکوختمکیجئے۔ اببہت میں تو اپناتجربہبتاتاہوں،بہتسمپلفارمولاہے۔ جب بھی میرےاندرکوئینیگیٹیوباتآتیہے تو فوراًمیں پڑھتاہوں: اللہ من یعوذبکمنحمدات الشیاطین اور آخر یہشیطاناسطرحبھاگتاہے کہوہاسیسیکنڈبھاگجاتاہے۔</w:t>
      </w:r>
    </w:p>
    <w:p>
      <w:r>
        <w:rPr>
          <w:b/>
        </w:rPr>
        <w:t xml:space="preserve">[1:26:49] </w:t>
      </w:r>
      <w:r>
        <w:t>Allahumma a'udhu bika min hamazati al-shayateen lekin jab aap, yani yeh kehne ke ma'ani hain ke Khuda ki madad chahiye aap ne.</w:t>
      </w:r>
    </w:p>
    <w:p>
      <w:pPr>
        <w:jc w:val="right"/>
      </w:pPr>
      <w:r>
        <w:t>اللہ منیعوذبکمنحمدات الشیاطین لیکن جبآپ ،یعنییہکہنےکےمعنیہیںکہخداکیمددچاہیےآپنے۔</w:t>
      </w:r>
    </w:p>
    <w:p>
      <w:r>
        <w:rPr>
          <w:b/>
        </w:rPr>
        <w:t xml:space="preserve">[1:26:58] </w:t>
      </w:r>
      <w:r>
        <w:t>yeh dua ka matlab yeh hai ke aap ne Khuda ki madad chahiye ke Khuda shaitan ko bhaga mere andar se.</w:t>
      </w:r>
    </w:p>
    <w:p>
      <w:pPr>
        <w:jc w:val="right"/>
      </w:pPr>
      <w:r>
        <w:t>یہدعاکامطلبیہہےکہآپنے خداکیمددچاہیےکہخداشی طانکوبھگامیرےاندرسے۔</w:t>
      </w:r>
    </w:p>
    <w:p>
      <w:r>
        <w:rPr>
          <w:b/>
        </w:rPr>
        <w:t xml:space="preserve">[1:27:04] </w:t>
      </w:r>
      <w:r>
        <w:t>to farishte aa jate hain. farishte ussi second action le lete hain. ussi second. to jaise hi aap ke andar koi negativity thought aaye to samjhein ke shaitan aa gaya.</w:t>
      </w:r>
    </w:p>
    <w:p>
      <w:pPr>
        <w:jc w:val="right"/>
      </w:pPr>
      <w:r>
        <w:t>تو فرشتےآجاتےہیں۔ فرشتے ودانسیکنڈ ایکشنلےلیتےہیں۔ودانسیکنڈ۔ تو جیسےہیآپ کےاندرکوئینیگیٹیوتھاٹآئےتوسمجھیںکہشیطانآگیا۔</w:t>
      </w:r>
    </w:p>
    <w:p>
      <w:r>
        <w:rPr>
          <w:b/>
        </w:rPr>
        <w:t xml:space="preserve">[1:27:18] </w:t>
      </w:r>
      <w:r>
        <w:t>to isko bhagaiye. jab aap iske ussi par charcha karein, ussi par sochein to shaitan persist kar jayega. wahan jaise kisi ke khilaf koi ghussa aa gaya, aap ussi ko soch rahe hain, use inteqaam lena hai, usko sabak sikhana hai.</w:t>
      </w:r>
    </w:p>
    <w:p>
      <w:pPr>
        <w:jc w:val="right"/>
      </w:pPr>
      <w:r>
        <w:t>تو اسکوبھگائیے۔ جبآپ اسکے اسیپر چرچاکریں،اسیپرسوچیں تو شیطان پرسسٹکرجائےگا۔وہاں جیسےکسی کےخلاف کوئیغصہآگیا، آپاسیکوسوچرہےہیں،اسے انتقاملیناہے، اسکو سبقسکھاناہے۔</w:t>
      </w:r>
    </w:p>
    <w:p>
      <w:r>
        <w:rPr>
          <w:b/>
        </w:rPr>
        <w:t xml:space="preserve">[1:27:35] </w:t>
      </w:r>
      <w:r>
        <w:t>to shaitan aur ghusega aur is mein jam jayega. woh to ek hi second mein faisla hota hai, idhar ka ya udhar ka.</w:t>
      </w:r>
    </w:p>
    <w:p>
      <w:pPr>
        <w:jc w:val="right"/>
      </w:pPr>
      <w:r>
        <w:t>تو شیطان اورگھسےگااوراس میں جم جائےگا۔وہ تو ایک ہی سیکنڈمیںفیصلہہوتاہے،ادھرکایاادھرکا۔</w:t>
      </w:r>
    </w:p>
    <w:p>
      <w:r>
        <w:rPr>
          <w:b/>
        </w:rPr>
        <w:t xml:space="preserve">[1:27:46] </w:t>
      </w:r>
      <w:r>
        <w:t>yani ya to shaitan ko aap apne andar jagah de denge ya shaitan ko bhaga denge. naya tareeqa batata hoon mein aap ko. mein apne mind ko bohat hi alive rakhta hoon. alive bohat zyada alive.</w:t>
      </w:r>
    </w:p>
    <w:p>
      <w:pPr>
        <w:jc w:val="right"/>
      </w:pPr>
      <w:r>
        <w:t>یعنییاتوشیطانکوآپاپنےاندر جگہدےدیںگے یا شیطانکوبھگادیںگے۔ نیاطریقہ بتاتاہوںمیںآپکو۔ میں اپنے مائنڈکوبہت ہی الائیورکھتاہوں۔الائیو بہت زیادہ الائیو۔</w:t>
      </w:r>
    </w:p>
    <w:p>
      <w:r>
        <w:rPr>
          <w:b/>
        </w:rPr>
        <w:t xml:space="preserve">[1:28:00] </w:t>
      </w:r>
      <w:r>
        <w:t>jab mein sota hoon tab bhi mera mind Allah ke fazl se alive rehta hai.</w:t>
      </w:r>
    </w:p>
    <w:p>
      <w:pPr>
        <w:jc w:val="right"/>
      </w:pPr>
      <w:r>
        <w:t>جبمیں سوتاہوںتببھیمیرامائنڈ اللہ کےفضلسےالائیورہتاہے۔</w:t>
      </w:r>
    </w:p>
    <w:p>
      <w:r>
        <w:rPr>
          <w:b/>
        </w:rPr>
        <w:t xml:space="preserve">[1:28:05] </w:t>
      </w:r>
      <w:r>
        <w:t>to jaise hi koi ek ayat ke barabar bhi koi negativity thought aata hai mere andar, jaldi us mein parhta hoon: Allahumma a'udhu bika min hamazati al-shayateen woh wohin khatm ho jata hai.</w:t>
      </w:r>
    </w:p>
    <w:p>
      <w:pPr>
        <w:jc w:val="right"/>
      </w:pPr>
      <w:r>
        <w:t>تو جیسےہیکوئی ایک آیت کےبرابربھیکوئینیگیٹیو تھاٹآتاہےمیرےاندر،جلدیاسمیںپڑھتاہوں: اللہ من یعوذبکمنحمداتالشیاطین وہ وہیںختمہوجاتاہے۔</w:t>
      </w:r>
    </w:p>
    <w:p>
      <w:r>
        <w:rPr>
          <w:b/>
        </w:rPr>
        <w:t xml:space="preserve">[1:28:17] </w:t>
      </w:r>
      <w:r>
        <w:t>aap bhi yeh kijiye.</w:t>
      </w:r>
    </w:p>
    <w:p>
      <w:pPr>
        <w:jc w:val="right"/>
      </w:pPr>
      <w:r>
        <w:t>آپبھییہکیجئے۔</w:t>
      </w:r>
    </w:p>
    <w:p>
      <w:r>
        <w:rPr>
          <w:b/>
        </w:rPr>
        <w:t xml:space="preserve">[1:28:22] </w:t>
      </w:r>
      <w:r>
        <w:t>Maulana Amanullah Riyaz ne Dilli se likha hai: "Waqt ki pabandi ki ahmiyat kya hai? Iske bare mein bataiye."</w:t>
      </w:r>
    </w:p>
    <w:p>
      <w:pPr>
        <w:jc w:val="right"/>
      </w:pPr>
      <w:r>
        <w:t>مول انا اماناللہ ریاضینے دلیسےلکھاہے: "وقتکی پابندیکی اہمیتکیا ہے ؟ اسکےبارےمیں بتائیے۔"</w:t>
      </w:r>
    </w:p>
    <w:p>
      <w:r>
        <w:rPr>
          <w:b/>
        </w:rPr>
        <w:t xml:space="preserve">[1:28:33] </w:t>
      </w:r>
      <w:r>
        <w:t>dekhein, Quran mein namaz ke bare mein aaya hai: Inna al-salata kanat 'ala al-mu'mineena kitaban mawquta. Namaz waqt waqt par farz ki gayi hai.</w:t>
      </w:r>
    </w:p>
    <w:p>
      <w:pPr>
        <w:jc w:val="right"/>
      </w:pPr>
      <w:r>
        <w:t>دیکھیں،قرآنمیں نمازکےبارےمیںآیاہے: إن الصلاة كانت للم ؤمنينكتاب م وقوت ۔ نماز وقت وقت پرفرضکیگئیہے۔</w:t>
      </w:r>
    </w:p>
    <w:p>
      <w:r>
        <w:rPr>
          <w:b/>
        </w:rPr>
        <w:t xml:space="preserve">[1:28:49] </w:t>
      </w:r>
      <w:r>
        <w:t>Inna al-salata kanat 'ala al-mu'mineena kitaban mawquta. Ke namaz waqt waqt, yani har namaz ka ek waqt hai. To log usko sirf namaz ke liye jaante hain, sirf nahi.</w:t>
      </w:r>
    </w:p>
    <w:p>
      <w:pPr>
        <w:jc w:val="right"/>
      </w:pPr>
      <w:r>
        <w:t>إنالصلاة كانت للمؤمنينکتاب موقوت۔ کہنمازوقت وقت،یعنیہرنمازکاایکوقتہے۔ تولوگ اسکوصرفنمازکےلیےجانتےہیں،صرف نہیں ۔</w:t>
      </w:r>
    </w:p>
    <w:p>
      <w:r>
        <w:rPr>
          <w:b/>
        </w:rPr>
        <w:t xml:space="preserve">[1:28:58] </w:t>
      </w:r>
      <w:r>
        <w:t>woh iska ta'alluq poori zindagi se hai.</w:t>
      </w:r>
    </w:p>
    <w:p>
      <w:pPr>
        <w:jc w:val="right"/>
      </w:pPr>
      <w:r>
        <w:t>وہ اسکاتعلق پوریزندگی سےہے۔</w:t>
      </w:r>
    </w:p>
    <w:p>
      <w:r>
        <w:rPr>
          <w:b/>
        </w:rPr>
        <w:t xml:space="preserve">[1:29:01] </w:t>
      </w:r>
      <w:r>
        <w:t>yeh art of time management hai. yeh paanch waqt namaz padhte hain aap ek time par. to us woh kya hai?</w:t>
      </w:r>
    </w:p>
    <w:p>
      <w:pPr>
        <w:jc w:val="right"/>
      </w:pPr>
      <w:r>
        <w:t>یہآرٹآفٹائممینجمنٹہے۔یہ پانچوقت نمازپڑھتےہیںآپ ایکٹائمپر۔ تواسوہکیاہے؟</w:t>
      </w:r>
    </w:p>
    <w:p>
      <w:r>
        <w:rPr>
          <w:b/>
        </w:rPr>
        <w:t xml:space="preserve">[1:29:11] </w:t>
      </w:r>
      <w:r>
        <w:t>aap ki training hai. woh isse aap ko art of time management seekhna hai. to uske ma'ani kya hue? Islam mein time ki pabandi ko ibadat ka darja de diya gaya. ibadat ka itni zyada importance hai iski ke ibadat ka darja de diya gaya.</w:t>
      </w:r>
    </w:p>
    <w:p>
      <w:pPr>
        <w:jc w:val="right"/>
      </w:pPr>
      <w:r>
        <w:t>آپ کیٹریننگہے۔وہ اسسےآپکو آرٹآفٹائممینجمنٹسیکھناہے۔ تواسکےمعنیکیاہوئے؟ اسلام میں ٹائمکی پابندیکو عبادتکادرجہدےدیاگیا۔عبادتکا اتنیزیادہ امپورٹنسہے اسکی کہ عبادتکادرجہدےدیاگیا۔</w:t>
      </w:r>
    </w:p>
    <w:p>
      <w:r>
        <w:rPr>
          <w:b/>
        </w:rPr>
        <w:t xml:space="preserve">[1:29:34] </w:t>
      </w:r>
      <w:r>
        <w:t>Rasool Allah (SAW) se ek shakhs ne wada kiya ke falan maqam par aap mujh se milein. Koi pehle ki baat hai, nabuwat se pehle ki baat hai. Koi lending ka maamla tha.</w:t>
      </w:r>
    </w:p>
    <w:p>
      <w:pPr>
        <w:jc w:val="right"/>
      </w:pPr>
      <w:r>
        <w:t>رسولاللہصلیاللہعلیہوسلم سےایکشخص نےوعدہکیا کہ فلاںمقام پرآپ مجھسےملی ے۔ کوئی پہلے کیباتہے،نبوتسےپہلےکیباتہے۔کوئیلیندینکامعاملہتھا۔</w:t>
      </w:r>
    </w:p>
    <w:p>
      <w:r>
        <w:rPr>
          <w:b/>
        </w:rPr>
        <w:t xml:space="preserve">[1:29:45] </w:t>
      </w:r>
      <w:r>
        <w:t>to Rasool Allah (SAW) wahan gaye us theek time par. woh aadmi nahi aaya. agle din tak wahin aap maujood rahe. wahan se uth ke chale nahi gaye.</w:t>
      </w:r>
    </w:p>
    <w:p>
      <w:pPr>
        <w:jc w:val="right"/>
      </w:pPr>
      <w:r>
        <w:t>تورسولاللہصلیاللہعلیہوسلموہاںگئے اس ٹھیکٹائمپر ۔ وہآدمینہیںآیا۔ اگلےدنتک وہیںآپ موجود رہے۔ وہاںسےاٹھکےچلےنہیںگئے۔</w:t>
      </w:r>
    </w:p>
    <w:p>
      <w:r>
        <w:rPr>
          <w:b/>
        </w:rPr>
        <w:t xml:space="preserve">[1:29:55] </w:t>
      </w:r>
      <w:r>
        <w:t>kyun ke wada tha ke us waqt woh aayega. us waqt woh use lending karni thi us se.</w:t>
      </w:r>
    </w:p>
    <w:p>
      <w:pPr>
        <w:jc w:val="right"/>
      </w:pPr>
      <w:r>
        <w:t>کیونکہوعدہتھاکہاسوقت وہآئےگا۔اسوقت وہ اسےلیندینکرناتھااسسے۔</w:t>
      </w:r>
    </w:p>
    <w:p>
      <w:r>
        <w:rPr>
          <w:b/>
        </w:rPr>
        <w:t xml:space="preserve">[1:30:00] </w:t>
      </w:r>
      <w:r>
        <w:t>to time ki pabandi Islam mein bohat zyada hai.</w:t>
      </w:r>
    </w:p>
    <w:p>
      <w:pPr>
        <w:jc w:val="right"/>
      </w:pPr>
      <w:r>
        <w:t>تو ٹائمکیپابندی اسلام میںبہتزیادہ ہے۔</w:t>
      </w:r>
    </w:p>
    <w:p>
      <w:r>
        <w:rPr>
          <w:b/>
        </w:rPr>
        <w:t xml:space="preserve">[1:30:06] </w:t>
      </w:r>
      <w:r>
        <w:t>aur aakhri had yeh hai ke namaz ko time ke sath baandh diya gaya. paanch waqt ki namaz ko time ke sath jod diya gaya. is tarah se time ko ibadat ka darja de diya gaya.</w:t>
      </w:r>
    </w:p>
    <w:p>
      <w:pPr>
        <w:jc w:val="right"/>
      </w:pPr>
      <w:r>
        <w:t>اور آخریحدیہہےکہ نمازکو ٹائمکےساتھ باندھدیاگیا۔ پانچ وقتکینماز کوٹائمکےساتھجوڑدیاگیا۔ اسطرحسے ٹائمکو عبادتکا درج ہدےدیاگیا۔</w:t>
      </w:r>
    </w:p>
    <w:p>
      <w:r>
        <w:rPr>
          <w:b/>
        </w:rPr>
        <w:t xml:space="preserve">[1:30:19] </w:t>
      </w:r>
      <w:r>
        <w:t>to har aadmi ko jaanna chahiye ke namaz sirf sirf, yani ek ek ritual nahi hai. woh</w:t>
      </w:r>
    </w:p>
    <w:p>
      <w:pPr>
        <w:jc w:val="right"/>
      </w:pPr>
      <w:r>
        <w:t>توہرآدمیکو جانناچاہیےکہ نماز صرف صرف ،یعنیایک ایک ریچولنہیںہے۔وہ</w:t>
      </w:r>
    </w:p>
    <w:p>
      <w:r>
        <w:rPr>
          <w:b/>
        </w:rPr>
        <w:t xml:space="preserve">[1:30:27] </w:t>
      </w:r>
      <w:r>
        <w:t>woh art of time management bhi sikhati hai hum ko. har Musalman ko bohat zyada is mein, yani bohat zyada apne andar yeh cheez paida karni chahiye.</w:t>
      </w:r>
    </w:p>
    <w:p>
      <w:pPr>
        <w:jc w:val="right"/>
      </w:pPr>
      <w:r>
        <w:t>وہ آرٹآفٹائممینجمنٹبھیسکھاتیہےہمکو۔ ہر مسلمانکو بہت زیادہاسمیں، یعنی بہت زیادہ اپنے اندر یہچیزپیدا کرنیچاہیے۔</w:t>
      </w:r>
    </w:p>
    <w:p>
      <w:r>
        <w:rPr>
          <w:b/>
        </w:rPr>
        <w:t xml:space="preserve">[1:30:41] </w:t>
      </w:r>
      <w:r>
        <w:t>Miss Trarashid Jamal ne Dilli se likha hai: "Aurat aur mard dono ek doosre ke liye Khuda ki bohat bari rehmat hain.</w:t>
      </w:r>
    </w:p>
    <w:p>
      <w:pPr>
        <w:jc w:val="right"/>
      </w:pPr>
      <w:r>
        <w:t>مس ٹرارشدجمالنے دلیسےلکھاہے: "ع ورتاور مرد دونوں ایک دوسرےکےلیے خداکیبہت بڑیرحمتہیں۔</w:t>
      </w:r>
    </w:p>
    <w:p>
      <w:r>
        <w:rPr>
          <w:b/>
        </w:rPr>
        <w:t xml:space="preserve">[1:30:51] </w:t>
      </w:r>
      <w:r>
        <w:t>Aadmi is haqeeqat ko kaise discover kare?"</w:t>
      </w:r>
    </w:p>
    <w:p>
      <w:pPr>
        <w:jc w:val="right"/>
      </w:pPr>
      <w:r>
        <w:t>آدمیاس حقیقتکوکیسے ڈسکورکرے ؟"</w:t>
      </w:r>
    </w:p>
    <w:p>
      <w:r>
        <w:rPr>
          <w:b/>
        </w:rPr>
        <w:t xml:space="preserve">[1:30:56] </w:t>
      </w:r>
      <w:r>
        <w:t>wohtwalrediya hai. discover karna hai? mera tajurba yeh hai ke discover na kernay ki waja aap yeh janiye ke discover na kernay ki waja kiya hai.</w:t>
      </w:r>
    </w:p>
    <w:p>
      <w:pPr>
        <w:jc w:val="right"/>
      </w:pPr>
      <w:r>
        <w:t>وہتوالریڈیہے۔ڈسکورکیاکرناہے؟ میراتجربہیہہےکہ ڈسکورنہکرنے کیوجہ آپ یہجانیےکہڈسکورنہکرنے کیوجہ کیاہے۔</w:t>
      </w:r>
    </w:p>
    <w:p>
      <w:r>
        <w:rPr>
          <w:b/>
        </w:rPr>
        <w:t xml:space="preserve">[1:31:09] </w:t>
      </w:r>
      <w:r>
        <w:t>woh waja kiya hai? waja sirf yeh hai ke ghar mein aap aapas mein jo baat karte hain, jo log toh fazool baatein karte hain.</w:t>
      </w:r>
    </w:p>
    <w:p>
      <w:pPr>
        <w:jc w:val="right"/>
      </w:pPr>
      <w:r>
        <w:t>وہوجہ کیاہے؟ وجہ صرفیہہےکہ گھرمیں آپسمیںجوباتکرتےہیں،جولوگ تو فض ولباتیںکرتے ہیں۔</w:t>
      </w:r>
    </w:p>
    <w:p>
      <w:r>
        <w:rPr>
          <w:b/>
        </w:rPr>
        <w:t xml:space="preserve">[1:31:19] </w:t>
      </w:r>
      <w:r>
        <w:t>matlab khana, aaj ka kiya khana khana hai aur kahan outing ke liye jana hai aur kiya shopping kerna hai aur family ke falan aadmi se kiya kerna hai.</w:t>
      </w:r>
    </w:p>
    <w:p>
      <w:pPr>
        <w:jc w:val="right"/>
      </w:pPr>
      <w:r>
        <w:t>مطلب کھانا، آجکا کیا کھاناکھاناہے اور کہاں آؤٹنگکےلیےجاناہے اورکیا شاپنگکرناہے اور فیملیکےفلاںآدمیسےکیاکرناہے۔</w:t>
      </w:r>
    </w:p>
    <w:p>
      <w:r>
        <w:rPr>
          <w:b/>
        </w:rPr>
        <w:t xml:space="preserve">[1:31:28] </w:t>
      </w:r>
      <w:r>
        <w:t>falan aadmi ne yeh keh diya, uske khilaf baatein ho rahi hain. yani jo charchaa hota hai ghar mein, usiko band karti hai. bas uske baad apne aap hi aap ka woh positive partner ban jayega. woh already aurat aur mard aik doosre ke liye positive partner hain, lekin phanse rehte hain doosri</w:t>
      </w:r>
    </w:p>
    <w:p>
      <w:pPr>
        <w:jc w:val="right"/>
      </w:pPr>
      <w:r>
        <w:t>فلاںآدمینےیہکہہدیا،اسکےخلاف باتیںہورہیہیں۔ یعنیجو چرچہہوتاہےگھرمیں،اسیکوبندکرتیہے۔بس اسکےبعد اپنےآپ ہی آپکا وہ پازیٹیوپارٹنربنجائےگا۔وہ ال ریڈی عورتاورمرد ایکدوسرےکےلیے پازیٹیوپارٹنرہیں،لیکن پھنسےرہتےہیںدوسری</w:t>
      </w:r>
    </w:p>
    <w:p>
      <w:r>
        <w:rPr>
          <w:b/>
        </w:rPr>
        <w:t xml:space="preserve">[1:31:46] </w:t>
      </w:r>
      <w:r>
        <w:t>baaton mein, shikaayaton mein, ghussa hote hain, idhar udhar ki baatein karte hain.</w:t>
      </w:r>
    </w:p>
    <w:p>
      <w:pPr>
        <w:jc w:val="right"/>
      </w:pPr>
      <w:r>
        <w:t>باتوںمیں، شک ایتوںمیں، غصہہوتےہیں، ادھرادھرکیباتیںکرتے ہیں۔</w:t>
      </w:r>
    </w:p>
    <w:p>
      <w:r>
        <w:rPr>
          <w:b/>
        </w:rPr>
        <w:t xml:space="preserve">[1:31:57] </w:t>
      </w:r>
      <w:r>
        <w:t>toh asal cheez yeh hai ke jo cheezein rukawat bani hain, usko khatam kar dijiye. ab st</w:t>
      </w:r>
    </w:p>
    <w:p>
      <w:pPr>
        <w:jc w:val="right"/>
      </w:pPr>
      <w:r>
        <w:t>تو اصلچیزیہہےکہ جو چیزیں رکاوٹبنیہیں،اسکوختمکردیجئے۔ اب سٹ</w:t>
      </w:r>
    </w:p>
    <w:p>
      <w:r>
        <w:rPr>
          <w:b/>
        </w:rPr>
        <w:t xml:space="preserve">[1:32:04] </w:t>
      </w:r>
      <w:r>
        <w:t>ickle ko khatam kar dijiye. ab obstacle kiya hai? ke doosri cheezon mein uljhe rehna. doosri cheezon mein uljhe rehna.</w:t>
      </w:r>
    </w:p>
    <w:p>
      <w:pPr>
        <w:jc w:val="right"/>
      </w:pPr>
      <w:r>
        <w:t>یکلکوختمکردیجئے۔ابسٹیکلکیاہے؟ کہدوس ریچیزوںمیںالجھےرہنا۔ دوسریچیزوںمیںالجھےرہنا۔</w:t>
      </w:r>
    </w:p>
    <w:p>
      <w:r>
        <w:rPr>
          <w:b/>
        </w:rPr>
        <w:t xml:space="preserve">[1:32:14] </w:t>
      </w:r>
      <w:r>
        <w:t>jaise mein ne, woh jo mein ne aap ko zikr kiya, woh America ke saahab ka, unka bhi aik formula batata hoon aap ko. woh bohat umda hai gharon ke liye. yani unka formula yehi hai ke chalo yeh bhi theek hai.</w:t>
      </w:r>
    </w:p>
    <w:p>
      <w:pPr>
        <w:jc w:val="right"/>
      </w:pPr>
      <w:r>
        <w:t>جیسےمیںنے، وہجومیںنےآپکوذکرکیا،وہامریکہکےانصاحبکا ،انکابھیایکفارمولابتاتاہوںآپکو۔وہبہت عمدہہےگھروںکےلیے۔ یعنیانکا فارمولاایکیہہےکہچلویہبھیٹھیکہے۔</w:t>
      </w:r>
    </w:p>
    <w:p>
      <w:r>
        <w:rPr>
          <w:b/>
        </w:rPr>
        <w:t xml:space="preserve">[1:32:28] </w:t>
      </w:r>
      <w:r>
        <w:t>jaise aik din mein utha, jab utha toh yeh tay hua ke hum log jayenge park. falan park mein kahin jana tha. toh jab time ho gaya toh kisi waja se mein ne kaha bhai aaj nahi jayenge,</w:t>
      </w:r>
    </w:p>
    <w:p>
      <w:pPr>
        <w:jc w:val="right"/>
      </w:pPr>
      <w:r>
        <w:t>جیسےایکدن میںاٹھا،جبتھا تو یہطےہوا کہہملوگجائیںگے پارک۔ فلاںپارکمیںکہیںجاناتھا۔ تو جبٹائمہوگیا تو کسی وجہسےمیںنےکہابھئیآجنہیںجائیںگے،</w:t>
      </w:r>
    </w:p>
    <w:p>
      <w:r>
        <w:rPr>
          <w:b/>
        </w:rPr>
        <w:t xml:space="preserve">[1:32:43] </w:t>
      </w:r>
      <w:r>
        <w:t>aaj falan kaam kerna hai. kuch keh diya mein ne. toh unhone yeh nahi kaha ke kaise aadmi hain aap, tay kiya ke falan waqt time pe jayenge. mein ne uske liye tayyari kiya aur aap kehte hain aaj nahi jayenge.</w:t>
      </w:r>
    </w:p>
    <w:p>
      <w:pPr>
        <w:jc w:val="right"/>
      </w:pPr>
      <w:r>
        <w:t>آج فلاںکامکرناہے۔کچھکہہدیا میںنے۔ تو انہوں نےیہنہیںکہاکہ کیسےآدمیہیںآپ، طےکیا کہفلاںوقت ٹائمپہجائیںگے۔میںنےاسکےلیےتیاریکیاورآپکہتےہیں آجنہیںجائیںگے۔</w:t>
      </w:r>
    </w:p>
    <w:p>
      <w:r>
        <w:rPr>
          <w:b/>
        </w:rPr>
        <w:t xml:space="preserve">[1:32:55] </w:t>
      </w:r>
      <w:r>
        <w:t>kuch nahi. unhone kaha ke chalo yeh bhi theek hai. chalo yeh bhi theek hai. simple formula hai. toh jab bhi koi shohar aur biwi mein koi masla paida ho toh keh diya chalo yeh bhi theek hai.</w:t>
      </w:r>
    </w:p>
    <w:p>
      <w:pPr>
        <w:jc w:val="right"/>
      </w:pPr>
      <w:r>
        <w:t>کچھنہیں۔انہوںنےکہاکہچلویہبھیٹھیکہے۔ چلویہبھیٹھیکہے۔ سمپلسافارمولاہے۔ توجببھی کوئی شوہراوربیویمیںکوئیمسئلہپیدا ہو تو کہہدیا چلویہبھیٹھیکہے۔</w:t>
      </w:r>
    </w:p>
    <w:p>
      <w:r>
        <w:rPr>
          <w:b/>
        </w:rPr>
        <w:t xml:space="preserve">[1:33:09] </w:t>
      </w:r>
      <w:r>
        <w:t>toh isse kiya hoga? ke aap ka derailment nahi hoga. intellectual derailment. sab apne aap jhagde khatam ho jayenge. jab jhagde khatam ho jaye toh ab mein apne ghar mein kiya karta hoon? mein sirf do cheezein mere yahan b</w:t>
      </w:r>
    </w:p>
    <w:p>
      <w:pPr>
        <w:jc w:val="right"/>
      </w:pPr>
      <w:r>
        <w:t>تواسسےکیاہوگا؟ کہ آپکا ڈیریلمنٹنہیںہوگا۔ انٹلیکچولڈیریلمنٹ۔ سب اپنےآپجھگڑے ختمہوجائیںگے۔ جب جھگڑےختمہوجائیںتو ابمیں اپنےگھرمیںکیاکرتاہوں؟میںصرفدوچیزیںمیرےہاں ب</w:t>
      </w:r>
    </w:p>
    <w:p>
      <w:r>
        <w:rPr>
          <w:b/>
        </w:rPr>
        <w:t xml:space="preserve">[1:33:23] </w:t>
      </w:r>
      <w:r>
        <w:t>atein hoti hain: ilm ya deen. bas koi teesri cheez hamara subject of discussion nahi hoti. kiya furniture hai? kiya shopping item hai? kiya khana pakana hai? kiya breakfast lena hai? kuch nahi.</w:t>
      </w:r>
    </w:p>
    <w:p>
      <w:pPr>
        <w:jc w:val="right"/>
      </w:pPr>
      <w:r>
        <w:t>اتیںہوتیہیں:علم یادین۔بس کوئی تیسریچیزہمارا سبجیکٹآفڈسکشننہیںہوتی۔ کیا فرنیچرہے؟کیا شاپنگآئٹمہے؟کیاکھاناپکاناہے؟کیابر یکفاسٹلیناہے؟کچھنہیں ۔</w:t>
      </w:r>
    </w:p>
    <w:p>
      <w:r>
        <w:rPr>
          <w:b/>
        </w:rPr>
        <w:t xml:space="preserve">[1:33:36] </w:t>
      </w:r>
      <w:r>
        <w:t>koi hum sab jo hai wahi theek hai. chalo yeh bhi theek hai. ka formula hum ne pakad rakha hai.</w:t>
      </w:r>
    </w:p>
    <w:p>
      <w:pPr>
        <w:jc w:val="right"/>
      </w:pPr>
      <w:r>
        <w:t>کوئی ہمسب جوہے وہیٹھیکہے۔چلویہبھیٹھیکہے۔ کافارمولاہمنےپکڑرکھاہے۔</w:t>
      </w:r>
    </w:p>
    <w:p>
      <w:r>
        <w:rPr>
          <w:b/>
        </w:rPr>
        <w:t xml:space="preserve">[1:33:42] </w:t>
      </w:r>
      <w:r>
        <w:t>toh bas simple formula hai ke saare do hi cheezon ke bare mein aik keh dein ke chalo yeh bhi theek hai. aur saari focus jo hai de dijiye, focus yani kisi healthy talk pe. healthy talk.</w:t>
      </w:r>
    </w:p>
    <w:p>
      <w:pPr>
        <w:jc w:val="right"/>
      </w:pPr>
      <w:r>
        <w:t>تو بسسمپلفارمولاہے کہ سارےدوہیچیزوںکےبارےمیںایککہہدیںکہچلویہبھیٹھیکہے۔ اور ساری فوکسجوہےدیجئے،فوکس یعنی کسی ہیلتھیٹاکپر۔ہیلتھیٹاک۔</w:t>
      </w:r>
    </w:p>
    <w:p>
      <w:r>
        <w:rPr>
          <w:b/>
        </w:rPr>
        <w:t xml:space="preserve">[1:33:57] </w:t>
      </w:r>
      <w:r>
        <w:t>healthy talk ke ilawa doosri cheezein jo hain, chalo yeh bhi theek hai. apne aap sab theek ho jayega. yani aurat aur mard toh ja ke paida kiye gaye hain ke aik doosre ke liye intellectual partner ban</w:t>
      </w:r>
    </w:p>
    <w:p>
      <w:pPr>
        <w:jc w:val="right"/>
      </w:pPr>
      <w:r>
        <w:t>ہیلتھیٹاککےعلاوہ دوسریچیزیںجوہیں،چلویہبھیٹھیکہے۔ اپنےآپسبٹھیکہوجائےگا۔ یعنیعورتاورمرد تو جا کے پیدا ہیکیےگئےہیںکہایکدوسرےکےلیے انٹلیکچولپارٹنربن</w:t>
      </w:r>
    </w:p>
    <w:p>
      <w:r>
        <w:rPr>
          <w:b/>
        </w:rPr>
        <w:t xml:space="preserve">[1:34:11] </w:t>
      </w:r>
      <w:r>
        <w:t>ein. paida kiye gaye isi liye. yeh spiritual partner banein, intellectual partner banein. yani isi liye khuda ne paida kiya inko. khalaqakum min anfusikum azwajan liyataskunu ilaiha. lekin hum phanse rehte hain doosri cheezon mein.</w:t>
      </w:r>
    </w:p>
    <w:p>
      <w:pPr>
        <w:jc w:val="right"/>
      </w:pPr>
      <w:r>
        <w:t>یں۔ پیدا ہیکیےگئےاسیلیے۔ یہسپریچولپارٹنربنیں،انٹلیکچولپارٹنربنیں۔یعنیاسیلیےخدانےپیدا ہیکیاانکو۔ خلق كممن الفسقمتواجدلدىاسكنواالیہ لیکن ہم پھنسےرہتےہیںدوسریچیزوںمیں۔</w:t>
      </w:r>
    </w:p>
    <w:p>
      <w:r>
        <w:rPr>
          <w:b/>
        </w:rPr>
        <w:t xml:space="preserve">[1:34:27] </w:t>
      </w:r>
      <w:r>
        <w:t>toh do jo rukawatein hain, usko khatam kar dijiye. bas woh nature prevail karegi. jaise hi aap rukawaton ko khatam karenge, aap dekhenge nature prevail kar rahi hai.</w:t>
      </w:r>
    </w:p>
    <w:p>
      <w:pPr>
        <w:jc w:val="right"/>
      </w:pPr>
      <w:r>
        <w:t>تو دوجورکاوٹیںہیں،اسکوختمکردیجئے۔بس وہ نیچرپریویلکرےگی۔ جیسےہیآپرکاوٹوںکوختمکریںگے، آپدیکھیںگےنیچرپریویلکررہیہے۔</w:t>
      </w:r>
    </w:p>
    <w:p>
      <w:r>
        <w:rPr>
          <w:b/>
        </w:rPr>
        <w:t xml:space="preserve">[1:34:37] </w:t>
      </w:r>
      <w:r>
        <w:t>simple formula hai.</w:t>
      </w:r>
    </w:p>
    <w:p>
      <w:pPr>
        <w:jc w:val="right"/>
      </w:pPr>
      <w:r>
        <w:t>سمپلفارمولاہے۔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