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Creative Marefat 8 April 2017 - Maulana Wahiduddin Khan</w:t>
      </w:r>
    </w:p>
    <w:p>
      <w:r>
        <w:t>https://www.youtube.com/watch?v=I2hKHNIQ-1U</w:t>
      </w:r>
    </w:p>
    <w:p>
      <w:r>
        <w:rPr>
          <w:b/>
        </w:rPr>
        <w:t xml:space="preserve">[00:15] </w:t>
      </w:r>
      <w:r>
        <w:t>bismillah-ir-rahman-ir-rahim, wasallallahu ala nabiyyil karim. 8 april 2017.</w:t>
      </w:r>
    </w:p>
    <w:p>
      <w:pPr>
        <w:jc w:val="right"/>
      </w:pPr>
      <w:r>
        <w:t>بسم اللہ الرحمن الرحیم، وصلی اللہ علی نبی الکریم۔ 8 اپریل 2017۔</w:t>
      </w:r>
    </w:p>
    <w:p>
      <w:r>
        <w:rPr>
          <w:b/>
        </w:rPr>
        <w:t xml:space="preserve">[00:31] </w:t>
      </w:r>
      <w:r>
        <w:t>is waqt mujhe creative marifat ke bare mein kuch kehna hai. dekhein, marifat ek hoti hai aam, ek hoti hai creative marifat.</w:t>
      </w:r>
    </w:p>
    <w:p>
      <w:pPr>
        <w:jc w:val="right"/>
      </w:pPr>
      <w:r>
        <w:t>اس وقت مجھے کریٹیو معرفت کے بارے میں کچھ کہنا ہے۔ دیکھیں، معرفت ایک ہوتی ہے عام، ایک ہوتی ہے کریٹیو معرفت۔</w:t>
      </w:r>
    </w:p>
    <w:p>
      <w:r>
        <w:rPr>
          <w:b/>
        </w:rPr>
        <w:t xml:space="preserve">[00:46] </w:t>
      </w:r>
      <w:r>
        <w:t>to</w:t>
      </w:r>
    </w:p>
    <w:p>
      <w:pPr>
        <w:jc w:val="right"/>
      </w:pPr>
      <w:r>
        <w:t>تو</w:t>
      </w:r>
    </w:p>
    <w:p>
      <w:r>
        <w:rPr>
          <w:b/>
        </w:rPr>
        <w:t xml:space="preserve">[00:48] </w:t>
      </w:r>
      <w:r>
        <w:t>yeh baat mein hadith ki buniyad par keh raha hoon.</w:t>
      </w:r>
    </w:p>
    <w:p>
      <w:pPr>
        <w:jc w:val="right"/>
      </w:pPr>
      <w:r>
        <w:t>یہ بات میں حدیث کی بنیاد پر کہہ رہا ہوں۔</w:t>
      </w:r>
    </w:p>
    <w:p>
      <w:r>
        <w:rPr>
          <w:b/>
        </w:rPr>
        <w:t xml:space="preserve">[00:55] </w:t>
      </w:r>
      <w:r>
        <w:t>hadith mein aaya hai, quran ke bare mein, ke "minha zahara wa batala".</w:t>
      </w:r>
    </w:p>
    <w:p>
      <w:pPr>
        <w:jc w:val="right"/>
      </w:pPr>
      <w:r>
        <w:t>حدیث میں آیا ہے، قرآن کے بارے میں، کہ "منہا ظہرا وبطلا"۔</w:t>
      </w:r>
    </w:p>
    <w:p>
      <w:r>
        <w:rPr>
          <w:b/>
        </w:rPr>
        <w:t xml:space="preserve">[01:06] </w:t>
      </w:r>
      <w:r>
        <w:t>quran ki jo ayatein hain, iska ek</w:t>
      </w:r>
    </w:p>
    <w:p>
      <w:pPr>
        <w:jc w:val="right"/>
      </w:pPr>
      <w:r>
        <w:t>قرآن کی جو آیتیں ہیں، اس کا ایک</w:t>
      </w:r>
    </w:p>
    <w:p>
      <w:r>
        <w:rPr>
          <w:b/>
        </w:rPr>
        <w:t xml:space="preserve">[01:12] </w:t>
      </w:r>
      <w:r>
        <w:t>zahair hai aur iska ek batin hai. Yani ek baat woh hai jo writing mein hai, doosri baat woh hai jo writing mein nahi hai.</w:t>
      </w:r>
    </w:p>
    <w:p>
      <w:pPr>
        <w:jc w:val="right"/>
      </w:pPr>
      <w:r>
        <w:t>ظاہر ہے اور اس کا ایک باطن ہے۔ یعنی ایک بات وہ ہے جو رائٹنگ میں ہے، دوسری بات وہ ہے جو رائٹنگ میں نہیں ہے۔</w:t>
      </w:r>
    </w:p>
    <w:p>
      <w:r>
        <w:rPr>
          <w:b/>
        </w:rPr>
        <w:t xml:space="preserve">[01:25] </w:t>
      </w:r>
      <w:r>
        <w:t>aap ko discover karna hai. Ek baat</w:t>
      </w:r>
    </w:p>
    <w:p>
      <w:pPr>
        <w:jc w:val="right"/>
      </w:pPr>
      <w:r>
        <w:t>آپ کو ڈسکور کرنا ہے۔ ایک بات</w:t>
      </w:r>
    </w:p>
    <w:p>
      <w:r>
        <w:rPr>
          <w:b/>
        </w:rPr>
        <w:t xml:space="preserve">[01:31] </w:t>
      </w:r>
      <w:r>
        <w:t>declared language mein hai, ek hai undeclared language mein. To aap ko apne aap ko itna zyada develop karna hai, develop development ke isi level ka naam hai creative thinking.</w:t>
      </w:r>
    </w:p>
    <w:p>
      <w:pPr>
        <w:jc w:val="right"/>
      </w:pPr>
      <w:r>
        <w:t>ڈیکلیئرڈ لینگویج میں ہے، ایک ہے ان ڈیکلیئرڈ لینگویج میں۔ تو آپ کو اپنے آپ کو اتنا زیادہ ڈیولپ کرنا ہے، ڈیولپ ڈیولپمنٹ کے اسی لیول کا نام ہے کریٹیو تھنکنگ۔</w:t>
      </w:r>
    </w:p>
    <w:p>
      <w:r>
        <w:rPr>
          <w:b/>
        </w:rPr>
        <w:t xml:space="preserve">[01:48] </w:t>
      </w:r>
      <w:r>
        <w:t>to ek insan woh hai jiske andar development ka woh level na ho, jo kehte hain creative thinking.</w:t>
      </w:r>
    </w:p>
    <w:p>
      <w:pPr>
        <w:jc w:val="right"/>
      </w:pPr>
      <w:r>
        <w:t>تو ایک انسان وہ ہے جس کے اندر ڈیولپمنٹ کا وہ لیول نہ ہو، جو کہتے ہیں کریٹیو تھنکنگ۔</w:t>
      </w:r>
    </w:p>
    <w:p>
      <w:r>
        <w:rPr>
          <w:b/>
        </w:rPr>
        <w:t xml:space="preserve">[01:58] </w:t>
      </w:r>
      <w:r>
        <w:t>woh ordinary matlab lega cheezon ka, ordinary. Aur jiske andar creative think aa chuki ho, woh iska</w:t>
      </w:r>
    </w:p>
    <w:p>
      <w:pPr>
        <w:jc w:val="right"/>
      </w:pPr>
      <w:r>
        <w:t>وہ آرڈرری مطلب لے گا چیزوں کا، آرڈرری۔ اور جس کے اندر کریٹیو تھنک آ چکی ہو، وہ اس کا</w:t>
      </w:r>
    </w:p>
    <w:p>
      <w:r>
        <w:rPr>
          <w:b/>
        </w:rPr>
        <w:t xml:space="preserve">[02:08] </w:t>
      </w:r>
      <w:r>
        <w:t>extra ordinary matlab samajh samajh lega. Isko jaise aaj mujhe quran ki ek ayat is par soch raha tha, mein woh hai ke Hazrat Maryam jo theen, unki maan ka naam tha Hanna, bible ke mutabiq.</w:t>
      </w:r>
    </w:p>
    <w:p>
      <w:pPr>
        <w:jc w:val="right"/>
      </w:pPr>
      <w:r>
        <w:t>ایکسٹرا آرڈنری مطلب سمجھ سمجھ لے گا۔ اس کو جیسے آج مجھے قرآن کی ایک آیت اس پر سوچ رہا تھا، میں وہ ہے کہ حضرت مریم جو تھیں، ان کی ماں کا نام تھا حنا، بائبل کے مطابق۔</w:t>
      </w:r>
    </w:p>
    <w:p>
      <w:r>
        <w:rPr>
          <w:b/>
        </w:rPr>
        <w:t xml:space="preserve">[02:26] </w:t>
      </w:r>
      <w:r>
        <w:t>to Hanna ne yeh ek nazar kiya, unko pregnant ho gayi.</w:t>
      </w:r>
    </w:p>
    <w:p>
      <w:pPr>
        <w:jc w:val="right"/>
      </w:pPr>
      <w:r>
        <w:t>تو حنا نے یہ ایک نظر کیا، ان کو پریگنینٹ ہو گئی۔</w:t>
      </w:r>
    </w:p>
    <w:p>
      <w:r>
        <w:rPr>
          <w:b/>
        </w:rPr>
        <w:t xml:space="preserve">[02:36] </w:t>
      </w:r>
      <w:r>
        <w:t>woh nazar kiya ke mere mera bachcha jab paida hoga to usko mein deen ke liye waqf kar doonga.</w:t>
      </w:r>
    </w:p>
    <w:p>
      <w:pPr>
        <w:jc w:val="right"/>
      </w:pPr>
      <w:r>
        <w:t>وہ نظر کیا کہ میرے میرا بچہ جب پیدا ہوگا تو اس کو میں دین کے لیے وقف کر دوں گا۔</w:t>
      </w:r>
    </w:p>
    <w:p>
      <w:r>
        <w:rPr>
          <w:b/>
        </w:rPr>
        <w:t xml:space="preserve">[02:48] </w:t>
      </w:r>
      <w:r>
        <w:t>to jab delivery hui to Maryam paida hui, yani ladki paida hui.</w:t>
      </w:r>
    </w:p>
    <w:p>
      <w:pPr>
        <w:jc w:val="right"/>
      </w:pPr>
      <w:r>
        <w:t>تو جب ڈیلیوری ہوئی تو مریم پیدا ہوئی، یعنی لڑکی پیدا ہوئی۔</w:t>
      </w:r>
    </w:p>
    <w:p>
      <w:r>
        <w:rPr>
          <w:b/>
        </w:rPr>
        <w:t xml:space="preserve">[02:59] </w:t>
      </w:r>
      <w:r>
        <w:t>to unka laima se ke Khuda yeh to ladki paida ho gayi, ladka hota to mein waqf karti.</w:t>
      </w:r>
    </w:p>
    <w:p>
      <w:pPr>
        <w:jc w:val="right"/>
      </w:pPr>
      <w:r>
        <w:t>تو ان کا لائمہ سے کہ خدا یہ تو لڑکی پیدا ہو گئی، لڑکا ہوتا تو میں وقف کرتی۔</w:t>
      </w:r>
    </w:p>
    <w:p>
      <w:r>
        <w:rPr>
          <w:b/>
        </w:rPr>
        <w:t xml:space="preserve">[03:12] </w:t>
      </w:r>
      <w:r>
        <w:t>to iske baad jo waqiyat hain, ismein se yeh ayat aati hai ke "fataqabbalahu rabbuhu biqabulihasan wa anbat ha nabatan hasanatan wa kaffalahu zakariyya".</w:t>
      </w:r>
    </w:p>
    <w:p>
      <w:pPr>
        <w:jc w:val="right"/>
      </w:pPr>
      <w:r>
        <w:t>تو اس کے بعد جو واقعات ہیں، اس میں سے یہ آیت آتی ہے کہ "فتقبلہ ربہ بقبول حسنین وامتہا نبات حسنہ وکفل زکریا"۔</w:t>
      </w:r>
    </w:p>
    <w:p>
      <w:r>
        <w:rPr>
          <w:b/>
        </w:rPr>
        <w:t xml:space="preserve">[03:29] </w:t>
      </w:r>
      <w:r>
        <w:t>yeh ayat hai surah Aal-e-Imran mein. Yani Allah ne unko accept kar liya, acha accept karne wala, achhe tareeqe se accept kar liya, yani Hazrat Maryam ko.</w:t>
      </w:r>
    </w:p>
    <w:p>
      <w:pPr>
        <w:jc w:val="right"/>
      </w:pPr>
      <w:r>
        <w:t>یہ آیت ہے سورہ آل عمران میں۔ یعنی اللہ نے ان کو ایکسیپٹ کر لیا، اچھا ایکسیپٹ کرنے والا، اچھے طریقے سے ایکسیپٹ کر لیا، یعنی حضرت مریم کو۔</w:t>
      </w:r>
    </w:p>
    <w:p>
      <w:r>
        <w:rPr>
          <w:b/>
        </w:rPr>
        <w:t xml:space="preserve">[03:44] </w:t>
      </w:r>
      <w:r>
        <w:t>aur unko</w:t>
      </w:r>
    </w:p>
    <w:p>
      <w:pPr>
        <w:jc w:val="right"/>
      </w:pPr>
      <w:r>
        <w:t>اور ان کو</w:t>
      </w:r>
    </w:p>
    <w:p>
      <w:r>
        <w:rPr>
          <w:b/>
        </w:rPr>
        <w:t xml:space="preserve">[03:45] </w:t>
      </w:r>
      <w:r>
        <w:t>unka yeh baat kiya, yani unki upbringing bohat achhi ki.</w:t>
      </w:r>
    </w:p>
    <w:p>
      <w:pPr>
        <w:jc w:val="right"/>
      </w:pPr>
      <w:r>
        <w:t>ان کا یہ بات کیا، یعنی ان کی اپ بریکنگ بہت اچھی کی۔</w:t>
      </w:r>
    </w:p>
    <w:p>
      <w:r>
        <w:rPr>
          <w:b/>
        </w:rPr>
        <w:t xml:space="preserve">[03:53] </w:t>
      </w:r>
      <w:r>
        <w:t>aur</w:t>
      </w:r>
    </w:p>
    <w:p>
      <w:pPr>
        <w:jc w:val="right"/>
      </w:pPr>
      <w:r>
        <w:t>اور</w:t>
      </w:r>
    </w:p>
    <w:p>
      <w:r>
        <w:rPr>
          <w:b/>
        </w:rPr>
        <w:t xml:space="preserve">[03:59] </w:t>
      </w:r>
      <w:r>
        <w:t>aur Zakariya ne unki kifaalat ki. Teen lafz ismein aaye hain ke usko mujhe padh raha tha to mujhe samajh mein aaya ke agar aap padhne wala creative mind hai to apni kahani padhega uske andar</w:t>
      </w:r>
    </w:p>
    <w:p>
      <w:pPr>
        <w:jc w:val="right"/>
      </w:pPr>
      <w:r>
        <w:t>اور زکریا نے ان کی کفالت کی۔ تین لفظ اس میں آئے ہیں کہ اس کو مجھے پڑھ رہا تھا تو مجھے سمجھ میں آیا کہ اگر آپ پڑھنے والا کریٹیو مائنڈ ہے تو اپنی کہانی پڑھے گا اس کے اندر</w:t>
      </w:r>
    </w:p>
    <w:p>
      <w:r>
        <w:rPr>
          <w:b/>
        </w:rPr>
        <w:t xml:space="preserve">[04:17] </w:t>
      </w:r>
      <w:r>
        <w:t>ke mujh mujh par yeh bhi to hai. Yani goya ke Allah Rabb-ul-Alameen ne jo blessing Maryam ko di thi, woh use mujhe bhi di thi.</w:t>
      </w:r>
    </w:p>
    <w:p>
      <w:pPr>
        <w:jc w:val="right"/>
      </w:pPr>
      <w:r>
        <w:t>کہ مجھ مجھ پر یہ بھی تو ہے۔ یعنی گویا کہ اللہ رب العالمین نے جو بلیسنگ مریم کو دی تھی، وہ اسے مجھے بھی دی تھی۔</w:t>
      </w:r>
    </w:p>
    <w:p>
      <w:r>
        <w:rPr>
          <w:b/>
        </w:rPr>
        <w:t xml:space="preserve">[04:31] </w:t>
      </w:r>
      <w:r>
        <w:t>phir yeh discover karega ke Allah Ta'ala ki saari blessing jo pehle zamane mein thi, kuch logon ko mili thi, ab woh universalize ho gayi</w:t>
      </w:r>
    </w:p>
    <w:p>
      <w:pPr>
        <w:jc w:val="right"/>
      </w:pPr>
      <w:r>
        <w:t>پھر یہ ڈسکور کرے گا کہ اللہ تعالی کی ساری بلیسنگ جو پہلے زمانے میں تھی، کچھ لوگوں کو ملی تھی، اب وہ یونیورسلائز ہو گئی</w:t>
      </w:r>
    </w:p>
    <w:p>
      <w:r>
        <w:rPr>
          <w:b/>
        </w:rPr>
        <w:t xml:space="preserve">[04:42] </w:t>
      </w:r>
      <w:r>
        <w:t>modern civilization ke zamane mein. Woh kaise? Ismein teen baatein hain. Pehli baat jo hai, iska matlab hai sachai ka milna.</w:t>
      </w:r>
    </w:p>
    <w:p>
      <w:pPr>
        <w:jc w:val="right"/>
      </w:pPr>
      <w:r>
        <w:t>ماڈرن سویلائزیشن کے زمانے میں۔ وہ کیسے؟ اس میں تین باتیں ہیں۔ پہلی بات جو ہے، اس کا مطلب ہے سچائی کا ملنا۔</w:t>
      </w:r>
    </w:p>
    <w:p>
      <w:r>
        <w:rPr>
          <w:b/>
        </w:rPr>
        <w:t xml:space="preserve">[04:58] </w:t>
      </w:r>
      <w:r>
        <w:t>jab Allah kisi ko qabul karega to yahi to matlab hua, usko sachai dega, woh sachai pe khada hone ke qabil ho jayega. To qadeem zamane mein sachai ko paane ke liye yeh hota tha ke kisi buzurg ke paas jaate, unke ghar pe thehrte to woh kuch batata, woh aap sun lete.</w:t>
      </w:r>
    </w:p>
    <w:p>
      <w:pPr>
        <w:jc w:val="right"/>
      </w:pPr>
      <w:r>
        <w:t>جب اللہ کسی کو قبول کرے گا تو یہی تو مطلب ہوا، اس کو سچائی دے گا، وہ سچائی پہ کھڑا ہونے کے قابل ہو جائے گا۔ تو قدیم زمانے میں سچائی کو پانے کے لیے یہ ہوتا تھا کہ کسی بزرگ کے کہا جاتے، ان کے گھر پہ ٹھہرتے تو وہ کچھ بتاتا، وہ آپ سن لیتے۔</w:t>
      </w:r>
    </w:p>
    <w:p>
      <w:r>
        <w:rPr>
          <w:b/>
        </w:rPr>
        <w:t xml:space="preserve">[05:19] </w:t>
      </w:r>
      <w:r>
        <w:t>lekin ab daur hai communication ka,</w:t>
      </w:r>
    </w:p>
    <w:p>
      <w:pPr>
        <w:jc w:val="right"/>
      </w:pPr>
      <w:r>
        <w:t>لیکن اب دور ہے کمیونیکیشن کا،</w:t>
      </w:r>
    </w:p>
    <w:p>
      <w:r>
        <w:rPr>
          <w:b/>
        </w:rPr>
        <w:t xml:space="preserve">[05:22] </w:t>
      </w:r>
      <w:r>
        <w:t>printing press ka. aap dunya mein kahin bhi rahiye, aap ko chhupa hua ya communication ke zariye se, internet ke zariye se, computer ke zariye se, aap ko kahin bhi aap hon, sachai pahunch rahi hai aap ko.</w:t>
      </w:r>
    </w:p>
    <w:p>
      <w:pPr>
        <w:jc w:val="right"/>
      </w:pPr>
      <w:r>
        <w:t>پرنٹنگ پریس کا۔ آپ دنیا میں کہیں بھی رہیے، آپ کو چھپا ہوا یا کمیونیکیشن کے ذریعے سے، انٹرنیٹ کے ذریعے سے، کمپیوٹر کے ذریعے سے، آپ کو کہیں بھی آپ ہوں، سچائی پہنچ رہی ہے آپ کو۔</w:t>
      </w:r>
    </w:p>
    <w:p>
      <w:r>
        <w:rPr>
          <w:b/>
        </w:rPr>
        <w:t xml:space="preserve">[05:39] </w:t>
      </w:r>
      <w:r>
        <w:t>jise hamara mission hai,</w:t>
      </w:r>
    </w:p>
    <w:p>
      <w:pPr>
        <w:jc w:val="right"/>
      </w:pPr>
      <w:r>
        <w:t>جسے ہمارا مشن ہے،</w:t>
      </w:r>
    </w:p>
    <w:p>
      <w:r>
        <w:rPr>
          <w:b/>
        </w:rPr>
        <w:t xml:space="preserve">[05:41] </w:t>
      </w:r>
      <w:r>
        <w:t>to mission to ek jagah hai, yeh sari dunya mein logon tak mission ka paigham pahunch raha hai.</w:t>
      </w:r>
    </w:p>
    <w:p>
      <w:pPr>
        <w:jc w:val="right"/>
      </w:pPr>
      <w:r>
        <w:t>تو مشن تو ایک جگہ ہے، یہ ساری دنیا میں لوگوں تک مشن کا پیغام پہنچ رہا ہے۔</w:t>
      </w:r>
    </w:p>
    <w:p>
      <w:r>
        <w:rPr>
          <w:b/>
        </w:rPr>
        <w:t xml:space="preserve">[05:51] </w:t>
      </w:r>
      <w:r>
        <w:t>to aaj jo hai, woh zamana nahi hai. ab aaj ke zamane mein aap kahin bhi rahen, modern communication ke zariye har jagah aap is ko pa sakte hain.</w:t>
      </w:r>
    </w:p>
    <w:p>
      <w:pPr>
        <w:jc w:val="right"/>
      </w:pPr>
      <w:r>
        <w:t>تو آج جو ہے، وہ زمانہ نہیں ہے۔ اب آج کے زمانے میں آپ کہیں بھی رہیں، ماڈرن کمیونیکیشن کے ذریعے ہر جگہ آپ اس کو پا سکتے ہیں۔</w:t>
      </w:r>
    </w:p>
    <w:p>
      <w:r>
        <w:rPr>
          <w:b/>
        </w:rPr>
        <w:t xml:space="preserve">[06:07] </w:t>
      </w:r>
      <w:r>
        <w:t>doosri ayat hum jo hai, lijiye ke Allah taala ne un ki achhi appreciation ki, matlab physical satah pe nahi hai.</w:t>
      </w:r>
    </w:p>
    <w:p>
      <w:pPr>
        <w:jc w:val="right"/>
      </w:pPr>
      <w:r>
        <w:t>دوسری آیت ہم جو ہے، لیجئے کہ اللہ تعالی نے ان کی اچھی اپریگی کی، مطلب فزیکل سطح پہ نہیں ہے۔</w:t>
      </w:r>
    </w:p>
    <w:p>
      <w:r>
        <w:rPr>
          <w:b/>
        </w:rPr>
        <w:t xml:space="preserve">[06:17] </w:t>
      </w:r>
      <w:r>
        <w:t>yeh to aap ko ek team mil gayi, is team ke sath aap hain</w:t>
      </w:r>
    </w:p>
    <w:p>
      <w:pPr>
        <w:jc w:val="right"/>
      </w:pPr>
      <w:r>
        <w:t>یہ تو آپ کو ایک ٹیم مل گئی، اس ٹیم کے ساتھ آپ ہیں</w:t>
      </w:r>
    </w:p>
    <w:p>
      <w:r>
        <w:rPr>
          <w:b/>
        </w:rPr>
        <w:t xml:space="preserve">[06:25] </w:t>
      </w:r>
      <w:r>
        <w:t>to aap ki poori training ho rahi hai logon ke support se. agar aap akele hote kahin kisi island mein to yeh kuch na hota.</w:t>
      </w:r>
    </w:p>
    <w:p>
      <w:pPr>
        <w:jc w:val="right"/>
      </w:pPr>
      <w:r>
        <w:t>تو آپ کی پوری ٹریننگ ہو رہی ہے لوگوں کے سپورٹ سے۔ اگر آپ اکیلے ہوتے کہیں کسی آئی لینڈ میں تو یہ کچھ نہ ہوتا۔</w:t>
      </w:r>
    </w:p>
    <w:p>
      <w:r>
        <w:rPr>
          <w:b/>
        </w:rPr>
        <w:t xml:space="preserve">[06:36] </w:t>
      </w:r>
      <w:r>
        <w:t>yeh bhi modern age ka phenomenon hai. modern age mein is tarah ki team banti hai,</w:t>
      </w:r>
    </w:p>
    <w:p>
      <w:pPr>
        <w:jc w:val="right"/>
      </w:pPr>
      <w:r>
        <w:t>یہ بھی ماڈرن ایج کا فیناومینا ہے۔ ماڈرن ایج میں اس طرح کی ٹیم بنتی ہے،</w:t>
      </w:r>
    </w:p>
    <w:p>
      <w:r>
        <w:rPr>
          <w:b/>
        </w:rPr>
        <w:t xml:space="preserve">[06:42] </w:t>
      </w:r>
      <w:r>
        <w:t>pehlay is tarah ki team ban nahi sakti thi. to yeh shukr ka item hua aap ke liye. teesri cheez jo hai, woh kafal Zakariya ke un ka kafalat ki Zakariya ne.</w:t>
      </w:r>
    </w:p>
    <w:p>
      <w:pPr>
        <w:jc w:val="right"/>
      </w:pPr>
      <w:r>
        <w:t>پہلے اس طرح کی ٹیم بن نہیں سکتی تھی۔ تو یہ شکر کا آئٹم ہوا آپ کے لیے۔ تیسری چیز جو ہے، وہ کفل زکریا کہ ان کا کفالت کی زکریا نے۔</w:t>
      </w:r>
    </w:p>
    <w:p>
      <w:r>
        <w:rPr>
          <w:b/>
        </w:rPr>
        <w:t xml:space="preserve">[07:01] </w:t>
      </w:r>
      <w:r>
        <w:t>ab to poora age aap ki kafalat kar raha hai. aap mein se jo aadmi service service karta ho, business karta ho, koi professional is ka ho to woh modern age ne yeh yeh sab cheezain pata kain.</w:t>
      </w:r>
    </w:p>
    <w:p>
      <w:pPr>
        <w:jc w:val="right"/>
      </w:pPr>
      <w:r>
        <w:t>اب تو پورا ایج آپ کی کفالت کر رہا ہے۔ آپ میں سے جو آدمی سروس سروس کرتا ہو، بزنس کرتا ہو، کوئی پروفیشنل اس کا ہو تو وہ ماڈرن ایج نے یہ یہ سب چیزیں پتہ کیں۔</w:t>
      </w:r>
    </w:p>
    <w:p>
      <w:r>
        <w:rPr>
          <w:b/>
        </w:rPr>
        <w:t xml:space="preserve">[07:14] </w:t>
      </w:r>
      <w:r>
        <w:t>pehlay aisa tha nahi, pehlay na is tarah ki services hoti theen, na is tarah ka</w:t>
      </w:r>
    </w:p>
    <w:p>
      <w:pPr>
        <w:jc w:val="right"/>
      </w:pPr>
      <w:r>
        <w:t>پہلے ایسا تھا نہیں، پہلے نہ اس طرح کی سروسز ہوتی تھیں، نہ اس طرح کا</w:t>
      </w:r>
    </w:p>
    <w:p>
      <w:r>
        <w:rPr>
          <w:b/>
        </w:rPr>
        <w:t xml:space="preserve">[07:22] </w:t>
      </w:r>
      <w:r>
        <w:t>profession milta tha kisi ko, na is tarah ka business tha. to modern age ne aap ko aap aap ka kafeel bana gaya.</w:t>
      </w:r>
    </w:p>
    <w:p>
      <w:pPr>
        <w:jc w:val="right"/>
      </w:pPr>
      <w:r>
        <w:t>پروفیشن ملتا تھا کسی کو، نہ اس طرح کا بزنس تھا۔ تو ماڈرن ایج نے آپ کو آپ آپ کا کفیل بنا گیا۔</w:t>
      </w:r>
    </w:p>
    <w:p>
      <w:r>
        <w:rPr>
          <w:b/>
        </w:rPr>
        <w:t xml:space="preserve">[07:31] </w:t>
      </w:r>
      <w:r>
        <w:t>modern age aap ka kafeel ban gaya. modern age aap ka kafeel ban gaya. maslan ek shakhs ek multinational company mein</w:t>
      </w:r>
    </w:p>
    <w:p>
      <w:pPr>
        <w:jc w:val="right"/>
      </w:pPr>
      <w:r>
        <w:t>ماڈرن ایج آپ کا کفیل بن گیا۔ ماڈرن ایج آپ کا کفیل بن گیا۔ مثلاً ایک شخص ایک ملٹی نیشنل کمپنی میں</w:t>
      </w:r>
    </w:p>
    <w:p>
      <w:r>
        <w:rPr>
          <w:b/>
        </w:rPr>
        <w:t xml:space="preserve">[07:41] </w:t>
      </w:r>
      <w:r>
        <w:t>kaam karta hai to woh woh company aap ko woh kar rahi hai jo Hazrat Zakariya ne kaha tha ke kafalat ka zimmedar zimmedar ban gayi.</w:t>
      </w:r>
    </w:p>
    <w:p>
      <w:pPr>
        <w:jc w:val="right"/>
      </w:pPr>
      <w:r>
        <w:t>کام کرتا ہے تو وہ وہ کمپنی آپ کو وہ کر رہی ہے جو حضرت زکریا نے کہا تھا کہ کفالت کا ذمہ دار ذمہ دار بن گئی۔</w:t>
      </w:r>
    </w:p>
    <w:p>
      <w:r>
        <w:rPr>
          <w:b/>
        </w:rPr>
        <w:t xml:space="preserve">[07:55] </w:t>
      </w:r>
      <w:r>
        <w:t>woh company aap ko aap ki kafeel ban gayi. kuch kaam aap ne kar rahe hain aur is ke baad woh aap ka sara zimmedari le bhi hain.</w:t>
      </w:r>
    </w:p>
    <w:p>
      <w:pPr>
        <w:jc w:val="right"/>
      </w:pPr>
      <w:r>
        <w:t>وہ کمپنی آپ کو آپ کی کفیل بن گئی۔ کچھ کام آپ نے کر رہے ہیں اور اس کے بعد وہ آپ کا سارا ذمہ داری لے بھی ہیں۔</w:t>
      </w:r>
    </w:p>
    <w:p>
      <w:r>
        <w:rPr>
          <w:b/>
        </w:rPr>
        <w:t xml:space="preserve">[08:08] </w:t>
      </w:r>
      <w:r>
        <w:t>to modern age mein yeh sab cheezain paida hui hain. modern age ki wajah se yeh hua possible ke aap kahin bhi hon, aap ko sachai milti rahe.</w:t>
      </w:r>
    </w:p>
    <w:p>
      <w:pPr>
        <w:jc w:val="right"/>
      </w:pPr>
      <w:r>
        <w:t>تو ماڈرن ایج میں یہ سب چیزیں پیدا ہوئی ہیں۔ ماڈرن ایج کی وجہ سے یہ ہوا پاسیبل کہ آپ کہیں بھی ہوں، آپ کو سچائی ملتی رہے۔</w:t>
      </w:r>
    </w:p>
    <w:p>
      <w:r>
        <w:rPr>
          <w:b/>
        </w:rPr>
        <w:t xml:space="preserve">[08:18] </w:t>
      </w:r>
      <w:r>
        <w:t>modern age ki wajah se yeh possible hua ke aap team banayein, aap group banayein,</w:t>
      </w:r>
    </w:p>
    <w:p>
      <w:pPr>
        <w:jc w:val="right"/>
      </w:pPr>
      <w:r>
        <w:t>ماڈرن ایج کی وجہ سے یہ پاسیبل ہوا کہ آپ ٹیم بنائیں، آپ گروپ بنائیں،</w:t>
      </w:r>
    </w:p>
    <w:p>
      <w:r>
        <w:rPr>
          <w:b/>
        </w:rPr>
        <w:t xml:space="preserve">[08:25] </w:t>
      </w:r>
      <w:r>
        <w:t>aap communication develop karein aur is ke zariye se aap ka yani development ho sab ke support se.</w:t>
      </w:r>
    </w:p>
    <w:p>
      <w:pPr>
        <w:jc w:val="right"/>
      </w:pPr>
      <w:r>
        <w:t>آپ کمیونیکیشن ڈیولپ کریں اور اس کے ذریعے سے آپ کا یعنی ڈیولپمنٹ ہو سب کے سپورٹ سے۔</w:t>
      </w:r>
    </w:p>
    <w:p>
      <w:r>
        <w:rPr>
          <w:b/>
        </w:rPr>
        <w:t xml:space="preserve">[08:38] </w:t>
      </w:r>
      <w:r>
        <w:t>aur yeh teesri cheez jo hai ke aap</w:t>
      </w:r>
    </w:p>
    <w:p>
      <w:pPr>
        <w:jc w:val="right"/>
      </w:pPr>
      <w:r>
        <w:t>اور یہ تیسری چیز جو ہے کہ آپ</w:t>
      </w:r>
    </w:p>
    <w:p>
      <w:r>
        <w:rPr>
          <w:b/>
        </w:rPr>
        <w:t xml:space="preserve">[08:43] </w:t>
      </w:r>
      <w:r>
        <w:t>modern age mein aise opportunities khuli hain, woh opportunities aap ki kafeel ban jati hain, aap ko paisa deti hain, aap ko dollar deti hain.</w:t>
      </w:r>
    </w:p>
    <w:p>
      <w:pPr>
        <w:jc w:val="right"/>
      </w:pPr>
      <w:r>
        <w:t>ماڈرن ایج میں ایسے اپرچونیٹیز کھلی ہیں، وہ اپرچونیٹیز آپ کی کفیل بن جاتی ہیں، آپ کو پیسہ دیتی ہیں، آپ کو ڈالر دیتی ہیں۔</w:t>
      </w:r>
    </w:p>
    <w:p>
      <w:r>
        <w:rPr>
          <w:b/>
        </w:rPr>
        <w:t xml:space="preserve">[08:56] </w:t>
      </w:r>
      <w:r>
        <w:t>to aap is tarah agar aap sochen aap</w:t>
      </w:r>
    </w:p>
    <w:p>
      <w:pPr>
        <w:jc w:val="right"/>
      </w:pPr>
      <w:r>
        <w:t>تو آپ اس طرح اگر آپ سوچیں آپ</w:t>
      </w:r>
    </w:p>
    <w:p>
      <w:r>
        <w:rPr>
          <w:b/>
        </w:rPr>
        <w:t xml:space="preserve">[09:00] </w:t>
      </w:r>
      <w:r>
        <w:t>to kabhi bhi aap negative na hon. maslan aap dekhiye jo log service karte hain kisi company mein, jis se miliye, kuch na kuch shikayat ki baat bole ga woh.</w:t>
      </w:r>
    </w:p>
    <w:p>
      <w:pPr>
        <w:jc w:val="right"/>
      </w:pPr>
      <w:r>
        <w:t>تو کبھی بھی آپ نیگیٹیو نہ ہوں۔ مثلاً آپ دیکھیے جو لوگ سروس کرتے ہیں کسی کمپنی میں، جس سے ملیے، کچھ نہ کچھ شکایت کی بات بولے گا وہ۔</w:t>
      </w:r>
    </w:p>
    <w:p>
      <w:r>
        <w:rPr>
          <w:b/>
        </w:rPr>
        <w:t xml:space="preserve">[09:12] </w:t>
      </w:r>
      <w:r>
        <w:t>kisi chahe woh top ka ho is mein, tab bhi kuch na kuch shikayat ki boli bole ga. halankay woh to woh to woh kaam kar raha hai, woh company woh kaam kar rahi hai jo Hazrat Maryam ke liye Zakariya ne kiya tha.</w:t>
      </w:r>
    </w:p>
    <w:p>
      <w:pPr>
        <w:jc w:val="right"/>
      </w:pPr>
      <w:r>
        <w:t>کسی چاہے وہ ٹاپ کا ہو اس میں، تب بھی کچھ نہ کچھ شکایت کی بولی بولے گا۔ حالانکہ وہ تو وہ تو وہ کام کر رہا ہے، وہ کمپنی وہ کام کر رہی ہے جو حضرت مریم کے لیے زکریا نے کیا تھا۔</w:t>
      </w:r>
    </w:p>
    <w:p>
      <w:r>
        <w:rPr>
          <w:b/>
        </w:rPr>
        <w:t xml:space="preserve">[09:25] </w:t>
      </w:r>
      <w:r>
        <w:t>yani ek kaam bhi economic base de rahi hai. Hazrat Maryam ke liye Zakariya economic base ban gaye. woh bhi bohat mamooli darja batayein.</w:t>
      </w:r>
    </w:p>
    <w:p>
      <w:pPr>
        <w:jc w:val="right"/>
      </w:pPr>
      <w:r>
        <w:t>یعنی ایک کام بھی ایکانمک بیس دے رہی ہے۔ حضرت مریم کے لیے زکریا ایکانمک بیس بن گئے۔ وہ بھی بہت معمولی درجہ بتائیں۔</w:t>
      </w:r>
    </w:p>
    <w:p>
      <w:r>
        <w:rPr>
          <w:b/>
        </w:rPr>
        <w:t xml:space="preserve">[09:36] </w:t>
      </w:r>
      <w:r>
        <w:t>ek choti si kothri banati thi, woh subah shaam un ko khana mil jata tha. aap to that se rehte hain,</w:t>
      </w:r>
    </w:p>
    <w:p>
      <w:pPr>
        <w:jc w:val="right"/>
      </w:pPr>
      <w:r>
        <w:t>ایک چھوٹی سی کوٹھری بناتی تھی، وہ صبح شام ان کو کھانا مل جاتا تھا۔ آپ تو ٹھاٹ سے رہتے ہیں،</w:t>
      </w:r>
    </w:p>
    <w:p>
      <w:r>
        <w:rPr>
          <w:b/>
        </w:rPr>
        <w:t xml:space="preserve">[09:43] </w:t>
      </w:r>
      <w:r>
        <w:t>model flat pe rehte hain, car par chalte hain, hawa jahaz safar karte hain, bank balance aap ke paas hai. to aap ko jo company aap de rahi hai, wo is se bohat zyada hai jo Maryam ko Hazrat Zakariya de rahe the.</w:t>
      </w:r>
    </w:p>
    <w:p>
      <w:pPr>
        <w:jc w:val="right"/>
      </w:pPr>
      <w:r>
        <w:t>ماڈل فلیٹ پہ رہتے ہیں، کار پر چلتے ہیں، ہوا جہاز سفر کرتے ہیں، بینک بیلنس آپ کے پاس ہے۔ تو آپ کو جو کمپنی آپ دے رہی ہے، وہ اس سے بہت زیادہ ہے جو مریم کو حضرت زکریا دے رہے تھے۔</w:t>
      </w:r>
    </w:p>
    <w:p>
      <w:r>
        <w:rPr>
          <w:b/>
        </w:rPr>
        <w:t xml:space="preserve">[09:57] </w:t>
      </w:r>
      <w:r>
        <w:t>lekin shikayat phir bhi</w:t>
      </w:r>
    </w:p>
    <w:p>
      <w:pPr>
        <w:jc w:val="right"/>
      </w:pPr>
      <w:r>
        <w:t>لیکن شکایت پھر بھی</w:t>
      </w:r>
    </w:p>
    <w:p>
      <w:r>
        <w:rPr>
          <w:b/>
        </w:rPr>
        <w:t xml:space="preserve">[10:01] </w:t>
      </w:r>
      <w:r>
        <w:t>shikayat. bas jhoota Alhamdulillah har har aadmi karega. aaj kal ya jis se main milta hoon to baat baat par Alhamdulillah, Alhamdulillah mujhe bohat ghussa aata hai ke jhoota Alhamdulillah hai, jhoota Alhamdulillah.</w:t>
      </w:r>
    </w:p>
    <w:p>
      <w:pPr>
        <w:jc w:val="right"/>
      </w:pPr>
      <w:r>
        <w:t>شکایت۔ بس جھوٹا الحمدللہ ہر ہر آدمی کرے گا۔ آج کل یا جس سے میں ملتا ہوں تو بات بات پر الحمدللہ، الحمدللہ مجھے بہت غصہ آتا ہے کہ جھوٹا الحمدللہ ہے، جھوٹا الحمدللہ۔</w:t>
      </w:r>
    </w:p>
    <w:p>
      <w:r>
        <w:rPr>
          <w:b/>
        </w:rPr>
        <w:t xml:space="preserve">[10:15] </w:t>
      </w:r>
      <w:r>
        <w:t>kisi ne ab tak mujhe aisa aadmi nahi mila jo company ki mein jo us ko job mila ho, us par Alhamdulillah kahe.</w:t>
      </w:r>
    </w:p>
    <w:p>
      <w:pPr>
        <w:jc w:val="right"/>
      </w:pPr>
      <w:r>
        <w:t>کسی نے اب تک مجھے ایسا آدمی نہیں ملا جو کمپنی کی میں جو اس کو جاب ملا ہو، اس پر الحمدللہ کہے۔</w:t>
      </w:r>
    </w:p>
    <w:p>
      <w:r>
        <w:rPr>
          <w:b/>
        </w:rPr>
        <w:t xml:space="preserve">[10:23] </w:t>
      </w:r>
      <w:r>
        <w:t>koi aisa hi nahi mila. communication pe kisi ne Alhamdulillah nahi kaha, modern civilization pe kisi ne Alhamdulillah nahi kaha, par jhoot jhoot par bol rahe hain, Alhamdulillah sachai par nahi bol rahe.</w:t>
      </w:r>
    </w:p>
    <w:p>
      <w:pPr>
        <w:jc w:val="right"/>
      </w:pPr>
      <w:r>
        <w:t>کوئی ایسا ہی نہیں ملا۔ کمیونیکیشن پہ کسی نے الحمدللہ نہیں کہا، ماڈرن سویلائزیشن پہ کسی نے الحمدللہ نہیں کہا، پر جھوٹ جھوٹ پر بول رہے ہیں، الحمدللہ سچائی پر نہیں بول رہے۔</w:t>
      </w:r>
    </w:p>
    <w:p>
      <w:r>
        <w:rPr>
          <w:b/>
        </w:rPr>
        <w:t xml:space="preserve">[10:40] </w:t>
      </w:r>
      <w:r>
        <w:t>to is ayat mein ek bohat bada wo hai sabak ke Hazrat Hazrat Maryam jo thin, un ko subah subah subah rizq milta tha.</w:t>
      </w:r>
    </w:p>
    <w:p>
      <w:pPr>
        <w:jc w:val="right"/>
      </w:pPr>
      <w:r>
        <w:t>تو اس آیت میں ایک بہت بڑا وہ ہے سبق کہ حضرت حضرت مریم جو تھیں، ان کو صبح صبح صبح رزق ملتا تھا۔</w:t>
      </w:r>
    </w:p>
    <w:p>
      <w:r>
        <w:rPr>
          <w:b/>
        </w:rPr>
        <w:t xml:space="preserve">[10:52] </w:t>
      </w:r>
      <w:r>
        <w:t>Quran mein aata hai ke jab bhi un ke jo kafeel the, Hazrat Zakariya jab bhi aate the, un ke hujre mein ek hujre mein rehti thi, wo jo jo kahein us se chhota tha</w:t>
      </w:r>
    </w:p>
    <w:p>
      <w:pPr>
        <w:jc w:val="right"/>
      </w:pPr>
      <w:r>
        <w:t>قرآن میں آتا ہے کہ جب بھی ان کے جو کفیل تھے، حضرت زکریا جب بھی آتے تھے، ان کے حجرے میں ایک حجرے میں رہتی تھی، وہ جو جو کہیں اس سے چھوٹا تھا</w:t>
      </w:r>
    </w:p>
    <w:p>
      <w:r>
        <w:rPr>
          <w:b/>
        </w:rPr>
        <w:t xml:space="preserve">[11:03] </w:t>
      </w:r>
      <w:r>
        <w:t>aur is mein attach bath bhi nahi tha, is mein light bhi nahi thi. to Hazrat Maryam ke paas wo rizq paate the, rizq to poocha unhone ke Maryam to koi rizq kahan se aata hai?</w:t>
      </w:r>
    </w:p>
    <w:p>
      <w:pPr>
        <w:jc w:val="right"/>
      </w:pPr>
      <w:r>
        <w:t>اور اس میں اٹیکٹ باتھ بھی نہیں تھا، اس میں لائٹ بھی نہیں تھی۔ تو حضرت مریم کے پاس وہ رزق پاتے تھے، رزق تو پوچھا انہوں نے کہ مریم تو کوئی رزق کہاں سے آتا ہے؟</w:t>
      </w:r>
    </w:p>
    <w:p>
      <w:r>
        <w:rPr>
          <w:b/>
        </w:rPr>
        <w:t xml:space="preserve">[11:19] </w:t>
      </w:r>
      <w:r>
        <w:t>to unhone kaha Allah se.</w:t>
      </w:r>
    </w:p>
    <w:p>
      <w:pPr>
        <w:jc w:val="right"/>
      </w:pPr>
      <w:r>
        <w:t>تو انہوں نے کہا اللہ سے۔</w:t>
      </w:r>
    </w:p>
    <w:p>
      <w:r>
        <w:rPr>
          <w:b/>
        </w:rPr>
        <w:t xml:space="preserve">[11:21] </w:t>
      </w:r>
      <w:r>
        <w:t>to yeh hamare yaani be daani se log jo hain, is ka matlab yeh samajhte hain ke jaade ke zamane mein garmi ka phal, garmi ke zamane mein jaade ka phal, yeh bilkul yaani bilkul mujhe wahshat hoti hai is tafseeron se.</w:t>
      </w:r>
    </w:p>
    <w:p>
      <w:pPr>
        <w:jc w:val="right"/>
      </w:pPr>
      <w:r>
        <w:t>تو یہ ہمارے یعنی بے دانی سے لوگ جو ہیں، اس کا مطلب یہ سمجھتے ہیں کہ جاڑے کے زمانے میں گرمی کا پھل، گرمی کے زمانے میں جاڑے کا پھل، یہ بالکل یعنی بالکل مجھے وحشت ہوتی ہے اس تفسیروں سے۔</w:t>
      </w:r>
    </w:p>
    <w:p>
      <w:r>
        <w:rPr>
          <w:b/>
        </w:rPr>
        <w:t xml:space="preserve">[11:37] </w:t>
      </w:r>
      <w:r>
        <w:t>yeh ek Khuda, Khuda ka yahi bari de nahi hai.</w:t>
      </w:r>
    </w:p>
    <w:p>
      <w:pPr>
        <w:jc w:val="right"/>
      </w:pPr>
      <w:r>
        <w:t>یہ ایک خدا، خدا کا یہی بڑی دے نہیں ہے۔</w:t>
      </w:r>
    </w:p>
    <w:p>
      <w:r>
        <w:rPr>
          <w:b/>
        </w:rPr>
        <w:t xml:space="preserve">[11:41] </w:t>
      </w:r>
      <w:r>
        <w:t>Khuda jo Rab al-Kainat hai, Rab al-Alameen hai, us ke sab pe de nahi hai ke jaade mein garmi ke phir bhej de aur garmi jaade ke phal bhi dega.</w:t>
      </w:r>
    </w:p>
    <w:p>
      <w:pPr>
        <w:jc w:val="right"/>
      </w:pPr>
      <w:r>
        <w:t>خدا جو رب الکائنات ہے، رب العالمین ہے، اس کے سب پہ دے نہیں ہے کہ جاڑے میں گرمی کے پھر بھیج دے اور گرمی جاڑے کے پھل بھی دے گا۔</w:t>
      </w:r>
    </w:p>
    <w:p>
      <w:r>
        <w:rPr>
          <w:b/>
        </w:rPr>
        <w:t xml:space="preserve">[11:53] </w:t>
      </w:r>
      <w:r>
        <w:t>yeh yeh yeh hai Khuda ki rehmat ko intercept karna,</w:t>
      </w:r>
    </w:p>
    <w:p>
      <w:pPr>
        <w:jc w:val="right"/>
      </w:pPr>
      <w:r>
        <w:t>یہ یہ یہ ہے خدا کی رحمت کو انٹرسپٹ کرنا،</w:t>
      </w:r>
    </w:p>
    <w:p>
      <w:r>
        <w:rPr>
          <w:b/>
        </w:rPr>
        <w:t xml:space="preserve">[11:58] </w:t>
      </w:r>
      <w:r>
        <w:t>yeh Khuda ki rehmat ko intercept karna. yeh hai un ko marifat milti thi, marifat, marifat, wisdom, realization, Allah ki yaani Allah ki glory, yeh sab cheezein.</w:t>
      </w:r>
    </w:p>
    <w:p>
      <w:pPr>
        <w:jc w:val="right"/>
      </w:pPr>
      <w:r>
        <w:t>یہ خدا کی رحمت کو انٹرسپٹ کرنا۔ یہ ہے ان کو معرفت ملتی تھی، معرفت، معرفت، وزڈم، ریلائزیشن، اللہ کی یعنی اللہ کی گلوری، یہ سب چیزیں۔</w:t>
      </w:r>
    </w:p>
    <w:p>
      <w:r>
        <w:rPr>
          <w:b/>
        </w:rPr>
        <w:t xml:space="preserve">[12:17] </w:t>
      </w:r>
      <w:r>
        <w:t>to unhone kaha Hazrat, unhone kaha ke Allah ki taraf se, lekin is mein bhi ek nuqta hai. yeh teen baatein maine aap ko kahein, agar aap in baaton ka acknowledge karein, tab aap ke andar yeh Israel paida hogi.</w:t>
      </w:r>
    </w:p>
    <w:p>
      <w:pPr>
        <w:jc w:val="right"/>
      </w:pPr>
      <w:r>
        <w:t>تو انہوں نے کہا حضرت، انہوں نے کہا کہ اللہ کی طرف سے، لیکن اس میں بھی ایک نقطہ ہے۔ یہ تین باتیں میں نے آپ کو کہیں، اگر آپ ان باتوں کا اکنالش کریں، تب آپ کے اندر یہ اسرائیل پیدا ہوگی۔</w:t>
      </w:r>
    </w:p>
    <w:p>
      <w:r>
        <w:rPr>
          <w:b/>
        </w:rPr>
        <w:t xml:space="preserve">[12:35] </w:t>
      </w:r>
      <w:r>
        <w:t>eitraaf</w:t>
      </w:r>
    </w:p>
    <w:p>
      <w:pPr>
        <w:jc w:val="right"/>
      </w:pPr>
      <w:r>
        <w:t>اعتراف</w:t>
      </w:r>
    </w:p>
    <w:p>
      <w:r>
        <w:rPr>
          <w:b/>
        </w:rPr>
        <w:t xml:space="preserve">[12:38] </w:t>
      </w:r>
      <w:r>
        <w:t>Quran mein hai ke lan shukartum, agar to eitraaf karoge, tab aur denge, aur denge. aur ka matlab yeh hai, is ka matlab nahi ke ek car hai, do car aa jayegi, yeh matlab nahi hai.</w:t>
      </w:r>
    </w:p>
    <w:p>
      <w:pPr>
        <w:jc w:val="right"/>
      </w:pPr>
      <w:r>
        <w:t>قرآن میں ہے کہ لین شکرتم، اگر تو اعتراف کرو گے، تب اور دیں گے، اور دیں گے۔ اور کا مطلب یہ ہے، اس کا مطلب نہیں کہ ایک کار ہے، دو کار آ جائے گی، یہ مطلب نہیں ہے۔</w:t>
      </w:r>
    </w:p>
    <w:p>
      <w:r>
        <w:rPr>
          <w:b/>
        </w:rPr>
        <w:t xml:space="preserve">[12:50] </w:t>
      </w:r>
      <w:r>
        <w:t>is ka matlab yeh hai ke agar tum shukr karoge, tumhare andar wisdom aayegi, tumhare andar</w:t>
      </w:r>
    </w:p>
    <w:p>
      <w:pPr>
        <w:jc w:val="right"/>
      </w:pPr>
      <w:r>
        <w:t>اس کا مطلب یہ ہے کہ اگر تم شکر کرو گے، تمہارے اندر وزڈم آئے گی، تمہارے اندر</w:t>
      </w:r>
    </w:p>
    <w:p>
      <w:r>
        <w:rPr>
          <w:b/>
        </w:rPr>
        <w:t xml:space="preserve">[12:56] </w:t>
      </w:r>
      <w:r>
        <w:t>gehri sachai, gehri deep thinking aayegi, tumhare andar rabbani marifat aayegi, yeh matlab hai.</w:t>
      </w:r>
    </w:p>
    <w:p>
      <w:pPr>
        <w:jc w:val="right"/>
      </w:pPr>
      <w:r>
        <w:t>گہری سچائی، گہری ڈیپ تھنکنگ آئے گی، تمہارے اندر ربانی معرفت آئے گی، یہ مطلب ہے۔</w:t>
      </w:r>
    </w:p>
    <w:p>
      <w:r>
        <w:rPr>
          <w:b/>
        </w:rPr>
        <w:t xml:space="preserve">[13:06] </w:t>
      </w:r>
      <w:r>
        <w:t>yeh matlab nahi ke ek flat hai, do flat ho jayega, yeh matlab nahi hai. to aap logon ko main kahunga ke aap log, aap sab logon ko yeh yeh teeno nematein mili hui hain jo maine arz kiya.</w:t>
      </w:r>
    </w:p>
    <w:p>
      <w:pPr>
        <w:jc w:val="right"/>
      </w:pPr>
      <w:r>
        <w:t>یہ مطلب نہیں کہ ایک فلیٹ ہے، دو فلیٹ ہو جائے گا، یہ مطلب نہیں ہے۔ تو آپ لوگوں کو میں کہوں گا کہ آپ لوگ، آپ سب لوگوں کو یہ یہ تینوں نعمتیں ملی ہوئی ہیں جو میں نے عرض کیا۔</w:t>
      </w:r>
    </w:p>
    <w:p>
      <w:r>
        <w:rPr>
          <w:b/>
        </w:rPr>
        <w:t xml:space="preserve">[13:22] </w:t>
      </w:r>
      <w:r>
        <w:t>lekin aap ke andar idhar udhar ki baaton par khoob Alhamdulillah kehte hain, aap is par nahi kehte Alhamdulillah.</w:t>
      </w:r>
    </w:p>
    <w:p>
      <w:pPr>
        <w:jc w:val="right"/>
      </w:pPr>
      <w:r>
        <w:t>لیکن آپ کے اندر ادھر ادھر کی باتوں پر خوب الحمدللہ کہتے ہیں، آپ اس پر نہیں کہتے الحمدللہ۔</w:t>
      </w:r>
    </w:p>
    <w:p>
      <w:r>
        <w:rPr>
          <w:b/>
        </w:rPr>
        <w:t xml:space="preserve">[13:31] </w:t>
      </w:r>
      <w:r>
        <w:t>misal ke taur par aap ka flat ban raha tha, aaj builder ne aap ko chabi de di, to aap kahenge Alhamdulillah, builder ne aaj mujhe chabi de di.</w:t>
      </w:r>
    </w:p>
    <w:p>
      <w:pPr>
        <w:jc w:val="right"/>
      </w:pPr>
      <w:r>
        <w:t>مثلاً آپ کا فلیٹ بن رہا تھا، آج بلڈر نے آپ کو چابی دے دی، تو آپ کہیں گے الحمدللہ، بلڈر نے آج مجھے چابی دے دی۔</w:t>
      </w:r>
    </w:p>
    <w:p>
      <w:r>
        <w:rPr>
          <w:b/>
        </w:rPr>
        <w:t xml:space="preserve">[13:41] </w:t>
      </w:r>
      <w:r>
        <w:t>yeh Alhamdulillah nahi hai, yeh yeh to mazak hai, yeh joke hai.</w:t>
      </w:r>
    </w:p>
    <w:p>
      <w:pPr>
        <w:jc w:val="right"/>
      </w:pPr>
      <w:r>
        <w:t>یہ الحمدللہ نہیں ہے، یہ یہ تو مذاق ہے، یہ جوک ہے۔</w:t>
      </w:r>
    </w:p>
    <w:p>
      <w:r>
        <w:rPr>
          <w:b/>
        </w:rPr>
        <w:t xml:space="preserve">[13:48] </w:t>
      </w:r>
      <w:r>
        <w:t>Alhamdulillah wo hai jo Allah ki taraf se mil raha hai, aap ko builder ki taraf mil raha hai, wo Alhamdulillah nahi hai.</w:t>
      </w:r>
    </w:p>
    <w:p>
      <w:pPr>
        <w:jc w:val="right"/>
      </w:pPr>
      <w:r>
        <w:t>الحمدللہ وہ ہے جو اللہ کی طرف سے مل رہا ہے، آپ کو بلڈر کی طرف مل رہا ہے، وہ الحمدللہ نہیں ہے۔</w:t>
      </w:r>
    </w:p>
    <w:p>
      <w:r>
        <w:rPr>
          <w:b/>
        </w:rPr>
        <w:t xml:space="preserve">[13:57] </w:t>
      </w:r>
      <w:r>
        <w:t>to jab aap ke andar yeh baat aayegi ke jo Allah ki taraf se mil raha ho, us ko aap agar dil se samjhenge, acknowledge karenge, shukr karenge, to wisdom badhegi, marifat badhegi,</w:t>
      </w:r>
    </w:p>
    <w:p>
      <w:pPr>
        <w:jc w:val="right"/>
      </w:pPr>
      <w:r>
        <w:t>تو جب آپ کے اندر یہ بات آئے گی کہ جو اللہ کی طرف سے مل رہا ہو، اس کو آپ اگر دل سے سمجھیں گے، اکنالج کریں گے، شکر کریں گے، تو وزڈم بڑھے گی، معرفت بڑھے گی،</w:t>
      </w:r>
    </w:p>
    <w:p>
      <w:r>
        <w:rPr>
          <w:b/>
        </w:rPr>
        <w:t xml:space="preserve">[14:13] </w:t>
      </w:r>
      <w:r>
        <w:t>rabani hikmat barhe gi, yeh matlab hai is ka.</w:t>
      </w:r>
    </w:p>
    <w:p>
      <w:pPr>
        <w:jc w:val="right"/>
      </w:pPr>
      <w:r>
        <w:t>ربانی حکمت بڑھے گی، یہ مطلب ہے اس کا۔</w:t>
      </w:r>
    </w:p>
    <w:p>
      <w:r>
        <w:rPr>
          <w:b/>
        </w:rPr>
        <w:t xml:space="preserve">[14:21] </w:t>
      </w:r>
      <w:r>
        <w:t>to jo log is mission mein jure hue hain, un ko main keh raha hoon ke woh unhein yani aala alhamdulillah jeena hai.</w:t>
      </w:r>
    </w:p>
    <w:p>
      <w:pPr>
        <w:jc w:val="right"/>
      </w:pPr>
      <w:r>
        <w:t>تو جو لوگ اس مشن میں جڑے ہوئے ہیں، ان کو میں کہہ رہا ہوں کہ وہ انہیں یعنی اعلیٰ الحمدللہ جینا ہے۔</w:t>
      </w:r>
    </w:p>
    <w:p>
      <w:r>
        <w:rPr>
          <w:b/>
        </w:rPr>
        <w:t xml:space="preserve">[14:34] </w:t>
      </w:r>
      <w:r>
        <w:t>yeh ab is jis musalman jis mein jeete hain, woh woh kuch bhi nahin. jis musalman se miliye, baat baat mein kahe ga alhamdulillah, alhamdulillah.</w:t>
      </w:r>
    </w:p>
    <w:p>
      <w:pPr>
        <w:jc w:val="right"/>
      </w:pPr>
      <w:r>
        <w:t>یہ اب اس جس مسلمان جس میں جیتے ہیں، وہ وہ کچھ بھی نہیں۔ جس مسلمان سے ملیے، بات بات میں کہے گا الحمدللہ، الحمدللہ۔</w:t>
      </w:r>
    </w:p>
    <w:p>
      <w:r>
        <w:rPr>
          <w:b/>
        </w:rPr>
        <w:t xml:space="preserve">[14:43] </w:t>
      </w:r>
      <w:r>
        <w:t>is is par nahin jeena hai, aap ko is alhamdulillah par aap ko nahin jeena hai. aap ko is woh alhamdulillah jo bari haqiqaten khulti hain aap ke upar, jo maine is ayat ke hawale se aap ko bataya.</w:t>
      </w:r>
    </w:p>
    <w:p>
      <w:pPr>
        <w:jc w:val="right"/>
      </w:pPr>
      <w:r>
        <w:t>اس اس پر نہیں جینا ہے، آپ کو اس الحمدللہ پر آپ کو نہیں جینا ہے۔ آپ کو اس وہ الحمدللہ جو بڑی حقیقتیں کھلتی ہیں آپ کے اوپر، جو میں نے اس آیت کے حوالے سے آپ کو بتایا۔</w:t>
      </w:r>
    </w:p>
    <w:p>
      <w:r>
        <w:rPr>
          <w:b/>
        </w:rPr>
        <w:t xml:space="preserve">[14:59] </w:t>
      </w:r>
      <w:r>
        <w:t>jab yeh teeno baatein aap ke andar aa jayen gi, yani jab aap in teeno baaton ke hawale se modern civilization jo hai, itni bari nemat hai, us ko acknowledge karen ge jis ko aap log dushman samjhe hue hain.</w:t>
      </w:r>
    </w:p>
    <w:p>
      <w:pPr>
        <w:jc w:val="right"/>
      </w:pPr>
      <w:r>
        <w:t>جب یہ تینوں باتیں آپ کے اندر آ جائیں گی، یعنی جب آپ ان تینوں باتوں کے حوالے سے ماڈرن سویلائزیشن جو ہے، اتنی بڑی نعمت ہے، اس کو اکنالش کریں گے جس کو آپ لوگ دشمن سمجھے ہوئے ہیں۔</w:t>
      </w:r>
    </w:p>
    <w:p>
      <w:r>
        <w:rPr>
          <w:b/>
        </w:rPr>
        <w:t xml:space="preserve">[15:18] </w:t>
      </w:r>
      <w:r>
        <w:t>shayad dunya ke musalman is ko dushman samjhe hue hain, hatta ke jo log amreeka mein rehte hain, woh bhi kehte hain ke we are under siege. amreeka mein rehte hain, bohat hi aaram se aur that se, shandar zindagi un ki, wahan bhi kehte hain ke we are under siege.</w:t>
      </w:r>
    </w:p>
    <w:p>
      <w:pPr>
        <w:jc w:val="right"/>
      </w:pPr>
      <w:r>
        <w:t>شاید دنیا کے مسلمان اس کو دشمن سمجھے ہوئے ہیں، حتیٰ کہ جو لوگ امریکہ میں رہتے ہیں، وہ بھی کہتے ہیں کہ وی آر انڈر سیز۔ امریکہ میں رہتے ہیں، بہت ہی آرام سے اور ٹھاٹ سے، شاندار زندگی ان کی، وہاں بھی کہتے ہیں کہ وی آر انڈر سیز۔</w:t>
      </w:r>
    </w:p>
    <w:p>
      <w:r>
        <w:rPr>
          <w:b/>
        </w:rPr>
        <w:t xml:space="preserve">[15:38] </w:t>
      </w:r>
      <w:r>
        <w:t>to jab aap ke andar yeh baat bar bar mein yeh baat kehta hoon ke modern jo civilization hai, us ko discover kijiye as a blessing.</w:t>
      </w:r>
    </w:p>
    <w:p>
      <w:pPr>
        <w:jc w:val="right"/>
      </w:pPr>
      <w:r>
        <w:t>تو جب آپ کے اندر یہ بات بار بار میں یہ بات کہتا ہوں کہ ماڈرن جو سویلائزیشن ہے، اس کو ڈسکور کیجئے ایز اے بلیسنگ۔</w:t>
      </w:r>
    </w:p>
    <w:p>
      <w:r>
        <w:rPr>
          <w:b/>
        </w:rPr>
        <w:t xml:space="preserve">[15:52] </w:t>
      </w:r>
      <w:r>
        <w:t>kyun kehta hoon main? kyun ke wisdom ka development nahin hoga aap ke andar, rizq nahin pahuncha aap ko. jo rizq maryam ko aata tha, woh rizq nahin pahunche ga aap ko.</w:t>
      </w:r>
    </w:p>
    <w:p>
      <w:pPr>
        <w:jc w:val="right"/>
      </w:pPr>
      <w:r>
        <w:t>کیوں کہتا ہوں میں؟ کیونکہ وزڈم کا ڈیولپمنٹ نہیں ہوگا آپ کے اندر، رزق نہیں پہنچا آپ کو۔ جو رزق مریم کو آتا تھا، وہ رزق نہیں پہنچے گا آپ کو۔</w:t>
      </w:r>
    </w:p>
    <w:p>
      <w:r>
        <w:rPr>
          <w:b/>
        </w:rPr>
        <w:t xml:space="preserve">[16:03] </w:t>
      </w:r>
      <w:r>
        <w:t>darwaza band rahe ga, woh darwaza band rahe ga.</w:t>
      </w:r>
    </w:p>
    <w:p>
      <w:pPr>
        <w:jc w:val="right"/>
      </w:pPr>
      <w:r>
        <w:t>دروازہ بند رہے گا، وہ دروازہ بند رہے گا۔</w:t>
      </w:r>
    </w:p>
    <w:p>
      <w:r>
        <w:rPr>
          <w:b/>
        </w:rPr>
        <w:t xml:space="preserve">[16:11] </w:t>
      </w:r>
      <w:r>
        <w:t>to bari cheez yeh nahin ke aap ko flat ka possession mil gaya ya ek nai car aap ke darwaze par khadi ho gayi, yeh bari cheez nahin hai.</w:t>
      </w:r>
    </w:p>
    <w:p>
      <w:pPr>
        <w:jc w:val="right"/>
      </w:pPr>
      <w:r>
        <w:t>تو بڑی چیز یہ نہیں کہ آپ کو فلیٹ کا پوزیشن مل گیا یا ایک نئی کار آپ کے دروازے پر کھڑی ہو گئی، یہ بڑی چیز نہیں ہے۔</w:t>
      </w:r>
    </w:p>
    <w:p>
      <w:r>
        <w:rPr>
          <w:b/>
        </w:rPr>
        <w:t xml:space="preserve">[16:22] </w:t>
      </w:r>
      <w:r>
        <w:t>bari cheez hai aap ke liye wisdom ke darwaze khulen, aala marifat ke darwaze khulen,</w:t>
      </w:r>
    </w:p>
    <w:p>
      <w:pPr>
        <w:jc w:val="right"/>
      </w:pPr>
      <w:r>
        <w:t>بڑی چیز ہے آپ کے لیے وزڈم کے دروازے کھلیں، اعلیٰ معرفت کے دروازے کھلیں،</w:t>
      </w:r>
    </w:p>
    <w:p>
      <w:r>
        <w:rPr>
          <w:b/>
        </w:rPr>
        <w:t xml:space="preserve">[16:28] </w:t>
      </w:r>
      <w:r>
        <w:t>allah ki mohabbat, allah ke khauf ke darwaze khulen, to woh bari cheez hai. aur jab woh sab hoga, tab aap ko gehri soch aaye gi, gehri soch, deep thinking.</w:t>
      </w:r>
    </w:p>
    <w:p>
      <w:pPr>
        <w:jc w:val="right"/>
      </w:pPr>
      <w:r>
        <w:t>اللہ کی محبت، اللہ کے خوف کے دروازے کھلیں، تو وہ بڑی چیز ہے۔ اور جب وہ سب ہوگا، تب آپ کو گہری سوچ آئے گی، گہری سوچ، ڈیپ تھنکنگ۔</w:t>
      </w:r>
    </w:p>
    <w:p>
      <w:r>
        <w:rPr>
          <w:b/>
        </w:rPr>
        <w:t xml:space="preserve">[16:44] </w:t>
      </w:r>
      <w:r>
        <w:t>aur phir sab se bari baat jo hogi, woh yeh hogi</w:t>
      </w:r>
    </w:p>
    <w:p>
      <w:pPr>
        <w:jc w:val="right"/>
      </w:pPr>
      <w:r>
        <w:t>اور پھر سب سے بڑی بات جو ہوگی، وہ یہ ہوگی</w:t>
      </w:r>
    </w:p>
    <w:p>
      <w:r>
        <w:rPr>
          <w:b/>
        </w:rPr>
        <w:t xml:space="preserve">[16:47] </w:t>
      </w:r>
      <w:r>
        <w:t>ke aap har cheez mein</w:t>
      </w:r>
    </w:p>
    <w:p>
      <w:pPr>
        <w:jc w:val="right"/>
      </w:pPr>
      <w:r>
        <w:t>کہ آپ ہر چیز میں</w:t>
      </w:r>
    </w:p>
    <w:p>
      <w:r>
        <w:rPr>
          <w:b/>
        </w:rPr>
        <w:t xml:space="preserve">[16:54] </w:t>
      </w:r>
      <w:r>
        <w:t>jis cheez se shehad shehad hai, shehad kisi park mein aati hai, wahan bohat sari cheezen hain, aur kisi phool mein thora sa content hai nectar ka, woh us ko dekh leti hai, wahan ja ke barh jati hai.</w:t>
      </w:r>
    </w:p>
    <w:p>
      <w:pPr>
        <w:jc w:val="right"/>
      </w:pPr>
      <w:r>
        <w:t>جس چیز سے شہد شہد ہے، شہد کسی پارک میں آتی ہے، وہاں بہت ساری چیزیں ہیں، اور کسی پھول میں تھوڑا سا کنٹینٹ ہے نیکٹر کا، وہ اس کو دیکھ لیتی ہے، وہاں جا کے بڑھ جاتی ہے۔</w:t>
      </w:r>
    </w:p>
    <w:p>
      <w:r>
        <w:rPr>
          <w:b/>
        </w:rPr>
        <w:t xml:space="preserve">[17:09] </w:t>
      </w:r>
      <w:r>
        <w:t>woh to is phaili hui dunya mein jo</w:t>
      </w:r>
    </w:p>
    <w:p>
      <w:pPr>
        <w:jc w:val="right"/>
      </w:pPr>
      <w:r>
        <w:t>وہ تو اس پھیلی ہوئی دنیا میں جو</w:t>
      </w:r>
    </w:p>
    <w:p>
      <w:r>
        <w:rPr>
          <w:b/>
        </w:rPr>
        <w:t xml:space="preserve">[17:15] </w:t>
      </w:r>
      <w:r>
        <w:t>nectar hai wisdom ka, jo nectar hai marifat ka, woh aap pa len ge, yeh faida hoga.</w:t>
      </w:r>
    </w:p>
    <w:p>
      <w:pPr>
        <w:jc w:val="right"/>
      </w:pPr>
      <w:r>
        <w:t>نیکٹر ہے وزڈم کا، جو نیکٹر ہے معرفت کا، وہ آپ پالیں گے، یہ فائدہ ہوگا۔</w:t>
      </w:r>
    </w:p>
    <w:p>
      <w:r>
        <w:rPr>
          <w:b/>
        </w:rPr>
        <w:t xml:space="preserve">[17:24] </w:t>
      </w:r>
      <w:r>
        <w:t>lekin jab tak aap yeh miswane wala alhamdulillah culture aap ke andar rahe ga, tab to kuch nahin milne wala, nahin, kuch bhi nahin milne wala.</w:t>
      </w:r>
    </w:p>
    <w:p>
      <w:pPr>
        <w:jc w:val="right"/>
      </w:pPr>
      <w:r>
        <w:t>لیکن جب تک آپ یہ مسوانے والا الحمدللہ کلچر آپ کے اندر رہے گا، تب تو کچھ نہیں ملنے والا، نہیں، کچھ بھی نہیں ملنے والا۔</w:t>
      </w:r>
    </w:p>
    <w:p>
      <w:r>
        <w:rPr>
          <w:b/>
        </w:rPr>
        <w:t xml:space="preserve">[17:38] </w:t>
      </w:r>
      <w:r>
        <w:t>aaj kal jis se bhi baat karen, baat baat mein alhamdulillah bolta hai. mujhe bilkul yaqeen kijiye, mujhe sun ke ghussa aata hai, sun ke ghussa aata hai,</w:t>
      </w:r>
    </w:p>
    <w:p>
      <w:pPr>
        <w:jc w:val="right"/>
      </w:pPr>
      <w:r>
        <w:t>آج کل جس سے بھی بات کریں، بات بات میں الحمدللہ بولتا ہے۔ مجھے بالکل یقین کیجئے، مجھے سن کے غصہ آتا ہے، سن کے غصہ آتا ہے،</w:t>
      </w:r>
    </w:p>
    <w:p>
      <w:r>
        <w:rPr>
          <w:b/>
        </w:rPr>
        <w:t xml:space="preserve">[17:52] </w:t>
      </w:r>
      <w:r>
        <w:t>kyun ke yeh islam nahin hai, yeh yeh islam nahin hai.</w:t>
      </w:r>
    </w:p>
    <w:p>
      <w:pPr>
        <w:jc w:val="right"/>
      </w:pPr>
      <w:r>
        <w:t>کیونکہ یہ اسلام نہیں ہے، یہ یہ اسلام نہیں ہے۔</w:t>
      </w:r>
    </w:p>
    <w:p>
      <w:r>
        <w:rPr>
          <w:b/>
        </w:rPr>
        <w:t xml:space="preserve">[18:07] </w:t>
      </w:r>
      <w:r>
        <w:t>main soch raha tha ek hadith par, ek hadith hai ke aadmi jab akhirat mein pahunche ga to jannat mein woh apne makan ko is se bhi zyada pehchane ga jitna woh dunya mein apne ghar ko pehchanta tha.</w:t>
      </w:r>
    </w:p>
    <w:p>
      <w:pPr>
        <w:jc w:val="right"/>
      </w:pPr>
      <w:r>
        <w:t>میں سوچ رہا تھا ایک حدیث پر، ایک حدیث ہے کہ آدمی جب آخرت میں پہنچے گا تو جنت میں وہ اپنے مکان کو اس سے بھی زیادہ پہچانے گا جتنا وہ دنیا میں اپنے گھر کو پہچانتا تھا۔</w:t>
      </w:r>
    </w:p>
    <w:p>
      <w:r>
        <w:rPr>
          <w:b/>
        </w:rPr>
        <w:t xml:space="preserve">[18:24] </w:t>
      </w:r>
      <w:r>
        <w:t>to main socha, aise kaise hoga? dunya mein jo ghar hai, woh us ko aadmi khoob pehchanta hai, us se bhi zyada pehchane ga woh jannat mein apne ghar ko, kyun ke dunya mein dekh chuka hoga us ko.</w:t>
      </w:r>
    </w:p>
    <w:p>
      <w:pPr>
        <w:jc w:val="right"/>
      </w:pPr>
      <w:r>
        <w:t>تو میں سوچا، ایسے کیسے ہوگا؟ دنیا میں جو گھر ہے، وہ اس کو آدمی خوب پہچانتا ہے، اس سے بھی زیادہ پہچانے گا وہ جنت میں اپنے گھر کو، کیونکہ دنیا میں دیکھ چکا ہوگا اس کو۔</w:t>
      </w:r>
    </w:p>
    <w:p>
      <w:r>
        <w:rPr>
          <w:b/>
        </w:rPr>
        <w:t xml:space="preserve">[18:36] </w:t>
      </w:r>
      <w:r>
        <w:t>woh dunya mein apne ghar ko dekh hue hain, usay aap foran pehchan lete hain, wahin apni gaari khadi kar dete hain.</w:t>
      </w:r>
    </w:p>
    <w:p>
      <w:pPr>
        <w:jc w:val="right"/>
      </w:pPr>
      <w:r>
        <w:t>وہ دنیا میں اپنے گھر کو دیکھے ہوئے ہیں، اسے آپ فوراً پہچان لیتے ہیں، وہیں اپنی گاڑی کھڑی کر دیتے ہیں۔</w:t>
      </w:r>
    </w:p>
    <w:p>
      <w:r>
        <w:rPr>
          <w:b/>
        </w:rPr>
        <w:t xml:space="preserve">[18:46] </w:t>
      </w:r>
      <w:r>
        <w:t>aise jannat wale ghar ko bhi aap dunya mein pehchan chuke hon ge. woh kaise? dunya mein aap ka ghar ek building, ek ek structure ke roop mein hai.</w:t>
      </w:r>
    </w:p>
    <w:p>
      <w:pPr>
        <w:jc w:val="right"/>
      </w:pPr>
      <w:r>
        <w:t>ایسے جنت والے گھر کو بھی آپ دنیا میں پہچان چکے ہوں گے۔ وہ کیسے؟ دنیا میں آپ کا گھر ایک بلڈنگ، ایک ایک اسٹرکچر کے روپ میں ہے۔</w:t>
      </w:r>
    </w:p>
    <w:p>
      <w:r>
        <w:rPr>
          <w:b/>
        </w:rPr>
        <w:t xml:space="preserve">[18:59] </w:t>
      </w:r>
      <w:r>
        <w:t>us ko achi tarah suniye ke dunya mein aap ka jo ghar hai, woh ek building, ek structure ke roop mein hai,</w:t>
      </w:r>
    </w:p>
    <w:p>
      <w:pPr>
        <w:jc w:val="right"/>
      </w:pPr>
      <w:r>
        <w:t>اس کو اچھی طرح سنیے کہ دنیا میں آپ کا جو گھر ہے، وہ ایک بلڈنگ، ایک اسٹرکچر کے روپ میں ہے،</w:t>
      </w:r>
    </w:p>
    <w:p>
      <w:r>
        <w:rPr>
          <w:b/>
        </w:rPr>
        <w:t xml:space="preserve">[19:08] </w:t>
      </w:r>
      <w:r>
        <w:t>aur jannat mein aap ka jo ghar hai, woh doctor ke roop mein hai. har cheez mein is ka doctor hai,</w:t>
      </w:r>
    </w:p>
    <w:p>
      <w:pPr>
        <w:jc w:val="right"/>
      </w:pPr>
      <w:r>
        <w:t>اور جنت میں آپ کا جو گھر ہے، وہ ڈیکٹر کے روپ میں ہے۔ ہر چیز میں اس کا ڈیکٹر ہے،</w:t>
      </w:r>
    </w:p>
    <w:p>
      <w:r>
        <w:rPr>
          <w:b/>
        </w:rPr>
        <w:t xml:space="preserve">[19:17] </w:t>
      </w:r>
      <w:r>
        <w:t>har cheez mein is ka doctor hai.</w:t>
      </w:r>
    </w:p>
    <w:p>
      <w:pPr>
        <w:jc w:val="right"/>
      </w:pPr>
      <w:r>
        <w:t>ہر چیز میں اس کا ڈیکٹر ہے۔</w:t>
      </w:r>
    </w:p>
    <w:p>
      <w:r>
        <w:rPr>
          <w:b/>
        </w:rPr>
        <w:t xml:space="preserve">[19:24] </w:t>
      </w:r>
      <w:r>
        <w:t>misalan aaj subah jab mein bahar baitha aur suraj nikla to mujhe yaad aaya ke saare musalman cheekh rahe hain, "darkness!</w:t>
      </w:r>
    </w:p>
    <w:p>
      <w:pPr>
        <w:jc w:val="right"/>
      </w:pPr>
      <w:r>
        <w:t>مثلاً آج صبح جب میں باہر بیٹھا اور سورج نکلا تو مجھے یاد آیا کہ سارے مسلمان چیخ رہے ہیں، "ڈارکنس!</w:t>
      </w:r>
    </w:p>
    <w:p>
      <w:r>
        <w:rPr>
          <w:b/>
        </w:rPr>
        <w:t xml:space="preserve">[19:33] </w:t>
      </w:r>
      <w:r>
        <w:t>darkness!</w:t>
      </w:r>
    </w:p>
    <w:p>
      <w:pPr>
        <w:jc w:val="right"/>
      </w:pPr>
      <w:r>
        <w:t>ڈارکنس!</w:t>
      </w:r>
    </w:p>
    <w:p>
      <w:r>
        <w:rPr>
          <w:b/>
        </w:rPr>
        <w:t xml:space="preserve">[19:34] </w:t>
      </w:r>
      <w:r>
        <w:t>yaani zulm hai, saazish hai. to kaha, "suraj nikla hua hai, chal raha hai!" aur aur aawaz le ke, "aray! it's darkness! hot dar</w:t>
      </w:r>
    </w:p>
    <w:p>
      <w:pPr>
        <w:jc w:val="right"/>
      </w:pPr>
      <w:r>
        <w:t>" یعنی ظلم ہے، سازش ہے۔ تو کہا، "سورج نکلا ہوا ہے، چل رہا ہے!" اور اور آواز لے کے، "ارے! اس ڈارکنس! ہاٹ ڈار</w:t>
      </w:r>
    </w:p>
    <w:p>
      <w:r>
        <w:rPr>
          <w:b/>
        </w:rPr>
        <w:t xml:space="preserve">[19:43] </w:t>
      </w:r>
      <w:r>
        <w:t>kness!" yeh suraj nikla hua hai aur aawaz laga rahe hain ek darkness ki. is had par ke sath aadmi dunya mein jannat ke doctor ko daryaft nahi kar sakta.</w:t>
      </w:r>
    </w:p>
    <w:p>
      <w:pPr>
        <w:jc w:val="right"/>
      </w:pPr>
      <w:r>
        <w:t>کنس!" یہ سورج نکلا ہوا ہے اور آواز لگا رہے ہیں ایک ڈارکنس کی۔ اس حد پر کے ساتھ آدمی دنیا میں جنت کے ڈیکٹر کو دریافت نہیں کر سکتا۔</w:t>
      </w:r>
    </w:p>
    <w:p>
      <w:r>
        <w:rPr>
          <w:b/>
        </w:rPr>
        <w:t xml:space="preserve">[20:00] </w:t>
      </w:r>
      <w:r>
        <w:t>jannat ki jo nematein hongi, jannat ki jo Allah ki rehmaten hongi, jannat mein jo kalmaat honge, jo wisdom hogi, us woh doctor ke roop mein</w:t>
      </w:r>
    </w:p>
    <w:p>
      <w:pPr>
        <w:jc w:val="right"/>
      </w:pPr>
      <w:r>
        <w:t>جنت کی جو نعمتیں ہوں گی، جنت کی جو اللہ کی رحمتیں ہوں گی، جنت میں جو کلمات ہوں گے، جو وزڈم ہوگی، اس وہ ڈیکٹر کے روپ میں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