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Purpose of Existence I 9th Sept. 2012 - Maulana Wahiduddin Khan</w:t>
      </w:r>
    </w:p>
    <w:p>
      <w:r>
        <w:t>https://www.youtube.com/watch?v=cevO-zpWlG8</w:t>
      </w:r>
    </w:p>
    <w:p>
      <w:r>
        <w:rPr>
          <w:b/>
        </w:rPr>
        <w:t xml:space="preserve">[00:14] </w:t>
      </w:r>
      <w:r>
        <w:t>bismillah hir rehman nir raheem, wa salallahu ala nabiyyil kareem.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[00:39] </w:t>
      </w:r>
      <w:r>
        <w:t>aaj september 2012 ki 9 tareekh hai. aaj ke liye</w:t>
      </w:r>
    </w:p>
    <w:p>
      <w:pPr>
        <w:jc w:val="right"/>
      </w:pPr>
      <w:r>
        <w:t>آج ستمبر 2012 کی 9 تاریخ ہے۔ آج کے لیے</w:t>
      </w:r>
    </w:p>
    <w:p>
      <w:r>
        <w:rPr>
          <w:b/>
        </w:rPr>
        <w:t xml:space="preserve">[00:51] </w:t>
      </w:r>
      <w:r>
        <w:t>jo topic hai woh hai "da purpose of existence".</w:t>
      </w:r>
    </w:p>
    <w:p>
      <w:pPr>
        <w:jc w:val="right"/>
      </w:pPr>
      <w:r>
        <w:t>جو ٹاپک ہے وہ ہے "دا پرپس آف ایگزسٹنس"۔</w:t>
      </w:r>
    </w:p>
    <w:p>
      <w:r>
        <w:rPr>
          <w:b/>
        </w:rPr>
        <w:t xml:space="preserve">[01:00] </w:t>
      </w:r>
      <w:r>
        <w:t>yani wajood-e-insani ka maqsad.</w:t>
      </w:r>
    </w:p>
    <w:p>
      <w:pPr>
        <w:jc w:val="right"/>
      </w:pPr>
      <w:r>
        <w:t>یعنی وجود انسانی کا مقصد۔</w:t>
      </w:r>
    </w:p>
    <w:p>
      <w:r>
        <w:rPr>
          <w:b/>
        </w:rPr>
        <w:t xml:space="preserve">[01:11] </w:t>
      </w:r>
      <w:r>
        <w:t>yeh bilashubah bohat hi zyada important topic hai,</w:t>
      </w:r>
    </w:p>
    <w:p>
      <w:pPr>
        <w:jc w:val="right"/>
      </w:pPr>
      <w:r>
        <w:t>یہ بلاشبہ بہت ہی زیادہ امپورٹنٹ ٹاپک ہے،</w:t>
      </w:r>
    </w:p>
    <w:p>
      <w:r>
        <w:rPr>
          <w:b/>
        </w:rPr>
        <w:t xml:space="preserve">[01:19] </w:t>
      </w:r>
      <w:r>
        <w:t>aur bohat se log pichli tareekh mein is par sochte rahe hain. lekin ajeeb baat hai ke</w:t>
      </w:r>
    </w:p>
    <w:p>
      <w:pPr>
        <w:jc w:val="right"/>
      </w:pPr>
      <w:r>
        <w:t>اور بہت سے لوگ پچھلی تاریخ میں اس پر سوچتے رہے ہیں۔ لیکن عجیب بات ہے کہ</w:t>
      </w:r>
    </w:p>
    <w:p>
      <w:r>
        <w:rPr>
          <w:b/>
        </w:rPr>
        <w:t xml:space="preserve">[01:30] </w:t>
      </w:r>
      <w:r>
        <w:t>taqreeban 3000 saal ki soch ke bawajood</w:t>
      </w:r>
    </w:p>
    <w:p>
      <w:pPr>
        <w:jc w:val="right"/>
      </w:pPr>
      <w:r>
        <w:t>تقریباً 3000 سال کی سوچ کے باوجود</w:t>
      </w:r>
    </w:p>
    <w:p>
      <w:r>
        <w:rPr>
          <w:b/>
        </w:rPr>
        <w:t xml:space="preserve">[01:38] </w:t>
      </w:r>
      <w:r>
        <w:t>yeh subject abhi tak untold story bana hua hai.</w:t>
      </w:r>
    </w:p>
    <w:p>
      <w:pPr>
        <w:jc w:val="right"/>
      </w:pPr>
      <w:r>
        <w:t>یہ سبجیکٹ ابھی تک ان ڈولڈ سٹوری بنا ہوا ہے۔</w:t>
      </w:r>
    </w:p>
    <w:p>
      <w:r>
        <w:rPr>
          <w:b/>
        </w:rPr>
        <w:t xml:space="preserve">[01:48] </w:t>
      </w:r>
      <w:r>
        <w:t>bohat hi ajeeb baat hai. dekhiye, rene descartes french philosopher tha, uski death hui 1650 mein.</w:t>
      </w:r>
    </w:p>
    <w:p>
      <w:pPr>
        <w:jc w:val="right"/>
      </w:pPr>
      <w:r>
        <w:t>بہت ہی عجیب بات ہے۔ دیکھیے، رینی ریکارڈ فرنچ فلاسفر تھا، اس کی ڈیتھ ہوئی 1650 میں۔</w:t>
      </w:r>
    </w:p>
    <w:p>
      <w:r>
        <w:rPr>
          <w:b/>
        </w:rPr>
        <w:t xml:space="preserve">[02:04] </w:t>
      </w:r>
      <w:r>
        <w:t>us ne kaha tha ke "i think</w:t>
      </w:r>
    </w:p>
    <w:p>
      <w:pPr>
        <w:jc w:val="right"/>
      </w:pPr>
      <w:r>
        <w:t>اس نے کہا تھا کہ "آئی تھنک</w:t>
      </w:r>
    </w:p>
    <w:p>
      <w:r>
        <w:rPr>
          <w:b/>
        </w:rPr>
        <w:t xml:space="preserve">[02:08] </w:t>
      </w:r>
      <w:r>
        <w:t>therefore i exist".</w:t>
      </w:r>
    </w:p>
    <w:p>
      <w:pPr>
        <w:jc w:val="right"/>
      </w:pPr>
      <w:r>
        <w:t>دیر فور آئی ایگزسٹ"۔</w:t>
      </w:r>
    </w:p>
    <w:p>
      <w:r>
        <w:rPr>
          <w:b/>
        </w:rPr>
        <w:t xml:space="preserve">[02:13] </w:t>
      </w:r>
      <w:r>
        <w:t>is tarah descartes ne apni maujoodgi ko daryaft kiya, aur main maujood hoon is kainat mein.</w:t>
      </w:r>
    </w:p>
    <w:p>
      <w:pPr>
        <w:jc w:val="right"/>
      </w:pPr>
      <w:r>
        <w:t>اس طرح ڈیکارٹ نے اپنی موجودگی کو دریافت کیا، اور میں موجود ہوں اس کائنات میں۔</w:t>
      </w:r>
    </w:p>
    <w:p>
      <w:r>
        <w:rPr>
          <w:b/>
        </w:rPr>
        <w:t xml:space="preserve">[02:25] </w:t>
      </w:r>
      <w:r>
        <w:t>lekin is maujoodgi ka purpose kya hai, yeh descartes ko maloom na ho saka.</w:t>
      </w:r>
    </w:p>
    <w:p>
      <w:pPr>
        <w:jc w:val="right"/>
      </w:pPr>
      <w:r>
        <w:t>لیکن اس موجودگی کا پرپس کیا ہے، یہ ڈیکارٹ کو معلوم نہ ہو سکا۔</w:t>
      </w:r>
    </w:p>
    <w:p>
      <w:r>
        <w:rPr>
          <w:b/>
        </w:rPr>
        <w:t xml:space="preserve">[02:36] </w:t>
      </w:r>
      <w:r>
        <w:t>main samajhta hoon ke sab se pehle known history mein sab se zyada</w:t>
      </w:r>
    </w:p>
    <w:p>
      <w:pPr>
        <w:jc w:val="right"/>
      </w:pPr>
      <w:r>
        <w:t>میں سمجھتا ہوں کہ سب سے پہلے نون ہسٹری میں سب سے زیادہ</w:t>
      </w:r>
    </w:p>
    <w:p>
      <w:r>
        <w:rPr>
          <w:b/>
        </w:rPr>
        <w:t xml:space="preserve">[02:46] </w:t>
      </w:r>
      <w:r>
        <w:t>khaas naam aristotle ka hai. aristotle greek philosopher tha, uski death hui 322 bc mein,</w:t>
      </w:r>
    </w:p>
    <w:p>
      <w:pPr>
        <w:jc w:val="right"/>
      </w:pPr>
      <w:r>
        <w:t>خاص نام اسسٹم ارسٹارٹل کا ہے۔ ارسٹارٹل گریک فلاسفر تھا، اس کی ڈیتھ ہوئی 322 بی سی میں،</w:t>
      </w:r>
    </w:p>
    <w:p>
      <w:r>
        <w:rPr>
          <w:b/>
        </w:rPr>
        <w:t xml:space="preserve">[03:00] </w:t>
      </w:r>
      <w:r>
        <w:t>yani masih se pehle.</w:t>
      </w:r>
    </w:p>
    <w:p>
      <w:pPr>
        <w:jc w:val="right"/>
      </w:pPr>
      <w:r>
        <w:t>یعنی مسیح سے پہلے۔</w:t>
      </w:r>
    </w:p>
    <w:p>
      <w:r>
        <w:rPr>
          <w:b/>
        </w:rPr>
        <w:t xml:space="preserve">[03:05] </w:t>
      </w:r>
      <w:r>
        <w:t>us ne ek theory develop ki thi ke insan bohat hi high quality ke sath paida hua hai.</w:t>
      </w:r>
    </w:p>
    <w:p>
      <w:pPr>
        <w:jc w:val="right"/>
      </w:pPr>
      <w:r>
        <w:t>اس نے ایک تھیوری ڈویلپ کی تھی کہ انسان بہت ہی ہائی کوالٹی کے ساتھ پیدا ہوا ہے۔</w:t>
      </w:r>
    </w:p>
    <w:p>
      <w:r>
        <w:rPr>
          <w:b/>
        </w:rPr>
        <w:t xml:space="preserve">[03:21] </w:t>
      </w:r>
      <w:r>
        <w:t>lekin is potential ko unfold karne ke liye, ya is potential ko actual banane ke liye, zaroorat hai ek favorable system ki.</w:t>
      </w:r>
    </w:p>
    <w:p>
      <w:pPr>
        <w:jc w:val="right"/>
      </w:pPr>
      <w:r>
        <w:t>لیکن اس پوٹینشل کو انفولڈ کرنے کے لیے، یا اس پوٹینشل کو ایکچول بنانے کے لیے، ضرورت ہے ایک فیوریبل سسٹم کی۔</w:t>
      </w:r>
    </w:p>
    <w:p>
      <w:r>
        <w:rPr>
          <w:b/>
        </w:rPr>
        <w:t xml:space="preserve">[03:35] </w:t>
      </w:r>
      <w:r>
        <w:t>favorable system ke baghair insan apni is high quality ko unfold nahi kar sakta. is liye us ne alexander, jo us ke zamane mein crown prince tha,</w:t>
      </w:r>
    </w:p>
    <w:p>
      <w:pPr>
        <w:jc w:val="right"/>
      </w:pPr>
      <w:r>
        <w:t>فیوریبل سسٹم کے بغیر انسان اپنی اس ہائی کوالٹی کو انفولڈ نہیں کر سکتا۔ اس لیے اس نے الیگزینڈر، جو اس کے زمانے میں کراؤن پرنس تھا،</w:t>
      </w:r>
    </w:p>
    <w:p>
      <w:r>
        <w:rPr>
          <w:b/>
        </w:rPr>
        <w:t xml:space="preserve">[03:50] </w:t>
      </w:r>
      <w:r>
        <w:t>aur woh uska tutor bhi tha, us ko tayyar karna chaha</w:t>
      </w:r>
    </w:p>
    <w:p>
      <w:pPr>
        <w:jc w:val="right"/>
      </w:pPr>
      <w:r>
        <w:t>اور وہ اس کا ٹیوٹر بھی تھا، اس کو تیار کرنا چاہا</w:t>
      </w:r>
    </w:p>
    <w:p>
      <w:r>
        <w:rPr>
          <w:b/>
        </w:rPr>
        <w:t xml:space="preserve">[03:54] </w:t>
      </w:r>
      <w:r>
        <w:t>ke is ideal system ko badshah banne ke baad woh banaye. lekin aap jante hain ke alexander the great is kaam ko nahi kar saka.</w:t>
      </w:r>
    </w:p>
    <w:p>
      <w:pPr>
        <w:jc w:val="right"/>
      </w:pPr>
      <w:r>
        <w:t>کہ اس آئیڈیل سسٹم کو بادشاہ بننے کے بعد وہ بنائے۔ لیکن آپ جانتے ہیں کہ الیگزینڈر دا گریٹ اس کام کو نہیں کر سکا۔</w:t>
      </w:r>
    </w:p>
    <w:p>
      <w:r>
        <w:rPr>
          <w:b/>
        </w:rPr>
        <w:t xml:space="preserve">[04:07] </w:t>
      </w:r>
      <w:r>
        <w:t>to aristotle ke baad yeh thinking</w:t>
      </w:r>
    </w:p>
    <w:p>
      <w:pPr>
        <w:jc w:val="right"/>
      </w:pPr>
      <w:r>
        <w:t>تو ارسٹارٹل کے بعد یہ تھنکنگ</w:t>
      </w:r>
    </w:p>
    <w:p>
      <w:r>
        <w:rPr>
          <w:b/>
        </w:rPr>
        <w:t xml:space="preserve">[04:13] </w:t>
      </w:r>
      <w:r>
        <w:t>mazeed develop na ho saki.</w:t>
      </w:r>
    </w:p>
    <w:p>
      <w:pPr>
        <w:jc w:val="right"/>
      </w:pPr>
      <w:r>
        <w:t>مزید ڈویلپ نہ ہو سکی۔</w:t>
      </w:r>
    </w:p>
    <w:p>
      <w:r>
        <w:rPr>
          <w:b/>
        </w:rPr>
        <w:t xml:space="preserve">[04:19] </w:t>
      </w:r>
      <w:r>
        <w:t>main samajhta hoon ke is ke baad ek bada naam paida hua, karl marx ka, jis ki death hui thi 1883 mein.</w:t>
      </w:r>
    </w:p>
    <w:p>
      <w:pPr>
        <w:jc w:val="right"/>
      </w:pPr>
      <w:r>
        <w:t>میں سمجھتا ہوں کہ اس کے بعد ایک بڑا نام پیدا ہوا، کارل مارکس کا، جس کی ڈیتھ ہوئی تھی 1883 میں۔</w:t>
      </w:r>
    </w:p>
    <w:p>
      <w:r>
        <w:rPr>
          <w:b/>
        </w:rPr>
        <w:t xml:space="preserve">[04:29] </w:t>
      </w:r>
      <w:r>
        <w:t>woh german thinker tha. to us ne is concept ko, yani is concept ko aristotle ne to</w:t>
      </w:r>
    </w:p>
    <w:p>
      <w:pPr>
        <w:jc w:val="right"/>
      </w:pPr>
      <w:r>
        <w:t>وہ جرمن تھنکر تھا۔ تو اس نے اس کانسیپٹ کو، یعنی اس کانسیپٹ کو کرسٹارٹل نے تو</w:t>
      </w:r>
    </w:p>
    <w:p>
      <w:r>
        <w:rPr>
          <w:b/>
        </w:rPr>
        <w:t xml:space="preserve">[04:40] </w:t>
      </w:r>
      <w:r>
        <w:t>philosophize kiya tha. yeh jo concept hai ke baghair system ke aadmi apne potential ko actual nahin bana sakta.</w:t>
      </w:r>
    </w:p>
    <w:p>
      <w:pPr>
        <w:jc w:val="right"/>
      </w:pPr>
      <w:r>
        <w:t>فلاسفائز کیا تھا۔ یہ جو کانسیپٹ ہے کہ بغیر سسٹم کے آدمی اپنے پوٹینشل کو ایکچول نہیں بنا سکتا۔</w:t>
      </w:r>
    </w:p>
    <w:p>
      <w:r>
        <w:rPr>
          <w:b/>
        </w:rPr>
        <w:t xml:space="preserve">[04:56] </w:t>
      </w:r>
      <w:r>
        <w:t>to us ko aristotle ne</w:t>
      </w:r>
    </w:p>
    <w:p>
      <w:pPr>
        <w:jc w:val="right"/>
      </w:pPr>
      <w:r>
        <w:t>تو اس کو ارسٹارٹل نے</w:t>
      </w:r>
    </w:p>
    <w:p>
      <w:r>
        <w:rPr>
          <w:b/>
        </w:rPr>
        <w:t xml:space="preserve">[05:00] </w:t>
      </w:r>
      <w:r>
        <w:t>philosophize kiya tha, yani philosophical term mein define kiya tha. is ke baad karl marx ne is ko secularize kiya,</w:t>
      </w:r>
    </w:p>
    <w:p>
      <w:pPr>
        <w:jc w:val="right"/>
      </w:pPr>
      <w:r>
        <w:t>فلاسفائز کیا تھا، یعنی فلاسفیکل ٹرم میں بین کیا تھا۔ اس کے بعد کارل مارکس نے اس کو سیکولرائز کیا،</w:t>
      </w:r>
    </w:p>
    <w:p>
      <w:r>
        <w:rPr>
          <w:b/>
        </w:rPr>
        <w:t xml:space="preserve">[05:14] </w:t>
      </w:r>
      <w:r>
        <w:t>yani secular term mein define kiya.</w:t>
      </w:r>
    </w:p>
    <w:p>
      <w:pPr>
        <w:jc w:val="right"/>
      </w:pPr>
      <w:r>
        <w:t>یعنی سیکولر ٹرم میں بین کیا۔</w:t>
      </w:r>
    </w:p>
    <w:p>
      <w:r>
        <w:rPr>
          <w:b/>
        </w:rPr>
        <w:t xml:space="preserve">[05:18] </w:t>
      </w:r>
      <w:r>
        <w:t>lekin aap jante hain ke phir bhi woh actualize na ho saka.</w:t>
      </w:r>
    </w:p>
    <w:p>
      <w:pPr>
        <w:jc w:val="right"/>
      </w:pPr>
      <w:r>
        <w:t>لیکن آپ جانتے ہیں کہ پھر بھی وہ ایکچولائز نہ ہو سکا۔</w:t>
      </w:r>
    </w:p>
    <w:p>
      <w:r>
        <w:rPr>
          <w:b/>
        </w:rPr>
        <w:t xml:space="preserve">[05:29] </w:t>
      </w:r>
      <w:r>
        <w:t>is ke baad history aati hai muslim world tak. 20th century mein muslim world mein do mind paida hue.</w:t>
      </w:r>
    </w:p>
    <w:p>
      <w:pPr>
        <w:jc w:val="right"/>
      </w:pPr>
      <w:r>
        <w:t>اس کے بعد ہسٹری آتی ہے مسلم ورلڈ تک۔ 20 سینچری میں مسلم ورلڈ میں دو مائنڈ پیدا ہوئیے۔</w:t>
      </w:r>
    </w:p>
    <w:p>
      <w:r>
        <w:rPr>
          <w:b/>
        </w:rPr>
        <w:t xml:space="preserve">[05:40] </w:t>
      </w:r>
      <w:r>
        <w:t>arab world mein syed attar, aur indian subcontinent mein syed abul ala maududi.</w:t>
      </w:r>
    </w:p>
    <w:p>
      <w:pPr>
        <w:jc w:val="right"/>
      </w:pPr>
      <w:r>
        <w:t>عرب ورلڈ میں سید عطف، اور انڈین سب کانٹیننٹ میں سید ابو لہلہ بہودی۔</w:t>
      </w:r>
    </w:p>
    <w:p>
      <w:r>
        <w:rPr>
          <w:b/>
        </w:rPr>
        <w:t xml:space="preserve">[05:49] </w:t>
      </w:r>
      <w:r>
        <w:t>in logon ne is concept ko islamize kiya, aur yeh kaha ke islam is just system ko bana sakta hai jis mein individual apne potential ko actual bana sake.</w:t>
      </w:r>
    </w:p>
    <w:p>
      <w:pPr>
        <w:jc w:val="right"/>
      </w:pPr>
      <w:r>
        <w:t>ان لوگوں نے اس کانسیپٹ کو اسلامائز کیا، اور یہ کہا کہ اسلام اس جسٹ سسٹم کو بنا سکتا ہے جس میں انڈیویجول اپنے پوٹینشل کو ایکچول بنا سکے۔</w:t>
      </w:r>
    </w:p>
    <w:p>
      <w:r>
        <w:rPr>
          <w:b/>
        </w:rPr>
        <w:t xml:space="preserve">[06:07] </w:t>
      </w:r>
      <w:r>
        <w:t>lekin dono ke dono fail ho gaye, aur kuch bhi duniya ko na de sake, siwaye ladai jhagda fasad, aur kuch nahin de saka.</w:t>
      </w:r>
    </w:p>
    <w:p>
      <w:pPr>
        <w:jc w:val="right"/>
      </w:pPr>
      <w:r>
        <w:t>لیکن دونوں کے دونوں فیل ہو گئے، اور کچھ بھی دنیا کو نہ دے سکے، سوائے لڑائی جھگڑا فساد، اور کچھ نہیں دے سکے۔</w:t>
      </w:r>
    </w:p>
    <w:p>
      <w:r>
        <w:rPr>
          <w:b/>
        </w:rPr>
        <w:t xml:space="preserve">[06:19] </w:t>
      </w:r>
      <w:r>
        <w:t>to yeh bohat hi zyada sochne wali baat hai</w:t>
      </w:r>
    </w:p>
    <w:p>
      <w:pPr>
        <w:jc w:val="right"/>
      </w:pPr>
      <w:r>
        <w:t>تو یہ بہت ہی زیادہ سوچنے والی بات ہے</w:t>
      </w:r>
    </w:p>
    <w:p>
      <w:r>
        <w:rPr>
          <w:b/>
        </w:rPr>
        <w:t xml:space="preserve">[06:25] </w:t>
      </w:r>
      <w:r>
        <w:t>ke yeh itna bara</w:t>
      </w:r>
    </w:p>
    <w:p>
      <w:pPr>
        <w:jc w:val="right"/>
      </w:pPr>
      <w:r>
        <w:t>کہ یہ اتنا بڑا</w:t>
      </w:r>
    </w:p>
    <w:p>
      <w:r>
        <w:rPr>
          <w:b/>
        </w:rPr>
        <w:t xml:space="preserve">[06:30] </w:t>
      </w:r>
      <w:r>
        <w:t>un, itna bara question unanswered pada hua hai.</w:t>
      </w:r>
    </w:p>
    <w:p>
      <w:pPr>
        <w:jc w:val="right"/>
      </w:pPr>
      <w:r>
        <w:t>ان، اتنا بڑا کوئسچن ان انسرڈ کو پڑا ہوا ہے۔</w:t>
      </w:r>
    </w:p>
    <w:p>
      <w:r>
        <w:rPr>
          <w:b/>
        </w:rPr>
        <w:t xml:space="preserve">[06:36] </w:t>
      </w:r>
      <w:r>
        <w:t>is mein ek wajah to mere nazdeek yeh hai ke jo bare bare mind hain, woh is mein involve nahin hue. jo bare bare mind hain, Allah taala jin ko bari bari salahiyaton ke sath paida karta hai,</w:t>
      </w:r>
    </w:p>
    <w:p>
      <w:pPr>
        <w:jc w:val="right"/>
      </w:pPr>
      <w:r>
        <w:t>اس میں ایک وجہ تو میرے نزدیک یہ ہے کہ جو بڑے بڑے مائنڈ ہیں، وہ اس میں انوالو نہیں ہوئے۔ جو بڑے بڑے مائنڈ ہیں، اللہ تعالیٰ جن کو بڑی بڑی صلاحیتوں کے ساتھ پیدا کرتا ہے،</w:t>
      </w:r>
    </w:p>
    <w:p>
      <w:r>
        <w:rPr>
          <w:b/>
        </w:rPr>
        <w:t xml:space="preserve">[06:51] </w:t>
      </w:r>
      <w:r>
        <w:t>woh sab ke sab, yani more than 99 percent, immediate gain mein phans kar reh gaye.</w:t>
      </w:r>
    </w:p>
    <w:p>
      <w:pPr>
        <w:jc w:val="right"/>
      </w:pPr>
      <w:r>
        <w:t>وہ سب کے سب، یعنی مور دین 99 پرسنٹ، امیڈیٹ گین میں پھنس کر رہ گئے۔</w:t>
      </w:r>
    </w:p>
    <w:p>
      <w:r>
        <w:rPr>
          <w:b/>
        </w:rPr>
        <w:t xml:space="preserve">[06:59] </w:t>
      </w:r>
      <w:r>
        <w:t>immediate gain.</w:t>
      </w:r>
    </w:p>
    <w:p>
      <w:pPr>
        <w:jc w:val="right"/>
      </w:pPr>
      <w:r>
        <w:t>امیڈیٹ گین۔</w:t>
      </w:r>
    </w:p>
    <w:p>
      <w:r>
        <w:rPr>
          <w:b/>
        </w:rPr>
        <w:t xml:space="preserve">[07:03] </w:t>
      </w:r>
      <w:r>
        <w:t>yeh question juda hua hai post immediate se, yani after immediate se. to immediate gain mein itna zyada involve kiya unhone apne aap ko ke post immediate ke bare mein woh zyada soch nahin sake.</w:t>
      </w:r>
    </w:p>
    <w:p>
      <w:pPr>
        <w:jc w:val="right"/>
      </w:pPr>
      <w:r>
        <w:t>یہ کوئسچن جڑا ہوا ہے پوسٹ امیڈیٹ سے، یعنی افٹر امیڈیٹ سے۔ تو امیڈیٹ گین میں اتنا زیادہ انوالو کیا انہوں نے اپنے آپ کو کہ پوسٹ امیڈیٹ کے بارے میں وہ زیادہ سوچ نہیں سکے۔</w:t>
      </w:r>
    </w:p>
    <w:p>
      <w:r>
        <w:rPr>
          <w:b/>
        </w:rPr>
        <w:t xml:space="preserve">[07:22] </w:t>
      </w:r>
      <w:r>
        <w:t>aur bohat ajib, is se bhi zyada ajib baat yeh hai ke har aadmi dekhta hai ke sab mar rahe hain. jo log immediate gain mein apne ko jinhone dala, aur bare bare empire banaye apne, kisi ne political empire, kisi ne commercial empire, kisi ne apne fame ka empire banaya,</w:t>
      </w:r>
    </w:p>
    <w:p>
      <w:pPr>
        <w:jc w:val="right"/>
      </w:pPr>
      <w:r>
        <w:t>اور بہت عجیب، اس سے بھی زیادہ عجیب بات یہ ہے کہ ہر آدمی دیکھتا ہے کہ سب مر رہے ہیں۔ جو لوگ امیڈیٹ گین میں اپنے کو جنہوں نے ڈالا، اور بڑے بڑے ایمپائر بنائے اپنے، کسی نے پولیٹیکل ایمپائر، کسی نے کمرشل ایمپائر، کسی نے اپنے فیم کا ایمپائر بنایا،</w:t>
      </w:r>
    </w:p>
    <w:p>
      <w:r>
        <w:rPr>
          <w:b/>
        </w:rPr>
        <w:t xml:space="preserve">[07:44] </w:t>
      </w:r>
      <w:r>
        <w:t>lekin ek second mein us ko chhod kar chale gaye is duniya se. sab kuch yahan reh gaya, woh chale gaye kahin doosri duniya mein.</w:t>
      </w:r>
    </w:p>
    <w:p>
      <w:pPr>
        <w:jc w:val="right"/>
      </w:pPr>
      <w:r>
        <w:t>لیکن ایک سیکنڈ میں اس کو چھوڑ کر چلے گئے اس دنیا سے۔ سب کچھ یہاں رہ گیا، وہ چلے گئے کہیں دوسری دنیا میں۔</w:t>
      </w:r>
    </w:p>
    <w:p>
      <w:r>
        <w:rPr>
          <w:b/>
        </w:rPr>
        <w:t xml:space="preserve">[07:54] </w:t>
      </w:r>
      <w:r>
        <w:t>to is ke baad, is ke bawajood, bare bare mind is mein apne ko involve na kar sake, bas immediate gain mein phanse reh gaye.</w:t>
      </w:r>
    </w:p>
    <w:p>
      <w:pPr>
        <w:jc w:val="right"/>
      </w:pPr>
      <w:r>
        <w:t>تو اس کے بعد، اس کے باوجود، بڑے بڑے مائنڈ اس میں اپنے کو انوالو نہ کر سکے، بس امیڈیٹ گین میں پھنسے رہ گئے۔</w:t>
      </w:r>
    </w:p>
    <w:p>
      <w:r>
        <w:rPr>
          <w:b/>
        </w:rPr>
        <w:t xml:space="preserve">[08:04] </w:t>
      </w:r>
      <w:r>
        <w:t>khair, maine apni poori zindagi is mein bitai hai. maine koi bhi doosra kaam nahin kiya, na koi job, na koi business, kuch bhi nahin.</w:t>
      </w:r>
    </w:p>
    <w:p>
      <w:pPr>
        <w:jc w:val="right"/>
      </w:pPr>
      <w:r>
        <w:t>خیر، میں نے اپنی پوری زندگی اس میں بتائی ہے۔ میں نے کوئی بھی دوسرا کام نہیں کیا، نہ کوئی جاب، نہ کوئی بزنس، کچھ بھی نہیں۔</w:t>
      </w:r>
    </w:p>
    <w:p>
      <w:r>
        <w:rPr>
          <w:b/>
        </w:rPr>
        <w:t xml:space="preserve">[08:21] </w:t>
      </w:r>
      <w:r>
        <w:t>to meri discovery yeh hai</w:t>
      </w:r>
    </w:p>
    <w:p>
      <w:pPr>
        <w:jc w:val="right"/>
      </w:pPr>
      <w:r>
        <w:t>تو میری ڈسکوری یہ ہے</w:t>
      </w:r>
    </w:p>
    <w:p>
      <w:r>
        <w:rPr>
          <w:b/>
        </w:rPr>
        <w:t xml:space="preserve">[08:23] </w:t>
      </w:r>
      <w:r>
        <w:t>ke is sawal ka jawab sirf ek hi jagah hai, woh hai Quran. dekhein, har mazhab ne is ka jawab diya gaya tha, lekin pichhle mazahib jo hain,</w:t>
      </w:r>
    </w:p>
    <w:p>
      <w:pPr>
        <w:jc w:val="right"/>
      </w:pPr>
      <w:r>
        <w:t>کہ اس سوال کا جواب صرف ایک ہی جگہ ہے، وہ ہے قرآن۔ دیکھیں، ہر مذہب نے اس کا جواب دیا گیا تھا، لیکن پچھلے مذاہب جو ہیں،</w:t>
      </w:r>
    </w:p>
    <w:p>
      <w:r>
        <w:rPr>
          <w:b/>
        </w:rPr>
        <w:t xml:space="preserve">[08:36] </w:t>
      </w:r>
      <w:r>
        <w:t>woh apne atheistic ho chuke hain.</w:t>
      </w:r>
    </w:p>
    <w:p>
      <w:pPr>
        <w:jc w:val="right"/>
      </w:pPr>
      <w:r>
        <w:t>وہ اپنے اتھنٹسٹک ہو چکے ہیں۔</w:t>
      </w:r>
    </w:p>
    <w:p>
      <w:r>
        <w:rPr>
          <w:b/>
        </w:rPr>
        <w:t xml:space="preserve">[08:42] </w:t>
      </w:r>
      <w:r>
        <w:t>france ka rona ek philosopher tha, bohat bara, well known. us ne kaha tha ke sirf Islam hi aisa mazhab hai jo historically authentic mazhab hai.</w:t>
      </w:r>
    </w:p>
    <w:p>
      <w:pPr>
        <w:jc w:val="right"/>
      </w:pPr>
      <w:r>
        <w:t>فرانس کا رینا ایک فلاسفر تھا، بہت بڑا، ویل نون۔ اس نے کہا تھا کہ صرف اسلام ہی ایسا مذہب ہے جو ہسٹوریکلی اتھنٹک مذہب ہے۔</w:t>
      </w:r>
    </w:p>
    <w:p>
      <w:r>
        <w:rPr>
          <w:b/>
        </w:rPr>
        <w:t xml:space="preserve">[08:56] </w:t>
      </w:r>
      <w:r>
        <w:t>tu is ne likha tha</w:t>
      </w:r>
    </w:p>
    <w:p>
      <w:pPr>
        <w:jc w:val="right"/>
      </w:pPr>
      <w:r>
        <w:t>تو اس نے لکھا تھا</w:t>
      </w:r>
    </w:p>
    <w:p>
      <w:r>
        <w:rPr>
          <w:b/>
        </w:rPr>
        <w:t xml:space="preserve">[08:58] </w:t>
      </w:r>
      <w:r>
        <w:t>ke "in like other founders of religions, Muhammad is the only prophet who was born in a full light of history".</w:t>
      </w:r>
    </w:p>
    <w:p>
      <w:pPr>
        <w:jc w:val="right"/>
      </w:pPr>
      <w:r>
        <w:t>کہ "ان لائک ادر فاؤنڈرز آف ریلیجنز، محمد از دا اونلی پرافٹ ہو واز بورن ان اے فل لائٹ آف ہسٹری"۔</w:t>
      </w:r>
    </w:p>
    <w:p>
      <w:r>
        <w:rPr>
          <w:b/>
        </w:rPr>
        <w:t xml:space="preserve">[09:15] </w:t>
      </w:r>
      <w:r>
        <w:t>tu quran jo hai, ek hi authentic book hai.</w:t>
      </w:r>
    </w:p>
    <w:p>
      <w:pPr>
        <w:jc w:val="right"/>
      </w:pPr>
      <w:r>
        <w:t>تو قرآن جو ہے، ایک ہی اتھنٹک بک ہے۔</w:t>
      </w:r>
    </w:p>
    <w:p>
      <w:r>
        <w:rPr>
          <w:b/>
        </w:rPr>
        <w:t xml:space="preserve">[09:21] </w:t>
      </w:r>
      <w:r>
        <w:t>is sense mein nahin ke wohi dunya mein aayi, ek hi kitab. Kitabein jo aayin, woh un ke followers is ko preserve na kar sake.</w:t>
      </w:r>
    </w:p>
    <w:p>
      <w:pPr>
        <w:jc w:val="right"/>
      </w:pPr>
      <w:r>
        <w:t>اس سینس میں نہیں کہ وہی دنیا میں آئی، ایک ہی کتاب۔ کتابیں جو آئیں، وہ ان کے فالوورز اس کو پریزرو نہ کر سکے۔</w:t>
      </w:r>
    </w:p>
    <w:p>
      <w:r>
        <w:rPr>
          <w:b/>
        </w:rPr>
        <w:t xml:space="preserve">[09:33] </w:t>
      </w:r>
      <w:r>
        <w:t>is liye woh preserve text un ke paas nahin hai. Tu quran mein is sawal ka jawab hai, lekin ajeeb baat hai ke khud musalman hi is se bekhabar hain.</w:t>
      </w:r>
    </w:p>
    <w:p>
      <w:pPr>
        <w:jc w:val="right"/>
      </w:pPr>
      <w:r>
        <w:t>اس لیے وہ پریزرو ٹیکسٹ ان کے پاس نہیں ہے۔ تو قرآن میں اس سوال کا جواب ہے، لیکن عجیب بات ہے کہ خود مسلمان ہی اس سے بے خبر ہیں۔</w:t>
      </w:r>
    </w:p>
    <w:p>
      <w:r>
        <w:rPr>
          <w:b/>
        </w:rPr>
        <w:t xml:space="preserve">[09:45] </w:t>
      </w:r>
      <w:r>
        <w:t>musalmanon ne quran ko koi kitab mehzoor bana rakha hai, abandoned book.</w:t>
      </w:r>
    </w:p>
    <w:p>
      <w:pPr>
        <w:jc w:val="right"/>
      </w:pPr>
      <w:r>
        <w:t>مسلمانوں نے قرآن کو کوئی کتاب محظور بنا رکھا ہے، ابینڈڈ بک۔</w:t>
      </w:r>
    </w:p>
    <w:p>
      <w:r>
        <w:rPr>
          <w:b/>
        </w:rPr>
        <w:t xml:space="preserve">[09:50] </w:t>
      </w:r>
      <w:r>
        <w:t>woh quran ki sirf tilawat karte hain, is mein sochte nahin hain. Khair, is sawal ka jawab dekhiye, quran ke chapter number do mein.</w:t>
      </w:r>
    </w:p>
    <w:p>
      <w:pPr>
        <w:jc w:val="right"/>
      </w:pPr>
      <w:r>
        <w:t>وہ قرآن کی صرف تلاوت کرتے ہیں، اس میں سوچتے نہیں ہیں۔ خیر، اس سوال کا جواب دیکھیے، قرآن کے چیپٹر نمبر دو میں۔</w:t>
      </w:r>
    </w:p>
    <w:p>
      <w:r>
        <w:rPr>
          <w:b/>
        </w:rPr>
        <w:t xml:space="preserve">[10:02] </w:t>
      </w:r>
      <w:r>
        <w:t>mein aap se kahoon ga ke aap yahan se wapas jaane ke baad quran ka chapter number do, al-baqarah</w:t>
      </w:r>
    </w:p>
    <w:p>
      <w:pPr>
        <w:jc w:val="right"/>
      </w:pPr>
      <w:r>
        <w:t>میں آپ سے کہوں گا کہ آپ یہاں سے واپس جانے کے بعد قرآن کا چیپٹر نمبر دو، البقرہ</w:t>
      </w:r>
    </w:p>
    <w:p>
      <w:r>
        <w:rPr>
          <w:b/>
        </w:rPr>
        <w:t xml:space="preserve">[10:10] </w:t>
      </w:r>
      <w:r>
        <w:t>ki verses 30, 31, 32, 33, in verses ko study karein. Is mein is sawal ka jawab hai.</w:t>
      </w:r>
    </w:p>
    <w:p>
      <w:pPr>
        <w:jc w:val="right"/>
      </w:pPr>
      <w:r>
        <w:t>کی ورسز 30، 31، 32، 33، ان ورسز کو اسٹڈی کریں۔ اس میں اس سوال کا جواب ہے۔</w:t>
      </w:r>
    </w:p>
    <w:p>
      <w:r>
        <w:rPr>
          <w:b/>
        </w:rPr>
        <w:t xml:space="preserve">[10:24] </w:t>
      </w:r>
      <w:r>
        <w:t>in verses mein ek aa gaya hai ke Allah taala ne insan ko paida kiya aur zameen ka charge is ko diya.</w:t>
      </w:r>
    </w:p>
    <w:p>
      <w:pPr>
        <w:jc w:val="right"/>
      </w:pPr>
      <w:r>
        <w:t>ان ورسز میں ایک آگیا ہے کہ اللہ تعالیٰ نے انسان کو پیدا کیا اور زمین کا چارج اس کو دیا۔</w:t>
      </w:r>
    </w:p>
    <w:p>
      <w:r>
        <w:rPr>
          <w:b/>
        </w:rPr>
        <w:t xml:space="preserve">[10:35] </w:t>
      </w:r>
      <w:r>
        <w:t>quran mein hai ke Allah ne is ko khaleefa banaya. Khaleefa ke maani hain yeh jo planet earth hai, is ka charge diya insan ko.</w:t>
      </w:r>
    </w:p>
    <w:p>
      <w:pPr>
        <w:jc w:val="right"/>
      </w:pPr>
      <w:r>
        <w:t>قرآن میں ہے کہ اللہ نے اس کو خلیفہ بنایا۔ خلیفہ کے معنی ہیں یہ جو پلینٹ ارتھ ہے، اس کا چارج دیا انسان کو۔</w:t>
      </w:r>
    </w:p>
    <w:p>
      <w:r>
        <w:rPr>
          <w:b/>
        </w:rPr>
        <w:t xml:space="preserve">[10:45] </w:t>
      </w:r>
      <w:r>
        <w:t>tu farishton ne kaha ke is waqt farishte maujood the aur iblis bhi maujood tha. Tu farishton ne kaha ke "ataj'al fiha ma yufsidu fiha wa yasfuk ad-dimaa".</w:t>
      </w:r>
    </w:p>
    <w:p>
      <w:pPr>
        <w:jc w:val="right"/>
      </w:pPr>
      <w:r>
        <w:t>تو فرشتوں نے کہا کہ اس وقت فرشتے موجود تھے اور ابلیس بھی موجود تھا۔ تو فرشتوں نے کہا کہ "اتجعل فیہا ما یفسد فیہا ویسفک الدما"۔</w:t>
      </w:r>
    </w:p>
    <w:p>
      <w:r>
        <w:rPr>
          <w:b/>
        </w:rPr>
        <w:t xml:space="preserve">[11:02] </w:t>
      </w:r>
      <w:r>
        <w:t>ae rab-ul-alameen, kya tu aise logon ko charge de raha hai zameen par jo wahan fasad karein,</w:t>
      </w:r>
    </w:p>
    <w:p>
      <w:pPr>
        <w:jc w:val="right"/>
      </w:pPr>
      <w:r>
        <w:t>اے رب العالمین، کیا تو ایسے لوگوں کو چارج دے رہا ہے زمین پر جو وہاں فساد کریں،</w:t>
      </w:r>
    </w:p>
    <w:p>
      <w:r>
        <w:rPr>
          <w:b/>
        </w:rPr>
        <w:t xml:space="preserve">[11:10] </w:t>
      </w:r>
      <w:r>
        <w:t>mufsida banein?</w:t>
      </w:r>
    </w:p>
    <w:p>
      <w:pPr>
        <w:jc w:val="right"/>
      </w:pPr>
      <w:r>
        <w:t>مفسد بنیں؟</w:t>
      </w:r>
    </w:p>
    <w:p>
      <w:r>
        <w:rPr>
          <w:b/>
        </w:rPr>
        <w:t xml:space="preserve">[11:16] </w:t>
      </w:r>
      <w:r>
        <w:t>tu yeh bohat ajeeb baat hai. Yaani farishton ne yeh doubt pesh kiya tha is waqt ke insan tu zameen mein fasad barpa kare ga, corruption kare ga.</w:t>
      </w:r>
    </w:p>
    <w:p>
      <w:pPr>
        <w:jc w:val="right"/>
      </w:pPr>
      <w:r>
        <w:t>تو یہ بہت عجیب بات ہے۔ یعنی فرشتوں نے یہ ڈاؤٹ پیش کیا تھا اس وقت کہ انسان تو زمین میں فساد برپا کرے گا، کرپشن کرے گا۔</w:t>
      </w:r>
    </w:p>
    <w:p>
      <w:r>
        <w:rPr>
          <w:b/>
        </w:rPr>
        <w:t xml:space="preserve">[11:29] </w:t>
      </w:r>
      <w:r>
        <w:t>aur ajeeb baat yeh hai ke yeh jo doubt tha farishton ka, khud Allah taala ne quran mein confirm kar diya ke aisa waqai pesh aaya.</w:t>
      </w:r>
    </w:p>
    <w:p>
      <w:pPr>
        <w:jc w:val="right"/>
      </w:pPr>
      <w:r>
        <w:t>اور عجیب بات یہ ہے کہ یہ جو ڈاؤٹ تھا فرشتوں کا، خود اللہ تعالیٰ نے قرآن میں کنفرم کر دیا کہ ایسا واقعتاً پیش آیا۔</w:t>
      </w:r>
    </w:p>
    <w:p>
      <w:r>
        <w:rPr>
          <w:b/>
        </w:rPr>
        <w:t xml:space="preserve">[11:41] </w:t>
      </w:r>
      <w:r>
        <w:t>quran ki ek ayat hai "zahar al-fasad fi al-barr wa al-bahr bima kasabat aydin an-nas".</w:t>
      </w:r>
    </w:p>
    <w:p>
      <w:pPr>
        <w:jc w:val="right"/>
      </w:pPr>
      <w:r>
        <w:t>قرآن کی ایک آیت ہے "زہر الفساد فی البر والبحر بما قسمت الناس"۔</w:t>
      </w:r>
    </w:p>
    <w:p>
      <w:r>
        <w:rPr>
          <w:b/>
        </w:rPr>
        <w:t xml:space="preserve">[11:51] </w:t>
      </w:r>
      <w:r>
        <w:t>yaani insaanon ke amal se zameen fasad se bhar gayi,</w:t>
      </w:r>
    </w:p>
    <w:p>
      <w:pPr>
        <w:jc w:val="right"/>
      </w:pPr>
      <w:r>
        <w:t>یعنی انسانوں کے عمل سے زمین فساد سے بھر گئی،</w:t>
      </w:r>
    </w:p>
    <w:p>
      <w:r>
        <w:rPr>
          <w:b/>
        </w:rPr>
        <w:t xml:space="preserve">[11:59] </w:t>
      </w:r>
      <w:r>
        <w:t>khushki aur tari mein fasad phail gaya. Tu kaisi ajeeb baat hai ke paidaish ke beginning mein farishton ne jo doubt pesh kiya tha, khud quran ki</w:t>
      </w:r>
    </w:p>
    <w:p>
      <w:pPr>
        <w:jc w:val="right"/>
      </w:pPr>
      <w:r>
        <w:t>خشکی اور تری میں فساد پھیل گیا۔ تو کیسی عجیب بات ہے کہ پیدائش کے بگننگ میں فرشتوں نے جو ڈاؤٹ پیش کیا تھا، خود قرآن کی</w:t>
      </w:r>
    </w:p>
    <w:p>
      <w:r>
        <w:rPr>
          <w:b/>
        </w:rPr>
        <w:t xml:space="preserve">[12:15] </w:t>
      </w:r>
      <w:r>
        <w:t>is statement ke mutabiq woh waqia ban gaya</w:t>
      </w:r>
    </w:p>
    <w:p>
      <w:pPr>
        <w:jc w:val="right"/>
      </w:pPr>
      <w:r>
        <w:t>اس سٹیٹمنٹ کے مطابق وہ واقعہ بن گیا</w:t>
      </w:r>
    </w:p>
    <w:p>
      <w:r>
        <w:rPr>
          <w:b/>
        </w:rPr>
        <w:t xml:space="preserve">[12:23] </w:t>
      </w:r>
      <w:r>
        <w:t>ke insan bajaye khaleefa banne ke mufsida ban gaya, bajaye islah karne ke fasad kiya. Is ne khud quran is ko confirm kar raha hai.</w:t>
      </w:r>
    </w:p>
    <w:p>
      <w:pPr>
        <w:jc w:val="right"/>
      </w:pPr>
      <w:r>
        <w:t>کہ انسان بجائے خلیفہ بننے کے مفسد بن گیا، بجائے اصلاح کرنے کے فساد کیا۔ اس نے خود قرآن اس کو کنفرم کر رہا ہے۔</w:t>
      </w:r>
    </w:p>
    <w:p>
      <w:r>
        <w:rPr>
          <w:b/>
        </w:rPr>
        <w:t xml:space="preserve">[12:35] </w:t>
      </w:r>
      <w:r>
        <w:t>ab sawal yeh hai ke phir Allah ne insan ko paida kyun kiya?</w:t>
      </w:r>
    </w:p>
    <w:p>
      <w:pPr>
        <w:jc w:val="right"/>
      </w:pPr>
      <w:r>
        <w:t>اب سوال یہ ہے کہ پھر اللہ نے انسان کو پیدا کیوں کیا؟</w:t>
      </w:r>
    </w:p>
    <w:p>
      <w:r>
        <w:rPr>
          <w:b/>
        </w:rPr>
        <w:t xml:space="preserve">[12:42] </w:t>
      </w:r>
      <w:r>
        <w:t>jab farishton ne yeh baat aaghaz hi mein keh di thi aur khud Allah ne confirm kar diya ke waqai aisa hua, tu ab sawal paida hota hai ke Allah ne insan ko paida kyun kiya?</w:t>
      </w:r>
    </w:p>
    <w:p>
      <w:pPr>
        <w:jc w:val="right"/>
      </w:pPr>
      <w:r>
        <w:t>جب فرشتوں نے یہ بات آغاز ہی میں کہہ دی تھی اور خود اللہ نے کنفرم کر دیا کہ واقعتاً ایسا ہوا، تو اب سوال پیدا ہوتا ہے کہ اللہ نے انسان کو پیدا کیوں کیا؟</w:t>
      </w:r>
    </w:p>
    <w:p>
      <w:r>
        <w:rPr>
          <w:b/>
        </w:rPr>
        <w:t xml:space="preserve">[12:57] </w:t>
      </w:r>
      <w:r>
        <w:t>yaani wohi cheez hui jis ko ke</w:t>
      </w:r>
    </w:p>
    <w:p>
      <w:pPr>
        <w:jc w:val="right"/>
      </w:pPr>
      <w:r>
        <w:t>یعنی وہی چیز ہوئی جس کو کہ</w:t>
      </w:r>
    </w:p>
    <w:p>
      <w:r>
        <w:rPr>
          <w:b/>
        </w:rPr>
        <w:t xml:space="preserve">[12:59] </w:t>
      </w:r>
      <w:r>
        <w:t>ek ek German historian ne in lafzon mein kaha hai ke "the human history is little board than a record of crimes".</w:t>
      </w:r>
    </w:p>
    <w:p>
      <w:pPr>
        <w:jc w:val="right"/>
      </w:pPr>
      <w:r>
        <w:t>ایک ایک جرمن ہسٹورین نے ان لفظوں میں کہا ہے کہ "دا ہیومن ہسٹری از لٹل بورڈ دین ا ریسر آف کرائمز"۔</w:t>
      </w:r>
    </w:p>
    <w:p>
      <w:r>
        <w:rPr>
          <w:b/>
        </w:rPr>
        <w:t xml:space="preserve">[13:14] </w:t>
      </w:r>
      <w:r>
        <w:t>wahi to hua.</w:t>
      </w:r>
    </w:p>
    <w:p>
      <w:pPr>
        <w:jc w:val="right"/>
      </w:pPr>
      <w:r>
        <w:t>وہی تو ہوا۔</w:t>
      </w:r>
    </w:p>
    <w:p>
      <w:r>
        <w:rPr>
          <w:b/>
        </w:rPr>
        <w:t xml:space="preserve">[13:18] </w:t>
      </w:r>
      <w:r>
        <w:t>to farishtay keh rahe hain, insani historian keh rahe hain, khud Allah is ki tasdeeq farma rahe hain ke waqatan hua bhi aisa hi.</w:t>
      </w:r>
    </w:p>
    <w:p>
      <w:pPr>
        <w:jc w:val="right"/>
      </w:pPr>
      <w:r>
        <w:t>تو فرشتے کہہ رہے ہیں، انسانی ہسٹورین کہہ رہے ہیں، خود اللہ اس کی تصدیق فرما رہے ہیں کہ واقعتاً ہوا بھی ایسا ہی۔</w:t>
      </w:r>
    </w:p>
    <w:p>
      <w:r>
        <w:rPr>
          <w:b/>
        </w:rPr>
        <w:t xml:space="preserve">[13:29] </w:t>
      </w:r>
      <w:r>
        <w:t>to yeh bohat bara sawal hai ke "what was the purpose of creation?</w:t>
      </w:r>
    </w:p>
    <w:p>
      <w:pPr>
        <w:jc w:val="right"/>
      </w:pPr>
      <w:r>
        <w:t>تو یہ بہت بڑا سوال ہے کہ "واٹ واز دا پرپس آف کریشن؟</w:t>
      </w:r>
    </w:p>
    <w:p>
      <w:r>
        <w:rPr>
          <w:b/>
        </w:rPr>
        <w:t xml:space="preserve">[13:35] </w:t>
      </w:r>
      <w:r>
        <w:t>what was the purpose of existence?" yeh bohat bara sawal hai. is par main zindagi par sochta raha hoon.</w:t>
      </w:r>
    </w:p>
    <w:p>
      <w:pPr>
        <w:jc w:val="right"/>
      </w:pPr>
      <w:r>
        <w:t>واٹ واز دا پرپس آف ایگزسٹنس؟" یہ بہت بڑا سوال ہے۔ اس پر میں زندگی پر سوچتا رہا ہوں۔</w:t>
      </w:r>
    </w:p>
    <w:p>
      <w:r>
        <w:rPr>
          <w:b/>
        </w:rPr>
        <w:t xml:space="preserve">[13:48] </w:t>
      </w:r>
      <w:r>
        <w:t>meri zindagi koi doosra maqsad nahi siwaye is ke ke main is ka jawab talash karoon.</w:t>
      </w:r>
    </w:p>
    <w:p>
      <w:pPr>
        <w:jc w:val="right"/>
      </w:pPr>
      <w:r>
        <w:t>میری زندگی کوئی دوسرا مقصد نہیں سوائے اس کے کہ میں اس کا جواب تلاش کروں۔</w:t>
      </w:r>
    </w:p>
    <w:p>
      <w:r>
        <w:rPr>
          <w:b/>
        </w:rPr>
        <w:t xml:space="preserve">[13:55] </w:t>
      </w:r>
      <w:r>
        <w:t>to inhi ayaton mein is sawal ka jawab hai. asal mein hum</w:t>
      </w:r>
    </w:p>
    <w:p>
      <w:pPr>
        <w:jc w:val="right"/>
      </w:pPr>
      <w:r>
        <w:t>تو انہی آیتوں میں اس سوال کا جواب ہے۔ اصل میں ہم</w:t>
      </w:r>
    </w:p>
    <w:p>
      <w:r>
        <w:rPr>
          <w:b/>
        </w:rPr>
        <w:t xml:space="preserve">[14:04] </w:t>
      </w:r>
      <w:r>
        <w:t>wrong criterion se judge kar rahe hain is situation ko. ghalati hamari yahan hai. jaise is building ko aap judge karein ek hospital ke criterion se, to aap kahein ge ke hospital hai, yahan to kuch bhi nahi.</w:t>
      </w:r>
    </w:p>
    <w:p>
      <w:pPr>
        <w:jc w:val="right"/>
      </w:pPr>
      <w:r>
        <w:t>رونگ کرائٹیرین سے جج کر رہے ہیں اس سچویشن کو۔ غلطی ہماری یہاں ہے۔ جیسے اس بلڈنگ کو آپ جج کریں ایک ہاسپٹل کے کرائٹیرین سے، تو آپ کہیں گے کہ ہاسپٹل ہے، یہاں تو کچھ بھی نہیں۔</w:t>
      </w:r>
    </w:p>
    <w:p>
      <w:r>
        <w:rPr>
          <w:b/>
        </w:rPr>
        <w:t xml:space="preserve">[14:21] </w:t>
      </w:r>
      <w:r>
        <w:t>lekin ghalati aap ki hai</w:t>
      </w:r>
    </w:p>
    <w:p>
      <w:pPr>
        <w:jc w:val="right"/>
      </w:pPr>
      <w:r>
        <w:t>لیکن غلطی آپ کی ہے</w:t>
      </w:r>
    </w:p>
    <w:p>
      <w:r>
        <w:rPr>
          <w:b/>
        </w:rPr>
        <w:t xml:space="preserve">[14:24] </w:t>
      </w:r>
      <w:r>
        <w:t>kyun ke hospital to hai nahi. yeh to jitne log hain, apne mind mein unhone ek yardstick banaya, khud apne mind mein, aur usi se napna shuru kar diya.</w:t>
      </w:r>
    </w:p>
    <w:p>
      <w:pPr>
        <w:jc w:val="right"/>
      </w:pPr>
      <w:r>
        <w:t>کیونکہ ہاسپٹل تو ہے نہیں۔ یہ تو جتنے لوگ ہیں، اپنے مائنڈ میں انہوں نے ایک گارڈسٹک بنایا، خود اپنے مائنڈ میں، اور اسی سے ناپنا شروع کر دیا۔</w:t>
      </w:r>
    </w:p>
    <w:p>
      <w:r>
        <w:rPr>
          <w:b/>
        </w:rPr>
        <w:t xml:space="preserve">[14:38] </w:t>
      </w:r>
      <w:r>
        <w:t>to keh rahe hain ke duniya to register of crimes hai.</w:t>
      </w:r>
    </w:p>
    <w:p>
      <w:pPr>
        <w:jc w:val="right"/>
      </w:pPr>
      <w:r>
        <w:t>تو کہہ رہے ہیں کہ دنیا تو ریسٹر آف کرائمز ہے۔</w:t>
      </w:r>
    </w:p>
    <w:p>
      <w:r>
        <w:rPr>
          <w:b/>
        </w:rPr>
        <w:t xml:space="preserve">[14:44] </w:t>
      </w:r>
      <w:r>
        <w:t>nahi, aap ko janna chahiye ke khud creation, khud creator ka creation plan kya hai? khud creator ke nazdeek purpose of existence kya hai?</w:t>
      </w:r>
    </w:p>
    <w:p>
      <w:pPr>
        <w:jc w:val="right"/>
      </w:pPr>
      <w:r>
        <w:t>نہیں، آپ کو جاننا چاہیے کہ خود کریشن، خود کریٹر کا کریشن پلان کیا ہے؟ خود کریٹر کے نزدیک پرپس آف ایگزسٹنس کیا ہے؟</w:t>
      </w:r>
    </w:p>
    <w:p>
      <w:r>
        <w:rPr>
          <w:b/>
        </w:rPr>
        <w:t xml:space="preserve">[15:00] </w:t>
      </w:r>
      <w:r>
        <w:t>apne mind se aap</w:t>
      </w:r>
    </w:p>
    <w:p>
      <w:pPr>
        <w:jc w:val="right"/>
      </w:pPr>
      <w:r>
        <w:t>اپنے مائنڈ سے آپ</w:t>
      </w:r>
    </w:p>
    <w:p>
      <w:r>
        <w:rPr>
          <w:b/>
        </w:rPr>
        <w:t xml:space="preserve">[15:02] </w:t>
      </w:r>
      <w:r>
        <w:t>nahi is ko tay kar sakte.</w:t>
      </w:r>
    </w:p>
    <w:p>
      <w:pPr>
        <w:jc w:val="right"/>
      </w:pPr>
      <w:r>
        <w:t>نہیں اس کو طے کر سکتے۔</w:t>
      </w:r>
    </w:p>
    <w:p>
      <w:r>
        <w:rPr>
          <w:b/>
        </w:rPr>
        <w:t xml:space="preserve">[15:07] </w:t>
      </w:r>
      <w:r>
        <w:t>to ghalati yahan hai ke apne zehan se Allah ke creation ko judge kar rahe hain.</w:t>
      </w:r>
    </w:p>
    <w:p>
      <w:pPr>
        <w:jc w:val="right"/>
      </w:pPr>
      <w:r>
        <w:t>تو غلطی یہاں ہے کہ اپنے ذہن سے خدا کے کریشن کو جج کر رہے ہیں۔</w:t>
      </w:r>
    </w:p>
    <w:p>
      <w:r>
        <w:rPr>
          <w:b/>
        </w:rPr>
        <w:t xml:space="preserve">[15:18] </w:t>
      </w:r>
      <w:r>
        <w:t>yani is yeh jo jahan aap baithe hue hain, kisi ne is ko banaya hai, koi is ko chala raha hai, us ke mind se janna pare ga ke yeh kya cheez hai. aap rehte hain kahin bombay mein, apne apne mind mein ek yardstick banaye, us se ja kar judge karein aap is ko.</w:t>
      </w:r>
    </w:p>
    <w:p>
      <w:pPr>
        <w:jc w:val="right"/>
      </w:pPr>
      <w:r>
        <w:t>یعنی اس یہ جو جہاں آپ بیٹھے ہوئے ہیں، کسی نے اس کو بنایا ہے، کوئی اس کو چلا رہا ہے، اس کے مائنڈ سے جاننا پڑے گا کہ یہ کیا چیز ہے۔ آپ رہتے ہیں کہیں بمبے میں، اپنے اپنے مائنڈ میں ایک گارڈسٹک بنائے، اس سے جا کر جج کریں آپ اس کو۔</w:t>
      </w:r>
    </w:p>
    <w:p>
      <w:r>
        <w:rPr>
          <w:b/>
        </w:rPr>
        <w:t xml:space="preserve">[15:35] </w:t>
      </w:r>
      <w:r>
        <w:t>to bilashuba woh ghalati karein ge aap. to sare log yahi ghalati kar rahe hain ke apne khud sakhta yardstick se ya khud sakhta criterion se woh Allah ke creation ko judge kar rahe hain.</w:t>
      </w:r>
    </w:p>
    <w:p>
      <w:pPr>
        <w:jc w:val="right"/>
      </w:pPr>
      <w:r>
        <w:t>تو بلاشبہ وہ غلطی کریں گے آپ۔ تو سارے لوگ یہی غلطی کر رہے ہیں کہ اپنے خود ساختہ گارڈسٹک سے یا خود ساختہ کرائٹیرین سے وہ اللہ کے کریشن کو جج کر رہے ہیں۔</w:t>
      </w:r>
    </w:p>
    <w:p>
      <w:r>
        <w:rPr>
          <w:b/>
        </w:rPr>
        <w:t xml:space="preserve">[15:52] </w:t>
      </w:r>
      <w:r>
        <w:t>to yeh jo jin jin verses ko main ne refer kiya,</w:t>
      </w:r>
    </w:p>
    <w:p>
      <w:pPr>
        <w:jc w:val="right"/>
      </w:pPr>
      <w:r>
        <w:t>تو یہ جو جن جن ورسز کو میں نے ریفر کیا،</w:t>
      </w:r>
    </w:p>
    <w:p>
      <w:r>
        <w:rPr>
          <w:b/>
        </w:rPr>
        <w:t xml:space="preserve">[15:56] </w:t>
      </w:r>
      <w:r>
        <w:t>is par aap ghor kijiye. phir aap ko bilkul har cheez khul jaye gi.</w:t>
      </w:r>
    </w:p>
    <w:p>
      <w:pPr>
        <w:jc w:val="right"/>
      </w:pPr>
      <w:r>
        <w:t>اس پر آپ غور کیجئے۔ پھر آپ کو بالکل ہر چیز کھل جائے گی۔</w:t>
      </w:r>
    </w:p>
    <w:p>
      <w:r>
        <w:rPr>
          <w:b/>
        </w:rPr>
        <w:t xml:space="preserve">[16:04] </w:t>
      </w:r>
      <w:r>
        <w:t>is yeh jo yeh jo verses hain, from 30 to 33, aap surah al baqarah, is mein yeh bataya gaya hai ke jab farishton ne doubt create kiya ke yeh to fasad karein ge,</w:t>
      </w:r>
    </w:p>
    <w:p>
      <w:pPr>
        <w:jc w:val="right"/>
      </w:pPr>
      <w:r>
        <w:t>اس یہ جو یہ جو ورسز ہیں، فرام 30 ٹو 33، آپ سورہ البقرہ، اس میں یہ بتایا گیا ہے کہ جب فرشتوں نے ڈاؤٹ کریٹ کیا کہ یہ تو فساد کریں گے،</w:t>
      </w:r>
    </w:p>
    <w:p>
      <w:r>
        <w:rPr>
          <w:b/>
        </w:rPr>
        <w:t xml:space="preserve">[16:22] </w:t>
      </w:r>
      <w:r>
        <w:t>to kyun un ko aap zameen mein basa rahe hain? yani yeh woh woh waqt tha jab ke Allah Adam ko paida kar chuke hain. baqi naslein abhi paida hona baqi hain.</w:t>
      </w:r>
    </w:p>
    <w:p>
      <w:pPr>
        <w:jc w:val="right"/>
      </w:pPr>
      <w:r>
        <w:t>تو کیوں ان کو آپ زمین میں بسا رہے ہیں؟ یعنی یہ وہ وہ وقت تھا جب کہ اللہ آدم کو پیدا کر چکے ہیں۔ باقی نسلیں ابھی پیدا ہونا باقی ہیں۔</w:t>
      </w:r>
    </w:p>
    <w:p>
      <w:r>
        <w:rPr>
          <w:b/>
        </w:rPr>
        <w:t xml:space="preserve">[16:33] </w:t>
      </w:r>
      <w:r>
        <w:t>lekin quran mein bataya gaya hai ke sare insano ko paida kar ke Allah ne Adam ki peeth mein daal diya tha.</w:t>
      </w:r>
    </w:p>
    <w:p>
      <w:pPr>
        <w:jc w:val="right"/>
      </w:pPr>
      <w:r>
        <w:t>لیکن قرآن میں بتایا گیا ہے کہ سارے انسانوں کو پیدا کر کے اللہ نے آدم کے پیٹھ میں ڈال دیا تھا۔</w:t>
      </w:r>
    </w:p>
    <w:p>
      <w:r>
        <w:rPr>
          <w:b/>
        </w:rPr>
        <w:t xml:space="preserve">[16:40] </w:t>
      </w:r>
      <w:r>
        <w:t>ab wahi sab unfold ho raha hai. hum sab unfolding hain.</w:t>
      </w:r>
    </w:p>
    <w:p>
      <w:pPr>
        <w:jc w:val="right"/>
      </w:pPr>
      <w:r>
        <w:t>اب وہی سب ان فولڈ ہو رہا ہے۔ ہم سب ان فولڈنگ ہیں۔</w:t>
      </w:r>
    </w:p>
    <w:p>
      <w:r>
        <w:rPr>
          <w:b/>
        </w:rPr>
        <w:t xml:space="preserve">[16:47] </w:t>
      </w:r>
      <w:r>
        <w:t>to kya hua phir? Allah quran mein hai ke "allama Adam al asma'a lil mala'ikah".</w:t>
      </w:r>
    </w:p>
    <w:p>
      <w:pPr>
        <w:jc w:val="right"/>
      </w:pPr>
      <w:r>
        <w:t>تو کیا ہوا پھر؟ اللہ قرآن میں ہے کہ "علم آدم الأسماء الملائکہ"۔</w:t>
      </w:r>
    </w:p>
    <w:p>
      <w:r>
        <w:rPr>
          <w:b/>
        </w:rPr>
        <w:t xml:space="preserve">[16:58] </w:t>
      </w:r>
      <w:r>
        <w:t>yani jin logon ko paida hona tha is duniya mein, Allah ne un ko</w:t>
      </w:r>
    </w:p>
    <w:p>
      <w:pPr>
        <w:jc w:val="right"/>
      </w:pPr>
      <w:r>
        <w:t>یعنی جن لوگوں کو پیدا ہونا تھا اس دنیا میں، اللہ نے ان کو</w:t>
      </w:r>
    </w:p>
    <w:p>
      <w:r>
        <w:rPr>
          <w:b/>
        </w:rPr>
        <w:t xml:space="preserve">[17:04] </w:t>
      </w:r>
      <w:r>
        <w:t>paida kar ke un ka naam bataya Adam ko, aur phir us ko pesh kiya angels ke samne.</w:t>
      </w:r>
    </w:p>
    <w:p>
      <w:pPr>
        <w:jc w:val="right"/>
      </w:pPr>
      <w:r>
        <w:t>پیدا کر کے ان کا نام بتایا آدم کو، اور پھر اس کو پیش کیا اینجلز کے سامنے۔</w:t>
      </w:r>
    </w:p>
    <w:p>
      <w:r>
        <w:rPr>
          <w:b/>
        </w:rPr>
        <w:t xml:space="preserve">[17:16] </w:t>
      </w:r>
      <w:r>
        <w:t>daikhen, naam kis ka bataya? yahi par hai masla jannay ka.</w:t>
      </w:r>
    </w:p>
    <w:p>
      <w:pPr>
        <w:jc w:val="right"/>
      </w:pPr>
      <w:r>
        <w:t>دیکھیں، نام کس کا بتایا؟ یہی پر ہے مسئلہ جاننے کا۔</w:t>
      </w:r>
    </w:p>
    <w:p>
      <w:r>
        <w:rPr>
          <w:b/>
        </w:rPr>
        <w:t xml:space="preserve">[17:23] </w:t>
      </w:r>
      <w:r>
        <w:t>selected individuals ka, selected persons ka, saaray insanon ka nahin.</w:t>
      </w:r>
    </w:p>
    <w:p>
      <w:pPr>
        <w:jc w:val="right"/>
      </w:pPr>
      <w:r>
        <w:t>سلیکٹڈ انڈیویجولز کا، سلیکٹڈ پرسنز کا، سارے انسانوں کا نہیں۔</w:t>
      </w:r>
    </w:p>
    <w:p>
      <w:r>
        <w:rPr>
          <w:b/>
        </w:rPr>
        <w:t xml:space="preserve">[17:31] </w:t>
      </w:r>
      <w:r>
        <w:t>yani Allah taala ka jo naqsha tha, woh yeh hai ke ke Allah is is se yeh baat nikalti hai ke farishtoon ne poore majmooay insani ko day kar rai banai thi.</w:t>
      </w:r>
    </w:p>
    <w:p>
      <w:pPr>
        <w:jc w:val="right"/>
      </w:pPr>
      <w:r>
        <w:t>یعنی اللہ تعالیٰ کا جو نقشہ تھا، وہ یہ ہے کہ کہ اللہ اس اس سے یہ بات نکلتی ہے کہ فرشتوں نے پورے مجموعہ انسانی کو دے کر رائے بنائی تھی۔</w:t>
      </w:r>
    </w:p>
    <w:p>
      <w:r>
        <w:rPr>
          <w:b/>
        </w:rPr>
        <w:t xml:space="preserve">[17:43] </w:t>
      </w:r>
      <w:r>
        <w:t>saaray mind kind ko Allah ka jo target hai, woh saaray mind kind nahin hai.</w:t>
      </w:r>
    </w:p>
    <w:p>
      <w:pPr>
        <w:jc w:val="right"/>
      </w:pPr>
      <w:r>
        <w:t>سارے مائنڈ کائنڈ کو اللہ کا جو ٹارگٹ ہے، وہ سارے مائنڈ کائنڈ نہیں ہے۔</w:t>
      </w:r>
    </w:p>
    <w:p>
      <w:r>
        <w:rPr>
          <w:b/>
        </w:rPr>
        <w:t xml:space="preserve">[17:50] </w:t>
      </w:r>
      <w:r>
        <w:t>selected individuals hain jo is is jangall mein paida kiye jayen, aur phir woh apnay aap ko prove karen ke hum woh log hain jo jinhoon ne apni freedom ko misuse nahin kiya,</w:t>
      </w:r>
    </w:p>
    <w:p>
      <w:pPr>
        <w:jc w:val="right"/>
      </w:pPr>
      <w:r>
        <w:t>سلیکٹڈ انڈیویجولز ہیں جو اس اس جنگل میں پیدا کیے جائیں، اور پھر وہ اپنے آپ کو پروف کریں کہ ہم وہ لوگ ہیں جو جنہوں نے اپنی فریڈم کو مس یوز نہیں کیا،</w:t>
      </w:r>
    </w:p>
    <w:p>
      <w:r>
        <w:rPr>
          <w:b/>
        </w:rPr>
        <w:t xml:space="preserve">[18:05] </w:t>
      </w:r>
      <w:r>
        <w:t>jinhoon ne</w:t>
      </w:r>
    </w:p>
    <w:p>
      <w:pPr>
        <w:jc w:val="right"/>
      </w:pPr>
      <w:r>
        <w:t>جنہوں نے</w:t>
      </w:r>
    </w:p>
    <w:p>
      <w:r>
        <w:rPr>
          <w:b/>
        </w:rPr>
        <w:t xml:space="preserve">[18:07] </w:t>
      </w:r>
      <w:r>
        <w:t>sachai ko discover kiya, jinhoon ne apnay mind ko sahi sahi istemal kiya. to aisay log Allah ke ke nazdeek selected log hain.</w:t>
      </w:r>
    </w:p>
    <w:p>
      <w:pPr>
        <w:jc w:val="right"/>
      </w:pPr>
      <w:r>
        <w:t>سچائی کو ڈسکور کیا، جنہوں نے اپنے مائنڈ کو صحیح صحیح استعمال کیا۔ تو ایسے لوگ اللہ کے کے نزدیک سلیکٹڈ لوگ ہیں۔</w:t>
      </w:r>
    </w:p>
    <w:p>
      <w:r>
        <w:rPr>
          <w:b/>
        </w:rPr>
        <w:t xml:space="preserve">[18:17] </w:t>
      </w:r>
      <w:r>
        <w:t>to in selected logon ko Allah ne paida kar ke</w:t>
      </w:r>
    </w:p>
    <w:p>
      <w:pPr>
        <w:jc w:val="right"/>
      </w:pPr>
      <w:r>
        <w:t>تو ان سلیکٹڈ لوگوں کو اللہ نے پیدا کر کے</w:t>
      </w:r>
    </w:p>
    <w:p>
      <w:r>
        <w:rPr>
          <w:b/>
        </w:rPr>
        <w:t xml:space="preserve">[18:24] </w:t>
      </w:r>
      <w:r>
        <w:t>Adam ko un ka naam bataya. kyunke daikhen, aagay aata hai ke "ani aalim ghaybat samawat wal arz". main ghayb ko janta hoon, yani future ko janta hoon.</w:t>
      </w:r>
    </w:p>
    <w:p>
      <w:pPr>
        <w:jc w:val="right"/>
      </w:pPr>
      <w:r>
        <w:t>آدم کو ان کا نام بتایا۔ کیونکہ دیکھیں، آگے آتا ہے کہ "انی عالم غیبت سماوات والارض"۔ میں غیب کو جانتا ہوں، یعنی فیوچر کو جانتا ہوں۔</w:t>
      </w:r>
    </w:p>
    <w:p>
      <w:r>
        <w:rPr>
          <w:b/>
        </w:rPr>
        <w:t xml:space="preserve">[18:34] </w:t>
      </w:r>
      <w:r>
        <w:t>main future mein jo log paida honay walay hain, mujhe un ka pata hai. yahan ghayb maani future.</w:t>
      </w:r>
    </w:p>
    <w:p>
      <w:pPr>
        <w:jc w:val="right"/>
      </w:pPr>
      <w:r>
        <w:t>میں فیوچر میں جو لوگ پیدا ہونے والے ہیں، مجھے ان کا پتہ ہے۔ یہاں غیب معنی فیوچر۔</w:t>
      </w:r>
    </w:p>
    <w:p>
      <w:r>
        <w:rPr>
          <w:b/>
        </w:rPr>
        <w:t xml:space="preserve">[18:43] </w:t>
      </w:r>
      <w:r>
        <w:t>"ani aalim ghaybat samawat wal arz". to future ke generation mein jo selected log thay, un ko paida kar ke Allah ne bataya aik naam: yeh falan hai, yeh falan hai, yeh falan hai.</w:t>
      </w:r>
    </w:p>
    <w:p>
      <w:pPr>
        <w:jc w:val="right"/>
      </w:pPr>
      <w:r>
        <w:t>"انی عالم غیبت سماوات والارض"۔ تو فیوچر کے جنریشن میں جو سلیکٹڈ لوگ تھے، ان کو پیدا کر کے اللہ نے بتایا ایک نام: یہ فلاں ہے، یہ فلاں ہے، یہ فلاں ہے۔</w:t>
      </w:r>
    </w:p>
    <w:p>
      <w:r>
        <w:rPr>
          <w:b/>
        </w:rPr>
        <w:t xml:space="preserve">[18:56] </w:t>
      </w:r>
      <w:r>
        <w:t>to Adam ne phir farishtoon ko bataya ke daikho, yeh hai, yeh hai, yeh hai. tab</w:t>
      </w:r>
    </w:p>
    <w:p>
      <w:pPr>
        <w:jc w:val="right"/>
      </w:pPr>
      <w:r>
        <w:t>تو آدم نے پھر فرشتوں کو بتایا کہ دیکھو، یہ ہے، یہ ہے، یہ ہے۔ تب</w:t>
      </w:r>
    </w:p>
    <w:p>
      <w:r>
        <w:rPr>
          <w:b/>
        </w:rPr>
        <w:t xml:space="preserve">[19:01] </w:t>
      </w:r>
      <w:r>
        <w:t>farishtay mutma'in ho gaye.</w:t>
      </w:r>
    </w:p>
    <w:p>
      <w:pPr>
        <w:jc w:val="right"/>
      </w:pPr>
      <w:r>
        <w:t>فرشتے مطمئن ہو گئے۔</w:t>
      </w:r>
    </w:p>
    <w:p>
      <w:r>
        <w:rPr>
          <w:b/>
        </w:rPr>
        <w:t xml:space="preserve">[19:06] </w:t>
      </w:r>
      <w:r>
        <w:t>yeh yeh is raat ko aap agar aap ghawr farmayen to poori baat samajh mein aa jati hai. poori baat yeh hai ke Allah ne paida kiya insaan ko, us ko freedom day diya.</w:t>
      </w:r>
    </w:p>
    <w:p>
      <w:pPr>
        <w:jc w:val="right"/>
      </w:pPr>
      <w:r>
        <w:t>یہ یہ اس رات کو آپ اگر آپ غور فرمائیں تو پوری بات سمجھ میں آ جاتی ہے۔ پوری بات یہ ہے کہ اللہ نے پیدا کیا انسان کو، اس کو فریڈم دے دیا۔</w:t>
      </w:r>
    </w:p>
    <w:p>
      <w:r>
        <w:rPr>
          <w:b/>
        </w:rPr>
        <w:t xml:space="preserve">[19:19] </w:t>
      </w:r>
      <w:r>
        <w:t>freedom, total freedom,</w:t>
      </w:r>
    </w:p>
    <w:p>
      <w:pPr>
        <w:jc w:val="right"/>
      </w:pPr>
      <w:r>
        <w:t>فریڈم، ٹوٹل فریڈم،</w:t>
      </w:r>
    </w:p>
    <w:p>
      <w:r>
        <w:rPr>
          <w:b/>
        </w:rPr>
        <w:t xml:space="preserve">[19:23] </w:t>
      </w:r>
      <w:r>
        <w:t>total freedom. yani Allah ka jo creation plan hai, woh yeh hai ke aadmi khud apni choice se right ko lay aur wrong ko chhod day,</w:t>
      </w:r>
    </w:p>
    <w:p>
      <w:pPr>
        <w:jc w:val="right"/>
      </w:pPr>
      <w:r>
        <w:t>ٹوٹل فریڈم۔ یعنی اللہ کا جو کریشن پلان ہے، وہ یہ ہے کہ آدمی خود اپنی چوائس سے رائٹ کو لے اور رونگ کو چھوڑ دے،</w:t>
      </w:r>
    </w:p>
    <w:p>
      <w:r>
        <w:rPr>
          <w:b/>
        </w:rPr>
        <w:t xml:space="preserve">[19:37] </w:t>
      </w:r>
      <w:r>
        <w:t>magar kisi compulsion ke.</w:t>
      </w:r>
    </w:p>
    <w:p>
      <w:pPr>
        <w:jc w:val="right"/>
      </w:pPr>
      <w:r>
        <w:t>مگر کسی کمپریشن کے۔</w:t>
      </w:r>
    </w:p>
    <w:p>
      <w:r>
        <w:rPr>
          <w:b/>
        </w:rPr>
        <w:t xml:space="preserve">[19:41] </w:t>
      </w:r>
      <w:r>
        <w:t>to yeh dunya aik aik yun kehna chahiye ke aik jangall hai. logon ke logon ne jo misuse kiya apnay apnay right ko, us ne dunya ko jangall bana diya.</w:t>
      </w:r>
    </w:p>
    <w:p>
      <w:pPr>
        <w:jc w:val="right"/>
      </w:pPr>
      <w:r>
        <w:t>تو یہ دنیا ایک ایک یوں کہنا چاہیے کہ ایک جنگل ہے۔ لوگوں کے لوگوں نے جو مس یوز کیا اپنے اپنے رائٹ کو، اس نے دنیا کو جنگل بنا دیا۔</w:t>
      </w:r>
    </w:p>
    <w:p>
      <w:r>
        <w:rPr>
          <w:b/>
        </w:rPr>
        <w:t xml:space="preserve">[19:58] </w:t>
      </w:r>
      <w:r>
        <w:t>is jangall mein aik insaan paida hota hai, is mind ko le kar ke, woh sochta hai, rethink karta hai, revise karta hai, independently sochta hai.</w:t>
      </w:r>
    </w:p>
    <w:p>
      <w:pPr>
        <w:jc w:val="right"/>
      </w:pPr>
      <w:r>
        <w:t>اس جنگل میں ایک انسان پیدا ہوتا ہے، اس مائنڈ کو لے کر کے، وہ سوچتا ہے، ری تھنک کرتا ہے، ریوائز کرتا ہے، انڈیپینڈنٹلی سوچتا ہے۔</w:t>
      </w:r>
    </w:p>
    <w:p>
      <w:r>
        <w:rPr>
          <w:b/>
        </w:rPr>
        <w:t xml:space="preserve">[20:13] </w:t>
      </w:r>
      <w:r>
        <w:t>yani kya</w:t>
      </w:r>
    </w:p>
    <w:p>
      <w:pPr>
        <w:jc w:val="right"/>
      </w:pPr>
      <w:r>
        <w:t>یعنی کیا</w:t>
      </w:r>
    </w:p>
    <w:p>
      <w:r>
        <w:rPr>
          <w:b/>
        </w:rPr>
        <w:t xml:space="preserve">[20:15] </w:t>
      </w:r>
      <w:r>
        <w:t>logon ne kya jangall create kiya hai? logon ne kya kiya dunya mein ideology phaila rakhi hai? kya kiya thought phaila rakhe hain?</w:t>
      </w:r>
    </w:p>
    <w:p>
      <w:pPr>
        <w:jc w:val="right"/>
      </w:pPr>
      <w:r>
        <w:t>لوگوں نے کیا جنگل کریٹ کیا ہے؟ لوگوں نے کیا کیا دنیا میں آئیڈالوجی پھیلا رکھی ہے؟ کیا کیا تھاٹ پھیلا رکھے ہیں؟</w:t>
      </w:r>
    </w:p>
    <w:p>
      <w:r>
        <w:rPr>
          <w:b/>
        </w:rPr>
        <w:t xml:space="preserve">[20:27] </w:t>
      </w:r>
      <w:r>
        <w:t>in sab ke, yani in sab se oopar uth kar woh sochta hai,</w:t>
      </w:r>
    </w:p>
    <w:p>
      <w:pPr>
        <w:jc w:val="right"/>
      </w:pPr>
      <w:r>
        <w:t>ان سب کے، یعنی ان سب سے اوپر اٹھ کر وہ سوچتا ہے،</w:t>
      </w:r>
    </w:p>
    <w:p>
      <w:r>
        <w:rPr>
          <w:b/>
        </w:rPr>
        <w:t xml:space="preserve">[20:34] </w:t>
      </w:r>
      <w:r>
        <w:t>jis ko main kehta hoon "big bird thinker". big bird thinker ban kar sochta hai. phir us ko self discovery hoti hai, khud soch kar daryaft karta hai.</w:t>
      </w:r>
    </w:p>
    <w:p>
      <w:pPr>
        <w:jc w:val="right"/>
      </w:pPr>
      <w:r>
        <w:t>جس کو میں کہتا ہوں "بگ برڈ تھنکر"۔ بگ برڈ تھنکر بن کر سوچتا ہے۔ پھر اس کو سیلف ڈسکوری ہوتی ہے، خود سوچ کر دریافت کرتا ہے۔</w:t>
      </w:r>
    </w:p>
    <w:p>
      <w:r>
        <w:rPr>
          <w:b/>
        </w:rPr>
        <w:t xml:space="preserve">[20:45] </w:t>
      </w:r>
      <w:r>
        <w:t>woh phir woh khada hota hai, woh kehta hai: "Khuda sachai</w:t>
      </w:r>
    </w:p>
    <w:p>
      <w:pPr>
        <w:jc w:val="right"/>
      </w:pPr>
      <w:r>
        <w:t>وہ پھر وہ کھڑا ہوتا ہے، وہ کہتا ہے: "خدا سچائی</w:t>
      </w:r>
    </w:p>
    <w:p>
      <w:r>
        <w:rPr>
          <w:b/>
        </w:rPr>
        <w:t xml:space="preserve">[20:49] </w:t>
      </w:r>
      <w:r>
        <w:t>yeh hai." Allah ko woh insaan matloob hai jo self discovery ke satah par khaday hon, jo apni azadi ko misuse na karen, jo jo self discipline ka saboot den.</w:t>
      </w:r>
    </w:p>
    <w:p>
      <w:pPr>
        <w:jc w:val="right"/>
      </w:pPr>
      <w:r>
        <w:t>یہ ہے۔" اللہ کو وہ انسان مطلوب ہے جو سیلف ڈسکوری کے سطح پر کھڑے ہوں، جو اپنی آزادی کو مس یوز نہ کریں، جو جو سیلف ڈسپلن کا ثبوت دیں۔</w:t>
      </w:r>
    </w:p>
    <w:p>
      <w:r>
        <w:rPr>
          <w:b/>
        </w:rPr>
        <w:t xml:space="preserve">[21:06] </w:t>
      </w:r>
      <w:r>
        <w:t>to Allah taala ne Adam ke samne in in selected insano ko paida kar ke Adam ko un ka naam bataya, aur phir un ko is ne Adam ne far</w:t>
      </w:r>
    </w:p>
    <w:p>
      <w:pPr>
        <w:jc w:val="right"/>
      </w:pPr>
      <w:r>
        <w:t>تو اللہ تعالیٰ نے آدم کے سامنے ان ان سلیکٹڈ انسانوں کو پیدا کر کے آدم کو ان کا نام بتایا، اور پھر ان کو اس نے آدم نے 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