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Importance of Tadabbur in Islam I 5 Dec . 2010 - Maulana Wahiduddin Khan</w:t>
      </w:r>
    </w:p>
    <w:p>
      <w:r>
        <w:t>https://www.youtube.com/watch?v=bkIRUAI3v8M</w:t>
      </w:r>
    </w:p>
    <w:p>
      <w:r>
        <w:rPr>
          <w:b/>
        </w:rPr>
        <w:t xml:space="preserve">[00:14] </w:t>
      </w:r>
      <w:r>
        <w:t>Bismillah Rehman ur Rahim, wasallallahu ala Nabiyil Kareem.</w:t>
      </w:r>
    </w:p>
    <w:p>
      <w:pPr>
        <w:jc w:val="right"/>
      </w:pPr>
      <w:r>
        <w:t>بسم اللہ الرحمن الرحیم، وصلی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[00:37] </w:t>
      </w:r>
      <w:r>
        <w:t>aaj ka topic hai</w:t>
      </w:r>
    </w:p>
    <w:p>
      <w:pPr>
        <w:jc w:val="right"/>
      </w:pPr>
      <w:r>
        <w:t>آج کا ٹاپک ہے</w:t>
      </w:r>
    </w:p>
    <w:p>
      <w:r>
        <w:rPr>
          <w:b/>
        </w:rPr>
        <w:t xml:space="preserve">[00:41] </w:t>
      </w:r>
      <w:r>
        <w:t>"The importance of tadabbur in Islam".</w:t>
      </w:r>
    </w:p>
    <w:p>
      <w:pPr>
        <w:jc w:val="right"/>
      </w:pPr>
      <w:r>
        <w:t>"دا امپورٹنس آف تدبر ان اسلام"۔</w:t>
      </w:r>
    </w:p>
    <w:p>
      <w:r>
        <w:rPr>
          <w:b/>
        </w:rPr>
        <w:t xml:space="preserve">[00:48] </w:t>
      </w:r>
      <w:r>
        <w:t>Quran mein aaya hai ke Allah taala ne yeh kitab utari taake log is par tadabbur karen</w:t>
      </w:r>
    </w:p>
    <w:p>
      <w:pPr>
        <w:jc w:val="right"/>
      </w:pPr>
      <w:r>
        <w:t>قرآن میں آیا ہے کہ اللہ تعالیٰ نے یہ کتاب اتاری تاکہ لوگ اس پر تدبر کریں</w:t>
      </w:r>
    </w:p>
    <w:p>
      <w:r>
        <w:rPr>
          <w:b/>
        </w:rPr>
        <w:t xml:space="preserve">[00:56] </w:t>
      </w:r>
      <w:r>
        <w:t>. Liyadabbaru ayatihi, wal yatazakkar uluwal albab yani ahl e aql ke liye yeh kitab utari gayi hai.</w:t>
      </w:r>
    </w:p>
    <w:p>
      <w:pPr>
        <w:jc w:val="right"/>
      </w:pPr>
      <w:r>
        <w:t>۔ لیدبرو آیاتہ، ولیتذکر أولو الالباب یعنی اہل عقل کے لیے یہ کتاب اتاری گئی ہے۔</w:t>
      </w:r>
    </w:p>
    <w:p>
      <w:r>
        <w:rPr>
          <w:b/>
        </w:rPr>
        <w:t xml:space="preserve">[01:11] </w:t>
      </w:r>
      <w:r>
        <w:t>bohat ajeeb baat hai, uluwal albab yani aql walon ke liye, taake woh sochein aur phir is se naseehat hasil karein.</w:t>
      </w:r>
    </w:p>
    <w:p>
      <w:pPr>
        <w:jc w:val="right"/>
      </w:pPr>
      <w:r>
        <w:t>بہت عجیب بات ہے، أولو الالباب یعنی عقل والوں کے لیے، تاکہ وہ سوچیں اور پھر اس سے نصیحت حاصل کریں۔</w:t>
      </w:r>
    </w:p>
    <w:p>
      <w:r>
        <w:rPr>
          <w:b/>
        </w:rPr>
        <w:t xml:space="preserve">[01:25] </w:t>
      </w:r>
      <w:r>
        <w:t>kitni aham baat is ke andar kahi gayi hai. ek hadith mein hai ke quran ke bare mein ke lkll ayat minha zahar o batin.</w:t>
      </w:r>
    </w:p>
    <w:p>
      <w:pPr>
        <w:jc w:val="right"/>
      </w:pPr>
      <w:r>
        <w:t>کتنی اہم بات اس کے اندر کہی گئی ہے۔ ایک حدیث میں ہے کہ قرآن کے بارے میں کہ لکل آیت منہا زہر وبطن ۔</w:t>
      </w:r>
    </w:p>
    <w:p>
      <w:r>
        <w:rPr>
          <w:b/>
        </w:rPr>
        <w:t xml:space="preserve">[01:40] </w:t>
      </w:r>
      <w:r>
        <w:t>quran ki har ayat ka ek zahir hai aur is ka ek batin hai. yani ek baat hai woh hai jo lafzon mein hai, ek baat hai woh hai jo mani ke taur par is ke andar maujood hai.</w:t>
      </w:r>
    </w:p>
    <w:p>
      <w:pPr>
        <w:jc w:val="right"/>
      </w:pPr>
      <w:r>
        <w:t>قرآن کی ہر آیت کا ایک ظاہر ہے اور اس کا ایک باطن ہے۔ یعنی ایک بات ہے وہ ہے جو لفظوں میں ہے، ایک بات ہے وہ ہے جو معنی کے طور پر اس کے اندر موجود ہے۔</w:t>
      </w:r>
    </w:p>
    <w:p>
      <w:r>
        <w:rPr>
          <w:b/>
        </w:rPr>
        <w:t xml:space="preserve">[01:55] </w:t>
      </w:r>
      <w:r>
        <w:t>yani kuch lines mein hai, kuch between the line hai, kuch sutoor mein hai, kuch bynes sutoor hai.</w:t>
      </w:r>
    </w:p>
    <w:p>
      <w:pPr>
        <w:jc w:val="right"/>
      </w:pPr>
      <w:r>
        <w:t>یعنی کچھ لائنز میں ہے، کچھ بٹوین دی لائن ہے، کچھ سطور میں ہے، کچھ بائنس سطور ہے۔</w:t>
      </w:r>
    </w:p>
    <w:p>
      <w:r>
        <w:rPr>
          <w:b/>
        </w:rPr>
        <w:t xml:space="preserve">[02:03] </w:t>
      </w:r>
      <w:r>
        <w:t>toh quran ki sari jo garab, yani jo deep meaning hai, is ke jo bare bare jo is ke andar baatein hain, wisdom,</w:t>
      </w:r>
    </w:p>
    <w:p>
      <w:pPr>
        <w:jc w:val="right"/>
      </w:pPr>
      <w:r>
        <w:t>تو قرآن کی ساری جو گرب، یعنی جو ڈیپ میننگ ہے، اس کے جو بڑے بڑے جو اس کے اندر باتیں ہیں، وزڈم،</w:t>
      </w:r>
    </w:p>
    <w:p>
      <w:r>
        <w:rPr>
          <w:b/>
        </w:rPr>
        <w:t xml:space="preserve">[02:20] </w:t>
      </w:r>
      <w:r>
        <w:t>woh is waqt aadmi ki samajh mein aati hain jab ke woh aadmi soche, tadabbur kare. tadabbur ke mani hote hain sochna, yani contemplation.</w:t>
      </w:r>
    </w:p>
    <w:p>
      <w:pPr>
        <w:jc w:val="right"/>
      </w:pPr>
      <w:r>
        <w:t>وہ اس وقت آدمی کی سمجھ میں آتی ہیں جب کہ وہ آدمی سوچے، تدبر کرے۔ تدبر کے معنی ہوتے ہیں سوچنا، یعنی کنٹمپلیشن۔</w:t>
      </w:r>
    </w:p>
    <w:p>
      <w:r>
        <w:rPr>
          <w:b/>
        </w:rPr>
        <w:t xml:space="preserve">[02:37] </w:t>
      </w:r>
      <w:r>
        <w:t>toh yeh bohat hi zyada zaroori hai janna ke quran jo hai sirf is liye nahi ke is ke lafzon ki tilawat kar li jaye</w:t>
      </w:r>
    </w:p>
    <w:p>
      <w:pPr>
        <w:jc w:val="right"/>
      </w:pPr>
      <w:r>
        <w:t>تو یہ بہت ہی زیادہ ضروری ہے جاننا کہ قرآن جو ہے صرف اس لیے نہیں کہ اس کے لفظوں کی تلاوت کر لی جائے</w:t>
      </w:r>
    </w:p>
    <w:p>
      <w:r>
        <w:rPr>
          <w:b/>
        </w:rPr>
        <w:t xml:space="preserve">[02:48] </w:t>
      </w:r>
      <w:r>
        <w:t>aur bas.</w:t>
      </w:r>
    </w:p>
    <w:p>
      <w:pPr>
        <w:jc w:val="right"/>
      </w:pPr>
      <w:r>
        <w:t>اور بس۔</w:t>
      </w:r>
    </w:p>
    <w:p>
      <w:r>
        <w:rPr>
          <w:b/>
        </w:rPr>
        <w:t xml:space="preserve">[02:50] </w:t>
      </w:r>
      <w:r>
        <w:t>abhi ek khabar aayi thi ke kisi non muslim ne kalma padha, actor ne kisi film mein, toh la ilaha illallah muhammadur rasulullah ka talaffuz jo hai pronounce kiya us ne kuch galat tareeqe se.</w:t>
      </w:r>
    </w:p>
    <w:p>
      <w:pPr>
        <w:jc w:val="right"/>
      </w:pPr>
      <w:r>
        <w:t>ابھی ایک خبر آئی تھی کہ کسی نان مسلم نے کلمہ پڑھا، ایکٹر نے کسی فلم میں، تو لا الہ الا اللہ محمد رسول اللہ کا تلفظ جو ہے پروناؤنس کیا اس نے کچھ غلط طریقے سے۔</w:t>
      </w:r>
    </w:p>
    <w:p>
      <w:r>
        <w:rPr>
          <w:b/>
        </w:rPr>
        <w:t xml:space="preserve">[03:10] </w:t>
      </w:r>
      <w:r>
        <w:t>isko toheen e kalma qarar de kar is ke khilaf hangama ho gaya, case kar diya gaya is ke khilaf.</w:t>
      </w:r>
    </w:p>
    <w:p>
      <w:pPr>
        <w:jc w:val="right"/>
      </w:pPr>
      <w:r>
        <w:t>اس کو توہین کلمہ قرار دے کر اس کے خلاف ہنگامہ ہو گیا، کیس کر دیا گیا اس کے خلاف۔</w:t>
      </w:r>
    </w:p>
    <w:p>
      <w:r>
        <w:rPr>
          <w:b/>
        </w:rPr>
        <w:t xml:space="preserve">[03:19] </w:t>
      </w:r>
      <w:r>
        <w:t>kyun? log talaffuz ko asal samajhte hain, sahi sahi dohra dena, jis ko kehte hain hindi mein uchchar karna.</w:t>
      </w:r>
    </w:p>
    <w:p>
      <w:pPr>
        <w:jc w:val="right"/>
      </w:pPr>
      <w:r>
        <w:t>کیوں؟ لوگ تلفظ کو اصل سمجھتے ہیں، صحیح صحیح دہرا دینا، جس کو کہتے ہیں ہندی میں اچار کرنا۔</w:t>
      </w:r>
    </w:p>
    <w:p>
      <w:r>
        <w:rPr>
          <w:b/>
        </w:rPr>
        <w:t xml:space="preserve">[03:31] </w:t>
      </w:r>
      <w:r>
        <w:t>theek theek uchchar kar do toh bas ho gaya. yeh bilkul galat hai.</w:t>
      </w:r>
    </w:p>
    <w:p>
      <w:pPr>
        <w:jc w:val="right"/>
      </w:pPr>
      <w:r>
        <w:t>ٹھیک ٹھیک اچار کر دو تو بس ہو گیا۔ یہ بالکل غلط ہے۔</w:t>
      </w:r>
    </w:p>
    <w:p>
      <w:r>
        <w:rPr>
          <w:b/>
        </w:rPr>
        <w:t xml:space="preserve">[03:40] </w:t>
      </w:r>
      <w:r>
        <w:t>quran utara gaya hai tadabbur ke liye, yani contemplation ke liye, yani sochne ke liye.</w:t>
      </w:r>
    </w:p>
    <w:p>
      <w:pPr>
        <w:jc w:val="right"/>
      </w:pPr>
      <w:r>
        <w:t>قرآن اتارا گیا ہے تدبر کے لیے، یعنی کنٹمپلیشن کے لیے، یعنی سوچنے کے لیے۔</w:t>
      </w:r>
    </w:p>
    <w:p>
      <w:r>
        <w:rPr>
          <w:b/>
        </w:rPr>
        <w:t xml:space="preserve">[03:48] </w:t>
      </w:r>
      <w:r>
        <w:t>jitna zyada aadmi sochega, utne zyada quran ke mani ko samjhega.</w:t>
      </w:r>
    </w:p>
    <w:p>
      <w:pPr>
        <w:jc w:val="right"/>
      </w:pPr>
      <w:r>
        <w:t>جتنا زیادہ آدمی سوچے گا، اتنے زیادہ قرآن کے معنی کو سمجھے گا۔</w:t>
      </w:r>
    </w:p>
    <w:p>
      <w:r>
        <w:rPr>
          <w:b/>
        </w:rPr>
        <w:t xml:space="preserve">[03:57] </w:t>
      </w:r>
      <w:r>
        <w:t>aur utne zyada is ke andar spirituality aayegi, khuda se taluq badhega, khushu o taqwa aayega.</w:t>
      </w:r>
    </w:p>
    <w:p>
      <w:pPr>
        <w:jc w:val="right"/>
      </w:pPr>
      <w:r>
        <w:t>اور اتنے زیادہ اس کے اندر اسپرچولٹی آئے گی، خدا سے تعلق بڑھے گا، خشوع اور تقویٰ آئے گا۔</w:t>
      </w:r>
    </w:p>
    <w:p>
      <w:r>
        <w:rPr>
          <w:b/>
        </w:rPr>
        <w:t xml:space="preserve">[04:07] </w:t>
      </w:r>
      <w:r>
        <w:t>jo bhi cheezein chahiye, woh sab aayengi through tadabbur.</w:t>
      </w:r>
    </w:p>
    <w:p>
      <w:pPr>
        <w:jc w:val="right"/>
      </w:pPr>
      <w:r>
        <w:t>جو بھی چیزیں چاہیے، وہ سب آئیں گی تھرو تدبر۔</w:t>
      </w:r>
    </w:p>
    <w:p>
      <w:r>
        <w:rPr>
          <w:b/>
        </w:rPr>
        <w:t xml:space="preserve">[04:16] </w:t>
      </w:r>
      <w:r>
        <w:t>main ek misaal deta hoon is ko wazeh karne ke liye.</w:t>
      </w:r>
    </w:p>
    <w:p>
      <w:pPr>
        <w:jc w:val="right"/>
      </w:pPr>
      <w:r>
        <w:t>میں ایک مثال دیتا ہوں اس کو واضح کرنے کے لیے۔</w:t>
      </w:r>
    </w:p>
    <w:p>
      <w:r>
        <w:rPr>
          <w:b/>
        </w:rPr>
        <w:t xml:space="preserve">[04:23] </w:t>
      </w:r>
      <w:r>
        <w:t>ek sahab the musalman, woh parhe likhe nahi the, bilkul hi illiterate the woh. toh woh kya karte the?</w:t>
      </w:r>
    </w:p>
    <w:p>
      <w:pPr>
        <w:jc w:val="right"/>
      </w:pPr>
      <w:r>
        <w:t>ایک صاحب تھے مسلمان، وہ پڑھے لکھے نہیں تھے، بالکل ہی اللیٹریٹ تھے وہ۔ تو وہ کیا کرتے تھے؟</w:t>
      </w:r>
    </w:p>
    <w:p>
      <w:r>
        <w:rPr>
          <w:b/>
        </w:rPr>
        <w:t xml:space="preserve">[04:34] </w:t>
      </w:r>
      <w:r>
        <w:t>quran ko kholte the aur is ki sataron par ungli pherte the aise hi ke yeh bhi khuda ka kalam hai, yeh bhi khuda ka kalam hai.</w:t>
      </w:r>
    </w:p>
    <w:p>
      <w:pPr>
        <w:jc w:val="right"/>
      </w:pPr>
      <w:r>
        <w:t>قرآن کو کھولتے تھے اور اس کی سطروں پر انگلی پھیرتے تھے ایسے ہی کہ یہ بھی خدا کا کلام ہے، یہ بھی خدا کا کلام ہے۔</w:t>
      </w:r>
    </w:p>
    <w:p>
      <w:r>
        <w:rPr>
          <w:b/>
        </w:rPr>
        <w:t xml:space="preserve">[04:44] </w:t>
      </w:r>
      <w:r>
        <w:t>parh s</w:t>
      </w:r>
    </w:p>
    <w:p>
      <w:pPr>
        <w:jc w:val="right"/>
      </w:pPr>
      <w:r>
        <w:t>پڑھ س</w:t>
      </w:r>
    </w:p>
    <w:p>
      <w:r>
        <w:rPr>
          <w:b/>
        </w:rPr>
        <w:t xml:space="preserve">[04:45] </w:t>
      </w:r>
      <w:r>
        <w:t>akte nahi the woh.</w:t>
      </w:r>
    </w:p>
    <w:p>
      <w:pPr>
        <w:jc w:val="right"/>
      </w:pPr>
      <w:r>
        <w:t>کتے نہیں تھے وہ۔</w:t>
      </w:r>
    </w:p>
    <w:p>
      <w:r>
        <w:rPr>
          <w:b/>
        </w:rPr>
        <w:t xml:space="preserve">[04:48] </w:t>
      </w:r>
      <w:r>
        <w:t>toh sataron par ungli aise pherte the, yeh bhi khuda ka kalam hai, yeh bhi khuda ka kalam hai. yeh kya hai? yeh aqeedat bandi.</w:t>
      </w:r>
    </w:p>
    <w:p>
      <w:pPr>
        <w:jc w:val="right"/>
      </w:pPr>
      <w:r>
        <w:t>تو سطروں پر انگلی ایسے پھیرتے تھے، یہ بھی خدا کا کلام ہے، یہ بھی خدا کا کلام ہے۔ یہ کیا ہے؟ یہ عقیدت بندی۔</w:t>
      </w:r>
    </w:p>
    <w:p>
      <w:r>
        <w:rPr>
          <w:b/>
        </w:rPr>
        <w:t xml:space="preserve">[04:59] </w:t>
      </w:r>
      <w:r>
        <w:t>is se un ko sawab mila hoga kyun ke sawab milta hai ikhlas par. toh agar waqai ikhlas ke sath aisa kiya unhone toh is ko sawab mil jayega.</w:t>
      </w:r>
    </w:p>
    <w:p>
      <w:pPr>
        <w:jc w:val="right"/>
      </w:pPr>
      <w:r>
        <w:t>اس سے ان کو ثواب ملا ہوگا کیونکہ ثواب ملتا ہے اخلاص پر۔ تو اگر واقعی اخلاص کے ساتھ ایسا کیا انہوں نے تو اس کو ثواب مل جائے گا۔</w:t>
      </w:r>
    </w:p>
    <w:p>
      <w:r>
        <w:rPr>
          <w:b/>
        </w:rPr>
        <w:t xml:space="preserve">[05:10] </w:t>
      </w:r>
      <w:r>
        <w:t>lekin</w:t>
      </w:r>
    </w:p>
    <w:p>
      <w:pPr>
        <w:jc w:val="right"/>
      </w:pPr>
      <w:r>
        <w:t>لیکن</w:t>
      </w:r>
    </w:p>
    <w:p>
      <w:r>
        <w:rPr>
          <w:b/>
        </w:rPr>
        <w:t xml:space="preserve">[05:11] </w:t>
      </w:r>
      <w:r>
        <w:t>yeh quran ka reduced form hai.</w:t>
      </w:r>
    </w:p>
    <w:p>
      <w:pPr>
        <w:jc w:val="right"/>
      </w:pPr>
      <w:r>
        <w:t>یہ قرآن کا ریڈیوسڈ فارم ہے۔</w:t>
      </w:r>
    </w:p>
    <w:p>
      <w:r>
        <w:rPr>
          <w:b/>
        </w:rPr>
        <w:t xml:space="preserve">[05:20] </w:t>
      </w:r>
      <w:r>
        <w:t>asal jo quran jo utara gaya hai, woh is liye nahi utara gaya hai ke be sabjhe bujhe aap ko dohra dein. nahi.</w:t>
      </w:r>
    </w:p>
    <w:p>
      <w:pPr>
        <w:jc w:val="right"/>
      </w:pPr>
      <w:r>
        <w:t>اصل جو قرآن جو اتارا گیا ہے، وہ اس لیے نہیں اتارا گیا ہے کہ بے سبجھے بوجھے آپ کو دہرا دیں۔ نہیں۔</w:t>
      </w:r>
    </w:p>
    <w:p>
      <w:r>
        <w:rPr>
          <w:b/>
        </w:rPr>
        <w:t xml:space="preserve">[05:30] </w:t>
      </w:r>
      <w:r>
        <w:t>sochain, tadabbur karain, contemplation ke zariye se is mein jo mani, gehre mani hain, us ko samjhein.</w:t>
      </w:r>
    </w:p>
    <w:p>
      <w:pPr>
        <w:jc w:val="right"/>
      </w:pPr>
      <w:r>
        <w:t>سوچیں، تدبر کریں، کنٹمپلیشن کے ذریعے سے اس میں جو معنی، گہرے معنی ہیں، اس کو سمجھیں۔</w:t>
      </w:r>
    </w:p>
    <w:p>
      <w:r>
        <w:rPr>
          <w:b/>
        </w:rPr>
        <w:t xml:space="preserve">[05:39] </w:t>
      </w:r>
      <w:r>
        <w:t>to mein aik misaal deta hoon. dekhein, quran ki pehli ayat hai alhamdulillah rabbul alameen.</w:t>
      </w:r>
    </w:p>
    <w:p>
      <w:pPr>
        <w:jc w:val="right"/>
      </w:pPr>
      <w:r>
        <w:t>تو میں ایک مثال دیتا ہوں۔ دیکھیں، قرآن کی پہلی آیت ہے الحمدللہ رب العالمین ۔</w:t>
      </w:r>
    </w:p>
    <w:p>
      <w:r>
        <w:rPr>
          <w:b/>
        </w:rPr>
        <w:t xml:space="preserve">[05:49] </w:t>
      </w:r>
      <w:r>
        <w:t>to aik to hai ke aap ungli ghuma dein is ke upar ke yeh Allah ka kalam hai, ya aap bohat achi tarah is ko achar kar dein. aik yeh hua.</w:t>
      </w:r>
    </w:p>
    <w:p>
      <w:pPr>
        <w:jc w:val="right"/>
      </w:pPr>
      <w:r>
        <w:t>تو ایک تو ہے کہ آپ انگلی گھما دیں اس کے اوپر کہ یہ اللہ کا کلام ہے، یا آپ بہت اچھی طرح اس کو اچار کر دیں۔ ایک یہ ہوا۔</w:t>
      </w:r>
    </w:p>
    <w:p>
      <w:r>
        <w:rPr>
          <w:b/>
        </w:rPr>
        <w:t xml:space="preserve">[06:01] </w:t>
      </w:r>
      <w:r>
        <w:t>aik yeh ke aap is waqt sochain,</w:t>
      </w:r>
    </w:p>
    <w:p>
      <w:pPr>
        <w:jc w:val="right"/>
      </w:pPr>
      <w:r>
        <w:t>ایک یہ کہ آپ اس وقت سوچیں،</w:t>
      </w:r>
    </w:p>
    <w:p>
      <w:r>
        <w:rPr>
          <w:b/>
        </w:rPr>
        <w:t xml:space="preserve">[06:03] </w:t>
      </w:r>
      <w:r>
        <w:t>dekhein is ayat ka matlab kya hai? yeh hai acknowledge karna. Allah ki hamd ko karne ke mani hain, Allah ki glory ko acknowledge karna.</w:t>
      </w:r>
    </w:p>
    <w:p>
      <w:pPr>
        <w:jc w:val="right"/>
      </w:pPr>
      <w:r>
        <w:t>دیکھیں اس آیت کا مطلب کیا ہے؟ یہ ہے اکنالج کرنا۔ اللہ کی حمد کو کرنے کے معنی ہیں، اللہ کی گلوری کو اکنالج کرنا۔</w:t>
      </w:r>
    </w:p>
    <w:p>
      <w:r>
        <w:rPr>
          <w:b/>
        </w:rPr>
        <w:t xml:space="preserve">[06:18] </w:t>
      </w:r>
      <w:r>
        <w:t>aap is ka tarjuma chahe kahin ke sari tareef Allah ke liye hai, sara shukr Allah ke liye hai. matlab kya hua? eteraaf, acknowledgement.</w:t>
      </w:r>
    </w:p>
    <w:p>
      <w:pPr>
        <w:jc w:val="right"/>
      </w:pPr>
      <w:r>
        <w:t>آپ اس کا ترجمہ چاہے کہیں کہ ساری تعریف اللہ کے لیے ہے، سارا شکر اللہ کے لیے ہے۔ مطلب کیا ہوا؟ اعتراف، اکنالجمنٹ۔</w:t>
      </w:r>
    </w:p>
    <w:p>
      <w:r>
        <w:rPr>
          <w:b/>
        </w:rPr>
        <w:t xml:space="preserve">[06:28] </w:t>
      </w:r>
      <w:r>
        <w:t>kis ka? Allah ki glory ka. Allah ke rabbul alameen hone ka</w:t>
      </w:r>
    </w:p>
    <w:p>
      <w:pPr>
        <w:jc w:val="right"/>
      </w:pPr>
      <w:r>
        <w:t>کس کا؟ اللہ کی گلوری کا۔ اللہ کے رب العالمین ہونے کا</w:t>
      </w:r>
    </w:p>
    <w:p>
      <w:r>
        <w:rPr>
          <w:b/>
        </w:rPr>
        <w:t xml:space="preserve">[06:33] </w:t>
      </w:r>
      <w:r>
        <w:t>. ab aap dekhiye ke yeh jo kaam hai, woh kaun karega? pathar ya star aur planet nahi keh rahe ke insan karega.</w:t>
      </w:r>
    </w:p>
    <w:p>
      <w:pPr>
        <w:jc w:val="right"/>
      </w:pPr>
      <w:r>
        <w:t>۔ اب آپ دیکھیے کہ یہ جو کام ہے، وہ کون کرے گا؟ پتھر یا اسٹار اور پلینٹ نہیں کہہ رہے کہ انسان کرے گا۔</w:t>
      </w:r>
    </w:p>
    <w:p>
      <w:r>
        <w:rPr>
          <w:b/>
        </w:rPr>
        <w:t xml:space="preserve">[06:42] </w:t>
      </w:r>
      <w:r>
        <w:t>insan. insan rehta hai aik society mein, insano ke darmiyan. har waqt is ko aisi baatein pesh aati hain jis se is dil mein shikayat aa jati hai, complaint aa jati hai,</w:t>
      </w:r>
    </w:p>
    <w:p>
      <w:pPr>
        <w:jc w:val="right"/>
      </w:pPr>
      <w:r>
        <w:t>انسان۔ انسان رہتا ہے ایک سوسائٹی میں، انسانوں کے درمیان۔ ہر وقت اس کو ایسی باتیں پیش آتی ہیں جس سے اس دل میں شکایت آ جاتی ہے، کمپلینٹ آ جاتی ہے،</w:t>
      </w:r>
    </w:p>
    <w:p>
      <w:r>
        <w:rPr>
          <w:b/>
        </w:rPr>
        <w:t xml:space="preserve">[06:57] </w:t>
      </w:r>
      <w:r>
        <w:t>nafrat aa jati hai, hate aa jata hai.</w:t>
      </w:r>
    </w:p>
    <w:p>
      <w:pPr>
        <w:jc w:val="right"/>
      </w:pPr>
      <w:r>
        <w:t>نفرت آ جاتی ہے، ہیٹ آ جاتا ہے۔</w:t>
      </w:r>
    </w:p>
    <w:p>
      <w:r>
        <w:rPr>
          <w:b/>
        </w:rPr>
        <w:t xml:space="preserve">[07:01] </w:t>
      </w:r>
      <w:r>
        <w:t>yeh bilkul it is but natural. yeh hota hai. kyunke society means, yeh society ka matlab hi yahi hai ke har ek ko doosre se kuch na kuch hogi shikayat.</w:t>
      </w:r>
    </w:p>
    <w:p>
      <w:pPr>
        <w:jc w:val="right"/>
      </w:pPr>
      <w:r>
        <w:t>یہ بالکل اٹ از بٹ نیچرل۔ یہ ہوتا ہے۔ کیونکہ سوسائٹی مینز، یہ سوسائٹی کا مطلب ہی یہی ہے کہ ہر ایک کو دوسرے سے کچھ نہ کچھ ہوگی شکایت۔</w:t>
      </w:r>
    </w:p>
    <w:p>
      <w:r>
        <w:rPr>
          <w:b/>
        </w:rPr>
        <w:t xml:space="preserve">[07:15] </w:t>
      </w:r>
      <w:r>
        <w:t>namumkin hai ke shikayat na ho. aap sochiye ke jab dil shikayat se bhara hua hai to kaise kahega aadmi alhamdulillah rabbul alameen.</w:t>
      </w:r>
    </w:p>
    <w:p>
      <w:pPr>
        <w:jc w:val="right"/>
      </w:pPr>
      <w:r>
        <w:t>ناممکن ہے کہ شکایت نہ ہو۔ آپ سوچیے کہ جب دل شکایت سے بھرا ہوا ہے تو کیسے کہے گا آدمی الحمدللہ رب العالمین ۔</w:t>
      </w:r>
    </w:p>
    <w:p>
      <w:r>
        <w:rPr>
          <w:b/>
        </w:rPr>
        <w:t xml:space="preserve">[07:26] </w:t>
      </w:r>
      <w:r>
        <w:t>phir to sirf lafz ko dohraega.</w:t>
      </w:r>
    </w:p>
    <w:p>
      <w:pPr>
        <w:jc w:val="right"/>
      </w:pPr>
      <w:r>
        <w:t>پھر تو صرف لفظ کو دہرائے گا۔</w:t>
      </w:r>
    </w:p>
    <w:p>
      <w:r>
        <w:rPr>
          <w:b/>
        </w:rPr>
        <w:t xml:space="preserve">[07:31] </w:t>
      </w:r>
      <w:r>
        <w:t>kyunke yeh kehne ke liye ke khudaaya tera shukr hai, bohat hi positive dil chahiye. bohat hi open mind chahiye.</w:t>
      </w:r>
    </w:p>
    <w:p>
      <w:pPr>
        <w:jc w:val="right"/>
      </w:pPr>
      <w:r>
        <w:t>کیونکہ یہ کہنے کے لیے کہ خدایا تیرا شکر ہے، بہت ہی پوزیٹیو دل چاہیے۔ بہت ہی اوپن مائنڈ چاہیے۔</w:t>
      </w:r>
    </w:p>
    <w:p>
      <w:r>
        <w:rPr>
          <w:b/>
        </w:rPr>
        <w:t xml:space="preserve">[07:42] </w:t>
      </w:r>
      <w:r>
        <w:t>dil mein na baais ho, na nafrat ho, na ghussa ho, na complaint ho.</w:t>
      </w:r>
    </w:p>
    <w:p>
      <w:pPr>
        <w:jc w:val="right"/>
      </w:pPr>
      <w:r>
        <w:t>دل میں نہ باعث ہو، نہ نفرت ہو، نہ غصہ ہو، نہ کمپلینٹ ہو۔</w:t>
      </w:r>
    </w:p>
    <w:p>
      <w:r>
        <w:rPr>
          <w:b/>
        </w:rPr>
        <w:t xml:space="preserve">[07:52] </w:t>
      </w:r>
      <w:r>
        <w:t>tab sahi maano mein aadmi keh payega khudaaya tera shukr hai, mein acknowledge karta hoon teri glory ka, teri boundaries ka.</w:t>
      </w:r>
    </w:p>
    <w:p>
      <w:pPr>
        <w:jc w:val="right"/>
      </w:pPr>
      <w:r>
        <w:t>تب صحیح معنوں میں آدمی کہہ پائے گا خدایا تیرا شکر ہے، میں اکنالج کرتا ہوں تیری گلوری کا، تیری باؤنڈریز کا۔</w:t>
      </w:r>
    </w:p>
    <w:p>
      <w:r>
        <w:rPr>
          <w:b/>
        </w:rPr>
        <w:t xml:space="preserve">[08:06] </w:t>
      </w:r>
      <w:r>
        <w:t>to kaise kahega aadmi? is mein yeh cheez, is ke mani ke implicit hai is mein ke pehle apne aap ko tayyar karo, prepare karo yeh kehne ke liye.</w:t>
      </w:r>
    </w:p>
    <w:p>
      <w:pPr>
        <w:jc w:val="right"/>
      </w:pPr>
      <w:r>
        <w:t>تو کیسے کہے گا آدمی؟ اس میں یہ چیز، اس کے معنی کہ ایمپلیسٹ ہے اس میں کہ پہلے اپنے آپ کو تیار کرو، پریپیئر کرو یہ کہنے کے لیے۔</w:t>
      </w:r>
    </w:p>
    <w:p>
      <w:r>
        <w:rPr>
          <w:b/>
        </w:rPr>
        <w:t xml:space="preserve">[08:24] </w:t>
      </w:r>
      <w:r>
        <w:t>yani alhamdulillah rabbul alameen se pehle aik aik pre condition hai. pre alhamdulillah aik. woh kya hai? soch soch kar, soch soch kar ke manage karna.</w:t>
      </w:r>
    </w:p>
    <w:p>
      <w:pPr>
        <w:jc w:val="right"/>
      </w:pPr>
      <w:r>
        <w:t>یعنی الحمدللہ رب العالمین سے پہلے ایک ایک پری کنڈیشن ہے۔ پری الحمدللہ ایک۔ وہ کیا ہے؟ سوچ سوچ کر، سوچ سوچ کر کے مینج کرنا۔</w:t>
      </w:r>
    </w:p>
    <w:p>
      <w:r>
        <w:rPr>
          <w:b/>
        </w:rPr>
        <w:t xml:space="preserve">[08:39] </w:t>
      </w:r>
      <w:r>
        <w:t>you have to learn the art of problem management, complaint management, hate management.</w:t>
      </w:r>
    </w:p>
    <w:p>
      <w:pPr>
        <w:jc w:val="right"/>
      </w:pPr>
      <w:r>
        <w:t>You have to learn the art of problem management, complaint management, hate management.</w:t>
      </w:r>
    </w:p>
    <w:p>
      <w:r>
        <w:rPr>
          <w:b/>
        </w:rPr>
        <w:t xml:space="preserve">[08:50] </w:t>
      </w:r>
      <w:r>
        <w:t>yani jo aap ke dil mein aaya negative thought, pehle us ko manage kijiye. apne aap ko aik dam</w:t>
      </w:r>
    </w:p>
    <w:p>
      <w:pPr>
        <w:jc w:val="right"/>
      </w:pPr>
      <w:r>
        <w:t>یعنی جو آپ کے دل میں آیا نیگیٹیو تھاٹ، پہلے اس کو مینج کیجیے۔ اپنے آپ کو ایک دم</w:t>
      </w:r>
    </w:p>
    <w:p>
      <w:r>
        <w:rPr>
          <w:b/>
        </w:rPr>
        <w:t xml:space="preserve">[09:02] </w:t>
      </w:r>
      <w:r>
        <w:t>positive banaiye. bohat zyada aap apne dil ko saaf kijiye, purify kijiye. tab aap is qabil honge ke aap kahein alhamdulillah rabbul alameen.</w:t>
      </w:r>
    </w:p>
    <w:p>
      <w:pPr>
        <w:jc w:val="right"/>
      </w:pPr>
      <w:r>
        <w:t>پوزیٹیو بنائیے۔ بہت زیادہ آپ اپنے دل کو صاف کیجیے، پیوریفائی کیجیے۔ تب آپ اس قابل ہوں گے کہ آپ کہیں الحمدللہ رب العالمین۔</w:t>
      </w:r>
    </w:p>
    <w:p>
      <w:r>
        <w:rPr>
          <w:b/>
        </w:rPr>
        <w:t xml:space="preserve">[09:17] </w:t>
      </w:r>
      <w:r>
        <w:t>ab yeh sari baatein soch kar maloom hoti hain.</w:t>
      </w:r>
    </w:p>
    <w:p>
      <w:pPr>
        <w:jc w:val="right"/>
      </w:pPr>
      <w:r>
        <w:t>اب یہ ساری باتیں سوچ کر معلوم ہوتی ہیں۔</w:t>
      </w:r>
    </w:p>
    <w:p>
      <w:r>
        <w:rPr>
          <w:b/>
        </w:rPr>
        <w:t xml:space="preserve">[09:21] </w:t>
      </w:r>
      <w:r>
        <w:t>aap na sochain to bas samjhenge ke zabaan se bol diya, us ko achar kar diya to bas ho gaya.</w:t>
      </w:r>
    </w:p>
    <w:p>
      <w:pPr>
        <w:jc w:val="right"/>
      </w:pPr>
      <w:r>
        <w:t>آپ نہ سوچیں تو بس سمجھیں گے کہ زبان سے بول دیا، اس کو اچار کر دیا تو بس ہو گیا۔</w:t>
      </w:r>
    </w:p>
    <w:p>
      <w:r>
        <w:rPr>
          <w:b/>
        </w:rPr>
        <w:t xml:space="preserve">[09:32] </w:t>
      </w:r>
      <w:r>
        <w:t>yehi muamla sare quran ka hai, sare quran ka hai, sare quran ka hai.</w:t>
      </w:r>
    </w:p>
    <w:p>
      <w:pPr>
        <w:jc w:val="right"/>
      </w:pPr>
      <w:r>
        <w:t>یہی معاملہ سارے قرآن کا ہے، سارے قرآن کا ہے، سارے قرآن کا ہے۔</w:t>
      </w:r>
    </w:p>
    <w:p>
      <w:r>
        <w:rPr>
          <w:b/>
        </w:rPr>
        <w:t xml:space="preserve">[09:39] </w:t>
      </w:r>
      <w:r>
        <w:t>yeh muamla iman ki ayatein, ibadat ki ayatein, ikhlaq ki ayatein, jo bhi quran mein ayatein hain, un sab ka muamla yahi hai.</w:t>
      </w:r>
    </w:p>
    <w:p>
      <w:pPr>
        <w:jc w:val="right"/>
      </w:pPr>
      <w:r>
        <w:t>یہ معاملہ ایمان کی آیتیں، عبادت کی آیتیں، اخلاق کی آیتیں، جو بھی قرآن میں آیتیں ہیں، ان سب کا معاملہ یہی ہے۔</w:t>
      </w:r>
    </w:p>
    <w:p>
      <w:r>
        <w:rPr>
          <w:b/>
        </w:rPr>
        <w:t xml:space="preserve">[09:53] </w:t>
      </w:r>
      <w:r>
        <w:t>aur hadithon ka mamla bhi yahi hai. hadithon pe sochna hai. baghair soche koi hadith aap ki samajh mein nahi aayegi.</w:t>
      </w:r>
    </w:p>
    <w:p>
      <w:pPr>
        <w:jc w:val="right"/>
      </w:pPr>
      <w:r>
        <w:t>اور حدیثوں کا معاملہ بھی یہی ہے۔ حدیثوں پہ سوچنا ہے۔ بغیر سوچے کوئی حدیث آپ کی سمجھ میں نہیں آئے گی۔</w:t>
      </w:r>
    </w:p>
    <w:p>
      <w:r>
        <w:rPr>
          <w:b/>
        </w:rPr>
        <w:t xml:space="preserve">[10:04] </w:t>
      </w:r>
      <w:r>
        <w:t>hadith ka sirf tarjuma janna jo hai, yeh kafi nahi hai.</w:t>
      </w:r>
    </w:p>
    <w:p>
      <w:pPr>
        <w:jc w:val="right"/>
      </w:pPr>
      <w:r>
        <w:t>حدیث کا صرف ترجمہ جاننا جو ہے، یہ کافی نہیں ہے۔</w:t>
      </w:r>
    </w:p>
    <w:p>
      <w:r>
        <w:rPr>
          <w:b/>
        </w:rPr>
        <w:t xml:space="preserve">[10:07] </w:t>
      </w:r>
      <w:r>
        <w:t>is pe sochna, sochna, sochna, sochna.</w:t>
      </w:r>
    </w:p>
    <w:p>
      <w:pPr>
        <w:jc w:val="right"/>
      </w:pPr>
      <w:r>
        <w:t>اس پر سوچنا، سوچنا، سوچنا، سوچنا۔</w:t>
      </w:r>
    </w:p>
    <w:p>
      <w:r>
        <w:rPr>
          <w:b/>
        </w:rPr>
        <w:t xml:space="preserve">[10:13] </w:t>
      </w:r>
      <w:r>
        <w:t>jaise aap dekhiye, imaan ko lijiye, jo pehli cheez hai. pehli cheez hai imaan. to bukhari mein hai ke man qala la ilaha illallah dakhala al jannah.</w:t>
      </w:r>
    </w:p>
    <w:p>
      <w:pPr>
        <w:jc w:val="right"/>
      </w:pPr>
      <w:r>
        <w:t>جیسے آپ دیکھیے، ایمان کو لیجئے، جو پہلی چیز ہے۔ پہلی چیز ہے ایمان۔ تو بخاری میں ہے کہ من قال لا الہ الا اللہ دخل الجنہ ۔</w:t>
      </w:r>
    </w:p>
    <w:p>
      <w:r>
        <w:rPr>
          <w:b/>
        </w:rPr>
        <w:t xml:space="preserve">[10:33] </w:t>
      </w:r>
      <w:r>
        <w:t>jis ne kaha ke Allah ke siwa koi ilah nahi, to woh jayega jannat mein.</w:t>
      </w:r>
    </w:p>
    <w:p>
      <w:pPr>
        <w:jc w:val="right"/>
      </w:pPr>
      <w:r>
        <w:t>جس نے کہا کہ اللہ کے سوا کوئی الہ نہیں، تو وہ جائے گا جنت میں۔</w:t>
      </w:r>
    </w:p>
    <w:p>
      <w:r>
        <w:rPr>
          <w:b/>
        </w:rPr>
        <w:t xml:space="preserve">[10:43] </w:t>
      </w:r>
      <w:r>
        <w:t>ab is ka ek matlab yeh logon ne samajh liya ke bas kalma go ke liye jannat hai. jo munh se bol de yeh alfaaz theek theek, to bas woh jannat mein chala jayega.</w:t>
      </w:r>
    </w:p>
    <w:p>
      <w:pPr>
        <w:jc w:val="right"/>
      </w:pPr>
      <w:r>
        <w:t>اب اس کا ایک مطلب یہ لوگوں نے سمجھ لیا کہ بس کلمہ گو کے لیے جنت ہے۔ جو منہ سے بول دے یہ الفاظ ٹھیک ٹھیک، تو بس وہ جنت میں چلا جائے گا۔</w:t>
      </w:r>
    </w:p>
    <w:p>
      <w:r>
        <w:rPr>
          <w:b/>
        </w:rPr>
        <w:t xml:space="preserve">[10:56] </w:t>
      </w:r>
      <w:r>
        <w:t>that is gross underestimation of the kalma.</w:t>
      </w:r>
    </w:p>
    <w:p>
      <w:pPr>
        <w:jc w:val="right"/>
      </w:pPr>
      <w:r>
        <w:t>دیٹ از گراس انڈر ایسٹیمیشن اف دی کلمہ۔</w:t>
      </w:r>
    </w:p>
    <w:p>
      <w:r>
        <w:rPr>
          <w:b/>
        </w:rPr>
        <w:t xml:space="preserve">[11:02] </w:t>
      </w:r>
      <w:r>
        <w:t>to yeh jannat itni bari cheez hai, itni bari cheez hai, itni bari cheez hai, woh sirf mil jayegi achar karne se. yeh Khuda ki, Khuda ko underestimate karna hai, kalma ko underestimate karna hai, jannat ko underestimate karna hai.</w:t>
      </w:r>
    </w:p>
    <w:p>
      <w:pPr>
        <w:jc w:val="right"/>
      </w:pPr>
      <w:r>
        <w:t>تو یہ جنت اتنی بڑی چیز ہے، اتنی بڑی چیز ہے، اتنی بڑی چیز ہے، وہ صرف مل جائے گی اچار کرنے سے۔ یہ خدا کی، خدا کو انڈر ایسٹیمیٹ کرنا ہے، کلمہ کو انڈر ایسٹیمیٹ کرنا ہے، جنت کو انڈر ایسٹیمیٹ کرنا ہے۔</w:t>
      </w:r>
    </w:p>
    <w:p>
      <w:r>
        <w:rPr>
          <w:b/>
        </w:rPr>
        <w:t xml:space="preserve">[11:21] </w:t>
      </w:r>
      <w:r>
        <w:t>nahi, imaan ka matlab hai woh, woh bol jo, jo daryaft se nikla ho, jo discovery se nikla ho.</w:t>
      </w:r>
    </w:p>
    <w:p>
      <w:pPr>
        <w:jc w:val="right"/>
      </w:pPr>
      <w:r>
        <w:t>نہیں، ایمان کا مطلب ہے وہ، وہ بول جو، جو دریافت سے نکلا ہو، جو ڈسکوری سے نکلا ہو۔</w:t>
      </w:r>
    </w:p>
    <w:p>
      <w:r>
        <w:rPr>
          <w:b/>
        </w:rPr>
        <w:t xml:space="preserve">[11:33] </w:t>
      </w:r>
      <w:r>
        <w:t>jaise woh greek philosopher jo tha, jis ko ek discovery hui, aur us ko, aur yeh kehta hua bhaga ke eureka, eureka, maine pa liya, maine jaan liya.</w:t>
      </w:r>
    </w:p>
    <w:p>
      <w:pPr>
        <w:jc w:val="right"/>
      </w:pPr>
      <w:r>
        <w:t>جیسے وہ گریک فلاسفر جو تھا، جس کو ایک ڈسکوری ہوئی، اور اس کو، اور یہ کہتا ہوا بھاگا کہ یوریکا، یوریکا، میں نے پا لیا، میں نے جان لیا۔</w:t>
      </w:r>
    </w:p>
    <w:p>
      <w:r>
        <w:rPr>
          <w:b/>
        </w:rPr>
        <w:t xml:space="preserve">[11:47] </w:t>
      </w:r>
      <w:r>
        <w:t>to kya aap samajhte hain ke yeh bas ek lafz tha, sirf eureka ek lafz tha? nahi, ke ek daryaft ke baad nikla hua zaban se ek samandar tha, ek bhonchal tha.</w:t>
      </w:r>
    </w:p>
    <w:p>
      <w:pPr>
        <w:jc w:val="right"/>
      </w:pPr>
      <w:r>
        <w:t>تو کیا آپ سمجھتے ہیں کہ یہ بس ایک لفظ تھا، صرف یوریکا ایک لفظ تھا؟ نہیں، کہ ایک دریافت کے بعد نکلا ہوا زبان سے ایک سمندر تھا، ایک بھونچال تھا۔</w:t>
      </w:r>
    </w:p>
    <w:p>
      <w:r>
        <w:rPr>
          <w:b/>
        </w:rPr>
        <w:t xml:space="preserve">[12:05] </w:t>
      </w:r>
      <w:r>
        <w:t>isi liye kaha jata hai ke woh us waqt tub mein naha raha tha, kapra utar kar ke.</w:t>
      </w:r>
    </w:p>
    <w:p>
      <w:pPr>
        <w:jc w:val="right"/>
      </w:pPr>
      <w:r>
        <w:t>اسی لیے کہا جاتا ہے کہ وہ اس وقت ٹب میں نہا رہا تھا، کپڑا اتار کر کے۔</w:t>
      </w:r>
    </w:p>
    <w:p>
      <w:r>
        <w:rPr>
          <w:b/>
        </w:rPr>
        <w:t xml:space="preserve">[12:15] </w:t>
      </w:r>
      <w:r>
        <w:t>archemides is ka naam bataya jata hai. to badshah ne is se kaha tha ke tum yeh baat daryaft karo, in ko qatal kar denge tum ko.</w:t>
      </w:r>
    </w:p>
    <w:p>
      <w:pPr>
        <w:jc w:val="right"/>
      </w:pPr>
      <w:r>
        <w:t>ار کیبڈیز اس کا نام بتایا جاتا ہے۔ تو بادشاہ نے اس سے کہا تھا کہ تم یہ بات دریافت کرو، ان کو قتل کر دیں گے تم کو۔</w:t>
      </w:r>
    </w:p>
    <w:p>
      <w:r>
        <w:rPr>
          <w:b/>
        </w:rPr>
        <w:t xml:space="preserve">[12:25] </w:t>
      </w:r>
      <w:r>
        <w:t>to jab woh naha raha tha, us waqt us ko daryaft hui, achanak.</w:t>
      </w:r>
    </w:p>
    <w:p>
      <w:pPr>
        <w:jc w:val="right"/>
      </w:pPr>
      <w:r>
        <w:t>تو جب وہ نہا رہا تھا، اس وقت اس کو دریافت ہوئی، اچانک۔</w:t>
      </w:r>
    </w:p>
    <w:p>
      <w:r>
        <w:rPr>
          <w:b/>
        </w:rPr>
        <w:t xml:space="preserve">[12:31] </w:t>
      </w:r>
      <w:r>
        <w:t>to itna zyada us ko thrill aya, thrill ke bhool gaya ke mujhe kapra pehanna hai. nikal ke bhaga, eureka, eureka, maine jaan liya, maine jaan liya.</w:t>
      </w:r>
    </w:p>
    <w:p>
      <w:pPr>
        <w:jc w:val="right"/>
      </w:pPr>
      <w:r>
        <w:t>تو اتنا زیادہ اس کو تھرل آیا، تھرل کہ بھول گیا کہ مجھے کپڑا پہننا ہے۔ نکل کے بھاگا، یوریکا، یوریکا، میں نے جان لیا، میں نے جان لیا۔</w:t>
      </w:r>
    </w:p>
    <w:p>
      <w:r>
        <w:rPr>
          <w:b/>
        </w:rPr>
        <w:t xml:space="preserve">[12:45] </w:t>
      </w:r>
      <w:r>
        <w:t>I have discovered. Yeh hai imaan, yeh hai kalma.</w:t>
      </w:r>
    </w:p>
    <w:p>
      <w:pPr>
        <w:jc w:val="right"/>
      </w:pPr>
      <w:r>
        <w:t>ائی ہیو ڈسکورڈ۔ یہ ہے ایمان، یہ ہے کلمہ۔</w:t>
      </w:r>
    </w:p>
    <w:p>
      <w:r>
        <w:rPr>
          <w:b/>
        </w:rPr>
        <w:t xml:space="preserve">[12:53] </w:t>
      </w:r>
      <w:r>
        <w:t>dekhiye, kalma ka aaghaz kahan se hota hai? Quran mein hai ke wa wajadaka zallan fahada. kalma ka aaghaz hota hai seekhne se.</w:t>
      </w:r>
    </w:p>
    <w:p>
      <w:pPr>
        <w:jc w:val="right"/>
      </w:pPr>
      <w:r>
        <w:t>دیکھیے، کلمہ کا آغاز کہاں سے ہوتا ہے؟ قرآن میں ہے کہ وَوَجَدَكَ ظَالًّا فَهَدَى ۔ کلمہ کا آغاز ہوتا ہے سیکھنے سے۔</w:t>
      </w:r>
    </w:p>
    <w:p>
      <w:r>
        <w:rPr>
          <w:b/>
        </w:rPr>
        <w:t xml:space="preserve">[13:06] </w:t>
      </w:r>
      <w:r>
        <w:t>pehlay aadmi ko seekhar banna parta hai, phir woh momin banta hai.</w:t>
      </w:r>
    </w:p>
    <w:p>
      <w:pPr>
        <w:jc w:val="right"/>
      </w:pPr>
      <w:r>
        <w:t>پہلے آدمی کو سیکھر بننا پڑتا ہے، پھر وہ مومن بنتا ہے۔</w:t>
      </w:r>
    </w:p>
    <w:p>
      <w:r>
        <w:rPr>
          <w:b/>
        </w:rPr>
        <w:t xml:space="preserve">[13:14] </w:t>
      </w:r>
      <w:r>
        <w:t>pehlay aadmi ko seekhar banna parta hai, rasool Allah seekhar banay.</w:t>
      </w:r>
    </w:p>
    <w:p>
      <w:pPr>
        <w:jc w:val="right"/>
      </w:pPr>
      <w:r>
        <w:t>پہلے آدمی کو سیکھر بننا پڑتا ہے، رسول اللہ سیکھر بنے۔</w:t>
      </w:r>
    </w:p>
    <w:p>
      <w:r>
        <w:rPr>
          <w:b/>
        </w:rPr>
        <w:t xml:space="preserve">[13:18] </w:t>
      </w:r>
      <w:r>
        <w:t>yeh Quran mein jo hai ke wa wajadaka zallan fahada. Allah ne farmaya ke tujh ko paya hum ne seekhar, phir tujh ko imaan ka atiya diya.</w:t>
      </w:r>
    </w:p>
    <w:p>
      <w:pPr>
        <w:jc w:val="right"/>
      </w:pPr>
      <w:r>
        <w:t>یہ قرآن میں جو ہے کہ وَوَجَدَكَ ظَالًّا فَهَدَى ۔ اللہ نے فرمایا کہ تجھ کو پایا ہم نے سیکھر، پھر تجھ کو ایمان کا عطیہ دیا۔</w:t>
      </w:r>
    </w:p>
    <w:p>
      <w:r>
        <w:rPr>
          <w:b/>
        </w:rPr>
        <w:t xml:space="preserve">[13:32] </w:t>
      </w:r>
      <w:r>
        <w:t>to yeh hai imaan. to ab is mein dekhiye, ek usool hai Quran ko samajhne ka ke al quran yufassiru ba'dahu ba'dan.</w:t>
      </w:r>
    </w:p>
    <w:p>
      <w:pPr>
        <w:jc w:val="right"/>
      </w:pPr>
      <w:r>
        <w:t>تو یہ ہے ایمان۔ تو اب اس میں دیکھیے، ایک اصول ہے قرآن کو سمجھنے کا کہ الْقُرْآنُ يُفَسِّرُ بَعْضَهُ بَعْضًا ۔</w:t>
      </w:r>
    </w:p>
    <w:p>
      <w:r>
        <w:rPr>
          <w:b/>
        </w:rPr>
        <w:t xml:space="preserve">[13:43] </w:t>
      </w:r>
      <w:r>
        <w:t>Quran ka ek hissa doosre hisse ko samajhne mein madad karta hai.</w:t>
      </w:r>
    </w:p>
    <w:p>
      <w:pPr>
        <w:jc w:val="right"/>
      </w:pPr>
      <w:r>
        <w:t>قرآن کا ایک حصہ دوسرے حصے کو سمجھنے میں مدد کرتا ہے۔</w:t>
      </w:r>
    </w:p>
    <w:p>
      <w:r>
        <w:rPr>
          <w:b/>
        </w:rPr>
        <w:t xml:space="preserve">[13:48] </w:t>
      </w:r>
      <w:r>
        <w:t>yeh baat hadith ke baray mein bhi hai al hadith yufassiru ba'dahu ba'dan.</w:t>
      </w:r>
    </w:p>
    <w:p>
      <w:pPr>
        <w:jc w:val="right"/>
      </w:pPr>
      <w:r>
        <w:t>یہ بات حدیث کے بارے میں بھی ہے الْحَدِيْثُ يُفَسِّرُ بَعْضَهُ بَعْضًا ۔</w:t>
      </w:r>
    </w:p>
    <w:p>
      <w:r>
        <w:rPr>
          <w:b/>
        </w:rPr>
        <w:t xml:space="preserve">[13:56] </w:t>
      </w:r>
      <w:r>
        <w:t>to ab is ko apply kijiye aap. to bukhari mein yeh riwayat hai ke jis ne kaha la ilaha illallah, to woh jayega jannat mein.</w:t>
      </w:r>
    </w:p>
    <w:p>
      <w:pPr>
        <w:jc w:val="right"/>
      </w:pPr>
      <w:r>
        <w:t>تو اب اس کو اپلائی کیجیے آپ۔ تو بخاری میں یہ روایت ہے کہ جس نے کہا لا الہ الا اللہ، تو وہ جائے گا جنت میں۔</w:t>
      </w:r>
    </w:p>
    <w:p>
      <w:r>
        <w:rPr>
          <w:b/>
        </w:rPr>
        <w:t xml:space="preserve">[14:09] </w:t>
      </w:r>
      <w:r>
        <w:t>ab aap ek aur cheez ko dekhiye, Quran ka jo para saat hai wa izaa sami'u. is ko parhiye aap.</w:t>
      </w:r>
    </w:p>
    <w:p>
      <w:pPr>
        <w:jc w:val="right"/>
      </w:pPr>
      <w:r>
        <w:t>اب آپ ایک اور چیز کو دیکھیے، قرآن کا جو پارہ سات ہے وَإِذَا سَمَعُوا ۔ اس کو پڑھیے آپ۔</w:t>
      </w:r>
    </w:p>
    <w:p>
      <w:r>
        <w:rPr>
          <w:b/>
        </w:rPr>
        <w:t xml:space="preserve">[14:20] </w:t>
      </w:r>
      <w:r>
        <w:t>satvan para ka shuru wa idha sami'u ma unzila ila ar rasool tara aayathum tafidhan min ad dami mimma 'arafoo min al haqq.</w:t>
      </w:r>
    </w:p>
    <w:p>
      <w:pPr>
        <w:jc w:val="right"/>
      </w:pPr>
      <w:r>
        <w:t>ساتواں پارہ کا شروع وَإِذَا سَمَعُوا مَا أُنْزِلَ إِلَى الرَّسُولِ تَرَى آيَهُمْ تَفْيِضًا مِنَ الْدَّمِ مِمَّا عَرَفُوا مِنَ الْحَقِّ ۔</w:t>
      </w:r>
    </w:p>
    <w:p>
      <w:r>
        <w:rPr>
          <w:b/>
        </w:rPr>
        <w:t xml:space="preserve">[14:31] </w:t>
      </w:r>
      <w:r>
        <w:t>yaqooloona rabbana amanna faqtuna ma'a ash shahideen fa asabuhum Allahu bima qalo jannat. yahan pe dekhiye, qaul par jannat batai gayi hai.</w:t>
      </w:r>
    </w:p>
    <w:p>
      <w:pPr>
        <w:jc w:val="right"/>
      </w:pPr>
      <w:r>
        <w:t>يَقُولُونَ رَبَّنَا آمَنَّا فَقْتُونَا مَعَ الشَّاهِدِينَ فَأَصَابَهُمُ اللَّهُ بِمَا قَالُوا جَنَّاتٌ ۔ یہاں پہ دیکھیے، قول پر جنت بتائی گئی ہے۔</w:t>
      </w:r>
    </w:p>
    <w:p>
      <w:r>
        <w:rPr>
          <w:b/>
        </w:rPr>
        <w:t xml:space="preserve">[14:44] </w:t>
      </w:r>
      <w:r>
        <w:t>yeh kaha unhon ne, is liye un ko jannat</w:t>
      </w:r>
    </w:p>
    <w:p>
      <w:pPr>
        <w:jc w:val="right"/>
      </w:pPr>
      <w:r>
        <w:t>یہ کہا انہوں نے، اس لیے ان کو جنت</w:t>
      </w:r>
    </w:p>
    <w:p>
      <w:r>
        <w:rPr>
          <w:b/>
        </w:rPr>
        <w:t xml:space="preserve">[14:46] </w:t>
      </w:r>
      <w:r>
        <w:t>mili. lekin woh kehna kya tha? woh bima 'arafoo, yeh ma'rifat par mabni tha. That was based on discovery.</w:t>
      </w:r>
    </w:p>
    <w:p>
      <w:pPr>
        <w:jc w:val="right"/>
      </w:pPr>
      <w:r>
        <w:t>ملی۔ لیکن وہ کہنا کیا تھا؟ وہ بِمَا عَرَفُوا، یہ معرفت پر مبنی تھا۔ That was based on discovery.</w:t>
      </w:r>
    </w:p>
    <w:p>
      <w:r>
        <w:rPr>
          <w:b/>
        </w:rPr>
        <w:t xml:space="preserve">[14:56] </w:t>
      </w:r>
      <w:r>
        <w:t>ma'rifat ka matlab kya hai? discovery. unhon ne jo kalma bola tha, woh out of discovery tha.</w:t>
      </w:r>
    </w:p>
    <w:p>
      <w:pPr>
        <w:jc w:val="right"/>
      </w:pPr>
      <w:r>
        <w:t>معرفت کا معنی کیا ہے؟ ڈسکوری۔ انہوں نے جو کلمہ بولا تھا، وہ آؤٹ آف ڈسکوری تھا۔</w:t>
      </w:r>
    </w:p>
    <w:p>
      <w:r>
        <w:rPr>
          <w:b/>
        </w:rPr>
        <w:t xml:space="preserve">[15:05] </w:t>
      </w:r>
      <w:r>
        <w:t>woh ek daryaft hui un ko, phir woh bol pade.</w:t>
      </w:r>
    </w:p>
    <w:p>
      <w:pPr>
        <w:jc w:val="right"/>
      </w:pPr>
      <w:r>
        <w:t>وہ ایک دریافت ہوئی ان کو، پھر وہ بول پڑے۔</w:t>
      </w:r>
    </w:p>
    <w:p>
      <w:r>
        <w:rPr>
          <w:b/>
        </w:rPr>
        <w:t xml:space="preserve">[15:12] </w:t>
      </w:r>
      <w:r>
        <w:t>woh seekh pehle thay, sochte thay ke main kyun paida ho gaya? zameen o aasman kya hain? purpose of life kya hai?</w:t>
      </w:r>
    </w:p>
    <w:p>
      <w:pPr>
        <w:jc w:val="right"/>
      </w:pPr>
      <w:r>
        <w:t>وہ سیکھر پہلے تھے، سوچتے تھے کہ میں کیوں پیدا ہو گیا؟ زمین و آسمان کیا ہیں؟ پرپس آف لائف کیا ہے؟</w:t>
      </w:r>
    </w:p>
    <w:p>
      <w:r>
        <w:rPr>
          <w:b/>
        </w:rPr>
        <w:t xml:space="preserve">[15:22] </w:t>
      </w:r>
      <w:r>
        <w:t>aur sari baatein. to sochte sochte sochte unhon ne quran ko parha. to quran mein un ki seekhne ka jawab mil gaya, un ki talash ka jawab mil gaya.</w:t>
      </w:r>
    </w:p>
    <w:p>
      <w:pPr>
        <w:jc w:val="right"/>
      </w:pPr>
      <w:r>
        <w:t>اور ساری باتیں۔ تو سوچتے سوچتے سوچتے انہوں نے قرآن کو پڑھا۔ تو قرآن میں ان کی سیکھنے کا جواب مل گیا، ان کی تلاش کا جواب مل گیا۔</w:t>
      </w:r>
    </w:p>
    <w:p>
      <w:r>
        <w:rPr>
          <w:b/>
        </w:rPr>
        <w:t xml:space="preserve">[15:36] </w:t>
      </w:r>
      <w:r>
        <w:t>tab woh keh pade ke hum iman laye.</w:t>
      </w:r>
    </w:p>
    <w:p>
      <w:pPr>
        <w:jc w:val="right"/>
      </w:pPr>
      <w:r>
        <w:t>تب وہ کہہ پڑے کہ ہم ایمان لائے۔</w:t>
      </w:r>
    </w:p>
    <w:p>
      <w:r>
        <w:rPr>
          <w:b/>
        </w:rPr>
        <w:t xml:space="preserve">[15:42] </w:t>
      </w:r>
      <w:r>
        <w:t>to yeh yeh sab baatein kaise maloom hoti hain? sochne se maloom hoti hain. agar aap na sochein to yeh samajh len ke bas kalma go jannat hai.</w:t>
      </w:r>
    </w:p>
    <w:p>
      <w:pPr>
        <w:jc w:val="right"/>
      </w:pPr>
      <w:r>
        <w:t>تو یہ یہ سب باتیں کیسے معلوم ہوتی ہیں؟ سوچنے سے معلوم ہوتی ہیں۔ اگر آپ نہ سوچیں تو یہ سمجھ لیں کہ بس کلمہ گو جنت ہے۔</w:t>
      </w:r>
    </w:p>
    <w:p>
      <w:r>
        <w:rPr>
          <w:b/>
        </w:rPr>
        <w:t xml:space="preserve">[15:51] </w:t>
      </w:r>
      <w:r>
        <w:t>kalma go ke liye jannat hai. kalma parh diya, ab jannat to mil gayi, bas pakki ho gayi. ab jo chahe karo.</w:t>
      </w:r>
    </w:p>
    <w:p>
      <w:pPr>
        <w:jc w:val="right"/>
      </w:pPr>
      <w:r>
        <w:t>کلمہ گو کے لیے جنت ہے۔ کلمہ پڑھ دیا، اب جنت تو مل گئی، بس پکی ہو گئی۔ اب جو چاہے کرو۔</w:t>
      </w:r>
    </w:p>
    <w:p>
      <w:r>
        <w:rPr>
          <w:b/>
        </w:rPr>
        <w:t xml:space="preserve">[16:02] </w:t>
      </w:r>
      <w:r>
        <w:t>yeh bohat bari misunderstanding hai jis mein sare log mubtala hain. to tadabbur ki yeh ahmiyat hai.</w:t>
      </w:r>
    </w:p>
    <w:p>
      <w:pPr>
        <w:jc w:val="right"/>
      </w:pPr>
      <w:r>
        <w:t>یہ بہت بڑی مس انڈرسٹینڈنگ ہے جس میں سارے لوگ مبتلا ہیں۔ تو تدبر کی یہ اہمیت ہے۔</w:t>
      </w:r>
    </w:p>
    <w:p>
      <w:r>
        <w:rPr>
          <w:b/>
        </w:rPr>
        <w:t xml:space="preserve">[16:13] </w:t>
      </w:r>
      <w:r>
        <w:t>tadabbur ke baghair kuch bhi nahi. na iman, na ibadat, na kuch.</w:t>
      </w:r>
    </w:p>
    <w:p>
      <w:pPr>
        <w:jc w:val="right"/>
      </w:pPr>
      <w:r>
        <w:t>تدبر کے بغیر کچھ بھی نہیں۔ نہ ایمان، نہ عبادت، نہ کچھ۔</w:t>
      </w:r>
    </w:p>
    <w:p>
      <w:r>
        <w:rPr>
          <w:b/>
        </w:rPr>
        <w:t xml:space="preserve">[16:20] </w:t>
      </w:r>
      <w:r>
        <w:t>jaise aap dekhiye, ibadat ko lijiye aap. ibadat ka matlab hai Allah ki worship. worship kya hai? kuch form hain, un ko dehra diya to worship ho gayi.</w:t>
      </w:r>
    </w:p>
    <w:p>
      <w:pPr>
        <w:jc w:val="right"/>
      </w:pPr>
      <w:r>
        <w:t>جیسے آپ دیکھیے، عبادت کو لیجئے آپ۔ عبادت کا مطلب ہے اللہ کی ورشپ۔ ورشپ کیا ہے؟ کچھ فارم ہیں، ان کو دہرا دیا تو ورشپ ہو گئی۔</w:t>
      </w:r>
    </w:p>
    <w:p>
      <w:r>
        <w:rPr>
          <w:b/>
        </w:rPr>
        <w:t xml:space="preserve">[16:34] </w:t>
      </w:r>
      <w:r>
        <w:t>kyun ke fiqh mein sari behas form par hoti hai. sari behas form par hoti hai.</w:t>
      </w:r>
    </w:p>
    <w:p>
      <w:pPr>
        <w:jc w:val="right"/>
      </w:pPr>
      <w:r>
        <w:t>کیونکہ فقہ میں ساری بحث فارم پر ہوتی ہے۔ ساری بحث فارم پر ہوتی ہے۔</w:t>
      </w:r>
    </w:p>
    <w:p>
      <w:r>
        <w:rPr>
          <w:b/>
        </w:rPr>
        <w:t xml:space="preserve">[16:41] </w:t>
      </w:r>
      <w:r>
        <w:t>masail jis ko kehte hain. to logon ne samajh liya ke masail ka naam hai ibadat. in masail ko theek theek poora kar do.</w:t>
      </w:r>
    </w:p>
    <w:p>
      <w:pPr>
        <w:jc w:val="right"/>
      </w:pPr>
      <w:r>
        <w:t>مسائل جس کو کہتے ہیں۔ تو لوگوں نے سمجھ لیا کہ مسائل کا نام ہے عبادت۔ ان مسائل کو ٹھیک ٹھیک پورا کر دو۔</w:t>
      </w:r>
    </w:p>
    <w:p>
      <w:r>
        <w:rPr>
          <w:b/>
        </w:rPr>
        <w:t xml:space="preserve">[16:51] </w:t>
      </w:r>
      <w:r>
        <w:t>ek aalim ek tehreek chala rahe thay barson se. to woh tha, woh kya tha? woh islah e ibadat.</w:t>
      </w:r>
    </w:p>
    <w:p>
      <w:pPr>
        <w:jc w:val="right"/>
      </w:pPr>
      <w:r>
        <w:t>ایک عالم ایک تحریک چلا رہے تھے برسوں سے۔ تو وہ تھا، وہ کیا تھا؟ وہ اصلاح عبادت۔</w:t>
      </w:r>
    </w:p>
    <w:p>
      <w:r>
        <w:rPr>
          <w:b/>
        </w:rPr>
        <w:t xml:space="preserve">[17:02] </w:t>
      </w:r>
      <w:r>
        <w:t>is tehreek ka naam tha islah e ibadat. yani ibadat ki islah</w:t>
      </w:r>
    </w:p>
    <w:p>
      <w:pPr>
        <w:jc w:val="right"/>
      </w:pPr>
      <w:r>
        <w:t>اس تحریک کا نام تھا اصلاح عبادت۔ یعنی عبادت کی اصلاح</w:t>
      </w:r>
    </w:p>
    <w:p>
      <w:r>
        <w:rPr>
          <w:b/>
        </w:rPr>
        <w:t xml:space="preserve">[17:07] </w:t>
      </w:r>
      <w:r>
        <w:t>. main ne poocha ke aap safar karte thay, bohat idhar udhar jatay thay. to main ne poocha ke kya karte hain aap? jab aap masjidon mein jatay hain, dekhte hain logon ki namazon ko ke kaise woh niyat bandhi, kaise ruku kiya, kaise sajda kiya,</w:t>
      </w:r>
    </w:p>
    <w:p>
      <w:pPr>
        <w:jc w:val="right"/>
      </w:pPr>
      <w:r>
        <w:t>۔ میں نے پوچھا کہ آپ سفر کرتے تھے، بہت ادھر ادھر جاتے تھے۔ تو میں نے پوچھا کہ کیا کرتے ہیں آپ؟ جب آپ مسجدوں میں جاتے ہیں، دیکھتے ہیں لوگوں کی نمازوں کو کہ کیسے وہ نیت باندھی، کیسے رکوع کیا، کیسے سجدہ کیا،</w:t>
      </w:r>
    </w:p>
    <w:p>
      <w:r>
        <w:rPr>
          <w:b/>
        </w:rPr>
        <w:t xml:space="preserve">[17:22] </w:t>
      </w:r>
      <w:r>
        <w:t>kaise qirat ki. is ko check karte hain. yani qirat ki adaigi mein ghalti hai to us ko theek karte hain. ruku mein ghalti hai to us ko theek karte hain.</w:t>
      </w:r>
    </w:p>
    <w:p>
      <w:pPr>
        <w:jc w:val="right"/>
      </w:pPr>
      <w:r>
        <w:t>کیسے قرأت کی۔ اس کو چیک کرتے ہیں۔ یعنی قرأت کی ادائیگی میں غلطی ہے تو اس کو ٹھیک کرتے ہیں۔ رکوع میں غلطی ہے تو اس کو ٹھیک کرتے ہیں۔</w:t>
      </w:r>
    </w:p>
    <w:p>
      <w:r>
        <w:rPr>
          <w:b/>
        </w:rPr>
        <w:t xml:space="preserve">[17:32] </w:t>
      </w:r>
      <w:r>
        <w:t>sajda mein ghalti hai to us ko theek karte</w:t>
      </w:r>
    </w:p>
    <w:p>
      <w:pPr>
        <w:jc w:val="right"/>
      </w:pPr>
      <w:r>
        <w:t>سجدہ میں غلطی ہے تو اس کو ٹھیک کرتے</w:t>
      </w:r>
    </w:p>
    <w:p>
      <w:r>
        <w:rPr>
          <w:b/>
        </w:rPr>
        <w:t xml:space="preserve">[17:34] </w:t>
      </w:r>
      <w:r>
        <w:t>hain. yani form. to islah e ibadat un ka kaha islah form. samajh rahe thay ke bas woh ek form hai.</w:t>
      </w:r>
    </w:p>
    <w:p>
      <w:pPr>
        <w:jc w:val="right"/>
      </w:pPr>
      <w:r>
        <w:t>ہیں۔ یعنی فارم۔ تو اصلاح عبادت ان کا کہا اصلاح فارم۔ سمجھ رہے تھے کہ بس وہ ایک فارم ہے۔</w:t>
      </w:r>
    </w:p>
    <w:p>
      <w:r>
        <w:rPr>
          <w:b/>
        </w:rPr>
        <w:t xml:space="preserve">[17:44] </w:t>
      </w:r>
      <w:r>
        <w:t>bas us ko ada kar diya to ibadat ho gayi. nahi, ibadat asal cheez hai spirit.</w:t>
      </w:r>
    </w:p>
    <w:p>
      <w:pPr>
        <w:jc w:val="right"/>
      </w:pPr>
      <w:r>
        <w:t>بس اس کو ادا کر دیا تو عبادت ہو گئی۔ نہیں، عبادت اصل چیز ہے اسپرٹ۔</w:t>
      </w:r>
    </w:p>
    <w:p>
      <w:r>
        <w:rPr>
          <w:b/>
        </w:rPr>
        <w:t xml:space="preserve">[17:55] </w:t>
      </w:r>
      <w:r>
        <w:t>quran mein hai ke adabtu al mu'minoona allazeena fi as salati khashi'oon</w:t>
      </w:r>
    </w:p>
    <w:p>
      <w:pPr>
        <w:jc w:val="right"/>
      </w:pPr>
      <w:r>
        <w:t>قرآن میں ہے کہ أَدَبْتَ الْمُؤْمِنُونَ الَّذِينَ فِي الصِّلٰوةِ خَاشِعُونَ</w:t>
      </w:r>
    </w:p>
    <w:p>
      <w:r>
        <w:rPr>
          <w:b/>
        </w:rPr>
        <w:t xml:space="preserve">[18:01] </w:t>
      </w:r>
      <w:r>
        <w:t>. yani khushu jo hai, woh spirit hai ibadat ki. to agar aap na sochein, na sochein, na sochein to kya hoga? aap samajh lenge ke bas ek form hai.</w:t>
      </w:r>
    </w:p>
    <w:p>
      <w:pPr>
        <w:jc w:val="right"/>
      </w:pPr>
      <w:r>
        <w:t>۔ یعنی خشوع جو ہے، وہ اسپرٹ ہے عبادت کی۔ تو اگر آپ نہ سوچیں، نہ سوچیں، نہ سوچیں تو کیا ہوگا؟ آپ سمجھ لیں گے کہ بس ایک فارم ہے۔</w:t>
      </w:r>
    </w:p>
    <w:p>
      <w:r>
        <w:rPr>
          <w:b/>
        </w:rPr>
        <w:t xml:space="preserve">[18:14] </w:t>
      </w:r>
      <w:r>
        <w:t>is ko dohra diya to ibadat ho gayi. ibadat ho gayi to phir jannat pakki ho gayi. to sochein ge to kya jaanein ge aap? ke form asal cheez nahi hai.</w:t>
      </w:r>
    </w:p>
    <w:p>
      <w:pPr>
        <w:jc w:val="right"/>
      </w:pPr>
      <w:r>
        <w:t>اس کو دہرا دیا تو عبادت ہو گئی۔ عبادت ہو گئی تو پھر جنت پکی ہو گئی۔ تو سوچیں گے تو کیا جانیں گے آپ؟ کہ فارم اصل چیز نہیں ہے۔</w:t>
      </w:r>
    </w:p>
    <w:p>
      <w:r>
        <w:rPr>
          <w:b/>
        </w:rPr>
        <w:t xml:space="preserve">[18:25] </w:t>
      </w:r>
      <w:r>
        <w:t>asal cheez hai spirit. aur woh spirit kya hai? khushu.</w:t>
      </w:r>
    </w:p>
    <w:p>
      <w:pPr>
        <w:jc w:val="right"/>
      </w:pPr>
      <w:r>
        <w:t>اصل چیز ہے اسپرٹ۔ اور وہ اسپرٹ کیا ہے؟ خشوع۔</w:t>
      </w:r>
    </w:p>
    <w:p>
      <w:r>
        <w:rPr>
          <w:b/>
        </w:rPr>
        <w:t xml:space="preserve">[18:31] </w:t>
      </w:r>
      <w:r>
        <w:t>la salata liman lam atakhashsha. is ki namaz namaz nahi jis ki namaz mein khushu na ho.</w:t>
      </w:r>
    </w:p>
    <w:p>
      <w:pPr>
        <w:jc w:val="right"/>
      </w:pPr>
      <w:r>
        <w:t>لَا صِلَاةَ لَمَنْ لَمْ أَتَخَشَّى ۔ اس کی نماز نماز نہیں جس کی نماز میں خشوع نہ ہو۔</w:t>
      </w:r>
    </w:p>
    <w:p>
      <w:r>
        <w:rPr>
          <w:b/>
        </w:rPr>
        <w:t xml:space="preserve">[18:40] </w:t>
      </w:r>
      <w:r>
        <w:t>to jis cheez ko bhi aap sochein, har cheez mein sochne ke baad gehri baatein maloom hoti hain. na sochein to gehri baat</w:t>
      </w:r>
    </w:p>
    <w:p>
      <w:pPr>
        <w:jc w:val="right"/>
      </w:pPr>
      <w:r>
        <w:t>تو جس چیز کو بھی آپ سوچیں، ہر چیز میں سوچنے کے بعد گہری باتیں معلوم ہوتی ہیں۔ نہ سوچیے تو گہری بات</w:t>
      </w:r>
    </w:p>
    <w:p>
      <w:r>
        <w:rPr>
          <w:b/>
        </w:rPr>
        <w:t xml:space="preserve">[18:49] </w:t>
      </w:r>
      <w:r>
        <w:t>nahi maloom hogi. kal ek sahab se baat hui to yeh ayat thi ke quran mein hai ke nahnu nazalnal zikra wa inna lahu alhafizoon.</w:t>
      </w:r>
    </w:p>
    <w:p>
      <w:pPr>
        <w:jc w:val="right"/>
      </w:pPr>
      <w:r>
        <w:t>نہیں معلوم ہوگی۔ کل ایک صاحب سے بات ہوئی تو یہ آیت تھی کہ قرآن میں ہے کہ نَحْنُ نَزَّلْنَا الذِّكْرَ وَإِنَّا لَهُ الْحَافِظُونَ ۔</w:t>
      </w:r>
    </w:p>
    <w:p>
      <w:r>
        <w:rPr>
          <w:b/>
        </w:rPr>
        <w:t xml:space="preserve">[19:03] </w:t>
      </w:r>
      <w:r>
        <w:t>yani Allah ne utara hai yeh quran aur wohi is ki hifazat karne wala hai.</w:t>
      </w:r>
    </w:p>
    <w:p>
      <w:pPr>
        <w:jc w:val="right"/>
      </w:pPr>
      <w:r>
        <w:t>یعنی اللہ نے اتارا ہے یہ قرآن اور وہی اس کی حفاظت کرنے والا ہے۔</w:t>
      </w:r>
    </w:p>
    <w:p>
      <w:r>
        <w:rPr>
          <w:b/>
        </w:rPr>
        <w:t xml:space="preserve">[19:11] </w:t>
      </w:r>
      <w:r>
        <w:t>to sab tafseeron mein is ayat ko bas hifazat quran ke aitbar se bataya gaya hai.</w:t>
      </w:r>
    </w:p>
    <w:p>
      <w:pPr>
        <w:jc w:val="right"/>
      </w:pPr>
      <w:r>
        <w:t>تو سب تفسیروں میں اس آیت کو بس حفاظت قرآن کے اعتبار سے بتایا گیا ہے۔</w:t>
      </w:r>
    </w:p>
    <w:p>
      <w:r>
        <w:rPr>
          <w:b/>
        </w:rPr>
        <w:t xml:space="preserve">[19:16] </w:t>
      </w:r>
      <w:r>
        <w:t>hifazat quran. to goya ke is is ayat ka talluq hum se nahi raha. jab quran utra tha seven century AD mein to Allah ne hifazat kar di.</w:t>
      </w:r>
    </w:p>
    <w:p>
      <w:pPr>
        <w:jc w:val="right"/>
      </w:pPr>
      <w:r>
        <w:t>حفاظت قرآن۔ تو گویا کہ اس اس آیت کا تعلق ہم سے نہیں رہا۔ جب قرآن اترا تھا سیون سینچری اے ڈی میں تو اللہ نے حفاظت کر دی۔</w:t>
      </w:r>
    </w:p>
    <w:p>
      <w:r>
        <w:rPr>
          <w:b/>
        </w:rPr>
        <w:t xml:space="preserve">[19:28] </w:t>
      </w:r>
      <w:r>
        <w:t>ab woh hifazat ho gayi is ki. bas ho gaya. bas. ab yeh ayat jo hai, yani aaj koi relevance is ka nahi hai. kaisi ajeeb baat hai ke is ayat ka koi relevance aaj na ho.</w:t>
      </w:r>
    </w:p>
    <w:p>
      <w:pPr>
        <w:jc w:val="right"/>
      </w:pPr>
      <w:r>
        <w:t>اب وہ حفاظت ہو گئی اس کی۔ بس ہو گیا۔ بس۔ اب یہ آیت جو ہے، یعنی آج کوئی ریلیونس اس کا نہیں ہے۔ کیسی عجیب بات ہے کہ اس آیت کا کوئی ریلیونس آج نہ ہو۔</w:t>
      </w:r>
    </w:p>
    <w:p>
      <w:r>
        <w:rPr>
          <w:b/>
        </w:rPr>
        <w:t xml:space="preserve">[19:44] </w:t>
      </w:r>
      <w:r>
        <w:t>woh ek tareekh</w:t>
      </w:r>
    </w:p>
    <w:p>
      <w:pPr>
        <w:jc w:val="right"/>
      </w:pPr>
      <w:r>
        <w:t>وہ ایک تاریخ</w:t>
      </w:r>
    </w:p>
    <w:p>
      <w:r>
        <w:rPr>
          <w:b/>
        </w:rPr>
        <w:t xml:space="preserve">[19:45] </w:t>
      </w:r>
      <w:r>
        <w:t>hi bayan ho. bas woh. to aap ko is mein kaise ghiza mile gi? kaise is ko parh kar aap ko thrill aaye ga?</w:t>
      </w:r>
    </w:p>
    <w:p>
      <w:pPr>
        <w:jc w:val="right"/>
      </w:pPr>
      <w:r>
        <w:t>ی بیان ہو۔ بس وہ۔ تو آپ کو اس میں کیسے غذا ملے گی؟ کیسے اس کو پڑھ کر آپ کو تھرل آئے گا؟</w:t>
      </w:r>
    </w:p>
    <w:p>
      <w:r>
        <w:rPr>
          <w:b/>
        </w:rPr>
        <w:t xml:space="preserve">[19:54] </w:t>
      </w:r>
      <w:r>
        <w:t>is ko parh kar kaise aap ke andar bhonchal aaye ga? rohani bhonchal, imani bhonchal, talluq billah ka bhonchal kaise aaye ga?</w:t>
      </w:r>
    </w:p>
    <w:p>
      <w:pPr>
        <w:jc w:val="right"/>
      </w:pPr>
      <w:r>
        <w:t>اس کو پڑھ کر کیسے آپ کے اندر بھونچال آئے گا؟ روحانی بھونچال، ایمانی بھونچال، تعلق باللہ کا بھونچال کیسے آئے گا؟</w:t>
      </w:r>
    </w:p>
    <w:p>
      <w:r>
        <w:rPr>
          <w:b/>
        </w:rPr>
        <w:t xml:space="preserve">[20:04] </w:t>
      </w:r>
      <w:r>
        <w:t>kyun ke is ko jod diya aap ne mazi ki tareekh se.</w:t>
      </w:r>
    </w:p>
    <w:p>
      <w:pPr>
        <w:jc w:val="right"/>
      </w:pPr>
      <w:r>
        <w:t>کیونکہ اس کو جوڑ دیا آپ نے ماضی کی تاریخ سے۔</w:t>
      </w:r>
    </w:p>
    <w:p>
      <w:r>
        <w:rPr>
          <w:b/>
        </w:rPr>
        <w:t xml:space="preserve">[20:11] </w:t>
      </w:r>
      <w:r>
        <w:t>to mein ne kaha ke dekhiye, har ayat ka ek aaj hai. sirf pichla kal nahi hai. har ayat ka ek aaj hai.</w:t>
      </w:r>
    </w:p>
    <w:p>
      <w:pPr>
        <w:jc w:val="right"/>
      </w:pPr>
      <w:r>
        <w:t>تو میں نے کہا کہ دیکھیے، ہر آیت کا ایک آج ہے۔ صرف پچھلا کل نہیں ہے۔ ہر آیت کا ایک آج ہے۔</w:t>
      </w:r>
    </w:p>
    <w:p>
      <w:r>
        <w:rPr>
          <w:b/>
        </w:rPr>
        <w:t xml:space="preserve">[20:21] </w:t>
      </w:r>
      <w:r>
        <w:t>ek present hai. is ka ek aaj ka ek relevance hai. tabhi to quran hamein hilaye ga, thrill paida kare ga.</w:t>
      </w:r>
    </w:p>
    <w:p>
      <w:pPr>
        <w:jc w:val="right"/>
      </w:pPr>
      <w:r>
        <w:t>ایک پریزنٹ ہے۔ اس کا ایک آج کا ایک ریلیونس ہے۔ تبھی تو قرآن ہمیں ہلائے گا، تھرل پیدا کرے گا۔</w:t>
      </w:r>
    </w:p>
    <w:p>
      <w:r>
        <w:rPr>
          <w:b/>
        </w:rPr>
        <w:t xml:space="preserve">[20:33] </w:t>
      </w:r>
      <w:r>
        <w:t>yeh to quran jo ek ek book hai, bas parh lo ya taaq par rakh do.</w:t>
      </w:r>
    </w:p>
    <w:p>
      <w:pPr>
        <w:jc w:val="right"/>
      </w:pPr>
      <w:r>
        <w:t>یہ تو قرآن جو ایک ایک بک ہے، بس پڑھ لو یا تاک پر رکھ دو۔</w:t>
      </w:r>
    </w:p>
    <w:p>
      <w:r>
        <w:rPr>
          <w:b/>
        </w:rPr>
        <w:t xml:space="preserve">[20:43] </w:t>
      </w:r>
      <w:r>
        <w:t>aaj kal kisi bhi ghar mein jayein, musalman ghar mein to quran mile ga. dukano par quran mile ga. lekin kya kis shakal mein? oopar rakha hua hoga.</w:t>
      </w:r>
    </w:p>
    <w:p>
      <w:pPr>
        <w:jc w:val="right"/>
      </w:pPr>
      <w:r>
        <w:t>آج کل کسی بھی گھر میں جائیں، مسلمان گھر میں تو قرآن ملے گا۔ دکانوں پر قرآن ملے گا۔ لیکن کیا کس شکل میں؟ اوپر رکھا ہوا ہوگا۔</w:t>
      </w:r>
    </w:p>
    <w:p>
      <w:r>
        <w:rPr>
          <w:b/>
        </w:rPr>
        <w:t xml:space="preserve">[20:52] </w:t>
      </w:r>
      <w:r>
        <w:t>sab se oopar. ghar mein sab se oopar. dukaan mein sab se oopar. bas. yeh yahi quran ka matlab samajhte hain log.</w:t>
      </w:r>
    </w:p>
    <w:p>
      <w:pPr>
        <w:jc w:val="right"/>
      </w:pPr>
      <w:r>
        <w:t>سب سے اوپر۔ گھر میں سب سے اوپر۔ دکان میں سب سے اوپر۔ بس۔ یہ یہی قرآن کا مطلب سمجھتے ہیں لوگ۔</w:t>
      </w:r>
    </w:p>
    <w:p>
      <w:r>
        <w:rPr>
          <w:b/>
        </w:rPr>
        <w:t xml:space="preserve">[21:01] </w:t>
      </w:r>
      <w:r>
        <w:t>ke sab se oopar rakh do.</w:t>
      </w:r>
    </w:p>
    <w:p>
      <w:pPr>
        <w:jc w:val="right"/>
      </w:pPr>
      <w:r>
        <w:t>کہ سب سے اوپر رکھ دو۔</w:t>
      </w:r>
    </w:p>
    <w:p>
      <w:r>
        <w:rPr>
          <w:b/>
        </w:rPr>
        <w:t xml:space="preserve">[21:07] </w:t>
      </w:r>
      <w:r>
        <w:t>halanke asal matlab hai ke is par sochein. is ke mani ko daryaft karein.</w:t>
      </w:r>
    </w:p>
    <w:p>
      <w:pPr>
        <w:jc w:val="right"/>
      </w:pPr>
      <w:r>
        <w:t>حالانکہ اصل مطلب ہے کہ اس پر سوچیں۔ اس کے معنی کو دریافت کریں۔</w:t>
      </w:r>
    </w:p>
    <w:p>
      <w:r>
        <w:rPr>
          <w:b/>
        </w:rPr>
        <w:t xml:space="preserve">[21:12] </w:t>
      </w:r>
      <w:r>
        <w:t>to yeh jo ayat hai, is ka bhi ek aaj ke aitbar se is ka ek relevance hai. aaj ke aitbar se is ka ek matlab hai.</w:t>
      </w:r>
    </w:p>
    <w:p>
      <w:pPr>
        <w:jc w:val="right"/>
      </w:pPr>
      <w:r>
        <w:t>تو یہ جو آیت ہے، اس کا بھی ایک آج کے اعتبار سے اس کا ایک ریلیونس ہے۔ آج کے اعتبار سے اس کا ایک مطلب ہے۔</w:t>
      </w:r>
    </w:p>
    <w:p>
      <w:r>
        <w:rPr>
          <w:b/>
        </w:rPr>
        <w:t xml:space="preserve">[21:22] </w:t>
      </w:r>
      <w:r>
        <w:t>woh kya hai? Allah ne is mein jo ayat hai, ghore kijiye ke kaan se liya tha ke wa inna lahu alhafizoon.</w:t>
      </w:r>
    </w:p>
    <w:p>
      <w:pPr>
        <w:jc w:val="right"/>
      </w:pPr>
      <w:r>
        <w:t>وہ کیا ہے؟ اللہ نے اس میں جو آیت ہے، غور کیجیے کہ کان سے لیا تھا کہ وَإِنَّا لَهُ الْحَافِظُونَ ۔</w:t>
      </w:r>
    </w:p>
    <w:p>
      <w:r>
        <w:rPr>
          <w:b/>
        </w:rPr>
        <w:t xml:space="preserve">[21:30] </w:t>
      </w:r>
      <w:r>
        <w:t>yani Allah muhafiz hai is</w:t>
      </w:r>
    </w:p>
    <w:p>
      <w:pPr>
        <w:jc w:val="right"/>
      </w:pPr>
      <w:r>
        <w:t>یعنی اللہ محافظ ہے اس</w:t>
      </w:r>
    </w:p>
    <w:p>
      <w:r>
        <w:rPr>
          <w:b/>
        </w:rPr>
        <w:t xml:space="preserve">[21:32] </w:t>
      </w:r>
      <w:r>
        <w:t>quran ka. baat to sirf itni thi. yeh kyun kaha ke nahnu nazalnal zikra. hum ne utara hai is quran ko.</w:t>
      </w:r>
    </w:p>
    <w:p>
      <w:pPr>
        <w:jc w:val="right"/>
      </w:pPr>
      <w:r>
        <w:t>قرآن کا۔ بات تو صرف اتنی تھی۔ یہ کیوں کہا کہ نَحْنُ نَزَّلْنَا الذِّكْرَ ۔ ہم نے اتارا ہے اس قرآن کو۔</w:t>
      </w:r>
    </w:p>
    <w:p>
      <w:r>
        <w:rPr>
          <w:b/>
        </w:rPr>
        <w:t xml:space="preserve">[21:40] </w:t>
      </w:r>
      <w:r>
        <w:t>yeh kyun kaha? to baat to sirf itna kehna tha ke inna lahu alhafizoon. yani Allah is quran ki hifazat kare ga. yeh kyun kaha ke hum ne utara hai is quran ko?</w:t>
      </w:r>
    </w:p>
    <w:p>
      <w:pPr>
        <w:jc w:val="right"/>
      </w:pPr>
      <w:r>
        <w:t>یہ کیوں کہا؟ تو بات تو صرف اتنا کہنا تھا کہ إِنَّا لَهُ الْحَافِظُونَ ۔ یعنی اللہ اس قرآن کی حفاظت کرے گا۔ یہ کیوں کہا کہ ہم نے اتارا ہے اس قرآن کو؟</w:t>
      </w:r>
    </w:p>
    <w:p>
      <w:r>
        <w:rPr>
          <w:b/>
        </w:rPr>
        <w:t xml:space="preserve">[21:52] </w:t>
      </w:r>
      <w:r>
        <w:t>is par sochiye.</w:t>
      </w:r>
    </w:p>
    <w:p>
      <w:pPr>
        <w:jc w:val="right"/>
      </w:pPr>
      <w:r>
        <w:t>اس پر سوچیے۔</w:t>
      </w:r>
    </w:p>
    <w:p>
      <w:r>
        <w:rPr>
          <w:b/>
        </w:rPr>
        <w:t xml:space="preserve">[21:56] </w:t>
      </w:r>
      <w:r>
        <w:t>is par sochte sochte ek baat yeh samajh aayegi aap ko ke quran jo hai, ek god given blessing hai.</w:t>
      </w:r>
    </w:p>
    <w:p>
      <w:pPr>
        <w:jc w:val="right"/>
      </w:pPr>
      <w:r>
        <w:t>اس پر سوچتے سوچتے ایک بات یہ سمجھ آئے گی آپ کو کہ قرآن جو ہے، ایک گاڈ گیون بلیسنگ ہے۔</w:t>
      </w:r>
    </w:p>
    <w:p>
      <w:r>
        <w:rPr>
          <w:b/>
        </w:rPr>
        <w:t xml:space="preserve">[22:08] </w:t>
      </w:r>
      <w:r>
        <w:t>Allah ka atiya hai. Allah ki taraf se aayi hui nemmat hai. Bahut badi nemmat.</w:t>
      </w:r>
    </w:p>
    <w:p>
      <w:pPr>
        <w:jc w:val="right"/>
      </w:pPr>
      <w:r>
        <w:t>اللہ کا عطیہ ہے۔ اللہ کی طرف سے آئی ہوئی نعمت ہے۔ بہت بڑی نعمت۔</w:t>
      </w:r>
    </w:p>
    <w:p>
      <w:r>
        <w:rPr>
          <w:b/>
        </w:rPr>
        <w:t xml:space="preserve">[22:19] </w:t>
      </w:r>
      <w:r>
        <w:t>to yeh is mein implicit hai ke jo hasti kisi badi cheez ko de aap ko, to uska ek concern hoga ke woh mehfooz rahe.</w:t>
      </w:r>
    </w:p>
    <w:p>
      <w:pPr>
        <w:jc w:val="right"/>
      </w:pPr>
      <w:r>
        <w:t>تو یہ اس میں ایمپلیسٹ ہے کہ جو ہستی کسی بڑی چیز کو دے آپ کو، تو اس کا ایک کنسرن ہوگا کہ وہ محفوظ رہے۔</w:t>
      </w:r>
    </w:p>
    <w:p>
      <w:r>
        <w:rPr>
          <w:b/>
        </w:rPr>
        <w:t xml:space="preserve">[22:30] </w:t>
      </w:r>
      <w:r>
        <w:t>ek concern hoga uska. It is but natural . ke quran jaisi ek cheez de raha hai, to uska ek concern hoga ke woh mehfooz rahe.</w:t>
      </w:r>
    </w:p>
    <w:p>
      <w:pPr>
        <w:jc w:val="right"/>
      </w:pPr>
      <w:r>
        <w:t>ایک کنسرن ہوگا اس کا۔ It is but natural ۔ کہ قرآن جیسی ایک چیز دے رہا ہے، تو اس کا ایک کنسرن ہوگا کہ وہ محفوظ رہے۔</w:t>
      </w:r>
    </w:p>
    <w:p>
      <w:r>
        <w:rPr>
          <w:b/>
        </w:rPr>
        <w:t xml:space="preserve">[22:40] </w:t>
      </w:r>
      <w:r>
        <w:t>mehfooz rahe. mehfooz rahe. Yeh namumkin hai ke woh de de aur yeh na soche ke mehfooz rahe.</w:t>
      </w:r>
    </w:p>
    <w:p>
      <w:pPr>
        <w:jc w:val="right"/>
      </w:pPr>
      <w:r>
        <w:t>محفوظ رہے۔ محفوظ رہے۔ یہ ناممکن ہے کہ وہ دے دے اور یہ نہ سوچے کہ محفوظ رہے۔</w:t>
      </w:r>
    </w:p>
    <w:p>
      <w:r>
        <w:rPr>
          <w:b/>
        </w:rPr>
        <w:t xml:space="preserve">[22:49] </w:t>
      </w:r>
      <w:r>
        <w:t>koi aadmi aap ko diamond de to zaroor sochega woh ke mehfooz rahe. Kahin aisa na ho ke kahin gum ho jaye. To sochega ke kahan rakhenge aap?</w:t>
      </w:r>
    </w:p>
    <w:p>
      <w:pPr>
        <w:jc w:val="right"/>
      </w:pPr>
      <w:r>
        <w:t>کوئی آدمی آپ کو ڈائمنڈ دے تو ضرور سوچے گا وہ کہ محفوظ رہے۔ کہیں ایسا نہ ہو کہ کہیں گم ہو جائے۔ تو سوچے گا کہ کہاں رکھیں گے آپ؟</w:t>
      </w:r>
    </w:p>
    <w:p>
      <w:r>
        <w:rPr>
          <w:b/>
        </w:rPr>
        <w:t xml:space="preserve">[23:02] </w:t>
      </w:r>
      <w:r>
        <w:t>to kahan rakhenge aap? La kar aap ke paas hai? Kahan rakhenge? To uska ek concern hai ke woh mehfooz rahe woh cheez.</w:t>
      </w:r>
    </w:p>
    <w:p>
      <w:pPr>
        <w:jc w:val="right"/>
      </w:pPr>
      <w:r>
        <w:t>تو کہاں رکھیں گے آپ؟ لا کر آپ کے پاس ہے؟ کہاں رکھیں گے؟ تو اس کا ایک کنسرن ہے کہ وہ محفوظ رہے وہ چیز۔</w:t>
      </w:r>
    </w:p>
    <w:p>
      <w:r>
        <w:rPr>
          <w:b/>
        </w:rPr>
        <w:t xml:space="preserve">[23:14] </w:t>
      </w:r>
      <w:r>
        <w:t>to is se ek principle mila. Ek usool mila. Ke Allah ne jab ek cheez bator atiya aap ko di hai, to Allah ki yeh zimmedari ban jati hai ke woh is ko mehfooz rakhe.</w:t>
      </w:r>
    </w:p>
    <w:p>
      <w:pPr>
        <w:jc w:val="right"/>
      </w:pPr>
      <w:r>
        <w:t>تو اس سے ایک پرنسپل ملا۔ ایک اصول ملا۔ کہ اللہ نے جب ایک چیز بطور عطیہ آپ کو دی ہے، تو اللہ کی یہ ذمہ داری بن جاتی ہے کہ وہ اس کو محفوظ رکھے۔</w:t>
      </w:r>
    </w:p>
    <w:p>
      <w:r>
        <w:rPr>
          <w:b/>
        </w:rPr>
        <w:t xml:space="preserve">[23:29] </w:t>
      </w:r>
      <w:r>
        <w:t>ek principle kya mila? Atiya jo hai, atiya ke sath juri hui hai hifazat.</w:t>
      </w:r>
    </w:p>
    <w:p>
      <w:pPr>
        <w:jc w:val="right"/>
      </w:pPr>
      <w:r>
        <w:t>ایک پرنسپل کیا ملا؟ عطیہ جو ہے، عطیہ کے ساتھ جڑی ہوئی ہے حفاظت۔</w:t>
      </w:r>
    </w:p>
    <w:p>
      <w:r>
        <w:rPr>
          <w:b/>
        </w:rPr>
        <w:t xml:space="preserve">[23:40] </w:t>
      </w:r>
      <w:r>
        <w:t>yeh ek principle hai. Is principle ko aap expand kijiye. Is ki tausee kijiye. To kya hoga?</w:t>
      </w:r>
    </w:p>
    <w:p>
      <w:pPr>
        <w:jc w:val="right"/>
      </w:pPr>
      <w:r>
        <w:t>یہ ایک پرنسپل ہے۔ اس پرنسپل کو آپ ایکسپینڈ کیجیے۔ اس کی توسیع کیجیے۔ تو کیا ہوگا؟</w:t>
      </w:r>
    </w:p>
    <w:p>
      <w:r>
        <w:rPr>
          <w:b/>
        </w:rPr>
        <w:t xml:space="preserve">[23:51] </w:t>
      </w:r>
      <w:r>
        <w:t>har cheez is mein aa jayegi. Jaise yeh aap ka wajood hai.</w:t>
      </w:r>
    </w:p>
    <w:p>
      <w:pPr>
        <w:jc w:val="right"/>
      </w:pPr>
      <w:r>
        <w:t>ہر چیز اس میں آ جائے گی۔ جیسے یہ آپ کا وجود ہے۔</w:t>
      </w:r>
    </w:p>
    <w:p>
      <w:r>
        <w:rPr>
          <w:b/>
        </w:rPr>
        <w:t xml:space="preserve">[23:57] </w:t>
      </w:r>
      <w:r>
        <w:t>agar aap is ko sach much discover karein ke mera yeh wajood jo hai, yeh god given hai. Yeh atiya hai, khodawandi hai. Sach much. Daryaft ke darje mein.</w:t>
      </w:r>
    </w:p>
    <w:p>
      <w:pPr>
        <w:jc w:val="right"/>
      </w:pPr>
      <w:r>
        <w:t>اگر آپ اس کو سچ مچ ڈسکور کریں کہ میرا یہ وجود جو ہے، یہ گاڈ گیون ہے۔ یہ عطیہ ہے، خداوندی ہے۔ سچ مچ۔ دریافت کے درجے میں۔</w:t>
      </w:r>
    </w:p>
    <w:p>
      <w:r>
        <w:rPr>
          <w:b/>
        </w:rPr>
        <w:t xml:space="preserve">[24:09] </w:t>
      </w:r>
      <w:r>
        <w:t>to kya hoga? Aap ko yaqeen aayega ek ke jab Allah ne diya hai to us ko mehfooz bhi rakhega woh. Kyun ke aap jante hain ke insan jo hai, har waqt koi accident ho sakta hai.</w:t>
      </w:r>
    </w:p>
    <w:p>
      <w:pPr>
        <w:jc w:val="right"/>
      </w:pPr>
      <w:r>
        <w:t>تو کیا ہوگا؟ آپ کو یقین آئے گا ایک کہ جب اللہ نے دیا ہے تو اس کو محفوظ بھی رکھے گا وہ۔ کیونکہ آپ جانتے ہیں کہ انسان جو ہے، ہر وقت کوئی ایکسیڈنٹ ہو سکتا ہے۔</w:t>
      </w:r>
    </w:p>
    <w:p>
      <w:r>
        <w:rPr>
          <w:b/>
        </w:rPr>
        <w:t xml:space="preserve">[24:21] </w:t>
      </w:r>
      <w:r>
        <w:t>koi bimari ho sakti hai.</w:t>
      </w:r>
    </w:p>
    <w:p>
      <w:pPr>
        <w:jc w:val="right"/>
      </w:pPr>
      <w:r>
        <w:t>کوئی بیماری ہو سکتی ہے۔</w:t>
      </w:r>
    </w:p>
    <w:p>
      <w:r>
        <w:rPr>
          <w:b/>
        </w:rPr>
        <w:t xml:space="preserve">[24:24] </w:t>
      </w:r>
      <w:r>
        <w:t>abhi kal mujhe maloom hua ke ek sahab jo bahut hi study thay, study mein dekhta tha un ko to kis tarah mujhe rashk hota tha. Kal maloom hua ke un ko woh hoga falij ho gaya.</w:t>
      </w:r>
    </w:p>
    <w:p>
      <w:pPr>
        <w:jc w:val="right"/>
      </w:pPr>
      <w:r>
        <w:t>ابھی کل مجھے معلوم ہوا کہ ایک صاحب جو بہت ہی اسٹڈی تھے، اسٹڈی میں دیکھتا تھا ان کو تو کس طرح مجھے رشک ہوتا تھا۔ کل معلوم ہوا کہ ان کو وہ ہوگا فالج ہو گیا۔</w:t>
      </w:r>
    </w:p>
    <w:p>
      <w:r>
        <w:rPr>
          <w:b/>
        </w:rPr>
        <w:t xml:space="preserve">[24:36] </w:t>
      </w:r>
      <w:r>
        <w:t>woh paralyze ho gaye. To bimari, accident, maut, earthquake, toofan, storm.</w:t>
      </w:r>
    </w:p>
    <w:p>
      <w:pPr>
        <w:jc w:val="right"/>
      </w:pPr>
      <w:r>
        <w:t>وہ پیرالائز ہو گئے۔ تو بیماری، ایکسیڈنٹ، موت، ارتھ کویک، طوفان، اسٹارم۔</w:t>
      </w:r>
    </w:p>
    <w:p>
      <w:r>
        <w:rPr>
          <w:b/>
        </w:rPr>
        <w:t xml:space="preserve">[24:46] </w:t>
      </w:r>
      <w:r>
        <w:t>abhi aaj ke akhbar mein hai ke ek bahut bada woh phata hai. Aatish fishan.</w:t>
      </w:r>
    </w:p>
    <w:p>
      <w:pPr>
        <w:jc w:val="right"/>
      </w:pPr>
      <w:r>
        <w:t>ابھی آج کے اخبار میں ہے کہ ایک بہت بڑا وہ پھٹا ہے۔ آتش فشاں۔</w:t>
      </w:r>
    </w:p>
    <w:p>
      <w:r>
        <w:rPr>
          <w:b/>
        </w:rPr>
        <w:t xml:space="preserve">[24:58] </w:t>
      </w:r>
      <w:r>
        <w:t>is se lava nikal raha hai. To kisi bhi lamha, kisi bhi lamha kuch ho sakta hai.</w:t>
      </w:r>
    </w:p>
    <w:p>
      <w:pPr>
        <w:jc w:val="right"/>
      </w:pPr>
      <w:r>
        <w:t>اس سے لاوا نکل رہا ہے۔ تو کسی بھی لمحہ، کسی بھی لمحہ کچھ ہو سکتا ہے۔</w:t>
      </w:r>
    </w:p>
    <w:p>
      <w:r>
        <w:rPr>
          <w:b/>
        </w:rPr>
        <w:t xml:space="preserve">[25:09] </w:t>
      </w:r>
      <w:r>
        <w:t>lekin jab aap yeh bator discovery kiye jaane ki yeh wajood jo hai, Allah ka atiya hai, to aap ko kya ek yaqeen mil jayega ke jab atiya hai to Allah hifazat bhi karega is ki.</w:t>
      </w:r>
    </w:p>
    <w:p>
      <w:pPr>
        <w:jc w:val="right"/>
      </w:pPr>
      <w:r>
        <w:t>لیکن جب آپ یہ بطور ڈسکوری کیے جانے کی یہ وجود جو ہے، اللہ کا عطیہ ہے، تو آپ کو کیا ایک یقین مل جائے گا کہ جب عطیہ ہے تو اللہ حفاظت بھی کرے گا اس کی۔</w:t>
      </w:r>
    </w:p>
    <w:p>
      <w:r>
        <w:rPr>
          <w:b/>
        </w:rPr>
        <w:t xml:space="preserve">[25:24] </w:t>
      </w:r>
      <w:r>
        <w:t>jab aap is ko daryaft karein ke mera ek ek baal Allah ka atiya hai. Meri aankh, meri naak, mera kaan, mera munh, meri speech ki taqat, mera dimagh, meri memory, mera chalna, mera pakadna, mera dekhna, sab kuch atiya khodawandi hai.</w:t>
      </w:r>
    </w:p>
    <w:p>
      <w:pPr>
        <w:jc w:val="right"/>
      </w:pPr>
      <w:r>
        <w:t>جب آپ اس کو دریافت کریں کہ میرا ایک ایک بال اللہ کا عطیہ ہے۔ میری آنکھ، میری ناک، میرا کان، میرا منہ، میری سپیچ کی طاقت، میرا دماغ، میری میموری، میرا چلنا، میرا پکڑنا، میرا دیکھنا، سب کچھ عطیہ خداوندی ہے۔</w:t>
      </w:r>
    </w:p>
    <w:p>
      <w:r>
        <w:rPr>
          <w:b/>
        </w:rPr>
        <w:t xml:space="preserve">[25:43] </w:t>
      </w:r>
      <w:r>
        <w:t>to</w:t>
      </w:r>
    </w:p>
    <w:p>
      <w:pPr>
        <w:jc w:val="right"/>
      </w:pPr>
      <w:r>
        <w:t>تو</w:t>
      </w:r>
    </w:p>
    <w:p>
      <w:r>
        <w:rPr>
          <w:b/>
        </w:rPr>
        <w:t xml:space="preserve">[25:44] </w:t>
      </w:r>
      <w:r>
        <w:t>aap is se ek point of reference milta hai dua ka aap ko. Ke khuda ya! Teri yeh sunnat hai ke jab tu koi cheez bator atiya de kisi ko to uska muhafiz hi ban jaye.</w:t>
      </w:r>
    </w:p>
    <w:p>
      <w:pPr>
        <w:jc w:val="right"/>
      </w:pPr>
      <w:r>
        <w:t>آپ اس سے ایک پوائنٹ آف ریفرنس ملتا ہے دعا کا آپ کو۔ کہ خدایا! تیری یہ سنت ہے کہ جب تو کوئی چیز بطور عطیہ دے کسی کو تو اس کا محافظ ہی بن جائے۔</w:t>
      </w:r>
    </w:p>
    <w:p>
      <w:r>
        <w:rPr>
          <w:b/>
        </w:rPr>
        <w:t xml:space="preserve">[25:56] </w:t>
      </w:r>
      <w:r>
        <w:t>to khuda ya! Main etaraf karta hoon ke sab tera atiya hai.</w:t>
      </w:r>
    </w:p>
    <w:p>
      <w:pPr>
        <w:jc w:val="right"/>
      </w:pPr>
      <w:r>
        <w:t>تو خدایا! میں اعتراف کرتا ہوں کہ سب تیرا عطیہ ہے۔</w:t>
      </w:r>
    </w:p>
    <w:p>
      <w:r>
        <w:rPr>
          <w:b/>
        </w:rPr>
        <w:t xml:space="preserve">[26:02] </w:t>
      </w:r>
      <w:r>
        <w:t>ab to is ki takmeel farma. Is ki hifazat bhi farma.</w:t>
      </w:r>
    </w:p>
    <w:p>
      <w:pPr>
        <w:jc w:val="right"/>
      </w:pPr>
      <w:r>
        <w:t>اب تو اس کی تکمیل فرما۔ اس کی حفاظت بھی فرما۔</w:t>
      </w:r>
    </w:p>
    <w:p>
      <w:r>
        <w:rPr>
          <w:b/>
        </w:rPr>
        <w:t xml:space="preserve">[26:11] </w:t>
      </w:r>
      <w:r>
        <w:t>kisi ajeeb cheez hai jo aik ayat mein is ke bein stur ko pohnchne se milti hai. dekhen jitne animal hain, jitne bhi animal hain, woh kya hai?</w:t>
      </w:r>
    </w:p>
    <w:p>
      <w:pPr>
        <w:jc w:val="right"/>
      </w:pPr>
      <w:r>
        <w:t>کیسی عجیب چیز ہے جو ایک آیت میں اس کے بین ستور کو پہنچنے سے ملتی ہے۔ دیکھیں جتنے اینیمل ہیں، جتنے بھی اینیمل ہیں، وہ کیا ہے؟</w:t>
      </w:r>
    </w:p>
    <w:p>
      <w:r>
        <w:rPr>
          <w:b/>
        </w:rPr>
        <w:t xml:space="preserve">[26:24] </w:t>
      </w:r>
      <w:r>
        <w:t>in ka in ka concern sab se bara safety. har waqt in ko dar rehta hai ke koi in par attack kar de.</w:t>
      </w:r>
    </w:p>
    <w:p>
      <w:pPr>
        <w:jc w:val="right"/>
      </w:pPr>
      <w:r>
        <w:t>ان کا ان کا کنسرن سب سے بڑا سیفٹی۔ ہر وقت ان کو ڈر رہتا ہے کہ کوئی ان پر اٹیک کر دے۔</w:t>
      </w:r>
    </w:p>
    <w:p>
      <w:r>
        <w:rPr>
          <w:b/>
        </w:rPr>
        <w:t xml:space="preserve">[26:32] </w:t>
      </w:r>
      <w:r>
        <w:t>shair ko bhi dar rehta hai. shair aksar jhaari mein rehta hai. woh maidan mein nahi, ab bilkul jhaariyon mein sota hai, jhaariyon mein chalta hai.</w:t>
      </w:r>
    </w:p>
    <w:p>
      <w:pPr>
        <w:jc w:val="right"/>
      </w:pPr>
      <w:r>
        <w:t>شیر کو بھی ڈر رہتا ہے۔ شیر اکثر جھاڑی میں رہتا ہے۔ وہ میدان میں نہیں، اب بالکل جھاڑیوں میں سوتا ہے، جھاڑیوں میں چلتا ہے۔</w:t>
      </w:r>
    </w:p>
    <w:p>
      <w:r>
        <w:rPr>
          <w:b/>
        </w:rPr>
        <w:t xml:space="preserve">[26:44] </w:t>
      </w:r>
      <w:r>
        <w:t>is ko bhi dar hai ke koi is par attack na kar de. to supreme concern animal ka kya hai? safety. yahi insan ka muamla bhi hai.</w:t>
      </w:r>
    </w:p>
    <w:p>
      <w:pPr>
        <w:jc w:val="right"/>
      </w:pPr>
      <w:r>
        <w:t>اس کو بھی ڈر ہے کہ کوئی اس پر اٹیک نہ کر دے۔ تو سپریم کنسرن اینیمل کا کیا ہے؟ سیفٹی۔ یہی انسان کا معاملہ بھی ہے۔</w:t>
      </w:r>
    </w:p>
    <w:p>
      <w:r>
        <w:rPr>
          <w:b/>
        </w:rPr>
        <w:t xml:space="preserve">[26:55] </w:t>
      </w:r>
      <w:r>
        <w:t>hamare paas jo kuch bhi hai, kisi bhi lamha woh khatam ho sakti hai.</w:t>
      </w:r>
    </w:p>
    <w:p>
      <w:pPr>
        <w:jc w:val="right"/>
      </w:pPr>
      <w:r>
        <w:t>ہمارے پاس جو کچھ بھی ہے، کسی بھی لمحہ وہ ختم ہو سکتی ہے۔</w:t>
      </w:r>
    </w:p>
    <w:p>
      <w:r>
        <w:rPr>
          <w:b/>
        </w:rPr>
        <w:t xml:space="preserve">[27:01] </w:t>
      </w:r>
      <w:r>
        <w:t>koi bhi accident, koi bhi bimari, koi bhi earthquake, koi bhi toofan, koi bhi aisi cheez ho sakti hai.</w:t>
      </w:r>
    </w:p>
    <w:p>
      <w:pPr>
        <w:jc w:val="right"/>
      </w:pPr>
      <w:r>
        <w:t>کوئی بھی ایکسیڈنٹ، کوئی بھی بیماری، کوئی بھی ارتھ کویک، کوئی بھی طوفان، کوئی بھی ایسی چیز ہو سکتی ہے۔</w:t>
      </w:r>
    </w:p>
    <w:p>
      <w:r>
        <w:rPr>
          <w:b/>
        </w:rPr>
        <w:t xml:space="preserve">[27:11] </w:t>
      </w:r>
      <w:r>
        <w:t>death, qayamat, koi bhi cheez ho sakti hai jis se ke hum sab kuch kho dein. achanak sab kuch kho dein. to jo animal ka jo concern hai, wohi hamara bhi concern hai.</w:t>
      </w:r>
    </w:p>
    <w:p>
      <w:pPr>
        <w:jc w:val="right"/>
      </w:pPr>
      <w:r>
        <w:t>ڈیتھ، قیامت، کوئی بھی چیز ہو سکتی ہے جس سے کہ ہم سب کچھ کھو دیں۔ اچانک سب کچھ کھو دیں۔ تو جو اینیمل کا جو کنسرن ہے، وہی ہمارا بھی کنسرن ہے۔</w:t>
      </w:r>
    </w:p>
    <w:p>
      <w:r>
        <w:rPr>
          <w:b/>
        </w:rPr>
        <w:t xml:space="preserve">[27:23] </w:t>
      </w:r>
      <w:r>
        <w:t>farq kya hai? farq kya hai? farq yeh hai ke animal jo hai, sirf instinct ke taur par jaanta hai is baat ko ke safety mera concern hona chahiye.</w:t>
      </w:r>
    </w:p>
    <w:p>
      <w:pPr>
        <w:jc w:val="right"/>
      </w:pPr>
      <w:r>
        <w:t>فرق کیا ہے؟ فرق کیا ہے؟ فرق یہ ہے کہ اینیمل جو ہے، صرف انسٹنکٹ کے طور پر جانتا ہے اس بات کو کہ سیفٹی میرا کنسرن ہونا چاہیے۔</w:t>
      </w:r>
    </w:p>
    <w:p>
      <w:r>
        <w:rPr>
          <w:b/>
        </w:rPr>
        <w:t xml:space="preserve">[27:40] </w:t>
      </w:r>
      <w:r>
        <w:t>jaise aap dana dalen kahin chiriyon ke liye, to chidiyan aisa nahi ke jaldi khayen. khayenge, phir dekhenge. phir khayenge, phir dekhenge.</w:t>
      </w:r>
    </w:p>
    <w:p>
      <w:pPr>
        <w:jc w:val="right"/>
      </w:pPr>
      <w:r>
        <w:t>جیسے آپ دانہ ڈالیں کہیں چڑیوں کے لیے، تو چڑیاں ایسا نہیں کہ جلدی کھائیں۔ کھائیں گے، پھر دیکھیں گے۔ پھر کھائیں گے، پھر دیکھیں گے۔</w:t>
      </w:r>
    </w:p>
    <w:p>
      <w:r>
        <w:rPr>
          <w:b/>
        </w:rPr>
        <w:t xml:space="preserve">[27:51] </w:t>
      </w:r>
      <w:r>
        <w:t>kyun? in ko safety ka khatra laga hua hai ke koi mujhe maar na de, kahin koi attack na kar de. yeh tamam animal ka haal hai.</w:t>
      </w:r>
    </w:p>
    <w:p>
      <w:pPr>
        <w:jc w:val="right"/>
      </w:pPr>
      <w:r>
        <w:t>کیوں؟ ان کو سیفٹی کا خطرہ لگا ہوا ہے کہ کوئی مجھے مار نہ دے، کہیں کوئی اٹیک نہ کر دے۔ یہ تمام اینیمل کا حال ہے۔</w:t>
      </w:r>
    </w:p>
    <w:p>
      <w:r>
        <w:rPr>
          <w:b/>
        </w:rPr>
        <w:t xml:space="preserve">[28:01] </w:t>
      </w:r>
      <w:r>
        <w:t>to insan jo hai, ba-wajoob insan think karta hai, sochta hai, is ko daryaft karta hai, is ko point of reference bana kar ke dua karta hai ke khudaaya!</w:t>
      </w:r>
    </w:p>
    <w:p>
      <w:pPr>
        <w:jc w:val="right"/>
      </w:pPr>
      <w:r>
        <w:t>تو انسان جو ہے، بطور انسان تھنک کرتا ہے، سوچتا ہے، اس کو دریافت کرتا ہے، اس کو پوائنٹ آف ریفرنس بنا کر کے دعا کرتا ہے کہ خدایا!</w:t>
      </w:r>
    </w:p>
    <w:p>
      <w:r>
        <w:rPr>
          <w:b/>
        </w:rPr>
        <w:t xml:space="preserve">[28:15] </w:t>
      </w:r>
      <w:r>
        <w:t>jab tu ne ba-wajoob atiya mujhe yeh sab cheezein di hain, to ab tu hi apni sunnatullah jo teri hai, us ke mutabiq aik hifazat ka bhi saman farma.</w:t>
      </w:r>
    </w:p>
    <w:p>
      <w:pPr>
        <w:jc w:val="right"/>
      </w:pPr>
      <w:r>
        <w:t>جب تو نے بطور عطیہ مجھے یہ سب چیزیں دی ہیں، تو اب تو ہی اپنی سنت اللہ جو تیری ہے، اس کے مطابق ایک حفاظت کا بھی سامان فرما۔</w:t>
      </w:r>
    </w:p>
    <w:p>
      <w:r>
        <w:rPr>
          <w:b/>
        </w:rPr>
        <w:t xml:space="preserve">[28:27] </w:t>
      </w:r>
      <w:r>
        <w:t>phir yeh soch jo hai, aage barhti hai.</w:t>
      </w:r>
    </w:p>
    <w:p>
      <w:pPr>
        <w:jc w:val="right"/>
      </w:pPr>
      <w:r>
        <w:t>پھر یہ سوچ جو ہے، آگے بڑھتی ہے۔</w:t>
      </w:r>
    </w:p>
    <w:p>
      <w:r>
        <w:rPr>
          <w:b/>
        </w:rPr>
        <w:t xml:space="preserve">[28:31] </w:t>
      </w:r>
      <w:r>
        <w:t>jab aap yeh daryaft karen ke dunya mein hamein sab cheezein, bohat itni sari boundaries hain, Allah ki blessings hain. yani related taur par Allah ne hamein diya hai.</w:t>
      </w:r>
    </w:p>
    <w:p>
      <w:pPr>
        <w:jc w:val="right"/>
      </w:pPr>
      <w:r>
        <w:t>جب آپ یہ دریافت کریں کہ دنیا میں ہمیں سب چیزیں، بہت اتنی ساری باؤنڈریز ہیں، اللہ کی بلیسنگ ہیں۔ یعنی ریلیٹڈ طور پر اللہ نے ہمیں دیا ہے۔</w:t>
      </w:r>
    </w:p>
    <w:p>
      <w:r>
        <w:rPr>
          <w:b/>
        </w:rPr>
        <w:t xml:space="preserve">[28:42] </w:t>
      </w:r>
      <w:r>
        <w:t>yeh sab God given hai.</w:t>
      </w:r>
    </w:p>
    <w:p>
      <w:pPr>
        <w:jc w:val="right"/>
      </w:pPr>
      <w:r>
        <w:t>یہ سب گاڈ گیون ہے۔</w:t>
      </w:r>
    </w:p>
    <w:p>
      <w:r>
        <w:rPr>
          <w:b/>
        </w:rPr>
        <w:t xml:space="preserve">[28:44] </w:t>
      </w:r>
      <w:r>
        <w:t>jab is ko sach much aap discover karen, sach much, to kya hota hai? is mein aik bohat bara point of reference milta hai aap ko. ke khudaaya!</w:t>
      </w:r>
    </w:p>
    <w:p>
      <w:pPr>
        <w:jc w:val="right"/>
      </w:pPr>
      <w:r>
        <w:t>جب اس کو سچ مچ آپ ڈسکور کریں، سچ مچ، تو کیا ہوتا ہے؟ اس میں ایک بہت بڑا پوائنٹ آف ریفرنس ملتا ہے آپ کو۔ کہ خدایا!</w:t>
      </w:r>
    </w:p>
    <w:p>
      <w:r>
        <w:rPr>
          <w:b/>
        </w:rPr>
        <w:t xml:space="preserve">[28:54] </w:t>
      </w:r>
      <w:r>
        <w:t>jab tu ne is dunya mein hamein sab kuch diya hai, to aakhirat mein bhi is ko continue rakh. jis tarah yahan diya hai, wahan bhi sab cheezein de de hum ko.</w:t>
      </w:r>
    </w:p>
    <w:p>
      <w:pPr>
        <w:jc w:val="right"/>
      </w:pPr>
      <w:r>
        <w:t>جب تو نے اس دنیا میں ہمیں سب کچھ دیا ہے، تو آخرت میں بھی اس کو کنٹینیو رکھ۔ جس طرح یہاں دیا ہے، وہاں بھی سب چیزیں دے دے ہم کو۔</w:t>
      </w:r>
    </w:p>
    <w:p>
      <w:r>
        <w:rPr>
          <w:b/>
        </w:rPr>
        <w:t xml:space="preserve">[29:05] </w:t>
      </w:r>
      <w:r>
        <w:t>kitni ajeeb baat hai jab sochne se maloom hoti hai. aik ayat par sochna shuru kiya aap ne. sochte sochte aap yahan tak pohnche.</w:t>
      </w:r>
    </w:p>
    <w:p>
      <w:pPr>
        <w:jc w:val="right"/>
      </w:pPr>
      <w:r>
        <w:t>کتنی عجیب بات ہے جب سوچنے سے معلوم ہوتی ہے۔ ایک آیت پر سوچنا شروع کیا آپ نے۔ سوچتے سوچتے آپ یہاں تک پہنچے۔</w:t>
      </w:r>
    </w:p>
    <w:p>
      <w:r>
        <w:rPr>
          <w:b/>
        </w:rPr>
        <w:t xml:space="preserve">[29:17] </w:t>
      </w:r>
      <w:r>
        <w:t>dunya mein Allah taala ne aap ko health di hai. aap ko aik aik wajood diya hai. aik zameen di hai, bohat si.</w:t>
      </w:r>
    </w:p>
    <w:p>
      <w:pPr>
        <w:jc w:val="right"/>
      </w:pPr>
      <w:r>
        <w:t>دنیا میں اللہ تعالیٰ نے آپ کو ہیلتھ دی ہے۔ آپ کو ایک ایک وجود دیا ہے۔ ایک زمین دی ہے، بہت سی۔</w:t>
      </w:r>
    </w:p>
    <w:p>
      <w:r>
        <w:rPr>
          <w:b/>
        </w:rPr>
        <w:t xml:space="preserve">[29:25] </w:t>
      </w:r>
      <w:r>
        <w:t>yeh zameen jo hai, mamooli cheez nahi samjhen is ko. main aaj kahin se keh raha tha ke main apne gaon mein jab tha, UP mein, jab chota tha, jab main to main chalta tha.</w:t>
      </w:r>
    </w:p>
    <w:p>
      <w:pPr>
        <w:jc w:val="right"/>
      </w:pPr>
      <w:r>
        <w:t>یہ زمین جو ہے، معمولی چیز نہیں سمجھیں اس کو۔ میں آج کہیں سے کہہ رہا تھا کہ میں اپنے گاؤں میں جب تھا، یو پی میں، جب چھوٹا تھا، جب میں تو میں چلتا تھا۔</w:t>
      </w:r>
    </w:p>
    <w:p>
      <w:r>
        <w:rPr>
          <w:b/>
        </w:rPr>
        <w:t xml:space="preserve">[29:39] </w:t>
      </w:r>
      <w:r>
        <w:t>yahan gaya, wahan gaya, yahan gaya, wahan gaya. sab log chalte phirte hain idhar udhar. main jaanta nahi tha ke chalna kya cheez hai.</w:t>
      </w:r>
    </w:p>
    <w:p>
      <w:pPr>
        <w:jc w:val="right"/>
      </w:pPr>
      <w:r>
        <w:t>یہاں گیا، وہاں گیا، یہاں گیا، وہاں گیا۔ سب لوگ چلتے پھرتے ہیں ادھر ادھر۔ میں جانتا نہیں تھا کہ چلنا کیا چیز ہے۔</w:t>
      </w:r>
    </w:p>
    <w:p>
      <w:r>
        <w:rPr>
          <w:b/>
        </w:rPr>
        <w:t xml:space="preserve">[29:47] </w:t>
      </w:r>
      <w:r>
        <w:t>phir maine kitab mein parha ke zameen jo hai, hazar mile per hour ki raftaar se chal ghoom rahi hai.</w:t>
      </w:r>
    </w:p>
    <w:p>
      <w:pPr>
        <w:jc w:val="right"/>
      </w:pPr>
      <w:r>
        <w:t>پھر میں نے کتاب میں پڑھا کہ زمین جو ہے، ہزار میل پر آور کی رفتار سے چل گھوم رہی ہے۔</w:t>
      </w:r>
    </w:p>
    <w:p>
      <w:r>
        <w:rPr>
          <w:b/>
        </w:rPr>
        <w:t xml:space="preserve">[29:59] </w:t>
      </w:r>
      <w:r>
        <w:t>one thousand mile per hour. yani hamari jo hamari jo gaadi, motor car hai, hamara hawai jahaz hai, hamari bicycle, hamari motorcycle sab se taiz chalti hai.</w:t>
      </w:r>
    </w:p>
    <w:p>
      <w:pPr>
        <w:jc w:val="right"/>
      </w:pPr>
      <w:r>
        <w:t>ون تھا مائل پر آور۔ یعنی ہماری جو ہماری جو گاڑی، موٹر کار ہے، ہمارا ہوائی جہاز ہے، ہماری بائیسکل، ہماری موٹر سائیکل سب سے تیز چلتی ہے۔</w:t>
      </w:r>
    </w:p>
    <w:p>
      <w:r>
        <w:rPr>
          <w:b/>
        </w:rPr>
        <w:t xml:space="preserve">[30:16] </w:t>
      </w:r>
      <w:r>
        <w:t>to is ne likha hai aik aadmi ne ke aap yeh samjhen ke yeh yeh aap ka pehiya hai. yahan par aap koi aik aik stone rakhen, koi bhi cheez rakhen, to jab ghoomega woh tezi se to idhar chale jayega,</w:t>
      </w:r>
    </w:p>
    <w:p>
      <w:pPr>
        <w:jc w:val="right"/>
      </w:pPr>
      <w:r>
        <w:t>تو اس نے لکھا ہے ایک آدمی نے کہ آپ یہ سمجھیں کہ یہ یہ آپ کا پہیہ ہے۔ یہاں پر آپ کوئی ایک ایک اسٹون رکھیں، کوئی بھی چیز رکھیں، تو جب گھومے گا وہ تیزی سے تو ادھر چلے جائے گا،</w:t>
      </w:r>
    </w:p>
    <w:p>
      <w:r>
        <w:rPr>
          <w:b/>
        </w:rPr>
        <w:t xml:space="preserve">[30:31] </w:t>
      </w:r>
      <w:r>
        <w:t>bhaag kar ke. woh tikega nahi is ke upar. hum tike hue hain is ke upar. aap ghor kijiye, itne taiz daudte hue pehiye ke upar aap tike hue hain.</w:t>
      </w:r>
    </w:p>
    <w:p>
      <w:pPr>
        <w:jc w:val="right"/>
      </w:pPr>
      <w:r>
        <w:t>بھاگ کر کے۔ وہ ٹکے گا نہیں اس کے اوپر۔ ہم ٹکے ہوئے ہیں اس کے اوپر۔ آپ غور کیجیے، اتنے تیز دوڑتے ہوئے پہیے کے اوپر آپ ٹکے ہوئے ہیں۔</w:t>
      </w:r>
    </w:p>
    <w:p>
      <w:r>
        <w:rPr>
          <w:b/>
        </w:rPr>
        <w:t xml:space="preserve">[30:45] </w:t>
      </w:r>
      <w:r>
        <w:t>yeh gol zameen gol hai aur ghoom rahi hai. yeh samjhein ke ek flying wheel hai. yeh flying wheel ke oopar kuch rakhein aap to woh tikega nahi is par, urh ke idhar jayega.</w:t>
      </w:r>
    </w:p>
    <w:p>
      <w:pPr>
        <w:jc w:val="right"/>
      </w:pPr>
      <w:r>
        <w:t>یہ گول زمین گول ہے اور گھوم رہی ہے۔ یہ سمجھیں کہ ایک فلائنگ ویل ہے۔ یہ فلائنگ ویل کے اوپر کچھ رکھیں آپ تو وہ ٹکے گا نہیں اس پر، اڑ کے ادھر جائے گا۔</w:t>
      </w:r>
    </w:p>
    <w:p>
      <w:r>
        <w:rPr>
          <w:b/>
        </w:rPr>
        <w:t xml:space="preserve">[30:58] </w:t>
      </w:r>
      <w:r>
        <w:t>hum tike hue hain is ke oopar, chal rahe hain. na toh aaram se chalte hain, na aaram se baithte hain, na aaram se sote hain.</w:t>
      </w:r>
    </w:p>
    <w:p>
      <w:pPr>
        <w:jc w:val="right"/>
      </w:pPr>
      <w:r>
        <w:t>ہم ٹکے ہوئے ہیں اس کے اوپر، چل رہے ہیں۔ نہ تو آرام سے چلتے ہیں، نہ آرام سے بیٹھتے ہیں، نہ آرام سے سوتے ہیں۔</w:t>
      </w:r>
    </w:p>
    <w:p>
      <w:r>
        <w:rPr>
          <w:b/>
        </w:rPr>
        <w:t xml:space="preserve">[31:09] </w:t>
      </w:r>
      <w:r>
        <w:t>toh hum ek flying wheel ke oopar hain. is ke baad yeh haal hai hamara.</w:t>
      </w:r>
    </w:p>
    <w:p>
      <w:pPr>
        <w:jc w:val="right"/>
      </w:pPr>
      <w:r>
        <w:t>تو ہم ایک فلائنگ ویل کے اوپر ہیں۔ اس کے بعد یہ حال ہے ہمارا۔</w:t>
      </w:r>
    </w:p>
    <w:p>
      <w:r>
        <w:rPr>
          <w:b/>
        </w:rPr>
        <w:t xml:space="preserve">[31:13] </w:t>
      </w:r>
      <w:r>
        <w:t>yeh nemat hai, yeh blessing hai Allah taala ki. aise hi billion trillion cheezein hain. jab jis ki wajah se hum is dunya mein zinda hain.</w:t>
      </w:r>
    </w:p>
    <w:p>
      <w:pPr>
        <w:jc w:val="right"/>
      </w:pPr>
      <w:r>
        <w:t>یہ نعمت ہے، یہ بلیسنگ ہے اللہ تعالیٰ کی۔ ایسے ہی بلین ٹریلین چیزیں ہیں۔ جب جس کی وجہ سے ہم اس دنیا میں زندہ ہیں۔</w:t>
      </w:r>
    </w:p>
    <w:p>
      <w:r>
        <w:rPr>
          <w:b/>
        </w:rPr>
        <w:t xml:space="preserve">[31:23] </w:t>
      </w:r>
      <w:r>
        <w:t>yeh bolna, yeh dekhna, yeh sunna, yeh chalna. jaise main C 29 se yahan aaya toh ek sense of direction hai mere andar.</w:t>
      </w:r>
    </w:p>
    <w:p>
      <w:pPr>
        <w:jc w:val="right"/>
      </w:pPr>
      <w:r>
        <w:t>یہ بولنا، یہ دیکھنا، یہ سننا، یہ چلنا۔ جیسے میں سی 29 سے یہاں آیا تو ایک سینس آف ڈائریکشن ہے میرے اندر۔</w:t>
      </w:r>
    </w:p>
    <w:p>
      <w:r>
        <w:rPr>
          <w:b/>
        </w:rPr>
        <w:t xml:space="preserve">[31:33] </w:t>
      </w:r>
      <w:r>
        <w:t>tab aaya main. main idhar bhatakta, idhar bhatakta. sense of direction. kitni ajeeb nemat hai</w:t>
      </w:r>
    </w:p>
    <w:p>
      <w:pPr>
        <w:jc w:val="right"/>
      </w:pPr>
      <w:r>
        <w:t>تب آیا میں۔ میں ادھر بھٹکتا، ادھر بھٹکتا۔ سینس آف ڈائریکشن۔ کتنی عجیب نعمت ہے</w:t>
      </w:r>
    </w:p>
    <w:p>
      <w:r>
        <w:rPr>
          <w:b/>
        </w:rPr>
        <w:t xml:space="preserve">[31:42] </w:t>
      </w:r>
      <w:r>
        <w:t>sense of direction. jab aap ghar se niklte hain, aap ko jana hai office, aap ko jana hai masjid, aap ko jana hai club, aap ko jana hai park.</w:t>
      </w:r>
    </w:p>
    <w:p>
      <w:pPr>
        <w:jc w:val="right"/>
      </w:pPr>
      <w:r>
        <w:t>سینس آف ڈائریکشن۔ جب آپ گھر سے نکلتے ہیں، آپ کو جانا ہے آفس، آپ کو جانا ہے مسجد، آپ کو جانا ہے کلب، آپ کو جانا ہے پارک۔</w:t>
      </w:r>
    </w:p>
    <w:p>
      <w:r>
        <w:rPr>
          <w:b/>
        </w:rPr>
        <w:t xml:space="preserve">[31:51] </w:t>
      </w:r>
      <w:r>
        <w:t>toh ek sense of direction hai jis ki wajah se aap pahunch paate hain. magar aap bhatke idhar udhar. yeh pagal, yeh pagal aadmi bhatakta rehta hai. toh sense of direction kitni bari nemat hai.</w:t>
      </w:r>
    </w:p>
    <w:p>
      <w:pPr>
        <w:jc w:val="right"/>
      </w:pPr>
      <w:r>
        <w:t>تو ایک سینس آف ڈائریکشن ہے جس کی وجہ سے آپ پہنچ پاتے ہیں۔ مگر آپ بھٹکے ادھر ادھر۔ یہ پاگل، یہ پاگل آدمی بھٹکتا رہتا ہے۔ تو سینس آف ڈائریکشن کتنی بڑی نعمت ہے۔</w:t>
      </w:r>
    </w:p>
    <w:p>
      <w:r>
        <w:rPr>
          <w:b/>
        </w:rPr>
        <w:t xml:space="preserve">[32:06] </w:t>
      </w:r>
      <w:r>
        <w:t>toh billion billion cheezein hamein mili hui hain dunya mein.</w:t>
      </w:r>
    </w:p>
    <w:p>
      <w:pPr>
        <w:jc w:val="right"/>
      </w:pPr>
      <w:r>
        <w:t>تو بلین بلین چیزیں ہمیں ملی ہوئی ہیں دنیا میں۔</w:t>
      </w:r>
    </w:p>
    <w:p>
      <w:r>
        <w:rPr>
          <w:b/>
        </w:rPr>
        <w:t xml:space="preserve">[32:10] </w:t>
      </w:r>
      <w:r>
        <w:t>toh agar aap is ko daryaft karein ke Allah taala ki ek sunnat hai, Allah taala ka apna qaim kiya hua ek principle hai ke jab woh kisi ko atiya deta hai toh us atiye ki hifazat ki zimme bhi le leta hai.</w:t>
      </w:r>
    </w:p>
    <w:p>
      <w:pPr>
        <w:jc w:val="right"/>
      </w:pPr>
      <w:r>
        <w:t>تو اگر آپ اس کو دریافت کریں کہ اللہ تعالیٰ کی ایک سنت ہے، اللہ تعالیٰ کا اپنا قائم کیا ہوا ایک پرنسپل ہے کہ جب وہ کسی کو عطیہ دیتا ہے تو اس عطیہ کی حفاظت کی ذمہ بھی لے لیتا ہے۔</w:t>
      </w:r>
    </w:p>
    <w:p>
      <w:r>
        <w:rPr>
          <w:b/>
        </w:rPr>
        <w:t xml:space="preserve">[32:28] </w:t>
      </w:r>
      <w:r>
        <w:t>toh animal ko pata hai ke instinctly insaan fori taur par discover karta hai.</w:t>
      </w:r>
    </w:p>
    <w:p>
      <w:pPr>
        <w:jc w:val="right"/>
      </w:pPr>
      <w:r>
        <w:t>تو اینیمل کو پتہ ہے کہ انسٹنکٹلی انسان فوری طور پر ڈسکور کرتا ہے۔</w:t>
      </w:r>
    </w:p>
    <w:p>
      <w:r>
        <w:rPr>
          <w:b/>
        </w:rPr>
        <w:t xml:space="preserve">[32:36] </w:t>
      </w:r>
      <w:r>
        <w:t>jab aap discover kareinge toh itna bara point of reference milega aap ko. ke khudaaya! yahan bhi tune mujhe diya unilateral gift ke taur par.</w:t>
      </w:r>
    </w:p>
    <w:p>
      <w:pPr>
        <w:jc w:val="right"/>
      </w:pPr>
      <w:r>
        <w:t>جب آپ ڈسکور کریں گے تو اتنا بڑا پوائنٹ آف ریفرنس ملے گا آپ کو۔ کہ خدایا! یہاں بھی تو نے مجھے دیا انلیٹرل گفٹ کے طور پر۔</w:t>
      </w:r>
    </w:p>
    <w:p>
      <w:r>
        <w:rPr>
          <w:b/>
        </w:rPr>
        <w:t xml:space="preserve">[32:47] </w:t>
      </w:r>
      <w:r>
        <w:t>toh aakhirat mein bhi mujhe dede unilateral gift ke taur par.</w:t>
      </w:r>
    </w:p>
    <w:p>
      <w:pPr>
        <w:jc w:val="right"/>
      </w:pPr>
      <w:r>
        <w:t>تو آخرت میں بھی مجھے دے دے انلیٹرل گفٹ کے طور پر۔</w:t>
      </w:r>
    </w:p>
    <w:p>
      <w:r>
        <w:rPr>
          <w:b/>
        </w:rPr>
        <w:t xml:space="preserve">[32:54] </w:t>
      </w:r>
      <w:r>
        <w:t>kyun ke ek baar dene ke baad toh phir us ko cheenta nahi. ek baar dene ke baad us ko mehfooz rakhta hai. us ko continue rakhta hai. hifazat kya hai? hifazat mein continue rakhna.</w:t>
      </w:r>
    </w:p>
    <w:p>
      <w:pPr>
        <w:jc w:val="right"/>
      </w:pPr>
      <w:r>
        <w:t>کیونکہ ایک بار دینے کے بعد تو پھر اس کو چھینتا نہیں۔ ایک بار دینے کے بعد اس کو محفوظ رکھتا ہے۔ اس کو کنٹینیو رکھتا ہے۔ حفاظت کیا ہے؟ حفاظت میں کنٹینیو رکھنا۔</w:t>
      </w:r>
    </w:p>
    <w:p>
      <w:r>
        <w:rPr>
          <w:b/>
        </w:rPr>
        <w:t xml:space="preserve">[33:06] </w:t>
      </w:r>
      <w:r>
        <w:t>hifazat kya cheez hai? yaani agar main kahoon ke khudaaya! meri health ki hifazat farma. toh us ko maani ke continue rakh. us ko toh continuity.</w:t>
      </w:r>
    </w:p>
    <w:p>
      <w:pPr>
        <w:jc w:val="right"/>
      </w:pPr>
      <w:r>
        <w:t>حفاظت کیا چیز ہے؟ یعنی اگر میں کہوں کہ خدایا! میری ہیلتھ کی حفاظت فرما۔ تو اس کو معنی کہ کنٹینیو رکھ۔ اس کو تو کنٹینیوٹی۔</w:t>
      </w:r>
    </w:p>
    <w:p>
      <w:r>
        <w:rPr>
          <w:b/>
        </w:rPr>
        <w:t xml:space="preserve">[33:18] </w:t>
      </w:r>
      <w:r>
        <w:t>us ko aap daryaft karein toh aap Allah taala se kaheinge: "khudaaya! is ko is nemat ko jo tu ne diya hai is dunya mein, us ko continue rakh. musalsal taur par aakhirat mein bhi mujhe milti rahi hai jannat tak." toh kaisa ajeeb feel aata hai.</w:t>
      </w:r>
    </w:p>
    <w:p>
      <w:pPr>
        <w:jc w:val="right"/>
      </w:pPr>
      <w:r>
        <w:t>اس کو آپ دریافت کریں تو آپ اللہ تعالیٰ سے کہیں گے: "خدایا! اس کو اس نعمت کو جو تو نے دیا ہے اس دنیا میں، اس کو کنٹینیو رکھ۔ مسلسل طور پر آخرت میں بھی مجھے ملتی رہی ہے جنت تک۔" تو کیسا عجیب فیل آتا ہے۔</w:t>
      </w:r>
    </w:p>
    <w:p>
      <w:r>
        <w:rPr>
          <w:b/>
        </w:rPr>
        <w:t xml:space="preserve">[33:38] </w:t>
      </w:r>
      <w:r>
        <w:t>yahi woh cheez hai jis ko kehte hain ism e aazam ke sath Allah se dua karna. yeh woh cheez hai jab khud Allah ki ek sifat ko daryaft karein aap.</w:t>
      </w:r>
    </w:p>
    <w:p>
      <w:pPr>
        <w:jc w:val="right"/>
      </w:pPr>
      <w:r>
        <w:t>یہی وہ چیز ہے جس کو کہتے ہیں اسم اعظم کے ساتھ اللہ سے دعا کرنا۔ یہ وہ چیز ہے جب خود اللہ کی ایک صفت کو دریافت کریں آپ۔</w:t>
      </w:r>
    </w:p>
    <w:p>
      <w:r>
        <w:rPr>
          <w:b/>
        </w:rPr>
        <w:t xml:space="preserve">[33:49] </w:t>
      </w:r>
      <w:r>
        <w:t>is sifat ke reference de kar Allah se dua karein toh aap invoke karte hain. invoke that is ism e aazam.</w:t>
      </w:r>
    </w:p>
    <w:p>
      <w:pPr>
        <w:jc w:val="right"/>
      </w:pPr>
      <w:r>
        <w:t>اس صفت کے ریفرنس دے کر اللہ سے دعا کریں تو آپ انوک کرتے ہیں۔ انوک دیٹ از اسم اعظم۔</w:t>
      </w:r>
    </w:p>
    <w:p>
      <w:r>
        <w:rPr>
          <w:b/>
        </w:rPr>
        <w:t xml:space="preserve">[34:02] </w:t>
      </w:r>
      <w:r>
        <w:t>toh sochna kitni bari cheez hai. kitni bari cheez hai sochna.</w:t>
      </w:r>
    </w:p>
    <w:p>
      <w:pPr>
        <w:jc w:val="right"/>
      </w:pPr>
      <w:r>
        <w:t>تو سوچنا کتنی بڑی چیز ہے۔ کتنی بڑی چیز ہے سوچنا۔</w:t>
      </w:r>
    </w:p>
    <w:p>
      <w:r>
        <w:rPr>
          <w:b/>
        </w:rPr>
        <w:t xml:space="preserve">[34:12] </w:t>
      </w:r>
      <w:r>
        <w:t>kitni bari cheez hai sochna. ab aaj kal dekhein sari dunya mein musalman kya kar rahe hain? mar kat rahe hain jihad ke naam par. aur phir apne ko zaleel kar rahe hain.</w:t>
      </w:r>
    </w:p>
    <w:p>
      <w:pPr>
        <w:jc w:val="right"/>
      </w:pPr>
      <w:r>
        <w:t>کتنی بڑی چیز ہے سوچنا۔ اب آج کل دیکھیں ساری دنیا میں مسلمان کیا کر رہے ہیں؟ مر کٹ رہے ہیں جہاد کے نام پر۔ اور پھر اپنے کو ذلیل کر رہے ہیں۔</w:t>
      </w:r>
    </w:p>
    <w:p>
      <w:r>
        <w:rPr>
          <w:b/>
        </w:rPr>
        <w:t xml:space="preserve">[34:22] </w:t>
      </w:r>
      <w:r>
        <w:t>kyun ke haarte hain toh zaleel hote hain. har jagah jihad, har jagah violence, har jagah suicide bombing.</w:t>
      </w:r>
    </w:p>
    <w:p>
      <w:pPr>
        <w:jc w:val="right"/>
      </w:pPr>
      <w:r>
        <w:t>کیونکہ ہارتے ہیں تو ذلیل ہوتے ہیں۔ ہر جگہ جہاد، ہر جگہ وائلنس، ہر جگہ سوسائیڈ بمبنگ۔</w:t>
      </w:r>
    </w:p>
    <w:p>
      <w:r>
        <w:rPr>
          <w:b/>
        </w:rPr>
        <w:t xml:space="preserve">[34:31] </w:t>
      </w:r>
      <w:r>
        <w:t>aakhir mein kya hai? khud apne ko</w:t>
      </w:r>
    </w:p>
    <w:p>
      <w:pPr>
        <w:jc w:val="right"/>
      </w:pPr>
      <w:r>
        <w:t>آخر میں کیا ہے؟ خود اپنے کو</w:t>
      </w:r>
    </w:p>
    <w:p>
      <w:r>
        <w:rPr>
          <w:b/>
        </w:rPr>
        <w:t xml:space="preserve">[34:38] </w:t>
      </w:r>
      <w:r>
        <w:t>apne ko halak karte hain aur phir zaleel hote hain. yeh kyun? socha nahi. socha nahi woh. bas aayatein kuch padh li Quran majeed ki ke jihad karo, qital karo.</w:t>
      </w:r>
    </w:p>
    <w:p>
      <w:pPr>
        <w:jc w:val="right"/>
      </w:pPr>
      <w:r>
        <w:t>اپنے کو ہلاک کرتے ہیں اور پھر ذلیل ہوتے ہیں۔ یہ کیوں؟ سوچا نہیں۔ سوچا نہیں وہ۔ بس آیتیں کچھ پڑھ لی قرآن مجید کی کہ جہاد کرو، قتال کرو۔</w:t>
      </w:r>
    </w:p>
    <w:p>
      <w:r>
        <w:rPr>
          <w:b/>
        </w:rPr>
        <w:t xml:space="preserve">[34:52] </w:t>
      </w:r>
      <w:r>
        <w:t>bas chalo qital karna aur jihad karna. aur aayatein aur hadisein bhi hain. us ko mila ke ghor nahi kiya.</w:t>
      </w:r>
    </w:p>
    <w:p>
      <w:pPr>
        <w:jc w:val="right"/>
      </w:pPr>
      <w:r>
        <w:t>بس چلو قتال کرنا اور جہاد کرنا۔ اور آیتیں اور حدیثیں بھی ہیں۔ اس کو ملا کے غور نہیں کیا۔</w:t>
      </w:r>
    </w:p>
    <w:p>
      <w:r>
        <w:rPr>
          <w:b/>
        </w:rPr>
        <w:t xml:space="preserve">[35:03] </w:t>
      </w:r>
      <w:r>
        <w:t>maslan ek hadith hai ke "la laimbugh lil momin idhal nafs".</w:t>
      </w:r>
    </w:p>
    <w:p>
      <w:pPr>
        <w:jc w:val="right"/>
      </w:pPr>
      <w:r>
        <w:t>مثلاً ایک حدیث ہے کہ "لا لایمبغ للمومنیدل النفس"۔</w:t>
      </w:r>
    </w:p>
    <w:p>
      <w:r>
        <w:rPr>
          <w:b/>
        </w:rPr>
        <w:t xml:space="preserve">[35:13] </w:t>
      </w:r>
      <w:r>
        <w:t>momin ke liye jaiz nahi ke woh apne aap ko zaleel kare. to logon ne poocha ke koi khud hi kyun zaleel kar rahe ga apne aap ko?</w:t>
      </w:r>
    </w:p>
    <w:p>
      <w:pPr>
        <w:jc w:val="right"/>
      </w:pPr>
      <w:r>
        <w:t>مومن کے لیے جائز نہیں کہ وہ اپنے آپ کو ذلیل کرے۔ تو لوگوں نے پوچھا کہ کوئی خود ہی کیوں ذلیل کر رہے گا اپنے آپ کو؟</w:t>
      </w:r>
    </w:p>
    <w:p>
      <w:r>
        <w:rPr>
          <w:b/>
        </w:rPr>
        <w:t xml:space="preserve">[35:23] </w:t>
      </w:r>
      <w:r>
        <w:t>to aap ne farmaya ke "yatarazzu bila li maliyah". yaani aisi cheez se takra jaye jisay nipatnay ki taqat nahi.</w:t>
      </w:r>
    </w:p>
    <w:p>
      <w:pPr>
        <w:jc w:val="right"/>
      </w:pPr>
      <w:r>
        <w:t>تو آپ نے فرمایا کہ "یتعرض بلا لمالیہ"۔ یعنی ایسی چیز سے ٹکرا جائے جسے نپٹنے کی طاقت نہیں۔</w:t>
      </w:r>
    </w:p>
    <w:p>
      <w:r>
        <w:rPr>
          <w:b/>
        </w:rPr>
        <w:t xml:space="preserve">[35:32] </w:t>
      </w:r>
      <w:r>
        <w:t>bas aap shear se takra jayein, aap hathi se takra jayein to kya hoga? aap khud kuchlay jayein ge, aap khud maray jayein ge. to bas hadith le liya ke sab qital hai aur jihad hai aur aur larna hai.</w:t>
      </w:r>
    </w:p>
    <w:p>
      <w:pPr>
        <w:jc w:val="right"/>
      </w:pPr>
      <w:r>
        <w:t>بس آپ شیر سے ٹکرا جائیں، آپ ہاتھی سے ٹکرا جائیں تو کیا ہوگا؟ آپ خود کچلے جائیں گے، آپ خود مارے جائیں گے۔ تو بس حدیث لے لیا کہ سب قتال ہے اور جہاد ہے اور اور لڑنا ہے۔</w:t>
      </w:r>
    </w:p>
    <w:p>
      <w:r>
        <w:rPr>
          <w:b/>
        </w:rPr>
        <w:t xml:space="preserve">[35:51] </w:t>
      </w:r>
      <w:r>
        <w:t>aur yeh nahi ke doosri hadithon se pata chalta hai ke result oriented hona chahiye. har amal tumhara result oriented hona chahiye.</w:t>
      </w:r>
    </w:p>
    <w:p>
      <w:pPr>
        <w:jc w:val="right"/>
      </w:pPr>
      <w:r>
        <w:t>اور یہ نہیں کہ دوسری حدیثوں سے پتہ چلتا ہے کہ رزلٹ اورینٹڈ ہونا چاہیے۔ ہر عمل تمہارا رزلٹ اورینٹڈ ہونا چاہیے۔</w:t>
      </w:r>
    </w:p>
    <w:p>
      <w:r>
        <w:rPr>
          <w:b/>
        </w:rPr>
        <w:t xml:space="preserve">[36:00] </w:t>
      </w:r>
      <w:r>
        <w:t>yaani agar woh result milay jo aap chahte hain, tab to action hai. nahi to action nahi hai.</w:t>
      </w:r>
    </w:p>
    <w:p>
      <w:pPr>
        <w:jc w:val="right"/>
      </w:pPr>
      <w:r>
        <w:t>یعنی اگر وہ رزلٹ ملے جو آپ چاہتے ہیں، تب تو ایکشن ہے۔ نہیں تو ایکشن نہیں ہے۔</w:t>
      </w:r>
    </w:p>
    <w:p>
      <w:r>
        <w:rPr>
          <w:b/>
        </w:rPr>
        <w:t xml:space="preserve">[36:10] </w:t>
      </w:r>
      <w:r>
        <w:t>nahi to action nahi hai.</w:t>
      </w:r>
    </w:p>
    <w:p>
      <w:pPr>
        <w:jc w:val="right"/>
      </w:pPr>
      <w:r>
        <w:t>نہیں تو ایکشن نہیں ہے۔</w:t>
      </w:r>
    </w:p>
    <w:p>
      <w:r>
        <w:rPr>
          <w:b/>
        </w:rPr>
        <w:t xml:space="preserve">[36:15] </w:t>
      </w:r>
      <w:r>
        <w:t>to har cheez bila soch samajh ho rahi hai. kal ek mere paas ek sahib ka telephone aya. unhon ne kaha ke hum ek jalsay mein gaye wahan par duaen ho rahi theen.</w:t>
      </w:r>
    </w:p>
    <w:p>
      <w:pPr>
        <w:jc w:val="right"/>
      </w:pPr>
      <w:r>
        <w:t>تو ہر چیز بلا سوچ سمجھ ہو رہی ہے۔ کل ایک میرے پاس ایک صاحب کا ٹیلی فون آیا۔ انہوں نے کہا کہ ہم ایک جلسے میں گئے۔ وہاں پر دعائیں ہو رہی تھیں۔</w:t>
      </w:r>
    </w:p>
    <w:p>
      <w:r>
        <w:rPr>
          <w:b/>
        </w:rPr>
        <w:t xml:space="preserve">[36:24] </w:t>
      </w:r>
      <w:r>
        <w:t>khuda ya! saaray aalam ke liye hidayat ka darwaza khol de.</w:t>
      </w:r>
    </w:p>
    <w:p>
      <w:pPr>
        <w:jc w:val="right"/>
      </w:pPr>
      <w:r>
        <w:t>خدایا! سارے عالم کے لیے ہدایت کا دروازہ کھول دے۔</w:t>
      </w:r>
    </w:p>
    <w:p>
      <w:r>
        <w:rPr>
          <w:b/>
        </w:rPr>
        <w:t xml:space="preserve">[36:28] </w:t>
      </w:r>
      <w:r>
        <w:t>taake dekhein kitna acha mahol woh tha ke saari duniya ki duaen kar rahay hain. woh mein ne kaha yeh dua nahi hai. yeh is ko aap dua samajhte hain.</w:t>
      </w:r>
    </w:p>
    <w:p>
      <w:pPr>
        <w:jc w:val="right"/>
      </w:pPr>
      <w:r>
        <w:t>تاکہ دیکھیں کتنا اچھا ماحول وہ تھا کہ ساری دنیا کی دعائیں کر رہے ہیں۔ وہ میں نے کہا یہ دعا نہیں ہے۔ یہ اس کو آپ دعا سمجھتے ہیں۔</w:t>
      </w:r>
    </w:p>
    <w:p>
      <w:r>
        <w:rPr>
          <w:b/>
        </w:rPr>
        <w:t xml:space="preserve">[36:39] </w:t>
      </w:r>
      <w:r>
        <w:t>saari duniya ke liye duaen kar rahay hain. aur isi mein yeh bhi hai ke "allah ahl al kuf wal mushrikeen". khuda ya! halak kar de un logon ko.</w:t>
      </w:r>
    </w:p>
    <w:p>
      <w:pPr>
        <w:jc w:val="right"/>
      </w:pPr>
      <w:r>
        <w:t>ساری دنیا کے لیے دعائیں کر رہے ہیں۔ اور اسی میں یہ بھی ہے کہ "اللہ اہل الکف والمشرکین"۔ خدایا! ہلاک کر دے ان لوگوں کو۔</w:t>
      </w:r>
    </w:p>
    <w:p>
      <w:r>
        <w:rPr>
          <w:b/>
        </w:rPr>
        <w:t xml:space="preserve">[36:50] </w:t>
      </w:r>
      <w:r>
        <w:t>yeh bhi dua hai, is ka woh bhi dua hai.</w:t>
      </w:r>
    </w:p>
    <w:p>
      <w:pPr>
        <w:jc w:val="right"/>
      </w:pPr>
      <w:r>
        <w:t>یہ بھی دعا ہے، اس کا وہ بھی دعا ہے۔</w:t>
      </w:r>
    </w:p>
    <w:p>
      <w:r>
        <w:rPr>
          <w:b/>
        </w:rPr>
        <w:t xml:space="preserve">[36:53] </w:t>
      </w:r>
      <w:r>
        <w:t>to mein ne kaha ke dekhiye quran majeed mein aya hai ke</w:t>
      </w:r>
    </w:p>
    <w:p>
      <w:pPr>
        <w:jc w:val="right"/>
      </w:pPr>
      <w:r>
        <w:t>تو میں نے کہا کہ دیکھیے قرآن مجید میں آیا ہے کہ</w:t>
      </w:r>
    </w:p>
    <w:p>
      <w:r>
        <w:rPr>
          <w:b/>
        </w:rPr>
        <w:t xml:space="preserve">[37:00] </w:t>
      </w:r>
      <w:r>
        <w:t>"yalaheerfa'u al kalim al tayyib". allah ki taraf uthta hai pak kalma.</w:t>
      </w:r>
    </w:p>
    <w:p>
      <w:pPr>
        <w:jc w:val="right"/>
      </w:pPr>
      <w:r>
        <w:t>"یلہیرفع الکلم الطیب"۔ اللہ کی طرف اٹھتا ہے پاک کلمہ۔</w:t>
      </w:r>
    </w:p>
    <w:p>
      <w:r>
        <w:rPr>
          <w:b/>
        </w:rPr>
        <w:t xml:space="preserve">[37:10] </w:t>
      </w:r>
      <w:r>
        <w:t>allah ki taraf jata hai pak kalma. aur amal saleh is ko uthata hai, oopar le aata hai.</w:t>
      </w:r>
    </w:p>
    <w:p>
      <w:pPr>
        <w:jc w:val="right"/>
      </w:pPr>
      <w:r>
        <w:t>اللہ کی طرف جاتا ہے پاک کلمہ۔ اور عمل صالح اس کو اٹھاتا ہے، اوپر لے آتا ہے۔</w:t>
      </w:r>
    </w:p>
    <w:p>
      <w:r>
        <w:rPr>
          <w:b/>
        </w:rPr>
        <w:t xml:space="preserve">[37:18] </w:t>
      </w:r>
      <w:r>
        <w:t>amal saleh kya hai? dua ke muwafiq amal.</w:t>
      </w:r>
    </w:p>
    <w:p>
      <w:pPr>
        <w:jc w:val="right"/>
      </w:pPr>
      <w:r>
        <w:t>عمل صالح کیا ہے؟ دعا کے موافق عمل۔</w:t>
      </w:r>
    </w:p>
    <w:p>
      <w:r>
        <w:rPr>
          <w:b/>
        </w:rPr>
        <w:t xml:space="preserve">[37:26] </w:t>
      </w:r>
      <w:r>
        <w:t>yaani action according towards dua. dua ke muwafiq amal. to mein ne kaha woh kya hai amal? aap saaray aalam ki duaen kar rahay hain aur dil mein nafrat bhari hui hai.</w:t>
      </w:r>
    </w:p>
    <w:p>
      <w:pPr>
        <w:jc w:val="right"/>
      </w:pPr>
      <w:r>
        <w:t>یعنی ایکشن اکارڈنگ ٹورڈز دعا۔ دعا کے موافق عمل۔ تو میں نے کہا وہ کیا ہے عمل؟ آپ سارے عالم کی دعائیں کر رہے ہیں اور دل میں نفرت بھری ہوئی ہے۔</w:t>
      </w:r>
    </w:p>
    <w:p>
      <w:r>
        <w:rPr>
          <w:b/>
        </w:rPr>
        <w:t xml:space="preserve">[37:38] </w:t>
      </w:r>
      <w:r>
        <w:t>to muwafiq amal nahi kiya aap ne.</w:t>
      </w:r>
    </w:p>
    <w:p>
      <w:pPr>
        <w:jc w:val="right"/>
      </w:pPr>
      <w:r>
        <w:t>تو موافق عمل نہیں کیا آپ نے۔</w:t>
      </w:r>
    </w:p>
    <w:p>
      <w:r>
        <w:rPr>
          <w:b/>
        </w:rPr>
        <w:t xml:space="preserve">[37:42] </w:t>
      </w:r>
      <w:r>
        <w:t>dil mein yeh hai ke unhon ne zulm kar rakha hai. yeh conspiracy kar rahay hain hamare khilaf. yeh hum ko satatay hain. dil mein to yeh hai nafrat bhari hui hai.</w:t>
      </w:r>
    </w:p>
    <w:p>
      <w:pPr>
        <w:jc w:val="right"/>
      </w:pPr>
      <w:r>
        <w:t>دل میں یہ ہے کہ انہوں نے ظلم کر رکھا ہے۔ یہ کانسپریسی کر رہے ہیں ہمارے خلاف۔ یہ ہم کو ستاتے ہیں۔ دل میں تو یہ ہے نفرت بھری ہوئی ہے۔</w:t>
      </w:r>
    </w:p>
    <w:p>
      <w:r>
        <w:rPr>
          <w:b/>
        </w:rPr>
        <w:t xml:space="preserve">[37:53] </w:t>
      </w:r>
      <w:r>
        <w:t>aap dua kar rahay hain.</w:t>
      </w:r>
    </w:p>
    <w:p>
      <w:pPr>
        <w:jc w:val="right"/>
      </w:pPr>
      <w:r>
        <w:t>آپ دعا کر رہے ہیں۔</w:t>
      </w:r>
    </w:p>
    <w:p>
      <w:r>
        <w:rPr>
          <w:b/>
        </w:rPr>
        <w:t xml:space="preserve">[37:58] </w:t>
      </w:r>
      <w:r>
        <w:t>to dekhiye dawat se pehle hai kya? nafrat ko khatam karna. dawat se pehle khair khwahi.</w:t>
      </w:r>
    </w:p>
    <w:p>
      <w:pPr>
        <w:jc w:val="right"/>
      </w:pPr>
      <w:r>
        <w:t>تو دیکھیے دعوت سے پہلے ہے کیا؟ نفرت کو ختم کرنا۔ دعوت سے پہلے خیر خواہی۔</w:t>
      </w:r>
    </w:p>
    <w:p>
      <w:r>
        <w:rPr>
          <w:b/>
        </w:rPr>
        <w:t xml:space="preserve">[38:07] </w:t>
      </w:r>
      <w:r>
        <w:t>maa dua karne se agar logon ki islaah ho jaye kare to hazrat nooh ka beta jo hai gumrah na hota. hazrat ibrahim ke baap jo hai woh woh gumrah na hotay.</w:t>
      </w:r>
    </w:p>
    <w:p>
      <w:pPr>
        <w:jc w:val="right"/>
      </w:pPr>
      <w:r>
        <w:t>ماں دعا کرنے سے اگر لوگوں کی اصلاح ہو جائے کرے تو حضرت نوح کا بیٹا جو ہے گمراہ نہ ہوتا۔ حضرت ابراہیم کے باپ جو ہے وہ وہ گمراہ نہ ہوتے۔</w:t>
      </w:r>
    </w:p>
    <w:p>
      <w:r>
        <w:rPr>
          <w:b/>
        </w:rPr>
        <w:t xml:space="preserve">[38:18] </w:t>
      </w:r>
      <w:r>
        <w:t>rasool allah ke chacha abu talib jo hai woh gumrah na hotay. kyunke duaen to khoob keen un logon ne. to is aadmi ko ne apna hissa ada nahi kiya.</w:t>
      </w:r>
    </w:p>
    <w:p>
      <w:pPr>
        <w:jc w:val="right"/>
      </w:pPr>
      <w:r>
        <w:t>رسول اللہ کے چچا ابو طالب جو ہے وہ گمراہ نہ ہوتے۔ کیونکہ دعائیں تو خوب کی ان لوگوں نے۔ تو اس آدمی کو نے اپنا حصہ ادا نہیں کیا۔</w:t>
      </w:r>
    </w:p>
    <w:p>
      <w:r>
        <w:rPr>
          <w:b/>
        </w:rPr>
        <w:t xml:space="preserve">[38:29] </w:t>
      </w:r>
      <w:r>
        <w:t>yeh dua jo hai woh kargar nahi hui.</w:t>
      </w:r>
    </w:p>
    <w:p>
      <w:pPr>
        <w:jc w:val="right"/>
      </w:pPr>
      <w:r>
        <w:t>یہ دعا جو ہے وہ کارگر نہیں ہوئی۔</w:t>
      </w:r>
    </w:p>
    <w:p>
      <w:r>
        <w:rPr>
          <w:b/>
        </w:rPr>
        <w:t xml:space="preserve">[38:33] </w:t>
      </w:r>
      <w:r>
        <w:t>to agar aap chahte hain ke aap daai ka darja milay, aap ko daai ka to sab se pehle aap ko logon ka khair khwah banna paray ga. apne dil se yaani literal tor par nafrat ko khatam karna paray ga.</w:t>
      </w:r>
    </w:p>
    <w:p>
      <w:pPr>
        <w:jc w:val="right"/>
      </w:pPr>
      <w:r>
        <w:t>تو اگر آپ چاہتے ہیں کہ آپ داعی کا درجہ ملے، آپ کو داعی کا تو سب سے پہلے آپ کو لوگوں کا خیر خواہ بننا پڑے گا۔ اپنے دل سے یعنی لیٹرل طور پر نفرت کو ختم کرنا پڑے گا۔</w:t>
      </w:r>
    </w:p>
    <w:p>
      <w:r>
        <w:rPr>
          <w:b/>
        </w:rPr>
        <w:t xml:space="preserve">[38:48] </w:t>
      </w:r>
      <w:r>
        <w:t>nafrat aur dawat dono ekatha nahi ho sakta hai. yeh sab kaise sochne se maloom hota hai? yeh samajhte hain ke bas log dawat ko announcement samajhte hain.</w:t>
      </w:r>
    </w:p>
    <w:p>
      <w:pPr>
        <w:jc w:val="right"/>
      </w:pPr>
      <w:r>
        <w:t>نفرت اور دعوت دونوں اکٹھا نہیں ہو سکتا ہے۔ یہ سب کیسے سوچنے سے معلوم ہوتا ہے؟ یہ سمجھتے ہیں کہ بس لوگ دعوت کو اناؤنسمنٹ سمجھتے ہیں۔</w:t>
      </w:r>
    </w:p>
    <w:p>
      <w:r>
        <w:rPr>
          <w:b/>
        </w:rPr>
        <w:t xml:space="preserve">[38:58] </w:t>
      </w:r>
      <w:r>
        <w:t>announcement. announce kar diya to dua</w:t>
      </w:r>
    </w:p>
    <w:p>
      <w:pPr>
        <w:jc w:val="right"/>
      </w:pPr>
      <w:r>
        <w:t>اناؤنسمنٹ۔ اناؤنس کر دیا تو دع</w:t>
      </w:r>
    </w:p>
    <w:p>
      <w:r>
        <w:rPr>
          <w:b/>
        </w:rPr>
        <w:t xml:space="preserve">[39:03] </w:t>
      </w:r>
      <w:r>
        <w:t>wat ho gayi. nahin dawat ka matlab hai well wishing, khair khwahi. inni lakum naseeh.</w:t>
      </w:r>
    </w:p>
    <w:p>
      <w:pPr>
        <w:jc w:val="right"/>
      </w:pPr>
      <w:r>
        <w:t>وت ہو گئی۔ نہیں۔ دعوت کا مطلب ہے ویل وشنگ، خیر خواہی۔ انی لکم ناصح۔</w:t>
      </w:r>
    </w:p>
    <w:p>
      <w:r>
        <w:rPr>
          <w:b/>
        </w:rPr>
        <w:t xml:space="preserve">[39:14] </w:t>
      </w:r>
      <w:r>
        <w:t>agar dil mein aap ki khair khwahi nahin hai to dawat nahin hai. woh phir woh</w:t>
      </w:r>
    </w:p>
    <w:p>
      <w:pPr>
        <w:jc w:val="right"/>
      </w:pPr>
      <w:r>
        <w:t>اگر دل میں آپ کی خیر خواہی نہیں ہے تو دعوت نہیں ہے۔ وہ پھر وہ</w:t>
      </w:r>
    </w:p>
    <w:p>
      <w:r>
        <w:rPr>
          <w:b/>
        </w:rPr>
        <w:t xml:space="preserve">[39:22] </w:t>
      </w:r>
      <w:r>
        <w:t>dawat nahin hai. woh kal mera yahan mein radio par woh telephone par ek khitab tha yahan se america ke liye.</w:t>
      </w:r>
    </w:p>
    <w:p>
      <w:pPr>
        <w:jc w:val="right"/>
      </w:pPr>
      <w:r>
        <w:t>دعوت نہیں ہے۔ وہ کل میرا یہاں میں ریڈیو پر وہ ٹیلی فون پر ایک خطاب تھا یہاں سے امریکہ کے لیے۔</w:t>
      </w:r>
    </w:p>
    <w:p>
      <w:r>
        <w:rPr>
          <w:b/>
        </w:rPr>
        <w:t xml:space="preserve">[39:33] </w:t>
      </w:r>
      <w:r>
        <w:t>yani maine telephone par address kiya 30 minute aur woh america mein logon ne suna. to us paas sawal jawab tha adh ghante ke khitab ke baad.</w:t>
      </w:r>
    </w:p>
    <w:p>
      <w:pPr>
        <w:jc w:val="right"/>
      </w:pPr>
      <w:r>
        <w:t>یعنی میں نے ٹیلی فون پر ایڈریس کیا 30 منٹ اور وہ امریکہ میں لوگوں نے سنا۔ تو اس پاس سوال جواب تھا ادھ گھنٹے کے خطاب کے بعد۔</w:t>
      </w:r>
    </w:p>
    <w:p>
      <w:r>
        <w:rPr>
          <w:b/>
        </w:rPr>
        <w:t xml:space="preserve">[39:44] </w:t>
      </w:r>
      <w:r>
        <w:t>to ek sahab ne sawal kiya ke aap kehte hain ke dawat america mein dawat nahin dete log. khali khate kamate hain. to unhon ne naam liya kuch logon ke.</w:t>
      </w:r>
    </w:p>
    <w:p>
      <w:pPr>
        <w:jc w:val="right"/>
      </w:pPr>
      <w:r>
        <w:t>تو ایک صاحب نے سوال کیا کہ آپ کہتے ہیں کہ دعوت امریکہ میں دعوت نہیں دیتے لوگ۔ خالی کھاتے کماتے ہیں۔ تو انہوں نے نام لیا کچھ لوگوں کے۔</w:t>
      </w:r>
    </w:p>
    <w:p>
      <w:r>
        <w:rPr>
          <w:b/>
        </w:rPr>
        <w:t xml:space="preserve">[39:53] </w:t>
      </w:r>
      <w:r>
        <w:t>dekhein falan sahab dawti kaam kar rahe hain.</w:t>
      </w:r>
    </w:p>
    <w:p>
      <w:pPr>
        <w:jc w:val="right"/>
      </w:pPr>
      <w:r>
        <w:t>دیکھیں فلاں صاحب دعوتی کام کر رہے ہیں۔</w:t>
      </w:r>
    </w:p>
    <w:p>
      <w:r>
        <w:rPr>
          <w:b/>
        </w:rPr>
        <w:t xml:space="preserve">[39:57] </w:t>
      </w:r>
      <w:r>
        <w:t>to main jaanta tha un logon ko. main ne kaha woh log jo hain</w:t>
      </w:r>
    </w:p>
    <w:p>
      <w:pPr>
        <w:jc w:val="right"/>
      </w:pPr>
      <w:r>
        <w:t>تو میں جانتا تھا ان لوگوں کو۔ میں نے کہا وہ لوگ جو ہیں</w:t>
      </w:r>
    </w:p>
    <w:p>
      <w:r>
        <w:rPr>
          <w:b/>
        </w:rPr>
        <w:t xml:space="preserve">[40:03] </w:t>
      </w:r>
      <w:r>
        <w:t>dawat ke sath adawat ki boli bolte hain. yani isi ke sath woh yeh bhi kehte hain ke america islam ka dushman hai.</w:t>
      </w:r>
    </w:p>
    <w:p>
      <w:pPr>
        <w:jc w:val="right"/>
      </w:pPr>
      <w:r>
        <w:t>دعوت کے ساتھ عداوت کی بولی بولتے ہیں۔ یعنی اسی کے ساتھ وہ یہ بھی کہتے ہیں کہ امریکہ اسلام کا دشمن ہے۔</w:t>
      </w:r>
    </w:p>
    <w:p>
      <w:r>
        <w:rPr>
          <w:b/>
        </w:rPr>
        <w:t xml:space="preserve">[40:13] </w:t>
      </w:r>
      <w:r>
        <w:t>is ke sath yeh bhi kehte hain aur dawat bhi de rahe hain. yeh dawat nahin hai. yeh yeh apne pride ko establish kar rahe hain.</w:t>
      </w:r>
    </w:p>
    <w:p>
      <w:pPr>
        <w:jc w:val="right"/>
      </w:pPr>
      <w:r>
        <w:t>اس کے ساتھ یہ بھی کہتے ہیں اور دعوت بھی دے رہے ہیں۔ یہ دعوت نہیں ہے۔ یہ یہ اپنے پرائیڈ کو اسٹیبلش کر رہے ہیں۔</w:t>
      </w:r>
    </w:p>
    <w:p>
      <w:r>
        <w:rPr>
          <w:b/>
        </w:rPr>
        <w:t xml:space="preserve">[40:21] </w:t>
      </w:r>
      <w:r>
        <w:t>woh sab se pehle aap america se nafrat ko khatam kijiye. nafrat ko khatam kijiye.</w:t>
      </w:r>
    </w:p>
    <w:p>
      <w:pPr>
        <w:jc w:val="right"/>
      </w:pPr>
      <w:r>
        <w:t>وہ سب سے پہلے آپ امریکہ سے نفرت کو ختم کیجئے۔ نفرت کو ختم کیجئے۔</w:t>
      </w:r>
    </w:p>
    <w:p>
      <w:r>
        <w:rPr>
          <w:b/>
        </w:rPr>
        <w:t xml:space="preserve">[40:30] </w:t>
      </w:r>
      <w:r>
        <w:t>is ke baad dawat ka ka aaghaz hoga. dawat ki beginning hogi. to sara mamla be soch samjhe kar rahe hain log.</w:t>
      </w:r>
    </w:p>
    <w:p>
      <w:pPr>
        <w:jc w:val="right"/>
      </w:pPr>
      <w:r>
        <w:t>اس کے بعد دعوت کا کا آغاز ہوگا۔ دعوت کی بگننگ ہوگی۔ تو سارا معاملہ بے سوچ سمجھے کر رہے ہیں لوگ۔</w:t>
      </w:r>
    </w:p>
    <w:p>
      <w:r>
        <w:rPr>
          <w:b/>
        </w:rPr>
        <w:t xml:space="preserve">[40:41] </w:t>
      </w:r>
      <w:r>
        <w:t>halankeh har cheez mein soch soch juri hui hai. tafakkur jura hua hai. tadabbur jura hua hai. sochna jura hua hai.</w:t>
      </w:r>
    </w:p>
    <w:p>
      <w:pPr>
        <w:jc w:val="right"/>
      </w:pPr>
      <w:r>
        <w:t>حالانکہ ہر چیز میں سوچ سوچ جڑی ہوئی ہے۔ تفکر جڑا ہوا ہے۔ تدبر جڑا ہوا ہے۔ سوچنا جڑا ہوا ہے۔</w:t>
      </w:r>
    </w:p>
    <w:p>
      <w:r>
        <w:rPr>
          <w:b/>
        </w:rPr>
        <w:t xml:space="preserve">[40:51] </w:t>
      </w:r>
      <w:r>
        <w:t>yani ibadat jo hai soch kar hoti hai tab ibadat hoti hai. woh ek hadith hai ke aadmi amal karta hai.</w:t>
      </w:r>
    </w:p>
    <w:p>
      <w:pPr>
        <w:jc w:val="right"/>
      </w:pPr>
      <w:r>
        <w:t>یعنی عبادت جو ہے سوچ کر ہوتی ہے تب عبادت ہوتی ہے۔ وہ ایک حدیث ہے کہ آدمی عمل کرتا ہے۔</w:t>
      </w:r>
    </w:p>
    <w:p>
      <w:r>
        <w:rPr>
          <w:b/>
        </w:rPr>
        <w:t xml:space="preserve">[41:02] </w:t>
      </w:r>
      <w:r>
        <w:t>namaz, roza, hajj, zakat amal karta hai. woh wala yajza illa bi qadri aqlihi. magar is ko inaam milta hai.</w:t>
      </w:r>
    </w:p>
    <w:p>
      <w:pPr>
        <w:jc w:val="right"/>
      </w:pPr>
      <w:r>
        <w:t>نماز، روزہ، حج، زکوۃ عمل کرتا ہے۔ وہ ولا یجزا الا بقدر عقلہ۔ مگر اس کو انعام ملتا ہے۔</w:t>
      </w:r>
    </w:p>
    <w:p>
      <w:r>
        <w:rPr>
          <w:b/>
        </w:rPr>
        <w:t xml:space="preserve">[41:13] </w:t>
      </w:r>
      <w:r>
        <w:t>is ko badla milta hai sirf apni aqal ke barabar. jitni aqal itna inaam.</w:t>
      </w:r>
    </w:p>
    <w:p>
      <w:pPr>
        <w:jc w:val="right"/>
      </w:pPr>
      <w:r>
        <w:t>اس کو بدلہ ملتا ہے صرف اپنی عقل کے برابر۔ جتنی عقل اتنا انعام۔</w:t>
      </w:r>
    </w:p>
    <w:p>
      <w:r>
        <w:rPr>
          <w:b/>
        </w:rPr>
        <w:t xml:space="preserve">[41:22] </w:t>
      </w:r>
      <w:r>
        <w:t>bahut ajeeb hai. matlab soch kar ke aap ne jitna jaana tha. soch kar ke aap ne jitna aap ko develop kiya tha. soch kar ke aap ne jitna zyada aap ko is ki gehrai tak pahunche the.</w:t>
      </w:r>
    </w:p>
    <w:p>
      <w:pPr>
        <w:jc w:val="right"/>
      </w:pPr>
      <w:r>
        <w:t>بہت عجیب ہے۔ مطلب سوچ کر کے آپ نے جتنا جانا تھا۔ سوچ کر کے آپ نے جتنا آپ کو ڈیولپ کیا تھا۔ سوچ کر کے آپ نے جتنا زیادہ آپ کو اس کی گہرائی تک پہنچے تھے۔</w:t>
      </w:r>
    </w:p>
    <w:p>
      <w:r>
        <w:rPr>
          <w:b/>
        </w:rPr>
        <w:t xml:space="preserve">[41:36] </w:t>
      </w:r>
      <w:r>
        <w:t>is ke aitbar se aap ko milega reward. bas yani ke form dehra diya to bas bas ho gaya. sab kuch mil gaya.</w:t>
      </w:r>
    </w:p>
    <w:p>
      <w:pPr>
        <w:jc w:val="right"/>
      </w:pPr>
      <w:r>
        <w:t>اس کے اعتبار سے آپ کو ملے گا ریوارڈ۔ بس یعنی کہ فارم دہرا دیا تو بس بس ہو گیا۔ سب کچھ مل گیا۔</w:t>
      </w:r>
    </w:p>
    <w:p>
      <w:r>
        <w:rPr>
          <w:b/>
        </w:rPr>
        <w:t xml:space="preserve">[41:47] </w:t>
      </w:r>
      <w:r>
        <w:t>to kaha ibadat bi qadri aqal hoti hai. aisi dawat bi qadri aqal hai. har cheez ka talluq aqal se hai. quran mein bar bar hai afala taqraun, afala taqraun, afala taqraun ke tum sochte nahin, apne aqal ko istemal nahin karte.</w:t>
      </w:r>
    </w:p>
    <w:p>
      <w:pPr>
        <w:jc w:val="right"/>
      </w:pPr>
      <w:r>
        <w:t>تو کہا عبادت بقدر عقل ہوتی ہے۔ ایسی دعوت بقدر عقل ہے۔ ہر چیز کا تعلق عقل سے ہے۔ قرآن میں بار بار ہے افلا تاقرون، افلا تاقرون، افلا تاقرون کہ تم سوچتے نہیں، اپنے عقل کو استعمال نہیں کرتے۔</w:t>
      </w:r>
    </w:p>
    <w:p>
      <w:r>
        <w:rPr>
          <w:b/>
        </w:rPr>
        <w:t xml:space="preserve">[42:03] </w:t>
      </w:r>
      <w:r>
        <w:t>yeh bar bar aaya hai.</w:t>
      </w:r>
    </w:p>
    <w:p>
      <w:pPr>
        <w:jc w:val="right"/>
      </w:pPr>
      <w:r>
        <w:t>یہ بار بار آیا ہے۔</w:t>
      </w:r>
    </w:p>
    <w:p>
      <w:r>
        <w:rPr>
          <w:b/>
        </w:rPr>
        <w:t xml:space="preserve">[42:12] </w:t>
      </w:r>
      <w:r>
        <w:t>to yeh bahut zaroori hai jaanna ke islam kisi form ka naam nahin hai. kisi ritual ka naam nahin hai. kisi rasam ka naam nahin hai.</w:t>
      </w:r>
    </w:p>
    <w:p>
      <w:pPr>
        <w:jc w:val="right"/>
      </w:pPr>
      <w:r>
        <w:t>تو یہ بہت ضروری ہے جاننا کہ اسلام کسی فارم کا نام نہیں ہے۔ کسی ریچول کا نام نہیں ہے۔ کسی رسم کا نام نہیں ہے۔</w:t>
      </w:r>
    </w:p>
    <w:p>
      <w:r>
        <w:rPr>
          <w:b/>
        </w:rPr>
        <w:t xml:space="preserve">[42:23] </w:t>
      </w:r>
      <w:r>
        <w:t>ek paidaishi certificate ke bhi naam bhi nahin hai. logon ke paas paidaishi certificate hote hain</w:t>
      </w:r>
    </w:p>
    <w:p>
      <w:pPr>
        <w:jc w:val="right"/>
      </w:pPr>
      <w:r>
        <w:t>ایک پیدائشی سرٹیفیکیٹ کے بھی نام بھی نہیں ہے۔ لوگوں کے پاس پیدائشی سرٹیفیکیٹ ہوتے ہیں</w:t>
      </w:r>
    </w:p>
    <w:p>
      <w:r>
        <w:rPr>
          <w:b/>
        </w:rPr>
        <w:t xml:space="preserve">[42:34] </w:t>
      </w:r>
      <w:r>
        <w:t>to is ka naam bhi islam nahin hai.</w:t>
      </w:r>
    </w:p>
    <w:p>
      <w:pPr>
        <w:jc w:val="right"/>
      </w:pPr>
      <w:r>
        <w:t>تو اس کا نام بھی اسلام نہیں ہے۔</w:t>
      </w:r>
    </w:p>
    <w:p>
      <w:r>
        <w:rPr>
          <w:b/>
        </w:rPr>
        <w:t xml:space="preserve">[42:38] </w:t>
      </w:r>
      <w:r>
        <w:t>soch kar aap log apni shakhsiyat banate hain. is shakhsiyat ka naam islam hai. soch kar ke, soche samjhe, soche yani soch samajh ka jo aap ikhtiyar karte hain, wahi aap ka deen hai.</w:t>
      </w:r>
    </w:p>
    <w:p>
      <w:pPr>
        <w:jc w:val="right"/>
      </w:pPr>
      <w:r>
        <w:t>سوچ کر آپ لوگ اپنی شخصیت بناتے ہیں۔ اس شخصیت کا نام اسلام ہے۔ سوچ کر کے، سوچے سمجھے، سوچے یعنی سوچ سمجھ کا جو آپ اختیار کرتے ہیں، وہی آپ کا دین ہے۔</w:t>
      </w:r>
    </w:p>
    <w:p>
      <w:r>
        <w:rPr>
          <w:b/>
        </w:rPr>
        <w:t xml:space="preserve">[42:54] </w:t>
      </w:r>
      <w:r>
        <w:t>wahi aap ka deen hai. isi ko kaha jata hai discovery, daryaft.</w:t>
      </w:r>
    </w:p>
    <w:p>
      <w:pPr>
        <w:jc w:val="right"/>
      </w:pPr>
      <w:r>
        <w:t>وہی آپ کا دین ہے۔ اسی کو کہا جاتا ہے ڈسکوری، دریافت۔</w:t>
      </w:r>
    </w:p>
    <w:p>
      <w:r>
        <w:rPr>
          <w:b/>
        </w:rPr>
        <w:t xml:space="preserve">[43:00] </w:t>
      </w:r>
      <w:r>
        <w:t>to imaan ke pehle daryaft hai, ibaadat ke pehle daryaft hai, haj ke pehle daryaft hai, dawat se pehle daryaft hai.</w:t>
      </w:r>
    </w:p>
    <w:p>
      <w:pPr>
        <w:jc w:val="right"/>
      </w:pPr>
      <w:r>
        <w:t>تو ایمان کے پہلے دریافت ہے، عبادت کے پہلے دریافت ہے، حج کے پہلے دریافت ہے، دعوت سے پہلے دریافت ہے۔</w:t>
      </w:r>
    </w:p>
    <w:p>
      <w:r>
        <w:rPr>
          <w:b/>
        </w:rPr>
        <w:t xml:space="preserve">[43:09] </w:t>
      </w:r>
      <w:r>
        <w:t>yaani is cheez ko jaanna jo us ki haqeeqat ko jaanna aur us ke mutabiq apne ko dhaalna, tab ja kar woh amal jo aap kareinge, is mein aqal shaamil rahe gi aur tab woh Allah ke haan rewardable hoga.</w:t>
      </w:r>
    </w:p>
    <w:p>
      <w:pPr>
        <w:jc w:val="right"/>
      </w:pPr>
      <w:r>
        <w:t>یعنی اس چیز کو جاننا جو اس کی حقیقت کو جاننا اور اس کے مطابق اپنے کو ڈھالنا، تب جا کر وہ عمل جو آپ کریں گے، اس میں عقل شامل رہے گی اور تب وہ اللہ کے ہاں ریوارڈیبل ہوگا۔</w:t>
      </w:r>
    </w:p>
    <w:p>
      <w:r>
        <w:rPr>
          <w:b/>
        </w:rPr>
        <w:t xml:space="preserve">[43:29] </w:t>
      </w:r>
      <w:r>
        <w:t>to yeh bohat zyada zaroori hai ke hum apni aqal ko develop karein, apni soch ko develop karein.</w:t>
      </w:r>
    </w:p>
    <w:p>
      <w:pPr>
        <w:jc w:val="right"/>
      </w:pPr>
      <w:r>
        <w:t>تو یہ بہت زیادہ ضروری ہے کہ ہم اپنی عقل کو ڈیولپ کریں، اپنی سوچ کو ڈیولپ کریں۔</w:t>
      </w:r>
    </w:p>
    <w:p>
      <w:r>
        <w:rPr>
          <w:b/>
        </w:rPr>
        <w:t xml:space="preserve">[43:45] </w:t>
      </w:r>
      <w:r>
        <w:t>intellectual development hi sab kuch hai. mere n</w:t>
      </w:r>
    </w:p>
    <w:p>
      <w:pPr>
        <w:jc w:val="right"/>
      </w:pPr>
      <w:r>
        <w:t>انٹلیکچول ڈیولپمنٹ ہی سب کچھ ہے۔ میرے ن</w:t>
      </w:r>
    </w:p>
    <w:p>
      <w:r>
        <w:rPr>
          <w:b/>
        </w:rPr>
        <w:t xml:space="preserve">[43:48] </w:t>
      </w:r>
      <w:r>
        <w:t>azdeek to ek saahib ka telephone aaya to</w:t>
      </w:r>
    </w:p>
    <w:p>
      <w:pPr>
        <w:jc w:val="right"/>
      </w:pPr>
      <w:r>
        <w:t>زدیک تو ایک صاحب کا ٹیلی فون آیا تو</w:t>
      </w:r>
    </w:p>
    <w:p>
      <w:r>
        <w:rPr>
          <w:b/>
        </w:rPr>
        <w:t xml:space="preserve">[43:54] </w:t>
      </w:r>
      <w:r>
        <w:t>unho ne kaha ke mujhe aala marifat chahiye. woh risala padhte hain, risale ke re</w:t>
      </w:r>
    </w:p>
    <w:p>
      <w:pPr>
        <w:jc w:val="right"/>
      </w:pPr>
      <w:r>
        <w:t>انہوں نے کہا کہ مجھے اعلیٰ معرفت چاہیے۔ وہ رسالہ پڑھتے ہیں، رسالے کے ری</w:t>
      </w:r>
    </w:p>
    <w:p>
      <w:r>
        <w:rPr>
          <w:b/>
        </w:rPr>
        <w:t xml:space="preserve">[44:04] </w:t>
      </w:r>
      <w:r>
        <w:t>ader hain. woh kaha ke aap Quran, woh aap risala mein zikr karte hain marifat aala ka, to mujhe woh cheez chahiye.</w:t>
      </w:r>
    </w:p>
    <w:p>
      <w:pPr>
        <w:jc w:val="right"/>
      </w:pPr>
      <w:r>
        <w:t>ڈر ہیں۔ وہ کہا کہ آپ قرآن، وہ آپ رسالہ میں ذکر کرتے ہیں معرفت اعلیٰ کا، تو مجھے وہ چیز چاہیے۔</w:t>
      </w:r>
    </w:p>
    <w:p>
      <w:r>
        <w:rPr>
          <w:b/>
        </w:rPr>
        <w:t xml:space="preserve">[44:16] </w:t>
      </w:r>
      <w:r>
        <w:t>woh kaise haasil karoon?</w:t>
      </w:r>
    </w:p>
    <w:p>
      <w:pPr>
        <w:jc w:val="right"/>
      </w:pPr>
      <w:r>
        <w:t>وہ کیسے حاصل کروں؟</w:t>
      </w:r>
    </w:p>
    <w:p>
      <w:r>
        <w:rPr>
          <w:b/>
        </w:rPr>
        <w:t xml:space="preserve">[44:22] </w:t>
      </w:r>
      <w:r>
        <w:t>to maine kaha ke yeh bataiye ke</w:t>
      </w:r>
    </w:p>
    <w:p>
      <w:pPr>
        <w:jc w:val="right"/>
      </w:pPr>
      <w:r>
        <w:t>تو میں نے کہا کہ یہ بتائیے کہ</w:t>
      </w:r>
    </w:p>
    <w:p>
      <w:r>
        <w:rPr>
          <w:b/>
        </w:rPr>
        <w:t xml:space="preserve">[44:30] </w:t>
      </w:r>
      <w:r>
        <w:t>babri masjid todi gayi thi 1992 mein, to is ko le kar ke aap ko nafrat hai un logon ke khilaaf jinho ne toda?</w:t>
      </w:r>
    </w:p>
    <w:p>
      <w:pPr>
        <w:jc w:val="right"/>
      </w:pPr>
      <w:r>
        <w:t>بابری مسجد توڑی گئی تھی 1992 میں، تو اس کو لے کر کے آپ کو نفرت ہے ان لوگوں کے خلاف جنہوں نے توڑا؟</w:t>
      </w:r>
    </w:p>
    <w:p>
      <w:r>
        <w:rPr>
          <w:b/>
        </w:rPr>
        <w:t xml:space="preserve">[44:40] </w:t>
      </w:r>
      <w:r>
        <w:t>to kaha woh to woh to fitri cheez hai, woh to rahe gi.</w:t>
      </w:r>
    </w:p>
    <w:p>
      <w:pPr>
        <w:jc w:val="right"/>
      </w:pPr>
      <w:r>
        <w:t>تو کہا وہ تو وہ تو فطری چیز ہے، وہ تو رہے گی۔</w:t>
      </w:r>
    </w:p>
    <w:p>
      <w:r>
        <w:rPr>
          <w:b/>
        </w:rPr>
        <w:t xml:space="preserve">[44:45] </w:t>
      </w:r>
      <w:r>
        <w:t>to maine kaha phir aap ko marifat aala ki baat kyun karte hain?</w:t>
      </w:r>
    </w:p>
    <w:p>
      <w:pPr>
        <w:jc w:val="right"/>
      </w:pPr>
      <w:r>
        <w:t>تو میں نے کہا پھر آپ کو معرفت اعلیٰ کی بات کیوں کرتے ہیں؟</w:t>
      </w:r>
    </w:p>
    <w:p>
      <w:r>
        <w:rPr>
          <w:b/>
        </w:rPr>
        <w:t xml:space="preserve">[44:52] </w:t>
      </w:r>
      <w:r>
        <w:t>maafi ta'ala ki baat kyun karte hain? maine kaha ke dekhiye suniye,</w:t>
      </w:r>
    </w:p>
    <w:p>
      <w:pPr>
        <w:jc w:val="right"/>
      </w:pPr>
      <w:r>
        <w:t>معافی تعالیٰ کی بات کیوں کرتے ہیں؟ میں نے کہا کہ دیکھیے سنیے،</w:t>
      </w:r>
    </w:p>
    <w:p>
      <w:r>
        <w:rPr>
          <w:b/>
        </w:rPr>
        <w:t xml:space="preserve">[45:01] </w:t>
      </w:r>
      <w:r>
        <w:t>unho ne ek masjid toda, babri masjid ko. India mein abhi bhi saade panch lakh masjidain hain, saade panch lakh.</w:t>
      </w:r>
    </w:p>
    <w:p>
      <w:pPr>
        <w:jc w:val="right"/>
      </w:pPr>
      <w:r>
        <w:t>انہوں نے ایک مسجد توڑا، بابری مسجد کو۔ انڈیا میں ابھی بھی ساڑھے پانچ لاکھ مسجدیں ہیں، ساڑھے پانچ لاکھ۔</w:t>
      </w:r>
    </w:p>
    <w:p>
      <w:r>
        <w:rPr>
          <w:b/>
        </w:rPr>
        <w:t xml:space="preserve">[45:12] </w:t>
      </w:r>
      <w:r>
        <w:t>yeh alfaaz jo hain farishton ka record ho chuke hain jo maine kaha tha telephone par</w:t>
      </w:r>
    </w:p>
    <w:p>
      <w:pPr>
        <w:jc w:val="right"/>
      </w:pPr>
      <w:r>
        <w:t>یہ الفاظ جو ہیں فرشتوں کا ریکارڈ ہو چکے ہیں جو میں نے کہا تھا ٹیلی فون پر</w:t>
      </w:r>
    </w:p>
    <w:p>
      <w:r>
        <w:rPr>
          <w:b/>
        </w:rPr>
        <w:t xml:space="preserve">[45:20] </w:t>
      </w:r>
      <w:r>
        <w:t>ke agar woh India ki saari masjidon ko tod daalein, saade panch lakh masjid sab ko tod daalein, ek bhi masjid duniya mein na rahe, tab bhi mere andar koi hate nahi aayega.</w:t>
      </w:r>
    </w:p>
    <w:p>
      <w:pPr>
        <w:jc w:val="right"/>
      </w:pPr>
      <w:r>
        <w:t>کہ اگر وہ انڈیا کی ساری مسجدوں کو توڑ ڈالیں، ساڑھے پانچ لاکھ مسجد سب کو توڑ ڈالیں، ایک بھی مسجد دنیا میں نہ رہے، تب بھی میرے اندر کوئی ہیٹ نہیں آئے گا۔</w:t>
      </w:r>
    </w:p>
    <w:p>
      <w:r>
        <w:rPr>
          <w:b/>
        </w:rPr>
        <w:t xml:space="preserve">[45:34] </w:t>
      </w:r>
      <w:r>
        <w:t>kyun? tab bhi main kahoon khudaaya is se badi masjid maujood hai abhi bhi mere liye. yeh zameen</w:t>
      </w:r>
    </w:p>
    <w:p>
      <w:pPr>
        <w:jc w:val="right"/>
      </w:pPr>
      <w:r>
        <w:t>کیوں؟ تب بھی میں کہوں خدایا اس سے بڑی مسجد موجود ہے ابھی بھی میرے لیے۔ یہ زمین</w:t>
      </w:r>
    </w:p>
    <w:p>
      <w:r>
        <w:rPr>
          <w:b/>
        </w:rPr>
        <w:t xml:space="preserve">[45:42] </w:t>
      </w:r>
      <w:r>
        <w:t>woh super masjid hai. hadees mein aata hai ke saari zameen mere liye masjid bana di gayi. yeh hadees hai ke saari zameen mere liye masjid bana di gayi.</w:t>
      </w:r>
    </w:p>
    <w:p>
      <w:pPr>
        <w:jc w:val="right"/>
      </w:pPr>
      <w:r>
        <w:t>وہ سپر مسجد ہے۔ حدیث میں آتا ہے کہ ساری زمین میرے لیے مسجد بنا دی گئی۔ یہ حدیث ہے کہ ساری زمین میرے لیے مسجد بنا دی گئی۔</w:t>
      </w:r>
    </w:p>
    <w:p>
      <w:r>
        <w:rPr>
          <w:b/>
        </w:rPr>
        <w:t xml:space="preserve">[45:53] </w:t>
      </w:r>
      <w:r>
        <w:t>to agar todne wala koi saari masjidon ko tod daale, ek masjid baqi na rahe, tab bhi mera shukr bhang nahi hoga, mera shukr zaail nahi hoga.</w:t>
      </w:r>
    </w:p>
    <w:p>
      <w:pPr>
        <w:jc w:val="right"/>
      </w:pPr>
      <w:r>
        <w:t>تو اگر توڑنے والا کوئی ساری مسجدوں کو توڑ ڈالے، ایک مسجد باقی نہ رہے، تب بھی میرا شکر بھنگ نہیں ہوگا، میرا شکر زائل نہیں ہوگا۔</w:t>
      </w:r>
    </w:p>
    <w:p>
      <w:r>
        <w:rPr>
          <w:b/>
        </w:rPr>
        <w:t xml:space="preserve">[46:04] </w:t>
      </w:r>
      <w:r>
        <w:t>kyun? main kahoon khudaaya yeh teri zameen abhi maujood hai, wahan main sajda kar sakta hoon tere liye. to kaha maine kaha aap ke andar yeh buta hai ke nahi?</w:t>
      </w:r>
    </w:p>
    <w:p>
      <w:pPr>
        <w:jc w:val="right"/>
      </w:pPr>
      <w:r>
        <w:t>کیوں؟ میں کہوں خدایا یہ تیری زمین ابھی موجود ہے، وہاں میں سجدہ کر سکتا ہوں تیرے لیے۔ تو کہا میں نے کہا آپ کے اندر یہ بوتا ہے کہ نہیں؟</w:t>
      </w:r>
    </w:p>
    <w:p>
      <w:r>
        <w:rPr>
          <w:b/>
        </w:rPr>
        <w:t xml:space="preserve">[46:14] </w:t>
      </w:r>
      <w:r>
        <w:t>buta hai? nahi hai to phir aala marifat ki baat mat kijiye.</w:t>
      </w:r>
    </w:p>
    <w:p>
      <w:pPr>
        <w:jc w:val="right"/>
      </w:pPr>
      <w:r>
        <w:t>بوتا ہے؟ نہیں ہے تو پھر اعلیٰ معرفت کی بات مت کیجئے۔</w:t>
      </w:r>
    </w:p>
    <w:p>
      <w:r>
        <w:rPr>
          <w:b/>
        </w:rPr>
        <w:t xml:space="preserve">[46:20] </w:t>
      </w:r>
      <w:r>
        <w:t>to chup ho gaye. woh un ki samajh mein nahi aaya ke yeh bhi koi darja hai.</w:t>
      </w:r>
    </w:p>
    <w:p>
      <w:pPr>
        <w:jc w:val="right"/>
      </w:pPr>
      <w:r>
        <w:t>تو چپ ہو گئے۔ وہ ان کی سمجھ میں نہیں آیا کہ یہ بھی کوئی درجہ ہے۔</w:t>
      </w:r>
    </w:p>
    <w:p>
      <w:r>
        <w:rPr>
          <w:b/>
        </w:rPr>
        <w:t xml:space="preserve">[46:26] </w:t>
      </w:r>
      <w:r>
        <w:t>un ki samajh hi mein nahi aaya ke kya is ke baray mein kya bol</w:t>
      </w:r>
    </w:p>
    <w:p>
      <w:pPr>
        <w:jc w:val="right"/>
      </w:pPr>
      <w:r>
        <w:t>ان کی سمجھ ہی میں نہیں آیا کہ کیا اس کے بارے میں کیا بول</w:t>
      </w:r>
    </w:p>
    <w:p>
      <w:r>
        <w:rPr>
          <w:b/>
        </w:rPr>
        <w:t xml:space="preserve">[46:29] </w:t>
      </w:r>
      <w:r>
        <w:t>ein. woh</w:t>
      </w:r>
    </w:p>
    <w:p>
      <w:pPr>
        <w:jc w:val="right"/>
      </w:pPr>
      <w:r>
        <w:t>یں۔ وہ</w:t>
      </w:r>
    </w:p>
    <w:p>
      <w:r>
        <w:rPr>
          <w:b/>
        </w:rPr>
        <w:t xml:space="preserve">[46:33] </w:t>
      </w:r>
      <w:r>
        <w:t>dekhiye,</w:t>
      </w:r>
    </w:p>
    <w:p>
      <w:pPr>
        <w:jc w:val="right"/>
      </w:pPr>
      <w:r>
        <w:t>دیکھیے،</w:t>
      </w:r>
    </w:p>
    <w:p>
      <w:r>
        <w:rPr>
          <w:b/>
        </w:rPr>
        <w:t xml:space="preserve">[46:38] </w:t>
      </w:r>
      <w:r>
        <w:t>rasool Allah se kaba cheen gaya tha, kaba, aur nikaal diya gaya aap ko makkah se. chale gaye madina.</w:t>
      </w:r>
    </w:p>
    <w:p>
      <w:pPr>
        <w:jc w:val="right"/>
      </w:pPr>
      <w:r>
        <w:t>رسول اللہ سے کعبہ چھین گیا تھا، کعبہ، اور نکال دیا گیا آپ کو مکہ سے۔ چلے گئے مدینہ۔</w:t>
      </w:r>
    </w:p>
    <w:p>
      <w:r>
        <w:rPr>
          <w:b/>
        </w:rPr>
        <w:t xml:space="preserve">[46:49] </w:t>
      </w:r>
      <w:r>
        <w:t>wohan wahan jo taqreer ki thi aap ne, kya taqreer ki thi? kya kiya? ek kitne zalim hain, mujh se kaba cheen liya, mujh se watan cheen liya, mera ghar cheen</w:t>
      </w:r>
    </w:p>
    <w:p>
      <w:pPr>
        <w:jc w:val="right"/>
      </w:pPr>
      <w:r>
        <w:t>وہاں وہاں جو تقریر کی تھی آپ نے، کیا تقریر کی تھی؟ کیا کیا؟ ایک کتنے ظالم ہیں، مجھ سے کعبہ چھین لیا، مجھ سے وطن چھین لیا، میرا گھر چھین</w:t>
      </w:r>
    </w:p>
    <w:p>
      <w:r>
        <w:rPr>
          <w:b/>
        </w:rPr>
        <w:t xml:space="preserve">[46:58] </w:t>
      </w:r>
      <w:r>
        <w:t>liya. yeh kya taqreer ki unhon ne ja kar ke wahan madina mein? kuch nahi, kuch nahi, kuch nahi. aap ne farmaya ke ittaqu an nar walau bis.</w:t>
      </w:r>
    </w:p>
    <w:p>
      <w:pPr>
        <w:jc w:val="right"/>
      </w:pPr>
      <w:r>
        <w:t>لیا۔ یہ کیا تقریر کی انہوں نے جا کر کے وہاں مدینہ میں؟ کچھ نہیں، کچھ نہیں، کچھ نہیں۔ آپ نے فرمایا کہ اتقوا النار ولو بس۔</w:t>
      </w:r>
    </w:p>
    <w:p>
      <w:r>
        <w:rPr>
          <w:b/>
        </w:rPr>
        <w:t xml:space="preserve">[47:12] </w:t>
      </w:r>
      <w:r>
        <w:t>ae logon! yeh taqreer maujood hai seerat ibn e hisham mein. aiha naas! ittaqu an nar walau bis.</w:t>
      </w:r>
    </w:p>
    <w:p>
      <w:pPr>
        <w:jc w:val="right"/>
      </w:pPr>
      <w:r>
        <w:t>اے لوگوں! یہ تقریر موجود ہے سیرت ابن ہشام میں۔ ایہا الناس! اتقوا النار ولو بس۔</w:t>
      </w:r>
    </w:p>
    <w:p>
      <w:r>
        <w:rPr>
          <w:b/>
        </w:rPr>
        <w:t xml:space="preserve">[47:22] </w:t>
      </w:r>
      <w:r>
        <w:t>ae logon! apne aap ko bachao aag se, chahe khajoor ka ek tukra de kar kyun na ho.</w:t>
      </w:r>
    </w:p>
    <w:p>
      <w:pPr>
        <w:jc w:val="right"/>
      </w:pPr>
      <w:r>
        <w:t>اے لوگوں! اپنے آپ کو بچاؤ آگ سے، چاہے کھجور کا ایک ٹکڑا دے کر کیوں نہ ہو۔</w:t>
      </w:r>
    </w:p>
    <w:p>
      <w:r>
        <w:rPr>
          <w:b/>
        </w:rPr>
        <w:t xml:space="preserve">[47:30] </w:t>
      </w:r>
      <w:r>
        <w:t>yeh darja jab aap ko milta hai, har cheez aap ko hadaf ho jati hai. supreme person sirf Khuda reh jata hai. Khuda!</w:t>
      </w:r>
    </w:p>
    <w:p>
      <w:pPr>
        <w:jc w:val="right"/>
      </w:pPr>
      <w:r>
        <w:t>یہ درجہ جب آپ کو ملتا ہے، ہر چیز آپ کو حذف ہو جاتی ہے۔ سپریم پرسن صرف خدا رہ جاتا ہے۔ خدا!</w:t>
      </w:r>
    </w:p>
    <w:p>
      <w:r>
        <w:rPr>
          <w:b/>
        </w:rPr>
        <w:t xml:space="preserve">[47:42] </w:t>
      </w:r>
      <w:r>
        <w:t>Khuda jab rehta hai.</w:t>
      </w:r>
    </w:p>
    <w:p>
      <w:pPr>
        <w:jc w:val="right"/>
      </w:pPr>
      <w:r>
        <w:t>خدا جب رہتا ہے۔</w:t>
      </w:r>
    </w:p>
    <w:p>
      <w:r>
        <w:rPr>
          <w:b/>
        </w:rPr>
        <w:t xml:space="preserve">[47:48] </w:t>
      </w:r>
      <w:r>
        <w:t>kal mein soch raha tha ke Hazrat Abu Bakr Siddiq ke baray mein kisi ne likha hai ke woh bilkul, naoozubillah, woh blind follower thay rasool Allah sallallahu alaihi wasallam ke.</w:t>
      </w:r>
    </w:p>
    <w:p>
      <w:pPr>
        <w:jc w:val="right"/>
      </w:pPr>
      <w:r>
        <w:t>کل میں سوچ رہا تھا کہ حضرت ابوبکر صدیق کے بارے میں کسی نے لکھا ہے کہ وہ بالکل، نعوذ باللہ، وہ بلائنڈ فالوور تھے رسول اللہ صلی اللہ علیہ وسلم کے۔</w:t>
      </w:r>
    </w:p>
    <w:p>
      <w:r>
        <w:rPr>
          <w:b/>
        </w:rPr>
        <w:t xml:space="preserve">[48:01] </w:t>
      </w:r>
      <w:r>
        <w:t>kyun ke hadith mein aata hai ke Hazrat Hazrat Abu Bakr jo thay, kabhi unhon ne rasool Allah se ikhtilaf nahi kiya. to yeh is aadmi ne jo ek ek secular murikh hai,</w:t>
      </w:r>
    </w:p>
    <w:p>
      <w:pPr>
        <w:jc w:val="right"/>
      </w:pPr>
      <w:r>
        <w:t>کیونکہ حدیث میں آتا ہے کہ حضرت حضرت ابوبکر جو تھے، کبھی انہوں نے رسول اللہ سے اختلاف نہیں کیا۔ تو یہ اس آدمی نے جو ایک ایک سیکولر مورخ ہے،</w:t>
      </w:r>
    </w:p>
    <w:p>
      <w:r>
        <w:rPr>
          <w:b/>
        </w:rPr>
        <w:t xml:space="preserve">[48:17] </w:t>
      </w:r>
      <w:r>
        <w:t>secular murikh hai, to us ne kaha ke Abu Bakr jo thay, woh rasool Allah ke blind follower thay. yeh jhooti baat hai, yeh jhooti baat hai.</w:t>
      </w:r>
    </w:p>
    <w:p>
      <w:pPr>
        <w:jc w:val="right"/>
      </w:pPr>
      <w:r>
        <w:t>سیکولر مورخ ہے، تو اس نے کہا کہ ابوبکر جو تھے، وہ رسول اللہ کے بلائنڈ فالوور تھے۔ یہ جھوٹی بات ہے، یہ جھوٹی بات ہے۔</w:t>
      </w:r>
    </w:p>
    <w:p>
      <w:r>
        <w:rPr>
          <w:b/>
        </w:rPr>
        <w:t xml:space="preserve">[48:27] </w:t>
      </w:r>
      <w:r>
        <w:t>blind follower nahi thay. ras</w:t>
      </w:r>
    </w:p>
    <w:p>
      <w:pPr>
        <w:jc w:val="right"/>
      </w:pPr>
      <w:r>
        <w:t>بلائنڈ فالوور نہیں تھے۔ رس</w:t>
      </w:r>
    </w:p>
    <w:p>
      <w:r>
        <w:rPr>
          <w:b/>
        </w:rPr>
        <w:t xml:space="preserve">[48:29] </w:t>
      </w:r>
      <w:r>
        <w:t>ool Allah ka Abu Bakr ka view length ek ho gaya tha.</w:t>
      </w:r>
    </w:p>
    <w:p>
      <w:pPr>
        <w:jc w:val="right"/>
      </w:pPr>
      <w:r>
        <w:t>ول اللہ کا ابوبکر کا ویو لینتھ ایک ہو گیا تھا۔</w:t>
      </w:r>
    </w:p>
    <w:p>
      <w:r>
        <w:rPr>
          <w:b/>
        </w:rPr>
        <w:t xml:space="preserve">[48:35] </w:t>
      </w:r>
      <w:r>
        <w:t>rasool Allah ka aur Hazrat Abu Bakr ka view length ek ho gaya tha. yeh hai asal baat. chunancha aap dekhiye kitna bara darja tha un ke shaoor ka.</w:t>
      </w:r>
    </w:p>
    <w:p>
      <w:pPr>
        <w:jc w:val="right"/>
      </w:pPr>
      <w:r>
        <w:t>رسول اللہ کا اور حضرت ابوبکر کا ویو لینتھ ایک ہو گیا تھا۔ یہ ہے اصل بات۔ چنانچہ آپ دیکھیے کتنا بڑا درجہ تھا ان کے شعور کا۔</w:t>
      </w:r>
    </w:p>
    <w:p>
      <w:r>
        <w:rPr>
          <w:b/>
        </w:rPr>
        <w:t xml:space="preserve">[48:48] </w:t>
      </w:r>
      <w:r>
        <w:t>rasool Allah ki jab wafat hui aur saare log pareshan thay ke rasool Allah ki wafat ho gayi, wafat ho gayi, wafat ho gayi, bohat pareshan thay.</w:t>
      </w:r>
    </w:p>
    <w:p>
      <w:pPr>
        <w:jc w:val="right"/>
      </w:pPr>
      <w:r>
        <w:t>رسول اللہ کی جب وفات ہوئی اور سارے لوگ پریشان تھے کہ رسول اللہ کی وفات ہو گئی، وفات ہو گئی، وفات ہو گئی، بہت پریشان تھے۔</w:t>
      </w:r>
    </w:p>
    <w:p>
      <w:r>
        <w:rPr>
          <w:b/>
        </w:rPr>
        <w:t xml:space="preserve">[48:57] </w:t>
      </w:r>
      <w:r>
        <w:t>Hazrat Abu Bakr aate hain, woh sab madine se bahar thay. aaye aur dekha ke aap ka body jo hai, lataya hua hai, us ke upar chadar hai.</w:t>
      </w:r>
    </w:p>
    <w:p>
      <w:pPr>
        <w:jc w:val="right"/>
      </w:pPr>
      <w:r>
        <w:t>حضرت ابوبکر آتے ہیں، وہ سب مدینے سے باہر تھے۔ آئے اور دیکھا کہ آپ کا باڈی جو ہے، لٹایا ہوا ہے، اس کے اوپر چادر ہے۔</w:t>
      </w:r>
    </w:p>
    <w:p>
      <w:r>
        <w:rPr>
          <w:b/>
        </w:rPr>
        <w:t xml:space="preserve">[49:09] </w:t>
      </w:r>
      <w:r>
        <w:t>chadar uthai aap ne. Hazrat Abu Bakr ne aur kaha ke man kan ya Muhammad Muhammad qadmat, wa man kan ya Abdullah, fa inna Allah hayy la yaboot.</w:t>
      </w:r>
    </w:p>
    <w:p>
      <w:pPr>
        <w:jc w:val="right"/>
      </w:pPr>
      <w:r>
        <w:t>چادر اٹھائی آپ نے۔ حضرت ابوبکر نے اور کہا کہ من کان یا محمد محمد قدمات، ومن کان یا عبداللہ، فان اللہ حی لا یبوت۔</w:t>
      </w:r>
    </w:p>
    <w:p>
      <w:r>
        <w:rPr>
          <w:b/>
        </w:rPr>
        <w:t xml:space="preserve">[49:27] </w:t>
      </w:r>
      <w:r>
        <w:t>jo Muhammad ko poochta tha to woh jaan le ke Muhammad mar gaye. jo Khuda ko poochta tha to woh jaane ke Khuda zinda hai, woh kabhi marne wala nahi hai.</w:t>
      </w:r>
    </w:p>
    <w:p>
      <w:pPr>
        <w:jc w:val="right"/>
      </w:pPr>
      <w:r>
        <w:t>جو محمد کو پوچھتا تھا تو وہ جان لے کہ محمد مر گئے۔ جو خدا کو پوچھتا تھا تو وہ جانے کہ خدا زندہ ہے، وہ کبھی مرنے والا نہیں ہے۔</w:t>
      </w:r>
    </w:p>
    <w:p>
      <w:r>
        <w:rPr>
          <w:b/>
        </w:rPr>
        <w:t xml:space="preserve">[49:40] </w:t>
      </w:r>
      <w:r>
        <w:t>yeh hai marifat aala ka darja ke sab kuch kho kar bhi aap ko Khuda mila hua hai to aap kafi hain aap ke liye.</w:t>
      </w:r>
    </w:p>
    <w:p>
      <w:pPr>
        <w:jc w:val="right"/>
      </w:pPr>
      <w:r>
        <w:t>یہ ہے معرفت اعلیٰ کا درجہ کہ سب کچھ کھو کر بھی آپ کو خدا ملا ہوا ہے تو آپ کافی ہیں آپ کے لیے۔</w:t>
      </w:r>
    </w:p>
    <w:p>
      <w:r>
        <w:rPr>
          <w:b/>
        </w:rPr>
        <w:t xml:space="preserve">[49:50] </w:t>
      </w:r>
      <w:r>
        <w:t>kaise ajeeb tha un logon ka darja marifat</w:t>
      </w:r>
    </w:p>
    <w:p>
      <w:pPr>
        <w:jc w:val="right"/>
      </w:pPr>
      <w:r>
        <w:t>کیسے عجیب تھا ان لوگوں کا درجہ معرفت</w:t>
      </w:r>
    </w:p>
    <w:p>
      <w:r>
        <w:rPr>
          <w:b/>
        </w:rPr>
        <w:t xml:space="preserve">[49:56] </w:t>
      </w:r>
      <w:r>
        <w:t>is is waqt jab ke rasool Allah ke ki body rakhi hui hai aur sab log saraseema hain, sab log pareshan hain.</w:t>
      </w:r>
    </w:p>
    <w:p>
      <w:pPr>
        <w:jc w:val="right"/>
      </w:pPr>
      <w:r>
        <w:t>اس اس وقت جب کہ رسول اللہ کے کی باڈی رکھی ہوئی ہے اور سب لوگ سراسیمہ ہیں، سب لوگ پریشان ہیں۔</w:t>
      </w:r>
    </w:p>
    <w:p>
      <w:r>
        <w:rPr>
          <w:b/>
        </w:rPr>
        <w:t xml:space="preserve">[50:06] </w:t>
      </w:r>
      <w:r>
        <w:t>us waqt un ki zuban se yeh jumla nikla: man kan ya Muhammad Muhammad qadmat, wa man kan ya Abdullah, fa inna Allah hayy la yaboot.</w:t>
      </w:r>
    </w:p>
    <w:p>
      <w:pPr>
        <w:jc w:val="right"/>
      </w:pPr>
      <w:r>
        <w:t>اس وقت ان کی زبان سے یہ جملہ نکلا: من کان یا محمد محمد قدمات، ومن کان یا عبداللہ، فان اللہ حی لا یبوت۔</w:t>
      </w:r>
    </w:p>
    <w:p>
      <w:r>
        <w:rPr>
          <w:b/>
        </w:rPr>
        <w:t xml:space="preserve">[50:16] </w:t>
      </w:r>
      <w:r>
        <w:t>aur yahan kya haal hai? ek masjid toot gayi to bas qayamat aa gayi. aap ke kehne ka buta agar aap ke andar ho tod dalo saare masjidain, phir bhi mera Khuda zinda hai, phir bhi yeh zameen maujood hai,</w:t>
      </w:r>
    </w:p>
    <w:p>
      <w:pPr>
        <w:jc w:val="right"/>
      </w:pPr>
      <w:r>
        <w:t>اور یہاں کیا حال ہے؟ ایک مسجد ٹوٹ گئی تو بس قیامت آ گئی۔ آپ کے کہنے کا بوتا اگر آپ کے اندر ہو توڑ ڈالو سارے مسجدیں، پھر بھی میرا خدا زندہ ہے، پھر بھی یہ زمین موجود ہے،</w:t>
      </w:r>
    </w:p>
    <w:p>
      <w:r>
        <w:rPr>
          <w:b/>
        </w:rPr>
        <w:t xml:space="preserve">[50:31] </w:t>
      </w:r>
      <w:r>
        <w:t>phir bhi meri peshani salamat hai sajda karne ke liye.</w:t>
      </w:r>
    </w:p>
    <w:p>
      <w:pPr>
        <w:jc w:val="right"/>
      </w:pPr>
      <w:r>
        <w:t>پھر بھی میری پیشانی سلامت ہے سجدہ کرنے کے لیے۔</w:t>
      </w:r>
    </w:p>
    <w:p>
      <w:r>
        <w:rPr>
          <w:b/>
        </w:rPr>
        <w:t xml:space="preserve">[50:37] </w:t>
      </w:r>
      <w:r>
        <w:t>yeh is darje par jab aap pohanchte hain shaoor ke, tab aap ko aala marifat milti hai. aala marifat is se pehle nahi milti hai.</w:t>
      </w:r>
    </w:p>
    <w:p>
      <w:pPr>
        <w:jc w:val="right"/>
      </w:pPr>
      <w:r>
        <w:t>یہ اس درجے پر جب آپ پہنچتے ہیں شعور کے، تب آپ کو اعلیٰ معرفت ملتی ہے۔ اعلیٰ معرفت اس سے پہلے نہیں ملتی ہے۔</w:t>
      </w:r>
    </w:p>
    <w:p>
      <w:r>
        <w:rPr>
          <w:b/>
        </w:rPr>
        <w:t xml:space="preserve">[50:53] </w:t>
      </w:r>
      <w:r>
        <w:t>jab British yahan hukumat thi to ek shayar thay, woh mujahid e azadi bhi thay, woh</w:t>
      </w:r>
    </w:p>
    <w:p>
      <w:pPr>
        <w:jc w:val="right"/>
      </w:pPr>
      <w:r>
        <w:t>جب برٹش یہاں حکومت تھی تو ایک شاعر تھے، وہ مجاہد آزادی بھی تھے، وہ</w:t>
      </w:r>
    </w:p>
    <w:p>
      <w:r>
        <w:rPr>
          <w:b/>
        </w:rPr>
        <w:t xml:space="preserve">[51:02] </w:t>
      </w:r>
      <w:r>
        <w:t>to un ko jail mein daal diya. ghaliban faiz ahmed faiz ka qissa hai yeh. jail mein band kar diya angrezon ne</w:t>
      </w:r>
    </w:p>
    <w:p>
      <w:pPr>
        <w:jc w:val="right"/>
      </w:pPr>
      <w:r>
        <w:t>تو ان کو جیل میں ڈال دیا۔ غالباً فیض احمد فیض کا قصہ ہے یہ۔ جیل میں بند کر دیا انگریزوں نے</w:t>
      </w:r>
    </w:p>
    <w:p>
      <w:r>
        <w:rPr>
          <w:b/>
        </w:rPr>
        <w:t xml:space="preserve">[51:12] </w:t>
      </w:r>
      <w:r>
        <w:t>to wahan par unhon ne shair kaha tha</w:t>
      </w:r>
    </w:p>
    <w:p>
      <w:pPr>
        <w:jc w:val="right"/>
      </w:pPr>
      <w:r>
        <w:t>۔ تو وہاں پر انہوں نے شعر کہا تھا</w:t>
      </w:r>
    </w:p>
    <w:p>
      <w:r>
        <w:rPr>
          <w:b/>
        </w:rPr>
        <w:t xml:space="preserve">[51:17] </w:t>
      </w:r>
      <w:r>
        <w:t>is is mujahid e azadi jo thay, woh shair unhon ne woh shair kaha tha ke zinda mein to mujh ko daal diya, aye sahib e zinda tu ne, magar</w:t>
      </w:r>
    </w:p>
    <w:p>
      <w:pPr>
        <w:jc w:val="right"/>
      </w:pPr>
      <w:r>
        <w:t>اس اس مجاہد آزادی جو تھے، وہ شاعر انہوں نے وہ شعر کہا تھا کہ زندہ میں تو مجھ کو ڈال دیا، اے صاحب زندہ تو نے، مگر</w:t>
      </w:r>
    </w:p>
    <w:p>
      <w:r>
        <w:rPr>
          <w:b/>
        </w:rPr>
        <w:t xml:space="preserve">[51:32] </w:t>
      </w:r>
      <w:r>
        <w:t>parwaaz jo meri rok sake, aisi bhi koi dewaar utha. matlab yeh deewarein jo hain, phir bhi meri fikri parwaaz baqi hai.</w:t>
      </w:r>
    </w:p>
    <w:p>
      <w:pPr>
        <w:jc w:val="right"/>
      </w:pPr>
      <w:r>
        <w:t>پرواز جو میری روک سکے، ایسی بھی کوئی دیوار اٹھا۔ مطلب یہ دیواریں جو ہیں، پھر بھی میری فکری پرواز باقی ہے۔</w:t>
      </w:r>
    </w:p>
    <w:p>
      <w:r>
        <w:rPr>
          <w:b/>
        </w:rPr>
        <w:t xml:space="preserve">[51:45] </w:t>
      </w:r>
      <w:r>
        <w:t>yeh hona chahiye aap ka boota aap ke andar. kuch bhi ho jaye, kuch bhi ho jaye, kuch bhi ho jaye, khuda zinda hai, hayy</w:t>
      </w:r>
    </w:p>
    <w:p>
      <w:pPr>
        <w:jc w:val="right"/>
      </w:pPr>
      <w:r>
        <w:t>یہ ہونا چاہیے آپ کا بوتا آپ کے اندر۔ کچھ بھی ہو جائے، کچھ بھی ہو جائے، کچھ بھی ہو جائے، خدا زندہ ہے، حی</w:t>
      </w:r>
    </w:p>
    <w:p>
      <w:r>
        <w:rPr>
          <w:b/>
        </w:rPr>
        <w:t xml:space="preserve">[51:56] </w:t>
      </w:r>
      <w:r>
        <w:t>abadi tor par,</w:t>
      </w:r>
    </w:p>
    <w:p>
      <w:pPr>
        <w:jc w:val="right"/>
      </w:pPr>
      <w:r>
        <w:t>ابدی طور پر،</w:t>
      </w:r>
    </w:p>
    <w:p>
      <w:r>
        <w:rPr>
          <w:b/>
        </w:rPr>
        <w:t xml:space="preserve">[52:01] </w:t>
      </w:r>
      <w:r>
        <w:t>aur har waqt mein is se contact kar sakta hoon. woh al-hayy al-qayyum, har waqt mein Allah ko zikr kar sakta hoon, har waqt mein Allah ko sajda kar sakta hoon, har waqt mein Allah se contact kar sakta hoon.</w:t>
      </w:r>
    </w:p>
    <w:p>
      <w:pPr>
        <w:jc w:val="right"/>
      </w:pPr>
      <w:r>
        <w:t>اور ہر وقت میں اس سے کنٹیکٹ کر سکتا ہوں۔ وہ الحی القیوم، ہر وقت میں اللہ کو ذکر کر سکتا ہوں، ہر وقت میں اللہ کو سجدہ کر سکتا ہوں، ہر وقت میں اللہ سے کنٹیکٹ کر سکتا ہوں۔</w:t>
      </w:r>
    </w:p>
    <w:p>
      <w:r>
        <w:rPr>
          <w:b/>
        </w:rPr>
        <w:t xml:space="preserve">[52:16] </w:t>
      </w:r>
      <w:r>
        <w:t>to baqi cheezein rahein na rahein, is woh mere liye secondary darja rakhti hain. tab ja kar marifat e aala milti hai aap ko.</w:t>
      </w:r>
    </w:p>
    <w:p>
      <w:pPr>
        <w:jc w:val="right"/>
      </w:pPr>
      <w:r>
        <w:t>تو بقیہ چیزیں رہیں نہ رہیں، اس وہ میرے لیے سیکنڈری درجہ رکھتی ہیں۔ تب جا کر معرفت اعلیٰ ملتی ہے آپ کو۔</w:t>
      </w:r>
    </w:p>
    <w:p>
      <w:r>
        <w:rPr>
          <w:b/>
        </w:rPr>
        <w:t xml:space="preserve">[52:26] </w:t>
      </w:r>
      <w:r>
        <w:t>log haal hai ke marifat ki baatein karte hain aur is ki price dilana nahi chahte. price diye baghair,</w:t>
      </w:r>
    </w:p>
    <w:p>
      <w:pPr>
        <w:jc w:val="right"/>
      </w:pPr>
      <w:r>
        <w:t>لوگ حال ہے کہ معرفت کی باتیں کرتے ہیں اور اس کی پرائس دلانا نہیں چاہتے۔ پرائس دیے بغیر،</w:t>
      </w:r>
    </w:p>
    <w:p>
      <w:r>
        <w:rPr>
          <w:b/>
        </w:rPr>
        <w:t xml:space="preserve">[52:37] </w:t>
      </w:r>
      <w:r>
        <w:t>price diye baghair,</w:t>
      </w:r>
    </w:p>
    <w:p>
      <w:pPr>
        <w:jc w:val="right"/>
      </w:pPr>
      <w:r>
        <w:t>پرائس دیے بغیر،</w:t>
      </w:r>
    </w:p>
    <w:p>
      <w:r>
        <w:rPr>
          <w:b/>
        </w:rPr>
        <w:t xml:space="preserve">[52:45] </w:t>
      </w:r>
      <w:r>
        <w:t>mein aik is se pehle mein ne aap se bataya tha ke aik american writer jo non-muslim hai, woh christian hai, woh us ne bohat gehrai se Islam ka mutala kiya.</w:t>
      </w:r>
    </w:p>
    <w:p>
      <w:pPr>
        <w:jc w:val="right"/>
      </w:pPr>
      <w:r>
        <w:t>میں ایک اس سے پہلے میں نے آپ سے بتایا تھا کہ ایک چیز مجھے بہت پسند ہے۔ اس سے پہلے بتا چکا ہوں کہ ایک امریکن رائٹر جو نان مسلم ہے، وہ کرسچن ہے، وہ اس نے بہت گہرائی سے اسلام کا مطالعہ کیا۔</w:t>
      </w:r>
    </w:p>
    <w:p>
      <w:r>
        <w:rPr>
          <w:b/>
        </w:rPr>
        <w:t xml:space="preserve">[53:02] </w:t>
      </w:r>
      <w:r>
        <w:t>to yeh log in logon ki baat hai ke woh objective tor par cheezon ko parhte hain. woh musalman to subjective tor par parhte hain. subjective tor par yeh koi bari baat musalmanon ki kitab mujhe nahi milti</w:t>
      </w:r>
    </w:p>
    <w:p>
      <w:pPr>
        <w:jc w:val="right"/>
      </w:pPr>
      <w:r>
        <w:t>تو یہ لوگ ان لوگوں کی بات ہے کہ وہ ابجیکٹو طور پر چیزوں کو پڑھتے ہیں۔ وہ مسلمان تو سبجیکٹو طور پر پڑھتے ہیں۔ سبجیکٹو طور پر یہ کوئی بڑی بات مسلمانوں کی کتاب مجھے نہیں ملتی</w:t>
      </w:r>
    </w:p>
    <w:p>
      <w:r>
        <w:rPr>
          <w:b/>
        </w:rPr>
        <w:t xml:space="preserve">[53:12] </w:t>
      </w:r>
      <w:r>
        <w:t>bohat ajeeb baat hai, musalmanon ki kitab mein koi bari baat nahi milti. bas khitabat, shairi, insha pardazi, yeh sab hota hai.</w:t>
      </w:r>
    </w:p>
    <w:p>
      <w:pPr>
        <w:jc w:val="right"/>
      </w:pPr>
      <w:r>
        <w:t>۔ بہت عجیب بات ہے، مسلمانوں کی کتاب میں کوئی بڑی بات نہیں ملتی۔ بس خطابت، شاعری، انشاء پردازی، یہ سب ہوتا ہے۔</w:t>
      </w:r>
    </w:p>
    <w:p>
      <w:r>
        <w:rPr>
          <w:b/>
        </w:rPr>
        <w:t xml:space="preserve">[53:25] </w:t>
      </w:r>
      <w:r>
        <w:t>aur jo non-muslim jinhon ne kitab mein jinhon ne Islam ka mutala kiya, bari baat</w:t>
      </w:r>
    </w:p>
    <w:p>
      <w:pPr>
        <w:jc w:val="right"/>
      </w:pPr>
      <w:r>
        <w:t>اور جو نان مسلم جنہوں نے کتاب میں جنہوں نے اسلام کا مطالعہ کیا، بڑی بات</w:t>
      </w:r>
    </w:p>
    <w:p>
      <w:r>
        <w:rPr>
          <w:b/>
        </w:rPr>
        <w:t xml:space="preserve">[53:30] </w:t>
      </w:r>
      <w:r>
        <w:t>keh paate hain. woh to american hai, woh us ne likha hai ke "the greatest concern of Islam is Allah".</w:t>
      </w:r>
    </w:p>
    <w:p>
      <w:pPr>
        <w:jc w:val="right"/>
      </w:pPr>
      <w:r>
        <w:t>کہہ پاتے ہیں۔ وہ تو امریکن ہے، وہ اس نے لکھا ہے کہ "دا گرٹسٹ کنسرن اف اسلام از اللہ"۔</w:t>
      </w:r>
    </w:p>
    <w:p>
      <w:r>
        <w:rPr>
          <w:b/>
        </w:rPr>
        <w:t xml:space="preserve">[53:41] </w:t>
      </w:r>
      <w:r>
        <w:t>"the greatest concern of Islam is Allah". Islam ka sab se bara concern jo hai, woh sirf Allah hai. yani har cheez secondary, har cheez secondary, har cheez secondary.</w:t>
      </w:r>
    </w:p>
    <w:p>
      <w:pPr>
        <w:jc w:val="right"/>
      </w:pPr>
      <w:r>
        <w:t>"دا گرٹسٹ کنسرن اف اسلام از اللہ"۔ اسلام کا سب سے بڑا کنسرن جو ہے، وہ صرف اللہ ہے۔ یعنی ہر چیز سیکنڈری، ہر چیز سیکنڈری، ہر چیز سیکنڈری۔</w:t>
      </w:r>
    </w:p>
    <w:p>
      <w:r>
        <w:rPr>
          <w:b/>
        </w:rPr>
        <w:t xml:space="preserve">[53:52] </w:t>
      </w:r>
      <w:r>
        <w:t>sirf Allah hi jo hai, supreme concern</w:t>
      </w:r>
    </w:p>
    <w:p>
      <w:pPr>
        <w:jc w:val="right"/>
      </w:pPr>
      <w:r>
        <w:t>صرف اللہ ہی جو ہے، سپریم کنسرن</w:t>
      </w:r>
    </w:p>
    <w:p>
      <w:r>
        <w:rPr>
          <w:b/>
        </w:rPr>
        <w:t xml:space="preserve">[53:54] </w:t>
      </w:r>
      <w:r>
        <w:t>hai. woh musalmanon ka haal kya hai? choti choti cheezon mein jeete hain. woh zara se kisi ne kuch kar diya to bas bare cutey.</w:t>
      </w:r>
    </w:p>
    <w:p>
      <w:pPr>
        <w:jc w:val="right"/>
      </w:pPr>
      <w:r>
        <w:t>ہے۔ وہ مسلمانوں کا حال کیا ہے؟ چھوٹی چھوٹی چیزوں میں جیتے ہیں۔ وہ ذرا سے کسی نے کچھ کر دیا تو بس بڑے کٹے۔</w:t>
      </w:r>
    </w:p>
    <w:p>
      <w:r>
        <w:rPr>
          <w:b/>
        </w:rPr>
        <w:t xml:space="preserve">[54:04] </w:t>
      </w:r>
      <w:r>
        <w:t>kisi ne cartoon chhaap diya to bare cutey. koi kitab chhaap di to bare cutey. kisi ne masjid tod di to bare cutey. kisi ne kalma galat talaffuz kar diya to bare cutey.</w:t>
      </w:r>
    </w:p>
    <w:p>
      <w:pPr>
        <w:jc w:val="right"/>
      </w:pPr>
      <w:r>
        <w:t>کسی نے کارٹون چھاپ دیا تو بڑے کٹے۔ کوئی کتاب چھاپ دی تو بڑے کٹے۔ کسی نے مسجد توڑ دی تو بڑے کٹے۔ کسی نے کلمہ غلط تلفظ کر دیا تو بڑے کٹے۔</w:t>
      </w:r>
    </w:p>
    <w:p>
      <w:r>
        <w:rPr>
          <w:b/>
        </w:rPr>
        <w:t xml:space="preserve">[54:13] </w:t>
      </w:r>
      <w:r>
        <w:t>is mani ke unhon ne abhi maloom maloom hi nahi ke unhon ne Khuda se abhi taalluq hi qaim nahi kiya.</w:t>
      </w:r>
    </w:p>
    <w:p>
      <w:pPr>
        <w:jc w:val="right"/>
      </w:pPr>
      <w:r>
        <w:t>اس معنی کہ انہوں نے ابھی معلوم معلوم ہی نہیں کہ انہوں نے خدا سے ابھی تعلق ہی قائم نہیں کیا۔</w:t>
      </w:r>
    </w:p>
    <w:p>
      <w:r>
        <w:rPr>
          <w:b/>
        </w:rPr>
        <w:t xml:space="preserve">[54:22] </w:t>
      </w:r>
      <w:r>
        <w:t>bari daryaft un ko nahi hui. choti choti baaton mein uljhe hue hain.</w:t>
      </w:r>
    </w:p>
    <w:p>
      <w:pPr>
        <w:jc w:val="right"/>
      </w:pPr>
      <w:r>
        <w:t>بڑی دریافت ان کو نہیں ہوئی۔ چھوٹی چھوٹی باتوں میں الجھے ہوئے ہیں۔</w:t>
      </w:r>
    </w:p>
    <w:p>
      <w:r>
        <w:rPr>
          <w:b/>
        </w:rPr>
        <w:t xml:space="preserve">[54:28] </w:t>
      </w:r>
      <w:r>
        <w:t>bari daryaft un ko hui nahi abhi to</w:t>
      </w:r>
    </w:p>
    <w:p>
      <w:pPr>
        <w:jc w:val="right"/>
      </w:pPr>
      <w:r>
        <w:t>بڑی دریافت ان کو ہوئی نہیں ابھی تو</w:t>
      </w:r>
    </w:p>
    <w:p>
      <w:r>
        <w:rPr>
          <w:b/>
        </w:rPr>
        <w:t xml:space="preserve">[54:34] </w:t>
      </w:r>
      <w:r>
        <w:t>bari daryaft agar ho jaye,</w:t>
      </w:r>
    </w:p>
    <w:p>
      <w:pPr>
        <w:jc w:val="right"/>
      </w:pPr>
      <w:r>
        <w:t>۔ بڑی دریافت اگر ہو جائے،</w:t>
      </w:r>
    </w:p>
    <w:p>
      <w:r>
        <w:rPr>
          <w:b/>
        </w:rPr>
        <w:t xml:space="preserve">[54:39] </w:t>
      </w:r>
      <w:r>
        <w:t>jaise mein apna aik qissa bataoon. do tajruba mein aaya tha 29 mein. aik baar aik sahib mujh se milne ke liye aaye to scooters aaye thay.</w:t>
      </w:r>
    </w:p>
    <w:p>
      <w:pPr>
        <w:jc w:val="right"/>
      </w:pPr>
      <w:r>
        <w:t>جیسے میں اپنا ایک قصہ بتاؤں۔ دو تجربہ میں آیا سی 29 میں۔ ایک بار ایک صاحب مجھ سے ملنے کے لیے آئے تو اسکوٹرز آئے تھے۔</w:t>
      </w:r>
    </w:p>
    <w:p>
      <w:r>
        <w:rPr>
          <w:b/>
        </w:rPr>
        <w:t xml:space="preserve">[54:51] </w:t>
      </w:r>
      <w:r>
        <w:t>woh three wheeler se, woh three wheeler wala kuch paisa maang raha tha. us ko mujhe yaad nahi kitna maang raha tha. woh to bari behas us ki karte rahe.</w:t>
      </w:r>
    </w:p>
    <w:p>
      <w:pPr>
        <w:jc w:val="right"/>
      </w:pPr>
      <w:r>
        <w:t>وہ تھری ویلر سے، وہ تھری ویلر والا کچھ پیسہ مانگ رہا تھا۔ اس کو مجھے یاد نہیں کتنا مانگ رہا تھا۔ وہ تو بڑی بحث اس کی کرتے رہے۔</w:t>
      </w:r>
    </w:p>
    <w:p>
      <w:r>
        <w:rPr>
          <w:b/>
        </w:rPr>
        <w:t xml:space="preserve">[55:01] </w:t>
      </w:r>
      <w:r>
        <w:t>woh bari mushkil se is ko jitna diya, unhon ne is ke baad mere paas aaye to maine poocha, kehti hai, "de do, behas kyun kar rahe thay aap?" to unhon ne bataya ke itna paisa maang raha tha.</w:t>
      </w:r>
    </w:p>
    <w:p>
      <w:pPr>
        <w:jc w:val="right"/>
      </w:pPr>
      <w:r>
        <w:t>وہ بڑی مشکل سے اس کو جتنا دیا، انہوں نے اس کے بعد میرے پاس آئے تو میں نے پوچھا، کہتی ہے، "دے دو، بحث کیوں کر رہے تھے آپ؟" تو انہوں نے بتایا کہ اتنا پیسہ مانگ رہا تھا۔</w:t>
      </w:r>
    </w:p>
    <w:p>
      <w:r>
        <w:rPr>
          <w:b/>
        </w:rPr>
        <w:t xml:space="preserve">[55:14] </w:t>
      </w:r>
      <w:r>
        <w:t>woh phir wapsi ke liye mera kiraya na rehta, main us ko de deta. farz kiye 50 rupay maang raha tha to phir 50 rupay de deta.</w:t>
      </w:r>
    </w:p>
    <w:p>
      <w:pPr>
        <w:jc w:val="right"/>
      </w:pPr>
      <w:r>
        <w:t>وہ پھر واپسی کے لیے میرا کرایہ نہ رہتا، میں اس کو دے دیتا۔ فرض کیے 50 روپے مانگ رہا تھا تو پھر 50 روپے دے دیتے۔</w:t>
      </w:r>
    </w:p>
    <w:p>
      <w:r>
        <w:rPr>
          <w:b/>
        </w:rPr>
        <w:t xml:space="preserve">[55:23] </w:t>
      </w:r>
      <w:r>
        <w:t>to is ke baad un ke nahi tha paisa 50 rupay dene ke liye. to chahte thay ke itna doon taake wapsi ke liye bhi kiraya rahe mere paas.</w:t>
      </w:r>
    </w:p>
    <w:p>
      <w:pPr>
        <w:jc w:val="right"/>
      </w:pPr>
      <w:r>
        <w:t>تو اس کے بعد ان کے نہیں تھا پیسہ 50 روپے دینے کے لیے۔ تو چاہتے تھے کہ اتنا دوں تاکہ واپسی کے لیے بھی کرایہ رہے میرے پاس۔</w:t>
      </w:r>
    </w:p>
    <w:p>
      <w:r>
        <w:rPr>
          <w:b/>
        </w:rPr>
        <w:t xml:space="preserve">[55:31] </w:t>
      </w:r>
      <w:r>
        <w:t>phir ek aur shakhs aaya to us ne bhi kuch barh kar, aksar barh kar kiraya maangte hain. yeh log aap jante hain to barh kar kiraya maanga to foran us ko nikaal ke de diya.</w:t>
      </w:r>
    </w:p>
    <w:p>
      <w:pPr>
        <w:jc w:val="right"/>
      </w:pPr>
      <w:r>
        <w:t>پھر ایک اور شخص آیا تو اس نے بھی کچھ بڑھ کر، اکثر بڑھ کر کرایہ مانگتے ہیں۔ یہ لوگ آپ جانتے ہیں تو بڑھ کر کرایہ مانگا تو فوراً اس کو نکال کے دے دیا۔</w:t>
      </w:r>
    </w:p>
    <w:p>
      <w:r>
        <w:rPr>
          <w:b/>
        </w:rPr>
        <w:t xml:space="preserve">[55:44] </w:t>
      </w:r>
      <w:r>
        <w:t>yani us ne koi behas nahi ki.</w:t>
      </w:r>
    </w:p>
    <w:p>
      <w:pPr>
        <w:jc w:val="right"/>
      </w:pPr>
      <w:r>
        <w:t>یعنی اس نے کوئی بحث نہیں کی۔</w:t>
      </w:r>
    </w:p>
    <w:p>
      <w:r>
        <w:rPr>
          <w:b/>
        </w:rPr>
        <w:t xml:space="preserve">[55:47] </w:t>
      </w:r>
      <w:r>
        <w:t>to maine ghour kiya ke aadmi kyun behas nahi kiya? us ne foran kiraya de kar mere paas aa gaya. oopar to woh paisay wala aadmi tha, us ki jeb notes bhari hui thi.</w:t>
      </w:r>
    </w:p>
    <w:p>
      <w:pPr>
        <w:jc w:val="right"/>
      </w:pPr>
      <w:r>
        <w:t>تو میں نے غور کیا کہ آدمی کیوں بحث نہیں کیا؟ اس نے فوراً کرایہ دے کر میرے پاس آ گیا۔ اوپر تو وہ پیسے والا آدمی تھا، اس کی جیب نوٹس بھری ہوئی تھی۔</w:t>
      </w:r>
    </w:p>
    <w:p>
      <w:r>
        <w:rPr>
          <w:b/>
        </w:rPr>
        <w:t xml:space="preserve">[55:58] </w:t>
      </w:r>
      <w:r>
        <w:t>to us ko parwah nahi thi ke main agar de doon so rupay us ko to mere paas wapsi ke liye kiraya nahi rahega.</w:t>
      </w:r>
    </w:p>
    <w:p>
      <w:pPr>
        <w:jc w:val="right"/>
      </w:pPr>
      <w:r>
        <w:t>تو اس کو پرواہ نہیں تھی کہ میں اگر دے دوں سو روپے اس کو تو میرے پاس واپسی کے لیے کرایہ نہیں رہے گا۔</w:t>
      </w:r>
    </w:p>
    <w:p>
      <w:r>
        <w:rPr>
          <w:b/>
        </w:rPr>
        <w:t xml:space="preserve">[56:05] </w:t>
      </w:r>
      <w:r>
        <w:t>to musalmanon ka haal yahi hai, un ki jeb noton se khaali hai. to har baat mein ladte hain. woh</w:t>
      </w:r>
    </w:p>
    <w:p>
      <w:pPr>
        <w:jc w:val="right"/>
      </w:pPr>
      <w:r>
        <w:t>تو مسلمانوں کا حال یہی ہے، ان کی جیب نوٹوں سے خالی ہے۔ تو ہر بات میں لڑتے ہیں۔ وہ</w:t>
      </w:r>
    </w:p>
    <w:p>
      <w:r>
        <w:rPr>
          <w:b/>
        </w:rPr>
        <w:t xml:space="preserve">[56:15] </w:t>
      </w:r>
      <w:r>
        <w:t>un ki jeb, yani marifat ke noton se khaali hai, un ki jeb daryaft ke noton se khaali hai, un ki jeb sachai ke noton se khaali hai.</w:t>
      </w:r>
    </w:p>
    <w:p>
      <w:pPr>
        <w:jc w:val="right"/>
      </w:pPr>
      <w:r>
        <w:t>ان کی جیب، یعنی معرفت کے نوٹوں سے خالی ہے، ان کی جیب دریافت کے نوٹوں سے خالی ہے، ان کی جیب سچائی کے نوٹوں سے خالی ہے۔</w:t>
      </w:r>
    </w:p>
    <w:p>
      <w:r>
        <w:rPr>
          <w:b/>
        </w:rPr>
        <w:t xml:space="preserve">[56:30] </w:t>
      </w:r>
      <w:r>
        <w:t>to ladte hain, ladte hain, ladte hain. lekin jis ki jeb mein marifat ke note bhari hui hon, woh ladega nahi. kahega nahi, so rupay nahi, do do so rupay le jao, kaafi farq padta hai mere paas aur bohat ziyada mere paas hai.</w:t>
      </w:r>
    </w:p>
    <w:p>
      <w:pPr>
        <w:jc w:val="right"/>
      </w:pPr>
      <w:r>
        <w:t>تو لڑتے ہیں، لڑتے ہیں، لڑتے ہیں۔ لیکن جس کی جیب میں معرفت کے نوٹے بھری ہوئی ہوں، وہ لڑے گا نہیں۔ کہے گا نہیں، سو روپے نہیں، دو دو سو روپے لے جاؤ، کافی فرق پڑتا ہے میرے پاس اور بہت زیادہ میرے پاس ہے۔</w:t>
      </w:r>
    </w:p>
    <w:p>
      <w:r>
        <w:rPr>
          <w:b/>
        </w:rPr>
        <w:t xml:space="preserve">[56:49] </w:t>
      </w:r>
      <w:r>
        <w:t>to apni daryaft ko barhaiye, apni discovery ko barhaiye, tab aap ko aala marifat milegi. tab aap ko, yani Allah se qurbat ka yeh lazzat milegi.</w:t>
      </w:r>
    </w:p>
    <w:p>
      <w:pPr>
        <w:jc w:val="right"/>
      </w:pPr>
      <w:r>
        <w:t>تو اپنی دریافت کو بڑھائیے، اپنی ڈسکوری کو بڑھائیے، تب آپ کو اعلیٰ معرفت ملے گی۔ تب آپ کو، یعنی اللہ سے قربت کا یہ لذت ملے گی۔</w:t>
      </w:r>
    </w:p>
    <w:p>
      <w:r>
        <w:rPr>
          <w:b/>
        </w:rPr>
        <w:t xml:space="preserve">[57:03] </w:t>
      </w:r>
      <w:r>
        <w:t>aap ko qurbat to khudaawandi kitni lazeez cheez hai, is se musalman be khabar hain,</w:t>
      </w:r>
    </w:p>
    <w:p>
      <w:pPr>
        <w:jc w:val="right"/>
      </w:pPr>
      <w:r>
        <w:t>آپ کو قربت تو خداوندی کتنی لذیذ چیز ہے، اس سے مسلمان بے خبر ہیں،</w:t>
      </w:r>
    </w:p>
    <w:p>
      <w:r>
        <w:rPr>
          <w:b/>
        </w:rPr>
        <w:t xml:space="preserve">[57:12] </w:t>
      </w:r>
      <w:r>
        <w:t>is se be khabar hain. woh</w:t>
      </w:r>
    </w:p>
    <w:p>
      <w:pPr>
        <w:jc w:val="right"/>
      </w:pPr>
      <w:r>
        <w:t>اس سے بے خبر ہیں۔ وہ</w:t>
      </w:r>
    </w:p>
    <w:p>
      <w:r>
        <w:rPr>
          <w:b/>
        </w:rPr>
        <w:t xml:space="preserve">[57:16] </w:t>
      </w:r>
      <w:r>
        <w:t>kyun ke un ke andar sochne ki salahiyat nahi hai, thinking capacity nahi hai, yani marifat nahi hai. marifat nahi hai to discovery nahi hai, discovery nahi hai to Allah se ta'alluq nahi hai.</w:t>
      </w:r>
    </w:p>
    <w:p>
      <w:pPr>
        <w:jc w:val="right"/>
      </w:pPr>
      <w:r>
        <w:t>کیونکہ ان کے اندر سوچنے کی صلاحیت نہیں ہے، تھنکنگ کیپیسٹی نہیں ہے، یعنی معرفت نہیں ہے۔ معرفت نہیں ہے تو ڈسکوری نہیں ہے، ڈسکوری نہیں ہے تو اللہ سے تعلق نہیں ہے۔</w:t>
      </w:r>
    </w:p>
    <w:p>
      <w:r>
        <w:rPr>
          <w:b/>
        </w:rPr>
        <w:t xml:space="preserve">[57:29] </w:t>
      </w:r>
      <w:r>
        <w:t>Allah se ta'alluq nahi hai to phir zindagi bilkul sookhi padi hui hai,</w:t>
      </w:r>
    </w:p>
    <w:p>
      <w:pPr>
        <w:jc w:val="right"/>
      </w:pPr>
      <w:r>
        <w:t>اللہ سے تعلق نہیں ہے تو پھر زندگی بالکل سوکھی پڑی ہوئی ہے،</w:t>
      </w:r>
    </w:p>
    <w:p>
      <w:r>
        <w:rPr>
          <w:b/>
        </w:rPr>
        <w:t xml:space="preserve">[57:34] </w:t>
      </w:r>
      <w:r>
        <w:t>zindagi mein koi jaan nahi.</w:t>
      </w:r>
    </w:p>
    <w:p>
      <w:pPr>
        <w:jc w:val="right"/>
      </w:pPr>
      <w:r>
        <w:t>زندگی میں کوئی جان نہیں۔</w:t>
      </w:r>
    </w:p>
    <w:p>
      <w:r>
        <w:rPr>
          <w:b/>
        </w:rPr>
        <w:t xml:space="preserve">[57:39] </w:t>
      </w:r>
      <w:r>
        <w:t>har aadmi ek sookha thanth ki ki manind hai, sar sabz shaadaab darakht ki manind nahi. ek hai thotha, ek ek hai thanth, ek hai shaadaab darakht.</w:t>
      </w:r>
    </w:p>
    <w:p>
      <w:pPr>
        <w:jc w:val="right"/>
      </w:pPr>
      <w:r>
        <w:t>ہر آدمی ایک سوکھا ٹھنٹھ کی کی مانند ہے، سرسبز شاداب درخت کی مانند نہیں۔ ایک ہے ٹھوٹھا، ایک ایک ہے ٹھنٹھ، ایک ہے شاداب درخت۔</w:t>
      </w:r>
    </w:p>
    <w:p>
      <w:r>
        <w:rPr>
          <w:b/>
        </w:rPr>
        <w:t xml:space="preserve">[57:51] </w:t>
      </w:r>
      <w:r>
        <w:t>aaj kal ke musalman sab thanth bane hue hain, thanth shaadaab darakht nahi</w:t>
      </w:r>
    </w:p>
    <w:p>
      <w:pPr>
        <w:jc w:val="right"/>
      </w:pPr>
      <w:r>
        <w:t>آج کل کے مسلمان سب ٹھنٹھ بنے ہوئے ہیں، ٹھنٹھ شاداب درخت نہیں</w:t>
      </w:r>
    </w:p>
    <w:p>
      <w:r>
        <w:rPr>
          <w:b/>
        </w:rPr>
        <w:t xml:space="preserve">[57:58] </w:t>
      </w:r>
      <w:r>
        <w:t>kyun ke marifat nahi hai. choti cheezon mein jeete hain, travel cheezon, travel cheez</w:t>
      </w:r>
    </w:p>
    <w:p>
      <w:pPr>
        <w:jc w:val="right"/>
      </w:pPr>
      <w:r>
        <w:t>کیونکہ معرفت نہیں ہے۔ چھوٹی چیزوں میں جیتے ہیں، ٹریول چیزیں، ٹریول چیز</w:t>
      </w:r>
    </w:p>
    <w:p>
      <w:r>
        <w:rPr>
          <w:b/>
        </w:rPr>
        <w:t xml:space="preserve">[58:05] </w:t>
      </w:r>
      <w:r>
        <w:t>on mein jeete hain. to yeh hai sab se bari baat jis ke baray mein hamein sochna chahiye,</w:t>
      </w:r>
    </w:p>
    <w:p>
      <w:pPr>
        <w:jc w:val="right"/>
      </w:pPr>
      <w:r>
        <w:t>وں میں جیتے ہیں۔ تو یہ ہے سب سے بڑی بات جس کے بارے میں ہمیں سوچنا چاہیے،</w:t>
      </w:r>
    </w:p>
    <w:p>
      <w:r>
        <w:rPr>
          <w:b/>
        </w:rPr>
        <w:t xml:space="preserve">[58:13] </w:t>
      </w:r>
      <w:r>
        <w:t>jis ko hamein apna concern banana chahiye.</w:t>
      </w:r>
    </w:p>
    <w:p>
      <w:pPr>
        <w:jc w:val="right"/>
      </w:pPr>
      <w:r>
        <w:t>جس کو ہمیں اپنا کنسرن بنانا چاہیے۔</w:t>
      </w:r>
    </w:p>
    <w:p>
      <w:r>
        <w:rPr>
          <w:b/>
        </w:rPr>
        <w:t xml:space="preserve">[58:22] </w:t>
      </w:r>
      <w:r>
        <w:t>to main Allah taala se dua karta hoon ke hamare andar yeh marifat aaye, bari marifat.</w:t>
      </w:r>
    </w:p>
    <w:p>
      <w:pPr>
        <w:jc w:val="right"/>
      </w:pPr>
      <w:r>
        <w:t>تو میں اللہ تعالی سے دعا کرتا ہوں کہ ہمارے اندر یہ معرفت آئے، بڑی معرفت۔</w:t>
      </w:r>
    </w:p>
    <w:p>
      <w:r>
        <w:rPr>
          <w:b/>
        </w:rPr>
        <w:t xml:space="preserve">[58:34] </w:t>
      </w:r>
      <w:r>
        <w:t>aqool qawlihaza wastaghfirullah lakum ajmaeen.</w:t>
      </w:r>
    </w:p>
    <w:p>
      <w:pPr>
        <w:jc w:val="right"/>
      </w:pPr>
      <w:r>
        <w:t>اقول قولیھذا واستغفراللہ لیلکم اجمعین۔</w:t>
      </w:r>
    </w:p>
    <w:p>
      <w:r>
        <w:rPr>
          <w:b/>
        </w:rPr>
        <w:t xml:space="preserve">[58:52] </w:t>
      </w:r>
      <w:r>
        <w:t>Mr Ashfaq Rahmani Muhammad sahib from Lahore, Pakistan. ah, purana unhon ne likha hai, ah, "I believe a journey of a thousand miles started with only one.</w:t>
      </w:r>
    </w:p>
    <w:p>
      <w:pPr>
        <w:jc w:val="right"/>
      </w:pPr>
      <w:r>
        <w:t>مسٹر اشفاق رحمانی محمد صاحب فرام لاہور، پاکستان۔ اہ، پرانا انہوں نے لکھا ہے، اہ، "آئی بیلیو ا جرنی اف ا تھا مائلز سٹارٹڈ ود اونلی ون۔</w:t>
      </w:r>
    </w:p>
    <w:p>
      <w:r>
        <w:rPr>
          <w:b/>
        </w:rPr>
        <w:t xml:space="preserve">[59:08] </w:t>
      </w:r>
      <w:r>
        <w:t>I always like your thoughts and approach. It's it's really a way of preaching Islamic thoughts."</w:t>
      </w:r>
    </w:p>
    <w:p>
      <w:pPr>
        <w:jc w:val="right"/>
      </w:pPr>
      <w:r>
        <w:t>آئی الویز لائک یور تھاٹس اینڈ اپروچ۔ اٹس اٹس ریلی ا وے اف پریچنگ اسلامک تھاٹس۔"</w:t>
      </w:r>
    </w:p>
    <w:p>
      <w:r>
        <w:rPr>
          <w:b/>
        </w:rPr>
        <w:t xml:space="preserve">[59:18] </w:t>
      </w:r>
      <w:r>
        <w:t>ah, ab mein sawal leta hoon, yeh misster mansoob ali ne nai dilli se likha hai, "islam hamein parosi ke huqooq ke baray mein acha vyavhaar karne ki naseehat deta hai.</w:t>
      </w:r>
    </w:p>
    <w:p>
      <w:pPr>
        <w:jc w:val="right"/>
      </w:pPr>
      <w:r>
        <w:t>اہ، اب میں سوال لیتا ہوں، یہ مسٹر منصوب علی نے نئی دلی سے لکھا ہے، "اسلام ہمیں پڑوسی کے حقوق کے بارے میں اچھا व्यवहार کرنے کی نصیحت دیتا ہے۔</w:t>
      </w:r>
    </w:p>
    <w:p>
      <w:r>
        <w:rPr>
          <w:b/>
        </w:rPr>
        <w:t xml:space="preserve">[59:32] </w:t>
      </w:r>
      <w:r>
        <w:t>to kya daawa work mein hum social issue ke baray mein ghore fikr kar sakte hain?" dekhiye, is duniya mein hamein priority ke ussool par chalna parta hai.</w:t>
      </w:r>
    </w:p>
    <w:p>
      <w:pPr>
        <w:jc w:val="right"/>
      </w:pPr>
      <w:r>
        <w:t>تو کیا دعویٰ ورک میں ہم سوشل ایشو کے بارے میں غور فکر کر سکتے ہیں؟" دیکھیے، اس دنیا میں ہمیں پرائرٹی کے اصول پر چلنا پڑتا ہے۔</w:t>
      </w:r>
    </w:p>
    <w:p>
      <w:r>
        <w:rPr>
          <w:b/>
        </w:rPr>
        <w:t xml:space="preserve">[59:49] </w:t>
      </w:r>
      <w:r>
        <w:t>duniya mein issues to bohat saare hain, to parosi ke huqooq hamein ada karna hai, lekin ab is ko hum movement nahi bana sakte, mission nahi bana sakte.</w:t>
      </w:r>
    </w:p>
    <w:p>
      <w:pPr>
        <w:jc w:val="right"/>
      </w:pPr>
      <w:r>
        <w:t>دنیا میں ایشوز تو بہت سارے ہیں، تو پڑوسی کے حقوق ہمیں ادا کرنا ہے، لیکن اب اس کو ہم موومنٹ نہیں بنا سکتے، مشن نہیں بنا سکتے۔</w:t>
      </w:r>
    </w:p>
    <w:p>
      <w:r>
        <w:rPr>
          <w:b/>
        </w:rPr>
        <w:t xml:space="preserve">[1:00:01] </w:t>
      </w:r>
      <w:r>
        <w:t>ek hai, koi soorat-e-haal pesh aayi to aap ne wahan huq ada kiya, jo aap ki duty thi, woh poora kiya aap ne. ek hai, isi ko mission banana.</w:t>
      </w:r>
    </w:p>
    <w:p>
      <w:pPr>
        <w:jc w:val="right"/>
      </w:pPr>
      <w:r>
        <w:t>ایک ہے، کوئی صورتحال پیش آئی تو آپ نے وہاں حق ادا کیا، جو آپ کی ڈیوٹی تھی، وہ پورا کیا آپ نے۔ ایک ہے، اسی کو مشن بنانا۔</w:t>
      </w:r>
    </w:p>
    <w:p>
      <w:r>
        <w:rPr>
          <w:b/>
        </w:rPr>
        <w:t xml:space="preserve">[1:00:12] </w:t>
      </w:r>
      <w:r>
        <w:t>to hum dawat ko mission banayenge, aur baqi jo cheezein hain, is ko secondary darjay mein, is ko zaroor poori karenge. is ko</w:t>
      </w:r>
    </w:p>
    <w:p>
      <w:pPr>
        <w:jc w:val="right"/>
      </w:pPr>
      <w:r>
        <w:t>تو ہم دعوت کو مشن بنائیں گے، اور بقیہ جو چیزیں ہیں، اس کو سیکنڈری درجے میں، اس کو ضرور پوری کریں گے۔ اس کو</w:t>
      </w:r>
    </w:p>
    <w:p>
      <w:r>
        <w:rPr>
          <w:b/>
        </w:rPr>
        <w:t xml:space="preserve">[1:00:24] </w:t>
      </w:r>
      <w:r>
        <w:t>to masla yeh priority ka hai. priority ka hamari priority daawa mission hai, aur baqi cheezein bhi hamari shamil hain, hamari duty mein, lekin woh secondary darjay mein shamil hain, chahe woh mili work ho ya social work ho ya koi aur work ho.</w:t>
      </w:r>
    </w:p>
    <w:p>
      <w:pPr>
        <w:jc w:val="right"/>
      </w:pPr>
      <w:r>
        <w:t>تو مسئلہ یہ پرائرٹی کا ہے۔ پرائرٹی کا ہماری پرائرٹی دعویٰ مشن ہے، اور بقیہ چیزیں بھی ہماری شامل ہیں، ہماری ڈیوٹی میں، لیکن وہ سیکنڈری درجے میں شامل ہیں، چاہے وہ ملی ورک ہو یا سوشل ورک ہو یا کوئی اور ورک ہو۔</w:t>
      </w:r>
    </w:p>
    <w:p>
      <w:r>
        <w:rPr>
          <w:b/>
        </w:rPr>
        <w:t xml:space="preserve">[1:00:45] </w:t>
      </w:r>
      <w:r>
        <w:t>kyun ke dekhiye, daawa mission kya hai? eternal life ke baray mein logon ko batana. yeh jo social work hote hain, yeh to waqti taur par hote hain.</w:t>
      </w:r>
    </w:p>
    <w:p>
      <w:pPr>
        <w:jc w:val="right"/>
      </w:pPr>
      <w:r>
        <w:t>کیونکہ دیکھیے، دعویٰ مشن کیا ہے؟ ایٹرنل لائف کے بارے میں لوگوں کو بتانا۔ یہ جو سوشل ورک ہوتے ہیں، یہ تو وقتی طور پر ہوتے ہیں۔</w:t>
      </w:r>
    </w:p>
    <w:p>
      <w:r>
        <w:rPr>
          <w:b/>
        </w:rPr>
        <w:t xml:space="preserve">[1:00:55] </w:t>
      </w:r>
      <w:r>
        <w:t>waqti taur par aadmi ko kuch madad kar di aap ne, lekin insaan ka bara muamla jo hai, woh to aakhirat ka hai, eternity ka hai, eternal life ka hai.</w:t>
      </w:r>
    </w:p>
    <w:p>
      <w:pPr>
        <w:jc w:val="right"/>
      </w:pPr>
      <w:r>
        <w:t>وقتی طور پر آدمی کو کچھ مدد کر دی آپ نے، لیکن انسان کا بڑا معاملہ جو ہے، وہ تو آخرت کا ہے، ایٹرنٹی کا ہے، ایٹرنل لائف کا ہے۔</w:t>
      </w:r>
    </w:p>
    <w:p>
      <w:r>
        <w:rPr>
          <w:b/>
        </w:rPr>
        <w:t xml:space="preserve">[1:01:08] </w:t>
      </w:r>
      <w:r>
        <w:t>to is ki ahmiyat to billion trillion time zyada hai. to zyada aham ko chhod kar ke kam aham par hum agar ab apne ko bilkul dedicate kar dein, yeh sahi nahi hoga.</w:t>
      </w:r>
    </w:p>
    <w:p>
      <w:pPr>
        <w:jc w:val="right"/>
      </w:pPr>
      <w:r>
        <w:t>تو اس کی اہمیت تو بلین ٹریلین ٹائم زیادہ ہے۔ تو زیادہ اہم کو چھوڑ کر کے کم اہم پر ہم اگر اب اپنے کو بالکل ڈیڈیکیٹ کر دیں، یہ صحیح نہیں ہوگا۔</w:t>
      </w:r>
    </w:p>
    <w:p>
      <w:r>
        <w:rPr>
          <w:b/>
        </w:rPr>
        <w:t xml:space="preserve">[1:01:21] </w:t>
      </w:r>
      <w:r>
        <w:t>isi liye hum ne ab mission mein dawat ko supreme rakha hai, aur baqi cheezon ko secondary darjay mein aap liya hai.</w:t>
      </w:r>
    </w:p>
    <w:p>
      <w:pPr>
        <w:jc w:val="right"/>
      </w:pPr>
      <w:r>
        <w:t>اسی لیے ہم نے اب مشن میں دعوت کو سپریم رکھا ہے، اور بقیہ چیزوں کو سیکنڈری درجے میں آپ لیا ہے۔</w:t>
      </w:r>
    </w:p>
    <w:p>
      <w:r>
        <w:rPr>
          <w:b/>
        </w:rPr>
        <w:t xml:space="preserve">[1:01:32] </w:t>
      </w:r>
      <w:r>
        <w:t>maulana, un ka ek aur sawal hai, unhon ne poocha hai aap se ke rasool allah aur sahaba tanhai mein allah ko kaise yaad kiya karte the?</w:t>
      </w:r>
    </w:p>
    <w:p>
      <w:pPr>
        <w:jc w:val="right"/>
      </w:pPr>
      <w:r>
        <w:t>مولانا، ان کا ایک اور سوال ہے، انہوں نے پوچھا ہے آپ سے کہ رسول اللہ اور صحابہ تنہائی میں اللہ کو کیسے یاد کیا کرتے تھے؟</w:t>
      </w:r>
    </w:p>
    <w:p>
      <w:r>
        <w:rPr>
          <w:b/>
        </w:rPr>
        <w:t xml:space="preserve">[1:01:42] </w:t>
      </w:r>
      <w:r>
        <w:t>is ke baray mein batayen.</w:t>
      </w:r>
    </w:p>
    <w:p>
      <w:pPr>
        <w:jc w:val="right"/>
      </w:pPr>
      <w:r>
        <w:t>اس کے بارے میں بتائیں۔</w:t>
      </w:r>
    </w:p>
    <w:p>
      <w:r>
        <w:rPr>
          <w:b/>
        </w:rPr>
        <w:t xml:space="preserve">[1:01:47] </w:t>
      </w:r>
      <w:r>
        <w:t>tanhai ko alag tareeqa nahi tha, jo social nikala hai, woh tareeqa un ka nahi tha. muraqba karna aur zikr bajahar karna, aur tarah tarah ke jo parvarishein hain, tasawwuf mein, woh tareeqa un ka nahi tha.</w:t>
      </w:r>
    </w:p>
    <w:p>
      <w:pPr>
        <w:jc w:val="right"/>
      </w:pPr>
      <w:r>
        <w:t>تنہائی کو الگ طریقہ نہیں تھا، جو سوشال نکالا ہے، وہ طریقہ ان کا نہیں تھا۔ مراقبہ کرنا اور ذکر بجہر کرنا، اور طرح طرح کے جو پرورشیں ہیں، تصوف میں، وہ طریقہ ان کا نہیں تھا۔</w:t>
      </w:r>
    </w:p>
    <w:p>
      <w:r>
        <w:rPr>
          <w:b/>
        </w:rPr>
        <w:t xml:space="preserve">[1:02:01] </w:t>
      </w:r>
      <w:r>
        <w:t>bas sochna, aur soch soch soch kar allah ki ghafoori ko yaad karna, yeh tanhai mein bhi tha.</w:t>
      </w:r>
    </w:p>
    <w:p>
      <w:pPr>
        <w:jc w:val="right"/>
      </w:pPr>
      <w:r>
        <w:t>بس سوچنا، اور سوچ سوچ سوچ کر اللہ کی غروری کو یاد کرنا، یہ تنہائی میں بھی تھا۔</w:t>
      </w:r>
    </w:p>
    <w:p>
      <w:r>
        <w:rPr>
          <w:b/>
        </w:rPr>
        <w:t xml:space="preserve">[1:02:11] </w:t>
      </w:r>
      <w:r>
        <w:t>yeh yeh sab kuch maujoodgi mein bhi hota tha. to alag tareeqa jo sufia ne nikala ke hujray mein baith kar ke muraqba karte hain, woh rasool allah ka tareeqa nahi tha, na sahaba ka tareeqa tha.</w:t>
      </w:r>
    </w:p>
    <w:p>
      <w:pPr>
        <w:jc w:val="right"/>
      </w:pPr>
      <w:r>
        <w:t>یہ یہ سب کچھ موجودگی میں بھی ہوتا تھا۔ تو الگ طریقہ جو صوفیاء نے نکالا کہ حجرے میں بیٹھ کر کے مراقبہ کرتے ہیں، وہ رسول اللہ کا طریقہ نہیں تھا، نہ صحابہ کا طریقہ تھا۔</w:t>
      </w:r>
    </w:p>
    <w:p>
      <w:r>
        <w:rPr>
          <w:b/>
        </w:rPr>
        <w:t xml:space="preserve">[1:02:23] </w:t>
      </w:r>
      <w:r>
        <w:t>woh</w:t>
      </w:r>
    </w:p>
    <w:p>
      <w:pPr>
        <w:jc w:val="right"/>
      </w:pPr>
      <w:r>
        <w:t>وہ</w:t>
      </w:r>
    </w:p>
    <w:p>
      <w:r>
        <w:rPr>
          <w:b/>
        </w:rPr>
        <w:t xml:space="preserve">[1:02:25] </w:t>
      </w:r>
      <w:r>
        <w:t>maulana sharukh hussain ne dilli se likha hai, "maulana, marifat aur khauf-e-ilahi ka aapas mein kya ta'alluq hai?</w:t>
      </w:r>
    </w:p>
    <w:p>
      <w:pPr>
        <w:jc w:val="right"/>
      </w:pPr>
      <w:r>
        <w:t>مولانا شارخ حسین نے دلی سے لکھا ہے، "مولانا، معرفت اور خوف الہی کا آپس میں کیا تعلق ہے؟</w:t>
      </w:r>
    </w:p>
    <w:p>
      <w:r>
        <w:rPr>
          <w:b/>
        </w:rPr>
        <w:t xml:space="preserve">[1:02:35] </w:t>
      </w:r>
      <w:r>
        <w:t>wazahat farmayen."</w:t>
      </w:r>
    </w:p>
    <w:p>
      <w:pPr>
        <w:jc w:val="right"/>
      </w:pPr>
      <w:r>
        <w:t>وضاحت فرمائیں۔"</w:t>
      </w:r>
    </w:p>
    <w:p>
      <w:r>
        <w:rPr>
          <w:b/>
        </w:rPr>
        <w:t xml:space="preserve">[1:02:45] </w:t>
      </w:r>
      <w:r>
        <w:t>dekhen, marifat ka nateeja hai khauf-e-ilahi.</w:t>
      </w:r>
    </w:p>
    <w:p>
      <w:pPr>
        <w:jc w:val="right"/>
      </w:pPr>
      <w:r>
        <w:t>دیکھیں، معرفت کا نتیجہ ہے خوف الہی۔</w:t>
      </w:r>
    </w:p>
    <w:p>
      <w:r>
        <w:rPr>
          <w:b/>
        </w:rPr>
        <w:t xml:space="preserve">[1:02:51] </w:t>
      </w:r>
      <w:r>
        <w:t>marifat ek aisi cheez hai ke back waqt do cheezein paida hoti hain: mohabbat bhi aur khauf bhi. ashadd hubb-o-lillah bhi hai, aur walam yakhsha illallah bhi hai.</w:t>
      </w:r>
    </w:p>
    <w:p>
      <w:pPr>
        <w:jc w:val="right"/>
      </w:pPr>
      <w:r>
        <w:t>معرفت ایک ایسی چیز ہے کہ بیک وقت دو چیزیں پیدا ہوتی ہیں: محبت بھی اور خوف بھی۔ اشد حب للہ بھی ہے، اور ولم یخش الا اللہ بھی ہے۔</w:t>
      </w:r>
    </w:p>
    <w:p>
      <w:r>
        <w:rPr>
          <w:b/>
        </w:rPr>
        <w:t xml:space="preserve">[1:03:04] </w:t>
      </w:r>
      <w:r>
        <w:t>to marifat aap karte hain kis ki? allah ta'ala ki, jo blessing wala hai, jis ki rehmaten beshumar hain, jo dene wala hai.</w:t>
      </w:r>
    </w:p>
    <w:p>
      <w:pPr>
        <w:jc w:val="right"/>
      </w:pPr>
      <w:r>
        <w:t>تو معرفت آپ کرتے ہیں کس کی؟ اللہ تعالی کی، جو بلیسنگ والا ہے، جس کی رحمتیں بے شمار ہیں، جو دینے والا ہے۔</w:t>
      </w:r>
    </w:p>
    <w:p>
      <w:r>
        <w:rPr>
          <w:b/>
        </w:rPr>
        <w:t xml:space="preserve">[1:03:16] </w:t>
      </w:r>
      <w:r>
        <w:t>is aitbaar se aap ko mohabbat paida hoti hai, lekin saath saath khuda jo hai, aadil bhi hai, woh insaaf bhi karta hai.</w:t>
      </w:r>
    </w:p>
    <w:p>
      <w:pPr>
        <w:jc w:val="right"/>
      </w:pPr>
      <w:r>
        <w:t>اس اعتبار سے آپ کو محبت پیدا ہوتی ہے، لیکن ساتھ ساتھ خدا جو ہے، عادل بھی ہے، وہ انصاف بھی کرتا ہے۔</w:t>
      </w:r>
    </w:p>
    <w:p>
      <w:r>
        <w:rPr>
          <w:b/>
        </w:rPr>
        <w:t xml:space="preserve">[1:03:26] </w:t>
      </w:r>
      <w:r>
        <w:t>to insaaf ki wajah se woh hamein pakadta bhi hai. agar agar hum sarkash ban jayen to hamein pareshani bhi deta hai. is tarah se khauf paida hota hai.</w:t>
      </w:r>
    </w:p>
    <w:p>
      <w:pPr>
        <w:jc w:val="right"/>
      </w:pPr>
      <w:r>
        <w:t>تو انصاف کی وجہ سے وہ ہمیں پکڑتا بھی ہے۔ اگر اگر ہم سرکش بن جائیں تو ہمیں پریشانی بھی دیتا ہے۔ اس طرح سے خوف پیدا ہوتا ہے۔</w:t>
      </w:r>
    </w:p>
    <w:p>
      <w:r>
        <w:rPr>
          <w:b/>
        </w:rPr>
        <w:t xml:space="preserve">[1:03:36] </w:t>
      </w:r>
      <w:r>
        <w:t>yaani allah ta'ala ka wajood aisa nahi ke sirf dene hi dena hai. jaise ek peed aap ko phal deta hai, phal deta hai, lekin woh pareshani nahi de sakta.</w:t>
      </w:r>
    </w:p>
    <w:p>
      <w:pPr>
        <w:jc w:val="right"/>
      </w:pPr>
      <w:r>
        <w:t>یعنی اللہ تعالی کا وجود ایسا نہیں کہ صرف دینے ہی دینا ہے۔ جیسے ایک پیڑ آپ کو پھل دیتا ہے، پھل دیتا ہے، لیکن وہ پریشانی نہیں دے سکتا۔</w:t>
      </w:r>
    </w:p>
    <w:p>
      <w:r>
        <w:rPr>
          <w:b/>
        </w:rPr>
        <w:t xml:space="preserve">[1:03:45] </w:t>
      </w:r>
      <w:r>
        <w:t>woh to allah ta'ala jo hai, aadil hai. saath saath</w:t>
      </w:r>
    </w:p>
    <w:p>
      <w:pPr>
        <w:jc w:val="right"/>
      </w:pPr>
      <w:r>
        <w:t>وہ تو اللہ تعالی جو ہے، عادل ہے۔ ساتھ ساتھ</w:t>
      </w:r>
    </w:p>
    <w:p>
      <w:r>
        <w:rPr>
          <w:b/>
        </w:rPr>
        <w:t xml:space="preserve">[1:03:52] </w:t>
      </w:r>
      <w:r>
        <w:t>yani woh rahim o kareem bhi hai aur aadil bhi hai. to rahim o kareem hone ke sath aik aitbar se aap ko Allah se mohabbat paida hoti hai, aur aadil hone ke aitbar se aap ko khauf paida hota hai ke agar maine sarkashi ki to mujhe meri pakar ho jayegi.</w:t>
      </w:r>
    </w:p>
    <w:p>
      <w:pPr>
        <w:jc w:val="right"/>
      </w:pPr>
      <w:r>
        <w:t>یعنی وہ رحیم و کریم بھی ہے اور عادل بھی ہے۔ تو رحیم و کریم ہونے کے ساتھ ایک اعتبار سے آپ کو اللہ سے محبت پیدا ہوتی ہے، اور عادل ہونے کے اعتبار سے آپ کو خوف پیدا ہوتا ہے کہ اگر میں نے سرکشی کی تو مجھے میری پکڑ ہو جائے گی۔</w:t>
      </w:r>
    </w:p>
    <w:p>
      <w:r>
        <w:rPr>
          <w:b/>
        </w:rPr>
        <w:t xml:space="preserve">[1:04:09] </w:t>
      </w:r>
      <w:r>
        <w:t>to marifat se dono cheezen paida hoti hain.</w:t>
      </w:r>
    </w:p>
    <w:p>
      <w:pPr>
        <w:jc w:val="right"/>
      </w:pPr>
      <w:r>
        <w:t>تو معرفت سے دونوں چیزیں پیدا ہوتی ہیں۔</w:t>
      </w:r>
    </w:p>
    <w:p>
      <w:r>
        <w:rPr>
          <w:b/>
        </w:rPr>
        <w:t xml:space="preserve">[1:04:15] </w:t>
      </w:r>
      <w:r>
        <w:t>jaise aap marifat aap ko ho, farz kiye barf ki, to wahan dar nahi paida hoga, lekin shirk ki marifat ho to dar paida ho jayega.</w:t>
      </w:r>
    </w:p>
    <w:p>
      <w:pPr>
        <w:jc w:val="right"/>
      </w:pPr>
      <w:r>
        <w:t>جیسے آپ معرفت آپ کو ہو، فرض کیے برف کی، تو وہاں ڈر نہیں پیدا ہوگا، لیکن شرک کی معرفت ہو تو ڈر پیدا ہو جائے گا۔</w:t>
      </w:r>
    </w:p>
    <w:p>
      <w:r>
        <w:rPr>
          <w:b/>
        </w:rPr>
        <w:t xml:space="preserve">[1:04:25] </w:t>
      </w:r>
      <w:r>
        <w:t>to marifat se juda hua hai. woh to Allah ki marifat mein back waqt do cheezen aati hain: mohabbat bhi aur khauf bhi.</w:t>
      </w:r>
    </w:p>
    <w:p>
      <w:pPr>
        <w:jc w:val="right"/>
      </w:pPr>
      <w:r>
        <w:t>تو معرفت سے جڑا ہوا ہے۔ وہ تو اللہ کی معرفت میں بیک وقت دو چیزیں آتی ہیں: محبت بھی اور خوف بھی۔</w:t>
      </w:r>
    </w:p>
    <w:p>
      <w:r>
        <w:rPr>
          <w:b/>
        </w:rPr>
        <w:t xml:space="preserve">[1:04:36] </w:t>
      </w:r>
      <w:r>
        <w:t>Allah ka rahim hona aap ko mohabbat paida karta hai Allah se, aur Allah ka aadil hona aap ko khauf paida karta hai ke Allah taala pakar na le aap ko akhirat mein.</w:t>
      </w:r>
    </w:p>
    <w:p>
      <w:pPr>
        <w:jc w:val="right"/>
      </w:pPr>
      <w:r>
        <w:t>اللہ کا رحیم ہونا آپ کو محبت پیدا کرتا ہے اللہ سے، اور اللہ کا عادل ہونا آپ کو خوف پیدا کرتا ہے کہ اللہ تعالی پکڑ نہ لے آپ کو آخرت میں۔</w:t>
      </w:r>
    </w:p>
    <w:p>
      <w:r>
        <w:rPr>
          <w:b/>
        </w:rPr>
        <w:t xml:space="preserve">[1:04:47] </w:t>
      </w:r>
      <w:r>
        <w:t>to dono cheezen marifat ka hissa hain.</w:t>
      </w:r>
    </w:p>
    <w:p>
      <w:pPr>
        <w:jc w:val="right"/>
      </w:pPr>
      <w:r>
        <w:t>تو دونوں چیزیں معرفت کا حصہ ہیں۔</w:t>
      </w:r>
    </w:p>
    <w:p>
      <w:r>
        <w:rPr>
          <w:b/>
        </w:rPr>
        <w:t xml:space="preserve">[1:04:53] </w:t>
      </w:r>
      <w:r>
        <w:t>Mr Abdul Wahab ne Dilli se likha hai, "Maulana, Quran ki aik ayat mein hai ke Allah ne kainat ki har cheez insan ke faiday uthane ke liye banai hai.</w:t>
      </w:r>
    </w:p>
    <w:p>
      <w:pPr>
        <w:jc w:val="right"/>
      </w:pPr>
      <w:r>
        <w:t>مسٹر عبدالوہاب نے دلی سے لکھا ہے، "مولانا، قرآن کی ایک آیت میں ہے کہ اللہ نے کائنات کی ہر چیز انسان کے فائدے اٹھانے کے لیے بنائی ہے۔</w:t>
      </w:r>
    </w:p>
    <w:p>
      <w:r>
        <w:rPr>
          <w:b/>
        </w:rPr>
        <w:t xml:space="preserve">[1:05:09] </w:t>
      </w:r>
      <w:r>
        <w:t>Maulana, yeh ayat insan ko kya sabak deti hai? is ke baray mein bataein."</w:t>
      </w:r>
    </w:p>
    <w:p>
      <w:pPr>
        <w:jc w:val="right"/>
      </w:pPr>
      <w:r>
        <w:t>مولانا، یہ آیت انسان کو کیا سبق دیتی ہے؟ اس کے بارے میں بتائیں۔"</w:t>
      </w:r>
    </w:p>
    <w:p>
      <w:r>
        <w:rPr>
          <w:b/>
        </w:rPr>
        <w:t xml:space="preserve">[1:05:25] </w:t>
      </w:r>
      <w:r>
        <w:t>is ka sabak yahi hai ke aap Allah ko apna sab kuch banaein. aap ke Allah jo hai, everything ban jaye, sab kuch ban jaye, kyunke jo kuch bhi hai, woh Khuda ki atiya hai.</w:t>
      </w:r>
    </w:p>
    <w:p>
      <w:pPr>
        <w:jc w:val="right"/>
      </w:pPr>
      <w:r>
        <w:t>اس کا سبق یہی ہے کہ آپ اللہ کو اپنا سب کچھ بنائیں۔ آپ کے اللہ جو ہے، ایوری تھنگ بن جائے، سب کچھ بن جائے، کیونکہ جو کچھ بھی ہے، وہ خدا کی عطیہ ہے۔</w:t>
      </w:r>
    </w:p>
    <w:p>
      <w:r>
        <w:rPr>
          <w:b/>
        </w:rPr>
        <w:t xml:space="preserve">[1:05:42] </w:t>
      </w:r>
      <w:r>
        <w:t>hamara chalna phirna, hamara dekhna, hamara sans lena, sab kuch Allah ka atiya hai.</w:t>
      </w:r>
    </w:p>
    <w:p>
      <w:pPr>
        <w:jc w:val="right"/>
      </w:pPr>
      <w:r>
        <w:t>ہمارا چلنا پھرنا، ہمارا دیکھنا، ہمارا سانس لینا، سب کچھ اللہ کا عطیہ ہے۔</w:t>
      </w:r>
    </w:p>
    <w:p>
      <w:r>
        <w:rPr>
          <w:b/>
        </w:rPr>
        <w:t xml:space="preserve">[1:05:51] </w:t>
      </w:r>
      <w:r>
        <w:t>to</w:t>
      </w:r>
    </w:p>
    <w:p>
      <w:pPr>
        <w:jc w:val="right"/>
      </w:pPr>
      <w:r>
        <w:t>تو</w:t>
      </w:r>
    </w:p>
    <w:p>
      <w:r>
        <w:rPr>
          <w:b/>
        </w:rPr>
        <w:t xml:space="preserve">[1:05:52] </w:t>
      </w:r>
      <w:r>
        <w:t>yeh ehsas jo hai, bohat ziyada Allah se ta'alluq barha barha deta hai ke Allah ke baghair mein kuch bhi nahi hoon, Allah ki madad ke baghair mein kuch bhi nahi hoon.</w:t>
      </w:r>
    </w:p>
    <w:p>
      <w:pPr>
        <w:jc w:val="right"/>
      </w:pPr>
      <w:r>
        <w:t>یہ احساس جو ہے، بہت زیادہ اللہ سے تعلق بڑھا بڑھا دیتا ہے کہ اللہ کے بغیر میں کچھ بھی نہیں ہوں، اللہ کی مدد کے بغیر میں کچھ بھی نہیں ہوں۔</w:t>
      </w:r>
    </w:p>
    <w:p>
      <w:r>
        <w:rPr>
          <w:b/>
        </w:rPr>
        <w:t xml:space="preserve">[1:06:04] </w:t>
      </w:r>
      <w:r>
        <w:t>to yeh ehsas ta'alluq billah ko barhata hai. jitna ziyada aap is ko daryaft karein ge ke sab kuch Allah se mila hua hai aap ko, utna hi ziyada aap ko Allah se ta'alluq paida hoga.</w:t>
      </w:r>
    </w:p>
    <w:p>
      <w:pPr>
        <w:jc w:val="right"/>
      </w:pPr>
      <w:r>
        <w:t>تو یہ احساس تعلق باللہ کو بڑھاتا ہے۔ جتنا زیادہ آپ اس کو دریافت کریں گے کہ سب کچھ اللہ سے ملا ہوا ہے آپ کو، اتنا ہی زیادہ آپ کو اللہ سے تعلق پیدا ہوگا۔</w:t>
      </w:r>
    </w:p>
    <w:p>
      <w:r>
        <w:rPr>
          <w:b/>
        </w:rPr>
        <w:t xml:space="preserve">[1:06:18] </w:t>
      </w:r>
      <w:r>
        <w:t>utna hi ziyada ta'alluq paida hoga.</w:t>
      </w:r>
    </w:p>
    <w:p>
      <w:pPr>
        <w:jc w:val="right"/>
      </w:pPr>
      <w:r>
        <w:t>اتنا ہی زیادہ تعلق پیدا ہوگا۔</w:t>
      </w:r>
    </w:p>
    <w:p>
      <w:r>
        <w:rPr>
          <w:b/>
        </w:rPr>
        <w:t xml:space="preserve">[1:06:25] </w:t>
      </w:r>
      <w:r>
        <w:t>baat bohat ziyada wazeh hai mere khayal se.</w:t>
      </w:r>
    </w:p>
    <w:p>
      <w:pPr>
        <w:jc w:val="right"/>
      </w:pPr>
      <w:r>
        <w:t>بات بہت زیادہ واضح ہے میرے خیال سے۔</w:t>
      </w:r>
    </w:p>
    <w:p>
      <w:r>
        <w:rPr>
          <w:b/>
        </w:rPr>
        <w:t xml:space="preserve">[1:06:30] </w:t>
      </w:r>
      <w:r>
        <w:t>Mr Nadeem Kapoor ne Dilli se likha hai, "From your talks, it is quite evident that in older times Muslims were the most positive people in this world.</w:t>
      </w:r>
    </w:p>
    <w:p>
      <w:pPr>
        <w:jc w:val="right"/>
      </w:pPr>
      <w:r>
        <w:t>مسٹر ندیم کپور نے دلی سے لکھا ہے، "فرام یور ٹاکس، اٹ از کوائٹ ایوڈینٹ دیٹ ان اولڈر ٹائمز مسلمز وار دا موسٹ پوزیٹیو پیپل ان دس ورلڈ۔</w:t>
      </w:r>
    </w:p>
    <w:p>
      <w:r>
        <w:rPr>
          <w:b/>
        </w:rPr>
        <w:t xml:space="preserve">[1:06:45] </w:t>
      </w:r>
      <w:r>
        <w:t>Then what is the reason for today Muslims becoming negative? Kindly explain."</w:t>
      </w:r>
    </w:p>
    <w:p>
      <w:pPr>
        <w:jc w:val="right"/>
      </w:pPr>
      <w:r>
        <w:t>دین واٹ از دا ریزن فار ٹوڈے مسلمز بیکمنگ نیگیٹیو؟ کائنڈلی ایکسپلین۔"</w:t>
      </w:r>
    </w:p>
    <w:p>
      <w:r>
        <w:rPr>
          <w:b/>
        </w:rPr>
        <w:t xml:space="preserve">[1:06:52] </w:t>
      </w:r>
      <w:r>
        <w:t>hmm, yeh aik bohat bara sawal hai. jahan tak mein janta hoon, Musalmanon ki jo negativity shuru hui hai, woh isi sadi shuru hui hai, 19th century se.</w:t>
      </w:r>
    </w:p>
    <w:p>
      <w:pPr>
        <w:jc w:val="right"/>
      </w:pPr>
      <w:r>
        <w:t>ہمم، یہ ایک بہت بڑا سوال ہے۔ جہاں تک میں جانتا ہوں، مسلمانوں کی جو نیگیٹیوٹی شروع ہوئی ہے، وہ انہی صدی شروع ہوئی ہے، 19 سینچری سے۔</w:t>
      </w:r>
    </w:p>
    <w:p>
      <w:r>
        <w:rPr>
          <w:b/>
        </w:rPr>
        <w:t xml:space="preserve">[1:07:08] </w:t>
      </w:r>
      <w:r>
        <w:t>do sau, do sau saal ke andar develop hui hai. 19th century aur 20th century, yeh do sau saal mein yeh negativity develop hui hai.</w:t>
      </w:r>
    </w:p>
    <w:p>
      <w:pPr>
        <w:jc w:val="right"/>
      </w:pPr>
      <w:r>
        <w:t>دو سو، دو سو سال کے اندر ڈیولپ ہوئی ہے۔ 19 سینچری اور 20 سینچری، یہ دو سو سال میں یہ نیگیٹیوٹی ڈیولپ ہوئی ہے۔</w:t>
      </w:r>
    </w:p>
    <w:p>
      <w:r>
        <w:rPr>
          <w:b/>
        </w:rPr>
        <w:t xml:space="preserve">[1:07:20] </w:t>
      </w:r>
      <w:r>
        <w:t>yeh kaise</w:t>
      </w:r>
    </w:p>
    <w:p>
      <w:pPr>
        <w:jc w:val="right"/>
      </w:pPr>
      <w:r>
        <w:t>یہ کیسے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