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28 Nov, 2010 - Maulana Wahiduddin Khan</w:t>
      </w:r>
    </w:p>
    <w:p>
      <w:r>
        <w:t>https://www.youtube.com/watch?v=LDMY7FjQRIE</w:t>
      </w:r>
    </w:p>
    <w:p>
      <w:r>
        <w:rPr>
          <w:b/>
        </w:rPr>
        <w:t xml:space="preserve">[00:14] </w:t>
      </w:r>
      <w:r>
        <w:t>Bismillah hir rahman nir rahim, wa salli Allahu alal nabiyyil kareem. Rabb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[00:37] </w:t>
      </w:r>
      <w:r>
        <w:t>aaj ka topic hai "From the Spiritual Tree". aap jante hain ke hamare ghar ke samne aik darakht hai,</w:t>
      </w:r>
    </w:p>
    <w:p>
      <w:pPr>
        <w:jc w:val="right"/>
      </w:pPr>
      <w:r>
        <w:t>آج کا ٹاپک ہے "فرام دا اسپیچول ٹری"۔ آپ جانتے ہیں کہ ہمارے گھر کے سامنے ایک درخت ہے،</w:t>
      </w:r>
    </w:p>
    <w:p>
      <w:r>
        <w:rPr>
          <w:b/>
        </w:rPr>
        <w:t xml:space="preserve">[00:55] </w:t>
      </w:r>
      <w:r>
        <w:t>mein is ke neeche baithta hoon</w:t>
      </w:r>
    </w:p>
    <w:p>
      <w:pPr>
        <w:jc w:val="right"/>
      </w:pPr>
      <w:r>
        <w:t>میں اس کے نیچے بیٹھتا ہوں</w:t>
      </w:r>
    </w:p>
    <w:p>
      <w:r>
        <w:rPr>
          <w:b/>
        </w:rPr>
        <w:t xml:space="preserve">[00:59] </w:t>
      </w:r>
      <w:r>
        <w:t>to aksar wahan par jo inspiration hota hai us ko le kar mein bolta hoon.</w:t>
      </w:r>
    </w:p>
    <w:p>
      <w:pPr>
        <w:jc w:val="right"/>
      </w:pPr>
      <w:r>
        <w:t>تو اکثر وہاں پر جو انسپیریشن ہوتا ہے اس کو لے کر میں بولتا ہوں۔</w:t>
      </w:r>
    </w:p>
    <w:p>
      <w:r>
        <w:rPr>
          <w:b/>
        </w:rPr>
        <w:t xml:space="preserve">[01:08] </w:t>
      </w:r>
      <w:r>
        <w:t>to aaj bhi isi ke inspiration ke tehat bolna chahta hoon. Doosre lafzon mein kuch spiritual thoughts hain jo mein kehna chahunga,</w:t>
      </w:r>
    </w:p>
    <w:p>
      <w:pPr>
        <w:jc w:val="right"/>
      </w:pPr>
      <w:r>
        <w:t>تو آج بھی اسی کے انسپیریشن کے تحت بولنا چاہتا ہوں۔ دوسرے لفظوں میں کچھ اسپیچول تھاٹس ہیں جو میں کہنا چاہوں گا،</w:t>
      </w:r>
    </w:p>
    <w:p>
      <w:r>
        <w:rPr>
          <w:b/>
        </w:rPr>
        <w:t xml:space="preserve">[01:21] </w:t>
      </w:r>
      <w:r>
        <w:t>fragmentary way mein. In mein koi bohat zyada</w:t>
      </w:r>
    </w:p>
    <w:p>
      <w:pPr>
        <w:jc w:val="right"/>
      </w:pPr>
      <w:r>
        <w:t>فریگمنٹری وے میں۔ ان میں کوئی بہت زیادہ</w:t>
      </w:r>
    </w:p>
    <w:p>
      <w:r>
        <w:rPr>
          <w:b/>
        </w:rPr>
        <w:t xml:space="preserve">[01:28] </w:t>
      </w:r>
      <w:r>
        <w:t>aapas mein ho sakta hai ke yeksaniyat na ho. Aap is ko keh sakte hain "spiritual thoughts".</w:t>
      </w:r>
    </w:p>
    <w:p>
      <w:pPr>
        <w:jc w:val="right"/>
      </w:pPr>
      <w:r>
        <w:t>آپس میں ہو سکتا ہے کہ یکسانیت نہ ہو۔ آپ اس کو کہہ سکتے ہیں "اسپیچول تھاٹس"۔</w:t>
      </w:r>
    </w:p>
    <w:p>
      <w:r>
        <w:rPr>
          <w:b/>
        </w:rPr>
        <w:t xml:space="preserve">[01:42] </w:t>
      </w:r>
      <w:r>
        <w:t>to hamara jo yeh peed hai hamare ghar ke saamne,</w:t>
      </w:r>
    </w:p>
    <w:p>
      <w:pPr>
        <w:jc w:val="right"/>
      </w:pPr>
      <w:r>
        <w:t>تو ہمارا جو یہ پیڑ ہے ہمارے گھر کے سامنے،</w:t>
      </w:r>
    </w:p>
    <w:p>
      <w:r>
        <w:rPr>
          <w:b/>
        </w:rPr>
        <w:t xml:space="preserve">[01:47] </w:t>
      </w:r>
      <w:r>
        <w:t>woh kuch mahine pehle ek dum sookh gaya tha, lakri ki tarah se, jis ko urdu mein kehte hain "thandh".</w:t>
      </w:r>
    </w:p>
    <w:p>
      <w:pPr>
        <w:jc w:val="right"/>
      </w:pPr>
      <w:r>
        <w:t>وہ کچھ مہینے پہلے ایک دم سوکھ گیا تھا، لکڑی کی طرح سے، جس کو اردو میں کہتے ہیں "ٹھنڈھ"۔</w:t>
      </w:r>
    </w:p>
    <w:p>
      <w:r>
        <w:rPr>
          <w:b/>
        </w:rPr>
        <w:t xml:space="preserve">[01:58] </w:t>
      </w:r>
      <w:r>
        <w:t>to mein samjha ke ab yeh sookh gaya, ab khatam ho gaya, ab is ki umar nahi rahi baqi.</w:t>
      </w:r>
    </w:p>
    <w:p>
      <w:pPr>
        <w:jc w:val="right"/>
      </w:pPr>
      <w:r>
        <w:t>تو میں سمجھا کہ اب یہ سوکھ گیا، اب ختم ہو گیا، اب اس کی عمر نہیں رہی باقی۔</w:t>
      </w:r>
    </w:p>
    <w:p>
      <w:r>
        <w:rPr>
          <w:b/>
        </w:rPr>
        <w:t xml:space="preserve">[02:09] </w:t>
      </w:r>
      <w:r>
        <w:t>lekin jab baarish hui, mausam badla, to woh phir hara bhara ho gaya. Ab is waqt woh ek hara bhara drakht hai.</w:t>
      </w:r>
    </w:p>
    <w:p>
      <w:pPr>
        <w:jc w:val="right"/>
      </w:pPr>
      <w:r>
        <w:t>لیکن جب بارش ہوئی، موسم بدلا، تو وہ پھر ہرا بھرا ہو گیا۔ اب اس وقت وہ ایک ہرا بھرا درخت ہے۔</w:t>
      </w:r>
    </w:p>
    <w:p>
      <w:r>
        <w:rPr>
          <w:b/>
        </w:rPr>
        <w:t xml:space="preserve">[02:24] </w:t>
      </w:r>
      <w:r>
        <w:t>to is ko dekh kar mujhe ek inspiration aaya. Woh yeh ke is dunya mein jo nizaam hai woh yeh hai ke "wait and see".</w:t>
      </w:r>
    </w:p>
    <w:p>
      <w:pPr>
        <w:jc w:val="right"/>
      </w:pPr>
      <w:r>
        <w:t>تو اس کو دیکھ کر مجھے ایک انسپیریشن آیا۔ وہ یہ کہ اس دنیا میں جو نظام ہے وہ یہ ہے کہ "ویٹ اینڈ سی"۔</w:t>
      </w:r>
    </w:p>
    <w:p>
      <w:r>
        <w:rPr>
          <w:b/>
        </w:rPr>
        <w:t xml:space="preserve">[02:41] </w:t>
      </w:r>
      <w:r>
        <w:t>yani wait karo to aage result aap ke muafiq aa sakta hai.</w:t>
      </w:r>
    </w:p>
    <w:p>
      <w:pPr>
        <w:jc w:val="right"/>
      </w:pPr>
      <w:r>
        <w:t>یعنی ویٹ کرو تو آگے رزلٹ آپ کے موافق آ سکتا ہے۔</w:t>
      </w:r>
    </w:p>
    <w:p>
      <w:r>
        <w:rPr>
          <w:b/>
        </w:rPr>
        <w:t xml:space="preserve">[02:48] </w:t>
      </w:r>
      <w:r>
        <w:t>hamare Dilli mein ek sahab hain Mr. Prabodh Kumar Batra, woh business management ke expert hain, is par un ki kitabein hain.</w:t>
      </w:r>
    </w:p>
    <w:p>
      <w:pPr>
        <w:jc w:val="right"/>
      </w:pPr>
      <w:r>
        <w:t>ہمارے دلی میں ایک صاحب ہیں مسٹر پربود کمار بترا، وہ بزنس مینجمنٹ کے ایکسپرٹ ہیں، اس پر ان کی کتابیں ہیں۔</w:t>
      </w:r>
    </w:p>
    <w:p>
      <w:r>
        <w:rPr>
          <w:b/>
        </w:rPr>
        <w:t xml:space="preserve">[03:03] </w:t>
      </w:r>
      <w:r>
        <w:t>to unhone jo formula diya hai us mein se ek formula yeh hai: "Think, think, think, there must be a better way".</w:t>
      </w:r>
    </w:p>
    <w:p>
      <w:pPr>
        <w:jc w:val="right"/>
      </w:pPr>
      <w:r>
        <w:t>تو انہوں نے جو فارمولا دیا ہے اس میں سے ایک فارمولا یہ ہے: "تھنک، تھنک، تھنک، دیر مسٹ بی ا بیٹر وے"۔</w:t>
      </w:r>
    </w:p>
    <w:p>
      <w:r>
        <w:rPr>
          <w:b/>
        </w:rPr>
        <w:t xml:space="preserve">[03:14] </w:t>
      </w:r>
      <w:r>
        <w:t>to isi ko le kar mein ek formula dena chahunga ke "Wait, wait, wait,</w:t>
      </w:r>
    </w:p>
    <w:p>
      <w:pPr>
        <w:jc w:val="right"/>
      </w:pPr>
      <w:r>
        <w:t>تو اسی کو لے کر میں ایک فارمولا دینا چاہوں گا کہ "ویٹ، ویٹ، ویٹ،</w:t>
      </w:r>
    </w:p>
    <w:p>
      <w:r>
        <w:rPr>
          <w:b/>
        </w:rPr>
        <w:t xml:space="preserve">[03:21] </w:t>
      </w:r>
      <w:r>
        <w:t>and there must be a better tomorrow".</w:t>
      </w:r>
    </w:p>
    <w:p>
      <w:pPr>
        <w:jc w:val="right"/>
      </w:pPr>
      <w:r>
        <w:t>اینڈ دیر مسٹ بی ا بیٹر ٹومارو"۔</w:t>
      </w:r>
    </w:p>
    <w:p>
      <w:r>
        <w:rPr>
          <w:b/>
        </w:rPr>
        <w:t xml:space="preserve">[03:28] </w:t>
      </w:r>
      <w:r>
        <w:t>yani jo hamara jo spiritual tree tha, sookh gaya tha, lekin aaj woh hara bhara hai.</w:t>
      </w:r>
    </w:p>
    <w:p>
      <w:pPr>
        <w:jc w:val="right"/>
      </w:pPr>
      <w:r>
        <w:t>یعنی جو ہمارا جو اسپیچول ٹری تھا، سوکھ گیا تھا، لیکن آج وہ ہرا بھرا ہے۔</w:t>
      </w:r>
    </w:p>
    <w:p>
      <w:r>
        <w:rPr>
          <w:b/>
        </w:rPr>
        <w:t xml:space="preserve">[03:36] </w:t>
      </w:r>
      <w:r>
        <w:t>to woh yahi, yahi yani yahi message de raha hai woh, khamosh zabaan mein: "intezaar karo, intezaar karo, intezaar karo, aur mustaqbil acha niklega".</w:t>
      </w:r>
    </w:p>
    <w:p>
      <w:pPr>
        <w:jc w:val="right"/>
      </w:pPr>
      <w:r>
        <w:t>تو وہ یہی، یہی یعنی یہی میسج دے رہا ہے وہ، خاموش زبان میں: "انتظار کرو، انتظار کرو، انتظار کرو، اور مستقبل اچھا نکلے گا"۔</w:t>
      </w:r>
    </w:p>
    <w:p>
      <w:r>
        <w:rPr>
          <w:b/>
        </w:rPr>
        <w:t xml:space="preserve">[03:50] </w:t>
      </w:r>
      <w:r>
        <w:t>to isi ko mein formulate kar raha hoon ke "Wait, wait, wait, and there must be a better tomorrow". "Wait, wait, wait, and there must be a better tomorrow".</w:t>
      </w:r>
    </w:p>
    <w:p>
      <w:pPr>
        <w:jc w:val="right"/>
      </w:pPr>
      <w:r>
        <w:t>تو اسی کو میں فارمولیٹ کر رہا ہوں کہ "ویٹ، ویٹ، ویٹ، اینڈ دیر مسٹ بی ا بیٹر ٹومارو"۔ "ویٹ، ویٹ، ویٹ، اینڈ دیر مسٹ بی ا بیٹر ٹومارو"۔</w:t>
      </w:r>
    </w:p>
    <w:p>
      <w:r>
        <w:rPr>
          <w:b/>
        </w:rPr>
        <w:t xml:space="preserve">[04:05] </w:t>
      </w:r>
      <w:r>
        <w:t>mein samajhta hoon ke yeh bohat hi bara</w:t>
      </w:r>
    </w:p>
    <w:p>
      <w:pPr>
        <w:jc w:val="right"/>
      </w:pPr>
      <w:r>
        <w:t>میں سمجھتا ہوں کہ یہ بہت ہی بڑا</w:t>
      </w:r>
    </w:p>
    <w:p>
      <w:r>
        <w:rPr>
          <w:b/>
        </w:rPr>
        <w:t xml:space="preserve">[04:08] </w:t>
      </w:r>
      <w:r>
        <w:t>lesson hai, har aadmi ke liye, chahe individual life ho, family life ho, social life ho, national life ho, kuch bhi ho.</w:t>
      </w:r>
    </w:p>
    <w:p>
      <w:pPr>
        <w:jc w:val="right"/>
      </w:pPr>
      <w:r>
        <w:t>لیسن ہے، ہر آدمی کے لیے، چاہے انڈیویجول لائف ہو، فیملی لائف ہو، سوشل لائف ہو، نیشنل لائف ہو، کچھ بھی ہو۔</w:t>
      </w:r>
    </w:p>
    <w:p>
      <w:r>
        <w:rPr>
          <w:b/>
        </w:rPr>
        <w:t xml:space="preserve">[04:21] </w:t>
      </w:r>
      <w:r>
        <w:t>har jagah yahi principle apply hota hai.</w:t>
      </w:r>
    </w:p>
    <w:p>
      <w:pPr>
        <w:jc w:val="right"/>
      </w:pPr>
      <w:r>
        <w:t>ہر جگہ یہی پرنسپل اپلائی ہوتا ہے۔</w:t>
      </w:r>
    </w:p>
    <w:p>
      <w:r>
        <w:rPr>
          <w:b/>
        </w:rPr>
        <w:t xml:space="preserve">[04:26] </w:t>
      </w:r>
      <w:r>
        <w:t>best formula hai "wait and see".</w:t>
      </w:r>
    </w:p>
    <w:p>
      <w:pPr>
        <w:jc w:val="right"/>
      </w:pPr>
      <w:r>
        <w:t>بیسٹ فارمولا ہے "ویٹ اینڈ سی"۔</w:t>
      </w:r>
    </w:p>
    <w:p>
      <w:r>
        <w:rPr>
          <w:b/>
        </w:rPr>
        <w:t xml:space="preserve">[04:31] </w:t>
      </w:r>
      <w:r>
        <w:t>aaj jo hum problem ko face kar rahe hain to aksar hum kya hota hai, frustration mein pad jaate hain,</w:t>
      </w:r>
    </w:p>
    <w:p>
      <w:pPr>
        <w:jc w:val="right"/>
      </w:pPr>
      <w:r>
        <w:t>آج جو ہم پرابلم کو فیس کر رہے ہیں تو اکثر ہم کیا ہوتا ہے، فرسٹریشن میں پڑ جاتے ہیں،</w:t>
      </w:r>
    </w:p>
    <w:p>
      <w:r>
        <w:rPr>
          <w:b/>
        </w:rPr>
        <w:t xml:space="preserve">[04:44] </w:t>
      </w:r>
      <w:r>
        <w:t>mayoos ho jaate hain.</w:t>
      </w:r>
    </w:p>
    <w:p>
      <w:pPr>
        <w:jc w:val="right"/>
      </w:pPr>
      <w:r>
        <w:t>مایوس ہو جاتے ہیں۔</w:t>
      </w:r>
    </w:p>
    <w:p>
      <w:r>
        <w:rPr>
          <w:b/>
        </w:rPr>
        <w:t xml:space="preserve">[04:49] </w:t>
      </w:r>
      <w:r>
        <w:t>halanke future batata hai ke woh mayoosi hamari sahi nahi thi.</w:t>
      </w:r>
    </w:p>
    <w:p>
      <w:pPr>
        <w:jc w:val="right"/>
      </w:pPr>
      <w:r>
        <w:t>حالانکہ فیوچر بتاتا ہے کہ وہ مایوسی ہماری صحیح نہیں تھی۔</w:t>
      </w:r>
    </w:p>
    <w:p>
      <w:r>
        <w:rPr>
          <w:b/>
        </w:rPr>
        <w:t xml:space="preserve">[04:57] </w:t>
      </w:r>
      <w:r>
        <w:t>to best formula zindagi ke liye yahi hai ke "wait and see". "wait, wait, wait, and there must be a better tomorrow".</w:t>
      </w:r>
    </w:p>
    <w:p>
      <w:pPr>
        <w:jc w:val="right"/>
      </w:pPr>
      <w:r>
        <w:t>تو بیسٹ فارمولا زندگی کے لیے یہی ہے کہ "ویٹ اینڈ سی"۔ "ویٹ، ویٹ، ویٹ، اینڈ دیر مسٹ بی ا بیٹر ٹومارو"۔</w:t>
      </w:r>
    </w:p>
    <w:p>
      <w:r>
        <w:rPr>
          <w:b/>
        </w:rPr>
        <w:t xml:space="preserve">[05:10] </w:t>
      </w:r>
      <w:r>
        <w:t>main samajhta hoon ke yeh formula sab par apply hota hai. jitne log problem mein uljhe hue hain, ladaai jhagda kar rahe hain, to kya hai?</w:t>
      </w:r>
    </w:p>
    <w:p>
      <w:pPr>
        <w:jc w:val="right"/>
      </w:pPr>
      <w:r>
        <w:t>میں سمجھتا ہوں کہ یہ فارمولا سب پر اپلائی ہوتا ہے۔ جتنے لوگ پرابلم میں الجھے ہوئے ہیں، لڑائی جھگڑا کر رہے ہیں، تو کیا ہے؟</w:t>
      </w:r>
    </w:p>
    <w:p>
      <w:r>
        <w:rPr>
          <w:b/>
        </w:rPr>
        <w:t xml:space="preserve">[05:24] </w:t>
      </w:r>
      <w:r>
        <w:t>yeh formula nahi apnaya inhone.</w:t>
      </w:r>
    </w:p>
    <w:p>
      <w:pPr>
        <w:jc w:val="right"/>
      </w:pPr>
      <w:r>
        <w:t>یہ فارمولا نہیں اپنایا انہوں نے۔</w:t>
      </w:r>
    </w:p>
    <w:p>
      <w:r>
        <w:rPr>
          <w:b/>
        </w:rPr>
        <w:t xml:space="preserve">[05:27] </w:t>
      </w:r>
      <w:r>
        <w:t>is formule ko apnaya nahi aur lad gaye. yaani wait nahi kar sake. yeh "wait, wait, wait and see" kya hai?</w:t>
      </w:r>
    </w:p>
    <w:p>
      <w:pPr>
        <w:jc w:val="right"/>
      </w:pPr>
      <w:r>
        <w:t>اس فارمولے کو اپنایا نہیں اور لڑ گئے۔ یعنی ویٹ نہیں کر سکے۔ یہ "ویٹ، ویٹ، ویٹ اینڈ سی" کیا ہے؟</w:t>
      </w:r>
    </w:p>
    <w:p>
      <w:r>
        <w:rPr>
          <w:b/>
        </w:rPr>
        <w:t xml:space="preserve">[05:37] </w:t>
      </w:r>
      <w:r>
        <w:t>yeh wahi hai jis ko quran mein sabr kaha gaya hai. sabr kya hai? sabr maani hote hain patience, bardasht, tahammul.</w:t>
      </w:r>
    </w:p>
    <w:p>
      <w:pPr>
        <w:jc w:val="right"/>
      </w:pPr>
      <w:r>
        <w:t>یہ وہی ہے جس کو قرآن میں صبر کہا گیا ہے۔ صبر کیا ہے؟ صبر معنی ہوتے ہیں پیشنس، برداشت، تحمل۔</w:t>
      </w:r>
    </w:p>
    <w:p>
      <w:r>
        <w:rPr>
          <w:b/>
        </w:rPr>
        <w:t xml:space="preserve">[05:46] </w:t>
      </w:r>
      <w:r>
        <w:t>to wahi kiya hai? wahi to hai. sabr ka matlab hai "wait and see" ki policy.</w:t>
      </w:r>
    </w:p>
    <w:p>
      <w:pPr>
        <w:jc w:val="right"/>
      </w:pPr>
      <w:r>
        <w:t>تو وہی کیا ہے؟ وہی تو ہے۔ صبر کا مطلب ہے "ویٹ اینڈ سی" کی پالیسی۔</w:t>
      </w:r>
    </w:p>
    <w:p>
      <w:r>
        <w:rPr>
          <w:b/>
        </w:rPr>
        <w:t xml:space="preserve">[05:55] </w:t>
      </w:r>
      <w:r>
        <w:t>hadees mein aata hai ke "ilmun nasr ma'as sabr". jaan lo ke kamyabi sabr ke saath juri hui hai.</w:t>
      </w:r>
    </w:p>
    <w:p>
      <w:pPr>
        <w:jc w:val="right"/>
      </w:pPr>
      <w:r>
        <w:t>حدیث میں آتا ہے کہ "علم النصر مع الصبر"۔ جان لو کہ کامیابی صبر کے ساتھ جڑی ہوئی ہے۔</w:t>
      </w:r>
    </w:p>
    <w:p>
      <w:r>
        <w:rPr>
          <w:b/>
        </w:rPr>
        <w:t xml:space="preserve">[06:06] </w:t>
      </w:r>
      <w:r>
        <w:t>to saare quran aur hadees mein sabr ko bohat zyada highlight kiya gaya hai.</w:t>
      </w:r>
    </w:p>
    <w:p>
      <w:pPr>
        <w:jc w:val="right"/>
      </w:pPr>
      <w:r>
        <w:t>تو سارے قرآن اور حدیث میں صبر کو بہت زیادہ ہائی لائٹ کیا گیا ہے۔</w:t>
      </w:r>
    </w:p>
    <w:p>
      <w:r>
        <w:rPr>
          <w:b/>
        </w:rPr>
        <w:t xml:space="preserve">[06:14] </w:t>
      </w:r>
      <w:r>
        <w:t>hadees mein hai ke "ilmun nasr ma'as sabr". quran mein hai ke "innama yuwaffa sabiroona ajrahum bi ghairi hisab".</w:t>
      </w:r>
    </w:p>
    <w:p>
      <w:pPr>
        <w:jc w:val="right"/>
      </w:pPr>
      <w:r>
        <w:t>حدیث میں ہے کہ "علم النصر مع الصبر"۔ قرآن میں ہے کہ "انما یوف صابرون اجرہم بغیر حساب"۔</w:t>
      </w:r>
    </w:p>
    <w:p>
      <w:r>
        <w:rPr>
          <w:b/>
        </w:rPr>
        <w:t xml:space="preserve">[06:24] </w:t>
      </w:r>
      <w:r>
        <w:t>to sabr ko quran o hadees mein bohat zyada highlight kiya gaya hai.</w:t>
      </w:r>
    </w:p>
    <w:p>
      <w:pPr>
        <w:jc w:val="right"/>
      </w:pPr>
      <w:r>
        <w:t>تو صبر کو قرآن و حدیث میں بہت زیادہ ہائی لائٹ کیا گیا ہے۔</w:t>
      </w:r>
    </w:p>
    <w:p>
      <w:r>
        <w:rPr>
          <w:b/>
        </w:rPr>
        <w:t xml:space="preserve">[06:32] </w:t>
      </w:r>
      <w:r>
        <w:t>to log sabr ko samajhte hain ke koi bozdi hai, passivity hai, cowardice hai. nahi, woh law of nature hai.</w:t>
      </w:r>
    </w:p>
    <w:p>
      <w:pPr>
        <w:jc w:val="right"/>
      </w:pPr>
      <w:r>
        <w:t>تو لوگ صبر کو سمجھتے ہیں کہ کوئی بزدلی ہے، پیسیوٹی ہے، کاورڈیس ہے۔ نہیں، وہ لاء آف نیچر ہے۔</w:t>
      </w:r>
    </w:p>
    <w:p>
      <w:r>
        <w:rPr>
          <w:b/>
        </w:rPr>
        <w:t xml:space="preserve">[06:46] </w:t>
      </w:r>
      <w:r>
        <w:t>darakht bhi sabr karta hai. darakht ne thand hone par sabr kiya. bohat dinon tak woh lakdi ki tarah sookha pada raha.</w:t>
      </w:r>
    </w:p>
    <w:p>
      <w:pPr>
        <w:jc w:val="right"/>
      </w:pPr>
      <w:r>
        <w:t>درخت بھی صبر کرتا ہے۔ درخت نے ٹھنڈھ ہونے پر صبر کیا۔ بہت دنوں تک وہ لکڑی کی طرح سوکھا پڑا رہا۔</w:t>
      </w:r>
    </w:p>
    <w:p>
      <w:r>
        <w:rPr>
          <w:b/>
        </w:rPr>
        <w:t xml:space="preserve">[06:56] </w:t>
      </w:r>
      <w:r>
        <w:t>phir waqt aaya ke woh hara bhara ho gaya. "that was, that was so</w:t>
      </w:r>
    </w:p>
    <w:p>
      <w:pPr>
        <w:jc w:val="right"/>
      </w:pPr>
      <w:r>
        <w:t>پھر وقت آیا کہ وہ ہرا بھرا ہو گیا۔ "دیٹ واز، دیٹ واز سو</w:t>
      </w:r>
    </w:p>
    <w:p>
      <w:r>
        <w:rPr>
          <w:b/>
        </w:rPr>
        <w:t xml:space="preserve">[07:03] </w:t>
      </w:r>
      <w:r>
        <w:t>a policy of sabr". to sabr ka matlab hai "wait and see" ki policy apnana.</w:t>
      </w:r>
    </w:p>
    <w:p>
      <w:pPr>
        <w:jc w:val="right"/>
      </w:pPr>
      <w:r>
        <w:t>ا پالیسی آف صبر"۔ تو صبر کا مطلب ہے "ویٹ اینڈ سی" کی پالیسی اپنانا۔</w:t>
      </w:r>
    </w:p>
    <w:p>
      <w:r>
        <w:rPr>
          <w:b/>
        </w:rPr>
        <w:t xml:space="preserve">[07:12] </w:t>
      </w:r>
      <w:r>
        <w:t>"wait, wait, wait, and there must be a better tomorrow". to dekhiye, cheezein sochne se maloom hoti hain.</w:t>
      </w:r>
    </w:p>
    <w:p>
      <w:pPr>
        <w:jc w:val="right"/>
      </w:pPr>
      <w:r>
        <w:t>"ویٹ، ویٹ، ویٹ، اینڈ دیر مسٹ بی ا بیٹر ٹومارو"۔ تو دیکھیے، چیزیں سوچنے سے معلوم ہوتی ہیں۔</w:t>
      </w:r>
    </w:p>
    <w:p>
      <w:r>
        <w:rPr>
          <w:b/>
        </w:rPr>
        <w:t xml:space="preserve">[07:22] </w:t>
      </w:r>
      <w:r>
        <w:t>agar apna sochein to kuch bhi nahi. har cheez se aap be khabar rahenge.</w:t>
      </w:r>
    </w:p>
    <w:p>
      <w:pPr>
        <w:jc w:val="right"/>
      </w:pPr>
      <w:r>
        <w:t>اگر اپنا سوچیں تو کچھ بھی نہیں۔ ہر چیز سے آپ بے خبر رہیں گے۔</w:t>
      </w:r>
    </w:p>
    <w:p>
      <w:r>
        <w:rPr>
          <w:b/>
        </w:rPr>
        <w:t xml:space="preserve">[07:31] </w:t>
      </w:r>
      <w:r>
        <w:t>har cheez mein sochna hai. isi liye quran majeed mein dekhiye, tafakkur, tadabbur, tabassum, in cheezon par bohat zyada zor diya gaya hai.</w:t>
      </w:r>
    </w:p>
    <w:p>
      <w:pPr>
        <w:jc w:val="right"/>
      </w:pPr>
      <w:r>
        <w:t>ہر چیز میں سوچنا ہے۔ اسی لیے قرآن مجید میں دیکھیے، تفکر، تدبر، تبسم، ان چیزوں پر بہت زیادہ زور دیا گیا ہے۔</w:t>
      </w:r>
    </w:p>
    <w:p>
      <w:r>
        <w:rPr>
          <w:b/>
        </w:rPr>
        <w:t xml:space="preserve">[07:42] </w:t>
      </w:r>
      <w:r>
        <w:t>sabr ka matlab bhi hai ke pehle socho. koi situation agar aa jaye to us mein react mat karo, balkeh socho.</w:t>
      </w:r>
    </w:p>
    <w:p>
      <w:pPr>
        <w:jc w:val="right"/>
      </w:pPr>
      <w:r>
        <w:t>صبر کا مطلب بھی ہے کہ پہلے سوچو۔ کوئی سچویشن اگر آ جائے تو اس میں ری ایکٹ مت کرو، بلکہ سوچو۔</w:t>
      </w:r>
    </w:p>
    <w:p>
      <w:r>
        <w:rPr>
          <w:b/>
        </w:rPr>
        <w:t xml:space="preserve">[07:51] </w:t>
      </w:r>
      <w:r>
        <w:t>aadmi sabr karega to kya karega? sochega. pehle sochna, phir action lena. pehle sochna, phir koi step lena.</w:t>
      </w:r>
    </w:p>
    <w:p>
      <w:pPr>
        <w:jc w:val="right"/>
      </w:pPr>
      <w:r>
        <w:t>آدمی صبر کرے گا تو کیا کرے گا؟ سوچے گا۔ پہلے سوچنا، پھر ایکشن لینا۔ پہلے سوچنا، پھر کوئی سٹیپ لینا۔</w:t>
      </w:r>
    </w:p>
    <w:p>
      <w:r>
        <w:rPr>
          <w:b/>
        </w:rPr>
        <w:t xml:space="preserve">[08:06] </w:t>
      </w:r>
      <w:r>
        <w:t>to na sochne ka naam hai besabri aur sochne ka naam hai sabr.</w:t>
      </w:r>
    </w:p>
    <w:p>
      <w:pPr>
        <w:jc w:val="right"/>
      </w:pPr>
      <w:r>
        <w:t>تو نہ سوچنے کا نام ہے بے صبری اور سوچنے کا نام ہے صبر۔</w:t>
      </w:r>
    </w:p>
    <w:p>
      <w:r>
        <w:rPr>
          <w:b/>
        </w:rPr>
        <w:t xml:space="preserve">[08:18] </w:t>
      </w:r>
      <w:r>
        <w:t>yeh hai zindagi ka formula. zindagi ka formula. beshtar log jo hain sochte nahi.</w:t>
      </w:r>
    </w:p>
    <w:p>
      <w:pPr>
        <w:jc w:val="right"/>
      </w:pPr>
      <w:r>
        <w:t>یہ ہے زندگی کا فارمولا۔ زندگی کا فارمولا۔ بیشتر لوگ جو ہیں سوچتے نہیں۔</w:t>
      </w:r>
    </w:p>
    <w:p>
      <w:r>
        <w:rPr>
          <w:b/>
        </w:rPr>
        <w:t xml:space="preserve">[08:30] </w:t>
      </w:r>
      <w:r>
        <w:t>jaise hamare haan rozana, har har sunday ko</w:t>
      </w:r>
    </w:p>
    <w:p>
      <w:pPr>
        <w:jc w:val="right"/>
      </w:pPr>
      <w:r>
        <w:t>جیسے ہمارے ہاں روزانہ، ہر ہر سنڈے کو</w:t>
      </w:r>
    </w:p>
    <w:p>
      <w:r>
        <w:rPr>
          <w:b/>
        </w:rPr>
        <w:t xml:space="preserve">[08:34] </w:t>
      </w:r>
      <w:r>
        <w:t>yeh announce karna padta hai ke apna mobile bilkul band kar lijiye. yeh announce karne ki zaroorat kya hai? aap ko khud jaanna chahiye.</w:t>
      </w:r>
    </w:p>
    <w:p>
      <w:pPr>
        <w:jc w:val="right"/>
      </w:pPr>
      <w:r>
        <w:t>یہ اناؤنس کرنا پڑتا ہے کہ اپنا موبائل بالکل بند کر لیجیے۔ یہ اناؤنس کرنے کی ضرورت کیا ہے؟ آپ کو خود جاننا چاہیے۔</w:t>
      </w:r>
    </w:p>
    <w:p>
      <w:r>
        <w:rPr>
          <w:b/>
        </w:rPr>
        <w:t xml:space="preserve">[08:46] </w:t>
      </w:r>
      <w:r>
        <w:t>yaani yeh announce kiya jaye to kaisi ajeeb baat hai. aise log der mein aate hain, be-rukh soche samjhe.</w:t>
      </w:r>
    </w:p>
    <w:p>
      <w:pPr>
        <w:jc w:val="right"/>
      </w:pPr>
      <w:r>
        <w:t>یعنی یہ اناؤنس کیا جائے تو کیسی عجیب بات ہے۔ ایسے لوگ دیر میں آتے ہیں، بے رخ سوچے سمجھے۔</w:t>
      </w:r>
    </w:p>
    <w:p>
      <w:r>
        <w:rPr>
          <w:b/>
        </w:rPr>
        <w:t xml:space="preserve">[08:53] </w:t>
      </w:r>
      <w:r>
        <w:t>unhein sochna chahiye ke jab main der mein jaunga to main doosre ko disturb karunga.</w:t>
      </w:r>
    </w:p>
    <w:p>
      <w:pPr>
        <w:jc w:val="right"/>
      </w:pPr>
      <w:r>
        <w:t>انہیں سوچنا چاہیے کہ جب میں دیر میں جاؤں گا تو میں دوسرے کو ڈسٹرب کروں گا۔</w:t>
      </w:r>
    </w:p>
    <w:p>
      <w:r>
        <w:rPr>
          <w:b/>
        </w:rPr>
        <w:t xml:space="preserve">[09:00] </w:t>
      </w:r>
      <w:r>
        <w:t>kai log der mein atay hain.</w:t>
      </w:r>
    </w:p>
    <w:p>
      <w:pPr>
        <w:jc w:val="right"/>
      </w:pPr>
      <w:r>
        <w:t>کئی لوگ دیر میں آتے ہیں۔</w:t>
      </w:r>
    </w:p>
    <w:p>
      <w:r>
        <w:rPr>
          <w:b/>
        </w:rPr>
        <w:t xml:space="preserve">[09:05] </w:t>
      </w:r>
      <w:r>
        <w:t>bila soch samjhe, yeh bhi bila soch samjhe ho raha hai.</w:t>
      </w:r>
    </w:p>
    <w:p>
      <w:pPr>
        <w:jc w:val="right"/>
      </w:pPr>
      <w:r>
        <w:t>بلا سوچ سمجھے، یہ بھی بلا سوچ سمجھے ہو رہا ہے۔</w:t>
      </w:r>
    </w:p>
    <w:p>
      <w:r>
        <w:rPr>
          <w:b/>
        </w:rPr>
        <w:t xml:space="preserve">[09:10] </w:t>
      </w:r>
      <w:r>
        <w:t>yani kam se kam jo shart hai insan ke liye, woh hai ke problem create na kare. yeh kam se kam sabr hai.</w:t>
      </w:r>
    </w:p>
    <w:p>
      <w:pPr>
        <w:jc w:val="right"/>
      </w:pPr>
      <w:r>
        <w:t>یعنی کم سے کم جو شرط ہے انسان کے لیے، وہ ہے کہ پرابلم کریٹ نہ کرے۔ یہ کم سے کم صبر ہے۔</w:t>
      </w:r>
    </w:p>
    <w:p>
      <w:r>
        <w:rPr>
          <w:b/>
        </w:rPr>
        <w:t xml:space="preserve">[09:21] </w:t>
      </w:r>
      <w:r>
        <w:t>har aadmi problem create karta hai. mein to dunya mein aisay log dekhe nahi jo jantay hon is baat ko</w:t>
      </w:r>
    </w:p>
    <w:p>
      <w:pPr>
        <w:jc w:val="right"/>
      </w:pPr>
      <w:r>
        <w:t>ہر آدمی پرابلم کریٹ کرتا ہے۔ میں تو دنیا میں ایسے لوگ دیکھے نہیں جو جانتے ہوں اس بات کو</w:t>
      </w:r>
    </w:p>
    <w:p>
      <w:r>
        <w:rPr>
          <w:b/>
        </w:rPr>
        <w:t xml:space="preserve">[09:28] </w:t>
      </w:r>
      <w:r>
        <w:t>ke hamein problem create karna hi nahi hai. sui taake ke barabar bhi barabar nahi create karna hai. to jo der mein aata hai, us ko sochna chahiye ke us ne doosron ke liye problem create kiya.</w:t>
      </w:r>
    </w:p>
    <w:p>
      <w:pPr>
        <w:jc w:val="right"/>
      </w:pPr>
      <w:r>
        <w:t>کہ ہمیں پرابلم کریٹ کرنا ہی نہیں ہے۔ سوئی تاکے کے برابر بھی برابر نہیں کریٹ کرنا ہے۔ تو جو دیر میں آتا ہے، اس کو سوچنا چاہیے کہ اس نے دوسروں کے لیے پرابلم کریٹ کیا۔</w:t>
      </w:r>
    </w:p>
    <w:p>
      <w:r>
        <w:rPr>
          <w:b/>
        </w:rPr>
        <w:t xml:space="preserve">[09:44] </w:t>
      </w:r>
      <w:r>
        <w:t>ya aap ayenge, darwazay enter honge, ya aap baithenge, kuch khatpat hoga, doosre ke liye disturb</w:t>
      </w:r>
    </w:p>
    <w:p>
      <w:pPr>
        <w:jc w:val="right"/>
      </w:pPr>
      <w:r>
        <w:t>یا آپ آئیں گے، دروازے انٹر ہوں گے، یا آپ بیٹھیں گے، کچھ کھٹپٹ ہوگا، دوسرے کے لیے ڈسٹرب</w:t>
      </w:r>
    </w:p>
    <w:p>
      <w:r>
        <w:rPr>
          <w:b/>
        </w:rPr>
        <w:t xml:space="preserve">[09:52] </w:t>
      </w:r>
      <w:r>
        <w:t>ho gaya woh. aisay hi mobile baj gaya, doosre ke liye disturb hua woh. abhi mere paas aik telephone aaya Makkah se ke wahan log Hajj karne ja rahe hain, sab ki jeb mein mobile hai,</w:t>
      </w:r>
    </w:p>
    <w:p>
      <w:pPr>
        <w:jc w:val="right"/>
      </w:pPr>
      <w:r>
        <w:t>ہو گیا وہ۔ ایسے ہی موبائل بچ گیا، دوسرے کے لیے ڈسٹرب ہوا وہ۔ ابھی میرے پاس ایک ٹیلی فون آیا مکہ سے کہ وہاں لوگ حج کرنے جا رہے ہیں، سب کی جیب میں موبائل ہے،</w:t>
      </w:r>
    </w:p>
    <w:p>
      <w:r>
        <w:rPr>
          <w:b/>
        </w:rPr>
        <w:t xml:space="preserve">[10:05] </w:t>
      </w:r>
      <w:r>
        <w:t>woh bajta rehta hai.</w:t>
      </w:r>
    </w:p>
    <w:p>
      <w:pPr>
        <w:jc w:val="right"/>
      </w:pPr>
      <w:r>
        <w:t>وہ بجتا رہتا ہے۔</w:t>
      </w:r>
    </w:p>
    <w:p>
      <w:r>
        <w:rPr>
          <w:b/>
        </w:rPr>
        <w:t xml:space="preserve">[10:11] </w:t>
      </w:r>
      <w:r>
        <w:t>aik sahib ko telephone aaya ke mein Arafat se bol raha hoon. Arafat se bolne ki zaroorat kya hai aap ko? Arafat mein chup rahiyey.</w:t>
      </w:r>
    </w:p>
    <w:p>
      <w:pPr>
        <w:jc w:val="right"/>
      </w:pPr>
      <w:r>
        <w:t>ایک صاحب کو ٹیلی فون آیا کہ میں عرفات سے بول رہا ہوں۔ عرفات سے بولنے کی ضرورت کیا ہے آپ کو؟ عرفات میں چپ رہیے۔</w:t>
      </w:r>
    </w:p>
    <w:p>
      <w:r>
        <w:rPr>
          <w:b/>
        </w:rPr>
        <w:t xml:space="preserve">[10:23] </w:t>
      </w:r>
      <w:r>
        <w:t>mere paas aik sahib ka telephone aaya ke mein Arafat se bol raha hoon. aap ghor kijiye ke Arafat ka maidan jo hai, hashar ke maidan ki tamseel hai.</w:t>
      </w:r>
    </w:p>
    <w:p>
      <w:pPr>
        <w:jc w:val="right"/>
      </w:pPr>
      <w:r>
        <w:t>میرے پاس ایک صاحب کا ٹیلی فون آیا کہ میں عرفات سے بول رہا ہوں۔ آپ غور کیجیے کہ عرفات کا میدان جو ہے، حشر کے میدان کی تمثیل ہے۔</w:t>
      </w:r>
    </w:p>
    <w:p>
      <w:r>
        <w:rPr>
          <w:b/>
        </w:rPr>
        <w:t xml:space="preserve">[10:36] </w:t>
      </w:r>
      <w:r>
        <w:t>Arafat mein jo ikattha hote hain log, woh kya hai? hashar ka maidan, Allah ke samne hazri ka maidan. jab aap hashar ke maidan mein ikattha honge to kya mobile wahan par karenge kisi ko?</w:t>
      </w:r>
    </w:p>
    <w:p>
      <w:pPr>
        <w:jc w:val="right"/>
      </w:pPr>
      <w:r>
        <w:t>عرفات میں جو اکٹھا ہوتے ہیں لوگ، وہ کیا ہے؟ حشر کا میدان، اللہ کے سامنے حاضری کا میدان۔ جب آپ حشر کے میدان میں اکٹھا ہوں گے تو کیا موبائل وہاں پر کریں گے کسی کو؟</w:t>
      </w:r>
    </w:p>
    <w:p>
      <w:r>
        <w:rPr>
          <w:b/>
        </w:rPr>
        <w:t xml:space="preserve">[10:51] </w:t>
      </w:r>
      <w:r>
        <w:t>to Arafat ka maidan aap ko chup karne ke liye hai, mobile par baat karne ke liye nahi hai.</w:t>
      </w:r>
    </w:p>
    <w:p>
      <w:pPr>
        <w:jc w:val="right"/>
      </w:pPr>
      <w:r>
        <w:t>تو عرفات کا میدان آپ کو چپ کرنے کے لیے ہے، موبائل پر بات کرنے کے لیے نہیں ہے۔</w:t>
      </w:r>
    </w:p>
    <w:p>
      <w:r>
        <w:rPr>
          <w:b/>
        </w:rPr>
        <w:t xml:space="preserve">[11:00] </w:t>
      </w:r>
      <w:r>
        <w:t>yeh koi sochte hi nahi. yeh soch kar zindagi guzarna yeh bilkul hai hi nahi. warna hamein announce karne ki zaroorat na hoti ke aap mobile apna band kar li jiye.</w:t>
      </w:r>
    </w:p>
    <w:p>
      <w:pPr>
        <w:jc w:val="right"/>
      </w:pPr>
      <w:r>
        <w:t>یہ کوئی سوچتے ہی نہیں۔ یہ سوچ کر زندگی گزارنا یہ بالکل ہے ہی نہیں کہیں۔ ورنہ ہمیں اناؤنس کرنے کی ضرورت نہ ہوتی کہ آپ موبائل اپنا بند کر لیجیے۔</w:t>
      </w:r>
    </w:p>
    <w:p>
      <w:r>
        <w:rPr>
          <w:b/>
        </w:rPr>
        <w:t xml:space="preserve">[11:13] </w:t>
      </w:r>
      <w:r>
        <w:t>log khud hi khud band rakhte hain. yeh kehne ki zaroorat na hoti ke aap waqt par aaiye. log khud hi waqt par atay hain.</w:t>
      </w:r>
    </w:p>
    <w:p>
      <w:pPr>
        <w:jc w:val="right"/>
      </w:pPr>
      <w:r>
        <w:t>لوگ خود ہی خود بند رکھتے ہیں۔ یہ کہنے کی ضرورت نہ ہوتی کہ آپ وقت پر آئیے۔ لوگ خود ہی وقت پر آتے ہیں۔</w:t>
      </w:r>
    </w:p>
    <w:p>
      <w:r>
        <w:rPr>
          <w:b/>
        </w:rPr>
        <w:t xml:space="preserve">[11:21] </w:t>
      </w:r>
      <w:r>
        <w:t>is ko kehte hain "predictable character". qabil peshango'i kirdaar.</w:t>
      </w:r>
    </w:p>
    <w:p>
      <w:pPr>
        <w:jc w:val="right"/>
      </w:pPr>
      <w:r>
        <w:t>اس کو کہتے ہیں "پریڈکٹیبل کریکٹر"۔ قابل پیشنگوئی کردار۔</w:t>
      </w:r>
    </w:p>
    <w:p>
      <w:r>
        <w:rPr>
          <w:b/>
        </w:rPr>
        <w:t xml:space="preserve">[11:31] </w:t>
      </w:r>
      <w:r>
        <w:t>aadmi ke liye dekhiye, jo baatein Quran o Hadees mein kahi gayi hain, usi ko mein lafz agar badlun to woh yahi hai ke aap ke andar predictable character hona chahiye.</w:t>
      </w:r>
    </w:p>
    <w:p>
      <w:pPr>
        <w:jc w:val="right"/>
      </w:pPr>
      <w:r>
        <w:t>آدمی کے لیے دیکھیے، جو باتیں قرآن و حدیث میں کہی گئی ہیں، اسی کو میں لفظ اگر بدلوں تو وہ یہی ہے کہ آپ کے اندر پریڈکٹیبل کریکٹر ہونا چاہیے۔</w:t>
      </w:r>
    </w:p>
    <w:p>
      <w:r>
        <w:rPr>
          <w:b/>
        </w:rPr>
        <w:t xml:space="preserve">[11:44] </w:t>
      </w:r>
      <w:r>
        <w:t>doosra insan jo hai, baghair kahe yeh samajh sake ke aap aage kya karne wale hain.</w:t>
      </w:r>
    </w:p>
    <w:p>
      <w:pPr>
        <w:jc w:val="right"/>
      </w:pPr>
      <w:r>
        <w:t>دوسرا انسان جو ہے، بغیر کہے یہ سمجھ سکے کہ آپ آگے کیا کرنے والے ہیں۔</w:t>
      </w:r>
    </w:p>
    <w:p>
      <w:r>
        <w:rPr>
          <w:b/>
        </w:rPr>
        <w:t xml:space="preserve">[11:52] </w:t>
      </w:r>
      <w:r>
        <w:t>ab mobile baja kar disturb karein kisi ko, der mein aa kar ke haan khatpat karenge to hum peshgi samajh sakein ke aap aisa nahi karne wale hain.</w:t>
      </w:r>
    </w:p>
    <w:p>
      <w:pPr>
        <w:jc w:val="right"/>
      </w:pPr>
      <w:r>
        <w:t>اب موبائل بجا کر ڈسٹرب کریں کسی کو، دیر میں آ کر کہ ہاں کھٹپٹ کریں گے تو ہم پیشگی سمجھ سکیں کہ آپ ایسا نہیں کرنے والے ہیں۔</w:t>
      </w:r>
    </w:p>
    <w:p>
      <w:r>
        <w:rPr>
          <w:b/>
        </w:rPr>
        <w:t xml:space="preserve">[12:03] </w:t>
      </w:r>
      <w:r>
        <w:t>to hamara jo yeh mission hai, hamara jo yeh class hota hai, sach poochhein to isi liye hota hai soch ko develop karna. thinking ko develop karna.</w:t>
      </w:r>
    </w:p>
    <w:p>
      <w:pPr>
        <w:jc w:val="right"/>
      </w:pPr>
      <w:r>
        <w:t>تو ہمارا جو یہ مشن ہے، ہمارا جو یہ کلاس ہوتا ہے، سچ پوچھیں تو اسی لیے ہوتا ہے سوچ کو ڈیولپ کرنا۔ تھنکنگ کو ڈیولپ کرنا۔</w:t>
      </w:r>
    </w:p>
    <w:p>
      <w:r>
        <w:rPr>
          <w:b/>
        </w:rPr>
        <w:t xml:space="preserve">[12:15] </w:t>
      </w:r>
      <w:r>
        <w:t>kyun ke poori poori qaum mein, yahan se le ke America tak, sochna ghayab hai.</w:t>
      </w:r>
    </w:p>
    <w:p>
      <w:pPr>
        <w:jc w:val="right"/>
      </w:pPr>
      <w:r>
        <w:t>کیونکہ پوری پوری قوم میں، یہاں سے لے کے امریکہ تک، سوچنا غائب ہے۔</w:t>
      </w:r>
    </w:p>
    <w:p>
      <w:r>
        <w:rPr>
          <w:b/>
        </w:rPr>
        <w:t xml:space="preserve">[12:21] </w:t>
      </w:r>
      <w:r>
        <w:t>log sirf khali paisa kamana jantay hain. har aadmi paise ke peeche daud raha hai.</w:t>
      </w:r>
    </w:p>
    <w:p>
      <w:pPr>
        <w:jc w:val="right"/>
      </w:pPr>
      <w:r>
        <w:t>لوگ صرف خالی پیسہ کمانا جانتے ہیں۔ ہر آدمی پیسے کے پیچھے دوڑ رہا ہے۔</w:t>
      </w:r>
    </w:p>
    <w:p>
      <w:r>
        <w:rPr>
          <w:b/>
        </w:rPr>
        <w:t xml:space="preserve">[12:29] </w:t>
      </w:r>
      <w:r>
        <w:t>"I am only concerned".</w:t>
      </w:r>
    </w:p>
    <w:p>
      <w:pPr>
        <w:jc w:val="right"/>
      </w:pPr>
      <w:r>
        <w:t>"من از اونلی کنسرن"۔</w:t>
      </w:r>
    </w:p>
    <w:p>
      <w:r>
        <w:rPr>
          <w:b/>
        </w:rPr>
        <w:t xml:space="preserve">[12:33] </w:t>
      </w:r>
      <w:r>
        <w:t>to yeh jo mission hamara hai, sach poochhein to yeh mission aik aik bilkul hi alag dhang ka mission hai. yahan sara zor is par hai ke aap sochen, thinking karein, tafakkur karein, tadabbur karein, tabassum karein.</w:t>
      </w:r>
    </w:p>
    <w:p>
      <w:pPr>
        <w:jc w:val="right"/>
      </w:pPr>
      <w:r>
        <w:t>تو یہ جو مشن ہمارا ہے، سچ پوچھیں تو یہ مشن ایک ایک بالکل ہی الگ ڈھنگ کا مشن ہے۔ یہاں سارا زور اس پر ہے کہ آپ سوچیں، تھنکنگ کریں، تفکر کریں، تدبر کریں، تبسم کریں۔</w:t>
      </w:r>
    </w:p>
    <w:p>
      <w:r>
        <w:rPr>
          <w:b/>
        </w:rPr>
        <w:t xml:space="preserve">[12:48] </w:t>
      </w:r>
      <w:r>
        <w:t>is par hai.</w:t>
      </w:r>
    </w:p>
    <w:p>
      <w:pPr>
        <w:jc w:val="right"/>
      </w:pPr>
      <w:r>
        <w:t>اس پر ہے۔</w:t>
      </w:r>
    </w:p>
    <w:p>
      <w:r>
        <w:rPr>
          <w:b/>
        </w:rPr>
        <w:t xml:space="preserve">[12:52] </w:t>
      </w:r>
      <w:r>
        <w:t>sochne hi se sab kuch aata hai. eman, Islam, ibadat, akhlaq, jo kuch bhi hai, woh sochne se aata hai. na soche to aadmi animal ki tarah dunya mein rahega.</w:t>
      </w:r>
    </w:p>
    <w:p>
      <w:pPr>
        <w:jc w:val="right"/>
      </w:pPr>
      <w:r>
        <w:t>سوچنے ہی سے سب کچھ آتا ہے۔ ایمان، اسلام، عبادت، اخلاق، جو کچھ بھی ہے، وہ سوچنے سے آتا ہے۔ نہ سوچے تو آدمی اینیمل کی طرح دنیا میں رہے گا۔</w:t>
      </w:r>
    </w:p>
    <w:p>
      <w:r>
        <w:rPr>
          <w:b/>
        </w:rPr>
        <w:t xml:space="preserve">[13:08] </w:t>
      </w:r>
      <w:r>
        <w:t>to ek baat mujhe yeh kehni thi ke yeh jo hamara jo spiritual tree hai, woh kya sabak de raha hai? woh sabak yeh de raha hai ke present ko sab kuch mat samajh lo.</w:t>
      </w:r>
    </w:p>
    <w:p>
      <w:pPr>
        <w:jc w:val="right"/>
      </w:pPr>
      <w:r>
        <w:t>تو ایک بات مجھے یہ کہنی تھی کہ یہ جو ہمارا جو اسپیریچول ٹری ہے، وہ کیا سبق دے رہا ہے؟ وہ سبق یہ دے رہا ہے کہ پریزنٹ کو سب کچھ مت سمجھ لو۔</w:t>
      </w:r>
    </w:p>
    <w:p>
      <w:r>
        <w:rPr>
          <w:b/>
        </w:rPr>
        <w:t xml:space="preserve">[13:21] </w:t>
      </w:r>
      <w:r>
        <w:t>future ki umeed rakho.</w:t>
      </w:r>
    </w:p>
    <w:p>
      <w:pPr>
        <w:jc w:val="right"/>
      </w:pPr>
      <w:r>
        <w:t>فیوچر کی امید رکھو۔</w:t>
      </w:r>
    </w:p>
    <w:p>
      <w:r>
        <w:rPr>
          <w:b/>
        </w:rPr>
        <w:t xml:space="preserve">[13:26] </w:t>
      </w:r>
      <w:r>
        <w:t>present mein ho sakta hai ke main ek thandh hoon, future mein main ek shadab darakht ban sakta hoon. to islam ka jo ideology hai, woh aap ko ashwadi banati hai.</w:t>
      </w:r>
    </w:p>
    <w:p>
      <w:pPr>
        <w:jc w:val="right"/>
      </w:pPr>
      <w:r>
        <w:t>پریزنٹ میں ہو سکتا ہے کہ میں ایک ٹھنڈھ ہوں، فیوچر میں میں ایک شاداب درخت بن سکتا ہوں۔ تو اسلام کا جو آئیڈیالوجی ہے، وہ آپ کو اشوادی بناتی ہے۔</w:t>
      </w:r>
    </w:p>
    <w:p>
      <w:r>
        <w:rPr>
          <w:b/>
        </w:rPr>
        <w:t xml:space="preserve">[13:43] </w:t>
      </w:r>
      <w:r>
        <w:t>har haal mein hope baqi rahe aap ki, yeh banati hai. lekin kuch sochte nahin. ab dekhiye, mere paas ek telephone aaya ek sahab ka, door se.</w:t>
      </w:r>
    </w:p>
    <w:p>
      <w:pPr>
        <w:jc w:val="right"/>
      </w:pPr>
      <w:r>
        <w:t>ہر حال میں ہوپ باقی رہے آپ کی، یہ بناتی ہے۔ لیکن کچھ سوچتے نہیں۔ اب دیکھیے، میرے پاس ایک ٹیلی فون آیا ایک صاحب کا، دور سے۔</w:t>
      </w:r>
    </w:p>
    <w:p>
      <w:r>
        <w:rPr>
          <w:b/>
        </w:rPr>
        <w:t xml:space="preserve">[14:00] </w:t>
      </w:r>
      <w:r>
        <w:t>yani woh hazar mile door hain, woh</w:t>
      </w:r>
    </w:p>
    <w:p>
      <w:pPr>
        <w:jc w:val="right"/>
      </w:pPr>
      <w:r>
        <w:t>یعنی وہ ہزار میل دور ہیں، وہ</w:t>
      </w:r>
    </w:p>
    <w:p>
      <w:r>
        <w:rPr>
          <w:b/>
        </w:rPr>
        <w:t xml:space="preserve">[14:04] </w:t>
      </w:r>
      <w:r>
        <w:t>un ka telephone aaya. ek bade sheher se. ek musalman sahab. ab kya woh shikayatein kar rahe hain?</w:t>
      </w:r>
    </w:p>
    <w:p>
      <w:pPr>
        <w:jc w:val="right"/>
      </w:pPr>
      <w:r>
        <w:t>ان کا ٹیلی فون آیا۔ ایک بڑے شہر سے۔ ایک مسلمان صاحب۔ اب کیا وہ شکایتیں کر رہے ہیں؟</w:t>
      </w:r>
    </w:p>
    <w:p>
      <w:r>
        <w:rPr>
          <w:b/>
        </w:rPr>
        <w:t xml:space="preserve">[14:14] </w:t>
      </w:r>
      <w:r>
        <w:t>ke hamare musalmanon ke khilaf conspiracy ho rahi hai, musalmanon par zulm ho raha hai. aap dekhiye kashmir, dekhiye falasteen, dekhiye bosnia, dekhiye chechnya, dekhiye singh kang,</w:t>
      </w:r>
    </w:p>
    <w:p>
      <w:pPr>
        <w:jc w:val="right"/>
      </w:pPr>
      <w:r>
        <w:t>کہ ہمارے مسلمانوں کے خلاف کانسپریسی ہو رہی ہے، مسلمانوں پر ظلم ہو رہا ہے۔ آپ دیکھیے کشمیر، دیکھیے فلسطین، دیکھیے بوسنیا، دیکھیے چیچنیا، دیکھیے سنگھ کانگ،</w:t>
      </w:r>
    </w:p>
    <w:p>
      <w:r>
        <w:rPr>
          <w:b/>
        </w:rPr>
        <w:t xml:space="preserve">[14:26] </w:t>
      </w:r>
      <w:r>
        <w:t>aur dekhiye arakan, dekhiye falan, dekhiye falan.</w:t>
      </w:r>
    </w:p>
    <w:p>
      <w:pPr>
        <w:jc w:val="right"/>
      </w:pPr>
      <w:r>
        <w:t>اور دیکھیے اراکان، دیکھیے فلاں، دیکھیے فلاں۔</w:t>
      </w:r>
    </w:p>
    <w:p>
      <w:r>
        <w:rPr>
          <w:b/>
        </w:rPr>
        <w:t xml:space="preserve">[14:33] </w:t>
      </w:r>
      <w:r>
        <w:t>to maine kaha ke aap jo hai, kuch nahin jante. jin jagahon ka naam liya, uska is se bhi bekhabar hain aap.</w:t>
      </w:r>
    </w:p>
    <w:p>
      <w:pPr>
        <w:jc w:val="right"/>
      </w:pPr>
      <w:r>
        <w:t>تو میں نے کہا کہ آپ جو ہے، کچھ نہیں جانتے۔ جن جگہوں کا نام لیا، اس کا اس سے بھی بے خبر ہیں آپ۔</w:t>
      </w:r>
    </w:p>
    <w:p>
      <w:r>
        <w:rPr>
          <w:b/>
        </w:rPr>
        <w:t xml:space="preserve">[14:42] </w:t>
      </w:r>
      <w:r>
        <w:t>akhbaron mein padh liya hoga apne bas.</w:t>
      </w:r>
    </w:p>
    <w:p>
      <w:pPr>
        <w:jc w:val="right"/>
      </w:pPr>
      <w:r>
        <w:t>اخباروں میں پڑھ لیا ہوگا اپنے بس۔</w:t>
      </w:r>
    </w:p>
    <w:p>
      <w:r>
        <w:rPr>
          <w:b/>
        </w:rPr>
        <w:t xml:space="preserve">[14:48] </w:t>
      </w:r>
      <w:r>
        <w:t>akhbaron mein padh liya hoga, kuch jante nahin hain aap. to maine kaha ke dekhiye, yeh jo aap telephone kar rahe hain, yeh itni badi nemat hai, itni badi nemat hai</w:t>
      </w:r>
    </w:p>
    <w:p>
      <w:pPr>
        <w:jc w:val="right"/>
      </w:pPr>
      <w:r>
        <w:t>اخباروں میں پڑھ لیا ہوگا، کچھ جانتے نہیں ہیں آپ۔ تو میں نے کہا کہ دیکھیے، یہ جو آپ ٹیلی فون کر رہے ہیں، یہ اتنی بڑی نعمت ہے، اتنی بڑی نعمت ہے</w:t>
      </w:r>
    </w:p>
    <w:p>
      <w:r>
        <w:rPr>
          <w:b/>
        </w:rPr>
        <w:t xml:space="preserve">[15:03] </w:t>
      </w:r>
      <w:r>
        <w:t>ke sari woh shikayatein ek taraf aur yeh nemat ek taraf.</w:t>
      </w:r>
    </w:p>
    <w:p>
      <w:pPr>
        <w:jc w:val="right"/>
      </w:pPr>
      <w:r>
        <w:t>کہ ساری وہ شکایتیں ایک طرف اور یہ نعمت ایک طرف۔</w:t>
      </w:r>
    </w:p>
    <w:p>
      <w:r>
        <w:rPr>
          <w:b/>
        </w:rPr>
        <w:t xml:space="preserve">[15:10] </w:t>
      </w:r>
      <w:r>
        <w:t>maine un se poocha ke aap ko mujh se rabt karne mein kitna der lagi? kaha to kuch bhi ho to secondon mein ho gaya. to maine kaha ke dekhiye, pehle zamane mein kisi badshah ko aisa ho sakta tha?</w:t>
      </w:r>
    </w:p>
    <w:p>
      <w:pPr>
        <w:jc w:val="right"/>
      </w:pPr>
      <w:r>
        <w:t>میں نے ان سے پوچھا کہ آپ کو مجھ سے ربط کرنے میں کتنا دیر لگی؟ کہا تو کچھ بھی ہو تو سیکنڈوں میں ہو گیا۔ تو میں نے کہا کہ دیکھیے، پہلے زمانے میں کسی بادشاہ کو ایسا ہو سکتا تھا؟</w:t>
      </w:r>
    </w:p>
    <w:p>
      <w:r>
        <w:rPr>
          <w:b/>
        </w:rPr>
        <w:t xml:space="preserve">[15:25] </w:t>
      </w:r>
      <w:r>
        <w:t>kyunke communication nahin tha.</w:t>
      </w:r>
    </w:p>
    <w:p>
      <w:pPr>
        <w:jc w:val="right"/>
      </w:pPr>
      <w:r>
        <w:t>کیونکہ کمیونیکیشن نہیں تھا۔</w:t>
      </w:r>
    </w:p>
    <w:p>
      <w:r>
        <w:rPr>
          <w:b/>
        </w:rPr>
        <w:t xml:space="preserve">[15:28] </w:t>
      </w:r>
      <w:r>
        <w:t>communication to modern age ka keh mein bana hai. modern age ki discovery hai.</w:t>
      </w:r>
    </w:p>
    <w:p>
      <w:pPr>
        <w:jc w:val="right"/>
      </w:pPr>
      <w:r>
        <w:t>کمیونیکیشن تو ماڈرن ایج کا کہ میں بنا ہے۔ ماڈرن ایج کی ڈسکوری ہے۔</w:t>
      </w:r>
    </w:p>
    <w:p>
      <w:r>
        <w:rPr>
          <w:b/>
        </w:rPr>
        <w:t xml:space="preserve">[15:39] </w:t>
      </w:r>
      <w:r>
        <w:t>to pehle badshah ke paas kahan se hota telephone? jab telephone daryaft hi nahin hua tha to kahan se hota?</w:t>
      </w:r>
    </w:p>
    <w:p>
      <w:pPr>
        <w:jc w:val="right"/>
      </w:pPr>
      <w:r>
        <w:t>تو پہلے بادشاہ کے پاس کہاں سے ہوتا ٹیلی فون؟ جب ٹیلی فون دریافت ہی نہیں ہوا تھا تو کہاں سے ہوتا؟</w:t>
      </w:r>
    </w:p>
    <w:p>
      <w:r>
        <w:rPr>
          <w:b/>
        </w:rPr>
        <w:t xml:space="preserve">[15:47] </w:t>
      </w:r>
      <w:r>
        <w:t>kisi crore pati ke paas telephone nahin, kisi badshah ke paas telephone nahin.</w:t>
      </w:r>
    </w:p>
    <w:p>
      <w:pPr>
        <w:jc w:val="right"/>
      </w:pPr>
      <w:r>
        <w:t>کسی کروڑ پتی کے پاس ٹیلی فون نہیں، کسی بادشاہ کے پاس ٹیلی فون نہیں۔</w:t>
      </w:r>
    </w:p>
    <w:p>
      <w:r>
        <w:rPr>
          <w:b/>
        </w:rPr>
        <w:t xml:space="preserve">[15:54] </w:t>
      </w:r>
      <w:r>
        <w:t>to kya hota tha?</w:t>
      </w:r>
    </w:p>
    <w:p>
      <w:pPr>
        <w:jc w:val="right"/>
      </w:pPr>
      <w:r>
        <w:t>تو کیا ہوتا تھا؟</w:t>
      </w:r>
    </w:p>
    <w:p>
      <w:r>
        <w:rPr>
          <w:b/>
        </w:rPr>
        <w:t xml:space="preserve">[16:00] </w:t>
      </w:r>
      <w:r>
        <w:t>main khud apne bachpan ka qissa aap ko batata hoon. mere bachpan mein main gaon mein rehta tha. us waqt hamare haan telephone waghera kuch nahin tha. up ke ek gaon mein to mujhe apne gaon se saramer jana tha.</w:t>
      </w:r>
    </w:p>
    <w:p>
      <w:pPr>
        <w:jc w:val="right"/>
      </w:pPr>
      <w:r>
        <w:t>میں خود اپنے بچپن کا قصہ آپ کو بتاتا ہوں۔ میرے بچپن میں میں گاؤں میں رہتا تھا۔ اس وقت ہمارے ہاں ٹیلی فون وغیرہ کچھ نہیں تھا۔ یو پی کے ایک گاؤں میں تو مجھے اپنے گاؤں سے سرائمیر جانا تھا۔</w:t>
      </w:r>
    </w:p>
    <w:p>
      <w:r>
        <w:rPr>
          <w:b/>
        </w:rPr>
        <w:t xml:space="preserve">[16:14] </w:t>
      </w:r>
      <w:r>
        <w:t>saramer teen mile ka fasla hai, sirf teen mile.</w:t>
      </w:r>
    </w:p>
    <w:p>
      <w:pPr>
        <w:jc w:val="right"/>
      </w:pPr>
      <w:r>
        <w:t>سرائمیر تین میل کا فاصلہ ہے، صرف تین میل۔</w:t>
      </w:r>
    </w:p>
    <w:p>
      <w:r>
        <w:rPr>
          <w:b/>
        </w:rPr>
        <w:t xml:space="preserve">[16:19] </w:t>
      </w:r>
      <w:r>
        <w:t>ek message mujhe wahan dena tha kisi ko. to us waqt koi shakal nahin thi is ke siwa ke main khud jaon. wahan par koi sawari bhi nahin thi aur barsaat ka zamana tha.</w:t>
      </w:r>
    </w:p>
    <w:p>
      <w:pPr>
        <w:jc w:val="right"/>
      </w:pPr>
      <w:r>
        <w:t>ایک مسج مجھے وہاں دینا تھا کسی کو۔ تو اس وقت کوئی شکل نہیں تھی اس کے سوا کہ میں خود جاؤں۔ وہاں پر کوئی سواری بھی نہیں تھی اور برسات کا زمانہ تھا۔</w:t>
      </w:r>
    </w:p>
    <w:p>
      <w:r>
        <w:rPr>
          <w:b/>
        </w:rPr>
        <w:t xml:space="preserve">[16:35] </w:t>
      </w:r>
      <w:r>
        <w:t>badi musibaton se main apne gaon se nikal kar ke</w:t>
      </w:r>
    </w:p>
    <w:p>
      <w:pPr>
        <w:jc w:val="right"/>
      </w:pPr>
      <w:r>
        <w:t>بڑی مصیبتوں سے میں اپنے گاؤں سے نکل کر کے</w:t>
      </w:r>
    </w:p>
    <w:p>
      <w:r>
        <w:rPr>
          <w:b/>
        </w:rPr>
        <w:t xml:space="preserve">[16:39] </w:t>
      </w:r>
      <w:r>
        <w:t>paidal chal kar ke wahan pahuncha. message diya. wapas aaya to sham ho chuki thi. yani fajar baad nikla aur maghrib waqt pahuncha.</w:t>
      </w:r>
    </w:p>
    <w:p>
      <w:pPr>
        <w:jc w:val="right"/>
      </w:pPr>
      <w:r>
        <w:t>پیدل چل کر کے وہاں پہنچا۔ میسج دیا۔ واپس آیا تو شام ہو چکی تھی۔ یعنی فجر بعد نکلا اور مغرب وقت پہنچا۔</w:t>
      </w:r>
    </w:p>
    <w:p>
      <w:r>
        <w:rPr>
          <w:b/>
        </w:rPr>
        <w:t xml:space="preserve">[16:48] </w:t>
      </w:r>
      <w:r>
        <w:t>poora ek din ek message dene mein. kyunke barsaat ki wajah se raste kharab the. idhar se udhar jana padta tha.</w:t>
      </w:r>
    </w:p>
    <w:p>
      <w:pPr>
        <w:jc w:val="right"/>
      </w:pPr>
      <w:r>
        <w:t>پورا ایک دن ایک میسج دینے میں۔ کیونکہ برسات کی وجہ سے راستے خراب تھے۔ ادھر سے ادھر جانا پڑتا تھا۔</w:t>
      </w:r>
    </w:p>
    <w:p>
      <w:r>
        <w:rPr>
          <w:b/>
        </w:rPr>
        <w:t xml:space="preserve">[16:57] </w:t>
      </w:r>
      <w:r>
        <w:t>nadi bhi raste mein thi. aaj isi gaon se mujhe telephone karte hain log. ek second mein contact ho jata hai.</w:t>
      </w:r>
    </w:p>
    <w:p>
      <w:pPr>
        <w:jc w:val="right"/>
      </w:pPr>
      <w:r>
        <w:t>ندی بھی راستے میں تھی۔ آج اسی گاؤں سے مجھے ٹیلی فون کرتے ہیں لوگ۔ ایک سیکنڈ میں کنٹیکٹ ہو جاتا ہے۔</w:t>
      </w:r>
    </w:p>
    <w:p>
      <w:r>
        <w:rPr>
          <w:b/>
        </w:rPr>
        <w:t xml:space="preserve">[17:12] </w:t>
      </w:r>
      <w:r>
        <w:t>quran majeed mein dekhiye, ek bohat ajeeb qissa hai. Hazrat Yaqoob ka, Hazrat Yusuf ka.</w:t>
      </w:r>
    </w:p>
    <w:p>
      <w:pPr>
        <w:jc w:val="right"/>
      </w:pPr>
      <w:r>
        <w:t>قرآن مجید میں دیکھیے، ایک بہت عجیب قصہ ہے۔ حضرت یعقوب کا، حضرت یوسف کا۔</w:t>
      </w:r>
    </w:p>
    <w:p>
      <w:r>
        <w:rPr>
          <w:b/>
        </w:rPr>
        <w:t xml:space="preserve">[17:21] </w:t>
      </w:r>
      <w:r>
        <w:t>Hazrat Yaqoob ke bete thay Yusuf. Jin se riwalri hui kuch logon ko.</w:t>
      </w:r>
    </w:p>
    <w:p>
      <w:pPr>
        <w:jc w:val="right"/>
      </w:pPr>
      <w:r>
        <w:t>حضرت یعقوب کے بیٹے تھے یوسف۔ جن سے رائیولری ہوئی کچھ لوگوں کو۔</w:t>
      </w:r>
    </w:p>
    <w:p>
      <w:r>
        <w:rPr>
          <w:b/>
        </w:rPr>
        <w:t xml:space="preserve">[17:29] </w:t>
      </w:r>
      <w:r>
        <w:t>Unhon ne un ko kunwein mein daal diya. Jis mein pani nahi hota, aisa kunwaan, sookha kunwaan. Us waqt un ki umar barah saal thi Hazrat Yusuf ki.</w:t>
      </w:r>
    </w:p>
    <w:p>
      <w:pPr>
        <w:jc w:val="right"/>
      </w:pPr>
      <w:r>
        <w:t>انہوں نے ان کو کنویں میں ڈال دیا۔ جس میں پانی نہیں ہوتا، ایسا کنواں، سوکھا کنواں۔ اس وقت ان کی عمر بارہ سال تھی حضرت یوسف کی۔</w:t>
      </w:r>
    </w:p>
    <w:p>
      <w:r>
        <w:rPr>
          <w:b/>
        </w:rPr>
        <w:t xml:space="preserve">[17:42] </w:t>
      </w:r>
      <w:r>
        <w:t>Barah saal ki.</w:t>
      </w:r>
    </w:p>
    <w:p>
      <w:pPr>
        <w:jc w:val="right"/>
      </w:pPr>
      <w:r>
        <w:t>بارہ سال کی۔</w:t>
      </w:r>
    </w:p>
    <w:p>
      <w:r>
        <w:rPr>
          <w:b/>
        </w:rPr>
        <w:t xml:space="preserve">[17:46] </w:t>
      </w:r>
      <w:r>
        <w:t>Is ke baad kya hua? Yani taqreeban pachees saal tak baap un ka be khabar hai ke mera beta kahan gaya.</w:t>
      </w:r>
    </w:p>
    <w:p>
      <w:pPr>
        <w:jc w:val="right"/>
      </w:pPr>
      <w:r>
        <w:t>اس کے بعد کیا ہوا؟ یعنی تقریباً پچیس سال تک باپ ان کا بے خبر ہے کہ میرا بیٹا کہاں گیا۔</w:t>
      </w:r>
    </w:p>
    <w:p>
      <w:r>
        <w:rPr>
          <w:b/>
        </w:rPr>
        <w:t xml:space="preserve">[17:58] </w:t>
      </w:r>
      <w:r>
        <w:t>Bible mein bees saal likha hai ke bees saal. Ke main samajhta hoon ke bees saal se kuch zyada hona chahiye. To bees saal ya pachees saal tak Hazrat Yaqoob jo baap thay un ke, woh be khabar rahe.</w:t>
      </w:r>
    </w:p>
    <w:p>
      <w:pPr>
        <w:jc w:val="right"/>
      </w:pPr>
      <w:r>
        <w:t>بائبل میں بیس سال لکھا ہے کہ بیس سال۔ کہ میں سمجھتا ہوں کہ بیس سال سے کچھ زیادہ ہونا چاہیے۔ تو بیس سال یا پچیس سال تک حضرت یعقوب جو باپ تھے ان کے، وہ بے خبر رہے۔</w:t>
      </w:r>
    </w:p>
    <w:p>
      <w:r>
        <w:rPr>
          <w:b/>
        </w:rPr>
        <w:t xml:space="preserve">[18:12] </w:t>
      </w:r>
      <w:r>
        <w:t>Aur Quran mein hai ke un</w:t>
      </w:r>
    </w:p>
    <w:p>
      <w:pPr>
        <w:jc w:val="right"/>
      </w:pPr>
      <w:r>
        <w:t>اور قرآن میں ہے کہ ان</w:t>
      </w:r>
    </w:p>
    <w:p>
      <w:r>
        <w:rPr>
          <w:b/>
        </w:rPr>
        <w:t xml:space="preserve">[18:16] </w:t>
      </w:r>
      <w:r>
        <w:t>ki aankhein jo hain jaati rahin. Kamzor ho gayin, zu'f-e-basar ho gaya. Rote rote un ke haan kamzor ho gayin, theek se dikhai nahi deta tha.</w:t>
      </w:r>
    </w:p>
    <w:p>
      <w:pPr>
        <w:jc w:val="right"/>
      </w:pPr>
      <w:r>
        <w:t>کی آنکھیں جو ہیں جاتی رہیں۔ کمزور ہو گئیں، ضعف و بصر ہو گیا۔ روتے روتے ان کے ہاں کمزور ہو گئیں، ٹھیک سے دکھائی نہیں دیتا تھا۔</w:t>
      </w:r>
    </w:p>
    <w:p>
      <w:r>
        <w:rPr>
          <w:b/>
        </w:rPr>
        <w:t xml:space="preserve">[18:26] </w:t>
      </w:r>
      <w:r>
        <w:t>Ab ghor kijiye ke bees pachees saal tak jo rota rahe, kya anjaam hoga is ka?</w:t>
      </w:r>
    </w:p>
    <w:p>
      <w:pPr>
        <w:jc w:val="right"/>
      </w:pPr>
      <w:r>
        <w:t>اب غور کیجیے کہ بیس پچیس سال تک جو روتا رہے، کیا انجام ہوگا اس کا؟</w:t>
      </w:r>
    </w:p>
    <w:p>
      <w:r>
        <w:rPr>
          <w:b/>
        </w:rPr>
        <w:t xml:space="preserve">[18:34] </w:t>
      </w:r>
      <w:r>
        <w:t>Ab aap sochiye ke agar mobile ka zamana hota woh to kya hota? Jab Hazrat Yusuf, Hazrat Yusuf, aaj kal har ek ki jeb mein mobile hota hai.</w:t>
      </w:r>
    </w:p>
    <w:p>
      <w:pPr>
        <w:jc w:val="right"/>
      </w:pPr>
      <w:r>
        <w:t>اب آپ سوچیے کہ اگر موبائل کا زمانہ ہوتا وہ تو کیا ہوتا؟ جب حضرت یوسف، حضرت یوسف، آج کل ہر ایک کی جیب میں موبائل ہوتا ہے۔</w:t>
      </w:r>
    </w:p>
    <w:p>
      <w:r>
        <w:rPr>
          <w:b/>
        </w:rPr>
        <w:t xml:space="preserve">[18:44] </w:t>
      </w:r>
      <w:r>
        <w:t>Sabzi farosh aur safai ke Ramzan, sab ki jeb mein mobile hai. To Hazrat Yusuf ki jeb mein agar mobile hota,</w:t>
      </w:r>
    </w:p>
    <w:p>
      <w:pPr>
        <w:jc w:val="right"/>
      </w:pPr>
      <w:r>
        <w:t>سبزی فروش اور صفائی کے رمضان، سب کی جیب میں موبائل ہے۔ تو حضرت یوسف کی جیب میں اگر موبائل ہوتا،</w:t>
      </w:r>
    </w:p>
    <w:p>
      <w:r>
        <w:rPr>
          <w:b/>
        </w:rPr>
        <w:t xml:space="preserve">[18:52] </w:t>
      </w:r>
      <w:r>
        <w:t>Jab kunwein mein daala tha un ke jo un ke mukhalifeen ne, to mobile nikalte jeb se aur telephone karte hain apne baap ko ke main is ko kunwein mein hoon.</w:t>
      </w:r>
    </w:p>
    <w:p>
      <w:pPr>
        <w:jc w:val="right"/>
      </w:pPr>
      <w:r>
        <w:t>جب کنویں میں ڈالا تھا ان کے جو ان کے مخالفین نے، تو موبائل نکالتے جیب سے اور ٹیلی فون کرتے ہیں اپنے باپ کو کہ میں اس کو کنویں میں ہوں۔</w:t>
      </w:r>
    </w:p>
    <w:p>
      <w:r>
        <w:rPr>
          <w:b/>
        </w:rPr>
        <w:t xml:space="preserve">[19:07] </w:t>
      </w:r>
      <w:r>
        <w:t>Phir tareekh doosri hoti.</w:t>
      </w:r>
    </w:p>
    <w:p>
      <w:pPr>
        <w:jc w:val="right"/>
      </w:pPr>
      <w:r>
        <w:t>پھر تاریخ دوسری ہوتی۔</w:t>
      </w:r>
    </w:p>
    <w:p>
      <w:r>
        <w:rPr>
          <w:b/>
        </w:rPr>
        <w:t xml:space="preserve">[19:10] </w:t>
      </w:r>
      <w:r>
        <w:t>Tareekh doosri hoti. Phir woh kunwein se nikal kar ke kya kya waqiaat aap jante hain ke woh Misr pohanchay. Woh Misr, un ke baap Sham mein rehte thay.</w:t>
      </w:r>
    </w:p>
    <w:p>
      <w:pPr>
        <w:jc w:val="right"/>
      </w:pPr>
      <w:r>
        <w:t>تاریخ دوسری ہوتی۔ پھر وہ کنویں سے نکل کر کے کیا کیا واقعات آپ جانتے ہیں کہ وہ مصر پہنچے۔ وہ مصر، ان کے باپ شام میں رہتے تھے۔</w:t>
      </w:r>
    </w:p>
    <w:p>
      <w:r>
        <w:rPr>
          <w:b/>
        </w:rPr>
        <w:t xml:space="preserve">[19:23] </w:t>
      </w:r>
      <w:r>
        <w:t>Misr aur Sham ka faasla taqreeban seven hundred kilometer ka hai.</w:t>
      </w:r>
    </w:p>
    <w:p>
      <w:pPr>
        <w:jc w:val="right"/>
      </w:pPr>
      <w:r>
        <w:t>مصر اور شام کا فاصلہ تقریباً سیون ہنڈرڈ کلومیٹر کا ہے۔</w:t>
      </w:r>
    </w:p>
    <w:p>
      <w:r>
        <w:rPr>
          <w:b/>
        </w:rPr>
        <w:t xml:space="preserve">[19:31] </w:t>
      </w:r>
      <w:r>
        <w:t>Lekin kuch khabar nahi. Na baap ko koi beti ki khabar hai, bete ko baap ki khabar.</w:t>
      </w:r>
    </w:p>
    <w:p>
      <w:pPr>
        <w:jc w:val="right"/>
      </w:pPr>
      <w:r>
        <w:t>لیکن کچھ خبر نہیں۔ نہ باپ کو کوئی بیٹی کی خبر ہے، بیٹے کو باپ کی خبر۔</w:t>
      </w:r>
    </w:p>
    <w:p>
      <w:r>
        <w:rPr>
          <w:b/>
        </w:rPr>
        <w:t xml:space="preserve">[19:42] </w:t>
      </w:r>
      <w:r>
        <w:t>Yani taqreeban bees saal ya pachees saal baad yeh hua ke baap ne jaana ke mera beta Misr mein hai aur shahi mahal mein hai.</w:t>
      </w:r>
    </w:p>
    <w:p>
      <w:pPr>
        <w:jc w:val="right"/>
      </w:pPr>
      <w:r>
        <w:t>یعنی تقریباً بیس سال یا پچیس سال بعد یہ ہوا کہ باپ نے جانا کہ میرا بیٹا مصر میں ہے اور شاہی محل میں ہے۔</w:t>
      </w:r>
    </w:p>
    <w:p>
      <w:r>
        <w:rPr>
          <w:b/>
        </w:rPr>
        <w:t xml:space="preserve">[19:54] </w:t>
      </w:r>
      <w:r>
        <w:t>Ab ghor kijiye ke Hazrat Yusuf shahi mahal mein pohanch gaye thay wahan aur baap ro rahe hain un ke liye.</w:t>
      </w:r>
    </w:p>
    <w:p>
      <w:pPr>
        <w:jc w:val="right"/>
      </w:pPr>
      <w:r>
        <w:t>اب غور کیجیے کہ حضرت یوسف شاہی محل میں پہنچ گئے تھے وہاں اور باپ رو رہے ہیں ان کے لیے۔</w:t>
      </w:r>
    </w:p>
    <w:p>
      <w:r>
        <w:rPr>
          <w:b/>
        </w:rPr>
        <w:t xml:space="preserve">[20:05] </w:t>
      </w:r>
      <w:r>
        <w:t>Kyun? Lack of communication jo aap ko hasil hai. To jo log nashukri ki baatein karte hain, shikayat ki baatein karte hain, voters ki baatein karte hain,</w:t>
      </w:r>
    </w:p>
    <w:p>
      <w:pPr>
        <w:jc w:val="right"/>
      </w:pPr>
      <w:r>
        <w:t>کیوں؟ لیک آف کمیونیکیشن جو آپ کو حاصل ہے۔ تو جو لوگ ناشکری کی باتیں کرتے ہیں، شکایت کی باتیں کرتے ہیں، ووٹرز کی باتیں کرتے ہیں،</w:t>
      </w:r>
    </w:p>
    <w:p>
      <w:r>
        <w:rPr>
          <w:b/>
        </w:rPr>
        <w:t xml:space="preserve">[20:19] </w:t>
      </w:r>
      <w:r>
        <w:t>Aaj hi mein ne akhbar mein parha ke Aligarh Muslim history mein ladke jo hain dharne diye hue hain, bhook hartal kiye hue hain. Main ne kaha kya bewakoofi ka kaam hai?</w:t>
      </w:r>
    </w:p>
    <w:p>
      <w:pPr>
        <w:jc w:val="right"/>
      </w:pPr>
      <w:r>
        <w:t>آج ہی میں نے اخبار میں پڑھا کہ علی گڑھ مسلم ہسٹری میں لڑکے جو ہیں دھرنا دیے ہوئے ہیں، بھوک ہڑتال کیے ہوئے ہیں۔ میں نے کہا کیا بیوقوفی کا کام ہے؟</w:t>
      </w:r>
    </w:p>
    <w:p>
      <w:r>
        <w:rPr>
          <w:b/>
        </w:rPr>
        <w:t xml:space="preserve">[20:30] </w:t>
      </w:r>
      <w:r>
        <w:t>Yani shukr ka samandar tumhare andar ubhalna chahiye. Aur use shikayatein kar rahe ho, protest kar rahe ho. Koi ek shikayat thori si le kar ke bas aadmi khada ho jata hai.</w:t>
      </w:r>
    </w:p>
    <w:p>
      <w:pPr>
        <w:jc w:val="right"/>
      </w:pPr>
      <w:r>
        <w:t>یعنی شکر کا سمندر تمہارے اندر ابلنا چاہیے۔ اور اسے شکایتیں کر رہے ہو، پروٹیسٹ کر رہے ہو۔ کوئی ایک شکایت تھوڑی سی لے کر کے بس آدمی کھڑا ہو جاتا ہے۔</w:t>
      </w:r>
    </w:p>
    <w:p>
      <w:r>
        <w:rPr>
          <w:b/>
        </w:rPr>
        <w:t xml:space="preserve">[20:45] </w:t>
      </w:r>
      <w:r>
        <w:t>Aur hazaron, lakhon, karoron, billion, trillion jo achhi baatein hain, us ko bhool jata hai.</w:t>
      </w:r>
    </w:p>
    <w:p>
      <w:pPr>
        <w:jc w:val="right"/>
      </w:pPr>
      <w:r>
        <w:t>اور ہزاروں، لاکھوں، کروڑوں، بلین، ٹریلین جو اچھی باتیں ہیں، اس کو بھول جاتا ہے۔</w:t>
      </w:r>
    </w:p>
    <w:p>
      <w:r>
        <w:rPr>
          <w:b/>
        </w:rPr>
        <w:t xml:space="preserve">[20:52] </w:t>
      </w:r>
      <w:r>
        <w:t>Ab ghor kijiye ke aap sochein ke Hazrat Yaqoob, Hazrat Yusuf ko is zamane mein hamare to mobile hota to kya hota?</w:t>
      </w:r>
    </w:p>
    <w:p>
      <w:pPr>
        <w:jc w:val="right"/>
      </w:pPr>
      <w:r>
        <w:t>اب غور کیجیے کہ آپ سوچیں کہ حضرت یعقوب، حضرت یوسف کو اس زمانے میں ہمارے تو موبائل ہوتا تو کیا ہوتا؟</w:t>
      </w:r>
    </w:p>
    <w:p>
      <w:r>
        <w:rPr>
          <w:b/>
        </w:rPr>
        <w:t xml:space="preserve">[21:06] </w:t>
      </w:r>
      <w:r>
        <w:t>Hamare paas mobile hai. Within seconds, within minutes, hum yahan se kahin bhi contact kar lete hain.</w:t>
      </w:r>
    </w:p>
    <w:p>
      <w:pPr>
        <w:jc w:val="right"/>
      </w:pPr>
      <w:r>
        <w:t>ہمارے پاس موبائل ہے۔ ود ان سیکنڈ، ود ان منٹ، ہم یہاں سے کہیں بھی کنٹیکٹ کر لیتے ہیں۔</w:t>
      </w:r>
    </w:p>
    <w:p>
      <w:r>
        <w:rPr>
          <w:b/>
        </w:rPr>
        <w:t xml:space="preserve">[21:15] </w:t>
      </w:r>
      <w:r>
        <w:t>Baatein kar rahe hain jaise ke woh aadmi hamare paas baitha hua hai.</w:t>
      </w:r>
    </w:p>
    <w:p>
      <w:pPr>
        <w:jc w:val="right"/>
      </w:pPr>
      <w:r>
        <w:t>باتیں کر رہے ہیں جیسے کہ وہ آدمی ہمارے پاس بیٹھا ہوا ہے۔</w:t>
      </w:r>
    </w:p>
    <w:p>
      <w:r>
        <w:rPr>
          <w:b/>
        </w:rPr>
        <w:t xml:space="preserve">[21:22] </w:t>
      </w:r>
      <w:r>
        <w:t>to shukr karna jo hai, woh nikal gaya hai. poori ummat se nikal gaya hai.</w:t>
      </w:r>
    </w:p>
    <w:p>
      <w:pPr>
        <w:jc w:val="right"/>
      </w:pPr>
      <w:r>
        <w:t>تو شکر کرنا جو ہے، وہ نکل گیا ہے۔ پوری امت سے نکل گیا۔</w:t>
      </w:r>
    </w:p>
    <w:p>
      <w:r>
        <w:rPr>
          <w:b/>
        </w:rPr>
        <w:t xml:space="preserve">[21:33] </w:t>
      </w:r>
      <w:r>
        <w:t>aaj hi mere paas subah ek telephone aaya ek sahab ko, maine yeh baat kahi unse ke india se le kar america tak chale jaiye, har musalman se nashukri ki baatein kar raha hai.</w:t>
      </w:r>
    </w:p>
    <w:p>
      <w:pPr>
        <w:jc w:val="right"/>
      </w:pPr>
      <w:r>
        <w:t>آج ہی میرے پاس صبح ایک ٹیلی فون آیا ایک صاحب کو، میں نے یہ بات کہی ان سے کہ انڈیا سے لے کر امریکہ تک چلے جائیے، ہر مسلمان سے ناشکری کی باتیں کر رہا ہے۔</w:t>
      </w:r>
    </w:p>
    <w:p>
      <w:r>
        <w:rPr>
          <w:b/>
        </w:rPr>
        <w:t xml:space="preserve">[21:41] </w:t>
      </w:r>
      <w:r>
        <w:t>shikayat, protest.</w:t>
      </w:r>
    </w:p>
    <w:p>
      <w:pPr>
        <w:jc w:val="right"/>
      </w:pPr>
      <w:r>
        <w:t>شکایت، پروٹیسٹ۔</w:t>
      </w:r>
    </w:p>
    <w:p>
      <w:r>
        <w:rPr>
          <w:b/>
        </w:rPr>
        <w:t xml:space="preserve">[21:47] </w:t>
      </w:r>
      <w:r>
        <w:t>har sari duniya mein kehte hain log ke america, arab log kehte hain america, adu al-islam raqm wahid. america is animal number one of islam.</w:t>
      </w:r>
    </w:p>
    <w:p>
      <w:pPr>
        <w:jc w:val="right"/>
      </w:pPr>
      <w:r>
        <w:t>ہر ساری دنیا میں کہتے ہیں لوگ کہ امریکہ، عرب لوگ کہتے ہیں امریکہ، ادو الاسلام رقم واحد۔ امریکہ از اینیمل نمبر ون آف اسلام۔</w:t>
      </w:r>
    </w:p>
    <w:p>
      <w:r>
        <w:rPr>
          <w:b/>
        </w:rPr>
        <w:t xml:space="preserve">[22:00] </w:t>
      </w:r>
      <w:r>
        <w:t>abhi mere paas telephone aaya wahan se chennai se, madras se.</w:t>
      </w:r>
    </w:p>
    <w:p>
      <w:pPr>
        <w:jc w:val="right"/>
      </w:pPr>
      <w:r>
        <w:t>ابھی میرے پاس ٹیلی فون آیا وہاں سے چنئی سے، مدراس سے۔</w:t>
      </w:r>
    </w:p>
    <w:p>
      <w:r>
        <w:rPr>
          <w:b/>
        </w:rPr>
        <w:t xml:space="preserve">[22:06] </w:t>
      </w:r>
      <w:r>
        <w:t>america ne wahan par, american embassy ne wahan par ek intezaam kiya hai. aur madarason ke in ulama ko bulaya jo thoda bahut angrezi jaante hain.</w:t>
      </w:r>
    </w:p>
    <w:p>
      <w:pPr>
        <w:jc w:val="right"/>
      </w:pPr>
      <w:r>
        <w:t>امریکہ نے وہاں پر، امریکن ایمبیسی نے وہاں پر ایک انتظام کیا ہے۔ اور مدرسوں کے ان علماء کو بلایا جو تھوڑا بہت انگریزی جانتے ہیں۔</w:t>
      </w:r>
    </w:p>
    <w:p>
      <w:r>
        <w:rPr>
          <w:b/>
        </w:rPr>
        <w:t xml:space="preserve">[22:16] </w:t>
      </w:r>
      <w:r>
        <w:t>bais aadmi wahan ekattha hue hain. abhi hain wahin par. jo madras university mein hai, us mein unka intezaam kiya gaya. bahut hi achha intezaam.</w:t>
      </w:r>
    </w:p>
    <w:p>
      <w:pPr>
        <w:jc w:val="right"/>
      </w:pPr>
      <w:r>
        <w:t>بائیس آدمی وہاں اکٹھا ہوئے ہیں۔ ابھی ہیں وہیں پر۔ جو مدراس یونیورسٹی میں ہے، اس میں ان کا انتظام کیا گیا۔ بہت ہی اچھا انتظام۔</w:t>
      </w:r>
    </w:p>
    <w:p>
      <w:r>
        <w:rPr>
          <w:b/>
        </w:rPr>
        <w:t xml:space="preserve">[22:26] </w:t>
      </w:r>
      <w:r>
        <w:t>air conditioned kamron mein thehre hue hain. sara kharcha american embassy ki taraf se. aane jaane ka kharcha. aane ka, aane jaane ka kharcha, boarding lodge, har cheez.</w:t>
      </w:r>
    </w:p>
    <w:p>
      <w:pPr>
        <w:jc w:val="right"/>
      </w:pPr>
      <w:r>
        <w:t>ایئر کنڈیشنڈ کمروں میں ٹھہرے ہوئے ہیں۔ سارا خرچہ امریکن ایمبیسی کی طرف سے۔ آنے جانے کا خرچہ۔ آنے کا، آنے جانے کا خرچہ، بورڈنگ لاج، ہر چیز۔</w:t>
      </w:r>
    </w:p>
    <w:p>
      <w:r>
        <w:rPr>
          <w:b/>
        </w:rPr>
        <w:t xml:space="preserve">[22:39] </w:t>
      </w:r>
      <w:r>
        <w:t>aur kis liye? taake log yeh angrezi improve ho. log modern</w:t>
      </w:r>
    </w:p>
    <w:p>
      <w:pPr>
        <w:jc w:val="right"/>
      </w:pPr>
      <w:r>
        <w:t>اور کس لیے؟ تاکہ لوگ یہ انگریزی امپروو ہو۔ لوگ ماڈرن</w:t>
      </w:r>
    </w:p>
    <w:p>
      <w:r>
        <w:rPr>
          <w:b/>
        </w:rPr>
        <w:t xml:space="preserve">[22:47] </w:t>
      </w:r>
      <w:r>
        <w:t>thought ko jaanein. aaj ka, aaj kya hai duniya, is se waqif hon woh. ab bataiye, yeh to hamari zaroorat hai. to hadith mein aata hai ke in yakun basiran bizamanih.</w:t>
      </w:r>
    </w:p>
    <w:p>
      <w:pPr>
        <w:jc w:val="right"/>
      </w:pPr>
      <w:r>
        <w:t>تھاٹ کو جانیں۔ آج کا، آج کیا ہے دنیا، اس سے واقف ہوں وہ۔ اب بتائیے، یہ تو ہماری ضرورت ہے۔ تو حدیث میں آتا ہے کہ ان یکون بصیرا بزمانہ۔</w:t>
      </w:r>
    </w:p>
    <w:p>
      <w:r>
        <w:rPr>
          <w:b/>
        </w:rPr>
        <w:t xml:space="preserve">[23:01] </w:t>
      </w:r>
      <w:r>
        <w:t>momin ko chahiye ke woh basir-e-zamana ho.</w:t>
      </w:r>
    </w:p>
    <w:p>
      <w:pPr>
        <w:jc w:val="right"/>
      </w:pPr>
      <w:r>
        <w:t>مومن کو چاہیے کہ وہ بصیر زمانہ ہو۔</w:t>
      </w:r>
    </w:p>
    <w:p>
      <w:r>
        <w:rPr>
          <w:b/>
        </w:rPr>
        <w:t xml:space="preserve">[23:04] </w:t>
      </w:r>
      <w:r>
        <w:t>momin aaj ko jaane. apne zamane ko jaane. yeh to hamari zaroorat hai ke hum jaanein. aur is ko america kar raha hai apne kharch par, aap ko bata raha hai.</w:t>
      </w:r>
    </w:p>
    <w:p>
      <w:pPr>
        <w:jc w:val="right"/>
      </w:pPr>
      <w:r>
        <w:t>مومن آج کو جانے۔ اپنے زمانے کو جانے۔ یہ تو ہماری ضرورت ہے کہ ہم جانیں۔ اور اس کو امریکہ کر رہا ہے اپنے خرچ پر، آپ کو بتا رہا ہے۔</w:t>
      </w:r>
    </w:p>
    <w:p>
      <w:r>
        <w:rPr>
          <w:b/>
        </w:rPr>
        <w:t xml:space="preserve">[23:20] </w:t>
      </w:r>
      <w:r>
        <w:t>zara gaur kijiye, in yakun basiran bizamanih. yaani basirat-e-zamana. basirat-e-zamana hamari zaroorat hai.</w:t>
      </w:r>
    </w:p>
    <w:p>
      <w:pPr>
        <w:jc w:val="right"/>
      </w:pPr>
      <w:r>
        <w:t>ذرا غور کیجیے، ان یکون بصیرا بزمانہ۔ یعنی بصیرت زمانہ۔ بصیرت زمانہ ہماری ضرورت ہے۔</w:t>
      </w:r>
    </w:p>
    <w:p>
      <w:r>
        <w:rPr>
          <w:b/>
        </w:rPr>
        <w:t xml:space="preserve">[23:32] </w:t>
      </w:r>
      <w:r>
        <w:t>hamein khud karna hai. aur america apne kharch par hamein basirat-e-zamana, basirat-e-zamana bana raha hai.</w:t>
      </w:r>
    </w:p>
    <w:p>
      <w:pPr>
        <w:jc w:val="right"/>
      </w:pPr>
      <w:r>
        <w:t>ہمیں خود کرنا ہے۔ اور امریکہ اپنے خرچ پر ہمیں بصیرت زمانہ، بصیرت زمانہ بنا رہا ہے۔</w:t>
      </w:r>
    </w:p>
    <w:p>
      <w:r>
        <w:rPr>
          <w:b/>
        </w:rPr>
        <w:t xml:space="preserve">[23:41] </w:t>
      </w:r>
      <w:r>
        <w:t>to yaani shukr ki koi had hai. aise billion billion item hain. shukr ke item. to kyun log karte hain aisa?</w:t>
      </w:r>
    </w:p>
    <w:p>
      <w:pPr>
        <w:jc w:val="right"/>
      </w:pPr>
      <w:r>
        <w:t>تو یعنی شکر کی کوئی حد ہے۔ ایسے بلین بلین آئٹم ہیں۔ شکر کے آئٹم۔ تو کیوں لوگ کرتے ہیں ایسا؟</w:t>
      </w:r>
    </w:p>
    <w:p>
      <w:r>
        <w:rPr>
          <w:b/>
        </w:rPr>
        <w:t xml:space="preserve">[23:51] </w:t>
      </w:r>
      <w:r>
        <w:t>soch nahin paate. sochna jo hai, woh mafqood ho gaya hai. sochna khatm ho gaya hai.</w:t>
      </w:r>
    </w:p>
    <w:p>
      <w:pPr>
        <w:jc w:val="right"/>
      </w:pPr>
      <w:r>
        <w:t>سوچ نہیں پاتے۔ سوچنا جو ہے، وہ مفقود ہو گیا ہے۔ سوچنا ختم ہو گیا ہے۔</w:t>
      </w:r>
    </w:p>
    <w:p>
      <w:r>
        <w:rPr>
          <w:b/>
        </w:rPr>
        <w:t xml:space="preserve">[24:01] </w:t>
      </w:r>
      <w:r>
        <w:t>sochne ka ek bahut hi important jo principle hai, woh hai comparison. in comparison that we understand.</w:t>
      </w:r>
    </w:p>
    <w:p>
      <w:pPr>
        <w:jc w:val="right"/>
      </w:pPr>
      <w:r>
        <w:t>سوچنے کا ایک بہت ہی امپورٹنٹ جو پرنسپل ہے، وہ ہے کمپیریزن۔ ان کمپیریزن دیٹ وی انڈرسٹینڈ۔</w:t>
      </w:r>
    </w:p>
    <w:p>
      <w:r>
        <w:rPr>
          <w:b/>
        </w:rPr>
        <w:t xml:space="preserve">[24:10] </w:t>
      </w:r>
      <w:r>
        <w:t>turaf al-ashya compare karein aap. jaise maine kaha ke aap compare karein ke aap ki jeb mein mobile hai.</w:t>
      </w:r>
    </w:p>
    <w:p>
      <w:pPr>
        <w:jc w:val="right"/>
      </w:pPr>
      <w:r>
        <w:t>تورف الاشیاء کمپیئر کریں آپ۔ جیسے میں نے کہا کہ آپ کمپیئر کریں کہ آپ کی جیب میں موبائل ہے۔</w:t>
      </w:r>
    </w:p>
    <w:p>
      <w:r>
        <w:rPr>
          <w:b/>
        </w:rPr>
        <w:t xml:space="preserve">[24:20] </w:t>
      </w:r>
      <w:r>
        <w:t>aur within minute aap kahin se kahin baat karne lagte hain. aur doosri zabaan mein aisa mumkin nahin tha. to compare kar ke dekhiye.</w:t>
      </w:r>
    </w:p>
    <w:p>
      <w:pPr>
        <w:jc w:val="right"/>
      </w:pPr>
      <w:r>
        <w:t>اور ود ان منٹ آپ کہیں سے کہیں بات کرنے لگتے ہیں۔ اور دوسری زبان میں ایسا ممکن نہیں تھا۔ تو کمپیئر کر کے دیکھیے۔</w:t>
      </w:r>
    </w:p>
    <w:p>
      <w:r>
        <w:rPr>
          <w:b/>
        </w:rPr>
        <w:t xml:space="preserve">[24:31] </w:t>
      </w:r>
      <w:r>
        <w:t>ke aap kehte hain ke america dushman hai. to yeh sab kyun kar raha hai? america woh kaam kyun kar raha hai jo hadith mein aap ko bataya gaya hai ke basir-e-zamana bano.</w:t>
      </w:r>
    </w:p>
    <w:p>
      <w:pPr>
        <w:jc w:val="right"/>
      </w:pPr>
      <w:r>
        <w:t>کہ آپ کہتے ہیں کہ امریکہ دشمن ہے۔ تو یہ سب کیوں کر رہا ہے؟ امریکہ وہ کام کیوں کر رہا ہے جو حدیث میں آپ کو بتایا گیا ہے کہ بصیر زمانہ بنو۔</w:t>
      </w:r>
    </w:p>
    <w:p>
      <w:r>
        <w:rPr>
          <w:b/>
        </w:rPr>
        <w:t xml:space="preserve">[24:42] </w:t>
      </w:r>
      <w:r>
        <w:t>ab woh aap ko apne kharch par basir-e-zamana bana rahe hain. yeh sochna. yeh sochna.</w:t>
      </w:r>
    </w:p>
    <w:p>
      <w:pPr>
        <w:jc w:val="right"/>
      </w:pPr>
      <w:r>
        <w:t>اب وہ آپ کو اپنے خرچ پر بصیر زمانہ بنا رہے ہیں۔ یہ سوچنا۔ یہ سوچنا۔</w:t>
      </w:r>
    </w:p>
    <w:p>
      <w:r>
        <w:rPr>
          <w:b/>
        </w:rPr>
        <w:t xml:space="preserve">[24:54] </w:t>
      </w:r>
      <w:r>
        <w:t>sochne ka kya kamaal hai? sochna ko main kahunga ke art of conversion.</w:t>
      </w:r>
    </w:p>
    <w:p>
      <w:pPr>
        <w:jc w:val="right"/>
      </w:pPr>
      <w:r>
        <w:t>سوچنے کا کیا کمال ہے؟ سوچنا کو میں کہوں گا کہ آرٹ آف کنورژن۔</w:t>
      </w:r>
    </w:p>
    <w:p>
      <w:r>
        <w:rPr>
          <w:b/>
        </w:rPr>
        <w:t xml:space="preserve">[25:01] </w:t>
      </w:r>
      <w:r>
        <w:t>art of conversion. yaani kisi item ko soch kar ke us ko minus ko plus banana. yeh sochna.</w:t>
      </w:r>
    </w:p>
    <w:p>
      <w:pPr>
        <w:jc w:val="right"/>
      </w:pPr>
      <w:r>
        <w:t>آرٹ آف کنورژن۔ یعنی کسی آئٹم کو سوچ کر کے اس کو مائنس کو پلس بنانا۔ یہ سوچنا۔</w:t>
      </w:r>
    </w:p>
    <w:p>
      <w:r>
        <w:rPr>
          <w:b/>
        </w:rPr>
        <w:t xml:space="preserve">[25:13] </w:t>
      </w:r>
      <w:r>
        <w:t>poora poora yeh jo nizam hai Khuda ka, yeh conversion par qaim hai. poora poora nizam. yaani aap pani peete hain, pani kya hai?</w:t>
      </w:r>
    </w:p>
    <w:p>
      <w:pPr>
        <w:jc w:val="right"/>
      </w:pPr>
      <w:r>
        <w:t>پورا پورا یہ جو نظام ہے خدا کا، یہ کنورژن پر قائم ہے۔ پورا پورا نظام۔ یعنی آپ پانی پیتے ہیں، پانی کیا ہے؟</w:t>
      </w:r>
    </w:p>
    <w:p>
      <w:r>
        <w:rPr>
          <w:b/>
        </w:rPr>
        <w:t xml:space="preserve">[25:25] </w:t>
      </w:r>
      <w:r>
        <w:t>woh conversion hai. do gases convert ho gayin to pani ban gaya.</w:t>
      </w:r>
    </w:p>
    <w:p>
      <w:pPr>
        <w:jc w:val="right"/>
      </w:pPr>
      <w:r>
        <w:t>وہ کنورژن ہے۔ دو گیسز کنورٹ ہو گئیں تو پانی بن گیا۔</w:t>
      </w:r>
    </w:p>
    <w:p>
      <w:r>
        <w:rPr>
          <w:b/>
        </w:rPr>
        <w:t xml:space="preserve">[25:31] </w:t>
      </w:r>
      <w:r>
        <w:t>aap khana khate hain, woh kya hai? woh conversion hai. soil jo hai, convert ho gaya to woh ghung aur chawal ban gaya.</w:t>
      </w:r>
    </w:p>
    <w:p>
      <w:pPr>
        <w:jc w:val="right"/>
      </w:pPr>
      <w:r>
        <w:t>آپ کھانا کھاتے ہیں، وہ کیا ہے؟ وہ کنورژن ہے۔ سوائل جو ہے، کنورٹ ہو گیا تو وہ گھنگ اور چاول بن گیا۔</w:t>
      </w:r>
    </w:p>
    <w:p>
      <w:r>
        <w:rPr>
          <w:b/>
        </w:rPr>
        <w:t xml:space="preserve">[25:40] </w:t>
      </w:r>
      <w:r>
        <w:t>sab conversion hai. yeh jo yeh glass hai, yeh sheesha, sheesha conversion hai. ek pathar jo hai, convert hua to woh sheesha ban gaya, glass ban gaya.</w:t>
      </w:r>
    </w:p>
    <w:p>
      <w:pPr>
        <w:jc w:val="right"/>
      </w:pPr>
      <w:r>
        <w:t>سب کنورژن ہے۔ یہ جو یہ گلاس ہے، یہ شیشہ، شیشہ کنورژن ہے۔ ایک پتھر جو ہے، کنورٹ ہوا تو وہ شیشہ بن گیا، گلاس بن گیا۔</w:t>
      </w:r>
    </w:p>
    <w:p>
      <w:r>
        <w:rPr>
          <w:b/>
        </w:rPr>
        <w:t xml:space="preserve">[25:53] </w:t>
      </w:r>
      <w:r>
        <w:t>jisko kehte hain silicon. to conversion par poora creation qaim hai.</w:t>
      </w:r>
    </w:p>
    <w:p>
      <w:pPr>
        <w:jc w:val="right"/>
      </w:pPr>
      <w:r>
        <w:t>جس کو کہتے ہیں سلیکان۔ تو کنورژن پر پورا کریشن قائم ہے۔</w:t>
      </w:r>
    </w:p>
    <w:p>
      <w:r>
        <w:rPr>
          <w:b/>
        </w:rPr>
        <w:t xml:space="preserve">[26:02] </w:t>
      </w:r>
      <w:r>
        <w:t>sitare jo hain, suraj jo hai, kya hai? woh bhi matter convert ho gaya to roshni ban gayi.</w:t>
      </w:r>
    </w:p>
    <w:p>
      <w:pPr>
        <w:jc w:val="right"/>
      </w:pPr>
      <w:r>
        <w:t>ستارے جو ہیں، سورج جو ہے، کیا ہے؟ وہ بھی میٹر کنورٹ ہو گیا تو روشنی بن گئی۔</w:t>
      </w:r>
    </w:p>
    <w:p>
      <w:r>
        <w:rPr>
          <w:b/>
        </w:rPr>
        <w:t xml:space="preserve">[26:11] </w:t>
      </w:r>
      <w:r>
        <w:t>to you have to learn the art of conversion.</w:t>
      </w:r>
    </w:p>
    <w:p>
      <w:pPr>
        <w:jc w:val="right"/>
      </w:pPr>
      <w:r>
        <w:t>تو یو ہیو ٹو لرن دا آرٹ آف کنورژن۔</w:t>
      </w:r>
    </w:p>
    <w:p>
      <w:r>
        <w:rPr>
          <w:b/>
        </w:rPr>
        <w:t xml:space="preserve">[26:17] </w:t>
      </w:r>
      <w:r>
        <w:t>tab shikayatein aur jo bhi negative item hai, inko aap convert karenge to har negative positive ban jayega.</w:t>
      </w:r>
    </w:p>
    <w:p>
      <w:pPr>
        <w:jc w:val="right"/>
      </w:pPr>
      <w:r>
        <w:t>تب شکایتیں اور جو بھی نیگیٹیو آئٹم ہے، ان کو آپ کنورٹ کریں گے تو ہر نیگیٹیو پازیٹیو بن جائے گا۔</w:t>
      </w:r>
    </w:p>
    <w:p>
      <w:r>
        <w:rPr>
          <w:b/>
        </w:rPr>
        <w:t xml:space="preserve">[26:26] </w:t>
      </w:r>
      <w:r>
        <w:t>har minus plus ban jayega. to sochne par jo quran ko aap padhein to</w:t>
      </w:r>
    </w:p>
    <w:p>
      <w:pPr>
        <w:jc w:val="right"/>
      </w:pPr>
      <w:r>
        <w:t>ہر مائنس پلس بن جائے گا۔ تو سوچنے پر جو قرآن کو آپ پڑھیں تو</w:t>
      </w:r>
    </w:p>
    <w:p>
      <w:r>
        <w:rPr>
          <w:b/>
        </w:rPr>
        <w:t xml:space="preserve">[26:34] </w:t>
      </w:r>
      <w:r>
        <w:t>quran mein bhara hua hai ke socho, aql se kaam lo, ghor karo. tafakkur, tadabbur, ta'aqqul, tabassum, mukhtalif alfaaz mein.</w:t>
      </w:r>
    </w:p>
    <w:p>
      <w:pPr>
        <w:jc w:val="right"/>
      </w:pPr>
      <w:r>
        <w:t>قرآن میں بھرا ہوا ہے کہ سوچو، عقل سے کام لو، غور کرو۔ تفکر، تدبر، تعقل، تبسم، مختلف الفاظ میں۔</w:t>
      </w:r>
    </w:p>
    <w:p>
      <w:r>
        <w:rPr>
          <w:b/>
        </w:rPr>
        <w:t xml:space="preserve">[26:52] </w:t>
      </w:r>
      <w:r>
        <w:t>afla ta'aqquloon, afla ta'aqquloon, ke sochte nahi tum, apni aql se kaam nahi lete. to sochna kya hai? sochna yahi hai.</w:t>
      </w:r>
    </w:p>
    <w:p>
      <w:pPr>
        <w:jc w:val="right"/>
      </w:pPr>
      <w:r>
        <w:t>افلا تعقلون، افلا تعقلون، کہ سوچتے نہیں تم، اپنی عقل سے کام نہیں لیتے۔ تو سوچنا کیا ہے؟ سوچنا یہی ہے۔</w:t>
      </w:r>
    </w:p>
    <w:p>
      <w:r>
        <w:rPr>
          <w:b/>
        </w:rPr>
        <w:t xml:space="preserve">[27:03] </w:t>
      </w:r>
      <w:r>
        <w:t>yani convert kar sakna. art of conversion jo hai, woh isi ka naam hai sochna.</w:t>
      </w:r>
    </w:p>
    <w:p>
      <w:pPr>
        <w:jc w:val="right"/>
      </w:pPr>
      <w:r>
        <w:t>یعنی کنورٹ کر سکنا۔ آرٹ آف کنورژن جو ہے، وہ اسی کا نام ہے سوچنا۔</w:t>
      </w:r>
    </w:p>
    <w:p>
      <w:r>
        <w:rPr>
          <w:b/>
        </w:rPr>
        <w:t xml:space="preserve">[27:10] </w:t>
      </w:r>
      <w:r>
        <w:t>kyunki zindagi dekhiye, zindagi allah taala ne banayi hai is tareeqe se, woh to kaanton se bhari rahegi. gulab aur peed ko dekhiye aap, kya woh koi, usne koi crime kiya hai usne?</w:t>
      </w:r>
    </w:p>
    <w:p>
      <w:pPr>
        <w:jc w:val="right"/>
      </w:pPr>
      <w:r>
        <w:t>کیونکہ زندگی دیکھیے، زندگی اللہ تعالی نے بنائی ہے اس طریقے سے، وہ تو کانٹوں سے بھری رہے گی۔ گلاب اور پیڑ کو دیکھیے آپ، کیا وہ کوئی، اس نے کوئی کرائم کیا ہے اس نے؟</w:t>
      </w:r>
    </w:p>
    <w:p>
      <w:r>
        <w:rPr>
          <w:b/>
        </w:rPr>
        <w:t xml:space="preserve">[27:24] </w:t>
      </w:r>
      <w:r>
        <w:t>lekin kaante hain iske, iske branches par kaante hain.</w:t>
      </w:r>
    </w:p>
    <w:p>
      <w:pPr>
        <w:jc w:val="right"/>
      </w:pPr>
      <w:r>
        <w:t>لیکن کانٹے ہیں اس کے، اس کے برانچز پر کانٹے ہیں۔</w:t>
      </w:r>
    </w:p>
    <w:p>
      <w:r>
        <w:rPr>
          <w:b/>
        </w:rPr>
        <w:t xml:space="preserve">[27:29] </w:t>
      </w:r>
      <w:r>
        <w:t>ab ghor kijiye. yani ek poda dekhiye gulab ka, aap dekhein iske branches mein kaante hain.</w:t>
      </w:r>
    </w:p>
    <w:p>
      <w:pPr>
        <w:jc w:val="right"/>
      </w:pPr>
      <w:r>
        <w:t>اب غور کیجیے۔ یعنی ایک پودا دیکھیے گلاب کا، آپ دیکھیں اس کے برانچز میں کانٹے ہیں۔</w:t>
      </w:r>
    </w:p>
    <w:p>
      <w:r>
        <w:rPr>
          <w:b/>
        </w:rPr>
        <w:t xml:space="preserve">[27:38] </w:t>
      </w:r>
      <w:r>
        <w:t>to kya koi crime kiya hai gulab ne? woh saza di gayi ke usko kaanton mein daal diya gaya.</w:t>
      </w:r>
    </w:p>
    <w:p>
      <w:pPr>
        <w:jc w:val="right"/>
      </w:pPr>
      <w:r>
        <w:t>تو کیا کوئی کرائم کیا ہے گلاب نے؟ وہ سزا دی گئی کہ اس کو کانٹوں میں ڈال دیا گیا۔</w:t>
      </w:r>
    </w:p>
    <w:p>
      <w:r>
        <w:rPr>
          <w:b/>
        </w:rPr>
        <w:t xml:space="preserve">[27:45] </w:t>
      </w:r>
      <w:r>
        <w:t>nahi, that is law of nature. phool hai, kaante bhi hain iske saath saath. gulab ka jo poda hai, jo plant hai, ismein ek taraf phool hain, doosri taraf kaante bhi hain.</w:t>
      </w:r>
    </w:p>
    <w:p>
      <w:pPr>
        <w:jc w:val="right"/>
      </w:pPr>
      <w:r>
        <w:t>نہیں، دیٹ از لاء آف نیچر۔ پھول ہے، کانٹے بھی ہیں اس کے ساتھ ساتھ۔ گلاب کا جو پودا ہے، جو پلانٹ ہے، اس میں ایک طرف پھول ہیں، دوسری طرف کانٹے بھی ہیں۔</w:t>
      </w:r>
    </w:p>
    <w:p>
      <w:r>
        <w:rPr>
          <w:b/>
        </w:rPr>
        <w:t xml:space="preserve">[28:00] </w:t>
      </w:r>
      <w:r>
        <w:t>yeh hai zindagi. yeh tamseel hai ke zindagi jo hai,</w:t>
      </w:r>
    </w:p>
    <w:p>
      <w:pPr>
        <w:jc w:val="right"/>
      </w:pPr>
      <w:r>
        <w:t>یہ ہے زندگی۔ یہ تمثیل ہے کہ زندگی جو ہے،</w:t>
      </w:r>
    </w:p>
    <w:p>
      <w:r>
        <w:rPr>
          <w:b/>
        </w:rPr>
        <w:t xml:space="preserve">[28:05] </w:t>
      </w:r>
      <w:r>
        <w:t>phool phool se nahi rahenge, ismein kaante bhi rahenge. to aap ko kya hai? kaanton mein phool ko dekhna.</w:t>
      </w:r>
    </w:p>
    <w:p>
      <w:pPr>
        <w:jc w:val="right"/>
      </w:pPr>
      <w:r>
        <w:t>پھول پھول سے نہیں رہیں گے، اس میں کانٹے بھی رہیں گے۔ تو آپ کو کیا ہے؟ کانٹوں میں پھول کو دیکھنا۔</w:t>
      </w:r>
    </w:p>
    <w:p>
      <w:r>
        <w:rPr>
          <w:b/>
        </w:rPr>
        <w:t xml:space="preserve">[28:16] </w:t>
      </w:r>
      <w:r>
        <w:t>negative ko positive mein convert karna. minus ko plus banana.</w:t>
      </w:r>
    </w:p>
    <w:p>
      <w:pPr>
        <w:jc w:val="right"/>
      </w:pPr>
      <w:r>
        <w:t>نیگیٹیو کو پازیٹیو میں کنورٹ کرنا۔ مائنس کو پلس بنانا۔</w:t>
      </w:r>
    </w:p>
    <w:p>
      <w:r>
        <w:rPr>
          <w:b/>
        </w:rPr>
        <w:t xml:space="preserve">[28:22] </w:t>
      </w:r>
      <w:r>
        <w:t>yeh hai.</w:t>
      </w:r>
    </w:p>
    <w:p>
      <w:pPr>
        <w:jc w:val="right"/>
      </w:pPr>
      <w:r>
        <w:t>یہ ہے۔</w:t>
      </w:r>
    </w:p>
    <w:p>
      <w:r>
        <w:rPr>
          <w:b/>
        </w:rPr>
        <w:t xml:space="preserve">[28:27] </w:t>
      </w:r>
      <w:r>
        <w:t>ab jis waqe ko dekhiye, jo vast waqe hai, vast waqe hai falasteen ka hai. sab se zyada logon ke nazdeek jo bas aur zulm hi zulm hai.</w:t>
      </w:r>
    </w:p>
    <w:p>
      <w:pPr>
        <w:jc w:val="right"/>
      </w:pPr>
      <w:r>
        <w:t>اب جس واقعے کو دیکھیے، جو وست واقعہ ہے، وست واقعہ ہے فلسطین کا ہے۔ سب سے زیادہ لوگوں کے نزدیک جو بس اور ظلم ہی ظلم ہے۔</w:t>
      </w:r>
    </w:p>
    <w:p>
      <w:r>
        <w:rPr>
          <w:b/>
        </w:rPr>
        <w:t xml:space="preserve">[28:38] </w:t>
      </w:r>
      <w:r>
        <w:t>halanke zulm kya hai? kuch bhi nahi hai.</w:t>
      </w:r>
    </w:p>
    <w:p>
      <w:pPr>
        <w:jc w:val="right"/>
      </w:pPr>
      <w:r>
        <w:t>حالانکہ ظلم کیا ہے؟ کچھ بھی نہیں ہے۔</w:t>
      </w:r>
    </w:p>
    <w:p>
      <w:r>
        <w:rPr>
          <w:b/>
        </w:rPr>
        <w:t xml:space="preserve">[28:43] </w:t>
      </w:r>
      <w:r>
        <w:t>agar aap ke andar dawat wali soch ho, daai ki soch ho, daai. apne ko daai aur doosre ko mad'u samjhein aap.</w:t>
      </w:r>
    </w:p>
    <w:p>
      <w:pPr>
        <w:jc w:val="right"/>
      </w:pPr>
      <w:r>
        <w:t>اگر آپ کے اندر دعوت والی سوچ ہو، داعی کی سوچ ہو، داعی۔ اپنے کو داعی اور دوسرے کو مدعو سمجھیں آپ۔</w:t>
      </w:r>
    </w:p>
    <w:p>
      <w:r>
        <w:rPr>
          <w:b/>
        </w:rPr>
        <w:t xml:space="preserve">[28:53] </w:t>
      </w:r>
      <w:r>
        <w:t>to jab yahudi aaye falasteen mein to aap ko sochna chahiye tha ke to mad'u aa gaya hamare paas khud hi.</w:t>
      </w:r>
    </w:p>
    <w:p>
      <w:pPr>
        <w:jc w:val="right"/>
      </w:pPr>
      <w:r>
        <w:t>تو جب یہودی آئے فلسطین میں تو آپ کو سوچنا چاہیے تھا کہ تو مدعو آ گیا ہمارے پاس خود ہی۔</w:t>
      </w:r>
    </w:p>
    <w:p>
      <w:r>
        <w:rPr>
          <w:b/>
        </w:rPr>
        <w:t xml:space="preserve">[28:59] </w:t>
      </w:r>
      <w:r>
        <w:t>humein jaana tha different countries mein the yahudi bikhre hue hain. yahudi different countries mein bikhre hue the.</w:t>
      </w:r>
    </w:p>
    <w:p>
      <w:pPr>
        <w:jc w:val="right"/>
      </w:pPr>
      <w:r>
        <w:t>ہمیں جانا تھا ڈفرنٹ کنٹریز میں تھے یہودی بکھرے ہوئے ہیں۔ یہودی ڈفرنٹ کنٹریز میں بکھرے ہوئے تھے۔</w:t>
      </w:r>
    </w:p>
    <w:p>
      <w:r>
        <w:rPr>
          <w:b/>
        </w:rPr>
        <w:t xml:space="preserve">[29:08] </w:t>
      </w:r>
      <w:r>
        <w:t>phir woh aaye falasteen mein. to aap sochte hain agar yeh to mad'u hamare paas khud hi aa gaya. ab dawat do.</w:t>
      </w:r>
    </w:p>
    <w:p>
      <w:pPr>
        <w:jc w:val="right"/>
      </w:pPr>
      <w:r>
        <w:t>پھر وہ آئے فلسطین میں۔ تو آپ سوچتے ہیں اگر یہ تو مدعو ہمارے پاس خود ہی آ گیا۔ اب دعوت دو۔</w:t>
      </w:r>
    </w:p>
    <w:p>
      <w:r>
        <w:rPr>
          <w:b/>
        </w:rPr>
        <w:t xml:space="preserve">[29:18] </w:t>
      </w:r>
      <w:r>
        <w:t>un ke aane ke baad bhi aap hi majority mein thay falasteen mein. 1948 mein jab woh aaye wahan toh arab hi majority mein thay.</w:t>
      </w:r>
    </w:p>
    <w:p>
      <w:pPr>
        <w:jc w:val="right"/>
      </w:pPr>
      <w:r>
        <w:t>ان کے آنے کے بعد بھی آپ ہی میجورٹی میں تھے فلسطین میں۔ 1948 میں جب وہ آئے وہاں تو عرب ہی میجورٹی میں تھے۔</w:t>
      </w:r>
    </w:p>
    <w:p>
      <w:r>
        <w:rPr>
          <w:b/>
        </w:rPr>
        <w:t xml:space="preserve">[29:29] </w:t>
      </w:r>
      <w:r>
        <w:t>woh majority mein thay woh. toh aap agar arab log yeh sochte ke yeh madu hamare paas aa gaya, hamein dawat dena hai.</w:t>
      </w:r>
    </w:p>
    <w:p>
      <w:pPr>
        <w:jc w:val="right"/>
      </w:pPr>
      <w:r>
        <w:t>وہ مرارٹی میں تھے وہ۔ تو آپ اگر عرب لوگ یہ سوچتے کہ یہ مدعو ہمارے پاس آ گیا، ہمیں دعوت دینا ہے۔</w:t>
      </w:r>
    </w:p>
    <w:p>
      <w:r>
        <w:rPr>
          <w:b/>
        </w:rPr>
        <w:t xml:space="preserve">[29:41] </w:t>
      </w:r>
      <w:r>
        <w:t>yeh nahi soch sake toh kya shikayat? aur shikayat se nafrat, nafrat se kya violence? wahan se kaha suicide bombing.</w:t>
      </w:r>
    </w:p>
    <w:p>
      <w:pPr>
        <w:jc w:val="right"/>
      </w:pPr>
      <w:r>
        <w:t>یہ نہیں سوچ سکے تو کیا شکایت؟ اور شکایت سے نفرت، نفرت سے کیا وائیلنس؟ وہاں سے کہا سوئیسائیڈ بمبنگ۔</w:t>
      </w:r>
    </w:p>
    <w:p>
      <w:r>
        <w:rPr>
          <w:b/>
        </w:rPr>
        <w:t xml:space="preserve">[29:51] </w:t>
      </w:r>
      <w:r>
        <w:t>aur phir kya hua? jo mila tha woh bhi kho gaya. 1948 mein</w:t>
      </w:r>
    </w:p>
    <w:p>
      <w:pPr>
        <w:jc w:val="right"/>
      </w:pPr>
      <w:r>
        <w:t>اور پھر کیا ہوا؟ جو ملا تھا وہ بھی کھو گیا۔ 1948 میں</w:t>
      </w:r>
    </w:p>
    <w:p>
      <w:r>
        <w:rPr>
          <w:b/>
        </w:rPr>
        <w:t xml:space="preserve">[29:58] </w:t>
      </w:r>
      <w:r>
        <w:t>aadha falasteen mila hua tha un ko. aadha. ab toh kuch bhi nahi hai. ab jo gaza patti jo hai, ya ariha, ariha jo hai, woh woh toh chota sa hai, bilkul kuch is mein hai hi nahi, kuch tabah.</w:t>
      </w:r>
    </w:p>
    <w:p>
      <w:pPr>
        <w:jc w:val="right"/>
      </w:pPr>
      <w:r>
        <w:t>آدھا فلسطین ملا ہوا تھا ان کو۔ آدھا۔ اب تو کچھ بھی نہیں ہے۔ اب جو غزہ پٹی جو ہے، یا اریحا، اریحا جو ہے، وہ وہ تو چھوٹا سا ہے، بالکل کچھ اس میں ہے ہی نہیں، کچھ تباہ۔</w:t>
      </w:r>
    </w:p>
    <w:p>
      <w:r>
        <w:rPr>
          <w:b/>
        </w:rPr>
        <w:t xml:space="preserve">[30:14] </w:t>
      </w:r>
      <w:r>
        <w:t>bahar ki madad pe jeete hain woh log.</w:t>
      </w:r>
    </w:p>
    <w:p>
      <w:pPr>
        <w:jc w:val="right"/>
      </w:pPr>
      <w:r>
        <w:t>باہر کی مدد پہ جیتے ہیں وہ لوگ۔</w:t>
      </w:r>
    </w:p>
    <w:p>
      <w:r>
        <w:rPr>
          <w:b/>
        </w:rPr>
        <w:t xml:space="preserve">[30:18] </w:t>
      </w:r>
      <w:r>
        <w:t>pehlay toh iqsaat musalman arab ko diya gaya tha, yerushalim arab ko diya gaya tha. sab kuch arab ke paas tha. toh soch ka mamla hai.</w:t>
      </w:r>
    </w:p>
    <w:p>
      <w:pPr>
        <w:jc w:val="right"/>
      </w:pPr>
      <w:r>
        <w:t>پہلے تو اقساط مسلمان عرب کو دیا گیا تھا، یروشلم عرب کو دیا گیا تھا۔ سب کچھ عرب کے پاس تھا۔ تو سوچ کا معاملہ ہے۔</w:t>
      </w:r>
    </w:p>
    <w:p>
      <w:r>
        <w:rPr>
          <w:b/>
        </w:rPr>
        <w:t xml:space="preserve">[30:30] </w:t>
      </w:r>
      <w:r>
        <w:t>mein samajhta hoon ke dawat ka jo nuqta nazar hai, aadmi ko hundred percent positive thinker banata hai.</w:t>
      </w:r>
    </w:p>
    <w:p>
      <w:pPr>
        <w:jc w:val="right"/>
      </w:pPr>
      <w:r>
        <w:t>میں سمجھتا ہوں کہ دعوت کا جو نقطہ نظر ہے، آدمی کو ہنڈرڈ پرسنٹ پازیٹیو تھنکر بناتا ہے۔</w:t>
      </w:r>
    </w:p>
    <w:p>
      <w:r>
        <w:rPr>
          <w:b/>
        </w:rPr>
        <w:t xml:space="preserve">[30:37] </w:t>
      </w:r>
      <w:r>
        <w:t>hundred percent positive thinker. abhi mere paas kashmir ke kuch log mile. mein ne kaha ke aap log saath baras lad rahe hain, yeh ladna phirna kya hai?</w:t>
      </w:r>
    </w:p>
    <w:p>
      <w:pPr>
        <w:jc w:val="right"/>
      </w:pPr>
      <w:r>
        <w:t>ہنڈرڈ پرسنٹ پازیٹیو تھنکر۔ ابھی میرے پاس کشمیر کے کچھ لوگ ملے۔ میں نے کہا کہ آپ لوگ ساٹھ برس لڑ رہے ہیں، یہ لڑنا پھرنا کیا ہے؟</w:t>
      </w:r>
    </w:p>
    <w:p>
      <w:r>
        <w:rPr>
          <w:b/>
        </w:rPr>
        <w:t xml:space="preserve">[30:47] </w:t>
      </w:r>
      <w:r>
        <w:t>dawat ka kaam kijiye. dawat woh cheez hai ke rasool Allah ne farmaya 47 se</w:t>
      </w:r>
    </w:p>
    <w:p>
      <w:pPr>
        <w:jc w:val="right"/>
      </w:pPr>
      <w:r>
        <w:t>دعوت کا کام کیجیے۔ دعوت وہ چیز ہے کہ رسول اللہ نے فرمایا 47 سے</w:t>
      </w:r>
    </w:p>
    <w:p>
      <w:r>
        <w:rPr>
          <w:b/>
        </w:rPr>
        <w:t xml:space="preserve">[30:56] </w:t>
      </w:r>
      <w:r>
        <w:t>ke agar ek insaan ko tum se, ek insaan ko tumhare zariye sachai mil jaye toh woh surkh oonton se zyada bari cheez hai.</w:t>
      </w:r>
    </w:p>
    <w:p>
      <w:pPr>
        <w:jc w:val="right"/>
      </w:pPr>
      <w:r>
        <w:t>کہ اگر ایک انسان کو تم سے، ایک انسان کو تمہارے ذریعے سچائی مل جائے تو وہ سرخ اونٹوں سے زیادہ بڑی چیز ہے۔</w:t>
      </w:r>
    </w:p>
    <w:p>
      <w:r>
        <w:rPr>
          <w:b/>
        </w:rPr>
        <w:t xml:space="preserve">[31:07] </w:t>
      </w:r>
      <w:r>
        <w:t>aaj kal zaban mein hum kahein ke billion dollar se zyada bari cheez hai. aaj kal zaban mein kahein toh hum kahein ge agar tum dawat do</w:t>
      </w:r>
    </w:p>
    <w:p>
      <w:pPr>
        <w:jc w:val="right"/>
      </w:pPr>
      <w:r>
        <w:t>آج کل زبان میں ہم کہیں کہ بلین ڈالر سے زیادہ بڑی چیز ہے۔ آج کل زبان میں کہیں تو ہم کہیں گے اگر تم دعوت دو</w:t>
      </w:r>
    </w:p>
    <w:p>
      <w:r>
        <w:rPr>
          <w:b/>
        </w:rPr>
        <w:t xml:space="preserve">[31:18] </w:t>
      </w:r>
      <w:r>
        <w:t>aur ek insaan ko tumhare zariye se sachai mil jaye toh Allah ke nazdeek woh itna bara, itna bara, itna bara kaam hai ke billion dollar ke barabar hai woh.</w:t>
      </w:r>
    </w:p>
    <w:p>
      <w:pPr>
        <w:jc w:val="right"/>
      </w:pPr>
      <w:r>
        <w:t>اور ایک انسان کو تمہارے ذریعے سے سچائی مل جائے تو اللہ کے نزدیک وہ اتنا بڑا، اتنا بڑا، اتنا بڑا کام ہے کہ بلین ڈالر کے برابر ہے وہ۔</w:t>
      </w:r>
    </w:p>
    <w:p>
      <w:r>
        <w:rPr>
          <w:b/>
        </w:rPr>
        <w:t xml:space="preserve">[31:31] </w:t>
      </w:r>
      <w:r>
        <w:t>toh mein ne un se kaha ke koi ladte phirte hain aap? insaan ke dushman kyun banay hue hain aap?</w:t>
      </w:r>
    </w:p>
    <w:p>
      <w:pPr>
        <w:jc w:val="right"/>
      </w:pPr>
      <w:r>
        <w:t>تو میں نے ان سے کہا کہ کوئی لڑتے پھرتے ہیں آپ؟ انسان کے دشمن کیوں بنے ہوئے ہیں آپ؟</w:t>
      </w:r>
    </w:p>
    <w:p>
      <w:r>
        <w:rPr>
          <w:b/>
        </w:rPr>
        <w:t xml:space="preserve">[31:38] </w:t>
      </w:r>
      <w:r>
        <w:t>jis insaan ko aap marte hain, wohi hisab dawat ki jiye. un ko madu samjhiye apna. toh woh kya kehte hain ke kashmir mein toh musalman musalman hain, hum dawat kahan karein?</w:t>
      </w:r>
    </w:p>
    <w:p>
      <w:pPr>
        <w:jc w:val="right"/>
      </w:pPr>
      <w:r>
        <w:t>جس انسان کو آپ مارتے ہیں، وہی حساب دعوت کیجیے۔ ان کو مدعو سمجھیے اپنا۔ تو وہ کیا کہتے ہیں کہ کشمیر میں تو مسلمان مسلمان ہیں، ہم دعوت کہاں کریں؟</w:t>
      </w:r>
    </w:p>
    <w:p>
      <w:r>
        <w:rPr>
          <w:b/>
        </w:rPr>
        <w:t xml:space="preserve">[31:52] </w:t>
      </w:r>
      <w:r>
        <w:t>ya soch ka farq dekhiye, soch ka farq.</w:t>
      </w:r>
    </w:p>
    <w:p>
      <w:pPr>
        <w:jc w:val="right"/>
      </w:pPr>
      <w:r>
        <w:t>یا سوچ کا فرق دیکھیے، سوچ کا فرق۔</w:t>
      </w:r>
    </w:p>
    <w:p>
      <w:r>
        <w:rPr>
          <w:b/>
        </w:rPr>
        <w:t xml:space="preserve">[31:56] </w:t>
      </w:r>
      <w:r>
        <w:t>kashmir mein toh musalman musalman hain, hum dawat kahan karein? kyunke dawat toh ghair muslimon mein hoti hai. toh mein ne kaha army kya hai?</w:t>
      </w:r>
    </w:p>
    <w:p>
      <w:pPr>
        <w:jc w:val="right"/>
      </w:pPr>
      <w:r>
        <w:t>کشمیر میں تو مسلمان مسلمان ہیں، ہم دعوت کہاں کریں؟ کیونکہ دعوت تو غیر مسلموں میں ہوتی ہے۔ تو میں نے کہا آرمی کیا ہے؟</w:t>
      </w:r>
    </w:p>
    <w:p>
      <w:r>
        <w:rPr>
          <w:b/>
        </w:rPr>
        <w:t xml:space="preserve">[32:06] </w:t>
      </w:r>
      <w:r>
        <w:t>army non muslim hai. woh madu hai aap ki. bajaye army samajhne ke, madu samjhiye us ko. indian army jo hai wahan par.</w:t>
      </w:r>
    </w:p>
    <w:p>
      <w:pPr>
        <w:jc w:val="right"/>
      </w:pPr>
      <w:r>
        <w:t>آرمی نان مسلم ہے۔ وہ مدعو ہے آپ کی۔ بجائے آرمی سمجھنے کے، مدعو سمجھیے اس کو۔ انڈین آرمی جو ہے وہاں پر۔</w:t>
      </w:r>
    </w:p>
    <w:p>
      <w:r>
        <w:rPr>
          <w:b/>
        </w:rPr>
        <w:t xml:space="preserve">[32:16] </w:t>
      </w:r>
      <w:r>
        <w:t>indian army jo wahan par hai, bohat bari tadad mein, woh aap ki madu hai. un ko dawat dijiye. un ko quran pohanchaiye.</w:t>
      </w:r>
    </w:p>
    <w:p>
      <w:pPr>
        <w:jc w:val="right"/>
      </w:pPr>
      <w:r>
        <w:t>انڈین آرمی جو وہاں پر ہے، بہت بڑی تعداد میں، وہ آپ کی مدعو ہے۔ ان کو دعوت دیجیے۔ ان کو قرآن پہنچائیے۔</w:t>
      </w:r>
    </w:p>
    <w:p>
      <w:r>
        <w:rPr>
          <w:b/>
        </w:rPr>
        <w:t xml:space="preserve">[32:25] </w:t>
      </w:r>
      <w:r>
        <w:t>rasool Allah sallallahu alaihi wasallam ki hadithain pohanchaiye. sachai ka paigham dijiye. aise hi wahan par tourist aate hain.</w:t>
      </w:r>
    </w:p>
    <w:p>
      <w:pPr>
        <w:jc w:val="right"/>
      </w:pPr>
      <w:r>
        <w:t>رسول اللہ صلی اللہ علیہ وسلم کی حدیثیں پہنچائیے۔ سچائی کا پیغام دیجیے۔ ایسے ہی وہاں پر ٹورسٹ آتے ہیں۔</w:t>
      </w:r>
    </w:p>
    <w:p>
      <w:r>
        <w:rPr>
          <w:b/>
        </w:rPr>
        <w:t xml:space="preserve">[32:34] </w:t>
      </w:r>
      <w:r>
        <w:t>bohat tourist aate thay kashmir mein. abhi bhi zyada tar aman hota, aanay lagte hain wahan par tourist. woh tourist kya hain?</w:t>
      </w:r>
    </w:p>
    <w:p>
      <w:pPr>
        <w:jc w:val="right"/>
      </w:pPr>
      <w:r>
        <w:t>بہت ٹورسٹ آتے تھے کشمیر میں۔ ابھی بھی زیادہ تر امن ہوتا، آنے لگتے ہیں وہاں پر ٹورسٹ۔ وہ ٹورسٹ کیا ہیں؟</w:t>
      </w:r>
    </w:p>
    <w:p>
      <w:r>
        <w:rPr>
          <w:b/>
        </w:rPr>
        <w:t xml:space="preserve">[32:43] </w:t>
      </w:r>
      <w:r>
        <w:t>zyada tar mostly woh non muslim hotay hain. un ko aap dawat dijiye. toh aur jagahon par toh</w:t>
      </w:r>
    </w:p>
    <w:p>
      <w:pPr>
        <w:jc w:val="right"/>
      </w:pPr>
      <w:r>
        <w:t>زیادہ تر موسٹلی وہ نان مسلم ہوتے ہیں۔ ان کو آپ دعوت دیجیے۔ تو اور جگہوں پر تو</w:t>
      </w:r>
    </w:p>
    <w:p>
      <w:r>
        <w:rPr>
          <w:b/>
        </w:rPr>
        <w:t xml:space="preserve">[32:52] </w:t>
      </w:r>
      <w:r>
        <w:t>daee ko jana parta hai kahin aur ke wahan hum paigham pohanchane ke liye. yeh sahaba karam gaye thay makkah madinah chhod kar ke bahar ke mulkon mein.</w:t>
      </w:r>
    </w:p>
    <w:p>
      <w:pPr>
        <w:jc w:val="right"/>
      </w:pPr>
      <w:r>
        <w:t>داعی کو جانا پڑتا ہے کہیں اور کہ وہاں ہم پیغام پہنچانے کے لیے۔ یہ صحابہ کرام گئے تھے مکہ مدینہ چھوڑ کر کے باہر کے ملکوں میں۔</w:t>
      </w:r>
    </w:p>
    <w:p>
      <w:r>
        <w:rPr>
          <w:b/>
        </w:rPr>
        <w:t xml:space="preserve">[33:03] </w:t>
      </w:r>
      <w:r>
        <w:t>ab toh bahar ke mulk mein khud hi aa rahe hain aap ke haan. yani pehle sahaba karam ko madu ki talash mein bahar jana para.</w:t>
      </w:r>
    </w:p>
    <w:p>
      <w:pPr>
        <w:jc w:val="right"/>
      </w:pPr>
      <w:r>
        <w:t>اب تو باہر کے ملک میں خود ہی آ رہے ہیں آپ کے ہاں۔ یعنی پہلے صحابہ کرام کو مدعو کی تلاش میں باہر جانا پڑا۔</w:t>
      </w:r>
    </w:p>
    <w:p>
      <w:r>
        <w:rPr>
          <w:b/>
        </w:rPr>
        <w:t xml:space="preserve">[33:13] </w:t>
      </w:r>
      <w:r>
        <w:t>ab toh madu khud aap hi ke haan aya aya hua hai. chahe woh army ho, tab bhi sayah ho, tab bhi. aur aaj kal aap jante hain ke expert aate hain dunya bhar se.</w:t>
      </w:r>
    </w:p>
    <w:p>
      <w:pPr>
        <w:jc w:val="right"/>
      </w:pPr>
      <w:r>
        <w:t>اب تو مدعو خود آپ ہی کے ہاں آیا آیا ہوا ہے۔ چاہے وہ آرمی ہو، تب بھی سیاح ہو، تب بھی۔ اور آج کل آپ جانتے ہیں کہ ایکسپرٹ آتے ہیں دنیا بھر سے۔</w:t>
      </w:r>
    </w:p>
    <w:p>
      <w:r>
        <w:rPr>
          <w:b/>
        </w:rPr>
        <w:t xml:space="preserve">[33:27] </w:t>
      </w:r>
      <w:r>
        <w:t>technical experts dunya bharay hue hain, hamare nizam o deen mein bharay hue hain.</w:t>
      </w:r>
    </w:p>
    <w:p>
      <w:pPr>
        <w:jc w:val="right"/>
      </w:pPr>
      <w:r>
        <w:t>ٹیکنیکل ایکسپرٹس دنیا بھرے ہوئے ہیں، ہمارے نظام و دین میں بھرے ہوئے ہیں۔</w:t>
      </w:r>
    </w:p>
    <w:p>
      <w:r>
        <w:rPr>
          <w:b/>
        </w:rPr>
        <w:t xml:space="preserve">[33:33] </w:t>
      </w:r>
      <w:r>
        <w:t>western countries ke log. kyunke woh aate hain job ke liye.</w:t>
      </w:r>
    </w:p>
    <w:p>
      <w:pPr>
        <w:jc w:val="right"/>
      </w:pPr>
      <w:r>
        <w:t>ویسٹرن کنٹریز کے لوگ۔ کیونکہ وہ آتے ہیں جاب کے لیے۔</w:t>
      </w:r>
    </w:p>
    <w:p>
      <w:r>
        <w:rPr>
          <w:b/>
        </w:rPr>
        <w:t xml:space="preserve">[33:42] </w:t>
      </w:r>
      <w:r>
        <w:t>toh har aitbaar se madu jo hai aap ke paas aa gaya hai. toh dawat dijiye. yeh hai sochne ki salahiyat na hona.</w:t>
      </w:r>
    </w:p>
    <w:p>
      <w:pPr>
        <w:jc w:val="right"/>
      </w:pPr>
      <w:r>
        <w:t>تو ہر اعتبار سے مدعو جو ہے آپ کے پاس آ گیا ہے۔ تو دعوت دیجیے۔ یہ ہے سوچنے کی صلاحیت نہ ہونا۔</w:t>
      </w:r>
    </w:p>
    <w:p>
      <w:r>
        <w:rPr>
          <w:b/>
        </w:rPr>
        <w:t xml:space="preserve">[33:53] </w:t>
      </w:r>
      <w:r>
        <w:t>yaani sochne ki salahiyat ho toh saare kashmiri samjhenge ke hum toh bohat hi achi haalat mein hain ke hamare paas madu chala aa raha hai.</w:t>
      </w:r>
    </w:p>
    <w:p>
      <w:pPr>
        <w:jc w:val="right"/>
      </w:pPr>
      <w:r>
        <w:t>یعنی سوچنے کی صلاحیت ہو تو سارے کشمیری سمجھیں گے کہ ہم تو بہت ہی اچھی حالت میں ہیں کہ ہمارے پاس مدعو چلا آ رہا ہے۔</w:t>
      </w:r>
    </w:p>
    <w:p>
      <w:r>
        <w:rPr>
          <w:b/>
        </w:rPr>
        <w:t xml:space="preserve">[34:02] </w:t>
      </w:r>
      <w:r>
        <w:t>aur khoob daawti kaam karein, khoob jannat hamein Allah taala denge. inaamaat milenge hum ko dunya mein bhi aur aakhirat mein bhi. saare musalman yeh dua karte hain ke rabana atina fid dunya hasanah wa fil aakhirati hasanah.</w:t>
      </w:r>
    </w:p>
    <w:p>
      <w:pPr>
        <w:jc w:val="right"/>
      </w:pPr>
      <w:r>
        <w:t>اور خوب دعوتی کام کریں، خوب جنت ہمیں اللہ تعالی دیں گے۔ انعامات ملیں گے ہم کو دنیا میں بھی اور آخرت میں بھی۔ سارے مسلمان یہ دعا کرتے ہیں کہ ربنا آتنا فی الدنیا حسنہ وفی الآخرة حسنہ۔</w:t>
      </w:r>
    </w:p>
    <w:p>
      <w:r>
        <w:rPr>
          <w:b/>
        </w:rPr>
        <w:t xml:space="preserve">[34:16] </w:t>
      </w:r>
      <w:r>
        <w:t>aur jis par milta hai dono jahan ka hasanah, woh is ka kaam nahi karte. woh</w:t>
      </w:r>
    </w:p>
    <w:p>
      <w:pPr>
        <w:jc w:val="right"/>
      </w:pPr>
      <w:r>
        <w:t>اور جس پر ملتا ہے دونوں جہان کا حسنہ، وہ اس کا کام نہیں کرتے۔ وہ</w:t>
      </w:r>
    </w:p>
    <w:p>
      <w:r>
        <w:rPr>
          <w:b/>
        </w:rPr>
        <w:t xml:space="preserve">[34:21] </w:t>
      </w:r>
      <w:r>
        <w:t>kaisi ajeeb baat hai.</w:t>
      </w:r>
    </w:p>
    <w:p>
      <w:pPr>
        <w:jc w:val="right"/>
      </w:pPr>
      <w:r>
        <w:t>کیسی عجیب بات ہے۔</w:t>
      </w:r>
    </w:p>
    <w:p>
      <w:r>
        <w:rPr>
          <w:b/>
        </w:rPr>
        <w:t xml:space="preserve">[34:24] </w:t>
      </w:r>
      <w:r>
        <w:t>dawat se milti hai dunya ke hasanah aur aakhirat ke hasanah. isi ko chhoday hue hain. dunya mein kahin bhi jaayen, yeh dua karte hain musalman.</w:t>
      </w:r>
    </w:p>
    <w:p>
      <w:pPr>
        <w:jc w:val="right"/>
      </w:pPr>
      <w:r>
        <w:t>دعوت سے ملتی ہے دنیا کے حسنہ اور آخرت کے حسنہ۔ اسی کو چھوڑے ہوئے ہیں۔ دنیا میں کہیں بھی جائیں، یہ دعا کرتے ہیں مسلمان۔</w:t>
      </w:r>
    </w:p>
    <w:p>
      <w:r>
        <w:rPr>
          <w:b/>
        </w:rPr>
        <w:t xml:space="preserve">[34:35] </w:t>
      </w:r>
      <w:r>
        <w:t>rabana atina fid dunya hasanah wa fil aakhirati hasanah. ke dunya ka bhi hamein khair de, aakhirat ka bhi khair de. kaise milega?</w:t>
      </w:r>
    </w:p>
    <w:p>
      <w:pPr>
        <w:jc w:val="right"/>
      </w:pPr>
      <w:r>
        <w:t>ربنا آتنا فی الدنیا حسنہ وفی الآخرة حسنہ۔ کہ دنیا کا بھی ہمیں خیر دے، آخرت کا بھی خیر دے۔ کیسے ملے گا؟</w:t>
      </w:r>
    </w:p>
    <w:p>
      <w:r>
        <w:rPr>
          <w:b/>
        </w:rPr>
        <w:t xml:space="preserve">[34:46] </w:t>
      </w:r>
      <w:r>
        <w:t>dawat ke zariye.</w:t>
      </w:r>
    </w:p>
    <w:p>
      <w:pPr>
        <w:jc w:val="right"/>
      </w:pPr>
      <w:r>
        <w:t>دعوت کے ذریعے۔</w:t>
      </w:r>
    </w:p>
    <w:p>
      <w:r>
        <w:rPr>
          <w:b/>
        </w:rPr>
        <w:t xml:space="preserve">[34:48] </w:t>
      </w:r>
      <w:r>
        <w:t>aur dawat ka shaoor nahi. kyun? sab ko samjhen, abhi apna dushman.</w:t>
      </w:r>
    </w:p>
    <w:p>
      <w:pPr>
        <w:jc w:val="right"/>
      </w:pPr>
      <w:r>
        <w:t>اور دعوت کا شعور نہیں۔ کیوں؟ سب کو سمجھیں، ابھی اپنا دشمن۔</w:t>
      </w:r>
    </w:p>
    <w:p>
      <w:r>
        <w:rPr>
          <w:b/>
        </w:rPr>
        <w:t xml:space="preserve">[34:56] </w:t>
      </w:r>
      <w:r>
        <w:t>dunya mein jahan bhi jaaiye, masjidon mein bad duaen hoti hain. qunoot-e-nazilah. har jagah bad duaen, bad duaen, bad duaen. kyun?</w:t>
      </w:r>
    </w:p>
    <w:p>
      <w:pPr>
        <w:jc w:val="right"/>
      </w:pPr>
      <w:r>
        <w:t>دنیا میں جہاں بھی جائیے، مسجدوں میں بد دعائیں ہوتی ہیں۔ قنوت نازلہ۔ ہر جگہ بد دعائیں، بد دعائیں، بد دعائیں۔ کیوں؟</w:t>
      </w:r>
    </w:p>
    <w:p>
      <w:r>
        <w:rPr>
          <w:b/>
        </w:rPr>
        <w:t xml:space="preserve">[35:06] </w:t>
      </w:r>
      <w:r>
        <w:t>dawat ki soch nahi hai. dawat ki soch nahi hai. dawat hi se raaste khulte hain dunya ki kamyabi ke aur aakhirat ki kamyabi ke.</w:t>
      </w:r>
    </w:p>
    <w:p>
      <w:pPr>
        <w:jc w:val="right"/>
      </w:pPr>
      <w:r>
        <w:t>دعوت کی سوچ نہیں ہے۔ دعوت کی سوچ نہیں ہے۔ دعوت ہی سے راستے کھلتے ہیں دنیا کی کامیابی کے اور آخرت کی کامیابی کے۔</w:t>
      </w:r>
    </w:p>
    <w:p>
      <w:r>
        <w:rPr>
          <w:b/>
        </w:rPr>
        <w:t xml:space="preserve">[35:16] </w:t>
      </w:r>
      <w:r>
        <w:t>wohi ghayab hai.</w:t>
      </w:r>
    </w:p>
    <w:p>
      <w:pPr>
        <w:jc w:val="right"/>
      </w:pPr>
      <w:r>
        <w:t>وہی غائب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