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Age of Communication 5 May 2018 - Maulana Wahiduddin Khan</w:t>
      </w:r>
    </w:p>
    <w:p>
      <w:r>
        <w:t>https://www.youtube.com/watch?v=fG62Vb1ZU9o</w:t>
      </w:r>
    </w:p>
    <w:p>
      <w:r>
        <w:rPr>
          <w:b/>
        </w:rPr>
        <w:t xml:space="preserve">[00:13] </w:t>
      </w:r>
      <w:r>
        <w:t>5 may 2018.</w:t>
      </w:r>
    </w:p>
    <w:p>
      <w:pPr>
        <w:jc w:val="right"/>
      </w:pPr>
      <w:r>
        <w:t>5 مئی 2018۔</w:t>
      </w:r>
    </w:p>
    <w:p>
      <w:r>
        <w:rPr>
          <w:b/>
        </w:rPr>
        <w:t xml:space="preserve">[00:18] </w:t>
      </w:r>
      <w:r>
        <w:t>aaj mujhe aik ajeeb cheez</w:t>
      </w:r>
    </w:p>
    <w:p>
      <w:pPr>
        <w:jc w:val="right"/>
      </w:pPr>
      <w:r>
        <w:t>آج مجھے ایک عجیب چیز</w:t>
      </w:r>
    </w:p>
    <w:p>
      <w:r>
        <w:rPr>
          <w:b/>
        </w:rPr>
        <w:t xml:space="preserve">[00:23] </w:t>
      </w:r>
      <w:r>
        <w:t>discover hui.</w:t>
      </w:r>
    </w:p>
    <w:p>
      <w:pPr>
        <w:jc w:val="right"/>
      </w:pPr>
      <w:r>
        <w:t>ڈسکور ہوئی۔</w:t>
      </w:r>
    </w:p>
    <w:p>
      <w:r>
        <w:rPr>
          <w:b/>
        </w:rPr>
        <w:t xml:space="preserve">[00:27] </w:t>
      </w:r>
      <w:r>
        <w:t>bataur to woh saada si baat hai, lekin bohat hi zyada aham baat hai.</w:t>
      </w:r>
    </w:p>
    <w:p>
      <w:pPr>
        <w:jc w:val="right"/>
      </w:pPr>
      <w:r>
        <w:t>بظاہر تو وہ سادہ سی بات ہے، لیکن بہت ہی زیادہ اہم بات ہے۔</w:t>
      </w:r>
    </w:p>
    <w:p>
      <w:r>
        <w:rPr>
          <w:b/>
        </w:rPr>
        <w:t xml:space="preserve">[00:36] </w:t>
      </w:r>
      <w:r>
        <w:t>woh yeh hai ke hazaar saal se saare ulama yeh samajhte rahe hain ke bas</w:t>
      </w:r>
    </w:p>
    <w:p>
      <w:pPr>
        <w:jc w:val="right"/>
      </w:pPr>
      <w:r>
        <w:t>وہ یہ ہے کہ ہزار سال سے سارے علماء یہ سمجھتے رہے ہیں کہ 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