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Special Day 28 April 2018 - Maulana Wahiduddin Khan</w:t>
      </w:r>
    </w:p>
    <w:p>
      <w:r>
        <w:t>https://www.youtube.com/watch?v=MXrnOFgmAM4</w:t>
      </w:r>
    </w:p>
    <w:p>
      <w:r>
        <w:rPr>
          <w:b/>
        </w:rPr>
        <w:t xml:space="preserve">[00:13] </w:t>
      </w:r>
      <w:r>
        <w:t>aaj ka hamara yeh program ek nayi jagah par ho raha hai, yani C 29 ki chhat par.</w:t>
      </w:r>
    </w:p>
    <w:p>
      <w:pPr>
        <w:jc w:val="right"/>
      </w:pPr>
      <w:r>
        <w:t>آج کا ہمارا یہ پروگرام ایک نئی جگہ پر ہو رہا ہے، یعنی سی 29 کی چھت پر۔</w:t>
      </w:r>
    </w:p>
    <w:p>
      <w:r>
        <w:rPr>
          <w:b/>
        </w:rPr>
        <w:t xml:space="preserve">[00:31] </w:t>
      </w:r>
      <w:r>
        <w:t>main samajhta hoon ke yeh ek alamat hai is baat ki ke aaj ka program bohat hi official program hai.</w:t>
      </w:r>
    </w:p>
    <w:p>
      <w:pPr>
        <w:jc w:val="right"/>
      </w:pPr>
      <w:r>
        <w:t>میں سمجھتا ہوں کہ یہ ایک علامت ہے اس بات کی کہ آج کا پروگرام بہت ہی آفیشل پروگرام ہے۔</w:t>
      </w:r>
    </w:p>
    <w:p>
      <w:r>
        <w:rPr>
          <w:b/>
        </w:rPr>
        <w:t xml:space="preserve">[00:45] </w:t>
      </w:r>
      <w:r>
        <w:t>Mr. Sohail hain yahan</w:t>
      </w:r>
    </w:p>
    <w:p>
      <w:pPr>
        <w:jc w:val="right"/>
      </w:pPr>
      <w:r>
        <w:t>مسٹر صہیب ہیں یہاں</w:t>
      </w:r>
    </w:p>
    <w:p>
      <w:r>
        <w:rPr>
          <w:b/>
        </w:rPr>
        <w:t xml:space="preserve">[00:49] </w:t>
      </w:r>
      <w:r>
        <w:t>par? Ji Maulana. Idhar aaiye. Sohail? Sohail.</w:t>
      </w:r>
    </w:p>
    <w:p>
      <w:pPr>
        <w:jc w:val="right"/>
      </w:pPr>
      <w:r>
        <w:t>پر؟ جی مولانا۔ ادھر آئیے۔ صہیب؟ صہیب۔</w:t>
      </w:r>
    </w:p>
    <w:p>
      <w:r>
        <w:rPr>
          <w:b/>
        </w:rPr>
        <w:t xml:space="preserve">[01:01] </w:t>
      </w:r>
      <w:r>
        <w:t>ji haan.</w:t>
      </w:r>
    </w:p>
    <w:p>
      <w:pPr>
        <w:jc w:val="right"/>
      </w:pPr>
      <w:r>
        <w:t>جی ہاں۔</w:t>
      </w:r>
    </w:p>
    <w:p>
      <w:r>
        <w:rPr>
          <w:b/>
        </w:rPr>
        <w:t xml:space="preserve">[01:05] </w:t>
      </w:r>
      <w:r>
        <w:t>Expected yeh tha ke aaj aap nahi honge. Ji. Kya khayal hai? Ji haan. Aap aur Priya do aadmi par Allah ki khaas rehmat hui hui jante hain aap</w:t>
      </w:r>
    </w:p>
    <w:p>
      <w:pPr>
        <w:jc w:val="right"/>
      </w:pPr>
      <w:r>
        <w:t>ایکسپیکٹڈ یہ تھا کہ آج آپ نہیں ہوں گے۔ جی۔ کیا خیال ہے؟ جی ہاں۔ آپ اور پریا دو آدمی پر اللہ کی خاص رحمت ہوئی ہوئی جانتے ہیں آپ</w:t>
      </w:r>
    </w:p>
    <w:p>
      <w:r>
        <w:rPr>
          <w:b/>
        </w:rPr>
        <w:t xml:space="preserve">[01:19] </w:t>
      </w:r>
      <w:r>
        <w:t>? Ji haan. Aap par aur Priya Malik par? Ji. Aap bade se hi pata chalte hain.</w:t>
      </w:r>
    </w:p>
    <w:p>
      <w:pPr>
        <w:jc w:val="right"/>
      </w:pPr>
      <w:r>
        <w:t>؟ جی ہاں۔ آپ پر اور پریا ملک پر؟ جی۔ آپ بڑے سے ہی پتہ چلتے ہیں۔</w:t>
      </w:r>
    </w:p>
    <w:p>
      <w:r>
        <w:rPr>
          <w:b/>
        </w:rPr>
        <w:t xml:space="preserve">[01:35] </w:t>
      </w:r>
      <w:r>
        <w:t>dekhen,</w:t>
      </w:r>
    </w:p>
    <w:p>
      <w:pPr>
        <w:jc w:val="right"/>
      </w:pPr>
      <w:r>
        <w:t>دیکھیں،</w:t>
      </w:r>
    </w:p>
    <w:p>
      <w:r>
        <w:rPr>
          <w:b/>
        </w:rPr>
        <w:t xml:space="preserve">[01:40] </w:t>
      </w:r>
      <w:r>
        <w:t>Newton ka ek qissa bataya jata hai ke Newton se pehle duniya Allah ki ek bohat hi badi blessing ko janti nahi thi.</w:t>
      </w:r>
    </w:p>
    <w:p>
      <w:pPr>
        <w:jc w:val="right"/>
      </w:pPr>
      <w:r>
        <w:t>نیوٹن کا ایک قصہ بتایا جاتا ہے کہ نیوٹن سے پہلے دنیا اللہ کی ایک بہت ہی بڑی بلیسنگ کو جانتی نہیں تھی۔</w:t>
      </w:r>
    </w:p>
    <w:p>
      <w:r>
        <w:rPr>
          <w:b/>
        </w:rPr>
        <w:t xml:space="preserve">[01:55] </w:t>
      </w:r>
      <w:r>
        <w:t>woh hai Earth ke andar gravitational pull hona, gravity.</w:t>
      </w:r>
    </w:p>
    <w:p>
      <w:pPr>
        <w:jc w:val="right"/>
      </w:pPr>
      <w:r>
        <w:t>وہ ہے ارتھ کے اندر گریویٹیشنل فل ہونا، گریویٹی۔</w:t>
      </w:r>
    </w:p>
    <w:p>
      <w:r>
        <w:rPr>
          <w:b/>
        </w:rPr>
        <w:t xml:space="preserve">[02:02] </w:t>
      </w:r>
      <w:r>
        <w:t>zameen ke andar jo gravity hai, us ko hazaron hazar saal se insan janta nahi tha. Halanke yeh Allah ki bohat hi badi blessing hai, kyunke agar yeh gravity na ho to kuch bhi na ho.</w:t>
      </w:r>
    </w:p>
    <w:p>
      <w:pPr>
        <w:jc w:val="right"/>
      </w:pPr>
      <w:r>
        <w:t>زمین کے اندر جو گریویٹی ہے، اس کو ہزاروں ہزار سال سے انسان جانتا نہیں تھا۔ حالانکہ یہ اللہ کی بہت ہی بڑی بلیسنگ ہے، کیونکہ اگر یہ گریویٹی نہ ہو تو کچھ بھی نہ ہو۔</w:t>
      </w:r>
    </w:p>
    <w:p>
      <w:r>
        <w:rPr>
          <w:b/>
        </w:rPr>
        <w:t xml:space="preserve">[02:19] </w:t>
      </w:r>
      <w:r>
        <w:t>zameen par anaaj paida ho, na saare basayein, na hum chal phir saken. Hum log jo hain patte ke orhenge.</w:t>
      </w:r>
    </w:p>
    <w:p>
      <w:pPr>
        <w:jc w:val="right"/>
      </w:pPr>
      <w:r>
        <w:t>زمین پر اناج پیدا ہو، نہ سارے بسائیں، نہ ہم چل پھر سکیں۔ ہم لوگ جو ہیں پتے کے اوڑیں گے۔</w:t>
      </w:r>
    </w:p>
    <w:p>
      <w:r>
        <w:rPr>
          <w:b/>
        </w:rPr>
        <w:t xml:space="preserve">[02:30] </w:t>
      </w:r>
      <w:r>
        <w:t>saara tamaddun, saara civilization, sari activities, sab band ho jayen.</w:t>
      </w:r>
    </w:p>
    <w:p>
      <w:pPr>
        <w:jc w:val="right"/>
      </w:pPr>
      <w:r>
        <w:t>سارا تمدن، سارا سویلائزیشن، ساری ایکٹیویٹیز، سب بند ہو جائیں۔</w:t>
      </w:r>
    </w:p>
    <w:p>
      <w:r>
        <w:rPr>
          <w:b/>
        </w:rPr>
        <w:t xml:space="preserve">[02:39] </w:t>
      </w:r>
      <w:r>
        <w:t>aap ki carain jo darti hain, woh nahi darr sakain. woh gravity jo pakri hui hai, sab ko pakri hui hai, isi se sab ho raha hai. to insaan par Allah taala ne bees baar blessing ki thi, is mein se aik bohat bari blessing yeh thi</w:t>
      </w:r>
    </w:p>
    <w:p>
      <w:pPr>
        <w:jc w:val="right"/>
      </w:pPr>
      <w:r>
        <w:t>آپ کی کاریں جو دوڑتی ہیں، وہ نہیں دوڑ سکیں۔ وہ گریویٹی جو پکڑی ہوئی ہے، سب کو پکڑی ہوئی ہے، اسی سے سب ہو رہا ہے۔ تو انسان پر اللہ تعالیٰ نے بیس بار بلیسنگ کی تھی، اس میں سے ایک بہت بڑی بلیسنگ یہ تھی</w:t>
      </w:r>
    </w:p>
    <w:p>
      <w:r>
        <w:rPr>
          <w:b/>
        </w:rPr>
        <w:t xml:space="preserve">[02:57] </w:t>
      </w:r>
      <w:r>
        <w:t>gravitational field zameen ke andar. to insaan bekhabar tha is se. to Newton ka aik bagh tha us ke family ka, saib ka,</w:t>
      </w:r>
    </w:p>
    <w:p>
      <w:pPr>
        <w:jc w:val="right"/>
      </w:pPr>
      <w:r>
        <w:t>گریویٹیشنل فل زمین کے اندر۔ تو انسان بے خبر تھا اس سے۔ تو نیوٹن کا ایک باغ تھا اس کے فیملی کا، سیف کا،</w:t>
      </w:r>
    </w:p>
    <w:p>
      <w:r>
        <w:rPr>
          <w:b/>
        </w:rPr>
        <w:t xml:space="preserve">[03:12] </w:t>
      </w:r>
      <w:r>
        <w:t>to woh is mein baitha hua tha.</w:t>
      </w:r>
    </w:p>
    <w:p>
      <w:pPr>
        <w:jc w:val="right"/>
      </w:pPr>
      <w:r>
        <w:t>تو وہ اس میں بیٹھا ہوا تھا۔</w:t>
      </w:r>
    </w:p>
    <w:p>
      <w:r>
        <w:rPr>
          <w:b/>
        </w:rPr>
        <w:t xml:space="preserve">[03:15] </w:t>
      </w:r>
      <w:r>
        <w:t>wahan jaya karta tha woh. aik din aise jagah baitha tha woh ke woh us ke ooper saib ka peir tha. to aik saib toota ooper se aur theek us ke sir par aa ke gira.</w:t>
      </w:r>
    </w:p>
    <w:p>
      <w:pPr>
        <w:jc w:val="right"/>
      </w:pPr>
      <w:r>
        <w:t>وہاں جایا کرتا تھا وہ۔ ایک دن ایسے جگہ بیٹھا تھا وہ کہ وہ اس کے اوپر سیف کا پیڑ تھا۔ تو ایک سیف ٹوٹا اوپر سے اور ٹھیک اس کے سر پر آ کے گرا۔</w:t>
      </w:r>
    </w:p>
    <w:p>
      <w:r>
        <w:rPr>
          <w:b/>
        </w:rPr>
        <w:t xml:space="preserve">[03:35] </w:t>
      </w:r>
      <w:r>
        <w:t>yani is sir ko hit kiya is ne. hit karne ka matlab kya tha? aay bewaqoof insaan, to apne creator ki itni bari blessing se abhi tak bekhabar hai?</w:t>
      </w:r>
    </w:p>
    <w:p>
      <w:pPr>
        <w:jc w:val="right"/>
      </w:pPr>
      <w:r>
        <w:t>یعنی اس سر کو ہٹ کیا اس نے۔ ہٹ کرنے کا مطلب کیا تھا؟ اے بیوقوف انسان، تو اپنے کریٹر کی اتنی بڑی بلیسنگ سے ابھی تک بے خبر ہے؟</w:t>
      </w:r>
    </w:p>
    <w:p>
      <w:r>
        <w:rPr>
          <w:b/>
        </w:rPr>
        <w:t xml:space="preserve">[03:52] </w:t>
      </w:r>
      <w:r>
        <w:t>to that was apple shock.</w:t>
      </w:r>
    </w:p>
    <w:p>
      <w:pPr>
        <w:jc w:val="right"/>
      </w:pPr>
      <w:r>
        <w:t>تو دیٹ واز ایپل شاک۔</w:t>
      </w:r>
    </w:p>
    <w:p>
      <w:r>
        <w:rPr>
          <w:b/>
        </w:rPr>
        <w:t xml:space="preserve">[03:56] </w:t>
      </w:r>
      <w:r>
        <w:t>apple shock tha woh. is ke baad insaan ne, yani Newton ne, sochna shuru kiya. sochna shuru kiya.</w:t>
      </w:r>
    </w:p>
    <w:p>
      <w:pPr>
        <w:jc w:val="right"/>
      </w:pPr>
      <w:r>
        <w:t>ایپل شاک تھا وہ۔ اس کے بعد انسان نے، یعنی نیوٹن نے، سوچنا شروع کیا۔ سوچنا شروع کیا۔</w:t>
      </w:r>
    </w:p>
    <w:p>
      <w:r>
        <w:rPr>
          <w:b/>
        </w:rPr>
        <w:t xml:space="preserve">[04:06] </w:t>
      </w:r>
      <w:r>
        <w:t>aur sochte sochte us ne</w:t>
      </w:r>
    </w:p>
    <w:p>
      <w:pPr>
        <w:jc w:val="right"/>
      </w:pPr>
      <w:r>
        <w:t>اور سوچتے سوچتے اس نے</w:t>
      </w:r>
    </w:p>
    <w:p>
      <w:r>
        <w:rPr>
          <w:b/>
        </w:rPr>
        <w:t xml:space="preserve">[04:11] </w:t>
      </w:r>
      <w:r>
        <w:t>jana ke zameen ke andar gravitational field hai. tab se insaan ne jana hai itni bari blessing ko jo Allah rab ul alameen ne di.</w:t>
      </w:r>
    </w:p>
    <w:p>
      <w:pPr>
        <w:jc w:val="right"/>
      </w:pPr>
      <w:r>
        <w:t>جانا کہ زمین کے اندر گریویٹیشنل فل ہے۔ تب سے انسان نے جانا ہے اتنی بڑی بلیسنگ کو جو اللہ رب العالمین نے دی۔</w:t>
      </w:r>
    </w:p>
    <w:p>
      <w:r>
        <w:rPr>
          <w:b/>
        </w:rPr>
        <w:t xml:space="preserve">[04:23] </w:t>
      </w:r>
      <w:r>
        <w:t>to hamare mission mein jo log yahan hain baithe hain, sab ke per koi na koi apple shock hua hai.</w:t>
      </w:r>
    </w:p>
    <w:p>
      <w:pPr>
        <w:jc w:val="right"/>
      </w:pPr>
      <w:r>
        <w:t>تو ہمارے مشن میں جو لوگ یہاں ہیں بیٹھے ہیں، سب کے پر کوئی نہ کوئی ایپل شاک ہوا ہے۔</w:t>
      </w:r>
    </w:p>
    <w:p>
      <w:r>
        <w:rPr>
          <w:b/>
        </w:rPr>
        <w:t xml:space="preserve">[04:29] </w:t>
      </w:r>
      <w:r>
        <w:t>sab yahan hain warna na hotay.</w:t>
      </w:r>
    </w:p>
    <w:p>
      <w:pPr>
        <w:jc w:val="right"/>
      </w:pPr>
      <w:r>
        <w:t>سب یہاں ہیں ورنہ نہ ہوتے۔</w:t>
      </w:r>
    </w:p>
    <w:p>
      <w:r>
        <w:rPr>
          <w:b/>
        </w:rPr>
        <w:t xml:space="preserve">[04:34] </w:t>
      </w:r>
      <w:r>
        <w:t>jo log bhi yahan par hain, sab par koi na koi apple shock ka experience hua hai. aap sochiye, tab yahan aap hain.</w:t>
      </w:r>
    </w:p>
    <w:p>
      <w:pPr>
        <w:jc w:val="right"/>
      </w:pPr>
      <w:r>
        <w:t>جو لوگ بھی یہاں پر ہیں، سب پر کوئی نہ کوئی ایپل شاک کا ایکسپیرینس ہوا ہے۔ آپ سوچیے، تب یہاں آپ ہیں۔</w:t>
      </w:r>
    </w:p>
    <w:p>
      <w:r>
        <w:rPr>
          <w:b/>
        </w:rPr>
        <w:t xml:space="preserve">[04:47] </w:t>
      </w:r>
      <w:r>
        <w:t>recently do waqay ko mein zikr karoon in mein se. aik to Mr. Shoaib yeh ja rahe thay haan kaam se,</w:t>
      </w:r>
    </w:p>
    <w:p>
      <w:pPr>
        <w:jc w:val="right"/>
      </w:pPr>
      <w:r>
        <w:t>ریسنٹلی دو واقعے کو میں ذکر کروں ان میں سے۔ ایک تو مسٹر صہیب یہ جا رہے تھے ہاں کام سے،</w:t>
      </w:r>
    </w:p>
    <w:p>
      <w:r>
        <w:rPr>
          <w:b/>
        </w:rPr>
        <w:t xml:space="preserve">[04:57] </w:t>
      </w:r>
      <w:r>
        <w:t>to un par aik saib gira. airport pohanch kar ke un ko lotna para. taake aaj ka jo yeh bohat hi special day hai, woh is mein shareek ho jayain.</w:t>
      </w:r>
    </w:p>
    <w:p>
      <w:pPr>
        <w:jc w:val="right"/>
      </w:pPr>
      <w:r>
        <w:t>تو ان پر ایک سیف گرا۔ ایئرپورٹ پہنچ کر کے ان کو لوٹنا پڑا۔ تاکہ آج کا جو یہ بہت ہی اسپیشل ڈے ہے، وہ اس میں شریک ہو جائیں۔</w:t>
      </w:r>
    </w:p>
    <w:p>
      <w:r>
        <w:rPr>
          <w:b/>
        </w:rPr>
        <w:t xml:space="preserve">[05:12] </w:t>
      </w:r>
      <w:r>
        <w:t>is se pehle apple shock hua tha</w:t>
      </w:r>
    </w:p>
    <w:p>
      <w:pPr>
        <w:jc w:val="right"/>
      </w:pPr>
      <w:r>
        <w:t>اس سے پہلے ایپل شاک ہوا تھا</w:t>
      </w:r>
    </w:p>
    <w:p>
      <w:r>
        <w:rPr>
          <w:b/>
        </w:rPr>
        <w:t xml:space="preserve">[05:15] </w:t>
      </w:r>
      <w:r>
        <w:t>ke Priya mili. aap jante hain ke Priya hum se bhag chuki thi. lekin Allah taala ne un ke sir par aik saib mara.</w:t>
      </w:r>
    </w:p>
    <w:p>
      <w:pPr>
        <w:jc w:val="right"/>
      </w:pPr>
      <w:r>
        <w:t>کہ پریا ملی۔ آپ جانتے ہیں کہ پریا ہم سے بھاگ چکی تھی۔ لیکن اللہ تعالیٰ نے ان کے سر پر ایک سیف مارا۔</w:t>
      </w:r>
    </w:p>
    <w:p>
      <w:r>
        <w:rPr>
          <w:b/>
        </w:rPr>
        <w:t xml:space="preserve">[05:28] </w:t>
      </w:r>
      <w:r>
        <w:t>bhag ke kahan ja rahi hogi? bhag ke kahan jaogi?</w:t>
      </w:r>
    </w:p>
    <w:p>
      <w:pPr>
        <w:jc w:val="right"/>
      </w:pPr>
      <w:r>
        <w:t>بھاگ کے کہاں جا رہی ہوگی؟ بھاگ کے کہاں جاؤ گی؟</w:t>
      </w:r>
    </w:p>
    <w:p>
      <w:r>
        <w:rPr>
          <w:b/>
        </w:rPr>
        <w:t xml:space="preserve">[05:35] </w:t>
      </w:r>
      <w:r>
        <w:t>to woh loti woh. aur itne shandar tareeqay se loti hain ke pehle se bhi zyada taluq un ka ho gaya Mr. se. aise sab ka haal hai.</w:t>
      </w:r>
    </w:p>
    <w:p>
      <w:pPr>
        <w:jc w:val="right"/>
      </w:pPr>
      <w:r>
        <w:t>تو وہ لوٹی وہ۔ اور اتنے شاندار طریقے سے لوٹی ہیں کہ پہلے سے بھی زیادہ تعلق ان کا ہو گیا مسٹر سے۔ ایسے سب کا حال ہے۔</w:t>
      </w:r>
    </w:p>
    <w:p>
      <w:r>
        <w:rPr>
          <w:b/>
        </w:rPr>
        <w:t xml:space="preserve">[05:48] </w:t>
      </w:r>
      <w:r>
        <w:t>to dekhiye aaj ka din special kyun batata hoon mein?</w:t>
      </w:r>
    </w:p>
    <w:p>
      <w:pPr>
        <w:jc w:val="right"/>
      </w:pPr>
      <w:r>
        <w:t>تو دیکھیے آج کا دن اسپیشل کیوں بتاتا ہوں میں؟</w:t>
      </w:r>
    </w:p>
    <w:p>
      <w:r>
        <w:rPr>
          <w:b/>
        </w:rPr>
        <w:t xml:space="preserve">[05:57] </w:t>
      </w:r>
      <w:r>
        <w:t>bohat pehle ki baat hai, mein</w:t>
      </w:r>
    </w:p>
    <w:p>
      <w:pPr>
        <w:jc w:val="right"/>
      </w:pPr>
      <w:r>
        <w:t>بہت پہلے کی بات ہے، میں</w:t>
      </w:r>
    </w:p>
    <w:p>
      <w:r>
        <w:rPr>
          <w:b/>
        </w:rPr>
        <w:t xml:space="preserve">[06:03] </w:t>
      </w:r>
      <w:r>
        <w:t>Times of India ke aik program mein mujhe shareek kiya gaya. woh tha jis ko kehte hain teleconferencing.</w:t>
      </w:r>
    </w:p>
    <w:p>
      <w:pPr>
        <w:jc w:val="right"/>
      </w:pPr>
      <w:r>
        <w:t>ٹائمز آف انڈیا کے ایک پروگرام میں مجھے شریک کیا گیا۔ وہ تھا جس کو کہتے ہیں ٹیلی کانفرنسنگ۔</w:t>
      </w:r>
    </w:p>
    <w:p>
      <w:r>
        <w:rPr>
          <w:b/>
        </w:rPr>
        <w:t xml:space="preserve">[06:13] </w:t>
      </w:r>
      <w:r>
        <w:t>yehin Delhi mein un ke office mein tha, Times of India ke office mein. teleconferencing wahan mujhe bulaya gaya tha.</w:t>
      </w:r>
    </w:p>
    <w:p>
      <w:pPr>
        <w:jc w:val="right"/>
      </w:pPr>
      <w:r>
        <w:t>یہیں دلی میں ان کے آفس میں تھا، ٹائمز آف انڈیا کے آفس میں۔ ٹیلی کانفرنسنگ وہاں مجھے بلایا گیا تھا۔</w:t>
      </w:r>
    </w:p>
    <w:p>
      <w:r>
        <w:rPr>
          <w:b/>
        </w:rPr>
        <w:t xml:space="preserve">[06:22] </w:t>
      </w:r>
      <w:r>
        <w:t>to is mein kai top ke log thay Mr. mein. CC se aur bhi kai log. to doosre maqam par, doosre saare log thay.</w:t>
      </w:r>
    </w:p>
    <w:p>
      <w:pPr>
        <w:jc w:val="right"/>
      </w:pPr>
      <w:r>
        <w:t>تو اس میں کئی ٹاپ کے لوگ تھے مسٹر میں۔ سی سی سے اور بھی کئی لوگ۔ تو دوسرے مقام پر، دوسرے سارے لوگ تھے۔</w:t>
      </w:r>
    </w:p>
    <w:p>
      <w:r>
        <w:rPr>
          <w:b/>
        </w:rPr>
        <w:t xml:space="preserve">[06:34] </w:t>
      </w:r>
      <w:r>
        <w:t>mein akela hi tha office mein aur log bahar bhag rahe thay.</w:t>
      </w:r>
    </w:p>
    <w:p>
      <w:pPr>
        <w:jc w:val="right"/>
      </w:pPr>
      <w:r>
        <w:t>میں اکیلا ہی تھا آفس میں اور لوگ باہر بھاگ رہے تھے۔</w:t>
      </w:r>
    </w:p>
    <w:p>
      <w:r>
        <w:rPr>
          <w:b/>
        </w:rPr>
        <w:t xml:space="preserve">[06:40] </w:t>
      </w:r>
      <w:r>
        <w:t>to teleconferencing hui. hum logon ne apne apne maqam se bola aur wahan sab ko hamari di. to yeh bohat pehle ki baat hai.</w:t>
      </w:r>
    </w:p>
    <w:p>
      <w:pPr>
        <w:jc w:val="right"/>
      </w:pPr>
      <w:r>
        <w:t>تو ٹیلی کانفرنسنگ ہوئی۔ ہم لوگوں نے اپنے اپنے مقام سے بولا اور وہاں سب کو ہماری دیا۔ تو یہ بہت پہلے کی بات ہے۔</w:t>
      </w:r>
    </w:p>
    <w:p>
      <w:r>
        <w:rPr>
          <w:b/>
        </w:rPr>
        <w:t xml:space="preserve">[06:53] </w:t>
      </w:r>
      <w:r>
        <w:t>mere dil mein aaya ke kaash Allah taala</w:t>
      </w:r>
    </w:p>
    <w:p>
      <w:pPr>
        <w:jc w:val="right"/>
      </w:pPr>
      <w:r>
        <w:t>میرے دل میں آیا کہ کاش اللہ تعالیٰ</w:t>
      </w:r>
    </w:p>
    <w:p>
      <w:r>
        <w:rPr>
          <w:b/>
        </w:rPr>
        <w:t xml:space="preserve">[06:58] </w:t>
      </w:r>
      <w:r>
        <w:t>hum ko bhi aur hamare mission ko bhi itna phailaye ke hamare bhi teleconferencing ho.</w:t>
      </w:r>
    </w:p>
    <w:p>
      <w:pPr>
        <w:jc w:val="right"/>
      </w:pPr>
      <w:r>
        <w:t>ہم کو بھی اور ہمارے مشن کو بھی اتنا پھیلائے کہ ہمارے بھی ٹیلی کانفرنسنگ ہو۔</w:t>
      </w:r>
    </w:p>
    <w:p>
      <w:r>
        <w:rPr>
          <w:b/>
        </w:rPr>
        <w:t xml:space="preserve">[07:10] </w:t>
      </w:r>
      <w:r>
        <w:t>yani is waqt yeh anokhi aur anoni, ek na hone wali baat thi jab yeh hua tha. Yani hum hum jo hai sapne bhi nahi de sakte the ke hamari teleconferencing hogi.</w:t>
      </w:r>
    </w:p>
    <w:p>
      <w:pPr>
        <w:jc w:val="right"/>
      </w:pPr>
      <w:r>
        <w:t>یعنی اس وقت یہ انوکھی اور انونی، ایک نہ ہونے والی بات تھی جب یہ ہوا تھا۔ یعنی ہم ہم جو ہے سپنے بھی نہیں دے سکتے تھے کہ ہماری ٹیلی کانفرنسنگ ہوگی۔</w:t>
      </w:r>
    </w:p>
    <w:p>
      <w:r>
        <w:rPr>
          <w:b/>
        </w:rPr>
        <w:t xml:space="preserve">[07:24] </w:t>
      </w:r>
      <w:r>
        <w:t>lekin theek aaj hi ke din America mein teleconferencing hui hai aur is ka report un ke paas aayi hai.</w:t>
      </w:r>
    </w:p>
    <w:p>
      <w:pPr>
        <w:jc w:val="right"/>
      </w:pPr>
      <w:r>
        <w:t>لیکن ٹھیک آج ہی کے دن امریکہ میں ٹیلی کانفرنسنگ ہوئی ہے اور اس کا رپورٹ ان کے پاس آئی ہے۔</w:t>
      </w:r>
    </w:p>
    <w:p>
      <w:r>
        <w:rPr>
          <w:b/>
        </w:rPr>
        <w:t xml:space="preserve">[07:33] </w:t>
      </w:r>
      <w:r>
        <w:t>aap thoda sa bataiye is ke bare mein.</w:t>
      </w:r>
    </w:p>
    <w:p>
      <w:pPr>
        <w:jc w:val="right"/>
      </w:pPr>
      <w:r>
        <w:t>آپ تھوڑا سا بتائیے اس کے بارے میں۔</w:t>
      </w:r>
    </w:p>
    <w:p>
      <w:r>
        <w:rPr>
          <w:b/>
        </w:rPr>
        <w:t xml:space="preserve">[07:35] </w:t>
      </w:r>
      <w:r>
        <w:t>Khawaja Kaleemuddin sahib ne CPS US ki ek ek khabar bheji hai ke unhone August. America se</w:t>
      </w:r>
    </w:p>
    <w:p>
      <w:pPr>
        <w:jc w:val="right"/>
      </w:pPr>
      <w:r>
        <w:t>خواجہ کلیم الدین صاحب نے سی پی ایس یو ایس کی ایک ایک خبر بھیجی ہے کہ انہوں نے اگست۔ امریکہ سے</w:t>
      </w:r>
    </w:p>
    <w:p>
      <w:r>
        <w:rPr>
          <w:b/>
        </w:rPr>
        <w:t xml:space="preserve">[07:44] </w:t>
      </w:r>
      <w:r>
        <w:t>. America se khabar bheji hai ke unhone August 2016 ko ek program shuru kiya tha study circle ke naam se, taqreeban dedh saal pehle.</w:t>
      </w:r>
    </w:p>
    <w:p>
      <w:pPr>
        <w:jc w:val="right"/>
      </w:pPr>
      <w:r>
        <w:t>۔ امریکہ سے خبر بھیجی ہے کہ انہوں نے اگست 2016 کو ایک پروگرام شروع کیا تھا اسٹڈی سرکل کے نام سے، تقریباً ڈیڑھ سال پہلے۔</w:t>
      </w:r>
    </w:p>
    <w:p>
      <w:r>
        <w:rPr>
          <w:b/>
        </w:rPr>
        <w:t xml:space="preserve">[07:56] </w:t>
      </w:r>
      <w:r>
        <w:t>aur is ka maqsad yeh tha ke collectively ya ijtamai tor par Maulana ki kitabon ko teleconference ke zariye se parha jaye, is par discussion kiya jaye, is par point niklein aur aapas mein sab is par tabadla khayal karein taake kuch nayi cheezein is ke zariye se is ko maloom ho.</w:t>
      </w:r>
    </w:p>
    <w:p>
      <w:pPr>
        <w:jc w:val="right"/>
      </w:pPr>
      <w:r>
        <w:t>اور اس کا مقصد یہ تھا کہ کلیکٹولی یا اجتماعی طور پر مولانا کی کتابوں کو ٹیلی کانفرنس کے ذریعے سے پڑھا جائے، اس پر ڈسکشن کیا جائے، اس پر پوائنٹ نکلیں اور آپس میں سب اس پر تبادلہ خیال کریں تاکہ کچھ نئی چیزیں اس کے ذریعے سے اس کو معلوم ہوں۔</w:t>
      </w:r>
    </w:p>
    <w:p>
      <w:r>
        <w:rPr>
          <w:b/>
        </w:rPr>
        <w:t xml:space="preserve">[08:13] </w:t>
      </w:r>
      <w:r>
        <w:t>to unhone is darmiyan mein barobar kiya aur yeh chalta raha silsila yahan tak ke ek moti si kitab Izhar-e-Deen khatam ho gayi jo taqreeban saat saade saat sau page ki hai.</w:t>
      </w:r>
    </w:p>
    <w:p>
      <w:pPr>
        <w:jc w:val="right"/>
      </w:pPr>
      <w:r>
        <w:t>تو انہوں نے اس درمیان میں براور کیا اور یہ چلتا رہا سلسلہ یہاں تک کہ ایک موٹی سی کتاب اظہار دین ختم ہو گئی جو تقریباً سات ساڑھے سات سو پیج کی ہے۔</w:t>
      </w:r>
    </w:p>
    <w:p>
      <w:r>
        <w:rPr>
          <w:b/>
        </w:rPr>
        <w:t xml:space="preserve">[08:25] </w:t>
      </w:r>
      <w:r>
        <w:t>is ke baad unhone ab shuru kiya hai Al-Islam. Aur yeh Friday ki raat ko woh log karte hain aur barobar yeh chalta raha aur ek abhi recently ek guzre hue juma, kal hua hai, is ki report unhone bheji hai aur is ke bare mein unhone bataya ke yeh kaise hota hai.</w:t>
      </w:r>
    </w:p>
    <w:p>
      <w:pPr>
        <w:jc w:val="right"/>
      </w:pPr>
      <w:r>
        <w:t>اس کے بعد انہوں نے اب شروع کیا ہے الاسلام۔ اور یہ فرائیڈے کی رات کو وہ لوگ کرتے ہیں اور براور یہ چلتا رہا اور ایک ابھی ریسنٹلی ایک گزرے ہوئے جمعہ، کل ہوا ہے، اس کی رپورٹ انہوں نے بھیجی ہے اور اس کے بارے میں انہوں نے بتایا کہ یہ کیسے ہوتا ہے۔</w:t>
      </w:r>
    </w:p>
    <w:p>
      <w:r>
        <w:rPr>
          <w:b/>
        </w:rPr>
        <w:t xml:space="preserve">[08:44] </w:t>
      </w:r>
      <w:r>
        <w:t>aaj aaj aayi hai. Aaj is ki report aayi hai. Aur is ke bare mein unhone bataya ke kaise yeh hota hai, is ko sun kar hum jaan sakte hain.</w:t>
      </w:r>
    </w:p>
    <w:p>
      <w:pPr>
        <w:jc w:val="right"/>
      </w:pPr>
      <w:r>
        <w:t>آج آج آئی ہے۔ آج اس کی رپورٹ آئی ہے۔ اور اس کے بارے میں انہوں نے بتایا کہ کیسے یہ ہوتا ہے، اس کو سن کر ہم جان سکتے ہیں۔</w:t>
      </w:r>
    </w:p>
    <w:p>
      <w:r>
        <w:rPr>
          <w:b/>
        </w:rPr>
        <w:t xml:space="preserve">[08:54] </w:t>
      </w:r>
      <w:r>
        <w:t>aur is par unhone Maulana se advice manga ke is ko mazeed achhe tareeqe se kaise kiya ja sakta hai.</w:t>
      </w:r>
    </w:p>
    <w:p>
      <w:pPr>
        <w:jc w:val="right"/>
      </w:pPr>
      <w:r>
        <w:t>اور اس پر انہوں نے مولانا سے ایڈوائس مانگا کہ اس کو مزید اچھے طریقے سے کیسے کیا جا سکتا ہے۔</w:t>
      </w:r>
    </w:p>
    <w:p>
      <w:r>
        <w:rPr>
          <w:b/>
        </w:rPr>
        <w:t xml:space="preserve">[09:02] </w:t>
      </w:r>
      <w:r>
        <w:t>dekhiye, main kyun aaj ke din ko special manta hoon? Ke Allah ne chuna aaj ke din ko.</w:t>
      </w:r>
    </w:p>
    <w:p>
      <w:pPr>
        <w:jc w:val="right"/>
      </w:pPr>
      <w:r>
        <w:t>دیکھیے، میں کیوں آج کے دن کو اسپیشل مانتا ہوں؟ کہ اللہ نے چنا آج کے دن کو۔</w:t>
      </w:r>
    </w:p>
    <w:p>
      <w:r>
        <w:rPr>
          <w:b/>
        </w:rPr>
        <w:t xml:space="preserve">[09:12] </w:t>
      </w:r>
      <w:r>
        <w:t>ke aaj hi hum ko Aal Kaleemuddin sahib ki wahan se recorded program ka mila hai, woh aaj aaj hi hum ko maloom hua ke wahan teleconferencing ho rahi hai.</w:t>
      </w:r>
    </w:p>
    <w:p>
      <w:pPr>
        <w:jc w:val="right"/>
      </w:pPr>
      <w:r>
        <w:t>کہ آج ہی ہم کو آل کلیم الدین صاحب کی وہاں سے ریکارڈڈ پروگرام کا ملا ہے، وہ آج آج ہی ہم کو معلوم ہوا کہ وہاں ٹیلی کانفرنسنگ ہو رہی ہے۔</w:t>
      </w:r>
    </w:p>
    <w:p>
      <w:r>
        <w:rPr>
          <w:b/>
        </w:rPr>
        <w:t xml:space="preserve">[09:26] </w:t>
      </w:r>
      <w:r>
        <w:t>is se pehle main koi jaanta nahi tha.</w:t>
      </w:r>
    </w:p>
    <w:p>
      <w:pPr>
        <w:jc w:val="right"/>
      </w:pPr>
      <w:r>
        <w:t>اس سے پہلے میں کوئی جانتا نہیں تھا۔</w:t>
      </w:r>
    </w:p>
    <w:p>
      <w:r>
        <w:rPr>
          <w:b/>
        </w:rPr>
        <w:t xml:space="preserve">[09:31] </w:t>
      </w:r>
      <w:r>
        <w:t>to aaj mujhe ek hadith yaad aayi is ke baad. Yani mere liye woh apple shock tha. Ek hadith hai, woh hadith bataiye Dajjal wali hadith.</w:t>
      </w:r>
    </w:p>
    <w:p>
      <w:pPr>
        <w:jc w:val="right"/>
      </w:pPr>
      <w:r>
        <w:t>تو آج مجھے ایک حدیث یاد آئی اس کے بعد۔ یعنی میرے لیے وہ ایپل شاک تھا۔ ایک حدیث ہے، وہ حدیث بتائیے دجال والی حدیث۔</w:t>
      </w:r>
    </w:p>
    <w:p>
      <w:r>
        <w:rPr>
          <w:b/>
        </w:rPr>
        <w:t xml:space="preserve">[09:59] </w:t>
      </w:r>
      <w:r>
        <w:t>Yunadi bisautin lahu yusma'u bihi ma baynal khafiqain. Ke Dajjal awaz lagayega, aisi awaz ke us ko mashriq o maghrib ke darmiyan ke log sunenge.</w:t>
      </w:r>
    </w:p>
    <w:p>
      <w:pPr>
        <w:jc w:val="right"/>
      </w:pPr>
      <w:r>
        <w:t>یونادی بصوت لہو یسمع بہ ما بین الخافقین۔ کہ دجال آواز لگائے گا، ایسی آواز کہ اس کو مشرق و مغرب کے درمیان کے لوگ سنیں گے۔</w:t>
      </w:r>
    </w:p>
    <w:p>
      <w:r>
        <w:rPr>
          <w:b/>
        </w:rPr>
        <w:t xml:space="preserve">[10:11] </w:t>
      </w:r>
      <w:r>
        <w:t>yeh dekhiye, yeh Dajjal ke bare mein bazahir hai yeh khabar. Ke Dajjal jab zahir hoga to woh aisi awaz se pukarega jo East se West tak</w:t>
      </w:r>
    </w:p>
    <w:p>
      <w:pPr>
        <w:jc w:val="right"/>
      </w:pPr>
      <w:r>
        <w:t>یہ دیکھیے، یہ دجال کے بارے میں بظاہر ہے یہ خبر۔ کہ دجال جب ظاہر ہوگا تو وہ ایسی آواز سے پکارے گا جو ایسٹ سے ویسٹ تک</w:t>
      </w:r>
    </w:p>
    <w:p>
      <w:r>
        <w:rPr>
          <w:b/>
        </w:rPr>
        <w:t xml:space="preserve">[10:29] </w:t>
      </w:r>
      <w:r>
        <w:t>saare log sunenge.</w:t>
      </w:r>
    </w:p>
    <w:p>
      <w:pPr>
        <w:jc w:val="right"/>
      </w:pPr>
      <w:r>
        <w:t>سارے لوگ سنیں گے۔</w:t>
      </w:r>
    </w:p>
    <w:p>
      <w:r>
        <w:rPr>
          <w:b/>
        </w:rPr>
        <w:t xml:space="preserve">[10:34] </w:t>
      </w:r>
      <w:r>
        <w:t>to dekhiye yahan par baat kahi gayi hai Dajjal ke reference mein. Aur qat'an woh hai age ke reference mein.</w:t>
      </w:r>
    </w:p>
    <w:p>
      <w:pPr>
        <w:jc w:val="right"/>
      </w:pPr>
      <w:r>
        <w:t>تو دیکھیے یہاں پر بات کہی گئی ہے دجال کے ریفرنس میں۔ اور قطعاً وہ ہے ایج کا ریفرنس میں۔</w:t>
      </w:r>
    </w:p>
    <w:p>
      <w:r>
        <w:rPr>
          <w:b/>
        </w:rPr>
        <w:t xml:space="preserve">[10:47] </w:t>
      </w:r>
      <w:r>
        <w:t>ke Dajjal ek aise zamane mein zahir hoga</w:t>
      </w:r>
    </w:p>
    <w:p>
      <w:pPr>
        <w:jc w:val="right"/>
      </w:pPr>
      <w:r>
        <w:t>کہ دجال ایک ایسے زمانے میں ظاہر ہوگا</w:t>
      </w:r>
    </w:p>
    <w:p>
      <w:r>
        <w:rPr>
          <w:b/>
        </w:rPr>
        <w:t xml:space="preserve">[10:50] </w:t>
      </w:r>
      <w:r>
        <w:t>jab yeh possible ho jayega</w:t>
      </w:r>
    </w:p>
    <w:p>
      <w:pPr>
        <w:jc w:val="right"/>
      </w:pPr>
      <w:r>
        <w:t>جب یہ پاسیبل ہو جائے گا</w:t>
      </w:r>
    </w:p>
    <w:p>
      <w:r>
        <w:rPr>
          <w:b/>
        </w:rPr>
        <w:t xml:space="preserve">[10:55] </w:t>
      </w:r>
      <w:r>
        <w:t>communication ke jab jab level ban chuke the ke insan globe ke ek sirf bole to globe par awaz nahi jayegi.</w:t>
      </w:r>
    </w:p>
    <w:p>
      <w:pPr>
        <w:jc w:val="right"/>
      </w:pPr>
      <w:r>
        <w:t>کمیونیکیشن کے جب جب لیول بن چکے تھے کہ انسان گلوب کے ایک صرف بولے تو گلوب پر آواز نہیں جائے گی۔</w:t>
      </w:r>
    </w:p>
    <w:p>
      <w:r>
        <w:rPr>
          <w:b/>
        </w:rPr>
        <w:t xml:space="preserve">[11:10] </w:t>
      </w:r>
      <w:r>
        <w:t>ma. Khauf hota hai. To main sochta hoon ke aakhir Allah taala ne aaj hi ke din ko kyun mutawaqqea kiya ke sab waqeat ikattha ho jayein?</w:t>
      </w:r>
    </w:p>
    <w:p>
      <w:pPr>
        <w:jc w:val="right"/>
      </w:pPr>
      <w:r>
        <w:t>ما۔ خوف ہوتا ہے۔ تو میں سوچتا ہوں کہ آخر اللہ تعالیٰ نے آج ہی کے دن کو کیوں متوقع کیا کہ سب واقعات اکٹھا ہو جائیں؟</w:t>
      </w:r>
    </w:p>
    <w:p>
      <w:r>
        <w:rPr>
          <w:b/>
        </w:rPr>
        <w:t xml:space="preserve">[11:23] </w:t>
      </w:r>
      <w:r>
        <w:t>ikhatta ho jayein? Maslan aaj ek ek aur waqea aaj hi hua.</w:t>
      </w:r>
    </w:p>
    <w:p>
      <w:pPr>
        <w:jc w:val="right"/>
      </w:pPr>
      <w:r>
        <w:t>اکٹھا ہو جائیں؟ مثلاً آج ایک ایک اور واقعہ آج ہی ہوا۔</w:t>
      </w:r>
    </w:p>
    <w:p>
      <w:r>
        <w:rPr>
          <w:b/>
        </w:rPr>
        <w:t xml:space="preserve">[11:31] </w:t>
      </w:r>
      <w:r>
        <w:t>mister mister kalma kidhar hain? aap woh bataiye jo maine kaha tha aap se. un ke bare mein.</w:t>
      </w:r>
    </w:p>
    <w:p>
      <w:pPr>
        <w:jc w:val="right"/>
      </w:pPr>
      <w:r>
        <w:t>مسٹر مسٹر کلمہ کدھر ہیں؟ آپ وہ بتائیے جو میں نے کہا تھا آپ سے۔ ان کے بارے میں۔</w:t>
      </w:r>
    </w:p>
    <w:p>
      <w:r>
        <w:rPr>
          <w:b/>
        </w:rPr>
        <w:t xml:space="preserve">[11:41] </w:t>
      </w:r>
      <w:r>
        <w:t>haan. i talk to sohaib this morning and he said that we want to hold the class up stairs here today and he will check at five o clock whether the temperature is right to which you said ke no tell sohaib to organize the class.</w:t>
      </w:r>
    </w:p>
    <w:p>
      <w:pPr>
        <w:jc w:val="right"/>
      </w:pPr>
      <w:r>
        <w:t>ہاں۔ آئی ٹاک ٹو صہیب دس مارننگ اینڈ ہی سیڈ دیٹ وی وانٹ ٹو ہولڈ دا کلاس اپ سٹیئرز ہیر ٹوڈے اینڈ ہی ویل چیک ایٹ فائیو او کلاک ویدر دا ٹمپریچر از رائٹ ٹو وچ یو سیڈ کہ نو ٹیل صہیب ٹو ارگنائز دا کلاس۔</w:t>
      </w:r>
    </w:p>
    <w:p>
      <w:r>
        <w:rPr>
          <w:b/>
        </w:rPr>
        <w:t xml:space="preserve">[12:02] </w:t>
      </w:r>
      <w:r>
        <w:t>jo kaam allah ko karna hai woh hum kyun sochen? ke mausam khuda ki domain mein hai to hum us ke bare mein kyun sochen?</w:t>
      </w:r>
    </w:p>
    <w:p>
      <w:pPr>
        <w:jc w:val="right"/>
      </w:pPr>
      <w:r>
        <w:t>جو کام اللہ کو کرنا ہے وہ ہم کیوں سوچیں؟ کہ موسم خدا کی ڈومین میں ہے تو ہم اس کے بارے میں کیوں سوچیں؟</w:t>
      </w:r>
    </w:p>
    <w:p>
      <w:r>
        <w:rPr>
          <w:b/>
        </w:rPr>
        <w:t xml:space="preserve">[12:13] </w:t>
      </w:r>
      <w:r>
        <w:t>so we did accordingly and sham ko khuda ne mausam apne aap theek kar liya</w:t>
      </w:r>
    </w:p>
    <w:p>
      <w:pPr>
        <w:jc w:val="right"/>
      </w:pPr>
      <w:r>
        <w:t>سو وی ڈیڈ اکارڈنگلی اینڈ شام کو خدا نے موسم اپنے آپ ٹھیک کر لیا</w:t>
      </w:r>
    </w:p>
    <w:p>
      <w:r>
        <w:rPr>
          <w:b/>
        </w:rPr>
        <w:t xml:space="preserve">[12:18] </w:t>
      </w:r>
      <w:r>
        <w:t>. dekhiye hum log yahan baithe hue hain. ji? ji maulana bilkul. hum log baithe hain nahin baithe hain aap? bilkul maulana.</w:t>
      </w:r>
    </w:p>
    <w:p>
      <w:pPr>
        <w:jc w:val="right"/>
      </w:pPr>
      <w:r>
        <w:t>۔ دیکھیے ہم لوگ یہاں بیٹھے ہوئے ہیں۔ جی؟ جی مولانا بالکل۔ ہم لوگ بیٹھے ہیں نہیں بیٹھے ہیں آپ؟ بالکل مولانا۔</w:t>
      </w:r>
    </w:p>
    <w:p>
      <w:r>
        <w:rPr>
          <w:b/>
        </w:rPr>
        <w:t xml:space="preserve">[12:27] </w:t>
      </w:r>
      <w:r>
        <w:t>yeh bhi ek ek nishani hai ke aaj ka din allah ne special din bana diya.</w:t>
      </w:r>
    </w:p>
    <w:p>
      <w:pPr>
        <w:jc w:val="right"/>
      </w:pPr>
      <w:r>
        <w:t>یہ بھی ایک ایک علامت ہے کہ آج کا دن اللہ نے اسپیشل دن بنا دیا۔</w:t>
      </w:r>
    </w:p>
    <w:p>
      <w:r>
        <w:rPr>
          <w:b/>
        </w:rPr>
        <w:t xml:space="preserve">[12:36] </w:t>
      </w:r>
      <w:r>
        <w:t>kis mani mein?</w:t>
      </w:r>
    </w:p>
    <w:p>
      <w:pPr>
        <w:jc w:val="right"/>
      </w:pPr>
      <w:r>
        <w:t>کس معنی میں؟</w:t>
      </w:r>
    </w:p>
    <w:p>
      <w:r>
        <w:rPr>
          <w:b/>
        </w:rPr>
        <w:t xml:space="preserve">[12:40] </w:t>
      </w:r>
      <w:r>
        <w:t>ke hamare upar bhi appeal shock hua hai. Appeal shock is mani mein ke hamein sochna hai ke ab to woh waqt aa gaya jab east mein bolo east west mein chala jaye.</w:t>
      </w:r>
    </w:p>
    <w:p>
      <w:pPr>
        <w:jc w:val="right"/>
      </w:pPr>
      <w:r>
        <w:t>کہ ہمارے اوپر بھی ایپل شاک ہوا ہے۔ ایپل شاک اس معنی میں کہ ہمیں سوچنا ہے کہ اب تو وہ وقت آ گیا جب ایسٹ میں بولو ایسٹ ویسٹ میں چلا جائے۔</w:t>
      </w:r>
    </w:p>
    <w:p>
      <w:r>
        <w:rPr>
          <w:b/>
        </w:rPr>
        <w:t xml:space="preserve">[12:59] </w:t>
      </w:r>
      <w:r>
        <w:t>tele conferencing ho. utho utho utho. aur allah tumhare liye saare asbab ikattha kar dega.</w:t>
      </w:r>
    </w:p>
    <w:p>
      <w:pPr>
        <w:jc w:val="right"/>
      </w:pPr>
      <w:r>
        <w:t>ٹیلی کانفرنسنگ ہو۔ اٹھو اٹھو اٹھو۔ اور اللہ تمہارے لیے سارے اسباب اکٹھا کر دے گا۔</w:t>
      </w:r>
    </w:p>
    <w:p>
      <w:r>
        <w:rPr>
          <w:b/>
        </w:rPr>
        <w:t xml:space="preserve">[13:12] </w:t>
      </w:r>
      <w:r>
        <w:t>ke aap ke liye ek good guiding bhi hai yeh. ke yeh saare waqeyat jo ikattha ho gaye.</w:t>
      </w:r>
    </w:p>
    <w:p>
      <w:pPr>
        <w:jc w:val="right"/>
      </w:pPr>
      <w:r>
        <w:t>کہ آپ کے لیے ایک گڈ گائیڈنگ بھی ہے یہ۔ کہ یہ سارے واقعات جو اکٹھا ہو گئے۔</w:t>
      </w:r>
    </w:p>
    <w:p>
      <w:r>
        <w:rPr>
          <w:b/>
        </w:rPr>
        <w:t xml:space="preserve">[13:21] </w:t>
      </w:r>
      <w:r>
        <w:t>yeh guiding bhi hai.</w:t>
      </w:r>
    </w:p>
    <w:p>
      <w:pPr>
        <w:jc w:val="right"/>
      </w:pPr>
      <w:r>
        <w:t>یہ گائیڈنگ بھی ہے۔</w:t>
      </w:r>
    </w:p>
    <w:p>
      <w:r>
        <w:rPr>
          <w:b/>
        </w:rPr>
        <w:t xml:space="preserve">[13:27] </w:t>
      </w:r>
      <w:r>
        <w:t>ke agar woh guiding yeh hai ke agar dajjal uthega aur us ki awaz sunai degi yahan samaton mein to tum uthoge to tumhare liye koi farishte madad madad ke liye nahin aayenge?</w:t>
      </w:r>
    </w:p>
    <w:p>
      <w:pPr>
        <w:jc w:val="right"/>
      </w:pPr>
      <w:r>
        <w:t>کہ اگر وہ گائیڈنگ یہ ہے کہ اگر دجال اٹھے گا اور اس کی آواز سنائی دے گی یہاں سماعتوں میں تو تم اٹھو گے تو تمہارے لیے کوئی فرشتے مدد مدد کے لیے نہیں آئیں گے؟</w:t>
      </w:r>
    </w:p>
    <w:p>
      <w:r>
        <w:rPr>
          <w:b/>
        </w:rPr>
        <w:t xml:space="preserve">[13:42] </w:t>
      </w:r>
      <w:r>
        <w:t>dajjal bhi farishton ki madad ke liye sirf bol payega.</w:t>
      </w:r>
    </w:p>
    <w:p>
      <w:pPr>
        <w:jc w:val="right"/>
      </w:pPr>
      <w:r>
        <w:t>دجال بھی فرشتوں کی مدد کے لیے صرف بول پائے گا۔</w:t>
      </w:r>
    </w:p>
    <w:p>
      <w:r>
        <w:rPr>
          <w:b/>
        </w:rPr>
        <w:t xml:space="preserve">[13:46] </w:t>
      </w:r>
      <w:r>
        <w:t>aisi boli. to allah taala ne dikhaya ke dekho agar dajjal ko madad mil sakti hai to us ki awaz yahan samaton mein sunai de to tum ko nahin milegi?</w:t>
      </w:r>
    </w:p>
    <w:p>
      <w:pPr>
        <w:jc w:val="right"/>
      </w:pPr>
      <w:r>
        <w:t>ایسی بولی۔ تو اللہ تعالیٰ نے دکھایا کہ دیکھو اگر دجال کو مدد مل سکتی ہے تو اس کی آواز یہاں سماعتوں میں سنائی دے تو تم کو نہیں ملے گی؟</w:t>
      </w:r>
    </w:p>
    <w:p>
      <w:r>
        <w:rPr>
          <w:b/>
        </w:rPr>
        <w:t xml:space="preserve">[14:02] </w:t>
      </w:r>
      <w:r>
        <w:t>to hum logon ko ab jo planning karna hai planning woh global level ki planning karna hai. hum logon ko yahan se le kar khwaja kaleemuddin sahib sab ne sunna hai.</w:t>
      </w:r>
    </w:p>
    <w:p>
      <w:pPr>
        <w:jc w:val="right"/>
      </w:pPr>
      <w:r>
        <w:t>تو ہم لوگوں کو اب جو پلاننگ کرنا ہے پلاننگ وہ گلوبل لیول کی پلاننگ کرنا ہے۔ ہم لوگوں کو یہاں سے لے کر خواجہ کلیم الدین صاحب سب نے سننا ہے۔</w:t>
      </w:r>
    </w:p>
    <w:p>
      <w:r>
        <w:rPr>
          <w:b/>
        </w:rPr>
        <w:t xml:space="preserve">[14:17] </w:t>
      </w:r>
      <w:r>
        <w:t>america mein jo kaleemuddin sahib hain</w:t>
      </w:r>
    </w:p>
    <w:p>
      <w:pPr>
        <w:jc w:val="right"/>
      </w:pPr>
      <w:r>
        <w:t>امریکہ میں جو کلیم الدین صاحب ہیں</w:t>
      </w:r>
    </w:p>
    <w:p>
      <w:r>
        <w:rPr>
          <w:b/>
        </w:rPr>
        <w:t xml:space="preserve">[14:20] </w:t>
      </w:r>
      <w:r>
        <w:t>woh bhi sun lein. tariq maudood sahib sun lein. jo jo jahan hai is mission se wabasta woh sab sun lein.</w:t>
      </w:r>
    </w:p>
    <w:p>
      <w:pPr>
        <w:jc w:val="right"/>
      </w:pPr>
      <w:r>
        <w:t>وہ بھی سن لیں۔ طارق مودت صاحب سن لیں۔ جو جو جہاں ہے اس مشن سے وابستہ وہ سب سن لیں۔</w:t>
      </w:r>
    </w:p>
    <w:p>
      <w:r>
        <w:rPr>
          <w:b/>
        </w:rPr>
        <w:t xml:space="preserve">[14:34] </w:t>
      </w:r>
      <w:r>
        <w:t>ke allah taala ne aaj ka din is liye special bana diya ke hum ko bataya jaye. to agar khada ho jaye dajjal bhi khada ho jaye to us ko zamane ka</w:t>
      </w:r>
    </w:p>
    <w:p>
      <w:pPr>
        <w:jc w:val="right"/>
      </w:pPr>
      <w:r>
        <w:t>کہ اللہ تعالیٰ نے آج کا دن اس لیے اسپیشل بنا دیا کہ ہم کو بتایا جائے۔ تو اگر کھڑا ہو جائے دجال بھی کھڑا ہو جائے تو اس کو زمانے کا</w:t>
      </w:r>
    </w:p>
    <w:p>
      <w:r>
        <w:rPr>
          <w:b/>
        </w:rPr>
        <w:t xml:space="preserve">[14:52] </w:t>
      </w:r>
      <w:r>
        <w:t>zamane ke jo communication hai zamane ke jo</w:t>
      </w:r>
    </w:p>
    <w:p>
      <w:pPr>
        <w:jc w:val="right"/>
      </w:pPr>
      <w:r>
        <w:t>زمانے کے جو کمیونیکیشن ہے زمانے کے جو</w:t>
      </w:r>
    </w:p>
    <w:p>
      <w:r>
        <w:rPr>
          <w:b/>
        </w:rPr>
        <w:t xml:space="preserve">[15:00] </w:t>
      </w:r>
      <w:r>
        <w:t>facilities hain woh uska saath denge. tabhi to woh bol payega aisi boli.</w:t>
      </w:r>
    </w:p>
    <w:p>
      <w:pPr>
        <w:jc w:val="right"/>
      </w:pPr>
      <w:r>
        <w:t>فیسلیٹیز ہیں وہ اس کا ساتھ دیں گے۔ تبھی تو وہ بول پائے گا ایسی بولی۔</w:t>
      </w:r>
    </w:p>
    <w:p>
      <w:r>
        <w:rPr>
          <w:b/>
        </w:rPr>
        <w:t xml:space="preserve">[15:10] </w:t>
      </w:r>
      <w:r>
        <w:t>to hum agar khade ho jayein allah ke liye to zamane ki facilities</w:t>
      </w:r>
    </w:p>
    <w:p>
      <w:pPr>
        <w:jc w:val="right"/>
      </w:pPr>
      <w:r>
        <w:t>تو ہم اگر کھڑے ہو جائیں اللہ کے لیے تو زمانے کی فیسلیٹیز</w:t>
      </w:r>
    </w:p>
    <w:p>
      <w:r>
        <w:rPr>
          <w:b/>
        </w:rPr>
        <w:t xml:space="preserve">[15:16] </w:t>
      </w:r>
      <w:r>
        <w:t>hamara saath nahin dengi. ya farishte hamara saath nahin denge.</w:t>
      </w:r>
    </w:p>
    <w:p>
      <w:pPr>
        <w:jc w:val="right"/>
      </w:pPr>
      <w:r>
        <w:t>ہمارا ساتھ نہیں دیں گی۔ یا فرشتے ہمارا ساتھ نہیں دیں گے۔</w:t>
      </w:r>
    </w:p>
    <w:p>
      <w:r>
        <w:rPr>
          <w:b/>
        </w:rPr>
        <w:t xml:space="preserve">[15:25] </w:t>
      </w:r>
      <w:r>
        <w:t>aur main apna ek ek taassur batana chahta hoon aap logon ko. dekhiye</w:t>
      </w:r>
    </w:p>
    <w:p>
      <w:pPr>
        <w:jc w:val="right"/>
      </w:pPr>
      <w:r>
        <w:t>اور میں اپنا ایک ایک تاثر بتانا چاہتا ہوں آپ لوگوں کو۔ دیکھیے</w:t>
      </w:r>
    </w:p>
    <w:p>
      <w:r>
        <w:rPr>
          <w:b/>
        </w:rPr>
        <w:t xml:space="preserve">[15:33] </w:t>
      </w:r>
      <w:r>
        <w:t>pehli baar jab hamare saath hamare paas aaye the yeh rajat aur priya. pehli baar.</w:t>
      </w:r>
    </w:p>
    <w:p>
      <w:pPr>
        <w:jc w:val="right"/>
      </w:pPr>
      <w:r>
        <w:t>پہلی بار جب ہمارے ساتھ ہمارے پاس آئے تھے یہ رجت اور پریا۔ پہلی بار۔</w:t>
      </w:r>
    </w:p>
    <w:p>
      <w:r>
        <w:rPr>
          <w:b/>
        </w:rPr>
        <w:t xml:space="preserve">[15:45] </w:t>
      </w:r>
      <w:r>
        <w:t>shayad 2001 mein log ek saath aaye the.</w:t>
      </w:r>
    </w:p>
    <w:p>
      <w:pPr>
        <w:jc w:val="right"/>
      </w:pPr>
      <w:r>
        <w:t>شاید 2001 میں لوگ ایک ساتھ آئے تھے۔</w:t>
      </w:r>
    </w:p>
    <w:p>
      <w:r>
        <w:rPr>
          <w:b/>
        </w:rPr>
        <w:t xml:space="preserve">[15:53] </w:t>
      </w:r>
      <w:r>
        <w:t>to mere dimagh mein aaya tha ke aise naujawan agar hamare mission mein aa jayen to sab ka acha hoga. to aaj dekhiye dono naujawan yahan baithe hue hain.</w:t>
      </w:r>
    </w:p>
    <w:p>
      <w:pPr>
        <w:jc w:val="right"/>
      </w:pPr>
      <w:r>
        <w:t>تو میرے دماغ میں آیا تھا کہ ایسے نوجوان اگر ہمارے مشن میں آ جائیں تو سب کا اچھا ہوگا۔ تو آج دیکھیے دونوں نوجوان یہاں بیٹھے ہوئے ہیں۔</w:t>
      </w:r>
    </w:p>
    <w:p>
      <w:r>
        <w:rPr>
          <w:b/>
        </w:rPr>
        <w:t xml:space="preserve">[16:04] </w:t>
      </w:r>
      <w:r>
        <w:t>rajat bhi hai priya bhi hai. aise hi dekhiye</w:t>
      </w:r>
    </w:p>
    <w:p>
      <w:pPr>
        <w:jc w:val="right"/>
      </w:pPr>
      <w:r>
        <w:t>رجت بھی ہے پریا بھی ہے۔ ایسے ہی دیکھیے</w:t>
      </w:r>
    </w:p>
    <w:p>
      <w:r>
        <w:rPr>
          <w:b/>
        </w:rPr>
        <w:t xml:space="preserve">[16:10] </w:t>
      </w:r>
      <w:r>
        <w:t>pehli bar jab aaye the hamare paas naghma. to bohat fascinated faceinate hua tha main un ki qualities se un ki personality se.</w:t>
      </w:r>
    </w:p>
    <w:p>
      <w:pPr>
        <w:jc w:val="right"/>
      </w:pPr>
      <w:r>
        <w:t>پہلی بار جب آئے تھے ہمارے پاس نغم۔ تو بہت فیسینیٹڈ فیسینیٹ ہوا تھا میں ان کی کوالٹیز سے ان کی پرسنیلٹی سے۔</w:t>
      </w:r>
    </w:p>
    <w:p>
      <w:r>
        <w:rPr>
          <w:b/>
        </w:rPr>
        <w:t xml:space="preserve">[16:24] </w:t>
      </w:r>
      <w:r>
        <w:t>to mere dil mein aaya tha ke Allah taala agar aisi lady</w:t>
      </w:r>
    </w:p>
    <w:p>
      <w:pPr>
        <w:jc w:val="right"/>
      </w:pPr>
      <w:r>
        <w:t>تو میرے دل میں آیا تھا کہ اللہ تعالیٰ اگر ایسی لیڈی</w:t>
      </w:r>
    </w:p>
    <w:p>
      <w:r>
        <w:rPr>
          <w:b/>
        </w:rPr>
        <w:t xml:space="preserve">[16:28] </w:t>
      </w:r>
      <w:r>
        <w:t>hamare mission ko mil jaye to kitna acha hoga. to aap jante hain ke mister naghma aaj hamare sath hain.</w:t>
      </w:r>
    </w:p>
    <w:p>
      <w:pPr>
        <w:jc w:val="right"/>
      </w:pPr>
      <w:r>
        <w:t>ہمارے مشن کو مل جائے تو کتنا اچھا ہوگا۔ تو آپ جانتے ہیں کہ مسٹر نغمہ آج ہمارے ساتھ ہیں۔</w:t>
      </w:r>
    </w:p>
    <w:p>
      <w:r>
        <w:rPr>
          <w:b/>
        </w:rPr>
        <w:t xml:space="preserve">[16:39] </w:t>
      </w:r>
      <w:r>
        <w:t>aisi mister faraz jo chale gaye kisi wajah se un ke sath hua tha. pehli bar un ko main ne dekha tha aap logon ne kisi program ko bulaya tha wo gate pe khari hui thi.</w:t>
      </w:r>
    </w:p>
    <w:p>
      <w:pPr>
        <w:jc w:val="right"/>
      </w:pPr>
      <w:r>
        <w:t>ایسی مسٹر فراز جو چلے گئے کسی وجہ سے ان کے ساتھ ہوا تھا۔ پہلی بار ان کو میں نے دیکھا تھا آپ لوگوں نے کسی پروگرام کو بلایا تھا وہ گیٹ پہ کھڑی ہوئی تھی۔</w:t>
      </w:r>
    </w:p>
    <w:p>
      <w:r>
        <w:rPr>
          <w:b/>
        </w:rPr>
        <w:t xml:space="preserve">[16:53] </w:t>
      </w:r>
      <w:r>
        <w:t>main janta nahi tha.</w:t>
      </w:r>
    </w:p>
    <w:p>
      <w:pPr>
        <w:jc w:val="right"/>
      </w:pPr>
      <w:r>
        <w:t>میں جانتا نہیں تھا۔</w:t>
      </w:r>
    </w:p>
    <w:p>
      <w:r>
        <w:rPr>
          <w:b/>
        </w:rPr>
        <w:t xml:space="preserve">[16:57] </w:t>
      </w:r>
      <w:r>
        <w:t>to un se dekh kar ke main ne socha ke kitna zyada laiq hai yeh naujawan.</w:t>
      </w:r>
    </w:p>
    <w:p>
      <w:pPr>
        <w:jc w:val="right"/>
      </w:pPr>
      <w:r>
        <w:t>تو ان سے دیکھ کر کے میں نے سوچا کہ کتنا زیادہ لائق ہے یہ نوجوان۔</w:t>
      </w:r>
    </w:p>
    <w:p>
      <w:r>
        <w:rPr>
          <w:b/>
        </w:rPr>
        <w:t xml:space="preserve">[17:09] </w:t>
      </w:r>
      <w:r>
        <w:t>kash hamare mission mein aa jaye. to aaj wohi hamare mission mein shareek hain.</w:t>
      </w:r>
    </w:p>
    <w:p>
      <w:pPr>
        <w:jc w:val="right"/>
      </w:pPr>
      <w:r>
        <w:t>کاش ہمارے مشن میں آ جائے۔ تو آج وہی ہمارے مشن میں شریک ہیں۔</w:t>
      </w:r>
    </w:p>
    <w:p>
      <w:r>
        <w:rPr>
          <w:b/>
        </w:rPr>
        <w:t xml:space="preserve">[17:16] </w:t>
      </w:r>
      <w:r>
        <w:t>ajeeb baat hai ke jis jis ko main ne socha woh sab is mein shareek is mein shareek hua. aur aaj hamein Allah se is wade par mazeed yaqeen karna hai.</w:t>
      </w:r>
    </w:p>
    <w:p>
      <w:pPr>
        <w:jc w:val="right"/>
      </w:pPr>
      <w:r>
        <w:t>عجیب بات ہے کہ جس جس کو میں نے سوچا وہ سب اس میں شریک اس میں شریک ہوا۔ اور آج ہمیں اللہ سے اس وعدے پر مزید یقین کرنا ہے۔</w:t>
      </w:r>
    </w:p>
    <w:p>
      <w:r>
        <w:rPr>
          <w:b/>
        </w:rPr>
        <w:t xml:space="preserve">[17:32] </w:t>
      </w:r>
      <w:r>
        <w:t>mazeed yaqeen ke sath</w:t>
      </w:r>
    </w:p>
    <w:p>
      <w:pPr>
        <w:jc w:val="right"/>
      </w:pPr>
      <w:r>
        <w:t>مزید یقین کے ساتھ</w:t>
      </w:r>
    </w:p>
    <w:p>
      <w:r>
        <w:rPr>
          <w:b/>
        </w:rPr>
        <w:t xml:space="preserve">[17:35] </w:t>
      </w:r>
      <w:r>
        <w:t>chalna hai ke agar hum Allah ke mission ko le kar uthen ge to sara globe ke sare</w:t>
      </w:r>
    </w:p>
    <w:p>
      <w:pPr>
        <w:jc w:val="right"/>
      </w:pPr>
      <w:r>
        <w:t>چلنا ہے کہ اگر ہم اللہ کے مشن کو لے کر اٹھیں گے تو سارا گلوب کے سارے</w:t>
      </w:r>
    </w:p>
    <w:p>
      <w:r>
        <w:rPr>
          <w:b/>
        </w:rPr>
        <w:t xml:space="preserve">[17:46] </w:t>
      </w:r>
      <w:r>
        <w:t>yani jo</w:t>
      </w:r>
    </w:p>
    <w:p>
      <w:pPr>
        <w:jc w:val="right"/>
      </w:pPr>
      <w:r>
        <w:t>یعنی جو</w:t>
      </w:r>
    </w:p>
    <w:p>
      <w:r>
        <w:rPr>
          <w:b/>
        </w:rPr>
        <w:t xml:space="preserve">[17:50] </w:t>
      </w:r>
      <w:r>
        <w:t>opportunities hain woh hamein milen gi Allah ki taraf se. hum ko avail kar payen ge.</w:t>
      </w:r>
    </w:p>
    <w:p>
      <w:pPr>
        <w:jc w:val="right"/>
      </w:pPr>
      <w:r>
        <w:t>اپرچونیٹیز ہیں وہ ہمیں ملیں گی اللہ کی طرف سے۔ ہم کو اویل کر پائیں گے۔</w:t>
      </w:r>
    </w:p>
    <w:p>
      <w:r>
        <w:rPr>
          <w:b/>
        </w:rPr>
        <w:t xml:space="preserve">[18:01] </w:t>
      </w:r>
      <w:r>
        <w:t>to hamein apne planning ko global level pe karna hai.</w:t>
      </w:r>
    </w:p>
    <w:p>
      <w:pPr>
        <w:jc w:val="right"/>
      </w:pPr>
      <w:r>
        <w:t>تو ہمیں اپنے پلاننگ کو گلوبل لیول پہ کرنا ہے۔</w:t>
      </w:r>
    </w:p>
    <w:p>
      <w:r>
        <w:rPr>
          <w:b/>
        </w:rPr>
        <w:t xml:space="preserve">[18:08] </w:t>
      </w:r>
      <w:r>
        <w:t>ab dekhiye yeh isi sochen aap aaj thandi hawa aa rahi hai jabke mister sohaib sochte the ke pata nahi kaisa mausam hoga aap to dekhna chahte the.</w:t>
      </w:r>
    </w:p>
    <w:p>
      <w:pPr>
        <w:jc w:val="right"/>
      </w:pPr>
      <w:r>
        <w:t>اب دیکھیے یہ اسی سوچیں آپ آج ٹھنڈی ہوا آ رہی ہے جبکہ مسٹر صہیب سوچتے تھے کہ پتہ نہیں کیسا موسم ہوگا آپ تو دیکھنا چاہتے تھے۔</w:t>
      </w:r>
    </w:p>
    <w:p>
      <w:r>
        <w:rPr>
          <w:b/>
        </w:rPr>
        <w:t xml:space="preserve">[18:19] </w:t>
      </w:r>
      <w:r>
        <w:t>ab yahan thandi hawa aa rahi hai. yeh Allah taala ki woh hai.</w:t>
      </w:r>
    </w:p>
    <w:p>
      <w:pPr>
        <w:jc w:val="right"/>
      </w:pPr>
      <w:r>
        <w:t>اب یہاں ٹھنڈی ہوا آ رہی ہے۔ یہ اللہ تعالیٰ کی وہ ہے۔</w:t>
      </w:r>
    </w:p>
    <w:p>
      <w:r>
        <w:rPr>
          <w:b/>
        </w:rPr>
        <w:t xml:space="preserve">[18:28] </w:t>
      </w:r>
      <w:r>
        <w:t>is good guiding hai. khushkhabri hai. kaisa mister naghma? ji Maulana. aap bataiye kya hua tha aaj?</w:t>
      </w:r>
    </w:p>
    <w:p>
      <w:pPr>
        <w:jc w:val="right"/>
      </w:pPr>
      <w:r>
        <w:t>اس گڈ گائیڈنگ ہے۔ خوشخبری ہے۔ کیسا مسٹر نغمہ؟ جی مولانا۔ آپ بتائیے کیا ہوا تھا آج؟</w:t>
      </w:r>
    </w:p>
    <w:p>
      <w:r>
        <w:rPr>
          <w:b/>
        </w:rPr>
        <w:t xml:space="preserve">[18:37] </w:t>
      </w:r>
      <w:r>
        <w:t>Maulana aaj we were not sure whether we have the program here because garmi aayi to. but you said nai program rakhiye kyunke yeh Khuda ki domain hai.</w:t>
      </w:r>
    </w:p>
    <w:p>
      <w:pPr>
        <w:jc w:val="right"/>
      </w:pPr>
      <w:r>
        <w:t>مولانا آج وی وار ناٹ شور ویدر وی ہیو دا پروگرام ہیر بیکاز گرمی آئی تو۔ بٹ یو سیڈ نئی پروگرام رکھیے کیونکہ یہ خدا کی ڈومین ہے۔</w:t>
      </w:r>
    </w:p>
    <w:p>
      <w:r>
        <w:rPr>
          <w:b/>
        </w:rPr>
        <w:t xml:space="preserve">[18:50] </w:t>
      </w:r>
      <w:r>
        <w:t>aur Khuda ne is ko theek mausam ko theek kar diya to in the same way god if we plan something god will immediately send the blessings for us avail of the upper</w:t>
      </w:r>
    </w:p>
    <w:p>
      <w:pPr>
        <w:jc w:val="right"/>
      </w:pPr>
      <w:r>
        <w:t>اور خدا نے اس کو ٹھیک موسم کو ٹھیک کر دیا تو ان دا سیم وے گاڈ اف وی پلان سمتھنگ گاڈ ویل امیڈیٹلی سینڈ دا بلیسنگز فار اس اویل اف دا اپر</w:t>
      </w:r>
    </w:p>
    <w:p>
      <w:r>
        <w:rPr>
          <w:b/>
        </w:rPr>
        <w:t xml:space="preserve">[19:05] </w:t>
      </w:r>
      <w:r>
        <w:t>opportunities. abhi is waqt kaisa mausam hai? is waqt. Maulana thanda mausam hai. to hum logon ko naye yaqeen ke sath apna plan global level par banana hai.</w:t>
      </w:r>
    </w:p>
    <w:p>
      <w:pPr>
        <w:jc w:val="right"/>
      </w:pPr>
      <w:r>
        <w:t>چونیٹیز۔ ابھی اس وقت کیسا موسم ہے؟ اس وقت۔ مولانا ٹھنڈا موسم ہے۔ تو ہم لوگوں کو نئے یقین کے ساتھ اپنا پلان گلوبل لیول پر بنانا ہے۔</w:t>
      </w:r>
    </w:p>
    <w:p>
      <w:r>
        <w:rPr>
          <w:b/>
        </w:rPr>
        <w:t xml:space="preserve">[19:24] </w:t>
      </w:r>
      <w:r>
        <w:t>is umeed ke sath ke Allah ki madad aati rahe gi. Allah ki rehmat ke jhonke aate rahen ge.</w:t>
      </w:r>
    </w:p>
    <w:p>
      <w:pPr>
        <w:jc w:val="right"/>
      </w:pPr>
      <w:r>
        <w:t>اس امید کے ساتھ کہ اللہ کی مدد آتی رہے گی۔ اللہ کی رحمت کے جھونکے آتے رہیں گے۔</w:t>
      </w:r>
    </w:p>
    <w:p>
      <w:r>
        <w:rPr>
          <w:b/>
        </w:rPr>
        <w:t xml:space="preserve">[19:34] </w:t>
      </w:r>
      <w:r>
        <w:t>koi cheez record nahi banegi.</w:t>
      </w:r>
    </w:p>
    <w:p>
      <w:pPr>
        <w:jc w:val="right"/>
      </w:pPr>
      <w:r>
        <w:t>کوئی چیز ریکارڈ نہیں بنے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