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Paradise June 9, 2013</w:t>
      </w:r>
    </w:p>
    <w:p>
      <w:r>
        <w:t>https://youtu.be/uqXu4pUko_k</w:t>
      </w:r>
    </w:p>
    <w:p>
      <w:r>
        <w:rPr>
          <w:b/>
        </w:rPr>
        <w:t xml:space="preserve">[00:13] </w:t>
      </w:r>
      <w:r>
        <w:t>bismillah rehmane raheem, wa salli Allahu ala nabi al kareem.</w:t>
      </w:r>
    </w:p>
    <w:p>
      <w:pPr>
        <w:jc w:val="right"/>
      </w:pPr>
      <w:r>
        <w:t>بسماللہ الرحمن الرحیم، وصلیاللہ علی النبی الکریم۔</w:t>
      </w:r>
    </w:p>
    <w:p>
      <w:r>
        <w:rPr>
          <w:b/>
        </w:rPr>
        <w:t xml:space="preserve">[00:22] </w:t>
      </w:r>
      <w:r>
        <w:t>rab ishrah li sadri, wa yassir li amri, wah lul uqdatan min lisani, yafqahu qawli.</w:t>
      </w:r>
    </w:p>
    <w:p>
      <w:pPr>
        <w:jc w:val="right"/>
      </w:pPr>
      <w:r>
        <w:t>رب اشرحلی صدری، و یسرلیامری، واحلالعقدۃمن لسانی، یفقہ قولی۔</w:t>
      </w:r>
    </w:p>
    <w:p>
      <w:r>
        <w:rPr>
          <w:b/>
        </w:rPr>
        <w:t xml:space="preserve">[00:32] </w:t>
      </w:r>
      <w:r>
        <w:t>aaj</w:t>
      </w:r>
    </w:p>
    <w:p>
      <w:pPr>
        <w:jc w:val="right"/>
      </w:pPr>
      <w:r>
        <w:t>آج</w:t>
      </w:r>
    </w:p>
    <w:p>
      <w:r>
        <w:rPr>
          <w:b/>
        </w:rPr>
        <w:t xml:space="preserve">[00:36] </w:t>
      </w:r>
      <w:r>
        <w:t>june 2 0 13 ki 9 tareekh hai.</w:t>
      </w:r>
    </w:p>
    <w:p>
      <w:pPr>
        <w:jc w:val="right"/>
      </w:pPr>
      <w:r>
        <w:t>جون 2 0 13 کی 9 تاریخ ہے۔</w:t>
      </w:r>
    </w:p>
    <w:p>
      <w:r>
        <w:rPr>
          <w:b/>
        </w:rPr>
        <w:t xml:space="preserve">[00:42] </w:t>
      </w:r>
      <w:r>
        <w:t>aaj ka topic hai: "man and paradise", jannat aur insaan. likha yeh hai aik hadees hai: "ma khuliqa al insanu illa taliban lil jannati".</w:t>
      </w:r>
    </w:p>
    <w:p>
      <w:pPr>
        <w:jc w:val="right"/>
      </w:pPr>
      <w:r>
        <w:t>آج کا ٹاپکہے: "مین اینڈ پیراڈائز" ، جنتاور انسان ۔لکھ یہےایکحدیثہے: "ما رہےتو مصر جن ت نام طالب ہ"۔</w:t>
      </w:r>
    </w:p>
    <w:p>
      <w:r>
        <w:rPr>
          <w:b/>
        </w:rPr>
        <w:t xml:space="preserve">[01:03] </w:t>
      </w:r>
      <w:r>
        <w:t>iska matlab yeh hai ke insaan ko paida kiya gaya tha jannat ke talib ke haisiyat se, magar woh jannat ko apna matloob na bana saka.</w:t>
      </w:r>
    </w:p>
    <w:p>
      <w:pPr>
        <w:jc w:val="right"/>
      </w:pPr>
      <w:r>
        <w:t>اسکامطلبیہہے کہ انسانکو پیدا کیاگیاتھا جنت کے طالب کےحیثیتسے ،مگر وہ جنتکو اپنا مطلوبنہبناسکا۔</w:t>
      </w:r>
    </w:p>
    <w:p>
      <w:r>
        <w:rPr>
          <w:b/>
        </w:rPr>
        <w:t xml:space="preserve">[01:21] </w:t>
      </w:r>
      <w:r>
        <w:t>yani "main was born in a paradise seeking aiml",</w:t>
      </w:r>
    </w:p>
    <w:p>
      <w:pPr>
        <w:jc w:val="right"/>
      </w:pPr>
      <w:r>
        <w:t>یعنی"مین واز ب ورن ایزاے پیراڈائز سیکنگاین یمل"،</w:t>
      </w:r>
    </w:p>
    <w:p>
      <w:r>
        <w:rPr>
          <w:b/>
        </w:rPr>
        <w:t xml:space="preserve">[01:31] </w:t>
      </w:r>
      <w:r>
        <w:t>but he failed to adapt this as his goal.</w:t>
      </w:r>
    </w:p>
    <w:p>
      <w:pPr>
        <w:jc w:val="right"/>
      </w:pPr>
      <w:r>
        <w:t>بٹہی فیل ڈ ٹواڈاپٹدس ایزہزگول۔</w:t>
      </w:r>
    </w:p>
    <w:p>
      <w:r>
        <w:rPr>
          <w:b/>
        </w:rPr>
        <w:t xml:space="preserve">[01:39] </w:t>
      </w:r>
      <w:r>
        <w:t>yeh poori tareekh ke bare mein hadees rasool ka tabasra hai.</w:t>
      </w:r>
    </w:p>
    <w:p>
      <w:pPr>
        <w:jc w:val="right"/>
      </w:pPr>
      <w:r>
        <w:t>یہ پوری تاریخ کےبارےمیں حدیث رسول کا تبصرہہے۔</w:t>
      </w:r>
    </w:p>
    <w:p>
      <w:r>
        <w:rPr>
          <w:b/>
        </w:rPr>
        <w:t xml:space="preserve">[01:48] </w:t>
      </w:r>
      <w:r>
        <w:t>yeh bohat hi ajeeb baat hai ke saare insaan jo bhi paida hue hain is zameen par, sab ek</w:t>
      </w:r>
    </w:p>
    <w:p>
      <w:pPr>
        <w:jc w:val="right"/>
      </w:pPr>
      <w:r>
        <w:t>یہبہتہیعجیبباتہے کہ سارے انسان جو بھی پیدا ہوئےہیںاسزمین پر ،سب ایک</w:t>
      </w:r>
    </w:p>
    <w:p>
      <w:r>
        <w:rPr>
          <w:b/>
        </w:rPr>
        <w:t xml:space="preserve">[02:00] </w:t>
      </w:r>
      <w:r>
        <w:t>ek romantic khwaab le kar paida hote hain. Ek garden world ka concept unke mind mein bhara hota hai. Isika reflection hai tamaam dunya ke novel.</w:t>
      </w:r>
    </w:p>
    <w:p>
      <w:pPr>
        <w:jc w:val="right"/>
      </w:pPr>
      <w:r>
        <w:t>ایک روم ینٹکخوابلےکرپیدا ہوتےہیں۔ ایکگارڈینورلڈکا کانسیپٹانکےمائنڈمیںبھراہوتاہے۔ اسیکا ریفلیکشنہے تمام دنیا کےناول ۔</w:t>
      </w:r>
    </w:p>
    <w:p>
      <w:r>
        <w:rPr>
          <w:b/>
        </w:rPr>
        <w:t xml:space="preserve">[02:12] </w:t>
      </w:r>
      <w:r>
        <w:t>jitne novel likhe jaate hain, un sab mein yeh hota hai ke iska jo hero hota hai, woh ek kisi ek romantic khwaab mein jeeta hai jo usko kabhi milta nahin.</w:t>
      </w:r>
    </w:p>
    <w:p>
      <w:pPr>
        <w:jc w:val="right"/>
      </w:pPr>
      <w:r>
        <w:t>جتنےناوللکھےجاتےہیں، انسب میں یہیہوتاہے کہ اسکاجو ہیروہوتاہے، وہ ایککسی ایک رومینٹک خوابمیںجیتاہے جو اسکوکبھیملتانہیں ۔</w:t>
      </w:r>
    </w:p>
    <w:p>
      <w:r>
        <w:rPr>
          <w:b/>
        </w:rPr>
        <w:t xml:space="preserve">[02:28] </w:t>
      </w:r>
      <w:r>
        <w:t>tamaam behtareen novel jahan, treaty par khatam hote hain.</w:t>
      </w:r>
    </w:p>
    <w:p>
      <w:pPr>
        <w:jc w:val="right"/>
      </w:pPr>
      <w:r>
        <w:t>تمام بہترین ناولجوہیں،ٹریٹی پرختمہوتےہیں۔</w:t>
      </w:r>
    </w:p>
    <w:p>
      <w:r>
        <w:rPr>
          <w:b/>
        </w:rPr>
        <w:t xml:space="preserve">[02:36] </w:t>
      </w:r>
      <w:r>
        <w:t>to ek taraf yeh cheez apne aap mein establish hai ke insaan ek ideal world ka talib hai, aur doosri cheez yeh bhi apni jagah par establish hai ke woh ideal world insaan ko milti nahin.</w:t>
      </w:r>
    </w:p>
    <w:p>
      <w:pPr>
        <w:jc w:val="right"/>
      </w:pPr>
      <w:r>
        <w:t>تو ایک طرف یہچیز اپنےآپ میںاسٹیبلشہے کہانسان ایک آئیڈیلورلڈکاطالبہے، اور دوسریچیزیہبھیاپنیجگہپر اسٹیبلشہے کہ وہآئیڈیلورلڈانسانکوملتینہیں ۔</w:t>
      </w:r>
    </w:p>
    <w:p>
      <w:r>
        <w:rPr>
          <w:b/>
        </w:rPr>
        <w:t xml:space="preserve">[02:55] </w:t>
      </w:r>
      <w:r>
        <w:t>yeh bohat ajeeb tragedy hai saare insaan ki.</w:t>
      </w:r>
    </w:p>
    <w:p>
      <w:pPr>
        <w:jc w:val="right"/>
      </w:pPr>
      <w:r>
        <w:t>یہبہتعجیب ٹریجڈیہے سارےانسان کی۔</w:t>
      </w:r>
    </w:p>
    <w:p>
      <w:r>
        <w:rPr>
          <w:b/>
        </w:rPr>
        <w:t xml:space="preserve">[03:02] </w:t>
      </w:r>
      <w:r>
        <w:t>isika is sawaal ka jawab maloom karna, main samajhta hoon ke zindagi ka sab se bada sawaal hai.</w:t>
      </w:r>
    </w:p>
    <w:p>
      <w:pPr>
        <w:jc w:val="right"/>
      </w:pPr>
      <w:r>
        <w:t>اسیکا اسیسوال کا جواب معلومکرنا، میںسمجھتاہوںکہ زندگی کا سبسےبڑاسوال ہے۔</w:t>
      </w:r>
    </w:p>
    <w:p>
      <w:r>
        <w:rPr>
          <w:b/>
        </w:rPr>
        <w:t xml:space="preserve">[03:16] </w:t>
      </w:r>
      <w:r>
        <w:t>main samajhta hoon ke momin woh hai jo is sawaal ka jawab pa le, jo is raaz ko discover kar le, wohi momin hai.</w:t>
      </w:r>
    </w:p>
    <w:p>
      <w:pPr>
        <w:jc w:val="right"/>
      </w:pPr>
      <w:r>
        <w:t>میںسمجھتاہوںکہ مومن وہہے جو اسسوالکاجواب پالے، جو اس رازکو ڈسکورکر لے، وہیمومنہے۔</w:t>
      </w:r>
    </w:p>
    <w:p>
      <w:r>
        <w:rPr>
          <w:b/>
        </w:rPr>
        <w:t xml:space="preserve">[03:28] </w:t>
      </w:r>
      <w:r>
        <w:t>yani momin woh hai jo yeh jaan le ke paida karne wale ne mujhe kis liye paida kiya, mera goal kya hai, aur is goal ke liye apni zindagi ko woh dedicate kare.</w:t>
      </w:r>
    </w:p>
    <w:p>
      <w:pPr>
        <w:jc w:val="right"/>
      </w:pPr>
      <w:r>
        <w:t>یعنیمومنوہہےجو یہجان لے کہ پیدا کرنےوالے نے مجھے کسلیےپیدا کیا ،میراگولکیاہے، اور اس گولکےلیے اپنی زندگی کو وہ ڈیڈیکیٹکردے۔</w:t>
      </w:r>
    </w:p>
    <w:p>
      <w:r>
        <w:rPr>
          <w:b/>
        </w:rPr>
        <w:t xml:space="preserve">[03:46] </w:t>
      </w:r>
      <w:r>
        <w:t>yahan mujhe ek parallel waqea yaad aata hai.</w:t>
      </w:r>
    </w:p>
    <w:p>
      <w:pPr>
        <w:jc w:val="right"/>
      </w:pPr>
      <w:r>
        <w:t>یہاںمجھے ایک پیرللواقعہیادآتاہے۔</w:t>
      </w:r>
    </w:p>
    <w:p>
      <w:r>
        <w:rPr>
          <w:b/>
        </w:rPr>
        <w:t xml:space="preserve">[03:51] </w:t>
      </w:r>
      <w:r>
        <w:t>dekhen, ek qissa hai</w:t>
      </w:r>
    </w:p>
    <w:p>
      <w:pPr>
        <w:jc w:val="right"/>
      </w:pPr>
      <w:r>
        <w:t>دیکھیں، ایک قصہہے</w:t>
      </w:r>
    </w:p>
    <w:p>
      <w:r>
        <w:rPr>
          <w:b/>
        </w:rPr>
        <w:t xml:space="preserve">[03:59] </w:t>
      </w:r>
      <w:r>
        <w:t>ek ek American priest ka. Usne likha hai ke</w:t>
      </w:r>
    </w:p>
    <w:p>
      <w:pPr>
        <w:jc w:val="right"/>
      </w:pPr>
      <w:r>
        <w:t>ایک ایک امریک ن پریسٹکا۔ اسنےلکھاہےکہ</w:t>
      </w:r>
    </w:p>
    <w:p>
      <w:r>
        <w:rPr>
          <w:b/>
        </w:rPr>
        <w:t xml:space="preserve">[04:08] </w:t>
      </w:r>
      <w:r>
        <w:t>ek baar main safar mein tha,</w:t>
      </w:r>
    </w:p>
    <w:p>
      <w:pPr>
        <w:jc w:val="right"/>
      </w:pPr>
      <w:r>
        <w:t>ایک بارمیں سفرمیںتھا،</w:t>
      </w:r>
    </w:p>
    <w:p>
      <w:r>
        <w:rPr>
          <w:b/>
        </w:rPr>
        <w:t xml:space="preserve">[04:13] </w:t>
      </w:r>
      <w:r>
        <w:t>mujhe ek message mila ek ek billionaire ki taraf se, America ke ek billionaire, bohat zyada paisay wala aadmi, ke tum foran mujhse milo.</w:t>
      </w:r>
    </w:p>
    <w:p>
      <w:pPr>
        <w:jc w:val="right"/>
      </w:pPr>
      <w:r>
        <w:t>مجھے ایک میسجملا ایک ایک بل ینیئرکیطرفسے،امریکہکےایکبل ینیئر، بہت زیادہ پیسےوالاآدمی، کہتم فوراًمجھسےملو۔</w:t>
      </w:r>
    </w:p>
    <w:p>
      <w:r>
        <w:rPr>
          <w:b/>
        </w:rPr>
        <w:t xml:space="preserve">[04:26] </w:t>
      </w:r>
      <w:r>
        <w:t>to safar ko cut kar ke woh unke paas gaya. Pohanchte hi usko ek kamre mein le jaya gaya jahan woh tha aur woh daulatmand aadmi jo boorha ho chuka tha.</w:t>
      </w:r>
    </w:p>
    <w:p>
      <w:pPr>
        <w:jc w:val="right"/>
      </w:pPr>
      <w:r>
        <w:t>تو سفرکو کٹکرکےوہ انکےپاس گیا۔ پہنچتےہی اسکوایک کمرےمیںلےجایاگیا جہاںوہتھا اور وہ دولتمندآدمی جو بوڑھاہوچکاتھا۔</w:t>
      </w:r>
    </w:p>
    <w:p>
      <w:r>
        <w:rPr>
          <w:b/>
        </w:rPr>
        <w:t xml:space="preserve">[04:44] </w:t>
      </w:r>
      <w:r>
        <w:t>to usne kaha istimdaad ke baghair: "You see, I am an old man.</w:t>
      </w:r>
    </w:p>
    <w:p>
      <w:pPr>
        <w:jc w:val="right"/>
      </w:pPr>
      <w:r>
        <w:t>تواسنےکہا استمہیدکےبغیر: "یوسی، آئیایم این ڈاولڈمین۔</w:t>
      </w:r>
    </w:p>
    <w:p>
      <w:r>
        <w:rPr>
          <w:b/>
        </w:rPr>
        <w:t xml:space="preserve">[04:55] </w:t>
      </w:r>
      <w:r>
        <w:t>Life has lost all its meaning. I am going to take a fatal leap into the unknown. Young man, can you give me a ray of hope?"</w:t>
      </w:r>
    </w:p>
    <w:p>
      <w:pPr>
        <w:jc w:val="right"/>
      </w:pPr>
      <w:r>
        <w:t>لائف ہیز لاسٹ ال میننگ۔ آئیایمگوئنگٹوٹیک افیٹفل لیپانٹودااننون۔ ینگ مین، کینیوگیومی ارےافہوپ؟"</w:t>
      </w:r>
    </w:p>
    <w:p>
      <w:r>
        <w:rPr>
          <w:b/>
        </w:rPr>
        <w:t xml:space="preserve">[05:12] </w:t>
      </w:r>
      <w:r>
        <w:t>yeh hai insaan ka haal jisne is baat ko discover nahin kiya ke uska goal paradise hai.</w:t>
      </w:r>
    </w:p>
    <w:p>
      <w:pPr>
        <w:jc w:val="right"/>
      </w:pPr>
      <w:r>
        <w:t>یہہےاسانسانکا حال جس نے اسباتکو ڈسکورنہیںکیا کہ اسکا گولپیراڈائز ہے۔</w:t>
      </w:r>
    </w:p>
    <w:p>
      <w:r>
        <w:rPr>
          <w:b/>
        </w:rPr>
        <w:t xml:space="preserve">[05:25] </w:t>
      </w:r>
      <w:r>
        <w:t>to woh kehta hai ke ab main ek laa maloom dunya mein, ek andhere mein chhalang lagane wala hoon, kuch nahin pata ke aage kya hone wala hai.</w:t>
      </w:r>
    </w:p>
    <w:p>
      <w:pPr>
        <w:jc w:val="right"/>
      </w:pPr>
      <w:r>
        <w:t>تووہکہتاہےکہابمیں ایک ل امعلوم دنیا میں ،ایکاندھیرےمیںچھلانگلگانےوالاہوں،کچھنہیںپتہکہآگےکیاہونےوالاہے۔</w:t>
      </w:r>
    </w:p>
    <w:p>
      <w:r>
        <w:rPr>
          <w:b/>
        </w:rPr>
        <w:t xml:space="preserve">[05:39] </w:t>
      </w:r>
      <w:r>
        <w:t>ab main aapko ek sahabi ka qissa batata hoon. Ek sahabi boorhe ho gaye, phir beemar hue, marne ke qareeb ho gaye.</w:t>
      </w:r>
    </w:p>
    <w:p>
      <w:pPr>
        <w:jc w:val="right"/>
      </w:pPr>
      <w:r>
        <w:t>ابمیںآپکوایک صحابیکاقصہبتاتاہوں۔ ایک صح ابی بوڑھےہوگئے،پھر بیمار ہوئے، مرنےکےقریبہوگئے۔</w:t>
      </w:r>
    </w:p>
    <w:p>
      <w:r>
        <w:rPr>
          <w:b/>
        </w:rPr>
        <w:t xml:space="preserve">[05:52] </w:t>
      </w:r>
      <w:r>
        <w:t>to unki takleef ko dekh kar ghar walon ne kaha, ghar walon ki zubaan se nikla: "Wah karbah! Haaye takleef!" "Wah karbah" ka matlab hota hai: Haaye takleef.</w:t>
      </w:r>
    </w:p>
    <w:p>
      <w:pPr>
        <w:jc w:val="right"/>
      </w:pPr>
      <w:r>
        <w:t>تو انکیتکلیفکودیکھکر گھر والوںنےکہا، گھروالوںکیزبان سےنکلا:"واہکرباہ ! ہائےتکلیف !" "واہکرباہ"کامطلبہوتاہے: ہائےتکلیف۔</w:t>
      </w:r>
    </w:p>
    <w:p>
      <w:r>
        <w:rPr>
          <w:b/>
        </w:rPr>
        <w:t xml:space="preserve">[06:06] </w:t>
      </w:r>
      <w:r>
        <w:t>to sahabi ki zubaan se nikla: "Wah tarbah! Haaye khushi!"</w:t>
      </w:r>
    </w:p>
    <w:p>
      <w:pPr>
        <w:jc w:val="right"/>
      </w:pPr>
      <w:r>
        <w:t>تو صحابیکیزبان سےنکلا:"واہترباہ !ہائےخوشی!"</w:t>
      </w:r>
    </w:p>
    <w:p>
      <w:r>
        <w:rPr>
          <w:b/>
        </w:rPr>
        <w:t xml:space="preserve">[06:14] </w:t>
      </w:r>
      <w:r>
        <w:t>kyon aisa unhone kaha? to unhone kaha ki aaj to mein</w:t>
      </w:r>
    </w:p>
    <w:p>
      <w:pPr>
        <w:jc w:val="right"/>
      </w:pPr>
      <w:r>
        <w:t>کیوںایساانہوںنےکہا؟ توانہوںنےکہاکہ آجتومیں</w:t>
      </w:r>
    </w:p>
    <w:p>
      <w:r>
        <w:rPr>
          <w:b/>
        </w:rPr>
        <w:t xml:space="preserve">[06:22] </w:t>
      </w:r>
      <w:r>
        <w:t>paighambar se milunga, paighambar ke saathiyon se milunga. yeh to khushi ka lamha hai.</w:t>
      </w:r>
    </w:p>
    <w:p>
      <w:pPr>
        <w:jc w:val="right"/>
      </w:pPr>
      <w:r>
        <w:t>پیغمبرسےملوںگا، پیغمبرکےساتھیوںسےملوںگا۔ یہتوخوشیکالمحہہے۔</w:t>
      </w:r>
    </w:p>
    <w:p>
      <w:r>
        <w:rPr>
          <w:b/>
        </w:rPr>
        <w:t xml:space="preserve">[06:34] </w:t>
      </w:r>
      <w:r>
        <w:t>aisa mehsoos hota hai ki ek aadmi jo sachai ko pa chuka ho, jisne apne aap ko allah ke raaste mein daal diya ho, jo jannat ki manzil ki taraf badh raha ho, to jab aakhri waqt aayega to uska dil kahega ki ab to mein wahan pahunch raha hoon ki usko jannat ki khushboo aane lagegi.</w:t>
      </w:r>
    </w:p>
    <w:p>
      <w:pPr>
        <w:jc w:val="right"/>
      </w:pPr>
      <w:r>
        <w:t>ایسا محسوسہوتاہےکہ ایکآدمیجو سچائیکو پاچکاہو، جسنے اپنےآپکواللہ کےراستےمیںڈالدیاہو، جو جنتکیمنزلکیطرفبڑھرہاہو، توجب آخروقتآئےگا تواسکادل کہےگاکہ ابتومیں وہاںپہنچرہاہوںکہ اسکوجنتکیخوشبوآنےلگےگی۔</w:t>
      </w:r>
    </w:p>
    <w:p>
      <w:r>
        <w:rPr>
          <w:b/>
        </w:rPr>
        <w:t xml:space="preserve">[06:57] </w:t>
      </w:r>
      <w:r>
        <w:t>jaise ek sahabi ne kaha tha ki uhud pahaad ke idhar se mujhe jannat ki khushboo aa rahi hai.</w:t>
      </w:r>
    </w:p>
    <w:p>
      <w:pPr>
        <w:jc w:val="right"/>
      </w:pPr>
      <w:r>
        <w:t>جیسےایکصحابینےکہاتھاکہ احدپہاڑکےادھرسےمجھے جنتکیخوشبوآرہیہے۔</w:t>
      </w:r>
    </w:p>
    <w:p>
      <w:r>
        <w:rPr>
          <w:b/>
        </w:rPr>
        <w:t xml:space="preserve">[07:05] </w:t>
      </w:r>
      <w:r>
        <w:t>to woh baraks baat kahega ki "I am reaching my journey, is reaching its final destination.</w:t>
      </w:r>
    </w:p>
    <w:p>
      <w:pPr>
        <w:jc w:val="right"/>
      </w:pPr>
      <w:r>
        <w:t>تو وہ برعکسباتکہےگا کہ"آئیایمریچنگ مائیجرنی،ازریچنگاٹس اس فائنلڈیسٹینیشن۔</w:t>
      </w:r>
    </w:p>
    <w:p>
      <w:r>
        <w:rPr>
          <w:b/>
        </w:rPr>
        <w:t xml:space="preserve">[07:17] </w:t>
      </w:r>
      <w:r>
        <w:t>my journey is reaching its final destination. that is paradise."</w:t>
      </w:r>
    </w:p>
    <w:p>
      <w:pPr>
        <w:jc w:val="right"/>
      </w:pPr>
      <w:r>
        <w:t>مائیجرنیازریچنگاٹس فائنلڈیسٹینیشن۔دیٹاز پیراڈائز۔"</w:t>
      </w:r>
    </w:p>
    <w:p>
      <w:r>
        <w:rPr>
          <w:b/>
        </w:rPr>
        <w:t xml:space="preserve">[07:24] </w:t>
      </w:r>
      <w:r>
        <w:t>to kitna farq hai, aap gaur kijiye do insaan mein.</w:t>
      </w:r>
    </w:p>
    <w:p>
      <w:pPr>
        <w:jc w:val="right"/>
      </w:pPr>
      <w:r>
        <w:t>تو کتنافرقہے، آپ غورکیجئے دوانسان میں ۔</w:t>
      </w:r>
    </w:p>
    <w:p>
      <w:r>
        <w:rPr>
          <w:b/>
        </w:rPr>
        <w:t xml:space="preserve">[07:32] </w:t>
      </w:r>
      <w:r>
        <w:t>kitna farq hai.</w:t>
      </w:r>
    </w:p>
    <w:p>
      <w:pPr>
        <w:jc w:val="right"/>
      </w:pPr>
      <w:r>
        <w:t>کتنافرقہے۔</w:t>
      </w:r>
    </w:p>
    <w:p>
      <w:r>
        <w:rPr>
          <w:b/>
        </w:rPr>
        <w:t xml:space="preserve">[07:38] </w:t>
      </w:r>
      <w:r>
        <w:t>ab main aapko, yaani yeh baat to baar baar aa chuki hai is class mein ki insaan ki goal jannat hai woh paradise hai.</w:t>
      </w:r>
    </w:p>
    <w:p>
      <w:pPr>
        <w:jc w:val="right"/>
      </w:pPr>
      <w:r>
        <w:t>ابمیںآپکو ،یعنییہباتتوباربارآچکیہے اس کلاسمیں کہانسان کی گولجوہےوہ پیراڈائزہے۔</w:t>
      </w:r>
    </w:p>
    <w:p>
      <w:r>
        <w:rPr>
          <w:b/>
        </w:rPr>
        <w:t xml:space="preserve">[07:50] </w:t>
      </w:r>
      <w:r>
        <w:t>aaj main aapko yeh batana chahta hoon ki paradise paane ke liye kya shart hai, woh kya cheez hai jo aapko paradise mein le jayegi.</w:t>
      </w:r>
    </w:p>
    <w:p>
      <w:pPr>
        <w:jc w:val="right"/>
      </w:pPr>
      <w:r>
        <w:t>آجمیںآپکویہبتاناچاہتاہوںکہ پیراڈائز پانےکےلیے کیا شرطہے، وہ کیا چیزہےجوآپکو پیراڈائزمیںلےجائےگی۔</w:t>
      </w:r>
    </w:p>
    <w:p>
      <w:r>
        <w:rPr>
          <w:b/>
        </w:rPr>
        <w:t xml:space="preserve">[08:06] </w:t>
      </w:r>
      <w:r>
        <w:t>iske maamle mein quran ki ek aayat se mujhe qulo milta hai. qulo woh aayat yeh hai ki " yadkhul al jannat al rafa al alam ".</w:t>
      </w:r>
    </w:p>
    <w:p>
      <w:pPr>
        <w:jc w:val="right"/>
      </w:pPr>
      <w:r>
        <w:t>اسکے معاملےمیںقرآنکیایکآیتسےمجھے قلوملتاہے۔ قلووہ آیتیہہے کہ " یدخل الج نت الرفعالم "۔</w:t>
      </w:r>
    </w:p>
    <w:p>
      <w:r>
        <w:rPr>
          <w:b/>
        </w:rPr>
        <w:t xml:space="preserve">[08:22] </w:t>
      </w:r>
      <w:r>
        <w:t>jannat mein allah un logon ko dakhil karega jinko uski pehchan kara di hai, al rafa al alam jinko uski marifat ho gayi hai.</w:t>
      </w:r>
    </w:p>
    <w:p>
      <w:pPr>
        <w:jc w:val="right"/>
      </w:pPr>
      <w:r>
        <w:t>جنتمیں اللہ انلوگوںکوداخلکرےگا جنکو اس کی پہچان کرادیہے، ال رفعالم جنکواسکیمعرفتہوگئیہے۔</w:t>
      </w:r>
    </w:p>
    <w:p>
      <w:r>
        <w:rPr>
          <w:b/>
        </w:rPr>
        <w:t xml:space="preserve">[08:34] </w:t>
      </w:r>
      <w:r>
        <w:t>yeh pehchan ya marifat kya hai?</w:t>
      </w:r>
    </w:p>
    <w:p>
      <w:pPr>
        <w:jc w:val="right"/>
      </w:pPr>
      <w:r>
        <w:t>یہ پہچان یا معرفتکیاہے؟</w:t>
      </w:r>
    </w:p>
    <w:p>
      <w:r>
        <w:rPr>
          <w:b/>
        </w:rPr>
        <w:t xml:space="preserve">[08:38] </w:t>
      </w:r>
      <w:r>
        <w:t>yeh realization kya hai? isko main bahut dinon sochta raha, sochta raha, sochta raha.</w:t>
      </w:r>
    </w:p>
    <w:p>
      <w:pPr>
        <w:jc w:val="right"/>
      </w:pPr>
      <w:r>
        <w:t>یہ ریلائزیشنکیاہے؟ اس کومیںبہت دنوںسوچتارہا،سوچتارہا،سوچتارہا۔</w:t>
      </w:r>
    </w:p>
    <w:p>
      <w:r>
        <w:rPr>
          <w:b/>
        </w:rPr>
        <w:t xml:space="preserve">[08:48] </w:t>
      </w:r>
      <w:r>
        <w:t>to meri samajh mein ek baat aayi, isko main aapke saamne arz karna chahta hoon.</w:t>
      </w:r>
    </w:p>
    <w:p>
      <w:pPr>
        <w:jc w:val="right"/>
      </w:pPr>
      <w:r>
        <w:t>تو میریسمجھمیںایکباتآئی، اسیکومیںآپکےسامنےعرضکرناچاہتاہوں۔</w:t>
      </w:r>
    </w:p>
    <w:p>
      <w:r>
        <w:rPr>
          <w:b/>
        </w:rPr>
        <w:t xml:space="preserve">[08:57] </w:t>
      </w:r>
      <w:r>
        <w:t>dekhein, main yeh aaj ka akhbaar hai, yeh</w:t>
      </w:r>
    </w:p>
    <w:p>
      <w:pPr>
        <w:jc w:val="right"/>
      </w:pPr>
      <w:r>
        <w:t>دیکھیں،میںیہآجکااخبارہے،یہ</w:t>
      </w:r>
    </w:p>
    <w:p>
      <w:r>
        <w:rPr>
          <w:b/>
        </w:rPr>
        <w:t xml:space="preserve">[09:02] </w:t>
      </w:r>
      <w:r>
        <w:t>ismein aap dekhiye, bahut khoobsurat makaan hai, bahut khoobsurat mahaul hai. woh masaakan tayyibah fi jannat ka maahaul hai.</w:t>
      </w:r>
    </w:p>
    <w:p>
      <w:pPr>
        <w:jc w:val="right"/>
      </w:pPr>
      <w:r>
        <w:t>اسمیںآپدیکھیے، بہت خوبصورتمکانہے، بہت خوبصورتماحولہے۔ وہ مساحکا ندی طیبۃ فیجن اتعادلکاماحولہے۔</w:t>
      </w:r>
    </w:p>
    <w:p>
      <w:r>
        <w:rPr>
          <w:b/>
        </w:rPr>
        <w:t xml:space="preserve">[09:14] </w:t>
      </w:r>
      <w:r>
        <w:t>ismein ek insaan aap dekh rahe hain.</w:t>
      </w:r>
    </w:p>
    <w:p>
      <w:pPr>
        <w:jc w:val="right"/>
      </w:pPr>
      <w:r>
        <w:t>اسمیںایکانسان آپدیکھرہےہیں۔</w:t>
      </w:r>
    </w:p>
    <w:p>
      <w:r>
        <w:rPr>
          <w:b/>
        </w:rPr>
        <w:t xml:space="preserve">[09:19] </w:t>
      </w:r>
      <w:r>
        <w:t>isko dekhkar mujhe ek ajib ehsaas hua,</w:t>
      </w:r>
    </w:p>
    <w:p>
      <w:pPr>
        <w:jc w:val="right"/>
      </w:pPr>
      <w:r>
        <w:t>اسکو دیکھکر مجھےایکعجیباحساسہوا،</w:t>
      </w:r>
    </w:p>
    <w:p>
      <w:r>
        <w:rPr>
          <w:b/>
        </w:rPr>
        <w:t xml:space="preserve">[09:27] </w:t>
      </w:r>
      <w:r>
        <w:t>ek ajib ehsaas hua. woh yeh ki is duniya mein allah ta'ala ne har cheez mein jannat ka ek ek pehchan rakh di hai, ek glimpse rakh diya hai.</w:t>
      </w:r>
    </w:p>
    <w:p>
      <w:pPr>
        <w:jc w:val="right"/>
      </w:pPr>
      <w:r>
        <w:t>ایکعجیباحساسہوا۔ وہیہکہاسدنیا میں اللہ تعالینے ہرچیزمیں جن ت کا ایک ایک پہچانرکھ دیہے، ایک گلمپسرکھدیاہے۔</w:t>
      </w:r>
    </w:p>
    <w:p>
      <w:r>
        <w:rPr>
          <w:b/>
        </w:rPr>
        <w:t xml:space="preserve">[09:41] </w:t>
      </w:r>
      <w:r>
        <w:t>isko dekhkar mere dil mein yeh dua nikli ki khuda duniya mein insaan ko tune jannat ka ek ek glimpse dikha diya. jannat glimpse hai yeh.</w:t>
      </w:r>
    </w:p>
    <w:p>
      <w:pPr>
        <w:jc w:val="right"/>
      </w:pPr>
      <w:r>
        <w:t>اسکو دیکھکر میرےدل میںیہدعانکلیکہخدادنیا میںانسانکو تونے جنتکا ایک ایکگلمپسدکھادیا۔جنتگلمپسہےیہ۔</w:t>
      </w:r>
    </w:p>
    <w:p>
      <w:r>
        <w:rPr>
          <w:b/>
        </w:rPr>
        <w:t xml:space="preserve">[09:53] </w:t>
      </w:r>
      <w:r>
        <w:t>yeh jo photo hai, woh jannat jiske baare mein quran mein aaya hai ki "wa masaa kan tayyibah fi jannat", uski glimpse hai yeh, uski ek jhalak hai.</w:t>
      </w:r>
    </w:p>
    <w:p>
      <w:pPr>
        <w:jc w:val="right"/>
      </w:pPr>
      <w:r>
        <w:t>یہجوفوٹوہے، وہ جنتجسکےبارےمیں قرآنمیںآیاہےکہ "وم س اک نطیبۃ فیجنات" ،اسکیگلمپسہےیہ، اسکیایکجھلکہے۔</w:t>
      </w:r>
    </w:p>
    <w:p>
      <w:r>
        <w:rPr>
          <w:b/>
        </w:rPr>
        <w:t xml:space="preserve">[10:06] </w:t>
      </w:r>
      <w:r>
        <w:t>to usko dekhkar ek dua nikli ki khudaaye duniya mein tune jis cheez ki jhalak dikha di, usko aakhirat mein haqeeqat mein de de.</w:t>
      </w:r>
    </w:p>
    <w:p>
      <w:pPr>
        <w:jc w:val="right"/>
      </w:pPr>
      <w:r>
        <w:t>تواسکودیکھکر ایک دعانکلی کہخدائے دنیا میں تونے جسچیزکیجھلکدکھادی، اسکو آخرتمیں حقیقتمیںدےدے۔</w:t>
      </w:r>
    </w:p>
    <w:p>
      <w:r>
        <w:rPr>
          <w:b/>
        </w:rPr>
        <w:t xml:space="preserve">[10:22] </w:t>
      </w:r>
      <w:r>
        <w:t>to duniya mein is tarah ki jo jo cheezein hain, woh kya humko ek point of reference dete hain jannat ki dua karne ke liye.</w:t>
      </w:r>
    </w:p>
    <w:p>
      <w:pPr>
        <w:jc w:val="right"/>
      </w:pPr>
      <w:r>
        <w:t>تودنیا میں اسطرح کے جو جو چیزیںہیں، وہ گیا ہمکو ایک پوائنٹآفریفرنسدیتےہیں جنتکیدعاکرنےکےلیے۔</w:t>
      </w:r>
    </w:p>
    <w:p>
      <w:r>
        <w:rPr>
          <w:b/>
        </w:rPr>
        <w:t xml:space="preserve">[10:32] </w:t>
      </w:r>
      <w:r>
        <w:t>yeh isi ka naam hai pehchan</w:t>
      </w:r>
    </w:p>
    <w:p>
      <w:pPr>
        <w:jc w:val="right"/>
      </w:pPr>
      <w:r>
        <w:t>یہ اسیکانامہےپہچان</w:t>
      </w:r>
    </w:p>
    <w:p>
      <w:r>
        <w:rPr>
          <w:b/>
        </w:rPr>
        <w:t xml:space="preserve">[10:34] </w:t>
      </w:r>
      <w:r>
        <w:t>.isko ek aur misaal se mein wazeh karoon. dekhen, Allah ta'ala ne phool paida kiye.</w:t>
      </w:r>
    </w:p>
    <w:p>
      <w:pPr>
        <w:jc w:val="right"/>
      </w:pPr>
      <w:r>
        <w:t>۔اسکوایکاور مثالسےمیںواضحکروں۔ دیکھیں، اللہ تعالینےپھولپیدا کیے۔</w:t>
      </w:r>
    </w:p>
    <w:p>
      <w:r>
        <w:rPr>
          <w:b/>
        </w:rPr>
        <w:t xml:space="preserve">[10:44] </w:t>
      </w:r>
      <w:r>
        <w:t>phoolon mein ek cheez hoti hai, isko kehte hain nectar, ek bohat hi lazeez mithas jisko kashad jama karti hai.</w:t>
      </w:r>
    </w:p>
    <w:p>
      <w:pPr>
        <w:jc w:val="right"/>
      </w:pPr>
      <w:r>
        <w:t>پھولوںمیںایکچیزہوتیہے،اسکوکہتےہیں نیکٹر، ایکبہت ہی لذیذ مٹھاس جسکو کش اد جمع کرتیہے۔</w:t>
      </w:r>
    </w:p>
    <w:p>
      <w:r>
        <w:rPr>
          <w:b/>
        </w:rPr>
        <w:t xml:space="preserve">[10:53] </w:t>
      </w:r>
      <w:r>
        <w:t>to phoolon mein ek nectar hota hai,</w:t>
      </w:r>
    </w:p>
    <w:p>
      <w:pPr>
        <w:jc w:val="right"/>
      </w:pPr>
      <w:r>
        <w:t>تو پھولوںمیںایکنیکٹرہوتاہے،</w:t>
      </w:r>
    </w:p>
    <w:p>
      <w:r>
        <w:rPr>
          <w:b/>
        </w:rPr>
        <w:t xml:space="preserve">[11:00] </w:t>
      </w:r>
      <w:r>
        <w:t>ek nectar content. yun keh sakte hain ke phoolon ke andar ek nectar content content hota hai. aise hi tamam cheezon mein paradise content hai.</w:t>
      </w:r>
    </w:p>
    <w:p>
      <w:pPr>
        <w:jc w:val="right"/>
      </w:pPr>
      <w:r>
        <w:t>ایک نیکٹر کنٹینٹ ۔یوںکہہسکتےہیںکہ پھولوںکےاندرایک نیکٹر کنٹینٹ کنٹینٹہوتاہے۔ ایسےہیتمام چیزوںمیں پیراڈائزکنٹینٹہے۔</w:t>
      </w:r>
    </w:p>
    <w:p>
      <w:r>
        <w:rPr>
          <w:b/>
        </w:rPr>
        <w:t xml:space="preserve">[11:13] </w:t>
      </w:r>
      <w:r>
        <w:t>duniya mein jitni cheezein hain, yeh jo aayat hai ke "yadkhulul jannat", iska matlab yahi hai ke tamam cheezein duniya mein jitni bhi hain, un sab mein ek paradise content hai,</w:t>
      </w:r>
    </w:p>
    <w:p>
      <w:pPr>
        <w:jc w:val="right"/>
      </w:pPr>
      <w:r>
        <w:t>دنیا میں ج تنیچیزیںہیں، یہجوآیتہےکہ " یدخل الجنت "، اسکا مطلبیہیہے کہ تمام چیزیں دنیا میںجتنیبھیہیں، انسبمیںایک پیراڈائزکنٹینٹہے،</w:t>
      </w:r>
    </w:p>
    <w:p>
      <w:r>
        <w:rPr>
          <w:b/>
        </w:rPr>
        <w:t xml:space="preserve">[11:27] </w:t>
      </w:r>
      <w:r>
        <w:t>jaise phool mein nectar content hota hai. isko paalo tum to tum ko ek point of reference mil jayega, isko le kar aap jannat ki dua karen.</w:t>
      </w:r>
    </w:p>
    <w:p>
      <w:pPr>
        <w:jc w:val="right"/>
      </w:pPr>
      <w:r>
        <w:t>جیسےپھولمیںنیکٹرکنٹینٹہوتاہے۔ اسکو پالوتم تو تم کوایک پوائنٹآفریفرنسملجائےگا،اسکولےکرآپجنتکیدعاکریں۔</w:t>
      </w:r>
    </w:p>
    <w:p>
      <w:r>
        <w:rPr>
          <w:b/>
        </w:rPr>
        <w:t xml:space="preserve">[11:38] </w:t>
      </w:r>
      <w:r>
        <w:t>to tamam cheezon mein ek ek paradise content hai, isko paal lena yahi marifat hai. to "yadkhulul jannat" ka matlab yahi hai ke woh insaan jiska shaoor develop hua,</w:t>
      </w:r>
    </w:p>
    <w:p>
      <w:pPr>
        <w:jc w:val="right"/>
      </w:pPr>
      <w:r>
        <w:t>تو تمام چیزوںمیں ایک ایک پیراڈائزکنٹینٹہے،اسکو پاللینایہی معرفتہے۔ تو"یدخل الجنت" کامطلبیہہے کہ وہ انسان جس کا شعورڈیولپہوا،</w:t>
      </w:r>
    </w:p>
    <w:p>
      <w:r>
        <w:rPr>
          <w:b/>
        </w:rPr>
        <w:t xml:space="preserve">[11:56] </w:t>
      </w:r>
      <w:r>
        <w:t>jisne Allah ko daryaft kiya, phir usne Allah ke azeem nemat jannat ko daryaft kiya, isi par apne raaste, isi par uska shaoor chalne laga,</w:t>
      </w:r>
    </w:p>
    <w:p>
      <w:pPr>
        <w:jc w:val="right"/>
      </w:pPr>
      <w:r>
        <w:t>جسنےاللہ کودریا فتکیا، پھراسنےاللہ کے عظیم نعمت جنت کودریافتکیا، اسیپراپنے راستے ،اسیپراسکاشعورچلنےلگا،</w:t>
      </w:r>
    </w:p>
    <w:p>
      <w:r>
        <w:rPr>
          <w:b/>
        </w:rPr>
        <w:t xml:space="preserve">[12:08] </w:t>
      </w:r>
      <w:r>
        <w:t>is par uska soch isi par chal padi, uska thinking process isi par chal pada. to kya hoga? har cheez mein usko paradise content milega, har cheez mein, har cheez mein, har cheez mein.</w:t>
      </w:r>
    </w:p>
    <w:p>
      <w:pPr>
        <w:jc w:val="right"/>
      </w:pPr>
      <w:r>
        <w:t>اساسکیسوچ اسیپرچلپڑی، اسکا تھنکنگپراسیس اسیپرچلپڑا۔ توکیا ہوگا؟ ہرچیز میںاسکو پیراڈائزکنٹینٹملےگا،ہرچیزمیں،ہرچیزمیں،ہرچیزمیں۔</w:t>
      </w:r>
    </w:p>
    <w:p>
      <w:r>
        <w:rPr>
          <w:b/>
        </w:rPr>
        <w:t xml:space="preserve">[12:24] </w:t>
      </w:r>
      <w:r>
        <w:t>jaise hum aap yahan hain, yeh ek ek program kar rahe hain, to ismein bhi ek paradise content hai</w:t>
      </w:r>
    </w:p>
    <w:p>
      <w:pPr>
        <w:jc w:val="right"/>
      </w:pPr>
      <w:r>
        <w:t>جیسےہمآپیہاںہیں، یہ ایک ایک پروگرامکررہےہیں، تواسمیںبھیایک پیراڈائزکنٹینٹہے</w:t>
      </w:r>
    </w:p>
    <w:p>
      <w:r>
        <w:rPr>
          <w:b/>
        </w:rPr>
        <w:t xml:space="preserve">[12:33] </w:t>
      </w:r>
      <w:r>
        <w:t>ke isko le kar aap sochein, Khuda duniya ke hisab ke lehaz se hamara ek program hai, yeh yahan par iska saman humne ikattha kiya hai.</w:t>
      </w:r>
    </w:p>
    <w:p>
      <w:pPr>
        <w:jc w:val="right"/>
      </w:pPr>
      <w:r>
        <w:t>کہاسکولےکرآپسوچیں، خدا دنیا کےحسابکے لحاظسےہماراایکپروگرامہے،یہ یہاںپر اسکا سامانہمنےاکٹھاکیاہے۔</w:t>
      </w:r>
    </w:p>
    <w:p>
      <w:r>
        <w:rPr>
          <w:b/>
        </w:rPr>
        <w:t xml:space="preserve">[12:44] </w:t>
      </w:r>
      <w:r>
        <w:t>isi cheez ko tum jannat aakhir tum mein bare paimane par de de, wahan ke speech, wahan ke camera, wahan ke seat, wahan ke saman, is se billion times behtar honge.</w:t>
      </w:r>
    </w:p>
    <w:p>
      <w:pPr>
        <w:jc w:val="right"/>
      </w:pPr>
      <w:r>
        <w:t>اسیچیزکو تم جنت آخرتمیں بڑے پانے پیمانےپردےدے، وہاںکے اسپیچ،وہاںکے کیمرے، وہاںکیسیٹیں، وہاںکے سامان، اسسے بل ینٹائمبٹرہوںگے۔</w:t>
      </w:r>
    </w:p>
    <w:p>
      <w:r>
        <w:rPr>
          <w:b/>
        </w:rPr>
        <w:t xml:space="preserve">[12:57] </w:t>
      </w:r>
      <w:r>
        <w:t>to yeh ek yahan bhi ek paradise content hai,</w:t>
      </w:r>
    </w:p>
    <w:p>
      <w:pPr>
        <w:jc w:val="right"/>
      </w:pPr>
      <w:r>
        <w:t>تویہ ایک یہاں بھیایک پیراڈائزکنٹینٹہے،</w:t>
      </w:r>
    </w:p>
    <w:p>
      <w:r>
        <w:rPr>
          <w:b/>
        </w:rPr>
        <w:t xml:space="preserve">[13:02] </w:t>
      </w:r>
      <w:r>
        <w:t>ek jhalak hai yahan bhi aap ko paradise ki ke isko le kar ke aap sochein ke duniya ke lehaz se yeh to tune humein de diya hai, aakhirat ke lehaz se de de jo is se bohat zyada badi cheez hogi.</w:t>
      </w:r>
    </w:p>
    <w:p>
      <w:pPr>
        <w:jc w:val="right"/>
      </w:pPr>
      <w:r>
        <w:t>ایک جھلکہےیہاںبھیآپکو پیراڈائزکی کہاسکولےکرکے آپ سوچیں کہ دنیا کےلحاظسےیہ تونےہمیںدےدیا ہے، آخرتکےلحاظسے دےدے جواسسےبہت زیادہبڑیچیزہوگی۔</w:t>
      </w:r>
    </w:p>
    <w:p>
      <w:r>
        <w:rPr>
          <w:b/>
        </w:rPr>
        <w:t xml:space="preserve">[13:20] </w:t>
      </w:r>
      <w:r>
        <w:t>to main samajhta hoon ke har cheez mein ek paradise content hai, jis tarah har phool mein nectar content hota hai, isko daryaft karna, isko aap kab daryaft kar paate hain?</w:t>
      </w:r>
    </w:p>
    <w:p>
      <w:pPr>
        <w:jc w:val="right"/>
      </w:pPr>
      <w:r>
        <w:t>تو میںسمجھتاہوںکہہرچیزمیں ایک پیراڈائزکنٹینٹہے، جسطرحہرپھولمیں نیکٹرکنٹینٹہوتاہے، اسکو دریا فتکرنا، اسکوآپ کبدریافتکرپاتےہیں؟</w:t>
      </w:r>
    </w:p>
    <w:p>
      <w:r>
        <w:rPr>
          <w:b/>
        </w:rPr>
        <w:t xml:space="preserve">[13:32] </w:t>
      </w:r>
      <w:r>
        <w:t>jab aap ka shaoor bohat zyada develop kar jaye, bohat zyada develop kar jaye ke har cheez mein aap ko wohi dikhai dene lage.</w:t>
      </w:r>
    </w:p>
    <w:p>
      <w:pPr>
        <w:jc w:val="right"/>
      </w:pPr>
      <w:r>
        <w:t>جب آپ کا شعوربہت زیادہ ڈیولپکرجائے، بہت زیادہ ڈیولپکرجائے کہہرچیز میںآپکووہیدکھائیدینےلگے۔</w:t>
      </w:r>
    </w:p>
    <w:p>
      <w:r>
        <w:rPr>
          <w:b/>
        </w:rPr>
        <w:t xml:space="preserve">[13:42] </w:t>
      </w:r>
      <w:r>
        <w:t>tab aisa hoga.</w:t>
      </w:r>
    </w:p>
    <w:p>
      <w:pPr>
        <w:jc w:val="right"/>
      </w:pPr>
      <w:r>
        <w:t>تب ایساہوگا۔</w:t>
      </w:r>
    </w:p>
    <w:p>
      <w:r>
        <w:rPr>
          <w:b/>
        </w:rPr>
        <w:t xml:space="preserve">[13:50] </w:t>
      </w:r>
      <w:r>
        <w:t>aur yeh yeh aam tajruba hai ke jab aadmi par koi cheez bohat zyada chha jati hai to har cheez mein usko wohi cheez dikhai deti hai.</w:t>
      </w:r>
    </w:p>
    <w:p>
      <w:pPr>
        <w:jc w:val="right"/>
      </w:pPr>
      <w:r>
        <w:t>اور یہ یہ عام تجربہہےکہجبآدمی پرکوئیچیزبہتزیادہ چھاجاتیہے تو ہرچیز میںاسکووہیچیزدکھائیدیتیہے۔</w:t>
      </w:r>
    </w:p>
    <w:p>
      <w:r>
        <w:rPr>
          <w:b/>
        </w:rPr>
        <w:t xml:space="preserve">[13:59] </w:t>
      </w:r>
      <w:r>
        <w:t>jaise ek shayar tha Arab mein, uska bhai mar gaya</w:t>
      </w:r>
    </w:p>
    <w:p>
      <w:pPr>
        <w:jc w:val="right"/>
      </w:pPr>
      <w:r>
        <w:t>جیسےایک شاعرتھاعربمیں، اسکا بھائی مرگیا</w:t>
      </w:r>
    </w:p>
    <w:p>
      <w:r>
        <w:rPr>
          <w:b/>
        </w:rPr>
        <w:t xml:space="preserve">[14:06] </w:t>
      </w:r>
      <w:r>
        <w:t>jawan ki umar mein, to bohat gham tha usko. to woh phool le kar gaya wahan, uski qabr par phool chadhane ke liye.</w:t>
      </w:r>
    </w:p>
    <w:p>
      <w:pPr>
        <w:jc w:val="right"/>
      </w:pPr>
      <w:r>
        <w:t>جوانیکیعمر میں، تو بہت غمتھااسکو۔ تو وہ پھوللےکرگیا وہاں،اسکیقبرپرپھولچڑھانےکےلیے۔</w:t>
      </w:r>
    </w:p>
    <w:p>
      <w:r>
        <w:rPr>
          <w:b/>
        </w:rPr>
        <w:t xml:space="preserve">[14:16] </w:t>
      </w:r>
      <w:r>
        <w:t>to ab bohat si qabrein thin, to woh woh phool nahi chadh saka kyunke woh to har qabr usko lagta tha ke mere bhai ki qabr hai,</w:t>
      </w:r>
    </w:p>
    <w:p>
      <w:pPr>
        <w:jc w:val="right"/>
      </w:pPr>
      <w:r>
        <w:t>تواببہتسیقبریںتھیں، تو وہ وہپھولنہیںچڑھاسکا کیونکہوہتو ہرقبراسکو لگتاتھاکہ میرےبھائیکیقبرہے،</w:t>
      </w:r>
    </w:p>
    <w:p>
      <w:r>
        <w:rPr>
          <w:b/>
        </w:rPr>
        <w:t xml:space="preserve">[14:26] </w:t>
      </w:r>
      <w:r>
        <w:t>uska shair hai: "har qabr Maliki, har qabr Maliki". har qabr mujhe Maliki ki qabr dikhai padti thi. to koi cheez aap ke upar mustoli ho jaye, woh aap ka obsession ban jaye, woh aap ke shaoor par chha jaye, to har taraf usiki jhalakiyan dikhai padti hain.</w:t>
      </w:r>
    </w:p>
    <w:p>
      <w:pPr>
        <w:jc w:val="right"/>
      </w:pPr>
      <w:r>
        <w:t>اسکا شعرہے: "کل ق برمال کی، کل قبرمال کی"۔ہرقبرمجھےمال کیکیقبردکھائیپڑتیتھی۔ تو کوئیچیز آپکےاوپر مستولیہوجائے، وہآپکاابسیشنبنجائے، وہآپکےشعورپرچھاجائے، تو ہرطرف اسیکیجھلکیاںدکھائیپڑتیہیں۔</w:t>
      </w:r>
    </w:p>
    <w:p>
      <w:r>
        <w:rPr>
          <w:b/>
        </w:rPr>
        <w:t xml:space="preserve">[14:45] </w:t>
      </w:r>
      <w:r>
        <w:t>aap ko har cheez mein, duniya ke har beauty, duniya ka har acha tajruba, duniya ke har mehboob, har acha zaeqa, har cheez mein aap ko lagega ke yeh paradise ka,</w:t>
      </w:r>
    </w:p>
    <w:p>
      <w:pPr>
        <w:jc w:val="right"/>
      </w:pPr>
      <w:r>
        <w:t>آپکو ہرچیز میں، دنیا کےہربیوٹی، دنیا کاہراچھاتجربہ، دنیا کےہرمح ق، ہر اچھا ذائقہ،ہرچیزمیںآپکو لگےگاکہ یہ پیراڈائزکا،</w:t>
      </w:r>
    </w:p>
    <w:p>
      <w:r>
        <w:rPr>
          <w:b/>
        </w:rPr>
        <w:t xml:space="preserve">[15:03] </w:t>
      </w:r>
      <w:r>
        <w:t>yeh door ki ek jhalak hai.</w:t>
      </w:r>
    </w:p>
    <w:p>
      <w:pPr>
        <w:jc w:val="right"/>
      </w:pPr>
      <w:r>
        <w:t>یہدور کیایکجھلکہے۔</w:t>
      </w:r>
    </w:p>
    <w:p>
      <w:r>
        <w:rPr>
          <w:b/>
        </w:rPr>
        <w:t xml:space="preserve">[15:05] </w:t>
      </w:r>
      <w:r>
        <w:t>yahan mein aap ko ek aayat yaad dilana chahta hoon, Surah Baqarah ke shuru mein hai ke jab log jannat mein chale jayenge aur wahan par unko har qism ka jo saman jannat hai, usse mil jayega,</w:t>
      </w:r>
    </w:p>
    <w:p>
      <w:pPr>
        <w:jc w:val="right"/>
      </w:pPr>
      <w:r>
        <w:t>یہاںمیںآپکوایک آیتیاددلاناچاہتاہوں،سورہبقرہکےشروع میںہے کہ جب لوگ جنتمیںچلےجائیںگے اور وہاںپرانکو ہرقسم کا جو سامانجنتہے،اسے ملجائےگا،</w:t>
      </w:r>
    </w:p>
    <w:p>
      <w:r>
        <w:rPr>
          <w:b/>
        </w:rPr>
        <w:t xml:space="preserve">[15:24] </w:t>
      </w:r>
      <w:r>
        <w:t>isse woh enjoy kar rahe honge,</w:t>
      </w:r>
    </w:p>
    <w:p>
      <w:pPr>
        <w:jc w:val="right"/>
      </w:pPr>
      <w:r>
        <w:t>اسسےوہ انجوائےکررہےہوںگے،</w:t>
      </w:r>
    </w:p>
    <w:p>
      <w:r>
        <w:rPr>
          <w:b/>
        </w:rPr>
        <w:t xml:space="preserve">[15:30] </w:t>
      </w:r>
      <w:r>
        <w:t>toh us waqt unki zuban se niklega ke</w:t>
      </w:r>
    </w:p>
    <w:p>
      <w:pPr>
        <w:jc w:val="right"/>
      </w:pPr>
      <w:r>
        <w:t>تواسوقت انکیزبان سےنکلےگا کہ</w:t>
      </w:r>
    </w:p>
    <w:p>
      <w:r>
        <w:rPr>
          <w:b/>
        </w:rPr>
        <w:t xml:space="preserve">[15:35] </w:t>
      </w:r>
      <w:r>
        <w:t>unke bare mein jo tajurba unko hoga, us par iske tajurbe ko is tarah bayan kiya gaya hai ke kal rizq munh aman thamar rizqan qalu hazal lazirizqana min qabl wa wa tubhi bat shabah ke jinat mein jo unko meway milenge, toh woh kahenge isi tarah ke meway humko duniya mein mile the.</w:t>
      </w:r>
    </w:p>
    <w:p>
      <w:pPr>
        <w:jc w:val="right"/>
      </w:pPr>
      <w:r>
        <w:t>انکےبارےمیں جوتجربہانکوانکوہوگا،اسپراسکےتجربےکواسطرحبیانکیاگیاہے کہ کل رزق منہ امن ثمر رزقا قالو ھذا الذیرزقنامنقبل و وتوبہیبت شابہ کہ جنتمیںجوانکو میوےملیںگے ،تووہکہیںگے اسیطرح کےمیوےہمکودنیامیںملےتھے۔</w:t>
      </w:r>
    </w:p>
    <w:p>
      <w:r>
        <w:rPr>
          <w:b/>
        </w:rPr>
        <w:t xml:space="preserve">[16:00] </w:t>
      </w:r>
      <w:r>
        <w:t>meway se murad yeh nahi ke sirf seib o anar, har cheez wa wa tubhi bat shabah, aur unko akhirat mein nematein di jayengi.</w:t>
      </w:r>
    </w:p>
    <w:p>
      <w:pPr>
        <w:jc w:val="right"/>
      </w:pPr>
      <w:r>
        <w:t>میوےسےمرادیہنہیں کہصرف سیباورانار،ہرچیز و وتوبھی بت شابہ، اورانکو آخرتمیں نعمتیںدیجائیںگی۔</w:t>
      </w:r>
    </w:p>
    <w:p>
      <w:r>
        <w:rPr>
          <w:b/>
        </w:rPr>
        <w:t xml:space="preserve">[16:11] </w:t>
      </w:r>
      <w:r>
        <w:t>similar duniya ki, similar duniya mein jo achhi cheezein aapko mili hain, us se similar matlab yahan imperfect tha, wahan perfect hoga.</w:t>
      </w:r>
    </w:p>
    <w:p>
      <w:pPr>
        <w:jc w:val="right"/>
      </w:pPr>
      <w:r>
        <w:t>سمیلر دنیا کی،سم یلر دنیا میںجو اچھی چیزیںآپکوملی ہیں، اسسےسمیلر مطلب یہاں امپرفیکٹتھا،وہاںپرفیکٹہوگا۔</w:t>
      </w:r>
    </w:p>
    <w:p>
      <w:r>
        <w:rPr>
          <w:b/>
        </w:rPr>
        <w:t xml:space="preserve">[16:24] </w:t>
      </w:r>
      <w:r>
        <w:t>yahan less than ideal tha, wahan ideal hoga.</w:t>
      </w:r>
    </w:p>
    <w:p>
      <w:pPr>
        <w:jc w:val="right"/>
      </w:pPr>
      <w:r>
        <w:t>یہاںلیسدینآئیڈیلتھا،وہاںآئیڈیلہوگا۔</w:t>
      </w:r>
    </w:p>
    <w:p>
      <w:r>
        <w:rPr>
          <w:b/>
        </w:rPr>
        <w:t xml:space="preserve">[16:27] </w:t>
      </w:r>
      <w:r>
        <w:t>toh jaake mut shabah jannat ka tajurba aapko is dinia mein hona hai. yeh yeh معرفت.</w:t>
      </w:r>
    </w:p>
    <w:p>
      <w:pPr>
        <w:jc w:val="right"/>
      </w:pPr>
      <w:r>
        <w:t>تو جاکے مت شابہ جنتکاتجربہآپکواسیدنیا میںہوناہے۔ یہیہےمعرفت۔</w:t>
      </w:r>
    </w:p>
    <w:p>
      <w:r>
        <w:rPr>
          <w:b/>
        </w:rPr>
        <w:t xml:space="preserve">[16:37] </w:t>
      </w:r>
      <w:r>
        <w:t>yeh jo quran mein hai ke jinat mein unko dakhila milega jinko jannat ki معرفت is dinia mein ho gayi hai, toh woh kaun log hain jo cheezon ko mut shabah ke roop mein dekh sakien, yani similar ke roop mein dekh sakien?</w:t>
      </w:r>
    </w:p>
    <w:p>
      <w:pPr>
        <w:jc w:val="right"/>
      </w:pPr>
      <w:r>
        <w:t>یہجو قرآنمیںہےکہ جنتمیںانکوداخلہملےگاجنکوجنت کی معرفت ہیدنیا میںہوگئیہے، تووہکونلوگہیں جو چیزوںکو مت شابہ کےروپمیںدیکھسکیں،یعنی سمیلر کےروپمیںدیکھسکیں؟</w:t>
      </w:r>
    </w:p>
    <w:p>
      <w:r>
        <w:rPr>
          <w:b/>
        </w:rPr>
        <w:t xml:space="preserve">[16:57] </w:t>
      </w:r>
      <w:r>
        <w:t>yani wohi jo maine kaha tha paradise continuity nahi milne lage duniya mein. paradise ki glimpse, iski jhalak is dinia mein inko milne lage, tabhi toh unke andar dua ublegi.</w:t>
      </w:r>
    </w:p>
    <w:p>
      <w:pPr>
        <w:jc w:val="right"/>
      </w:pPr>
      <w:r>
        <w:t>یعنی وہیجومیںنےکہاکہ پیراڈائز کنٹینٹیہیانہیںملنےلگےدنیا میں۔ پیراڈائزکی گلمپس، اسکیجھلکیاسدنیا میںانکو ملنےلگے، تبھیتوانکےاندر دعا ابلےگی۔</w:t>
      </w:r>
    </w:p>
    <w:p>
      <w:r>
        <w:rPr>
          <w:b/>
        </w:rPr>
        <w:t xml:space="preserve">[17:14] </w:t>
      </w:r>
      <w:r>
        <w:t>agar paradise bilkul unke anjaan ho, ekdum anjaan ho, toh aala dua nahi nikal sakti hai.</w:t>
      </w:r>
    </w:p>
    <w:p>
      <w:pPr>
        <w:jc w:val="right"/>
      </w:pPr>
      <w:r>
        <w:t>اگر پیراڈائز بالکل انکےاننونہو،ایکدماننونہو، تو اعلیٰدعانہیںنکلسکتیہے۔</w:t>
      </w:r>
    </w:p>
    <w:p>
      <w:r>
        <w:rPr>
          <w:b/>
        </w:rPr>
        <w:t xml:space="preserve">[17:23] </w:t>
      </w:r>
      <w:r>
        <w:t>agar paradise bilkul anjaan ho, kuch bhi iske bare mein woh na jaan payein, toh iske liye badi dua aapke andar se ublegi.</w:t>
      </w:r>
    </w:p>
    <w:p>
      <w:pPr>
        <w:jc w:val="right"/>
      </w:pPr>
      <w:r>
        <w:t>اگر پیراڈائزبالکلاننونہو ،کچھ بھی اسکےبارےمیں وہ نہ جان پائیں، تو اسکےلیے بڑی دعا آپ کے اندر سے ابلےگی۔</w:t>
      </w:r>
    </w:p>
    <w:p>
      <w:r>
        <w:rPr>
          <w:b/>
        </w:rPr>
        <w:t xml:space="preserve">[17:35] </w:t>
      </w:r>
      <w:r>
        <w:t>toh Allah ta'ala ne mut shabah jannat is dinia mein rakh diya, isi ko kaha gaya hai معرفت.</w:t>
      </w:r>
    </w:p>
    <w:p>
      <w:pPr>
        <w:jc w:val="right"/>
      </w:pPr>
      <w:r>
        <w:t>تو اللہ تعالینے مت شابہجنتاسیدنیامیںرکھدیا، اسیکوکہاگیاہےمعرفت۔</w:t>
      </w:r>
    </w:p>
    <w:p>
      <w:r>
        <w:rPr>
          <w:b/>
        </w:rPr>
        <w:t xml:space="preserve">[17:43] </w:t>
      </w:r>
      <w:r>
        <w:t>toh is mut shabah, yani similar jannat ko dekhkar ke yaad karna asal jannat ko, aur iske liye duayein karna ke Khuda woh jannat humein de de jawab di hai, jo asal hai, jo perfect hai, jo ideal hai.</w:t>
      </w:r>
    </w:p>
    <w:p>
      <w:pPr>
        <w:jc w:val="right"/>
      </w:pPr>
      <w:r>
        <w:t>تواس مت شابہ،یعنی سمیلرجنتکودیکھکرکے یاد کرنا اصلجنتکو، اوراسکےلیےدعائیںکرناکہخدا وہ جنتہمیںدےدےجوابدیہے، جو اصلہے، جو پرفیکٹہے، جو آئیڈیلہے۔</w:t>
      </w:r>
    </w:p>
    <w:p>
      <w:r>
        <w:rPr>
          <w:b/>
        </w:rPr>
        <w:t xml:space="preserve">[17:58] </w:t>
      </w:r>
      <w:r>
        <w:t>is liye Allah ta'ala ne duniya mein jannat glimpse rakh di, jhalakiyan rakh dein, mut shabah jannat rakh diya is dinia mein. isko paana</w:t>
      </w:r>
    </w:p>
    <w:p>
      <w:pPr>
        <w:jc w:val="right"/>
      </w:pPr>
      <w:r>
        <w:t>اس لیے اللہ تعالینےدنیامیں جنت گلمپسرکھدی،جھلکیاںرکھدیں، مت شابہ جنترکھدیاسیدنیامیں ۔ اسکو پانا</w:t>
      </w:r>
    </w:p>
    <w:p>
      <w:r>
        <w:rPr>
          <w:b/>
        </w:rPr>
        <w:t xml:space="preserve">[18:16] </w:t>
      </w:r>
      <w:r>
        <w:t>jannat kitni zyada qeemti hai, aur jahannum kitni zyada buri cheez hai, iske bare mein ek hadith aati hai.</w:t>
      </w:r>
    </w:p>
    <w:p>
      <w:pPr>
        <w:jc w:val="right"/>
      </w:pPr>
      <w:r>
        <w:t>جنت کتنیزیادہ قیمتیہے، اور جہنم کتنیزیادہبریچیزہے، اسکےبارےمیںایکحدیثآتیہے۔</w:t>
      </w:r>
    </w:p>
    <w:p>
      <w:r>
        <w:rPr>
          <w:b/>
        </w:rPr>
        <w:t xml:space="preserve">[18:27] </w:t>
      </w:r>
      <w:r>
        <w:t>ek hadith hai ke ek insan laye jayega jisko duniya mein sab se zyada takleef pahunchi hogi, bahut takleef, bahut takleef.</w:t>
      </w:r>
    </w:p>
    <w:p>
      <w:pPr>
        <w:jc w:val="right"/>
      </w:pPr>
      <w:r>
        <w:t>ایکحدیثہے کہ ایک انسان لایاجائےگا جسکو دنیا میں سب سےزیادہ تکلیفپہنچیہوگی، بہت تکلیف،بہت تکلیف۔</w:t>
      </w:r>
    </w:p>
    <w:p>
      <w:r>
        <w:rPr>
          <w:b/>
        </w:rPr>
        <w:t xml:space="preserve">[18:44] </w:t>
      </w:r>
      <w:r>
        <w:t>toh usko thodi der ke liye, ek second ke liye jannat mein dakhil kiya jayega, phir nikal liya jayega. yani ek second ke liye woh jannat ka tajurba karega, uska usko experience hoga.</w:t>
      </w:r>
    </w:p>
    <w:p>
      <w:pPr>
        <w:jc w:val="right"/>
      </w:pPr>
      <w:r>
        <w:t>تواسکو تھوڑی دیرکےلیے،ایکسیکنڈکےلیے جنتمیںداخلکیاجائےگا،پھرنکاللیاجائےگا۔ یعنیایکسیکنڈکےلیےوہجنتکا تجربہکرےگا، اسکااسکو ایکسپیرینسہوگا۔</w:t>
      </w:r>
    </w:p>
    <w:p>
      <w:r>
        <w:rPr>
          <w:b/>
        </w:rPr>
        <w:t xml:space="preserve">[18:58] </w:t>
      </w:r>
      <w:r>
        <w:t>toh usse pucha jayega: "kabhi tum ko takleef hui hai? " toh woh kahega ke "mujhe toh kabhi takleef nahi hui." yani ek second ka jannat ka test itna overwhelming hoga ke duniya ki takleefein bhool jayega. woh</w:t>
      </w:r>
    </w:p>
    <w:p>
      <w:pPr>
        <w:jc w:val="right"/>
      </w:pPr>
      <w:r>
        <w:t>تواسسےپوچھاجائےگا:"کبھیتم کوتکلیفہوئیہے؟ "تووہکہےگاکہ"مجھےتوکبھیتکلیفنہیںہوئی۔"یعنیایکسیکنڈکا جنتکا ٹیسٹ اتنا اوورویلمنگہوگا کہ دنیا کیتکلیفیںبھولجائےگا۔وہ</w:t>
      </w:r>
    </w:p>
    <w:p>
      <w:r>
        <w:rPr>
          <w:b/>
        </w:rPr>
        <w:t xml:space="preserve">[19:14] </w:t>
      </w:r>
      <w:r>
        <w:t>aisi cheez jannat. phir ek aadmi laye jayega jisne duniya mein har qism ki comfort, har qism ki luxury, har qism ka aaram uthaya hoga poori zindagi.</w:t>
      </w:r>
    </w:p>
    <w:p>
      <w:pPr>
        <w:jc w:val="right"/>
      </w:pPr>
      <w:r>
        <w:t>ایسیچیز جنت ۔ پھرایکآدمیلایاجائےگا جسنےدنیا میںہرقسم کیکمفرٹ،ہرقسم کیلگزری ،ہرقسم کاآراماٹھایاہوگا پوریزندگی۔</w:t>
      </w:r>
    </w:p>
    <w:p>
      <w:r>
        <w:rPr>
          <w:b/>
        </w:rPr>
        <w:t xml:space="preserve">[19:27] </w:t>
      </w:r>
      <w:r>
        <w:t>phir usko laye jayega, usko jahannum mein dala jayega ek second ke liye, phir nikal liya jayega.</w:t>
      </w:r>
    </w:p>
    <w:p>
      <w:pPr>
        <w:jc w:val="right"/>
      </w:pPr>
      <w:r>
        <w:t>پھراسکو لایاجائےگا،اسکو جہنممیںڈالاجائےگا ایکسیکنڈکےلیے، پھر نکالاجائےگا۔</w:t>
      </w:r>
    </w:p>
    <w:p>
      <w:r>
        <w:rPr>
          <w:b/>
        </w:rPr>
        <w:t xml:space="preserve">[19:35] </w:t>
      </w:r>
      <w:r>
        <w:t>toh pucha jayega ke "tumne kabhi aaram dekha hai? " toh ek second ka tajurba jahannum ka aisa sakht hoga ke woh sab bhool jayega. usko usne kaha ke "mujhe toh kabhi aaram duniya mein nahi hua.</w:t>
      </w:r>
    </w:p>
    <w:p>
      <w:pPr>
        <w:jc w:val="right"/>
      </w:pPr>
      <w:r>
        <w:t>توپوچھاجائےگاکہ"تمنےکبھی آرامدیکھاہے؟" توایک سیکنڈکاتجربہجہنمکاایسا سختہوگا کہ وہسببھولجائےگا۔اسکو اسنےکہاکہ"مجھےتوکبھیآرامدنیامیںنہیںہوا۔</w:t>
      </w:r>
    </w:p>
    <w:p>
      <w:r>
        <w:rPr>
          <w:b/>
        </w:rPr>
        <w:t xml:space="preserve">[19:48] </w:t>
      </w:r>
      <w:r>
        <w:t>" toh is hadith mein bataya gaya ke jannat kitni achhi jagah hai, jahannum kitni buri jagah hai.</w:t>
      </w:r>
    </w:p>
    <w:p>
      <w:pPr>
        <w:jc w:val="right"/>
      </w:pPr>
      <w:r>
        <w:t>" تو اسحدیثمیں بت ایاگیاکہجنت کتنیاچھیجگہہے، جہنمکتنیبریجگہہے۔</w:t>
      </w:r>
    </w:p>
    <w:p>
      <w:r>
        <w:rPr>
          <w:b/>
        </w:rPr>
        <w:t xml:space="preserve">[20:01] </w:t>
      </w:r>
      <w:r>
        <w:t>yeh is liye bataya gaya ke aadmi jahannum se bhage aur jannat ka talib bane.</w:t>
      </w:r>
    </w:p>
    <w:p>
      <w:pPr>
        <w:jc w:val="right"/>
      </w:pPr>
      <w:r>
        <w:t>یہاسلیےبتایاگیاکہآدمی جہنمسے بھاگے اور جنتکاطالب بنے۔</w:t>
      </w:r>
    </w:p>
    <w:p>
      <w:r>
        <w:rPr>
          <w:b/>
        </w:rPr>
        <w:t xml:space="preserve">[20:15] </w:t>
      </w:r>
      <w:r>
        <w:t>is dinia mein aadmi</w:t>
      </w:r>
    </w:p>
    <w:p>
      <w:pPr>
        <w:jc w:val="right"/>
      </w:pPr>
      <w:r>
        <w:t>اسدنیا میں آدمی</w:t>
      </w:r>
    </w:p>
    <w:p>
      <w:r>
        <w:rPr>
          <w:b/>
        </w:rPr>
        <w:t xml:space="preserve">[20:19] </w:t>
      </w:r>
      <w:r>
        <w:t>aap jante hain ke chhod den rehta hai, 60, 70 saal rehta hai, phir mar jata hai. woh</w:t>
      </w:r>
    </w:p>
    <w:p>
      <w:pPr>
        <w:jc w:val="right"/>
      </w:pPr>
      <w:r>
        <w:t>آپجانتےہیںکہ چھوڑدنرہتاہے، 60،70سالرہتاہے، پھرمرجاتاہے۔وہ</w:t>
      </w:r>
    </w:p>
    <w:p>
      <w:r>
        <w:rPr>
          <w:b/>
        </w:rPr>
        <w:t xml:space="preserve">[20:30] </w:t>
      </w:r>
      <w:r>
        <w:t>to 60, 70 saal ki zindagi araam ho gaya, takleef kya hai. is mein is mein is se kya hua? asal to yeh hai ke jawab de zindagi is ki hai, wahan par is ko aaram mile.</w:t>
      </w:r>
    </w:p>
    <w:p>
      <w:pPr>
        <w:jc w:val="right"/>
      </w:pPr>
      <w:r>
        <w:t>تو 60،70سال کیزندگی آرامہوگیا،تکلیفکیہے۔اسمیںاس میں اسسےکیا ہوا ؟ اصلتویہہےکہجوابدیزندگی اسکیہے،وہاں پر اسکوآرامملے۔</w:t>
      </w:r>
    </w:p>
    <w:p>
      <w:r>
        <w:rPr>
          <w:b/>
        </w:rPr>
        <w:t xml:space="preserve">[20:40] </w:t>
      </w:r>
      <w:r>
        <w:t>to sab se bara goal kisi insaan ke liye yeh hai ke woh jannat ko apni manzil ban aye, jannat ka talib bane. is ke liye farmaya hadith mein ke maray to misr jannat naam talib o maray to misr misr naar naam muhariba huwa.</w:t>
      </w:r>
    </w:p>
    <w:p>
      <w:pPr>
        <w:jc w:val="right"/>
      </w:pPr>
      <w:r>
        <w:t>تو سبسےبڑا گولکسی انسانکےلیےیہہے کہوہ جنتکو اپنی منزلبن ائے،جنتکاطالببنے۔ اسیکےلیےفرمایاحدیثمیںکہ ما رہےتو مصر جنت نام طالب و مارہےتومصر مصر نارنام محاربہوا ۔</w:t>
      </w:r>
    </w:p>
    <w:p>
      <w:r>
        <w:rPr>
          <w:b/>
        </w:rPr>
        <w:t xml:space="preserve">[21:00] </w:t>
      </w:r>
      <w:r>
        <w:t>yani jannat jaisi cheez se mein jannat jaisi cheez ka talib nahi bana. dunya mein insaan doosri cheezon mein phansa hua hai.</w:t>
      </w:r>
    </w:p>
    <w:p>
      <w:pPr>
        <w:jc w:val="right"/>
      </w:pPr>
      <w:r>
        <w:t>یعنیجنتجیسیچیزسے میں جنتجیسیچیز کا طالبنہیںبنا۔ دنیا میںانسان دوسریچیزوںمیںپھنساہواہے۔</w:t>
      </w:r>
    </w:p>
    <w:p>
      <w:r>
        <w:rPr>
          <w:b/>
        </w:rPr>
        <w:t xml:space="preserve">[21:10] </w:t>
      </w:r>
      <w:r>
        <w:t>aisi jahannum jaisi cheez se bhagne wala nahi bana aadmi. woh bhi dunya mein phansa hua hai.</w:t>
      </w:r>
    </w:p>
    <w:p>
      <w:pPr>
        <w:jc w:val="right"/>
      </w:pPr>
      <w:r>
        <w:t>ایسی جہنمجیسیچیزسےبھاگنےوالانہیںبناآدمی۔ وہبھیدنیا میںپھنساہواہے۔</w:t>
      </w:r>
    </w:p>
    <w:p>
      <w:r>
        <w:rPr>
          <w:b/>
        </w:rPr>
        <w:t xml:space="preserve">[21:20] </w:t>
      </w:r>
      <w:r>
        <w:t>yeh dono cheezain kab hoti hain? jab aadmi ka shaoor jo hai develop nahi huwa ho, is ne haqeeqaton ko discover nahi kiya ho, is ne sachai ko na jaana ho.</w:t>
      </w:r>
    </w:p>
    <w:p>
      <w:pPr>
        <w:jc w:val="right"/>
      </w:pPr>
      <w:r>
        <w:t>یہدونوںچیزیںکبہوتیہیں؟ جب آدمیکاشعورجوہےڈیولپنہہواہو ، اسنے حقیقتوںکوڈسکورنہکیاہو، اسنےسچائیکو نہ جاناہو۔</w:t>
      </w:r>
    </w:p>
    <w:p>
      <w:r>
        <w:rPr>
          <w:b/>
        </w:rPr>
        <w:t xml:space="preserve">[21:42] </w:t>
      </w:r>
      <w:r>
        <w:t>insaan ko mein samajhta hoon ke sab se bari cheez jo aap dekh sakte hain, de sakte hain insaan ko, wohi yeh hai ke aap is ko yeh bata payein ke tumhara manzil kya hai, tumhara maqsad hayat kya hai, aur eternal life mein tumhein kis cheez se aap ka pesh ana hai.</w:t>
      </w:r>
    </w:p>
    <w:p>
      <w:pPr>
        <w:jc w:val="right"/>
      </w:pPr>
      <w:r>
        <w:t>انسانکو میںسمجھتاہوں کہ سب سے بڑیچیزجوآپدیکھسکتےہیں،دےسکتےہیںانسانکو ، وہیہیہےکہآپاسکویہبتاپائیں کہتمہارا منزلکیاہے،تمہارامقصد حیاتکیاہے، اور ایٹرنللائفمیںتمہیں کسچیزسےآپکاپیشانہہے۔</w:t>
      </w:r>
    </w:p>
    <w:p>
      <w:r>
        <w:rPr>
          <w:b/>
        </w:rPr>
        <w:t xml:space="preserve">[22:03] </w:t>
      </w:r>
      <w:r>
        <w:t>mein aksar sochta hoon ke log mamooli mamooli faidon ke liye subah shaam dorate rehte hain,</w:t>
      </w:r>
    </w:p>
    <w:p>
      <w:pPr>
        <w:jc w:val="right"/>
      </w:pPr>
      <w:r>
        <w:t>میںاکثرسوچتاہوں کہلوگ معمولیمعمولیفائدوںکےلیے صبح شام دوڑتےرہتےہیں،</w:t>
      </w:r>
    </w:p>
    <w:p>
      <w:r>
        <w:rPr>
          <w:b/>
        </w:rPr>
        <w:t xml:space="preserve">[22:13] </w:t>
      </w:r>
      <w:r>
        <w:t>mamooli mamooli material faiday ke liye. lekin phir ek waqt aata hai ke mar jatay hain. to marne ke baad woh sochte honge ke kaisa ajeeb tha hamari zindagi ka maamla ke chand saal ke liye hum ne apni zindagi ko tabah kar diya aur jo eternal life thi, us ke liye kuch nahi kiya,</w:t>
      </w:r>
    </w:p>
    <w:p>
      <w:pPr>
        <w:jc w:val="right"/>
      </w:pPr>
      <w:r>
        <w:t>معمولیمعمولی مٹیریلفائدےکےلیے۔ لیکن پھرایکوقت آتاہےکہ مرجاتےہیں۔ تو مرنےکےبعد وہسوچتےہوںگے کہ کیسا عجیب تھا ہماریزندگی کا معاملہ کہ چند سالکےلیےہمنے اپنیزندگی کوتباہکردیااور جوایٹرنللائفتھی، اسکےلیےکچھنہیںکیا ،</w:t>
      </w:r>
    </w:p>
    <w:p>
      <w:r>
        <w:rPr>
          <w:b/>
        </w:rPr>
        <w:t xml:space="preserve">[22:33] </w:t>
      </w:r>
      <w:r>
        <w:t>us ke liye kuch nahi kiya.</w:t>
      </w:r>
    </w:p>
    <w:p>
      <w:pPr>
        <w:jc w:val="right"/>
      </w:pPr>
      <w:r>
        <w:t>اسکےلیےکچھنہیںکیا۔</w:t>
      </w:r>
    </w:p>
    <w:p>
      <w:r>
        <w:rPr>
          <w:b/>
        </w:rPr>
        <w:t xml:space="preserve">[22:39] </w:t>
      </w:r>
      <w:r>
        <w:t>yeh kitna ajeeb anjaam hai insaan ka ke jo eternal life saamne hai, jahan ke maut ke baad hamein mustaqil tor par rehna hai, us ki kisi ko fikr nahi.</w:t>
      </w:r>
    </w:p>
    <w:p>
      <w:pPr>
        <w:jc w:val="right"/>
      </w:pPr>
      <w:r>
        <w:t>یہکتناعجیبانجام ہےانسانکا کہ جو ایٹرنل لائفسامنے ہے،جہاںکہموتکےبعد ہمیںمستقلطورپررہناہے، اسکیکسی کوفکرہینہیں۔</w:t>
      </w:r>
    </w:p>
    <w:p>
      <w:r>
        <w:rPr>
          <w:b/>
        </w:rPr>
        <w:t xml:space="preserve">[22:54] </w:t>
      </w:r>
      <w:r>
        <w:t>us ka kisi ko, us ko, woh kisi ko, kisi ne us ko apna maqsad hayat nahi banaya.</w:t>
      </w:r>
    </w:p>
    <w:p>
      <w:pPr>
        <w:jc w:val="right"/>
      </w:pPr>
      <w:r>
        <w:t>اسکا کسیکو ،اسکو،وہکسی کو، کسی نےاسکواپنا مقصد حیاتنہیںبن ایا۔</w:t>
      </w:r>
    </w:p>
    <w:p>
      <w:r>
        <w:rPr>
          <w:b/>
        </w:rPr>
        <w:t xml:space="preserve">[23:07] </w:t>
      </w:r>
      <w:r>
        <w:t>ek hadith hai, is hadith mein bohat ajeeb tareeqay par is baat ko bataya gaya hai ke</w:t>
      </w:r>
    </w:p>
    <w:p>
      <w:pPr>
        <w:jc w:val="right"/>
      </w:pPr>
      <w:r>
        <w:t>ایکحدیثہے، اسحدیثمیں بہت عجیبطریقےپر اسباتکوبتایاگیاہے کہ</w:t>
      </w:r>
    </w:p>
    <w:p>
      <w:r>
        <w:rPr>
          <w:b/>
        </w:rPr>
        <w:t xml:space="preserve">[23:21] </w:t>
      </w:r>
      <w:r>
        <w:t>qayamat aati hai, sab log khatam ho jatay hain, yeh dunya ki bajaye doosri dunya mein pouncha diye jatay hain.</w:t>
      </w:r>
    </w:p>
    <w:p>
      <w:pPr>
        <w:jc w:val="right"/>
      </w:pPr>
      <w:r>
        <w:t>قیامتآتیہے، سبلوگ ختمہوجاتےہیں، یہدنیا کی بجائےدوسریدنیا میں پہنچادیےجاتےہیں۔</w:t>
      </w:r>
    </w:p>
    <w:p>
      <w:r>
        <w:rPr>
          <w:b/>
        </w:rPr>
        <w:t xml:space="preserve">[23:31] </w:t>
      </w:r>
      <w:r>
        <w:t>wahan sab ki qismat ka faisla hota hai,</w:t>
      </w:r>
    </w:p>
    <w:p>
      <w:pPr>
        <w:jc w:val="right"/>
      </w:pPr>
      <w:r>
        <w:t>وہاںسبکیقسمتکافیصلہہوتاہے،</w:t>
      </w:r>
    </w:p>
    <w:p>
      <w:r>
        <w:rPr>
          <w:b/>
        </w:rPr>
        <w:t xml:space="preserve">[23:35] </w:t>
      </w:r>
      <w:r>
        <w:t>to saaray logon ka faisla ho jata hai, kisi kisi ke liye jannat ka, kisi ke liye jahannum ka. to ek aadmi abhi hashar ke maidan mein khara hua hai, us ka faisla abhi nahi huwa.</w:t>
      </w:r>
    </w:p>
    <w:p>
      <w:pPr>
        <w:jc w:val="right"/>
      </w:pPr>
      <w:r>
        <w:t>تو سارےلوگوںکافیصلہہوجاتاہے، کسی کسی کےلیےجنتکا،کسیکےلیےجہنمکا ۔تو ایکآدمیابھیحشرکےمیدانمیںکھڑاہواہے، اسکا فیصلہابھینہیںہوا ۔</w:t>
      </w:r>
    </w:p>
    <w:p>
      <w:r>
        <w:rPr>
          <w:b/>
        </w:rPr>
        <w:t xml:space="preserve">[23:51] </w:t>
      </w:r>
      <w:r>
        <w:t>to woh aadmi kehta hai ke: "ae Allah! tune mujhe jannat nahi di, to kam se kam dikha de ke jannat kya cheez hai, jannat hai kya?"</w:t>
      </w:r>
    </w:p>
    <w:p>
      <w:pPr>
        <w:jc w:val="right"/>
      </w:pPr>
      <w:r>
        <w:t>تو وہآدمیکہتاہےکہ :"اےاللہ !تونےمجھے جنتنہیں دی، تو کمسےکم دکھادےکہجنتکیاچیزہے، جنتہےکیا ؟"</w:t>
      </w:r>
    </w:p>
    <w:p>
      <w:r>
        <w:rPr>
          <w:b/>
        </w:rPr>
        <w:t xml:space="preserve">[24:03] </w:t>
      </w:r>
      <w:r>
        <w:t>to farishton ko hukum hota hai ke is ko jannat dikha do, ek jhalak dikha do sirf. to is ko jannat ki ek jhalak dikhai jati hai.</w:t>
      </w:r>
    </w:p>
    <w:p>
      <w:pPr>
        <w:jc w:val="right"/>
      </w:pPr>
      <w:r>
        <w:t>تو فرشتوںکوحکمہوتاہےکہاسکوجنتدکھادو ،ایکجھلکدکھادو صرف۔ تواسکو جنت کیایکجھلکدکھائیجاتیہے۔</w:t>
      </w:r>
    </w:p>
    <w:p>
      <w:r>
        <w:rPr>
          <w:b/>
        </w:rPr>
        <w:t xml:space="preserve">[24:13] </w:t>
      </w:r>
      <w:r>
        <w:t>is ko dekh kar itna ziyada overwhelm ho jata hai woh ke woh kehta hai ke: "khudaya! jannat dikha diya aap ne, to mujhe jannat mein dakhil bhi kar de." to Allah us se kehta hai ke: " tu jannat mein dakhilay ka mustahiq nahi hai,</w:t>
      </w:r>
    </w:p>
    <w:p>
      <w:pPr>
        <w:jc w:val="right"/>
      </w:pPr>
      <w:r>
        <w:t>اسکو دیکھکر اتنازیادہ اوورویلمہوجاتاہےوہ کہوہکہتاہےکہ:"خدایا!جنتدکھادیا آپنے ،تومجھےجنتمیںداخلبھیکردے۔" تو خدااسسےکہتاہےکہ: " توجنت میں داخلےکامستحقنہیںہے،</w:t>
      </w:r>
    </w:p>
    <w:p>
      <w:r>
        <w:rPr>
          <w:b/>
        </w:rPr>
        <w:t xml:space="preserve">[24:32] </w:t>
      </w:r>
      <w:r>
        <w:t>is haqeeqat paida karne ki jagah woh to maut se pehle ki zindagi thi, wahan tum ne kuch kiya nahi."</w:t>
      </w:r>
    </w:p>
    <w:p>
      <w:pPr>
        <w:jc w:val="right"/>
      </w:pPr>
      <w:r>
        <w:t>است حقاق پیدا کرنے کی جگہ وہ تو موتسےپہلے کیزندگی تھی،وہاںتمنےکچھکیانہیں۔"</w:t>
      </w:r>
    </w:p>
    <w:p>
      <w:r>
        <w:rPr>
          <w:b/>
        </w:rPr>
        <w:t xml:space="preserve">[24:42] </w:t>
      </w:r>
      <w:r>
        <w:t>to Allah ta'ala is is aadmi se kehte hain ke: " tum ko jis dunya ko tum chhod kar aaye ho, yeh dunya jo hai, yeh material world, jahan bari bari shaanain hain, bari bari nematein hain,</w:t>
      </w:r>
    </w:p>
    <w:p>
      <w:pPr>
        <w:jc w:val="right"/>
      </w:pPr>
      <w:r>
        <w:t>تو اللہتعالی اس اسآدمیسےکہتےہیں کہ: "تم کو جس دنیا کوتم چھوڑکرآئےہو، یہ دنیا جوہے، یہ مٹیریلورلڈ، جہاںبڑیبڑیشانیںہیں، بڑیبڑینعمتیںہیں،</w:t>
      </w:r>
    </w:p>
    <w:p>
      <w:r>
        <w:rPr>
          <w:b/>
        </w:rPr>
        <w:t xml:space="preserve">[24:57] </w:t>
      </w:r>
      <w:r>
        <w:t>woh dunya isi ki wajah se ek aur dunya hum tum</w:t>
      </w:r>
    </w:p>
    <w:p>
      <w:pPr>
        <w:jc w:val="right"/>
      </w:pPr>
      <w:r>
        <w:t>وہ دنیا اسی کیوجہسےایکاوردنیا ہمتم</w:t>
      </w:r>
    </w:p>
    <w:p>
      <w:r>
        <w:rPr>
          <w:b/>
        </w:rPr>
        <w:t xml:space="preserve">[25:01] </w:t>
      </w:r>
      <w:r>
        <w:t>ko de dete hain, do dunya puray puray tum ko de dete hain, tum jannat mat mango." to woh banda kehta hai ke: ya rab!</w:t>
      </w:r>
    </w:p>
    <w:p>
      <w:pPr>
        <w:jc w:val="right"/>
      </w:pPr>
      <w:r>
        <w:t>کودےدیتےہیں،دودنیا پ وریکیپوریتمکودےدیتےہیں، تم جنت مت مانگو ۔" تووہبندہکہتاہےکہ: یا رب!</w:t>
      </w:r>
    </w:p>
    <w:p>
      <w:r>
        <w:rPr>
          <w:b/>
        </w:rPr>
        <w:t xml:space="preserve">[25:13] </w:t>
      </w:r>
      <w:r>
        <w:t>kaifa kun ashqaa'u 'ibaadi</w:t>
      </w:r>
    </w:p>
    <w:p>
      <w:pPr>
        <w:jc w:val="right"/>
      </w:pPr>
      <w:r>
        <w:t>کیف کون اشقاءعبادک</w:t>
      </w:r>
    </w:p>
    <w:p>
      <w:r>
        <w:rPr>
          <w:b/>
        </w:rPr>
        <w:t xml:space="preserve">[25:18] </w:t>
      </w:r>
      <w:r>
        <w:t>ae Allah! mein hi tere bandon mein sab se ziyada badbakht banda kyun banu? aap ghor kijiye, yeh bohat hi sochne wali baat hai</w:t>
      </w:r>
    </w:p>
    <w:p>
      <w:pPr>
        <w:jc w:val="right"/>
      </w:pPr>
      <w:r>
        <w:t>اےاللہ! میںہیتیرےبندوںمیں سبسےزیادہ بدبخت بندہکیوںبن وں؟ آپ غورکیجئے، یہبہت ہی سوچنےوالیباتہے</w:t>
      </w:r>
    </w:p>
    <w:p>
      <w:r>
        <w:rPr>
          <w:b/>
        </w:rPr>
        <w:t xml:space="preserve">[25:32] </w:t>
      </w:r>
      <w:r>
        <w:t>ke jis dunya ke liye aadmi apne aap deewana ho raha hai, jis dunya ko hasil karne ke liye yani apni poori tawanaai, apni poori energy lagai hui hai, uska poora dunya bhi nahi hai, uska ek juz paanay ke liye</w:t>
      </w:r>
    </w:p>
    <w:p>
      <w:pPr>
        <w:jc w:val="right"/>
      </w:pPr>
      <w:r>
        <w:t>کہ جسدنیا کےلیے آدمی اپنے آپ دیوانہہورہاہے، جسدنیا کوحاصل کرنےکےلیے یعنی اپنی پوری توانائی،اپنیپوری انرجیانرجیلگائیہوئیہے، اسکا پوریدنیا بھینہیںہے،اسکاایکجز پانےکےلیے</w:t>
      </w:r>
    </w:p>
    <w:p>
      <w:r>
        <w:rPr>
          <w:b/>
        </w:rPr>
        <w:t xml:space="preserve">[25:48] </w:t>
      </w:r>
      <w:r>
        <w:t>poori duniya to kisi ko milne wali cheez nahi hai, iska ek juz milta hai, ek part milta hai, aur sari zindagi sari energy lagai jati hai iske liye.</w:t>
      </w:r>
    </w:p>
    <w:p>
      <w:pPr>
        <w:jc w:val="right"/>
      </w:pPr>
      <w:r>
        <w:t>پوریدنیا توکسی کومل تینہیں، اسکا ایک جز ملتاہے،ایک پارٹملتاہے، اور ساری زندگی ساریانرجیلگایاجاتاہےاسکےلیے۔</w:t>
      </w:r>
    </w:p>
    <w:p>
      <w:r>
        <w:rPr>
          <w:b/>
        </w:rPr>
        <w:t xml:space="preserve">[25:59] </w:t>
      </w:r>
      <w:r>
        <w:t>aur wahan jab woh jannat ko dekh lega to aisi do duniya bhi aisi lagega usko ke jannat ko chhodkar aisi do duniya lena to bahut badbakhti ki baat hai,</w:t>
      </w:r>
    </w:p>
    <w:p>
      <w:pPr>
        <w:jc w:val="right"/>
      </w:pPr>
      <w:r>
        <w:t>اوروہاںجبوہ جنتکودیکھلےگا تو ایسی دو دنیا بھیایسےلگےگااسکو کہ جنتکوچھوڑکرایسی دودنیا لینا تو بہت بدبختیکیباتہے،</w:t>
      </w:r>
    </w:p>
    <w:p>
      <w:r>
        <w:rPr>
          <w:b/>
        </w:rPr>
        <w:t xml:space="preserve">[26:13] </w:t>
      </w:r>
      <w:r>
        <w:t>bahut zyada badbakhti ki baat hai. Yeh</w:t>
      </w:r>
    </w:p>
    <w:p>
      <w:pPr>
        <w:jc w:val="right"/>
      </w:pPr>
      <w:r>
        <w:t>بہت زیادہ بدبختیکیباتہے۔یہ</w:t>
      </w:r>
    </w:p>
    <w:p>
      <w:r>
        <w:rPr>
          <w:b/>
        </w:rPr>
        <w:t xml:space="preserve">[26:18] </w:t>
      </w:r>
      <w:r>
        <w:t>to aisi kyon hoga? Is par sochiye. Aisa isliye hoga ke is duniya ka har cheez imperfect hai, less than ideal hai.</w:t>
      </w:r>
    </w:p>
    <w:p>
      <w:pPr>
        <w:jc w:val="right"/>
      </w:pPr>
      <w:r>
        <w:t>تو ایساکیوںہوگا؟اسپرسوچیے۔ ایسا اسلیےہوگا کہاسدنیا کاہرچیز امپرفیکٹہے، لیسدینآئیڈیلہے۔</w:t>
      </w:r>
    </w:p>
    <w:p>
      <w:r>
        <w:rPr>
          <w:b/>
        </w:rPr>
        <w:t xml:space="preserve">[26:29] </w:t>
      </w:r>
      <w:r>
        <w:t>is duniya mein koi bhi cheez perfect nahi hai, koi nemmat, koi achhi cheez, koi bhi aisi cheez nahi hai is duniya mein jo perfect ho. Har cheez imperfect hai, aur jannat mein har cheez perfect hogi.</w:t>
      </w:r>
    </w:p>
    <w:p>
      <w:pPr>
        <w:jc w:val="right"/>
      </w:pPr>
      <w:r>
        <w:t>اسدنیا میںکوئیبھیچیزپرفیکٹنہیںہے، کوئی نعمت ،کوئیاچھیچیز ،کوئیبھی ایسیچیزنہیںہےاسدنیامیںجوپرفیکٹہو۔ہرچیز امپرفیکٹہے، اور جنت میںہرچیزپرفیکٹہوگی۔</w:t>
      </w:r>
    </w:p>
    <w:p>
      <w:r>
        <w:rPr>
          <w:b/>
        </w:rPr>
        <w:t xml:space="preserve">[26:47] </w:t>
      </w:r>
      <w:r>
        <w:t>to yaad rakhiye, imperfect ki koi bhi miqdar perfect ka badla nahi ban sakti.</w:t>
      </w:r>
    </w:p>
    <w:p>
      <w:pPr>
        <w:jc w:val="right"/>
      </w:pPr>
      <w:r>
        <w:t>تو یادرکھیے، ام پرفیکٹ کی کوئیبھی مق دار پرفیکٹکا بدلنہیںبنسکتی۔</w:t>
      </w:r>
    </w:p>
    <w:p>
      <w:r>
        <w:rPr>
          <w:b/>
        </w:rPr>
        <w:t xml:space="preserve">[26:59] </w:t>
      </w:r>
      <w:r>
        <w:t>imperfect ki koi bhi miqdar perfect ka badla nahi ban sakti.</w:t>
      </w:r>
    </w:p>
    <w:p>
      <w:pPr>
        <w:jc w:val="right"/>
      </w:pPr>
      <w:r>
        <w:t>امپرفیکٹکیکوئیبھی مقدار پرفیکٹکابدلنہیںبنسکتی۔</w:t>
      </w:r>
    </w:p>
    <w:p>
      <w:r>
        <w:rPr>
          <w:b/>
        </w:rPr>
        <w:t xml:space="preserve">[27:09] </w:t>
      </w:r>
      <w:r>
        <w:t>aap ghaur kijiye ke plastic ke phool aapke paas pahaad ke barabar hon to ek ek ek achha phool jo darakht mein tayyar hokar tapakta hai, uska uska barabar ho sakta hai. Woh woh kya karenge? Aap plastic ke phool ko lekar, woh to us mein na zaaiqa hai, na aapka pet bharega, na use koi energy milegi.</w:t>
      </w:r>
    </w:p>
    <w:p>
      <w:pPr>
        <w:jc w:val="right"/>
      </w:pPr>
      <w:r>
        <w:t>آپغورکیجئے کہ پلاسٹککےپھل آپکےپاس پہاڑکےبرابرہوں تو ایک ایک ایکاچھاپھلجو درخت میںتیارہوکر ٹپکتاہے، اسکا اسکابرابرہوسکتاہے۔وہ وہکیاکریںگے؟آپپلاسٹککےپھلکولےکر، وہ تواس میںتونہذائقہہے،نہآپکاپیٹبھرےگا، نہ اسے کوئیانرجیملےگی۔</w:t>
      </w:r>
    </w:p>
    <w:p>
      <w:r>
        <w:rPr>
          <w:b/>
        </w:rPr>
        <w:t xml:space="preserve">[27:33] </w:t>
      </w:r>
      <w:r>
        <w:t>lekin ek phool, agar sachha phool jo darakht se tayyar hua, usko aap khayenge to usse aapko energy milegi.</w:t>
      </w:r>
    </w:p>
    <w:p>
      <w:pPr>
        <w:jc w:val="right"/>
      </w:pPr>
      <w:r>
        <w:t>لیکن ایکپھل،اگر سچاپھلجودرخت سےتیارہوا،اسکوآپ کھائیںگےتواسسےآپکو انرجیملےگی۔</w:t>
      </w:r>
    </w:p>
    <w:p>
      <w:r>
        <w:rPr>
          <w:b/>
        </w:rPr>
        <w:t xml:space="preserve">[27:45] </w:t>
      </w:r>
      <w:r>
        <w:t>aapke paas ek ek achha TV hai, aur kisi ke paas bahut hi kharab qism ke bahut se TV hain, woh kahega ke: "Mere sab TV mil le lo."</w:t>
      </w:r>
    </w:p>
    <w:p>
      <w:pPr>
        <w:jc w:val="right"/>
      </w:pPr>
      <w:r>
        <w:t>آپ کےپاسایک ایک اچھا ٹیویہے، اور کسی کےپاس بہتہیخراب قسم کے بہت سےٹیویہیں، وہکہےکہ:"میرےسبٹیویتملےلو۔"</w:t>
      </w:r>
    </w:p>
    <w:p>
      <w:r>
        <w:rPr>
          <w:b/>
        </w:rPr>
        <w:t xml:space="preserve">[27:59] </w:t>
      </w:r>
      <w:r>
        <w:t>yani koi aadmi kanwadiyon se bahut sare TV khareed ke le aave, aur aapke paas ek bilkul naya</w:t>
      </w:r>
    </w:p>
    <w:p>
      <w:pPr>
        <w:jc w:val="right"/>
      </w:pPr>
      <w:r>
        <w:t>یعنیکوئیآدمیکنواڑیاںسےبہتسارےٹیویخریدکےلےآوے، اور آپ کےپاس ایک بالکل نیا</w:t>
      </w:r>
    </w:p>
    <w:p>
      <w:r>
        <w:rPr>
          <w:b/>
        </w:rPr>
        <w:t xml:space="preserve">[28:10] </w:t>
      </w:r>
      <w:r>
        <w:t>TV ho jo aapne liya ho kisi achhi company se, to woh kahega ke: "Mera sara TV mil le lo, aur tu woh apna wala de do.</w:t>
      </w:r>
    </w:p>
    <w:p>
      <w:pPr>
        <w:jc w:val="right"/>
      </w:pPr>
      <w:r>
        <w:t>ٹیویہو جوآپنےلیاہوکسیاچھیکمپنیسے، تووہکہےکہ:"میراساراٹیویتملےلو، اور تووہاپناوالادےدو۔</w:t>
      </w:r>
    </w:p>
    <w:p>
      <w:r>
        <w:rPr>
          <w:b/>
        </w:rPr>
        <w:t xml:space="preserve">[28:20] </w:t>
      </w:r>
      <w:r>
        <w:t>" To aap kahenge: "Main usko is is kowad ko lekar kya karunga? Kyunki mera ek TV tumhare ek sau kowad ke barabar nahi ho sakta."</w:t>
      </w:r>
    </w:p>
    <w:p>
      <w:pPr>
        <w:jc w:val="right"/>
      </w:pPr>
      <w:r>
        <w:t>"توآپکہیںکہ:"میںاسکو اس اسکواڑکولےکےکیاکروںگا؟ کیونکہمیراایکٹیویتمہارےایک سو کواڑکے برابرنہیںہوسکتا۔"</w:t>
      </w:r>
    </w:p>
    <w:p>
      <w:r>
        <w:rPr>
          <w:b/>
        </w:rPr>
        <w:t xml:space="preserve">[28:31] </w:t>
      </w:r>
      <w:r>
        <w:t>yeh duniya aisi lagegi aadmi ko ke</w:t>
      </w:r>
    </w:p>
    <w:p>
      <w:pPr>
        <w:jc w:val="right"/>
      </w:pPr>
      <w:r>
        <w:t>یہدنیا ایسیلگےگیآدمیکو کہ</w:t>
      </w:r>
    </w:p>
    <w:p>
      <w:r>
        <w:rPr>
          <w:b/>
        </w:rPr>
        <w:t xml:space="preserve">[28:38] </w:t>
      </w:r>
      <w:r>
        <w:t>do duniyaon ko lekar ke jannat ko chhodna goya ke bahut bada haqamat ka kaam kiya maine. Aisa lagega usko. To jannat aisi jagah hai.</w:t>
      </w:r>
    </w:p>
    <w:p>
      <w:pPr>
        <w:jc w:val="right"/>
      </w:pPr>
      <w:r>
        <w:t>دو دنیا ؤںکولےکرکےجنتکوچھوڑنا گویاکہبہت بڑا حماقتکاکامکیا میںنے۔ایسالگےگااسکو۔ تو جنت ایسیجگہہے۔</w:t>
      </w:r>
    </w:p>
    <w:p>
      <w:r>
        <w:rPr>
          <w:b/>
        </w:rPr>
        <w:t xml:space="preserve">[28:54] </w:t>
      </w:r>
      <w:r>
        <w:t>to Allah taala ne jannat ki khabar di insaan ko paighambaron ke zariye se, apni wahi ke zariye se.</w:t>
      </w:r>
    </w:p>
    <w:p>
      <w:pPr>
        <w:jc w:val="right"/>
      </w:pPr>
      <w:r>
        <w:t>تو اللہ تعالی نے جنتکو جنتکیخبر دی انسانکو پیغمبروںکےذریعےسے، اپنی وحیکےذریعےسے۔</w:t>
      </w:r>
    </w:p>
    <w:p>
      <w:r>
        <w:rPr>
          <w:b/>
        </w:rPr>
        <w:t xml:space="preserve">[29:04] </w:t>
      </w:r>
      <w:r>
        <w:t>aur mazeed yeh kiya ke aap ke andar jannat ki talab rakh di. Yeh bahut ajeeb baat hai. Har aadmi ke andar ek talab hai, ek ideal ki talash hai, ek maaye duniya ki talash hai. Woh kya hai? Woh jannat ki to talash hai, kyunki duniya mein to milti nahi. Woh</w:t>
      </w:r>
    </w:p>
    <w:p>
      <w:pPr>
        <w:jc w:val="right"/>
      </w:pPr>
      <w:r>
        <w:t>اورمزید یہکیا کہآپ کےاندرجنتکیطلب رکھدی۔ یہبہتعجیبباتہے۔ ہرآدمیکےاندرایک طلبہے، ایک آئیڈیلکیتلاشہے، ایک مائےدنیاکیتلاشہے۔وہکیاہے؟وہجن تیکیتوتلاشہے، کیونکہدنیا میںتوملتینہیں۔وہ</w:t>
      </w:r>
    </w:p>
    <w:p>
      <w:r>
        <w:rPr>
          <w:b/>
        </w:rPr>
        <w:t xml:space="preserve">[29:23] </w:t>
      </w:r>
      <w:r>
        <w:t>yani jo aap chahte hain, maslan aap fame chahte hain, aap political power chahte hain, aap daulat chahte hain, aap materialistic comfort chahte hain, in logon ko dekhen jinko yeh cheezen mil chuki hui hain.</w:t>
      </w:r>
    </w:p>
    <w:p>
      <w:pPr>
        <w:jc w:val="right"/>
      </w:pPr>
      <w:r>
        <w:t>یعنیجوآپ چاہرہےہیں، مثلاًآپفیمچاہتےہیں، آپپولیٹیکلپاورچاہتےہیں، آپ دولتچاہتےہیں، آپ مٹیریلسٹ کمفرٹچاہتےہیں، انلوگوںکودیکھیںجنکویہچیزیںملچکیہوئیہیں۔</w:t>
      </w:r>
    </w:p>
    <w:p>
      <w:r>
        <w:rPr>
          <w:b/>
        </w:rPr>
        <w:t xml:space="preserve">[29:40] </w:t>
      </w:r>
      <w:r>
        <w:t>ke agar farz kiye ke mujhe nahi yeh cheezen mili hain to mere paas aise bahut se log hain jinko yeh cheezen mili hui hain. Unki zindagi ko rate kijiye. Aap</w:t>
      </w:r>
    </w:p>
    <w:p>
      <w:pPr>
        <w:jc w:val="right"/>
      </w:pPr>
      <w:r>
        <w:t>کہاگر فرضکیےکہمجھےنہیں یہچیزیںملیہیں تو میرےاسپاس ایسےبہتسےلوگہیںجنکویہچیزیںملیہوئی ہیں۔ ان کیزندگی کوریٹکیجئے۔آپ</w:t>
      </w:r>
    </w:p>
    <w:p>
      <w:r>
        <w:rPr>
          <w:b/>
        </w:rPr>
        <w:t xml:space="preserve">[29:50] </w:t>
      </w:r>
      <w:r>
        <w:t>har ek ki zindagi bahut hi mazarrat bal dikhai degi, bahut hi mazarrat bal. Unki health kharab, unko neend nahi aati, unko ek ek waqt nahi ke woh sukoon ke saath, aaram ke saath guzaren. Har waqt telephone aa raha hai, har waqt koi milne aa raha hai, har waqt koi problem hai.</w:t>
      </w:r>
    </w:p>
    <w:p>
      <w:pPr>
        <w:jc w:val="right"/>
      </w:pPr>
      <w:r>
        <w:t>ہرایک کیزندگی بہت ہیمظربلدکھائیدےگی، بہت ہی مظ ربل۔انکیہیلتھخراب ،انکونیندنہیںآتی، انکوایک ایک وقت نہیں کہوہ سکونکےساتھ ،آرامکےساتھگزاریں۔ہروقت ٹیلیفونآرہاہے،ہروقتکوئیملنےآرہاہے،ہروقتکوئیپرابلمہے۔</w:t>
      </w:r>
    </w:p>
    <w:p>
      <w:r>
        <w:rPr>
          <w:b/>
        </w:rPr>
        <w:t xml:space="preserve">[30:13] </w:t>
      </w:r>
      <w:r>
        <w:t>to duniya ka milna aur na milna dono barabar hain.</w:t>
      </w:r>
    </w:p>
    <w:p>
      <w:pPr>
        <w:jc w:val="right"/>
      </w:pPr>
      <w:r>
        <w:t>تو دنیا کاملنا اورنہملنا دونوںبرابرہیں۔</w:t>
      </w:r>
    </w:p>
    <w:p>
      <w:r>
        <w:rPr>
          <w:b/>
        </w:rPr>
        <w:t xml:space="preserve">[30:21] </w:t>
      </w:r>
      <w:r>
        <w:t>jo jo kaifiyat uski hai, jo usko mila hua nahi hai, wahi kaifiyat uski bhia usko mila hua hai.</w:t>
      </w:r>
    </w:p>
    <w:p>
      <w:pPr>
        <w:jc w:val="right"/>
      </w:pPr>
      <w:r>
        <w:t>جو جو کیفیتاسکیہے،جواسکوملاہوانہیںہے، وہی کیفیتاسکیبھیاسکوملاہواہے۔</w:t>
      </w:r>
    </w:p>
    <w:p>
      <w:r>
        <w:rPr>
          <w:b/>
        </w:rPr>
        <w:t xml:space="preserve">[30:32] </w:t>
      </w:r>
      <w:r>
        <w:t>jiske paas bhi kaafi daulat hai, jiske paas political power hai, jiske paas jo fame wala aadmi hai, koi bhi cheez jisko log achha samajhte hain, aise bahut se log hain aapke paas jin hon ne woh cheezen unko mili hui hain.</w:t>
      </w:r>
    </w:p>
    <w:p>
      <w:pPr>
        <w:jc w:val="right"/>
      </w:pPr>
      <w:r>
        <w:t>جسکےپاس بھی کافی دولتہے،جسکےپاس پولیٹیکلپاورہے،جسکےپاس جو فیموالاآدمیہے، کوئیبھی چیزجسکولوگاچھاسمجھتےہیں، ایسےبہتسےلوگہیںآپکےاسپاس جن ہوںنےوہچیزیںانکوملی ہوئیہیں۔</w:t>
      </w:r>
    </w:p>
    <w:p>
      <w:r>
        <w:rPr>
          <w:b/>
        </w:rPr>
        <w:t xml:space="preserve">[30:46] </w:t>
      </w:r>
      <w:r>
        <w:t>aap unse unke haalat maloom kijiye.</w:t>
      </w:r>
    </w:p>
    <w:p>
      <w:pPr>
        <w:jc w:val="right"/>
      </w:pPr>
      <w:r>
        <w:t>آپ انسے انکےحالات معلومکیجئے۔</w:t>
      </w:r>
    </w:p>
    <w:p>
      <w:r>
        <w:rPr>
          <w:b/>
        </w:rPr>
        <w:t xml:space="preserve">[30:51] </w:t>
      </w:r>
      <w:r>
        <w:t>sab ka haal bura,</w:t>
      </w:r>
    </w:p>
    <w:p>
      <w:pPr>
        <w:jc w:val="right"/>
      </w:pPr>
      <w:r>
        <w:t>سب کاحال برا،</w:t>
      </w:r>
    </w:p>
    <w:p>
      <w:r>
        <w:rPr>
          <w:b/>
        </w:rPr>
        <w:t xml:space="preserve">[30:56] </w:t>
      </w:r>
      <w:r>
        <w:t>sab ka sehat kharab , sukoon nahi , har waqt tension , har waqt despair , har waqt stress.</w:t>
      </w:r>
    </w:p>
    <w:p>
      <w:pPr>
        <w:jc w:val="right"/>
      </w:pPr>
      <w:r>
        <w:t>سب کا صحت خراب ، سکوننہیں ، ہروقت ٹینشن ،ہروقت ڈسپیئر،ہروقت اسٹریس۔</w:t>
      </w:r>
    </w:p>
    <w:p>
      <w:r>
        <w:rPr>
          <w:b/>
        </w:rPr>
        <w:t xml:space="preserve">[31:06] </w:t>
      </w:r>
      <w:r>
        <w:t>to iske maani kiya hue hain? ke ek taraf aap ke andar jannat ki talab hai , aur doosri taraf yeh hai ke woh cheez milti nahi hai duniya mein . aap talib to poore maanon mein hain , matlab milta nahi hai aap ko .</w:t>
      </w:r>
    </w:p>
    <w:p>
      <w:pPr>
        <w:jc w:val="right"/>
      </w:pPr>
      <w:r>
        <w:t>تواسکےمعنیکیاہوئےہیں؟کہایکطرف آپ کےاندرجنتکیطلبہے، اور دوسریطرف یہہےکہ وہ چیزملتینہیںہےدنیا میں۔ آپ طالبتوپورےمعنوںمیںہیں، مطلوبملتانہیںہےآپکو ۔</w:t>
      </w:r>
    </w:p>
    <w:p>
      <w:r>
        <w:rPr>
          <w:b/>
        </w:rPr>
        <w:t xml:space="preserve">[31:20] </w:t>
      </w:r>
      <w:r>
        <w:t>yahi cheez apne aap mein is baat ko indicate karti hai ke aap ka matlab kahin aur hai , is duniya mein nahi hai .</w:t>
      </w:r>
    </w:p>
    <w:p>
      <w:pPr>
        <w:jc w:val="right"/>
      </w:pPr>
      <w:r>
        <w:t>یہیچیز اپنےآپ میں اسباتکو انڈیکیٹکرتیہےکہ آپ کا مطلوبکہیںاورہے،اسدنیامیںنہیںہے۔</w:t>
      </w:r>
    </w:p>
    <w:p>
      <w:r>
        <w:rPr>
          <w:b/>
        </w:rPr>
        <w:t xml:space="preserve">[31:30] </w:t>
      </w:r>
      <w:r>
        <w:t>to paighambaron ko Allah ne isi liye bheja ke woh batayein ke tumhara matlab , jis ke liye tum deewane ho rahe ho , wohi yahan hai nahi , woh to aakhirat mein hai .</w:t>
      </w:r>
    </w:p>
    <w:p>
      <w:pPr>
        <w:jc w:val="right"/>
      </w:pPr>
      <w:r>
        <w:t>تو پیغمبروںکواللہنےاسیلیےبھیجاکہوہبتائیں کہ تمہارامطلوب، جسکےلیےتم دیوانےہورہےہو،وہیہاںہےنہیں، وہتو آخرتمیںہے۔</w:t>
      </w:r>
    </w:p>
    <w:p>
      <w:r>
        <w:rPr>
          <w:b/>
        </w:rPr>
        <w:t xml:space="preserve">[31:40] </w:t>
      </w:r>
      <w:r>
        <w:t>yahan to sirf iski iski glimpse hai , iski jhalak hai .</w:t>
      </w:r>
    </w:p>
    <w:p>
      <w:pPr>
        <w:jc w:val="right"/>
      </w:pPr>
      <w:r>
        <w:t>یہاں توصرف اسکی اسکی گلمسہے،اسکیجھلکہے۔</w:t>
      </w:r>
    </w:p>
    <w:p>
      <w:r>
        <w:rPr>
          <w:b/>
        </w:rPr>
        <w:t xml:space="preserve">[31:49] </w:t>
      </w:r>
      <w:r>
        <w:t>to kaisi ajeeb baat hai ke wohi cheez jis ka aadmi sab se zyada talib hai , usi ke liye kuch nahi kar raha hai . woh kaisi ajeeb baat hai ?</w:t>
      </w:r>
    </w:p>
    <w:p>
      <w:pPr>
        <w:jc w:val="right"/>
      </w:pPr>
      <w:r>
        <w:t>تو کیسیعجیبباتہےکہوہیچیزجسکاآدمی سبسےزیادہطالبہے، اسیکےلیےکچھنہیںکررہاہے۔وہ کیسیعجیبباتہے؟</w:t>
      </w:r>
    </w:p>
    <w:p>
      <w:r>
        <w:rPr>
          <w:b/>
        </w:rPr>
        <w:t xml:space="preserve">[32:00] </w:t>
      </w:r>
      <w:r>
        <w:t>wohi cheez jis ke liye aadmi sab se zyada apne andar khwahish rakhta hai , sab se zyada jis ki talab hai , us ke andar usi ke liye woh kuch nahi kar raha , aur jis cheez ke liye kar raha hai , woh woh us ki talab ke mutabiq nahi .</w:t>
      </w:r>
    </w:p>
    <w:p>
      <w:pPr>
        <w:jc w:val="right"/>
      </w:pPr>
      <w:r>
        <w:t>وہیچیزجسکےلیے آدمی سبسےزیادہ اپنےاندرخواہشرکھتاہے، سبسےزیادہ جسکی طلبہے،اسکےاندر اسیکےلیےوہکچھنہیںکررہا، اور جس چیزکےلیےکررہاہے،وہ وہ اسکیطلبکےمطابق نہیں ۔</w:t>
      </w:r>
    </w:p>
    <w:p>
      <w:r>
        <w:rPr>
          <w:b/>
        </w:rPr>
        <w:t xml:space="preserve">[32:27] </w:t>
      </w:r>
      <w:r>
        <w:t>kaisi ajeeb baat hai ?</w:t>
      </w:r>
    </w:p>
    <w:p>
      <w:pPr>
        <w:jc w:val="right"/>
      </w:pPr>
      <w:r>
        <w:t>کیسیعجیبباتہے؟</w:t>
      </w:r>
    </w:p>
    <w:p>
      <w:r>
        <w:rPr>
          <w:b/>
        </w:rPr>
        <w:t xml:space="preserve">[32:37] </w:t>
      </w:r>
      <w:r>
        <w:t>to is hadith , woh ayat jo maine padhi , is ayat ka matlab yeh hai ke aap ko jannat ka ehsaas itna zyada aap ke andar badh jaye , aap ka intellectual development itna zyada tarraqi kar jaye ke aap ki poori soch jannat tarfiya ho jaye , poori thinking aap ka paradise orient d</w:t>
      </w:r>
    </w:p>
    <w:p>
      <w:pPr>
        <w:jc w:val="right"/>
      </w:pPr>
      <w:r>
        <w:t>تواسحدیث،وہآیتجومیںنےپڑھی، اسآیتکامطلبیہہے کہ آپ کو جن تکا شعور اتنازیادہ آپ کےاندربڑھجائے، آپ کا انٹلیکچولڈیولپمنٹ اتنا زیادہ ترقیکرجائےکہآپ کی پوری سوچ جنترخیہوجائے، پوریتھنکنگآپکا پیراڈائزاورینٹ ڈ</w:t>
      </w:r>
    </w:p>
    <w:p>
      <w:r>
        <w:rPr>
          <w:b/>
        </w:rPr>
        <w:t xml:space="preserve">[33:03] </w:t>
      </w:r>
      <w:r>
        <w:t>ho jaye . jab hi hoga to har cheez mein aap ko woh jo maine kaha ke paradise ka content dikhai dega , jaise phoolon mein nectar content hota hai , aisi har cheez mein aap ko paradise content dikhai dega .</w:t>
      </w:r>
    </w:p>
    <w:p>
      <w:pPr>
        <w:jc w:val="right"/>
      </w:pPr>
      <w:r>
        <w:t>ہوجائے۔جبیہہوگا تو ہرچیزمیںآپکو وہجومیںنےکہاکہپیراڈائزکاکنٹینٹدکھائیدےگا، جیسےپھولوںمیںنیکٹرکنٹینٹہوتاہے، ایسیہرچیزمیںآپکوپیراڈائزکنٹینٹدکھائیدےگا۔</w:t>
      </w:r>
    </w:p>
    <w:p>
      <w:r>
        <w:rPr>
          <w:b/>
        </w:rPr>
        <w:t xml:space="preserve">[33:18] </w:t>
      </w:r>
      <w:r>
        <w:t>jaise ek sahib se mulaqat meri hui</w:t>
      </w:r>
    </w:p>
    <w:p>
      <w:pPr>
        <w:jc w:val="right"/>
      </w:pPr>
      <w:r>
        <w:t>جیسے ایک صاحب سےملاقاتمیریہوئی</w:t>
      </w:r>
    </w:p>
    <w:p>
      <w:r>
        <w:rPr>
          <w:b/>
        </w:rPr>
        <w:t xml:space="preserve">[33:23] </w:t>
      </w:r>
      <w:r>
        <w:t>to unhone kaha ke main is se pehle woh service karte the , to</w:t>
      </w:r>
    </w:p>
    <w:p>
      <w:pPr>
        <w:jc w:val="right"/>
      </w:pPr>
      <w:r>
        <w:t>تو انہوںنےکہاکہمیں اسسےپہلے وہ سروسکرتے تھے،تو</w:t>
      </w:r>
    </w:p>
    <w:p>
      <w:r>
        <w:rPr>
          <w:b/>
        </w:rPr>
        <w:t xml:space="preserve">[33:29] </w:t>
      </w:r>
      <w:r>
        <w:t>unhone kaha ke is se pehle main aarzi taur par service mili thi , mujhe temporary , ab mujh ko permanent kar diya gaya hai , ab mustaqil kar diya gaya hai .</w:t>
      </w:r>
    </w:p>
    <w:p>
      <w:pPr>
        <w:jc w:val="right"/>
      </w:pPr>
      <w:r>
        <w:t>انہوںنےکہاکہاسسےپہلے میں عارضیطورپر سروسملیتھی،مجھے ٹیمپریری، ابمجھکو پرماننٹکردیاگیاہے، اب مستقلکردیا گیاہے۔</w:t>
      </w:r>
    </w:p>
    <w:p>
      <w:r>
        <w:rPr>
          <w:b/>
        </w:rPr>
        <w:t xml:space="preserve">[33:41] </w:t>
      </w:r>
      <w:r>
        <w:t>to yeh cheez bhi mere liye ek woh ban gayi , yaani point of reference ban gayi .</w:t>
      </w:r>
    </w:p>
    <w:p>
      <w:pPr>
        <w:jc w:val="right"/>
      </w:pPr>
      <w:r>
        <w:t>تو یہچیزبھی میرےلیے ایک وہ بنگئی ، یعنیپوائنٹآفریفرنسبنگئی۔</w:t>
      </w:r>
    </w:p>
    <w:p>
      <w:r>
        <w:rPr>
          <w:b/>
        </w:rPr>
        <w:t xml:space="preserve">[33:47] </w:t>
      </w:r>
      <w:r>
        <w:t>main socha ke khuda ya ! duniya mein tune mujhe har cheez di , khane ka saaman , peene ka saaman , raat ko sone ke liye bistar , rehne ke liye ghar , bahut se saathi , yaani har cheez duniya mein mujhe di aap ne .</w:t>
      </w:r>
    </w:p>
    <w:p>
      <w:pPr>
        <w:jc w:val="right"/>
      </w:pPr>
      <w:r>
        <w:t>میں سوچاکہخدایا!دنیا میںتونےمجھے ہرچیزدی، کھانےکا سامان،پینےکاسامان، راتکوسونےکےلیے بستر، رہ نےکےلیےگھر ،بہت سےساتھی،یعنیہرچیزدنیا میںمجھے دیآپنے۔</w:t>
      </w:r>
    </w:p>
    <w:p>
      <w:r>
        <w:rPr>
          <w:b/>
        </w:rPr>
        <w:t xml:space="preserve">[34:01] </w:t>
      </w:r>
      <w:r>
        <w:t>to yeh aarzi thi , aarzi duniya mein sab cheez di , ab ek aur duniya aane wali hai jo jo ke mustaqil hogi , permanent hogi , wahan bhi to mujhe yeh nematein de de .</w:t>
      </w:r>
    </w:p>
    <w:p>
      <w:pPr>
        <w:jc w:val="right"/>
      </w:pPr>
      <w:r>
        <w:t>تویہعارضیتھی، عارضیدنیامیں سبچیزدی، اب ایکاوردنیا آنےوالیہےجو جو کہ مست قلہوگی،پرماننٹہوگی، وہاںبھی تومجھے یہ نعمتیںدےدے۔</w:t>
      </w:r>
    </w:p>
    <w:p>
      <w:r>
        <w:rPr>
          <w:b/>
        </w:rPr>
        <w:t xml:space="preserve">[34:14] </w:t>
      </w:r>
      <w:r>
        <w:t>to dekhein , har har aadmi ko mila hua hai kuch na kuch is duniya mein , saaman hayat , lekin aarzi taur par mila hua hai .</w:t>
      </w:r>
    </w:p>
    <w:p>
      <w:pPr>
        <w:jc w:val="right"/>
      </w:pPr>
      <w:r>
        <w:t>تودیکھیں،ہرہرآدمی کو ملاہواہےکچھنہکچھاسدنیا میں ،سامان حیات، لیکن عارضیطورپرملاہواہے۔</w:t>
      </w:r>
    </w:p>
    <w:p>
      <w:r>
        <w:rPr>
          <w:b/>
        </w:rPr>
        <w:t xml:space="preserve">[34:26] </w:t>
      </w:r>
      <w:r>
        <w:t>to ek aadmi agar aapse yeh kehta hai ke main is se pehle temporary thi , meri service ab permanent ho gayi , woh aap ke liye point of reference ban jayega , agar aap ka ehsaas zinda ho to</w:t>
      </w:r>
    </w:p>
    <w:p>
      <w:pPr>
        <w:jc w:val="right"/>
      </w:pPr>
      <w:r>
        <w:t>توایکآدمیاگرآپسےیہکہتاہے کہمیں اسسےپہلے ٹیمپریریتھی،میریسروس ابپرماننٹہوگئی، وہآپکےلیے پوائنٹآفریفرنسبنجائےگا،اگرآپکاشعورزندہہوتو</w:t>
      </w:r>
    </w:p>
    <w:p>
      <w:r>
        <w:rPr>
          <w:b/>
        </w:rPr>
        <w:t xml:space="preserve">[34:38] </w:t>
      </w:r>
      <w:r>
        <w:t>ke khuda ya ! tune mujhe duniya mein aarzi taur par saaman hayat diya , har cheez di yahan par , aise hi to aakhirat mein mujhe sab cheez de de , mustaqil zindagi mein , abadi zindagi mein .</w:t>
      </w:r>
    </w:p>
    <w:p>
      <w:pPr>
        <w:jc w:val="right"/>
      </w:pPr>
      <w:r>
        <w:t>کہخدایا!تونےمجھےدنیامیں عارضیطورپر سام انحیاتدیا،ہرچیز دییہاںپر ،ایسےہیتوآخرتمیںمجھےسبچیزدےدے، مست قل زندگی میں،ابدیزندگی میں۔</w:t>
      </w:r>
    </w:p>
    <w:p>
      <w:r>
        <w:rPr>
          <w:b/>
        </w:rPr>
        <w:t xml:space="preserve">[34:53] </w:t>
      </w:r>
      <w:r>
        <w:t>to har cheez aap ke liye point of reference ban jayegi , har cheez , har cheez , har cheez .</w:t>
      </w:r>
    </w:p>
    <w:p>
      <w:pPr>
        <w:jc w:val="right"/>
      </w:pPr>
      <w:r>
        <w:t>تو ہرچیز آپ کےلیےپوائنٹآف ریفرنسبنجائےگی،ہرچیز،ہرچیز،ہرچیز۔</w:t>
      </w:r>
    </w:p>
    <w:p>
      <w:r>
        <w:rPr>
          <w:b/>
        </w:rPr>
        <w:t xml:space="preserve">[35:00] </w:t>
      </w:r>
      <w:r>
        <w:t>aur wohi hai ma'rifat</w:t>
      </w:r>
    </w:p>
    <w:p>
      <w:pPr>
        <w:jc w:val="right"/>
      </w:pPr>
      <w:r>
        <w:t>اوروہیہے معرفت</w:t>
      </w:r>
    </w:p>
    <w:p>
      <w:r>
        <w:rPr>
          <w:b/>
        </w:rPr>
        <w:t xml:space="preserve">[35:02] </w:t>
      </w:r>
      <w:r>
        <w:t>. main bahut dinon se is ayat ko sochta tha ke is ayat ka matlab kya hai ke yadkhulul jannata yuarifu halahum ke jannat tum mein dakhil karega unko jinko jannat ki pehchan kara di hai .</w:t>
      </w:r>
    </w:p>
    <w:p>
      <w:pPr>
        <w:jc w:val="right"/>
      </w:pPr>
      <w:r>
        <w:t>۔میں بہت دنوںسےاسآیتکوسوچتاتھاکہاسآیتکامطلبکیاہے کہ یدخلوا الجنةتعرفحال ہم کہجن تمیںداخل کرےگاانکو جنکو جنتکی پہچانکرادیہے۔</w:t>
      </w:r>
    </w:p>
    <w:p>
      <w:r>
        <w:rPr>
          <w:b/>
        </w:rPr>
        <w:t xml:space="preserve">[35:13] </w:t>
      </w:r>
      <w:r>
        <w:t>is ka matlab meri samajh mein yahi aaya ke duniya ki har cheez mein paradise ka ek ta'aruf hai , paradise ka ek ek jhalak hai , paradise ek paradise content is mein ek mila hua hai , jis tarah phoolon mein nectar content hota hai .</w:t>
      </w:r>
    </w:p>
    <w:p>
      <w:pPr>
        <w:jc w:val="right"/>
      </w:pPr>
      <w:r>
        <w:t>اسکامطلب میریسمجھمیںیہیآیا کہ دنیا کیہرچیزمیں پیراڈائزکاایک تعارفہے، پیراڈائزکاایک ایک جھلکہے، پیراڈائز ایک پیراڈائزکنٹینٹاسمیںایک ملاہواہے، جسطرحپھولوںمیں نیکٹرکنٹینٹہوتاہے۔</w:t>
      </w:r>
    </w:p>
    <w:p>
      <w:r>
        <w:rPr>
          <w:b/>
        </w:rPr>
        <w:t xml:space="preserve">[35:29] </w:t>
      </w:r>
      <w:r>
        <w:t>isko paalna , isko point of reference bana kar ke dua karte rehna , yeh matlab hai is ka .</w:t>
      </w:r>
    </w:p>
    <w:p>
      <w:pPr>
        <w:jc w:val="right"/>
      </w:pPr>
      <w:r>
        <w:t>اسکو پالنا، اسکو پوائنٹآف ریفرنسبناکرکےدعاکرتے رہنا، یہمطلبہےاسکا ۔</w:t>
      </w:r>
    </w:p>
    <w:p>
      <w:r>
        <w:rPr>
          <w:b/>
        </w:rPr>
        <w:t xml:space="preserve">[35:46] </w:t>
      </w:r>
      <w:r>
        <w:t>to agar aap ka , yaani aap ko ehsaas ho jaye , is baat ka ehsaas ho jaye ke ke asal zindagi jo jannat ki zindagi hai , to har cheez mein aap ko usi waheen niklegi . aap ko jaise misaal ke taur par dekhiye ,</w:t>
      </w:r>
    </w:p>
    <w:p>
      <w:pPr>
        <w:jc w:val="right"/>
      </w:pPr>
      <w:r>
        <w:t>تواگر آپ کا ،یعنیآپکو شعورہوجائے ،اسباتکاشعورہوجائےکہ کہ اصلزندگی جو جنتکیزندگی ہے، تو ہرچیز میںآپکو اسیوہیدعانکلےگی۔آپکو جیسے مثالکےطورپردیکھیے،</w:t>
      </w:r>
    </w:p>
    <w:p>
      <w:r>
        <w:rPr>
          <w:b/>
        </w:rPr>
        <w:t xml:space="preserve">[36:05] </w:t>
      </w:r>
      <w:r>
        <w:t>rasool Allah ki zindagi ka ek waqea hai, usko hum kehte hain ghazwa khandaq.</w:t>
      </w:r>
    </w:p>
    <w:p>
      <w:pPr>
        <w:jc w:val="right"/>
      </w:pPr>
      <w:r>
        <w:t>رسولاللہکیزندگی کاایکواقعہہے،اسکوہمکہتےہیں غزوہخندق ۔</w:t>
      </w:r>
    </w:p>
    <w:p>
      <w:r>
        <w:rPr>
          <w:b/>
        </w:rPr>
        <w:t xml:space="preserve">[36:11] </w:t>
      </w:r>
      <w:r>
        <w:t>ghazwa khandaq mein madine ke ek ek taraf poora ek ek khandaq khodi gayi thi, ek trench khoda gaya tha, aur usmein rasool Allah khud bhi shareek shamil hue the.</w:t>
      </w:r>
    </w:p>
    <w:p>
      <w:pPr>
        <w:jc w:val="right"/>
      </w:pPr>
      <w:r>
        <w:t>غزوہخندقمیں مدینےکےایکایکطرف پورا ایک ایک خندقکھودیگئیتھی، ایک ٹرینچکھوداگیاتھا، اوراسمیںرسولاللہخودبھی شریکشامل ہوئے تھے۔</w:t>
      </w:r>
    </w:p>
    <w:p>
      <w:r>
        <w:rPr>
          <w:b/>
        </w:rPr>
        <w:t xml:space="preserve">[36:23] </w:t>
      </w:r>
      <w:r>
        <w:t>to bohat bada, yaani bohat sakht waqt tha. woh quran mein aata hai ke balghat al quloob al hanajir bohat sakht waqt tha.</w:t>
      </w:r>
    </w:p>
    <w:p>
      <w:pPr>
        <w:jc w:val="right"/>
      </w:pPr>
      <w:r>
        <w:t>تو بہت بڑا، یعنیبہت سخت وقتتھا۔وہ قرآنمیںآتاہےکہ بلغ ت القلوب الحناجر بہت سختوقت تھا۔</w:t>
      </w:r>
    </w:p>
    <w:p>
      <w:r>
        <w:rPr>
          <w:b/>
        </w:rPr>
        <w:t xml:space="preserve">[36:35] </w:t>
      </w:r>
      <w:r>
        <w:t>isi mauqe ka waqea hai ke pait par pathar bandha hua tha.</w:t>
      </w:r>
    </w:p>
    <w:p>
      <w:pPr>
        <w:jc w:val="right"/>
      </w:pPr>
      <w:r>
        <w:t>اسیموقعکاواقع ہہےکہ پیٹپرپتھربندھاہواتھا۔</w:t>
      </w:r>
    </w:p>
    <w:p>
      <w:r>
        <w:rPr>
          <w:b/>
        </w:rPr>
        <w:t xml:space="preserve">[36:40] </w:t>
      </w:r>
      <w:r>
        <w:t>to ek shakhs aata hai aur aap se kehta hai ke rasool Allah! hum faqe se hain, khane ko nahi mila, kyunke charon taraf se woh raaste bandh gaye the, koi rasad aati nahi thi.</w:t>
      </w:r>
    </w:p>
    <w:p>
      <w:pPr>
        <w:jc w:val="right"/>
      </w:pPr>
      <w:r>
        <w:t>تو ایک شخص آتاہے اور آپسے کہتاہےکہ رسولاللہ!ہم فاقےسےہیں، کھانےکونہیںملا، کیونکہ چاروںطرف سے وہ راستےبندہوگئےتھے، کوئیرسدآتینہیںتھی۔</w:t>
      </w:r>
    </w:p>
    <w:p>
      <w:r>
        <w:rPr>
          <w:b/>
        </w:rPr>
        <w:t xml:space="preserve">[36:57] </w:t>
      </w:r>
      <w:r>
        <w:t>yaani woh, yaani gaah musalman gaah se jism mein ho gaye the, us waqt muhasre mein ho gaye the.</w:t>
      </w:r>
    </w:p>
    <w:p>
      <w:pPr>
        <w:jc w:val="right"/>
      </w:pPr>
      <w:r>
        <w:t>یعنی وہ، یعنی گاہ مسلمان گاہسیجمیںہوگئےتھے،اسوقت محاصرےمیںہوگئےتھے۔</w:t>
      </w:r>
    </w:p>
    <w:p>
      <w:r>
        <w:rPr>
          <w:b/>
        </w:rPr>
        <w:t xml:space="preserve">[37:06] </w:t>
      </w:r>
      <w:r>
        <w:t>to madina jo tha, woh ek ek muhasre mein ho gaya tha, andar andar se jo ho gaya tha. to unhon ne shikayat ki ke hum ko koi din se humein khana nahi mila.</w:t>
      </w:r>
    </w:p>
    <w:p>
      <w:pPr>
        <w:jc w:val="right"/>
      </w:pPr>
      <w:r>
        <w:t>تو مدینہجوتھا، وہ ایک ایک محاصرےمیںہوگیاتھا، انڈرانڈرسیجہوگیاتھا۔ تو انہوں نے شکایتکی کہہمکوکئیدن سےہمیںکھانا ہینہیںملا۔</w:t>
      </w:r>
    </w:p>
    <w:p>
      <w:r>
        <w:rPr>
          <w:b/>
        </w:rPr>
        <w:t xml:space="preserve">[37:19] </w:t>
      </w:r>
      <w:r>
        <w:t>us waqt rasool Allah ne farmaya tha ke Allahumma la 'ishata illa 'ishatul akhirah fa aghfir lil ansari wal muhajirah. aye Allah! zindagi to akhirat ki zindagi hai, aaram to wahan ka aaram hai,</w:t>
      </w:r>
    </w:p>
    <w:p>
      <w:pPr>
        <w:jc w:val="right"/>
      </w:pPr>
      <w:r>
        <w:t>اسوقت رسولاللہ نےفرمایاتھا کہاللہ ملااشاءالا عاشالاخرہ فاغفرالانسانوالم ہاجرہ اےاللہ!زندگی توآخرتکیزندگی ہے، آرامتووہاںکاآرامہے،</w:t>
      </w:r>
    </w:p>
    <w:p>
      <w:r>
        <w:rPr>
          <w:b/>
        </w:rPr>
        <w:t xml:space="preserve">[37:34] </w:t>
      </w:r>
      <w:r>
        <w:t>to hum ko bakhsh de.</w:t>
      </w:r>
    </w:p>
    <w:p>
      <w:pPr>
        <w:jc w:val="right"/>
      </w:pPr>
      <w:r>
        <w:t>توہمکو بخش دے۔</w:t>
      </w:r>
    </w:p>
    <w:p>
      <w:r>
        <w:rPr>
          <w:b/>
        </w:rPr>
        <w:t xml:space="preserve">[37:39] </w:t>
      </w:r>
      <w:r>
        <w:t>to duniya mein aap ko mile, tab bhi uski koi haqeeqat nahi, na mile, tab bhi koi haqeeqat nahi. to har mauqe ko, har mauqe ko aap, har mauqe par aap ke andar se yeh dua niklni chahiye ke khuda ya!</w:t>
      </w:r>
    </w:p>
    <w:p>
      <w:pPr>
        <w:jc w:val="right"/>
      </w:pPr>
      <w:r>
        <w:t>تو دنیا میں آپ کو ملے، تب بھیاسکیکوئیحقیقتنہیں،نہملے،تببھیکوئیحقیقتنہیں۔ تو ہر موقع کو ،ہرموقع کوآپ ،ہرموقعپرآپکےاندر سے یہدعانکلنیچاہیےکہخدایا!</w:t>
      </w:r>
    </w:p>
    <w:p>
      <w:r>
        <w:rPr>
          <w:b/>
        </w:rPr>
        <w:t xml:space="preserve">[37:54] </w:t>
      </w:r>
      <w:r>
        <w:t>duniya ki koi haqeeqat nahi hai, akhirat mein to mujhe abadi jo duniya hai, wahan jannat de de.</w:t>
      </w:r>
    </w:p>
    <w:p>
      <w:pPr>
        <w:jc w:val="right"/>
      </w:pPr>
      <w:r>
        <w:t>دنیا کیکوئیحقیقتنہیں ہے، آخرتمیںتو مجھے ابدی جو دنیا ہے،وہاںجنتدےدے۔</w:t>
      </w:r>
    </w:p>
    <w:p>
      <w:r>
        <w:rPr>
          <w:b/>
        </w:rPr>
        <w:t xml:space="preserve">[38:05] </w:t>
      </w:r>
      <w:r>
        <w:t>to main to, main to yeh samajhta hoon ke duniya mein aap ko rakha gaya isi liye ke aap akhirat ko yaad karein aur jannat ki dua karte rahein. mujhe to aisa lagta hai ke duniya mein rakhne ka maqsad hi yeh hai ke aap ko mukhtalif tajrubaat ke dauran akhirat yaad aaye aur jannat ki dua karte rahein.</w:t>
      </w:r>
    </w:p>
    <w:p>
      <w:pPr>
        <w:jc w:val="right"/>
      </w:pPr>
      <w:r>
        <w:t>تو میں تو،میںتویہسمجھتاہوںکہدنیا میں آپکورکھاگیااسیلیےکہآپ آخرتکویادکریںاورجنتکیدعاکرتے رہیں۔ مجھےتوایسالگتاہے کہدنیا میںرکھنےکامقصد ہییہہےکہآپکو مختلف تجربات کےدوران آخرتیادآئے اور جنتکیدعاکرتے رہیں۔</w:t>
      </w:r>
    </w:p>
    <w:p>
      <w:r>
        <w:rPr>
          <w:b/>
        </w:rPr>
        <w:t xml:space="preserve">[38:28] </w:t>
      </w:r>
      <w:r>
        <w:t>kyunke jannat mein har cheez milegi, yaani khana peena aap chahte hain, woh bhi wahan par milega, aala shakl mein.</w:t>
      </w:r>
    </w:p>
    <w:p>
      <w:pPr>
        <w:jc w:val="right"/>
      </w:pPr>
      <w:r>
        <w:t>کیونکہجن تی میں ہرچیزملےگی، یعنی کھاناپیناآپچاہتےہیں،وہبھیوہاںپرملےگا، اعلیٰشکلمیں۔</w:t>
      </w:r>
    </w:p>
    <w:p>
      <w:r>
        <w:rPr>
          <w:b/>
        </w:rPr>
        <w:t xml:space="preserve">[38:36] </w:t>
      </w:r>
      <w:r>
        <w:t>saath bhi chahte hain, wahan behtareen saathi milenge. sari activities wohi, wahan par hongi.</w:t>
      </w:r>
    </w:p>
    <w:p>
      <w:pPr>
        <w:jc w:val="right"/>
      </w:pPr>
      <w:r>
        <w:t>ساتھ یچاہتےہیں،وہاں بہترین ساتھیملیںگے۔ ساریایکٹیویٹیزجوہیں،وہاںپرہوںگی۔</w:t>
      </w:r>
    </w:p>
    <w:p>
      <w:r>
        <w:rPr>
          <w:b/>
        </w:rPr>
        <w:t xml:space="preserve">[38:43] </w:t>
      </w:r>
      <w:r>
        <w:t>aisa nahi ke koi</w:t>
      </w:r>
    </w:p>
    <w:p>
      <w:pPr>
        <w:jc w:val="right"/>
      </w:pPr>
      <w:r>
        <w:t>ایسانہیں کہکوئی</w:t>
      </w:r>
    </w:p>
    <w:p>
      <w:r>
        <w:rPr>
          <w:b/>
        </w:rPr>
        <w:t xml:space="preserve">[38:47] </w:t>
      </w:r>
      <w:r>
        <w:t>sari activities duniya mein hain, woh activities wahan hongi, albattah zyada higher form mein hongi, zyada aala aala surat mein hongi aur abadi taur par hongi. wahan border nahi, wahan border nahi, wahan bimariyan nahi,</w:t>
      </w:r>
    </w:p>
    <w:p>
      <w:pPr>
        <w:jc w:val="right"/>
      </w:pPr>
      <w:r>
        <w:t>ساریایکٹیویٹیز دنیا میںہیں،وہ ایکٹیویٹیزوہاںہوںگی، البتہ زیادہ ہائیرفارممیںہوںگی، زیادہ اعلیٰاعلیٰصورت میںہوںگی اور ابدیطورپرہوںگی۔وہاںبارڈرنہیں،وہاںبارڈرنہیں،وہاںبیمارینہیں،</w:t>
      </w:r>
    </w:p>
    <w:p>
      <w:r>
        <w:rPr>
          <w:b/>
        </w:rPr>
        <w:t xml:space="preserve">[39:01] </w:t>
      </w:r>
      <w:r>
        <w:t>wahan koi accident na ho. to endless, endless joy aisi duniya hogi. woh</w:t>
      </w:r>
    </w:p>
    <w:p>
      <w:pPr>
        <w:jc w:val="right"/>
      </w:pPr>
      <w:r>
        <w:t>وہاںکوئیایکسیڈنٹنہیں۔ تو اینڈ لیس، اینڈلیس جوائے ایسی دنیا ہوگی۔وہ</w:t>
      </w:r>
    </w:p>
    <w:p>
      <w:r>
        <w:rPr>
          <w:b/>
        </w:rPr>
        <w:t xml:space="preserve">[39:16] </w:t>
      </w:r>
      <w:r>
        <w:t>to insaan ka sab se bada goal ya apni energy ka, apne maal ka, apne waqt ka, har cheez ka sab se bada masraf yahi hai ke aadmi is raah mein kharch kare, is raah mein koshish kare jo aakhir mein usko jannat tak pahunchane wala ho.</w:t>
      </w:r>
    </w:p>
    <w:p>
      <w:pPr>
        <w:jc w:val="right"/>
      </w:pPr>
      <w:r>
        <w:t>تو انسان کا سبسےبڑاگول یا اپنی انرجیکا،اپنے مال کا ،اپنے وقت کا،ہرچیزکا سببڑامصرفیہیہےکہآدمی اس راہمیں خرچکرے،اسراہمیںکوششکرے جو آخرمیںاسکو جنتتکپہنچانےوالاہو۔</w:t>
      </w:r>
    </w:p>
    <w:p>
      <w:r>
        <w:rPr>
          <w:b/>
        </w:rPr>
        <w:t xml:space="preserve">[39:40] </w:t>
      </w:r>
      <w:r>
        <w:t>koi doosri cheez insaan ka goal nahi ban sakti siwaye jannat ke.</w:t>
      </w:r>
    </w:p>
    <w:p>
      <w:pPr>
        <w:jc w:val="right"/>
      </w:pPr>
      <w:r>
        <w:t>کوئی دوس ریچیز انسان کا گولنہیں بنسکتی سوائےجنتکے ۔</w:t>
      </w:r>
    </w:p>
    <w:p>
      <w:r>
        <w:rPr>
          <w:b/>
        </w:rPr>
        <w:t xml:space="preserve">[39:48] </w:t>
      </w:r>
      <w:r>
        <w:t>koi doosri cheez goal nahi ban sakti.</w:t>
      </w:r>
    </w:p>
    <w:p>
      <w:pPr>
        <w:jc w:val="right"/>
      </w:pPr>
      <w:r>
        <w:t>کوئی دوسریچیزگولنہیںبنسکتی۔</w:t>
      </w:r>
    </w:p>
    <w:p>
      <w:r>
        <w:rPr>
          <w:b/>
        </w:rPr>
        <w:t xml:space="preserve">[39:55] </w:t>
      </w:r>
      <w:r>
        <w:t>kyunke aap jante hain ke is duniya mein aadmi paida hua hai to koi bhi aisa shakhs nahi jo hamesha rahe jahan.</w:t>
      </w:r>
    </w:p>
    <w:p>
      <w:pPr>
        <w:jc w:val="right"/>
      </w:pPr>
      <w:r>
        <w:t>کیونکہآپجانتےہیںکہاسدنیا میں آدمی پیدا ہواہے توکوئیبھی ایساشخصنہیںجوہمیشہرہ ےجہاں۔</w:t>
      </w:r>
    </w:p>
    <w:p>
      <w:r>
        <w:rPr>
          <w:b/>
        </w:rPr>
        <w:t xml:space="preserve">[40:05] </w:t>
      </w:r>
      <w:r>
        <w:t>kullu nafsin za'iqatul maut. behal aap aadmi ko marna hai,</w:t>
      </w:r>
    </w:p>
    <w:p>
      <w:pPr>
        <w:jc w:val="right"/>
      </w:pPr>
      <w:r>
        <w:t>کل نفس ذائقۃ الموت بہرحالآپ آدمیکومرناہے،</w:t>
      </w:r>
    </w:p>
    <w:p>
      <w:r>
        <w:rPr>
          <w:b/>
        </w:rPr>
        <w:t xml:space="preserve">[40:11] </w:t>
      </w:r>
      <w:r>
        <w:t>marne ke baad akhirat ki duniya mein dakhil hona hai, aur uske baad kya hai? ya jannat hai ya jahannum hai. to sab se bada sawal to yahi hai, sab se bada sawal yeh yeh hai jis par aadmi ko sochna chahiye.</w:t>
      </w:r>
    </w:p>
    <w:p>
      <w:pPr>
        <w:jc w:val="right"/>
      </w:pPr>
      <w:r>
        <w:t>مرنےکےبعد آخرتکیدنیامیںداخلہوناہے، اوراسکےبعد کیاہے؟یاجنتہےیاجہنمہے۔ توسبسےبڑا سوالتویہیہے، سبسےبڑاسوال یہیہےجسپرآدمیکوسوچناچاہیے۔</w:t>
      </w:r>
    </w:p>
    <w:p>
      <w:r>
        <w:rPr>
          <w:b/>
        </w:rPr>
        <w:t xml:space="preserve">[40:29] </w:t>
      </w:r>
      <w:r>
        <w:t>yaani ek waqt aayega jabke aadmi yeh sochega ke sab se bada jo sawal tha, usi ko main nazar andaz kar raha hoon, usi ko main apni zindagi mein ignore karta raha hoon.</w:t>
      </w:r>
    </w:p>
    <w:p>
      <w:pPr>
        <w:jc w:val="right"/>
      </w:pPr>
      <w:r>
        <w:t>یعنیایکوقت آئےگاجبکہآدمییہسوچےگا کہ سبسےبڑاجوسوالتھا، اسیکومیں نظر اندازکررہاہوں،اسیکومیں اپنیزندگی میں اگنورکرتارہاہوں۔</w:t>
      </w:r>
    </w:p>
    <w:p>
      <w:r>
        <w:rPr>
          <w:b/>
        </w:rPr>
        <w:t xml:space="preserve">[40:46] </w:t>
      </w:r>
      <w:r>
        <w:t>to hamara mission woh hai, sach poochhein to woh mission hi hai ke insaan ko yeh batana ke aye insaan!</w:t>
      </w:r>
    </w:p>
    <w:p>
      <w:pPr>
        <w:jc w:val="right"/>
      </w:pPr>
      <w:r>
        <w:t>توہمارا مشنجوہے، سچپوچھیںتووہمشنیہیہے کہانسان کو یہبت انا کہاےانسان!</w:t>
      </w:r>
    </w:p>
    <w:p>
      <w:r>
        <w:rPr>
          <w:b/>
        </w:rPr>
        <w:t xml:space="preserve">[40:56] </w:t>
      </w:r>
      <w:r>
        <w:t>teri manzil jannat hai, teri koshishon ka jo markaz-e-محور hai, woh jannat hai. Tujhe apni jaan, apna maal, apna waqt, sab kuch wahan kharch karna hai jahan tum ko jannat milne wali ho.</w:t>
      </w:r>
    </w:p>
    <w:p>
      <w:pPr>
        <w:jc w:val="right"/>
      </w:pPr>
      <w:r>
        <w:t>تیریمنزل جنتہے، تیری کوششوںکا جو مرک ز محورہے،وہ جنتہے۔ تجھے اپنی ان رجی، اپنامال ،اپنا وقت ،سب کچھ وہاں خرچکرناہے جہاںتم کوجنتملنےوالی ہو۔</w:t>
      </w:r>
    </w:p>
    <w:p>
      <w:r>
        <w:rPr>
          <w:b/>
        </w:rPr>
        <w:t xml:space="preserve">[41:16] </w:t>
      </w:r>
      <w:r>
        <w:t>yeh mission hai aur koi mission nahin hai.</w:t>
      </w:r>
    </w:p>
    <w:p>
      <w:pPr>
        <w:jc w:val="right"/>
      </w:pPr>
      <w:r>
        <w:t>یہیمشنہے اور کوئیمشننہیںہے۔</w:t>
      </w:r>
    </w:p>
    <w:p>
      <w:r>
        <w:rPr>
          <w:b/>
        </w:rPr>
        <w:t xml:space="preserve">[41:30] </w:t>
      </w:r>
      <w:r>
        <w:t>Aap Quran ko parhein to Quran mein ahkam bahut hi kam hain, bahut kam hain. Zyada tar tazkira is mein jannat aur jahannam ka hai, zyada tar.</w:t>
      </w:r>
    </w:p>
    <w:p>
      <w:pPr>
        <w:jc w:val="right"/>
      </w:pPr>
      <w:r>
        <w:t>آپ قرآنکوپڑھیں تو قرآنمیں احکامبہت ہی کم ہیں،بہت کم ہیں۔ زیادہ تر تذکرہاسمیںجنتاورجہنمکاہے، زیادہ تر ۔</w:t>
      </w:r>
    </w:p>
    <w:p>
      <w:r>
        <w:rPr>
          <w:b/>
        </w:rPr>
        <w:t xml:space="preserve">[41:45] </w:t>
      </w:r>
      <w:r>
        <w:t>Goya Quran woh hai, isi liye kaha gaya ke inzar aur tafseer ki kitab hai. Inzar ke ma'ni warning dena aur tafseer ke ma'ni khushkhabri dena, بشارت dena.</w:t>
      </w:r>
    </w:p>
    <w:p>
      <w:pPr>
        <w:jc w:val="right"/>
      </w:pPr>
      <w:r>
        <w:t>گویاقرآنجوہے، اسیلیےکہاگیا کہ انظاراورتفسیرکیکتاب ہے۔ انظارکےمعنی وارننگدینا اور تفسیرکےمعنی خوشخبری دینا، بش ارتدینا۔</w:t>
      </w:r>
    </w:p>
    <w:p>
      <w:r>
        <w:rPr>
          <w:b/>
        </w:rPr>
        <w:t xml:space="preserve">[42:01] </w:t>
      </w:r>
      <w:r>
        <w:t>Goya poora poora Quran woh hai, jahannam ki warning hai aur jannat ki بشارت hai, good tidings hai.</w:t>
      </w:r>
    </w:p>
    <w:p>
      <w:pPr>
        <w:jc w:val="right"/>
      </w:pPr>
      <w:r>
        <w:t>گویاپورا پورا قرآنجوہے، جہنمکیوارننگہے اور جنت کی بش ارتہے،گڈٹائڈنگہے۔</w:t>
      </w:r>
    </w:p>
    <w:p>
      <w:r>
        <w:rPr>
          <w:b/>
        </w:rPr>
        <w:t xml:space="preserve">[42:11] </w:t>
      </w:r>
      <w:r>
        <w:t>Allah ke nazdeek sab se bada mas'ala yahi hai.</w:t>
      </w:r>
    </w:p>
    <w:p>
      <w:pPr>
        <w:jc w:val="right"/>
      </w:pPr>
      <w:r>
        <w:t>اللہ کےنزدیک سببڑامسئلہیہیہے۔</w:t>
      </w:r>
    </w:p>
    <w:p>
      <w:r>
        <w:rPr>
          <w:b/>
        </w:rPr>
        <w:t xml:space="preserve">[42:19] </w:t>
      </w:r>
      <w:r>
        <w:t>Allah ke nazdeek sab se bada mas'ala yeh hai ke aadmi apne aap ko is se bachaye ke marne ke baad is ke liye woh apne aap ko jahannam ke darwaze par paye.</w:t>
      </w:r>
    </w:p>
    <w:p>
      <w:pPr>
        <w:jc w:val="right"/>
      </w:pPr>
      <w:r>
        <w:t>اللہ کےنزدیکسبسے بڑامسئلہیہہےکہآدمی اپنےآپکو اسسےبچائےکہ مرنےکےبعد اسکےلیے وہاپنےآپکو جہنمکےدروازے پائے۔</w:t>
      </w:r>
    </w:p>
    <w:p>
      <w:r>
        <w:rPr>
          <w:b/>
        </w:rPr>
        <w:t xml:space="preserve">[42:33] </w:t>
      </w:r>
      <w:r>
        <w:t>Is ke bar aks, is ko koshish karna chahiye ke woh woh jannat ke darwaze par apne aap ko paye.</w:t>
      </w:r>
    </w:p>
    <w:p>
      <w:pPr>
        <w:jc w:val="right"/>
      </w:pPr>
      <w:r>
        <w:t>اسکےبرعکس،اسکو کوششکرناچاہیےکہ وہ وہجنتکے دروازے پراپنےآپکوپائے۔</w:t>
      </w:r>
    </w:p>
    <w:p>
      <w:r>
        <w:rPr>
          <w:b/>
        </w:rPr>
        <w:t xml:space="preserve">[42:54] </w:t>
      </w:r>
      <w:r>
        <w:t>Main aksar tanhaiyon mein sochta hoon to meri zuban pe yeh aata hai ke agar koi mujh se pooche ke tumhari zindagi ki sab se badi finding kya hai?</w:t>
      </w:r>
    </w:p>
    <w:p>
      <w:pPr>
        <w:jc w:val="right"/>
      </w:pPr>
      <w:r>
        <w:t>میںاکثر تنہائیوںمیں سوچتاہوں تومیریزبان پہ یہآتاہےکہاگر کوئیمجھسےپوچھے کہتمہاریزندگی کی سبسےبڑیفائنڈنگکیاہے؟</w:t>
      </w:r>
    </w:p>
    <w:p>
      <w:r>
        <w:rPr>
          <w:b/>
        </w:rPr>
        <w:t xml:space="preserve">[43:08] </w:t>
      </w:r>
      <w:r>
        <w:t>Tum boodhe ho gaye to tumhari sab se badi finding kya hai?</w:t>
      </w:r>
    </w:p>
    <w:p>
      <w:pPr>
        <w:jc w:val="right"/>
      </w:pPr>
      <w:r>
        <w:t>تم بوڑھےہوگئے تو تمہاریسبسےبڑیفائنڈنگکیاہے؟</w:t>
      </w:r>
    </w:p>
    <w:p>
      <w:r>
        <w:rPr>
          <w:b/>
        </w:rPr>
        <w:t xml:space="preserve">[43:14] </w:t>
      </w:r>
      <w:r>
        <w:t>To shayad meri zuban se yeh nikle ga ke jannat na mili to kuch na mila.</w:t>
      </w:r>
    </w:p>
    <w:p>
      <w:pPr>
        <w:jc w:val="right"/>
      </w:pPr>
      <w:r>
        <w:t>تو شایدمیریزبان سےیہنکلےگا کہ جنت نہملی توکچھنہملا۔</w:t>
      </w:r>
    </w:p>
    <w:p>
      <w:r>
        <w:rPr>
          <w:b/>
        </w:rPr>
        <w:t xml:space="preserve">[43:23] </w:t>
      </w:r>
      <w:r>
        <w:t>Jannat na mili to kuch na mila. Aksar tanhaiyon mein yeh lafz meri zuban se nikalta rehta hai ke koi mujh se pooche ke tumhari finding kya hai to main yeh hi kahoon ga ke jannat na mili to kuch na mila.</w:t>
      </w:r>
    </w:p>
    <w:p>
      <w:pPr>
        <w:jc w:val="right"/>
      </w:pPr>
      <w:r>
        <w:t>جنت نہملی توکچھنہملا۔ اکثر تنہائیوںمیں یہ لفظمیریزبان سےنکلتارہتاہے کہ کوئیمجھسےپوچھےکہتمہاریفائنڈنگکیاہےتومیںیہیکہوںگا کہجنت نہملی توکچھنہملا۔</w:t>
      </w:r>
    </w:p>
    <w:p>
      <w:r>
        <w:rPr>
          <w:b/>
        </w:rPr>
        <w:t xml:space="preserve">[43:46] </w:t>
      </w:r>
      <w:r>
        <w:t>Main yeh chahta hoon ke saari duniya ke kaan mein yeh baat daal doon, apni yeh awaaz ke jannat na mili to kuch na mila.</w:t>
      </w:r>
    </w:p>
    <w:p>
      <w:pPr>
        <w:jc w:val="right"/>
      </w:pPr>
      <w:r>
        <w:t>میں یہ چاہتاہوںکہساریدنیا کےکان میںیہباتڈالدوں، اپنی یہآواز کہجنت نہملی توکچھنہملا۔</w:t>
      </w:r>
    </w:p>
    <w:p>
      <w:r>
        <w:rPr>
          <w:b/>
        </w:rPr>
        <w:t xml:space="preserve">[44:00] </w:t>
      </w:r>
      <w:r>
        <w:t>Main aksar tanhaiyon mein yeh yeh yeh bolta rehta hoon ke jannat na mili to kuch na mila.</w:t>
      </w:r>
    </w:p>
    <w:p>
      <w:pPr>
        <w:jc w:val="right"/>
      </w:pPr>
      <w:r>
        <w:t>میں اکثر تنہائیوںمیں یہ یہ یہ بول تارہتاہوں کہجنت نہملی توکچھنہملا۔</w:t>
      </w:r>
    </w:p>
    <w:p>
      <w:r>
        <w:rPr>
          <w:b/>
        </w:rPr>
        <w:t xml:space="preserve">[44:12] </w:t>
      </w:r>
      <w:r>
        <w:t>Meri dua hai ke Allah ta'ala mujh ko aur aap ko is raaste par chalaye jo jannat ki taraf jane wala ho, is raaste se bachaye jo jahannam ki taraf le aata hai.</w:t>
      </w:r>
    </w:p>
    <w:p>
      <w:pPr>
        <w:jc w:val="right"/>
      </w:pPr>
      <w:r>
        <w:t>میریدعاہےکہاللہتعالیٰ مجھکواورآپکو اس راستےپرچلائے جو جنتکی طرفجانےوالاہو ، اسراستےسےبچائے جو جہنمکیطرف لےآتاہے۔</w:t>
      </w:r>
    </w:p>
    <w:p>
      <w:r>
        <w:rPr>
          <w:b/>
        </w:rPr>
        <w:t xml:space="preserve">[44:33] </w:t>
      </w:r>
      <w:r>
        <w:t>Allah ta'ala meri is dua ko aap ke liye, mere liye qabool farmaye.</w:t>
      </w:r>
    </w:p>
    <w:p>
      <w:pPr>
        <w:jc w:val="right"/>
      </w:pPr>
      <w:r>
        <w:t>اللہ تعالیٰمیریاسدعاکو آپکےلیے ،میرےلیےقبولفرمائے۔</w:t>
      </w:r>
    </w:p>
    <w:p>
      <w:r>
        <w:rPr>
          <w:b/>
        </w:rPr>
        <w:t xml:space="preserve">[44:38] </w:t>
      </w:r>
      <w:r>
        <w:t>Aqooolu qawli hadha wa astaghfirullaha li wa lakum ajma'een</w:t>
      </w:r>
    </w:p>
    <w:p>
      <w:pPr>
        <w:jc w:val="right"/>
      </w:pPr>
      <w:r>
        <w:t>أقول قوليهذا واستغفر الله ليولكماجمعین</w:t>
      </w:r>
    </w:p>
    <w:p>
      <w:r>
        <w:rPr>
          <w:b/>
        </w:rPr>
        <w:t xml:space="preserve">[44:56] </w:t>
      </w:r>
      <w:r>
        <w:t>Maulana, yeh pehla sawal lete hain. Yeh sawal aaya hai Singapore se Mr. Suresh Malhotra ka.</w:t>
      </w:r>
    </w:p>
    <w:p>
      <w:pPr>
        <w:jc w:val="right"/>
      </w:pPr>
      <w:r>
        <w:t>مولانا،یہ پہلاسوال لیتےہیں۔ یہسوال آیاہے سنگ اپورسے مسٹر سلیش ملہوتراکا</w:t>
      </w:r>
    </w:p>
    <w:p>
      <w:r>
        <w:rPr>
          <w:b/>
        </w:rPr>
        <w:t xml:space="preserve">[45:04] </w:t>
      </w:r>
      <w:r>
        <w:t>Unhon ne likha hai: "Maulana sahib, millions have read the Quran and know the truth of paradise, and yet each one of us, including me, falls into the trap of trying to find paradise in this world, in this life.</w:t>
      </w:r>
    </w:p>
    <w:p>
      <w:pPr>
        <w:jc w:val="right"/>
      </w:pPr>
      <w:r>
        <w:t>۔انہوںنےلکھاہے: "مول اناصاحب، mill ions have readtheQ uran and knowthetruth of par adise, andyet each oneof us,including m e, fallsinto the trap of tryingtofind par adise inthis world ,inthis life.</w:t>
      </w:r>
    </w:p>
    <w:p>
      <w:r>
        <w:rPr>
          <w:b/>
        </w:rPr>
        <w:t xml:space="preserve">[45:23] </w:t>
      </w:r>
      <w:r>
        <w:t>And of course, none of us succeed. Every time we try and find paradise in this life, some incident will shatter the dream.</w:t>
      </w:r>
    </w:p>
    <w:p>
      <w:pPr>
        <w:jc w:val="right"/>
      </w:pPr>
      <w:r>
        <w:t>And ofcourse, noneofus succeed. Every time we try andfind par adise inthis lif e,some inc ident will shatter thedre am.</w:t>
      </w:r>
    </w:p>
    <w:p>
      <w:r>
        <w:rPr>
          <w:b/>
        </w:rPr>
        <w:t xml:space="preserve">[45:34] </w:t>
      </w:r>
      <w:r>
        <w:t>The reality, like you said, is this is a testing ground, and paradise is not here. Maulana sahib, please guide us as to what should we all do to avoid falling into this trap time and again."</w:t>
      </w:r>
    </w:p>
    <w:p>
      <w:pPr>
        <w:jc w:val="right"/>
      </w:pPr>
      <w:r>
        <w:t>The re ality,likeyousaid,is thisisatest ing ground ,and par adise is not her e. مول اناصاحب,please guideus asto what shouldwe all do to avoid fallinginto this tra p time andagain."</w:t>
      </w:r>
    </w:p>
    <w:p>
      <w:r>
        <w:rPr>
          <w:b/>
        </w:rPr>
        <w:t xml:space="preserve">[45:50] </w:t>
      </w:r>
      <w:r>
        <w:t>Dekhiye, Quran mein ek ayat hai أولئك يحبون العاجل ويذرون وراءهم يوم ثقيلا</w:t>
      </w:r>
    </w:p>
    <w:p>
      <w:pPr>
        <w:jc w:val="right"/>
      </w:pPr>
      <w:r>
        <w:t>دیکھیے، قرآنمیںایکآیتہے أول ئكيحبون العاجل وي ذرون وراءهم يوم اثقیلا</w:t>
      </w:r>
    </w:p>
    <w:p>
      <w:r>
        <w:rPr>
          <w:b/>
        </w:rPr>
        <w:t xml:space="preserve">[46:03] </w:t>
      </w:r>
      <w:r>
        <w:t>Is ka matlab yeh hai ke log immediate ko apna goal bana lete hain, immediate ki taraf bhagte hain, aur jo immediate ke baad aane wala jo akhirat hai,</w:t>
      </w:r>
    </w:p>
    <w:p>
      <w:pPr>
        <w:jc w:val="right"/>
      </w:pPr>
      <w:r>
        <w:t>اسکامطلبیہہے کہلوگ امیڈیٹ کو اپناگولبنالیتےہیں،امیڈیٹکیطرفبھاگتےہیں، اور جو امیڈیٹکےبعد آنےوالاجو آخرتہے،</w:t>
      </w:r>
    </w:p>
    <w:p>
      <w:r>
        <w:rPr>
          <w:b/>
        </w:rPr>
        <w:t xml:space="preserve">[46:18] </w:t>
      </w:r>
      <w:r>
        <w:t>is se ghafil rehte hain.</w:t>
      </w:r>
    </w:p>
    <w:p>
      <w:pPr>
        <w:jc w:val="right"/>
      </w:pPr>
      <w:r>
        <w:t>اسسےغافلرہتےہیں۔</w:t>
      </w:r>
    </w:p>
    <w:p>
      <w:r>
        <w:rPr>
          <w:b/>
        </w:rPr>
        <w:t xml:space="preserve">[46:21] </w:t>
      </w:r>
      <w:r>
        <w:t>To yeh insaan ki ek kamzori hai ke woh jo cheez dikhai de rahi hai, jo immediate hai, woh chahta hai ke bas is ko main le loon, right here, right now, ka aise aise concept bana dein.</w:t>
      </w:r>
    </w:p>
    <w:p>
      <w:pPr>
        <w:jc w:val="right"/>
      </w:pPr>
      <w:r>
        <w:t>تویہانسان کیایککمزوریہےکہوہ جوچیزدکھائیدےرہیہے، جو امیڈیٹگینہے، وہ چاہتاہےکہبساسکو میںلےلوں، رائٹہیر،رائٹناو،کاایسےایسےکانسیپٹبناہے۔</w:t>
      </w:r>
    </w:p>
    <w:p>
      <w:r>
        <w:rPr>
          <w:b/>
        </w:rPr>
        <w:t xml:space="preserve">[46:35] </w:t>
      </w:r>
      <w:r>
        <w:t>kyunkijantutsochkar ke aap golbana paate hain, aur doosri cheezein jo hain, iske liye sochne ki zaroorat nahin hai, woh to saamne maujood hain.</w:t>
      </w:r>
    </w:p>
    <w:p>
      <w:pPr>
        <w:jc w:val="right"/>
      </w:pPr>
      <w:r>
        <w:t>کیونکہجن تتو سوچکرکے آپ گولبناپاتےہیں، اور دوسریچیزیں جوہیں،اسکےلیےسوچنےکیضرورتنہیںہے،وہتوسامنے موجود ہیں۔</w:t>
      </w:r>
    </w:p>
    <w:p>
      <w:r>
        <w:rPr>
          <w:b/>
        </w:rPr>
        <w:t xml:space="preserve">[46:45] </w:t>
      </w:r>
      <w:r>
        <w:t>immediate woh hai, woh saamne maujood hai, aur hereafter jo woh hai, woh to soch ke sochna padta hai, tab woh jaan paate hain isko.</w:t>
      </w:r>
    </w:p>
    <w:p>
      <w:pPr>
        <w:jc w:val="right"/>
      </w:pPr>
      <w:r>
        <w:t>امیڈیٹجوہے،وہسامنےموجود ہے، اور ہیرآفٹرجوہے،وہتوسوچ کے سوچناپڑتاہے، تب وہ جان پاتےہیںاسکو ۔</w:t>
      </w:r>
    </w:p>
    <w:p>
      <w:r>
        <w:rPr>
          <w:b/>
        </w:rPr>
        <w:t xml:space="preserve">[46:58] </w:t>
      </w:r>
      <w:r>
        <w:t>to yeh to price hai. jin atni qeemti cheez hai to iski price to kuchh hogi ke nahin hogi? price to jannat ki price hi hai ke aap immediate se oopar uth saken.</w:t>
      </w:r>
    </w:p>
    <w:p>
      <w:pPr>
        <w:jc w:val="right"/>
      </w:pPr>
      <w:r>
        <w:t>تویہیتو پرائسہے۔ جن ت اتنیقیمتیچیزہےتواسکیپرائستوکچھہوگی کہنہیںہوگی؟پرائس تو جنت کی پرائسیہیہےکہآپ امیڈیٹسےاوپراٹھسکیں۔</w:t>
      </w:r>
    </w:p>
    <w:p>
      <w:r>
        <w:rPr>
          <w:b/>
        </w:rPr>
        <w:t xml:space="preserve">[47:16] </w:t>
      </w:r>
      <w:r>
        <w:t>yahi price hai jannat ki ke aap immediate goal, immediate comfort, immediate success, is se oopar uth saken.</w:t>
      </w:r>
    </w:p>
    <w:p>
      <w:pPr>
        <w:jc w:val="right"/>
      </w:pPr>
      <w:r>
        <w:t>یہیپرائسہےجنتکی کہامیڈیٹگول ،امیڈیٹکمفرٹ ،امیڈیٹسکسیس، اسسےاوپراٹھسکیں۔</w:t>
      </w:r>
    </w:p>
    <w:p>
      <w:r>
        <w:rPr>
          <w:b/>
        </w:rPr>
        <w:t xml:space="preserve">[47:27] </w:t>
      </w:r>
      <w:r>
        <w:t>har aadmi dekhta hai is paas ke log mar rahe hain, mar rahe hain, mar rahe hain. to immediate ki haqeeqat kya hai? bataiye, immediate gain woh hai, iski haqeeqat kya hai?</w:t>
      </w:r>
    </w:p>
    <w:p>
      <w:pPr>
        <w:jc w:val="right"/>
      </w:pPr>
      <w:r>
        <w:t>ہرآدمی دیکھتاہےاسپاس کہلوگ مررہےہیں،مررہےہیں،مررہےہیں۔ تو امیڈیٹکیحقیقتکیاہے؟بتائیے، امیڈیٹ گینجوہے، اسکیحقیقتکیاہے؟</w:t>
      </w:r>
    </w:p>
    <w:p>
      <w:r>
        <w:rPr>
          <w:b/>
        </w:rPr>
        <w:t xml:space="preserve">[47:38] </w:t>
      </w:r>
      <w:r>
        <w:t>aaj aap ne paaya, kal death aakar chheen legayi aapse. kya haqeeqat iski hai?</w:t>
      </w:r>
    </w:p>
    <w:p>
      <w:pPr>
        <w:jc w:val="right"/>
      </w:pPr>
      <w:r>
        <w:t>آجآپ نےپایا، کل ڈیتھآکر چھینلےگئیآپسے ۔کیا حقیقتاسکیہے؟</w:t>
      </w:r>
    </w:p>
    <w:p>
      <w:r>
        <w:rPr>
          <w:b/>
        </w:rPr>
        <w:t xml:space="preserve">[47:47] </w:t>
      </w:r>
      <w:r>
        <w:t>isi liye maut ke baare mein kaha gaya hai ke aksar wa dhikr hadd al ladhdhat yani maut chheen leti hai is cheez ko ke aap immediate mein jeena chahein.</w:t>
      </w:r>
    </w:p>
    <w:p>
      <w:pPr>
        <w:jc w:val="right"/>
      </w:pPr>
      <w:r>
        <w:t>اسیلیے موتکےبارےمیںکہاگیاہےکہ اکثرواذکر ہادبال لذات یعنی موت چھینلیتیہے اسچیزکو کہآپ امیڈیٹمیں جینا چاہیں۔</w:t>
      </w:r>
    </w:p>
    <w:p>
      <w:r>
        <w:rPr>
          <w:b/>
        </w:rPr>
        <w:t xml:space="preserve">[48:03] </w:t>
      </w:r>
      <w:r>
        <w:t>har lamha ek tajurba hota hai aap ko. yeh mar gaye, woh mar gaye. media mein dekhte hain, cross post mein dekhte hain. to is shakhs ki maut aap ko bahut bada shauq</w:t>
      </w:r>
    </w:p>
    <w:p>
      <w:pPr>
        <w:jc w:val="right"/>
      </w:pPr>
      <w:r>
        <w:t>ہرلمحہایکتجربہہوتاہےآپکو ۔یہ مرگئے،وہمرگئے۔ میڈیامیںدیکھتےہیں، کراسپوسٹمیںدیکھتےہیں۔ تو اس شخص کیموت آپ کو بہت بڑاشوقد</w:t>
      </w:r>
    </w:p>
    <w:p>
      <w:r>
        <w:rPr>
          <w:b/>
        </w:rPr>
        <w:t xml:space="preserve">[48:16] </w:t>
      </w:r>
      <w:r>
        <w:t>deti hai. kaisi cheez se peeche kya daudna jo aaj milegi, kal chheen chheen jayegi?</w:t>
      </w:r>
    </w:p>
    <w:p>
      <w:pPr>
        <w:jc w:val="right"/>
      </w:pPr>
      <w:r>
        <w:t>یتیہے۔ کیسیچیزسے پیچھےکیادوڑناجو آجملےگی،کل چھین چھینجائےگی؟</w:t>
      </w:r>
    </w:p>
    <w:p>
      <w:r>
        <w:rPr>
          <w:b/>
        </w:rPr>
        <w:t xml:space="preserve">[48:24] </w:t>
      </w:r>
      <w:r>
        <w:t>to yaad rakhiye, jo immediate gain hai, iske liye kuchh sochne ki zaroorat nahin hai. woh to daayein baayein, aamne saamne maujood hai.</w:t>
      </w:r>
    </w:p>
    <w:p>
      <w:pPr>
        <w:jc w:val="right"/>
      </w:pPr>
      <w:r>
        <w:t>تو یادرکھیے، جو امیڈیٹگینہے، اسکےلیے کچھ سوچنےکیضرورتنہیںہے۔ وہتو دائیں بائیں، آمنےسامنےموجود ہے۔</w:t>
      </w:r>
    </w:p>
    <w:p>
      <w:r>
        <w:rPr>
          <w:b/>
        </w:rPr>
        <w:t xml:space="preserve">[48:32] </w:t>
      </w:r>
      <w:r>
        <w:t>log iske liye daudenge, daud rahe hain. lekin jo hereafter hai, jo jannat hai, iske liye sochna padega. aur insaan ki sab se badi sifat batai gayi hai: conceptual thought.</w:t>
      </w:r>
    </w:p>
    <w:p>
      <w:pPr>
        <w:jc w:val="right"/>
      </w:pPr>
      <w:r>
        <w:t>لوگ اسکے لیےدوڑیںگے،دوڑرہےہیں۔ لیکن جو ہیرآف ٹرہے،جو جنتہے، اسکےلیےسوچناپڑےگا۔ اور انسان کی سبسےبڑیصفت بتائیگئیہے: کنسیپچولتھاٹ۔</w:t>
      </w:r>
    </w:p>
    <w:p>
      <w:r>
        <w:rPr>
          <w:b/>
        </w:rPr>
        <w:t xml:space="preserve">[48:48] </w:t>
      </w:r>
      <w:r>
        <w:t>yahi insaan ki sab se badi sifat hai ke iske andar conceptual thought ka maada hota hai. yeh isi liye rakha gaya hai. insaan ko jo conceptual thought ki salahiyat di gayi hai,</w:t>
      </w:r>
    </w:p>
    <w:p>
      <w:pPr>
        <w:jc w:val="right"/>
      </w:pPr>
      <w:r>
        <w:t>یہیانسان کیسبسےبڑیصفتہےکہاسکےاندر کنسیپچولتھاٹکامادہہوتاہے۔ یہ اسیلیےرکھاگیاہے۔ انسان کوجو کنسیپچ ولتھاٹ کی صلاحیتدیگئیہے،</w:t>
      </w:r>
    </w:p>
    <w:p>
      <w:r>
        <w:rPr>
          <w:b/>
        </w:rPr>
        <w:t xml:space="preserve">[49:02] </w:t>
      </w:r>
      <w:r>
        <w:t>taaqat di gayi hai, isi liye hai ke aadmi jannat ko soch sake, jannat ko pursue kar sake, immediate gain se aage badhkar ke apne dimaag ko istemaal kar sake.</w:t>
      </w:r>
    </w:p>
    <w:p>
      <w:pPr>
        <w:jc w:val="right"/>
      </w:pPr>
      <w:r>
        <w:t>طاقتدیگئیہے،اسیلیےہےکہآدمی جنتکو سوچسکے، جنتکو پرسیوکرسکے، امیڈیٹ گینسےآگےبڑھکر کےاپنےدماغکو استعمال کرسکے۔</w:t>
      </w:r>
    </w:p>
    <w:p>
      <w:r>
        <w:rPr>
          <w:b/>
        </w:rPr>
        <w:t xml:space="preserve">[49:15] </w:t>
      </w:r>
      <w:r>
        <w:t>yahi price hai jannat ki.</w:t>
      </w:r>
    </w:p>
    <w:p>
      <w:pPr>
        <w:jc w:val="right"/>
      </w:pPr>
      <w:r>
        <w:t>یہیپرائسہےجنتکی۔</w:t>
      </w:r>
    </w:p>
    <w:p>
      <w:r>
        <w:rPr>
          <w:b/>
        </w:rPr>
        <w:t xml:space="preserve">[49:18] </w:t>
      </w:r>
      <w:r>
        <w:t>to zahir hai ke price to deni padegi. ek ghar aap lete hain to iski price hoti hai, ek car lete hain to iski price hoti hai. to jannat ke baghair price kyun mil jayegi?</w:t>
      </w:r>
    </w:p>
    <w:p>
      <w:pPr>
        <w:jc w:val="right"/>
      </w:pPr>
      <w:r>
        <w:t>تو ظاہرہےکہ پرائستودینیپڑےگی۔ ایکگھرآپ لیتےہیںتواسکیپرائسہوتیہے، ایک کارلیتےہیںتواسکیپرائسہوتیہے۔ تو جنت کےبغیرپرائسکیوںملجائےگی؟</w:t>
      </w:r>
    </w:p>
    <w:p>
      <w:r>
        <w:rPr>
          <w:b/>
        </w:rPr>
        <w:t xml:space="preserve">[49:32] </w:t>
      </w:r>
      <w:r>
        <w:t>to jannat ki price yeh hai ke aap immediate se oopar uth saken, immediate gain se oopar uth saken. yahi price hai.</w:t>
      </w:r>
    </w:p>
    <w:p>
      <w:pPr>
        <w:jc w:val="right"/>
      </w:pPr>
      <w:r>
        <w:t>تو جنت کیپرائس یہیہےکہآپ امیڈیٹسےاوپراٹھسکیں، امیڈیٹگینسےاوپراٹھسکیں۔یہیپرائسہے۔</w:t>
      </w:r>
    </w:p>
    <w:p>
      <w:r>
        <w:rPr>
          <w:b/>
        </w:rPr>
        <w:t xml:space="preserve">[49:41] </w:t>
      </w:r>
      <w:r>
        <w:t>jo uth jayega to woh jannat ko apna goal bana lega.</w:t>
      </w:r>
    </w:p>
    <w:p>
      <w:pPr>
        <w:jc w:val="right"/>
      </w:pPr>
      <w:r>
        <w:t>جو اٹھجائےگاتو وہجنتکواپناگولبنالےگا۔</w:t>
      </w:r>
    </w:p>
    <w:p>
      <w:r>
        <w:rPr>
          <w:b/>
        </w:rPr>
        <w:t xml:space="preserve">[49:47] </w:t>
      </w:r>
      <w:r>
        <w:t>yeh price to har haal deni hai aadmi ko. apne shaoor ko itna develop karna hai, apna mind ko itna develop karna hai ke woh immediate se, immediate se oopar uthkar soch soch soch sake taake jannat ko important samajh le.</w:t>
      </w:r>
    </w:p>
    <w:p>
      <w:pPr>
        <w:jc w:val="right"/>
      </w:pPr>
      <w:r>
        <w:t>یہ پرائستوبہرحالدینیہےآدمیکو۔ اپنے شعورکواتناڈیولپکرناہے، اپنا مائنڈکواتناڈیولپکرناہےکہوہ امیڈیٹسے،امیڈیٹسےاوپراٹھکر سو چسوچسوچسکے تاکہ جنتکو امپورٹنٹکوسمجھلے۔</w:t>
      </w:r>
    </w:p>
    <w:p>
      <w:r>
        <w:rPr>
          <w:b/>
        </w:rPr>
        <w:t xml:space="preserve">[50:08] </w:t>
      </w:r>
      <w:r>
        <w:t>main aksar sochta hoon ke yeh insaan ko yeh salahiyat kyun di gayi hai ke iske andar conceptual thinking ki salahiyat hai?</w:t>
      </w:r>
    </w:p>
    <w:p>
      <w:pPr>
        <w:jc w:val="right"/>
      </w:pPr>
      <w:r>
        <w:t>میںاکثرسوچتاہوںکہیہانسان کو یہصلاحیتکیوںدیگئیکہاسکےاندر کنسیپچول تھنکنگکیصلاحیتہے؟</w:t>
      </w:r>
    </w:p>
    <w:p>
      <w:r>
        <w:rPr>
          <w:b/>
        </w:rPr>
        <w:t xml:space="preserve">[50:17] </w:t>
      </w:r>
      <w:r>
        <w:t>yani tasawwurati ghaur o fikr. ek cheez jo maujood na ho, animal hai, woh saamne jo cheez dikhai deti hai, usi ko lekar soch paate hain. woh jo cheez saamne dikhai de rahi hai, usi ko lekar soch paate hain.</w:t>
      </w:r>
    </w:p>
    <w:p>
      <w:pPr>
        <w:jc w:val="right"/>
      </w:pPr>
      <w:r>
        <w:t>یعنیتص ور اتی غوروفکر ۔ ایکچیزجوموجود نہہو، این یملجوہیں،وہ سامنےجوچیزدکھائیدیتیہے،اسیکولےکرسوچپاتےہیں۔وہ جو چیزسامنےدکھائیدےرہیہے، اسیکولےکرسوچپاتےہیں۔</w:t>
      </w:r>
    </w:p>
    <w:p>
      <w:r>
        <w:rPr>
          <w:b/>
        </w:rPr>
        <w:t xml:space="preserve">[50:31] </w:t>
      </w:r>
      <w:r>
        <w:t>animal insaan soch paata hai aisi cheez ko lekar jo saamne dikhai nahin deti, jo maujood nahin hai.</w:t>
      </w:r>
    </w:p>
    <w:p>
      <w:pPr>
        <w:jc w:val="right"/>
      </w:pPr>
      <w:r>
        <w:t>این یمل انسان سوچپاتاہےایسیچیزکولےکر جو سامنےدکھائینہیںدیتی، جو موجود نہیںہے۔</w:t>
      </w:r>
    </w:p>
    <w:p>
      <w:r>
        <w:rPr>
          <w:b/>
        </w:rPr>
        <w:t xml:space="preserve">[50:42] </w:t>
      </w:r>
      <w:r>
        <w:t>to yeh kyun di gayi hai?</w:t>
      </w:r>
    </w:p>
    <w:p>
      <w:pPr>
        <w:jc w:val="right"/>
      </w:pPr>
      <w:r>
        <w:t>تویہکیوںدیگئیہے؟</w:t>
      </w:r>
    </w:p>
    <w:p>
      <w:r>
        <w:rPr>
          <w:b/>
        </w:rPr>
        <w:t xml:space="preserve">[50:45] </w:t>
      </w:r>
      <w:r>
        <w:t>main aksar sochta hoon ke insaan ko yeh cheez kyun di gayi hai ke iske andar conceptual thought hai, tasawwurati soch.</w:t>
      </w:r>
    </w:p>
    <w:p>
      <w:pPr>
        <w:jc w:val="right"/>
      </w:pPr>
      <w:r>
        <w:t>میںاکثرسوچتاہوںکہانسان کویہچیزکیوںدیگئیہے کہاسکے اندر کنسیپچولتھنکنگہے، تص ور اتی سوچ ۔</w:t>
      </w:r>
    </w:p>
    <w:p>
      <w:r>
        <w:rPr>
          <w:b/>
        </w:rPr>
        <w:t xml:space="preserve">[50:55] </w:t>
      </w:r>
      <w:r>
        <w:t>to woh isi liye hai ke aadmi ghaib ko daryaft kar sake, jo cheezein saamne nahin hain, usko daryaft kar sake.</w:t>
      </w:r>
    </w:p>
    <w:p>
      <w:pPr>
        <w:jc w:val="right"/>
      </w:pPr>
      <w:r>
        <w:t>تووہاسیلیےہےکہآدمی غیبکو دریا فتکرسکے، جو چیزیںسامنےنہیںہیں،اسکودریا فتکرسکے۔</w:t>
      </w:r>
    </w:p>
    <w:p>
      <w:r>
        <w:rPr>
          <w:b/>
        </w:rPr>
        <w:t xml:space="preserve">[51:03] </w:t>
      </w:r>
      <w:r>
        <w:t>to Allah taala ne ek bahut badi madad kar rakhi hai ke insaan ko ke andar yeh yeh soch de di, usko tasawwurati soch, conceptual thinking.</w:t>
      </w:r>
    </w:p>
    <w:p>
      <w:pPr>
        <w:jc w:val="right"/>
      </w:pPr>
      <w:r>
        <w:t>تواللہ تعالیٰنے ایکبہت بڑی مد دکررکھیہےکہانسانکو کےاندریہ یہ یہسوچدےدی،اسکو تص وراتیسوچ، کنسیپچولتھنکنگ۔</w:t>
      </w:r>
    </w:p>
    <w:p>
      <w:r>
        <w:rPr>
          <w:b/>
        </w:rPr>
        <w:t xml:space="preserve">[51:15] </w:t>
      </w:r>
      <w:r>
        <w:t>tuawaskuo istamal kijiyey, iskhudaki dihui is nematku istamal kijiyey, aur bilashubah jannat aapkey liye aik woh isi tarah se ho jayegi jis tarah se log amidi cheezon mein ko important diye hue hain.</w:t>
      </w:r>
    </w:p>
    <w:p>
      <w:pPr>
        <w:jc w:val="right"/>
      </w:pPr>
      <w:r>
        <w:t>تواسکواستعمال کیجئے، اسخداکی دیہوئی اس نعمتکواستعمال کیجئے، اور بلاشبہ جنتآپکےلیے ایک وہ اسیطرحسےہوجائےگیجسطرحسےلوگ امیڈیٹچیزوںمیں کو امپورٹنٹدیےہوئےہیں۔</w:t>
      </w:r>
    </w:p>
    <w:p>
      <w:r>
        <w:rPr>
          <w:b/>
        </w:rPr>
        <w:t xml:space="preserve">[51:34] </w:t>
      </w:r>
      <w:r>
        <w:t>maulana, agla sawal tamilnadu se hai, muhammad iliyas sahib ka. unhon ne likha hai: "maulana, kya rab ke didar ki khwahish insan ki fitri cheez hai ya nahin ?</w:t>
      </w:r>
    </w:p>
    <w:p>
      <w:pPr>
        <w:jc w:val="right"/>
      </w:pPr>
      <w:r>
        <w:t>مولانا،اگلاسوال تملناڈوسےہے، محمد الیاسصاحبکا ۔انہوںنےلکھاہے: "مولانا،کیا ربکے دیدارکی خواہش انسان کی فطریچیز ہے یانہیں ؟</w:t>
      </w:r>
    </w:p>
    <w:p>
      <w:r>
        <w:rPr>
          <w:b/>
        </w:rPr>
        <w:t xml:space="preserve">[51:47] </w:t>
      </w:r>
      <w:r>
        <w:t>kya jannat mein bari nemat bhi rab ka didar hai ? is ke bare mein batayen."</w:t>
      </w:r>
    </w:p>
    <w:p>
      <w:pPr>
        <w:jc w:val="right"/>
      </w:pPr>
      <w:r>
        <w:t>کیا جن تمیںبڑی نعمت بھی ربکادیدارہے ؟ اسکےبارےمیں بتائیں۔"</w:t>
      </w:r>
    </w:p>
    <w:p>
      <w:r>
        <w:rPr>
          <w:b/>
        </w:rPr>
        <w:t xml:space="preserve">[51:54] </w:t>
      </w:r>
      <w:r>
        <w:t>bilashubah</w:t>
      </w:r>
    </w:p>
    <w:p>
      <w:pPr>
        <w:jc w:val="right"/>
      </w:pPr>
      <w:r>
        <w:t>بلاشبہ</w:t>
      </w:r>
    </w:p>
    <w:p>
      <w:r>
        <w:rPr>
          <w:b/>
        </w:rPr>
        <w:t xml:space="preserve">[51:59] </w:t>
      </w:r>
      <w:r>
        <w:t>, yeh har insan ki sab se bari tamanna honi chahiye ke woh apne khaliq ko dekhe.</w:t>
      </w:r>
    </w:p>
    <w:p>
      <w:pPr>
        <w:jc w:val="right"/>
      </w:pPr>
      <w:r>
        <w:t>،یہہرانسان کی سبسےبڑیتم ناہونیچاہیے کہوہاپنےخالقکودیکھے۔</w:t>
      </w:r>
    </w:p>
    <w:p>
      <w:r>
        <w:rPr>
          <w:b/>
        </w:rPr>
        <w:t xml:space="preserve">[52:09] </w:t>
      </w:r>
      <w:r>
        <w:t>apne khaliq ko dekhe. aap ghore kijiyey ke aik bachcha bichhad jaye apne maa baap se to us ki sab se bari tamanna hoti hai ke apne baap baap ko dekhe. woh</w:t>
      </w:r>
    </w:p>
    <w:p>
      <w:pPr>
        <w:jc w:val="right"/>
      </w:pPr>
      <w:r>
        <w:t>اپنے خالقکودیکھے۔ آپغورکیجئےکہ ایکبچہ بچھڑجائے اپنے ماںباپسے تواسکیسبسےبڑیتم ناہوتیہےکہاپنےباپباپکودیکھے۔وہ</w:t>
      </w:r>
    </w:p>
    <w:p>
      <w:r>
        <w:rPr>
          <w:b/>
        </w:rPr>
        <w:t xml:space="preserve">[52:23] </w:t>
      </w:r>
      <w:r>
        <w:t>to rab aur khaliq to us se bhi zyada bari cheez hai. to khwahish tawfiq an ho gi. rasool Allah se poocha gaya ke kya hum akhirat mein Allah ko dekhenge ?</w:t>
      </w:r>
    </w:p>
    <w:p>
      <w:pPr>
        <w:jc w:val="right"/>
      </w:pPr>
      <w:r>
        <w:t>تو رب اور خالقتو اسسے بلینٹریننگسےبھیزیادہ بڑیچیزہے۔ تو خواہشتویقیناہوگی۔ رسولاللہسےپوچھاگیا کہکیاہم آخرتمیںہماللہکودیکھیںگے؟</w:t>
      </w:r>
    </w:p>
    <w:p>
      <w:r>
        <w:rPr>
          <w:b/>
        </w:rPr>
        <w:t xml:space="preserve">[52:35] </w:t>
      </w:r>
      <w:r>
        <w:t>to aap ne farmaya: "haan, jis tarah tum suraj aur chand ko dekhte ho, is tarah tum Allah ko dekhoge." phir aik hadith hai ke jannat mein log bohat khush honge.</w:t>
      </w:r>
    </w:p>
    <w:p>
      <w:pPr>
        <w:jc w:val="right"/>
      </w:pPr>
      <w:r>
        <w:t>توآپنےفرمایا:"ہاں،جسطرحتم سورجاورچاندکودیکھتےہو، اس طرحتم اللہکودیکھوگے۔" پھرایکحدیثہے کہ جنتمیں لوگبہت خوشہوںگے۔</w:t>
      </w:r>
    </w:p>
    <w:p>
      <w:r>
        <w:rPr>
          <w:b/>
        </w:rPr>
        <w:t xml:space="preserve">[52:48] </w:t>
      </w:r>
      <w:r>
        <w:t>har cheez ki, har tarah ki nematein un ko mil jayengi. bohat khush honge.</w:t>
      </w:r>
    </w:p>
    <w:p>
      <w:pPr>
        <w:jc w:val="right"/>
      </w:pPr>
      <w:r>
        <w:t>ہرچیزکی،ہرطرحکینعمتیںانکوملجائیںگی۔بہت خوشہوںگے۔</w:t>
      </w:r>
    </w:p>
    <w:p>
      <w:r>
        <w:rPr>
          <w:b/>
        </w:rPr>
        <w:t xml:space="preserve">[52:52] </w:t>
      </w:r>
      <w:r>
        <w:t>to phir elan hoga ke khuda apna jhalak dikhayega. khuda apni jhalak dikhayega. to jab Allah ki jhalak dekhenge, woh to sari nematein bhool jayenge.</w:t>
      </w:r>
    </w:p>
    <w:p>
      <w:pPr>
        <w:jc w:val="right"/>
      </w:pPr>
      <w:r>
        <w:t>توپھراعلانہوگاکہخدا اپنا جھلکدکھائےگا۔ خدااپنی جھلکدکھائےگا۔ تو جب اللہ کیجھلکدیکھیںگے،وہتو ساری نعمتیںبھولجائیںگے۔</w:t>
      </w:r>
    </w:p>
    <w:p>
      <w:r>
        <w:rPr>
          <w:b/>
        </w:rPr>
        <w:t xml:space="preserve">[53:06] </w:t>
      </w:r>
      <w:r>
        <w:t>itna itna to anjoy hoga woh scene. aur phir abad tak ki jhalakiyan khuda Allah ki dekhte rahenge. woh</w:t>
      </w:r>
    </w:p>
    <w:p>
      <w:pPr>
        <w:jc w:val="right"/>
      </w:pPr>
      <w:r>
        <w:t>اتنا اتنا توانجوائےہو گاوہسین ۔ اورپھر ابدتککیجھلکیاں خدااللہ کیدیکھتےرہیںگے۔وہ</w:t>
      </w:r>
    </w:p>
    <w:p>
      <w:r>
        <w:rPr>
          <w:b/>
        </w:rPr>
        <w:t xml:space="preserve">[53:16] </w:t>
      </w:r>
      <w:r>
        <w:t>to main to samajhta hoon ke didar ilahi yeh jannat ka sab se bara item hoga, super item. aur yeh hadithon mein sabit hai.</w:t>
      </w:r>
    </w:p>
    <w:p>
      <w:pPr>
        <w:jc w:val="right"/>
      </w:pPr>
      <w:r>
        <w:t>تو میںتوسمجھتاہوںکہدیدار الہییہجنتکا سبسےبڑاآئٹمہوگا،سپرآئٹم۔ اوریہحدیثوںمیںثابتہے۔</w:t>
      </w:r>
    </w:p>
    <w:p>
      <w:r>
        <w:rPr>
          <w:b/>
        </w:rPr>
        <w:t xml:space="preserve">[53:28] </w:t>
      </w:r>
      <w:r>
        <w:t>maulana, agla sawal madhya pradesh, indore se aaya hai. yeh kya hai? abdul rahim qasmi sahib ne. unhon ne likha hai: "maulana, tafsir baraye ka matlab kya hai ?</w:t>
      </w:r>
    </w:p>
    <w:p>
      <w:pPr>
        <w:jc w:val="right"/>
      </w:pPr>
      <w:r>
        <w:t>مولانا،اگلاسوال مدھےپردیش ،اند ورسےآیاہے۔ یہ کیاہے؟ عبد الرحیم قاسمیصاحبنے ۔انہوںنےلکھاہے: "مولانا، تفسیر بر ائے کامطلب کیا ہے ؟</w:t>
      </w:r>
    </w:p>
    <w:p>
      <w:r>
        <w:rPr>
          <w:b/>
        </w:rPr>
        <w:t xml:space="preserve">[53:41] </w:t>
      </w:r>
      <w:r>
        <w:t>siyasi tafsir, tafsir baraye kyun hai ? aur</w:t>
      </w:r>
    </w:p>
    <w:p>
      <w:pPr>
        <w:jc w:val="right"/>
      </w:pPr>
      <w:r>
        <w:t>سیاسی ت فسیر ،تفسیربر ائے کیوںہے ؟ اور</w:t>
      </w:r>
    </w:p>
    <w:p>
      <w:r>
        <w:rPr>
          <w:b/>
        </w:rPr>
        <w:t xml:space="preserve">[53:45] </w:t>
      </w:r>
      <w:r>
        <w:t>aap ki jo tafsir hai, woh tafsir baraye kyun nahin hai ? hum dono mein farq kaise karen ? is ki wazahat karen."</w:t>
      </w:r>
    </w:p>
    <w:p>
      <w:pPr>
        <w:jc w:val="right"/>
      </w:pPr>
      <w:r>
        <w:t>آپ کیجو تفسیرہے، وہ ت فسیر بر ائےکیوںنہیں ہے ؟ ہم دونوںمیں فرق کیسےکریں ؟ اسکی وضاحتکریں۔"</w:t>
      </w:r>
    </w:p>
    <w:p>
      <w:r>
        <w:rPr>
          <w:b/>
        </w:rPr>
        <w:t xml:space="preserve">[53:56] </w:t>
      </w:r>
      <w:r>
        <w:t>haan, dekhen yeh bohat aham sawal hai.</w:t>
      </w:r>
    </w:p>
    <w:p>
      <w:pPr>
        <w:jc w:val="right"/>
      </w:pPr>
      <w:r>
        <w:t>ہاں،دیکھیںیہبہت اہمسوال ہے۔</w:t>
      </w:r>
    </w:p>
    <w:p>
      <w:r>
        <w:rPr>
          <w:b/>
        </w:rPr>
        <w:t xml:space="preserve">[54:04] </w:t>
      </w:r>
      <w:r>
        <w:t>istifsir baraye ka matlab hai rai par mabni tafsir. rai par mabni tafsir.</w:t>
      </w:r>
    </w:p>
    <w:p>
      <w:pPr>
        <w:jc w:val="right"/>
      </w:pPr>
      <w:r>
        <w:t>استفسیر بر ائےکامطلبہے رائے پر مبنی تفسیر ۔ رائےپر مبنی تفسیر ۔</w:t>
      </w:r>
    </w:p>
    <w:p>
      <w:r>
        <w:rPr>
          <w:b/>
        </w:rPr>
        <w:t xml:space="preserve">[54:16] </w:t>
      </w:r>
      <w:r>
        <w:t>to Quran ki tafsir kaise ki jaye? Quran ki tafsir honi chahiye is par ke khud Quran mein soch dhoondhen aap. kyun ke kaha gaya hai ke al quran yafsir ba'duhu ba'da. aik ayat ko lekar jab aap sochenge to kisi aur ayat se is ki wazahat ho rahi hogi.</w:t>
      </w:r>
    </w:p>
    <w:p>
      <w:pPr>
        <w:jc w:val="right"/>
      </w:pPr>
      <w:r>
        <w:t>تو قرآنکیتفسیرکیسےکیجائے؟ قرآنکیتفسیرہونیچاہیے اسپر کہ خود قرآنمیں سو چ ڈھونڈیںآپ ۔کیونکہکہاگیاہےکہ الق رآن يفسر بعض هبعض ا ۔ایکآیتکو لےکر جبآپسوچیںگےتوکسیاور آیت سےاسکیوضاحتہورہیہوگی۔</w:t>
      </w:r>
    </w:p>
    <w:p>
      <w:r>
        <w:rPr>
          <w:b/>
        </w:rPr>
        <w:t xml:space="preserve">[54:39] </w:t>
      </w:r>
      <w:r>
        <w:t>phir hadithon se wazahat hoti hai.</w:t>
      </w:r>
    </w:p>
    <w:p>
      <w:pPr>
        <w:jc w:val="right"/>
      </w:pPr>
      <w:r>
        <w:t>پھرحدیثوںسےوضاحتہوتیہے۔</w:t>
      </w:r>
    </w:p>
    <w:p>
      <w:r>
        <w:rPr>
          <w:b/>
        </w:rPr>
        <w:t xml:space="preserve">[54:43] </w:t>
      </w:r>
      <w:r>
        <w:t>phir aap yeh dekhen ke Allah ta'ala ka jo takhliqui naqsha hai, is se mutabiqat karne wali kya cheez hai? to yeh sab cheezein hain jis ko kehte hain Arabi mein mabni. yeh sab mabni hain.</w:t>
      </w:r>
    </w:p>
    <w:p>
      <w:pPr>
        <w:jc w:val="right"/>
      </w:pPr>
      <w:r>
        <w:t>پھرآپیہدیکھیںکہاللہتعالیٰکاجو تخلیقی نقشہہے، اسسے مط ابقت کرنے والیکیاچیزہے؟ تو یہسب چیزیںہیں جسکوکہتےہیںعربیمیںمبنی ۔یہسبمبنیہیں۔</w:t>
      </w:r>
    </w:p>
    <w:p>
      <w:r>
        <w:rPr>
          <w:b/>
        </w:rPr>
        <w:t xml:space="preserve">[54:58] </w:t>
      </w:r>
      <w:r>
        <w:t>yani agar Quran se lekar aap tafsir karen, hadith se lekar tafsir karen, ya Allah ta'ala ke jo kalmat hain, Allah ta'ala ki jo shan khudawandi hai, jo Allah ta'ala ki takhliq ka mansooba hai, un sab ko soch kar ke aik tafsir aap samajh ayat ko karen to woh tafsir baraye nahin hogi.</w:t>
      </w:r>
    </w:p>
    <w:p>
      <w:pPr>
        <w:jc w:val="right"/>
      </w:pPr>
      <w:r>
        <w:t>یعنیاگر قرآنسے لےکرآپ تفسیرکریں،حدیثسےلےکرتفسیرکریں، یا اللہ تعالیٰکے جو کلمات ہیں، اللہ تعالیٰکیجو شان خداوندیہے، جو اللہ تعالیٰکی تخلیق کامنصوبہہے، انسب کے اسکو سوچکرکے ایکتفسیر آپ سمجھ آیتکیکریں تو وہتفسیربرائےنہیںہوگی۔</w:t>
      </w:r>
    </w:p>
    <w:p>
      <w:r>
        <w:rPr>
          <w:b/>
        </w:rPr>
        <w:t xml:space="preserve">[55:23] </w:t>
      </w:r>
      <w:r>
        <w:t>aur yeh ke hai ke bas apne dimagh se aap ne kuch bhi dimagh mein aaya aur us ko Quran majasma kar diya to woh hai tafsir baraye hai.</w:t>
      </w:r>
    </w:p>
    <w:p>
      <w:pPr>
        <w:jc w:val="right"/>
      </w:pPr>
      <w:r>
        <w:t>اور یہ کہہےکہبس اپنے دماغسے آپ نے کچھبھی دماغمیںآیا اوراسکو قرآن مجسمہکردیا تووہہےتفسیربر ائےہے۔</w:t>
      </w:r>
    </w:p>
    <w:p>
      <w:r>
        <w:rPr>
          <w:b/>
        </w:rPr>
        <w:t xml:space="preserve">[55:34] </w:t>
      </w:r>
      <w:r>
        <w:t>aur bohat aasani se aap farq kar sakte hain dono mein ke yeh tafsir baraye hai aur yeh tafsir baraye nahin hai.</w:t>
      </w:r>
    </w:p>
    <w:p>
      <w:pPr>
        <w:jc w:val="right"/>
      </w:pPr>
      <w:r>
        <w:t>اور بہت آسانی سےآپفرقکرسکتےہیںدونوںمیں کہیہتفسیربر ائےہے اوریہتفسیربر ائےنہیںہے۔</w:t>
      </w:r>
    </w:p>
    <w:p>
      <w:r>
        <w:rPr>
          <w:b/>
        </w:rPr>
        <w:t xml:space="preserve">[55:43] </w:t>
      </w:r>
      <w:r>
        <w:t>yani mujarrad taur par aadmi ki apni rai par mabni ho, bas is se nikal rakha hai us ne aur uska koi makhaz, is ki koi taeed Quran o hadith mein na ho. yeh bohat aasani se aap samajh sakte hain.</w:t>
      </w:r>
    </w:p>
    <w:p>
      <w:pPr>
        <w:jc w:val="right"/>
      </w:pPr>
      <w:r>
        <w:t>یعنی مج رد طورپر آدمی کی اپنی راہی مبنیہو، بساسیسےنکالرکھاہواسنے اور اسکا کوئی ماخذ، اسکیکوئیتائید قرآنوحدیثمیںنہہو۔یہبہت آسانی سےآپسمجھسکتےہیں۔</w:t>
      </w:r>
    </w:p>
    <w:p>
      <w:r>
        <w:rPr>
          <w:b/>
        </w:rPr>
        <w:t xml:space="preserve">[55:59] </w:t>
      </w:r>
      <w:r>
        <w:t>is ko samajhna kuch mushkil nahin hai.</w:t>
      </w:r>
    </w:p>
    <w:p>
      <w:pPr>
        <w:jc w:val="right"/>
      </w:pPr>
      <w:r>
        <w:t>اسکوسمجھناکچھمشکلنہیںہے۔</w:t>
      </w:r>
    </w:p>
    <w:p>
      <w:r>
        <w:rPr>
          <w:b/>
        </w:rPr>
        <w:t xml:space="preserve">[56:02] </w:t>
      </w:r>
      <w:r>
        <w:t>misal ke taur par kuch logon ne kitaben likhi hain, is mein woh kehte hain ke aqim us salat ke mani hain aqim un nizam.</w:t>
      </w:r>
    </w:p>
    <w:p>
      <w:pPr>
        <w:jc w:val="right"/>
      </w:pPr>
      <w:r>
        <w:t>مثالکےطورپر کچھلوگوںنے کتاب یںلکھیہیں،اسمیں وہکہتےہیں کہ اقیم الصلوۃکےمعنیہیں اقم النظام ۔</w:t>
      </w:r>
    </w:p>
    <w:p>
      <w:r>
        <w:rPr>
          <w:b/>
        </w:rPr>
        <w:t xml:space="preserve">[56:16] </w:t>
      </w:r>
      <w:r>
        <w:t>yani aqim us salat jo quran mein hai ke namaz qaim karo to uska matlab hai nizam qaim karo. ab yeh kya hai? yeh yeh rai par mabni tafseer hai.</w:t>
      </w:r>
    </w:p>
    <w:p>
      <w:pPr>
        <w:jc w:val="right"/>
      </w:pPr>
      <w:r>
        <w:t>یعنیاقیمالصلوۃجوقرآنمیں ہےکہنمازقائمکروتواسکامطلبہے نظام قائمکرو۔ ابیہکیاہے؟یہ یہ رائےپرمبنیتفسیرہے۔</w:t>
      </w:r>
    </w:p>
    <w:p>
      <w:r>
        <w:rPr>
          <w:b/>
        </w:rPr>
        <w:t xml:space="preserve">[56:25] </w:t>
      </w:r>
      <w:r>
        <w:t>kyun ke salat ka yeh yeh matlab kahan se nikale aap ne</w:t>
      </w:r>
    </w:p>
    <w:p>
      <w:pPr>
        <w:jc w:val="right"/>
      </w:pPr>
      <w:r>
        <w:t>کیونکہ صلاۃکایہ یہمعنی کہاںسےنکالےآپنے</w:t>
      </w:r>
    </w:p>
    <w:p>
      <w:r>
        <w:rPr>
          <w:b/>
        </w:rPr>
        <w:t xml:space="preserve">[56:29] </w:t>
      </w:r>
      <w:r>
        <w:t>? yeh to salat ke yeh matlab ke social nizam aur political nizam, yeh to kahin na woh lughat mein hai, na quran mein hai, na hadith mein hai.</w:t>
      </w:r>
    </w:p>
    <w:p>
      <w:pPr>
        <w:jc w:val="right"/>
      </w:pPr>
      <w:r>
        <w:t>؟ یہتو صلاۃکےیہمعنیکہ سوشلنظام اورپولیٹیکلنظام ،یہتو کہیں نہوہلغتمیںہے،نہقرآنمیںہے،نہحدیثمیںہے۔</w:t>
      </w:r>
    </w:p>
    <w:p>
      <w:r>
        <w:rPr>
          <w:b/>
        </w:rPr>
        <w:t xml:space="preserve">[56:40] </w:t>
      </w:r>
      <w:r>
        <w:t>baur e khud aap ne nikal liya. ya kuch log kehte hain ke namaz panch waqt nahi hai, kabhi padh lo.</w:t>
      </w:r>
    </w:p>
    <w:p>
      <w:pPr>
        <w:jc w:val="right"/>
      </w:pPr>
      <w:r>
        <w:t>بطور خودآپنےنکاللیا۔ یاکچھلوگکہتےہیںکہ نماز پانچوقتنہیںہے،کبھیپڑھلو ۔</w:t>
      </w:r>
    </w:p>
    <w:p>
      <w:r>
        <w:rPr>
          <w:b/>
        </w:rPr>
        <w:t xml:space="preserve">[56:49] </w:t>
      </w:r>
      <w:r>
        <w:t>to kyun ke lafz panch quran mein nahi hai, is liye woh aisi kehte hain. lekin is hawale ke lafz panch to hadith mein hai.</w:t>
      </w:r>
    </w:p>
    <w:p>
      <w:pPr>
        <w:jc w:val="right"/>
      </w:pPr>
      <w:r>
        <w:t>توکیونکہ لفظ پانچقرآنمیںنہیں ہے، اسلیےوہایساکہتےہیں۔ لیکن اسحوالےکےلفظ پانچتوحدیثمیںہے۔</w:t>
      </w:r>
    </w:p>
    <w:p>
      <w:r>
        <w:rPr>
          <w:b/>
        </w:rPr>
        <w:t xml:space="preserve">[56:57] </w:t>
      </w:r>
      <w:r>
        <w:t>to hadith aur quran mein farq karne ka haq kya hai aap ko? kyun ke jis jis yani jis insan ne hum ko quran diya hai, usi insan ne hadith bhi di hai.</w:t>
      </w:r>
    </w:p>
    <w:p>
      <w:pPr>
        <w:jc w:val="right"/>
      </w:pPr>
      <w:r>
        <w:t>تو حدیث اورقرآنمیں فرقکرنے کاحقکیاہےآپکو ؟ کیونکہ جس جس یعنیجس انسان نے ہمکو قرآندیا ہے، اسیانساننےحدیث بھیدیہے۔</w:t>
      </w:r>
    </w:p>
    <w:p>
      <w:r>
        <w:rPr>
          <w:b/>
        </w:rPr>
        <w:t xml:space="preserve">[57:11] </w:t>
      </w:r>
      <w:r>
        <w:t>quran hum ko is tarah nahi mil gaya ke aasman se koi kitab tap tapak padi, hamare paas aa gayi. rasool Allah ne jo alfaaz bole, wohi alfaaz sahaba, tabeen, tabe tabeen se hote hote hum tak pohnchi.</w:t>
      </w:r>
    </w:p>
    <w:p>
      <w:pPr>
        <w:jc w:val="right"/>
      </w:pPr>
      <w:r>
        <w:t>قرآنہمکواسطرحنہیںملگیا کہآسمانسے کوئی کتاب ٹپٹپکپڑی ، ہمارےپاسآگئی ۔ رسولاللہ نے جو الفاظ بولے، وہی الفاظ صحابہ،تابعین،تبعتابعینسےہوتےہوتےہمتکپہنچے۔</w:t>
      </w:r>
    </w:p>
    <w:p>
      <w:r>
        <w:rPr>
          <w:b/>
        </w:rPr>
        <w:t xml:space="preserve">[57:27] </w:t>
      </w:r>
      <w:r>
        <w:t>rasool Allah ke munh se nikle hue alfaaz hain. sara quran woh hai, aise hi aap ke munh se nikle hue hadith bhi hain.</w:t>
      </w:r>
    </w:p>
    <w:p>
      <w:pPr>
        <w:jc w:val="right"/>
      </w:pPr>
      <w:r>
        <w:t>رسولاللہکےمنہسے نکلےہوئے الفاظہیں۔ ساراقرآنجوہے، ایسےہیآپکے منہسےنکلےہوئے حدیثیںبھیہیں۔</w:t>
      </w:r>
    </w:p>
    <w:p>
      <w:r>
        <w:rPr>
          <w:b/>
        </w:rPr>
        <w:t xml:space="preserve">[57:35] </w:t>
      </w:r>
      <w:r>
        <w:t>to mein yeh kaha karta hoon ke quran aur hadith mein yeh farq hai. sirf itna hi hai ke quran hadith qudsi hai. aam hadith agar sirf hadith hai to woh hadith qudsi hai. to farq kya hai?</w:t>
      </w:r>
    </w:p>
    <w:p>
      <w:pPr>
        <w:jc w:val="right"/>
      </w:pPr>
      <w:r>
        <w:t>تومیںیہکہاکرتاہوںکہقرآن اور حدیثمیںیہفرقہے۔ صرفاتناہیہے کہ قرآن حدیث قد سیہے۔ عام حدیثاگرصرفحدیثہےتووہ حدیثقدسیہے۔توفرقکیاہے؟</w:t>
      </w:r>
    </w:p>
    <w:p>
      <w:r>
        <w:rPr>
          <w:b/>
        </w:rPr>
        <w:t xml:space="preserve">[57:48] </w:t>
      </w:r>
      <w:r>
        <w:t>to agar hadith se sabit hai panch to aap ko haq nahi kehne ka ke panch waqt nahi. to jo aisi baatein kahe, us ke upar rai se ek baat keh di.</w:t>
      </w:r>
    </w:p>
    <w:p>
      <w:pPr>
        <w:jc w:val="right"/>
      </w:pPr>
      <w:r>
        <w:t>تواگر حدیثسے ثابتہے پانچ تو آپ کو حق نہیںکہنےکاکہپانچوقتنہیں ۔ تو جو ایسیباتیںکہے، اسکےاوپررائے سےایکباتکہہدی۔</w:t>
      </w:r>
    </w:p>
    <w:p>
      <w:r>
        <w:rPr>
          <w:b/>
        </w:rPr>
        <w:t xml:space="preserve">[57:58] </w:t>
      </w:r>
      <w:r>
        <w:t>to khulasa yeh hai ke tafseer baraye woh hai jis ki buniyaad sirf aap ki rai mein milti ho.</w:t>
      </w:r>
    </w:p>
    <w:p>
      <w:pPr>
        <w:jc w:val="right"/>
      </w:pPr>
      <w:r>
        <w:t>تو خلاصہیہہےکہ تفسیر بر ائےوہہے جس کی بنی اد صرفآپ کی رائے میں ملتیہو ۔</w:t>
      </w:r>
    </w:p>
    <w:p>
      <w:r>
        <w:rPr>
          <w:b/>
        </w:rPr>
        <w:t xml:space="preserve">[58:09] </w:t>
      </w:r>
      <w:r>
        <w:t>iski buniyaad na lughat mein ho, na quran mein ho, na hadith mein ho, aur na Allah ki, Allah taala ki jo takhleeqi naqsh hum jaan paate hain quran o hadith ke mutalliq se, is mein ho.</w:t>
      </w:r>
    </w:p>
    <w:p>
      <w:pPr>
        <w:jc w:val="right"/>
      </w:pPr>
      <w:r>
        <w:t>اسکی بنی اد نہلغتمیںہو، نہ قرآنمیںہو،نہحدیثمیںہو، اور نہ اللہ کی، اللہ تعالیٰکیجو تخلیقی نقش ہ ہمجان پاتےہیں قرآنوحدیثکےمتعلقسے،اسمیںہو ۔</w:t>
      </w:r>
    </w:p>
    <w:p>
      <w:r>
        <w:rPr>
          <w:b/>
        </w:rPr>
        <w:t xml:space="preserve">[58:22] </w:t>
      </w:r>
      <w:r>
        <w:t>bas yun hi aap ek keh dein ek baat. to mein samajhta hoon ke is ko farq ko samajhna kuch bhi mushkil nahi hai.</w:t>
      </w:r>
    </w:p>
    <w:p>
      <w:pPr>
        <w:jc w:val="right"/>
      </w:pPr>
      <w:r>
        <w:t>بسیوںہیآپایککہہدیںایکبات۔ تو میںسمجھتاہوںکہاسکو فرقکوسمجھناکچھ بھیمشکلنہیںہے۔</w:t>
      </w:r>
    </w:p>
    <w:p>
      <w:r>
        <w:rPr>
          <w:b/>
        </w:rPr>
        <w:t xml:space="preserve">[58:31] </w:t>
      </w:r>
      <w:r>
        <w:t>agar aap do misalon ko le kar aap ghor karenge to aasani se aap samajh payenge ke yeh tafseer baraye hai, yeh tafseer baraye nahi hai.</w:t>
      </w:r>
    </w:p>
    <w:p>
      <w:pPr>
        <w:jc w:val="right"/>
      </w:pPr>
      <w:r>
        <w:t>اگرآپ دو مثالوںکولےکرآپغورکریںگے تو آسانیسےآپسمجھپائیںگےکہیہتفسیربرائےہے، یہ تفسیربر ائےنہیںہے۔</w:t>
      </w:r>
    </w:p>
    <w:p>
      <w:r>
        <w:rPr>
          <w:b/>
        </w:rPr>
        <w:t xml:space="preserve">[58:41] </w:t>
      </w:r>
      <w:r>
        <w:t>maulana, agla sawal tamil nadu se hai, maulana iqbal amreeka. unhon ne likha hai: "maulana, quran mein qurratu aiyun jannat ki nemmat hogi kaha gaya hai.</w:t>
      </w:r>
    </w:p>
    <w:p>
      <w:pPr>
        <w:jc w:val="right"/>
      </w:pPr>
      <w:r>
        <w:t>مولانا،اگلاسوال تملناڈوسےہے، مول انا اقبال عم ریکا ۔انہوںنےلکھاہے: "مولانا،قرآنمیں ق رة ع يون جنتکی نعمتہوگی کہاگیا ہے۔</w:t>
      </w:r>
    </w:p>
    <w:p>
      <w:r>
        <w:rPr>
          <w:b/>
        </w:rPr>
        <w:t xml:space="preserve">[58:54] </w:t>
      </w:r>
      <w:r>
        <w:t>iska matlab kya hai? is ko wazeh karein."</w:t>
      </w:r>
    </w:p>
    <w:p>
      <w:pPr>
        <w:jc w:val="right"/>
      </w:pPr>
      <w:r>
        <w:t>اسکامطلبکیا ہے ؟اسکو واضحکریں۔"</w:t>
      </w:r>
    </w:p>
    <w:p>
      <w:r>
        <w:rPr>
          <w:b/>
        </w:rPr>
        <w:t xml:space="preserve">[59:01] </w:t>
      </w:r>
      <w:r>
        <w:t>aayat yeh hai ke la ta'lamu nafsun ma khafiya lahum min qurrati a'yun.</w:t>
      </w:r>
    </w:p>
    <w:p>
      <w:pPr>
        <w:jc w:val="right"/>
      </w:pPr>
      <w:r>
        <w:t>آیتیہہےکہ لا تعلم نفس مف ل منق رة عین ۔</w:t>
      </w:r>
    </w:p>
    <w:p>
      <w:r>
        <w:rPr>
          <w:b/>
        </w:rPr>
        <w:t xml:space="preserve">[59:07] </w:t>
      </w:r>
      <w:r>
        <w:t>kisi insan ko nahi maloom ke jannat mein is ke liye aankhon ki shifa, aankhon ki thandak rakhi gayi hai.</w:t>
      </w:r>
    </w:p>
    <w:p>
      <w:pPr>
        <w:jc w:val="right"/>
      </w:pPr>
      <w:r>
        <w:t>کسی انسانکونہیں معلوم کہ جنتمیںاسکےلیے آنکھوںک شی،آنکھوںکیٹھنڈکرکھیگئیہے۔</w:t>
      </w:r>
    </w:p>
    <w:p>
      <w:r>
        <w:rPr>
          <w:b/>
        </w:rPr>
        <w:t xml:space="preserve">[59:17] </w:t>
      </w:r>
      <w:r>
        <w:t>to dekhiye, yeh yeh yeh jo kaha gaya ke kisi insan ko nahi maloom, to yeh ek khaas matlab mein hai.</w:t>
      </w:r>
    </w:p>
    <w:p>
      <w:pPr>
        <w:jc w:val="right"/>
      </w:pPr>
      <w:r>
        <w:t>تودیکھیے،یہ یہ یہجو کہاگیا کہ کسی انسانکونہیںمعلوم ،تویہ ایکخاص معنیمیںہے۔</w:t>
      </w:r>
    </w:p>
    <w:p>
      <w:r>
        <w:rPr>
          <w:b/>
        </w:rPr>
        <w:t xml:space="preserve">[59:25] </w:t>
      </w:r>
      <w:r>
        <w:t>kyun ke doosri jagah yeh bhi to hai ke adkhulu al jannata rufahtum.</w:t>
      </w:r>
    </w:p>
    <w:p>
      <w:pPr>
        <w:jc w:val="right"/>
      </w:pPr>
      <w:r>
        <w:t>کیونکہدوسریجگہیہبھیتوہے کہ اد خل واالجنة رفعالم ۔</w:t>
      </w:r>
    </w:p>
    <w:p>
      <w:r>
        <w:rPr>
          <w:b/>
        </w:rPr>
        <w:t xml:space="preserve">[59:33] </w:t>
      </w:r>
      <w:r>
        <w:t>to mein samajhta hoon ke yani mutlaq nafi is mein nahi hai. aur qurratu aiyun jo hai, woh aankhon ki thandak jo kahi gayi hai, ek usloob hai ke jab koi bari nemmat aap ko milti hai to us ko kaha jata hai aankhon ki thandak.</w:t>
      </w:r>
    </w:p>
    <w:p>
      <w:pPr>
        <w:jc w:val="right"/>
      </w:pPr>
      <w:r>
        <w:t>تو میں سمجھتاہوںکہ یعنی مطلق نفیاسمیںنہیںہے۔ اور قرة عینجوہے، وہ آنکھوںکیٹھنڈکجوکہیگئیہے، ایک اسلوبہے کہجب کوئی بڑی نعمتآپکوملتیہےتواسکوکہاجاتاہےآنکھوںکیٹھنڈک۔</w:t>
      </w:r>
    </w:p>
    <w:p>
      <w:r>
        <w:rPr>
          <w:b/>
        </w:rPr>
        <w:t xml:space="preserve">[59:51] </w:t>
      </w:r>
      <w:r>
        <w:t>to goya ke jannat bohat ajeebo ghareeb qism ki nematon ki jagah hogi. is ki taabeer ke taur par farmaya ke aankhon ki thandak. thandak.</w:t>
      </w:r>
    </w:p>
    <w:p>
      <w:pPr>
        <w:jc w:val="right"/>
      </w:pPr>
      <w:r>
        <w:t>تو گویاکہجنتبہت عجیبوغریب قسم کی نعمتوںکیجگہہوگی۔ اسکی تعبیرکےطورپرفرمایاکہآنکھوںکیٹھنڈک۔ٹھنڈک۔</w:t>
      </w:r>
    </w:p>
    <w:p>
      <w:r>
        <w:rPr>
          <w:b/>
        </w:rPr>
        <w:t xml:space="preserve">[1:00:02] </w:t>
      </w:r>
      <w:r>
        <w:t>yeh zaban ka ek usloob hai jo mein samajhta hoon ke har zaban mein paya jata hai. yeh usloob.</w:t>
      </w:r>
    </w:p>
    <w:p>
      <w:pPr>
        <w:jc w:val="right"/>
      </w:pPr>
      <w:r>
        <w:t>یہ زبان کاایکاسلوبہے جو میں سمجھتاہوںکہہرزبان میں پایاجاتاہے۔یہاسلوب۔</w:t>
      </w:r>
    </w:p>
    <w:p>
      <w:r>
        <w:rPr>
          <w:b/>
        </w:rPr>
        <w:t xml:space="preserve">[1:00:15] </w:t>
      </w:r>
      <w:r>
        <w:t>maulana, agla sawal amjad sahab ka hai, raichur se. unhon ne likha hai: "maulana, kya jin ut ka asraat ka insan par hona sahi hai?</w:t>
      </w:r>
    </w:p>
    <w:p>
      <w:pPr>
        <w:jc w:val="right"/>
      </w:pPr>
      <w:r>
        <w:t>مولانا،اگلاسوال امجدصاحبکاہے، رائچورسے۔ انہوںنےلکھاہے: "مولانا،کیا جن اتکا اثرات کا انسان پر ہونا صحیحہے ؟</w:t>
      </w:r>
    </w:p>
    <w:p>
      <w:r>
        <w:rPr>
          <w:b/>
        </w:rPr>
        <w:t xml:space="preserve">[1:00:26] </w:t>
      </w:r>
      <w:r>
        <w:t>iske bare mein aap kya kahenge?</w:t>
      </w:r>
    </w:p>
    <w:p>
      <w:pPr>
        <w:jc w:val="right"/>
      </w:pPr>
      <w:r>
        <w:t>اسکےبارےمیں آپکیا کہیںگے؟"</w:t>
      </w:r>
    </w:p>
    <w:p>
      <w:r>
        <w:rPr>
          <w:b/>
        </w:rPr>
        <w:t xml:space="preserve">[1:00:30] </w:t>
      </w:r>
      <w:r>
        <w:t>bhai, main to isko nahi manta jo aajkal mashhoor hai ke jinat ka asar hota hai, shar hota hai.</w:t>
      </w:r>
    </w:p>
    <w:p>
      <w:pPr>
        <w:jc w:val="right"/>
      </w:pPr>
      <w:r>
        <w:t>بھئی،میںتواسکونہیںمانتا جوآجکل مشہورہے کہ جن ات کا اثرہوتاہے، شرکہوتاہے۔</w:t>
      </w:r>
    </w:p>
    <w:p>
      <w:r>
        <w:rPr>
          <w:b/>
        </w:rPr>
        <w:t xml:space="preserve">[1:00:40] </w:t>
      </w:r>
      <w:r>
        <w:t>is liye ke quran mein saaf saaf hai ke laisa laka alaihim sultan. tum ko insaan ke oopar koi qudrat nahi hogi.</w:t>
      </w:r>
    </w:p>
    <w:p>
      <w:pPr>
        <w:jc w:val="right"/>
      </w:pPr>
      <w:r>
        <w:t>اسلیےکہقرآنمیںصافصافہےکہ ليس لکعلیہم سلطان ۔تم کو انسان کےاوپرکوئیقدرت نہیںہوگی۔</w:t>
      </w:r>
    </w:p>
    <w:p>
      <w:r>
        <w:rPr>
          <w:b/>
        </w:rPr>
        <w:t xml:space="preserve">[1:00:51] </w:t>
      </w:r>
      <w:r>
        <w:t>to is wajah se yeh ayat mein aayi thi ke is baat ki nafi hai ke insaan par yani koi physical nuqsan pohanchane ki taqat hai jinat ke paas</w:t>
      </w:r>
    </w:p>
    <w:p>
      <w:pPr>
        <w:jc w:val="right"/>
      </w:pPr>
      <w:r>
        <w:t>تواسوجہسے یہآیتمیںآئیتھیکہاسباتکینفیہے کہ انسانپر یعنی کوئی فزیکلہارنپہنچانےکیطاقت ہے جن اتکےپاس</w:t>
      </w:r>
    </w:p>
    <w:p>
      <w:r>
        <w:rPr>
          <w:b/>
        </w:rPr>
        <w:t xml:space="preserve">[1:01:02] </w:t>
      </w:r>
      <w:r>
        <w:t>. insaan ke yani iblis woh hai, jinat ka sardar hai, aap jante hain. to isko sirf waswase ki taqat hai.</w:t>
      </w:r>
    </w:p>
    <w:p>
      <w:pPr>
        <w:jc w:val="right"/>
      </w:pPr>
      <w:r>
        <w:t>۔ انسان کے یعنی ابلیسجوہے، جن اتکاسردارہے،آپجانتےہیں۔ تو اسکو صرف وسوسےکیطاقتہے۔</w:t>
      </w:r>
    </w:p>
    <w:p>
      <w:r>
        <w:rPr>
          <w:b/>
        </w:rPr>
        <w:t xml:space="preserve">[1:01:11] </w:t>
      </w:r>
      <w:r>
        <w:t>waswasa ya jo kaha gaya hai yani tazeen, burai ko beautify karna. to waswasa ada kar sakta hai woh. lekin physical nuqsan pohanchaye, yeh mumkin nahi hai.</w:t>
      </w:r>
    </w:p>
    <w:p>
      <w:pPr>
        <w:jc w:val="right"/>
      </w:pPr>
      <w:r>
        <w:t>وس وسہ یا جوکہاگیاہے یعنیتزین، بر ائیکو بیوٹیفائیکرنا۔ تو وس وسہ اداکرسکتاہےوہ۔لیکن فزیکلہارنپہنچائے ،یہ ممکننہیںہے۔</w:t>
      </w:r>
    </w:p>
    <w:p>
      <w:r>
        <w:rPr>
          <w:b/>
        </w:rPr>
        <w:t xml:space="preserve">[1:01:28] </w:t>
      </w:r>
      <w:r>
        <w:t>is liye jo kahaniyan mashhoor hain, un kahaniyon par main aqeedah nahi rakhta. aur main isko nahi manta ke jinat insaan ko koi physical takleef pohancha sakte hain. yeh main nahi manta.</w:t>
      </w:r>
    </w:p>
    <w:p>
      <w:pPr>
        <w:jc w:val="right"/>
      </w:pPr>
      <w:r>
        <w:t>اسلیےجوکہانیاںمشہورہیں، انکہانیوںپر میں عقیدہنہیںرکھتا۔ اورمیںاسکونہیںمانتاکہ جن ات انسانکو کوئی فزیکلتکلیفپہنچاسکتےہیں۔یہمیںنہیںمانتا۔</w:t>
      </w:r>
    </w:p>
    <w:p>
      <w:r>
        <w:rPr>
          <w:b/>
        </w:rPr>
        <w:t xml:space="preserve">[1:01:48] </w:t>
      </w:r>
      <w:r>
        <w:t>maulana, agla sawal kashmir se hai, aamir jaan mori sahab ka</w:t>
      </w:r>
    </w:p>
    <w:p>
      <w:pPr>
        <w:jc w:val="right"/>
      </w:pPr>
      <w:r>
        <w:t>مولانا،اگلاسوال کشمیرسے ہے، عامر جان موریصاحبکا</w:t>
      </w:r>
    </w:p>
    <w:p>
      <w:r>
        <w:rPr>
          <w:b/>
        </w:rPr>
        <w:t xml:space="preserve">[1:01:53] </w:t>
      </w:r>
      <w:r>
        <w:t>. unhon ne likha hai: "I have seen a lot of people coming to true path after going with the Tablighi Jamaat for few days.</w:t>
      </w:r>
    </w:p>
    <w:p>
      <w:pPr>
        <w:jc w:val="right"/>
      </w:pPr>
      <w:r>
        <w:t>۔ انہوںنےلکھاہے: "Ihaveseenalot ofpeople comingtotrue path after goingwiththeتبلیغیجماعت for fewdays.</w:t>
      </w:r>
    </w:p>
    <w:p>
      <w:r>
        <w:rPr>
          <w:b/>
        </w:rPr>
        <w:t xml:space="preserve">[1:02:03] </w:t>
      </w:r>
      <w:r>
        <w:t>After taking feedback from few of the people, they are of the opinion that it is good for self-correction. Maulana Sahab, I have also made the intention of going with them for three days for self-correction.</w:t>
      </w:r>
    </w:p>
    <w:p>
      <w:pPr>
        <w:jc w:val="right"/>
      </w:pPr>
      <w:r>
        <w:t>After taking feedback from fewofthepeople ,theyareoftheopinionthat itis goodfor self -correction. مول اناصاحب,Ihave also made theintention of goingwith them for three days for self-correction.</w:t>
      </w:r>
    </w:p>
    <w:p>
      <w:r>
        <w:rPr>
          <w:b/>
        </w:rPr>
        <w:t xml:space="preserve">[1:02:19] </w:t>
      </w:r>
      <w:r>
        <w:t>Myquestionis , isit reallygoodfor self-correction ?</w:t>
      </w:r>
    </w:p>
    <w:p>
      <w:pPr>
        <w:jc w:val="right"/>
      </w:pPr>
      <w:r>
        <w:t>Myquestionis , isit reallygoodfor self-correction ?</w:t>
      </w:r>
    </w:p>
    <w:p>
      <w:r>
        <w:rPr>
          <w:b/>
        </w:rPr>
        <w:t xml:space="preserve">[1:02:23] </w:t>
      </w:r>
      <w:r>
        <w:t>Kindlyadv ise how far itis inline with Hadith and Sharia."</w:t>
      </w:r>
    </w:p>
    <w:p>
      <w:pPr>
        <w:jc w:val="right"/>
      </w:pPr>
      <w:r>
        <w:t>Kindlyadv ise how far itis inline with Hadith and Sharia."</w:t>
      </w:r>
    </w:p>
    <w:p>
      <w:r>
        <w:rPr>
          <w:b/>
        </w:rPr>
        <w:t xml:space="preserve">[1:02:32] </w:t>
      </w:r>
      <w:r>
        <w:t>self correction ka matlab hota hai islah e nafs ya islah e khwaish, apni islah</w:t>
      </w:r>
    </w:p>
    <w:p>
      <w:pPr>
        <w:jc w:val="right"/>
      </w:pPr>
      <w:r>
        <w:t>سیلفکریکشنکامطلبہوتاہے اصلاح نفس یااصلاح خویش ، اپنی اصلاح</w:t>
      </w:r>
    </w:p>
    <w:p>
      <w:r>
        <w:rPr>
          <w:b/>
        </w:rPr>
        <w:t xml:space="preserve">[1:02:38] </w:t>
      </w:r>
      <w:r>
        <w:t>. to behal shayad is mein islah hoti ho, lekin main to quran o hadith se jo samjha hoon, islah hoti hai sochne se.</w:t>
      </w:r>
    </w:p>
    <w:p>
      <w:pPr>
        <w:jc w:val="right"/>
      </w:pPr>
      <w:r>
        <w:t>۔تو بہرحال شایداسمیںاصلاحہوتیہو، لیکن میںتو قرآنوحدیثسےجوسمجھاہوں، اصلاحہوتیہے سوچنےسے ۔</w:t>
      </w:r>
    </w:p>
    <w:p>
      <w:r>
        <w:rPr>
          <w:b/>
        </w:rPr>
        <w:t xml:space="preserve">[1:02:49] </w:t>
      </w:r>
      <w:r>
        <w:t>. yani islah ek ek zehni amal hai.</w:t>
      </w:r>
    </w:p>
    <w:p>
      <w:pPr>
        <w:jc w:val="right"/>
      </w:pPr>
      <w:r>
        <w:t>یعنی اصلاح ایک ایک ذہنیعمل ہے۔</w:t>
      </w:r>
    </w:p>
    <w:p>
      <w:r>
        <w:rPr>
          <w:b/>
        </w:rPr>
        <w:t xml:space="preserve">[1:02:54] </w:t>
      </w:r>
      <w:r>
        <w:t>jitna zyada aap ke andar intellectual thinking process, jitna zyada jari hoga, jitna intellectual development hoga, jitna aap sochenge, tadabbur karenge, quran o hadith ko mutala karenge, us se islah hogi.</w:t>
      </w:r>
    </w:p>
    <w:p>
      <w:pPr>
        <w:jc w:val="right"/>
      </w:pPr>
      <w:r>
        <w:t>جتنازیادہ آپکےاندر انٹلیکچول تھنکنگپروسیس،جتنا زیادہ جاریہوگا، جتناانٹلیکچولڈیویلپمنٹہوگا، جتناآپسوچیںگے، تد برکریںگے،قرآنوحدیثکومطالعہکریںگے،اسسے اصلاحہوگی۔</w:t>
      </w:r>
    </w:p>
    <w:p>
      <w:r>
        <w:rPr>
          <w:b/>
        </w:rPr>
        <w:t xml:space="preserve">[1:03:10] </w:t>
      </w:r>
      <w:r>
        <w:t>aur naqli harkat se yahan jayen, wahan jayen, is masjid, us masjid, is se islah hogi. to bhai, un logon ke saath islah hoti ho. lekin main zaati taur par quran o hadith ke mutale se jo samjha hoon, woh yeh hai ke islah ka barah e raast ta'alluq hai tadabbur se.</w:t>
      </w:r>
    </w:p>
    <w:p>
      <w:pPr>
        <w:jc w:val="right"/>
      </w:pPr>
      <w:r>
        <w:t>اور نقلوحرکتسےیہاںجائیں،وہاںجائیں، اس مسجد،اسمسجد ، اسسےاصلاحہوگی۔ تو بھئی،انلوگوںکےساتھ اصلاحہوتیہو ۔ لیکن میں ذاتیطورپرقرآنوحدیثکےمطالعےسےجوسمجھاہوں، وہیہہے کہ اصلاح کا براہراستتعلقہےتد برسے ۔</w:t>
      </w:r>
    </w:p>
    <w:p>
      <w:r>
        <w:rPr>
          <w:b/>
        </w:rPr>
        <w:t xml:space="preserve">[1:03:29] </w:t>
      </w:r>
      <w:r>
        <w:t>jab aap ke andar is qism ka thinking process jari hoga, aap ke mind mein is tarah ki soch aa jayegi, aur tab islah hogi.</w:t>
      </w:r>
    </w:p>
    <w:p>
      <w:pPr>
        <w:jc w:val="right"/>
      </w:pPr>
      <w:r>
        <w:t>جب آپ کےاندر اس قسم کا تھنکنگپروسیسجاریہوگا، آپ کے مائنڈمیں اسطرحکیسوچآجائےگی، اور تب اصلاحہوگی۔</w:t>
      </w:r>
    </w:p>
    <w:p>
      <w:r>
        <w:rPr>
          <w:b/>
        </w:rPr>
        <w:t xml:space="preserve">[1:03:41] </w:t>
      </w:r>
      <w:r>
        <w:t>islah ek islah ek shaoor ke nateejay mein aati hai, sirf naqli naqli harkat se nahi aati. islah</w:t>
      </w:r>
    </w:p>
    <w:p>
      <w:pPr>
        <w:jc w:val="right"/>
      </w:pPr>
      <w:r>
        <w:t>اصلاح ایک اصلاحایک شعور کےنتیجےمیںآتیہے، صرفنقلو نقلوحرکتسےنہیںآتی۔اصلاح</w:t>
      </w:r>
    </w:p>
    <w:p>
      <w:r>
        <w:rPr>
          <w:b/>
        </w:rPr>
        <w:t xml:space="preserve">[1:03:49] </w:t>
      </w:r>
      <w:r>
        <w:t>agar kisi ko tajrube mein aa rahi ho, islah to ab mujhe nahi maloom, bhai, lekin quran o hadith se to yahi samajh mein aata hai ke ke mutala, tadabbur, ghore o fikr, us se islah hoti hai.</w:t>
      </w:r>
    </w:p>
    <w:p>
      <w:pPr>
        <w:jc w:val="right"/>
      </w:pPr>
      <w:r>
        <w:t>اگر کسی کوتجربےمیںآرہیہو،اصلاحتو ابمجھےنہیںمعلوم،بھائی،لیکن قرآنوحدیثسےتویہی سمجھمیںآتاہے کہ کہ مط العہ،تد بر ،غوروفکر،اسسےاصلاحہوتیہے۔</w:t>
      </w:r>
    </w:p>
    <w:p>
      <w:r>
        <w:rPr>
          <w:b/>
        </w:rPr>
        <w:t xml:space="preserve">[1:04:06] </w:t>
      </w:r>
      <w:r>
        <w:t>Maulana, agla sawal Sajid Anwar sahab ka hai, road kaisay. Unhon ne likha hai: "Moulana, you stress very much on developing objective thinking.</w:t>
      </w:r>
    </w:p>
    <w:p>
      <w:pPr>
        <w:jc w:val="right"/>
      </w:pPr>
      <w:r>
        <w:t>مولانا،اگلاسوال ساجد انورصاحبکاہے، روڑکیسے ۔انہوںنےلکھاہے: "Moulana,you stress verymuch on develop ing obj ec tivethink ing.</w:t>
      </w:r>
    </w:p>
    <w:p>
      <w:r>
        <w:rPr>
          <w:b/>
        </w:rPr>
        <w:t xml:space="preserve">[1:04:17] </w:t>
      </w:r>
      <w:r>
        <w:t>Please guide us as to how we can develop objective thinking in us. What are the things which blur objective thinking?</w:t>
      </w:r>
    </w:p>
    <w:p>
      <w:pPr>
        <w:jc w:val="right"/>
      </w:pPr>
      <w:r>
        <w:t>Please guide us astohow wecandevelop obj ectivethinking inus . Whatarethethings which bl ur obj ectivethinking?"</w:t>
      </w:r>
    </w:p>
    <w:p>
      <w:r>
        <w:rPr>
          <w:b/>
        </w:rPr>
        <w:t xml:space="preserve">[1:04:36] </w:t>
      </w:r>
      <w:r>
        <w:t>dekhiye, aadmi paida hota hai to woh nature par hota hai. nature par hota hai. agar aadmi nature par baqir hai to usi ka naam hai objective think</w:t>
      </w:r>
    </w:p>
    <w:p>
      <w:pPr>
        <w:jc w:val="right"/>
      </w:pPr>
      <w:r>
        <w:t>دیکھیے،آدمی پیدا ہوتاہے تووہنیچرپرہوتاہے۔ نیچرپرہوتاہے۔اگرآدمینیچرپرباقیرہے تو اسیکانامہےابجیکٹوتھنک</w:t>
      </w:r>
    </w:p>
    <w:p>
      <w:r>
        <w:rPr>
          <w:b/>
        </w:rPr>
        <w:t xml:space="preserve">[1:04:47] </w:t>
      </w:r>
      <w:r>
        <w:t>ing. Lekin hota yeh hai ke mahaul mein aadmi ki conditioning hoti rehti hai, woh cheezon se distract hota hai, tarah tarah ke bias aa jate hain us ke mind mein.</w:t>
      </w:r>
    </w:p>
    <w:p>
      <w:pPr>
        <w:jc w:val="right"/>
      </w:pPr>
      <w:r>
        <w:t>نگ۔لیکن ہوتایہہےکہ ماحولمیںآدمی کی کنڈیشننگہوتیرہتیہے، وہ چیزوںسےڈسٹریکٹہوتاہے، طرح طرح کے بائسآجاتےہیںاسکےمائنڈمیں۔</w:t>
      </w:r>
    </w:p>
    <w:p>
      <w:r>
        <w:rPr>
          <w:b/>
        </w:rPr>
        <w:t xml:space="preserve">[1:04:59] </w:t>
      </w:r>
      <w:r>
        <w:t>yeh sab cheezen us se chheen leti hain objective thinking ko. to main samajhta hoon ke objective thinking paida karne ke liye zaroori hai ke aap sochen, apna muhasbah karen, transaction karen, apni deconditioning karen.</w:t>
      </w:r>
    </w:p>
    <w:p>
      <w:pPr>
        <w:jc w:val="right"/>
      </w:pPr>
      <w:r>
        <w:t>یہسبچیزیں اسسے چھینلیتیہیںابجیکٹوتھنکنگکو۔ تو میں سمجھتاہوںکہ اب جیکٹوتھنکنگ پیدا کرنےکےلیےضروریہےکہآپ سوچیں، اپنا محاسبہکریں،ٹرانسپیکشنکریں، اپنی ڈی کنڈیشنکریں۔</w:t>
      </w:r>
    </w:p>
    <w:p>
      <w:r>
        <w:rPr>
          <w:b/>
        </w:rPr>
        <w:t xml:space="preserve">[1:05:17] </w:t>
      </w:r>
      <w:r>
        <w:t>yeh sab jitna zyada aap kar payenge, utni hi aap objective thinking aayegi. yani jo unnatural cheezein aa gayi hain dimagh mein, jo ghair fitri cheezein aa gayi hain aapke mind mein,</w:t>
      </w:r>
    </w:p>
    <w:p>
      <w:pPr>
        <w:jc w:val="right"/>
      </w:pPr>
      <w:r>
        <w:t>یہ سب جتنازیادہ آپکرپائیںگے، اتنیہیابجیکٹوتھنکنگآئےگی۔ یعنیجو اننیچرلچیز یں آگئیہیںدماغمیں، جو غیر فطریچیزیں آگئی ہیںآپکےمائنڈمیں،</w:t>
      </w:r>
    </w:p>
    <w:p>
      <w:r>
        <w:rPr>
          <w:b/>
        </w:rPr>
        <w:t xml:space="preserve">[1:05:31] </w:t>
      </w:r>
      <w:r>
        <w:t>jitna inko aap nikal payenge, jitna aap lotayenge apne aap ko fitrat ki taraf, utne hi zyada aap objective thinker ban payenge.</w:t>
      </w:r>
    </w:p>
    <w:p>
      <w:pPr>
        <w:jc w:val="right"/>
      </w:pPr>
      <w:r>
        <w:t>جتناانکوآپ نکالپائیںگے، جتناآپ لوٹائیںگےاپنےآپکوفطرتکیطرف ، اتنےہیزیادہ آپ اب جیکٹوتھنکر بنپائیںگے۔</w:t>
      </w:r>
    </w:p>
    <w:p>
      <w:r>
        <w:rPr>
          <w:b/>
        </w:rPr>
        <w:t xml:space="preserve">[1:05:43] </w:t>
      </w:r>
      <w:r>
        <w:t>maulana, agla sawal dilli se hai, ansh sahib ka</w:t>
      </w:r>
    </w:p>
    <w:p>
      <w:pPr>
        <w:jc w:val="right"/>
      </w:pPr>
      <w:r>
        <w:t>مولانا،اگلاسوال دلیسےہے، ان سصاحبکا</w:t>
      </w:r>
    </w:p>
    <w:p>
      <w:r>
        <w:rPr>
          <w:b/>
        </w:rPr>
        <w:t xml:space="preserve">[1:05:47] </w:t>
      </w:r>
      <w:r>
        <w:t>. unhone likha hai: "jab hum koi nek kaam karte hain, jaise dawat, to shaitan kya hamare zyada qareeb aa jata hai?</w:t>
      </w:r>
    </w:p>
    <w:p>
      <w:pPr>
        <w:jc w:val="right"/>
      </w:pPr>
      <w:r>
        <w:t>۔انہوںنےلکھاہے: "जबहम कोई नेककाम करते हैं, जैसे दावत,तो शैतानक्या हमारे ज्यादा करीबआजाता है?</w:t>
      </w:r>
    </w:p>
    <w:p>
      <w:r>
        <w:rPr>
          <w:b/>
        </w:rPr>
        <w:t xml:space="preserve">[1:05:55] </w:t>
      </w:r>
      <w:r>
        <w:t>aur shaitan ke waswason se bachne ke liye kya karna chahiye ?" yeh to sabit hai quran o hadith se ke jo aadmi neki ke rastay par chalta hai to shaitan bohat zyada pareshan ho jata hai, usko bhagane ki koshish karta hai, hatta ke har paighambar ke saath shaitan laga rehta hai.</w:t>
      </w:r>
    </w:p>
    <w:p>
      <w:pPr>
        <w:jc w:val="right"/>
      </w:pPr>
      <w:r>
        <w:t>और शैतानके وس وس وںसे बचनेकेलिए क्या करना चाहिए ?" یہتو ثابت ہےقرآنوحدیثسے کہجوآدمی نیکیکےراستےپرچلتاہےتو شیطان بہت زیادہ پریشانہوجاتاہے، اسکو بھگانےکیکوششکرتاہے، حتیٰکہہر پیغمبرکےساتھ شیطان لگارہتاہے۔</w:t>
      </w:r>
    </w:p>
    <w:p>
      <w:r>
        <w:rPr>
          <w:b/>
        </w:rPr>
        <w:t xml:space="preserve">[1:06:16] </w:t>
      </w:r>
      <w:r>
        <w:t>yeh to waqe hai. aur jitna zyada aap apni soch ko develop karenge, utni aap is se bach payenge.</w:t>
      </w:r>
    </w:p>
    <w:p>
      <w:pPr>
        <w:jc w:val="right"/>
      </w:pPr>
      <w:r>
        <w:t>یہتو واقع ہہے۔ اور جتنازیادہ آپ اپنی سوچکوڈیویلپکریںگے،اتنیآپ اسسےبچپائیںگے۔</w:t>
      </w:r>
    </w:p>
    <w:p>
      <w:r>
        <w:rPr>
          <w:b/>
        </w:rPr>
        <w:t xml:space="preserve">[1:06:26] </w:t>
      </w:r>
      <w:r>
        <w:t>mera apna tajurba yeh hai ke jab bhi koi waswasa aaye, koi galat baat mind mein aaye, jaldi se parhiye "la muniaوذbika منحمدات الشیطان" . isko parhiye.</w:t>
      </w:r>
    </w:p>
    <w:p>
      <w:pPr>
        <w:jc w:val="right"/>
      </w:pPr>
      <w:r>
        <w:t>میرااپناتجربہیہہے کہجب بھیکوئی وس وسہآئے، کوئیغلطبات مائنڈمیںآئے،جلدیسےپڑھیے "لا منیعوذبکمنحمدات الشیطان"۔اسکوپڑھیے۔</w:t>
      </w:r>
    </w:p>
    <w:p>
      <w:r>
        <w:rPr>
          <w:b/>
        </w:rPr>
        <w:t xml:space="preserve">[1:06:40] </w:t>
      </w:r>
      <w:r>
        <w:t>mera tajurba yeh hai ke iske baad waswasa khatam ho jata hai.</w:t>
      </w:r>
    </w:p>
    <w:p>
      <w:pPr>
        <w:jc w:val="right"/>
      </w:pPr>
      <w:r>
        <w:t>میراتجربہیہہےکہاسکےبعد وسوسہختمہوجاتاہے۔</w:t>
      </w:r>
    </w:p>
    <w:p>
      <w:r>
        <w:rPr>
          <w:b/>
        </w:rPr>
        <w:t xml:space="preserve">[1:06:45] </w:t>
      </w:r>
      <w:r>
        <w:t>main iske sab ko mashwara deta hoon ke jab bhi aapko mehsoos ho ke shaitan aapke andar waswasa daal raha hai to jaldi se parhiye "اللهم انیاعوذبکمنحمدات الشیطان " .</w:t>
      </w:r>
    </w:p>
    <w:p>
      <w:pPr>
        <w:jc w:val="right"/>
      </w:pPr>
      <w:r>
        <w:t>میں اسیکے سبکو مشورہدیتاہوں کہجب بھیآپکو محسوس ہو کہ شیطانآپکےاندروسوسہڈالرہاہے تو جلدیسےپڑھیے "اللهم انیاعوذبکمنحمدات الشیطان "۔</w:t>
      </w:r>
    </w:p>
    <w:p>
      <w:r>
        <w:rPr>
          <w:b/>
        </w:rPr>
        <w:t xml:space="preserve">[1:06:58] </w:t>
      </w:r>
      <w:r>
        <w:t>maulana, agla sawal gulbarga se hai, rafaat anees sahib ka</w:t>
      </w:r>
    </w:p>
    <w:p>
      <w:pPr>
        <w:jc w:val="right"/>
      </w:pPr>
      <w:r>
        <w:t>مولانا،اگلاسوال گلبرگہسےہے، رفعت انیسہصاحبکا</w:t>
      </w:r>
    </w:p>
    <w:p>
      <w:r>
        <w:rPr>
          <w:b/>
        </w:rPr>
        <w:t xml:space="preserve">[1:07:03] </w:t>
      </w:r>
      <w:r>
        <w:t>. unhone likha hai: "maulana, main ne aapke lecture mein suna hai ke ahsan e taqweem ka matlab idealist , aur asfal e safileen ka matlab imperfect world hai.</w:t>
      </w:r>
    </w:p>
    <w:p>
      <w:pPr>
        <w:jc w:val="right"/>
      </w:pPr>
      <w:r>
        <w:t>۔ انہوںنےلکھاہے: "مولانا، میںنےآپکے لیکچرمیں سناہے کہ احسان تقویم کامطلب آئیڈیلسٹ ،اور اف اسفل سف لینکامطلب امپرفیکٹ ورلڈہے۔</w:t>
      </w:r>
    </w:p>
    <w:p>
      <w:r>
        <w:rPr>
          <w:b/>
        </w:rPr>
        <w:t xml:space="preserve">[1:07:17] </w:t>
      </w:r>
      <w:r>
        <w:t>to mera sawal yeh hai ke 'illa allazeena aamanoo' keh kar mominon ka istithna kyun hai ? iske baray mein bataein." aisa nahi ke momin is se bach jayega.</w:t>
      </w:r>
    </w:p>
    <w:p>
      <w:pPr>
        <w:jc w:val="right"/>
      </w:pPr>
      <w:r>
        <w:t>تومیراسوال یہہے کہ 'الا الذین آمنوا' کہہکر موم نونکا است ثنیٰ کیوںہے ؟ اسکےبارےمیںبت ائیں۔" ایسانہیں کہمومناسسےبچجائےگا۔</w:t>
      </w:r>
    </w:p>
    <w:p>
      <w:r>
        <w:rPr>
          <w:b/>
        </w:rPr>
        <w:t xml:space="preserve">[1:07:31] </w:t>
      </w:r>
      <w:r>
        <w:t>bach jayega usko momin kaha gaya hai.</w:t>
      </w:r>
    </w:p>
    <w:p>
      <w:pPr>
        <w:jc w:val="right"/>
      </w:pPr>
      <w:r>
        <w:t>بچےہوئےکو مومنکہاگیاہے۔</w:t>
      </w:r>
    </w:p>
    <w:p>
      <w:r>
        <w:rPr>
          <w:b/>
        </w:rPr>
        <w:t xml:space="preserve">[1:07:33] </w:t>
      </w:r>
      <w:r>
        <w:t>dekhiye, aap yeh mat samjhein ke jo momin hoga woh is se bachega. nahi, jo bach jayega usko momin kaha gaya.</w:t>
      </w:r>
    </w:p>
    <w:p>
      <w:pPr>
        <w:jc w:val="right"/>
      </w:pPr>
      <w:r>
        <w:t>دیکھیے،آپ یہ متسمجھیںکہجومومنہوگاوہاسسےبچارہےگا۔ نہیں ، جو بچجائےگااسکو مومنکہاگیا۔</w:t>
      </w:r>
    </w:p>
    <w:p>
      <w:r>
        <w:rPr>
          <w:b/>
        </w:rPr>
        <w:t xml:space="preserve">[1:07:43] </w:t>
      </w:r>
      <w:r>
        <w:t>baqayda yeh confusion ho raha hai inko. yeh samajhte hain ke jo momin hoga, yani momin ka matlab jo musalman ghar mein paida hoga, woh is se bach jayega. aisa har giz nahi hai.</w:t>
      </w:r>
    </w:p>
    <w:p>
      <w:pPr>
        <w:jc w:val="right"/>
      </w:pPr>
      <w:r>
        <w:t>باقاعدہیہیکنفیوژنہورہاہےانکو ۔ یہسمجھتےہیںکہجومومنہوگا،یعنی مومنکامعنیجو مس لمانگھرمیںپیداہوگا، وہ اسسےبچجائےگا۔ ایساہرگزنہیںہے۔</w:t>
      </w:r>
    </w:p>
    <w:p>
      <w:r>
        <w:rPr>
          <w:b/>
        </w:rPr>
        <w:t xml:space="preserve">[1:07:54] </w:t>
      </w:r>
      <w:r>
        <w:t>balke jo apne aap ko bacha payega, apne muhasba karke, apne islah karke, to woh momin qarar payega.</w:t>
      </w:r>
    </w:p>
    <w:p>
      <w:pPr>
        <w:jc w:val="right"/>
      </w:pPr>
      <w:r>
        <w:t>بلکہجو اپنے کوبچاپائےگا، اپنے محاسبہکرکے، اپنے اصلاح کرکے ،تو وہ مومن قرارپائےگا۔</w:t>
      </w:r>
    </w:p>
    <w:p>
      <w:r>
        <w:rPr>
          <w:b/>
        </w:rPr>
        <w:t xml:space="preserve">[1:08:03] </w:t>
      </w:r>
      <w:r>
        <w:t>yeh matlab hai iska.</w:t>
      </w:r>
    </w:p>
    <w:p>
      <w:pPr>
        <w:jc w:val="right"/>
      </w:pPr>
      <w:r>
        <w:t>یہمطلبہےاسکا۔</w:t>
      </w:r>
    </w:p>
    <w:p>
      <w:r>
        <w:rPr>
          <w:b/>
        </w:rPr>
        <w:t xml:space="preserve">[1:08:07] </w:t>
      </w:r>
      <w:r>
        <w:t>maulana, agla sawal raipur se hai, idrees sahib ka . unhone likha hai: "Today's lecture was an eye-opener. It inspires a desire for جن ت . My question is, what one should do to move towards this goal?"</w:t>
      </w:r>
    </w:p>
    <w:p>
      <w:pPr>
        <w:jc w:val="right"/>
      </w:pPr>
      <w:r>
        <w:t>مولانا،اگلاسوال رائےپورسےہے، ادریسصاحبکا ۔انہوںنےلکھاہے: "Today'slecturewas an eye-opener. It insp ires ades ire for جن ت .Myquestion is, whatone shoulddo to move t owards this goal?"</w:t>
      </w:r>
    </w:p>
    <w:p>
      <w:r>
        <w:rPr>
          <w:b/>
        </w:rPr>
        <w:t xml:space="preserve">[1:08:27] </w:t>
      </w:r>
      <w:r>
        <w:t>main apne baray mein yeh keh sakta hoon ke woh jo maine jumla kaha, woh har din meri zuban par aata hai ke jannat na mili to kuch na mila.</w:t>
      </w:r>
    </w:p>
    <w:p>
      <w:pPr>
        <w:jc w:val="right"/>
      </w:pPr>
      <w:r>
        <w:t>میں اپنے بارےمیںیہکہہسکتاہوں کہوہجومیںنےجملہکہا، وہہردنمیریزبان پرآتاہے کہ جنت نہملی توکچھنہملا۔</w:t>
      </w:r>
    </w:p>
    <w:p>
      <w:r>
        <w:rPr>
          <w:b/>
        </w:rPr>
        <w:t xml:space="preserve">[1:08:39] </w:t>
      </w:r>
      <w:r>
        <w:t>mujhe bar bar aisa tajurba hua hai ke koi bohat achhi cheez, bohat achhi cheez mujhe mili, aur uske baad main bor ho gaya, ya us se tabiyat hat gayi, ya woh us se chhin gayi.</w:t>
      </w:r>
    </w:p>
    <w:p>
      <w:pPr>
        <w:jc w:val="right"/>
      </w:pPr>
      <w:r>
        <w:t>مجھے باربار ایساتجربہہواہے کہکوئی بہتاچھیچیز،بہتاچھیچیزمجھےملی، اوراسکےبعدمیں بورہوگیا، یا اسسے طبیعتہٹگئی ،یاوہاسسےچھنگئی۔</w:t>
      </w:r>
    </w:p>
    <w:p>
      <w:r>
        <w:rPr>
          <w:b/>
        </w:rPr>
        <w:t xml:space="preserve">[1:08:52] </w:t>
      </w:r>
      <w:r>
        <w:t>misal ke taur par, mujhe youth mein mera ek tha, jo neki ki umar,</w:t>
      </w:r>
    </w:p>
    <w:p>
      <w:pPr>
        <w:jc w:val="right"/>
      </w:pPr>
      <w:r>
        <w:t>مثالکےطورپر،مجھے یوتھایجمیراایکتھا، جو انیکیعمر ،</w:t>
      </w:r>
    </w:p>
    <w:p>
      <w:r>
        <w:rPr>
          <w:b/>
        </w:rPr>
        <w:t xml:space="preserve">[1:08:58] </w:t>
      </w:r>
      <w:r>
        <w:t>to main kaha karta tha ke main pathar par bhi sound sleep le sakta hoon. is zamane mein main yeh kaha karta tha ke main pathar par bhi sound sleep le sakta hoon.</w:t>
      </w:r>
    </w:p>
    <w:p>
      <w:pPr>
        <w:jc w:val="right"/>
      </w:pPr>
      <w:r>
        <w:t>تومیں کہاکرتاتھاکہمیں پتھر پر بھی ساؤنڈسلیپلےسکتاہوں۔ اس زمانےمیںمیںیہکہاکرتاتھاکہ میں پتھرپربھیساؤنڈسلیپلےسکتاہوں۔</w:t>
      </w:r>
    </w:p>
    <w:p>
      <w:r>
        <w:rPr>
          <w:b/>
        </w:rPr>
        <w:t xml:space="preserve">[1:09:07] </w:t>
      </w:r>
      <w:r>
        <w:t>aaj mujhe gadhe par bhi waisi neend nahi aati. to main sochta hoon ke kya hai youth, kya hai naram gadha? kya hai</w:t>
      </w:r>
    </w:p>
    <w:p>
      <w:pPr>
        <w:jc w:val="right"/>
      </w:pPr>
      <w:r>
        <w:t>آجمجھےگدھےپربھی ویسینیندنہیںآتی۔ تو میںسوچتاہوںکہکیاہے یوتھایج،کیاہے نرمگدھا؟کیاہے</w:t>
      </w:r>
    </w:p>
    <w:p>
      <w:r>
        <w:rPr>
          <w:b/>
        </w:rPr>
        <w:t xml:space="preserve">[1:09:17] </w:t>
      </w:r>
      <w:r>
        <w:t>jo is cheez chand din ke liye ho aur phir woh chhin jaye? aur mera dekhiye, ek tajurba yeh hai ke aap ko koi aaram chahe kitni hi zyada mile, jaise hi aaram chhin ta hai, ek second ke baad bhi baqi nahi rehta ho.</w:t>
      </w:r>
    </w:p>
    <w:p>
      <w:pPr>
        <w:jc w:val="right"/>
      </w:pPr>
      <w:r>
        <w:t>جو اسچیز چنددنکےلیےہواورپھروہچھنجائے؟ اور میرادیکھیے،ایکتجربہیہہے کہآپ کو کوئی آرام چاہےکتنیہیزیادہ ملے، جیسےہیآرام چھنتاہے، ایک سیکنڈکےبعد بھیباقینہرہتاہو۔</w:t>
      </w:r>
    </w:p>
    <w:p>
      <w:r>
        <w:rPr>
          <w:b/>
        </w:rPr>
        <w:t xml:space="preserve">[1:09:32] </w:t>
      </w:r>
      <w:r>
        <w:t>aisa nahi ke aap pachas saal tak aaram aaram ki zindagi guzarein, aur pachas saal ke baad jab woh aaram na rahe, aapko tab bhi us mein aap lazzat mehsoos karte rahein, tab bhi aap us mein enjoy karte rahein. aisa nahi hota,</w:t>
      </w:r>
    </w:p>
    <w:p>
      <w:pPr>
        <w:jc w:val="right"/>
      </w:pPr>
      <w:r>
        <w:t>ایسانہیںکہآپ پچاسسال تکآرامآرامکیزندگی گزار یں، اورپچاسسالکےبعد جبوہآرامنہرہے،آپکو تب بھی اسمیںآپ لذتملتیرہے، تببھیآپاسمیں انجوائےکرتے رہیں۔ایسانہیںہوتا،</w:t>
      </w:r>
    </w:p>
    <w:p>
      <w:r>
        <w:rPr>
          <w:b/>
        </w:rPr>
        <w:t xml:space="preserve">[1:09:46] </w:t>
      </w:r>
      <w:r>
        <w:t>fi al فورختمہوجاتاہے۔</w:t>
      </w:r>
    </w:p>
    <w:p>
      <w:pPr>
        <w:jc w:val="right"/>
      </w:pPr>
      <w:r>
        <w:t>فی الفورختمہوجاتاہے۔</w:t>
      </w:r>
    </w:p>
    <w:p>
      <w:r>
        <w:rPr>
          <w:b/>
        </w:rPr>
        <w:t xml:space="preserve">[1:09:48] </w:t>
      </w:r>
      <w:r>
        <w:t>to mujhko allah ta'ala ne bar bar aise tajrube karaye hain ke har qism ke aaram ko maine dekha hai, bohat qareeb se, bohat qareeb se dekha hai.</w:t>
      </w:r>
    </w:p>
    <w:p>
      <w:pPr>
        <w:jc w:val="right"/>
      </w:pPr>
      <w:r>
        <w:t>تو مجھکواللہ تعالینے باربار ایسے تجربےکرائےہیں کہ ہرقسم کے آرام کومیںنے دیکھاہے، بہت قریبسے، بہت قریبسےدیکھاہے۔</w:t>
      </w:r>
    </w:p>
    <w:p>
      <w:r>
        <w:rPr>
          <w:b/>
        </w:rPr>
        <w:t xml:space="preserve">[1:10:01] </w:t>
      </w:r>
      <w:r>
        <w:t>lekin jab main sochta hoon ke woh aaram kya hai, woh kya tha? kuch bhi nahin tha. ek waqti, yaani waqti taur par laga ke kuch koi koi behtar cheez hai. kuch der ke baad boriyat aa gayi ,</w:t>
      </w:r>
    </w:p>
    <w:p>
      <w:pPr>
        <w:jc w:val="right"/>
      </w:pPr>
      <w:r>
        <w:t>لیکن جب میںسوچتاہوںکہوہآرامجوہے، وہ کیا تھا؟کچھبھینہیںتھا۔ ایک وق تی، یعنی وقتیطورپرلگاکہ کچھ کوئیکوئیبہتاچھیچیزہے۔کچھدیرکےبعد بوریتآگئی ،</w:t>
      </w:r>
    </w:p>
    <w:p>
      <w:r>
        <w:rPr>
          <w:b/>
        </w:rPr>
        <w:t xml:space="preserve">[1:10:18] </w:t>
      </w:r>
      <w:r>
        <w:t>isi ki wajah se woh woh cheez chhin gayi. ya toh bore ho kar ke, ya bemar ho kar ke, ek accident ho kar ke, nahin toh phir maut ki shakl mein.</w:t>
      </w:r>
    </w:p>
    <w:p>
      <w:pPr>
        <w:jc w:val="right"/>
      </w:pPr>
      <w:r>
        <w:t>اسی کیوجہ سےوہ وہ چیز چھنگئی۔ یاتو بورہوکرکے،یا بیمارہوکرکے، ایک ایکسیڈنٹہوکرکے، نہیںتوپھرموتکیشکلمیں۔</w:t>
      </w:r>
    </w:p>
    <w:p>
      <w:r>
        <w:rPr>
          <w:b/>
        </w:rPr>
        <w:t xml:space="preserve">[1:10:29] </w:t>
      </w:r>
      <w:r>
        <w:t>to main sochta hoon ke dunya mein jin cheezon ke peeche daud rahe hain, woh milein tab bhi kya hai? mil kar bhi kya mila? mil kar bhi kya mila?</w:t>
      </w:r>
    </w:p>
    <w:p>
      <w:pPr>
        <w:jc w:val="right"/>
      </w:pPr>
      <w:r>
        <w:t>تو میںسوچتاہوںکہ دنیا میں جنچیزوںکےپیچھےدوڑرہےہیں، وہ ملیںتببھیکیاہے؟ ملکربھیکیا ملا؟ ملکربھیکیا ملا؟</w:t>
      </w:r>
    </w:p>
    <w:p>
      <w:r>
        <w:rPr>
          <w:b/>
        </w:rPr>
        <w:t xml:space="preserve">[1:10:42] </w:t>
      </w:r>
      <w:r>
        <w:t>main adam gard mein ek saahab the, yaani jo pehla tajurba mujhe hua is ka, adam gard mein ek saahab the jo bohat kaamyaab surgeon the. woh bohat kaamyaab surgeon us waqt, yaani main samajhta hoon ke poore district mein wohi sab se bade surgeon the, ghaleban,</w:t>
      </w:r>
    </w:p>
    <w:p>
      <w:pPr>
        <w:jc w:val="right"/>
      </w:pPr>
      <w:r>
        <w:t>میں آدم گارڈمیںایکصاحبتھے، یعنیجو پہلاتجربہمجھےہوااسکا، آدمگارڈمیںایکصاحبتھےجوبہت کامیاب سرجنتھے۔وہ بہت کامیاب سرجناس وقت، یعنیمیںسمجھتاہوںکہپورےڈسٹرکٹمیںوہیسبسےبڑےسرجن تھے ،غالباً،</w:t>
      </w:r>
    </w:p>
    <w:p>
      <w:r>
        <w:rPr>
          <w:b/>
        </w:rPr>
        <w:t xml:space="preserve">[1:11:00] </w:t>
      </w:r>
      <w:r>
        <w:t>aur bohat zabardast, yaani un ki body thi, bohat hi strong aadmi the. to adam gard shehar mein ek bohat hi achhi jagah unhon ne khareedi thi.</w:t>
      </w:r>
    </w:p>
    <w:p>
      <w:pPr>
        <w:jc w:val="right"/>
      </w:pPr>
      <w:r>
        <w:t>اوربہت زبردست، یعنیانکیباڈیتھی،بہتہیسٹرانگآدمیتھے۔ تو آدمگارڈشہرمیںایکبہت ہی اچھیجگہانہوںنےخریدیتھی۔</w:t>
      </w:r>
    </w:p>
    <w:p>
      <w:r>
        <w:rPr>
          <w:b/>
        </w:rPr>
        <w:t xml:space="preserve">[1:11:09] </w:t>
      </w:r>
      <w:r>
        <w:t>ek angrez tha, wahan us ne ek banaya tha bangla, adam gard mein, nadi ke kinare. is bangle ko unhon ne us se khareeda. bohat badi zameen thi.</w:t>
      </w:r>
    </w:p>
    <w:p>
      <w:pPr>
        <w:jc w:val="right"/>
      </w:pPr>
      <w:r>
        <w:t>ایک انگ ریزتھا، وہاںاسنےایکبنایاتھا بنگلہ ،آدمگارڈمیں،ندیکےکنارے۔ اس بنگلےکوانہوںنےاسسےخری دا۔ بہت بڑیزمین تھی۔</w:t>
      </w:r>
    </w:p>
    <w:p>
      <w:r>
        <w:rPr>
          <w:b/>
        </w:rPr>
        <w:t xml:space="preserve">[1:11:21] </w:t>
      </w:r>
      <w:r>
        <w:t>to main ne dekha hai un ko apni aankhon se ke woh usi bangle mein rehte the, aur aise haath un ka, un ko parkinson ho gaya tha, raash, glass nahin pakar sakte the.</w:t>
      </w:r>
    </w:p>
    <w:p>
      <w:pPr>
        <w:jc w:val="right"/>
      </w:pPr>
      <w:r>
        <w:t>تو میںنےدیکھاہےانکو اپنیآنکھوںسے کہ وہاسیبنگلےمیںرہتےتھے، اور ایسےہاتھانکا ،انکو پارکنسنہوگیاتھا، راشہ، گلاسنہیںپکڑسکتےتھے۔</w:t>
      </w:r>
    </w:p>
    <w:p>
      <w:r>
        <w:rPr>
          <w:b/>
        </w:rPr>
        <w:t xml:space="preserve">[1:11:34] </w:t>
      </w:r>
      <w:r>
        <w:t>to woh aadmi jo kaamyaab surgeon tha, ab bohat zabardast, us ki sehat thi, bohat strong personality thi. aakhir mein kya hai? parkinson haath mera aisa ke ke kuch qalam bhi nahin pakar sakta woh.</w:t>
      </w:r>
    </w:p>
    <w:p>
      <w:pPr>
        <w:jc w:val="right"/>
      </w:pPr>
      <w:r>
        <w:t>تو وہ آدمی جو کامیابسرجنتھا، اببہت زبردست،اسکیصحتتھی، بہت سٹرانگپرسنیلٹیتھی۔ آخرمیںکیاہے؟ پار ک نسن ہاتھ میراایسا کہ کہکچھ قلمبھینہیںپکڑسکتاوہ۔</w:t>
      </w:r>
    </w:p>
    <w:p>
      <w:r>
        <w:rPr>
          <w:b/>
        </w:rPr>
        <w:t xml:space="preserve">[1:11:49] </w:t>
      </w:r>
      <w:r>
        <w:t>to pehla tajurba mujhe yeh hua ke ke jo cheez milti hai aadmi ko, us ki haqeeqat kya hai?</w:t>
      </w:r>
    </w:p>
    <w:p>
      <w:pPr>
        <w:jc w:val="right"/>
      </w:pPr>
      <w:r>
        <w:t>تو پہلا تجربہمجھےیہہواکہ کہ جو چیزملتیہےآدمیکو،اسکیحقیقتکیاہے؟</w:t>
      </w:r>
    </w:p>
    <w:p>
      <w:r>
        <w:rPr>
          <w:b/>
        </w:rPr>
        <w:t xml:space="preserve">[1:11:56] </w:t>
      </w:r>
      <w:r>
        <w:t>yaani us aadmi ke paas aala degree, aala uhda, paisa , shandaar makaan, izzat, sab kuch us ko mili hui thi.</w:t>
      </w:r>
    </w:p>
    <w:p>
      <w:pPr>
        <w:jc w:val="right"/>
      </w:pPr>
      <w:r>
        <w:t>یعنیاسآدمیکےپاس اعلیٰڈگری، اعلیٰعہدہ، پیسہ ، شاندار مکان، عزت،سبکچھاسکوملی ہوئیتھی۔</w:t>
      </w:r>
    </w:p>
    <w:p>
      <w:r>
        <w:rPr>
          <w:b/>
        </w:rPr>
        <w:t xml:space="preserve">[1:12:06] </w:t>
      </w:r>
      <w:r>
        <w:t>lekin jab woh chhin to kuch bhi nahin reh gaya us ke paas. main un se jab milta tha to mayoosi ki tasweer bani hui banti thi, kuch bolte nahin the woh .</w:t>
      </w:r>
    </w:p>
    <w:p>
      <w:pPr>
        <w:jc w:val="right"/>
      </w:pPr>
      <w:r>
        <w:t>لیکن جب وہ چھنیتوکچھبھینہیںرہگیااسکےپاس۔ میںانسےجبملتاتھا تو مایوسیکیتصویربنی ہوئیبنیتھی،کچھبولتےنہیںتھےوہ ۔</w:t>
      </w:r>
    </w:p>
    <w:p>
      <w:r>
        <w:rPr>
          <w:b/>
        </w:rPr>
        <w:t xml:space="preserve">[1:12:16] </w:t>
      </w:r>
      <w:r>
        <w:t>adam garh shehar mein, main jahan tak mujhe yaad hai, kai baar un ko dekha hai main ne.</w:t>
      </w:r>
    </w:p>
    <w:p>
      <w:pPr>
        <w:jc w:val="right"/>
      </w:pPr>
      <w:r>
        <w:t>آدمگڑھشہر میں، میں جہاںتکمجھےیادہے، کئیبار انکو دیکھاہےمیںنے۔</w:t>
      </w:r>
    </w:p>
    <w:p>
      <w:r>
        <w:rPr>
          <w:b/>
        </w:rPr>
        <w:t xml:space="preserve">[1:12:23] </w:t>
      </w:r>
      <w:r>
        <w:t>us waqt main naujawan tha to mere zehn par naqsh ho gaya ke is duniya mein milna kya hai? kuch bhi nahin , kuch bhi nahin hai.</w:t>
      </w:r>
    </w:p>
    <w:p>
      <w:pPr>
        <w:jc w:val="right"/>
      </w:pPr>
      <w:r>
        <w:t>اسوقت میںنوجوانتھا تو میرےذہنپرنقش ہوگیا کہ اسدنیا میںملناکیاہے؟کچھبھینہیں ، کچھبھینہیں ہے۔</w:t>
      </w:r>
    </w:p>
    <w:p>
      <w:r>
        <w:rPr>
          <w:b/>
        </w:rPr>
        <w:t xml:space="preserve">[1:12:33] </w:t>
      </w:r>
      <w:r>
        <w:t>to yeh jumla jo main ne kaha ke jannat na mili to kuch nahin mila, yeh main tanhaiyon mein aksar yeh sochta rehta hoon ke jannat na mili to kuch nahin mila.</w:t>
      </w:r>
    </w:p>
    <w:p>
      <w:pPr>
        <w:jc w:val="right"/>
      </w:pPr>
      <w:r>
        <w:t>تو یہ جملہجومیںنےکہاکہ جنت نہملیتوکچھنہیںملا، یہ میں تنہائیوںمیںاکثریہسوچتارہتاہوں کہجنتنہملی توکچھنہیںملا۔</w:t>
      </w:r>
    </w:p>
    <w:p>
      <w:r>
        <w:rPr>
          <w:b/>
        </w:rPr>
        <w:t xml:space="preserve">[1:12:43] </w:t>
      </w:r>
      <w:r>
        <w:t>aur yahi meri zindagi ki samjhiye ke aakhri finding hai. aur main har ek ko yeh hi kehta hoon ke bhai dekho, jin cheezon ke peeche daud rahe ho, na pao tab bhi kuch nahin, aur pao tab bhi kuch nahin.</w:t>
      </w:r>
    </w:p>
    <w:p>
      <w:pPr>
        <w:jc w:val="right"/>
      </w:pPr>
      <w:r>
        <w:t>اور یہی میری زندگی کی سمجھئےکہ آخری فائنڈنگہے۔ اورمیںہرایککویہیکہتاہوںکہبھئیدیکھو، جنچیزوںکےپیچھےدوڑرہےہو، نہ پاؤ تب بھیکچھنہیں، اورپاؤلوتببھیکچھنہیں۔</w:t>
      </w:r>
    </w:p>
    <w:p>
      <w:r>
        <w:rPr>
          <w:b/>
        </w:rPr>
        <w:t xml:space="preserve">[1:13:00] </w:t>
      </w:r>
      <w:r>
        <w:t>main ne bohat se apni zindagi mein bohat se logon ko dekha hai, bade bade makaan banaye unhon ne, bade bade tijarat ki, badi badi un ko shohrat mili.</w:t>
      </w:r>
    </w:p>
    <w:p>
      <w:pPr>
        <w:jc w:val="right"/>
      </w:pPr>
      <w:r>
        <w:t>میںنےبہت سےاپنیزندگی میں بہت سےلوگوںکودیکھاہے، بڑےبڑےمکانبنائےانہوںنے،بڑےبڑے تج ارتیںکیں، بڑیبڑیانکو شہرتملی۔</w:t>
      </w:r>
    </w:p>
    <w:p>
      <w:r>
        <w:rPr>
          <w:b/>
        </w:rPr>
        <w:t xml:space="preserve">[1:13:08] </w:t>
      </w:r>
      <w:r>
        <w:t>aakhir mein kuch bhi nahin tha, ya toh bemar ho gaye, ya accident ho gaye, ya mar gaye. mere yaani apni aankhon ke saamne hum aise bohat se log dekhe hain, ab woh kuch bhi un ki haqeeqat nahin hai.</w:t>
      </w:r>
    </w:p>
    <w:p>
      <w:pPr>
        <w:jc w:val="right"/>
      </w:pPr>
      <w:r>
        <w:t>آخرمیںکچھبھینہیںتھا، یاتوبیمارہوگئے،یاایکسیڈنٹہوگئے،یامرگئے۔ میرے یعنی اپنیآنکھوںکےسامنے ہمایسےبہتسےلوگدیکھےہیں، ابوہکچھبھیانکیحقیقتنہیںہے۔</w:t>
      </w:r>
    </w:p>
    <w:p>
      <w:r>
        <w:rPr>
          <w:b/>
        </w:rPr>
        <w:t xml:space="preserve">[1:13:21] </w:t>
      </w:r>
      <w:r>
        <w:t>to dunya ka milna kya hai? kuch bhi nahin.</w:t>
      </w:r>
    </w:p>
    <w:p>
      <w:pPr>
        <w:jc w:val="right"/>
      </w:pPr>
      <w:r>
        <w:t>تو دنیا کا ملناکیاہے؟کچھبھینہیں۔</w:t>
      </w:r>
    </w:p>
    <w:p>
      <w:r>
        <w:rPr>
          <w:b/>
        </w:rPr>
        <w:t xml:space="preserve">[1:13:25] </w:t>
      </w:r>
      <w:r>
        <w:t>to yeh jo main aksar sochta rehta hoon ke jannat na mili to kuch nahin mila, yeh meri aakhri finding hai. aur sab ko main yeh batata rehta hoon.</w:t>
      </w:r>
    </w:p>
    <w:p>
      <w:pPr>
        <w:jc w:val="right"/>
      </w:pPr>
      <w:r>
        <w:t>تو یہجو میں اکثرسوچتارہتاہوںکہجنت نہملیتوکچھنہملا،یہ میریآخریفائنڈنگہے۔ اورسبکومیںیہبتاتارہتاہوں۔</w:t>
      </w:r>
    </w:p>
    <w:p>
      <w:r>
        <w:rPr>
          <w:b/>
        </w:rPr>
        <w:t xml:space="preserve">[1:13:37] </w:t>
      </w:r>
      <w:r>
        <w:t>maulana, agla sawal karachi pakistan se hai, aamir bin yusuf saahab ka . unhon ne likha hai: "allah ne har ek ke liye barabar hidayat ki rahen kholi hain, us ke bare mein bataein."</w:t>
      </w:r>
    </w:p>
    <w:p>
      <w:pPr>
        <w:jc w:val="right"/>
      </w:pPr>
      <w:r>
        <w:t>مولانا،اگلاسوال کراچی پاکستانسے ہے، عامربن یوسفصاحبکا ۔انہوںنےلکھاہے: "اللہنےہر ایک کےلیے برابر ہدایت کی راہیں کھولیہیں، اسکےبارےمیں بت ائیں۔"</w:t>
      </w:r>
    </w:p>
    <w:p>
      <w:r>
        <w:rPr>
          <w:b/>
        </w:rPr>
        <w:t xml:space="preserve">[1:13:56] </w:t>
      </w:r>
      <w:r>
        <w:t>zahire hai ke har insaan ke paas aql hai, dimaagh hai, aankh hai, kaan hai, to samajh sakta hai.</w:t>
      </w:r>
    </w:p>
    <w:p>
      <w:pPr>
        <w:jc w:val="right"/>
      </w:pPr>
      <w:r>
        <w:t>ظاہرہےکہہرانسانکےپاس عقلہے، دماغہے، آنکھہے،کان ہے، تو سمجھسکتاہے۔</w:t>
      </w:r>
    </w:p>
    <w:p>
      <w:r>
        <w:rPr>
          <w:b/>
        </w:rPr>
        <w:t xml:space="preserve">[1:14:05] </w:t>
      </w:r>
      <w:r>
        <w:t>sam hai, basar hai, ifada hai, har ek, har insaan ko barabar mila hua hai. to har aadmi ko yeh mauqa hai ke woh mutala kare, woh logon se baat kare, soche, quran o hadees ka se janne ki koshish</w:t>
      </w:r>
    </w:p>
    <w:p>
      <w:pPr>
        <w:jc w:val="right"/>
      </w:pPr>
      <w:r>
        <w:t>سم ہے،بصرہے،افوادہے، ہرایک ،ہرانسانکوبرابرملاہواہے۔ تو ہرآدمی کو یہ موقعہےکہوہ مطالعہکرے، وہ لوگوںسے باتکرے، سوچے، قرآنوحدیثکا سےجاننےکیکوشش</w:t>
      </w:r>
    </w:p>
    <w:p>
      <w:r>
        <w:rPr>
          <w:b/>
        </w:rPr>
        <w:t xml:space="preserve">[1:14:22] </w:t>
      </w:r>
      <w:r>
        <w:t>kare. to yeh har ek ke liye raasta khula hua hai, kisi ke liye band toh hai hi nahin. agar aadmi ke andar baais na ho, agar aadmi ke andar koi , yaani kisi koi obsession na ho,</w:t>
      </w:r>
    </w:p>
    <w:p>
      <w:pPr>
        <w:jc w:val="right"/>
      </w:pPr>
      <w:r>
        <w:t>کرے۔ تویہہرایککےلیےراستہکھلا ہواہے، کسی کےلیےبندتوہےہینہیں۔ اگر آدمی کےاندر باعث نہہو، اگر آدمیکےاندرکوئی ،یعنی کسی کوئیابسیشننہہو،</w:t>
      </w:r>
    </w:p>
    <w:p>
      <w:r>
        <w:rPr>
          <w:b/>
        </w:rPr>
        <w:t xml:space="preserve">[1:14:40] </w:t>
      </w:r>
      <w:r>
        <w:t>kisi ghair mutalliq soch mein woh phansnah gaya ho, ab jaise ke toor par woh janna chahe, to har ek ke liye darwaza hidayat ka darwaza khula hua hai.</w:t>
      </w:r>
    </w:p>
    <w:p>
      <w:pPr>
        <w:jc w:val="right"/>
      </w:pPr>
      <w:r>
        <w:t>کسی غیر متعلق سوچ میں وہ پھنسنہگیا ہو، اب جیکٹوطورپر وہ جانناچاہے،توہرایککےلیےدروازہ ہدایتکادروازہکھلا ہواہے۔</w:t>
      </w:r>
    </w:p>
    <w:p>
      <w:r>
        <w:rPr>
          <w:b/>
        </w:rPr>
        <w:t xml:space="preserve">[1:14:51] </w:t>
      </w:r>
      <w:r>
        <w:t>koi bhi us se mehroom nahi rakh sakta.</w:t>
      </w:r>
    </w:p>
    <w:p>
      <w:pPr>
        <w:jc w:val="right"/>
      </w:pPr>
      <w:r>
        <w:t>کوئی بھیاسے محرومنہیں رکھسکتا۔</w:t>
      </w:r>
    </w:p>
    <w:p>
      <w:r>
        <w:rPr>
          <w:b/>
        </w:rPr>
        <w:t xml:space="preserve">[1:14:56] </w:t>
      </w:r>
      <w:r>
        <w:t>Maulana, agla sawal Rai Chaur se hai, Zahiruddin Khwaja sahib ka. Unhon ne aapse poocha hai ke "How to save oneself from distraction?". Iske bare mein batayein.</w:t>
      </w:r>
    </w:p>
    <w:p>
      <w:pPr>
        <w:jc w:val="right"/>
      </w:pPr>
      <w:r>
        <w:t>مولانا،اگلاسوال رائےچورسےہے، ظہیر الدین خواجہصاحبکا ۔ انہوںنےآپسےپوچھاہے کہ "Howto save oneself from dist rac tion?" ۔اسکےبارےمیں بتائیں۔</w:t>
      </w:r>
    </w:p>
    <w:p>
      <w:r>
        <w:rPr>
          <w:b/>
        </w:rPr>
        <w:t xml:space="preserve">[1:15:14] </w:t>
      </w:r>
      <w:r>
        <w:t>Dekhiye, main apna tajurba batata hoon aap ko.</w:t>
      </w:r>
    </w:p>
    <w:p>
      <w:pPr>
        <w:jc w:val="right"/>
      </w:pPr>
      <w:r>
        <w:t>دیکھیے،میں اپنا تجربہبتاتاہوںآپکو۔</w:t>
      </w:r>
    </w:p>
    <w:p>
      <w:r>
        <w:rPr>
          <w:b/>
        </w:rPr>
        <w:t xml:space="preserve">[1:15:19] </w:t>
      </w:r>
      <w:r>
        <w:t>Ek baar main ek majlis mein tha, wahan top ke Hindu log the, main akela Musalman tha. To ek shakhs jo senior professor tha, us ne kaha ke main TV nahi dekhta.</w:t>
      </w:r>
    </w:p>
    <w:p>
      <w:pPr>
        <w:jc w:val="right"/>
      </w:pPr>
      <w:r>
        <w:t>ایکبار میں ایک مجلس میںتھا، وہاں ٹاپ کے ہندو لوگ تھے، میں اکیلامس لمانتھا۔ توایک شخص جو سین ئر پروفیسرتھا، اسنے کہاکہمیں ٹیوینہیںدیکھتا۔</w:t>
      </w:r>
    </w:p>
    <w:p>
      <w:r>
        <w:rPr>
          <w:b/>
        </w:rPr>
        <w:t xml:space="preserve">[1:15:35] </w:t>
      </w:r>
      <w:r>
        <w:t>To baqi log jo baithe hue the, un ko taajjub hua ke yeh daur to aisa hai ke sab hi TV dekhte hain, yeh TV kyun nahi dekhta?</w:t>
      </w:r>
    </w:p>
    <w:p>
      <w:pPr>
        <w:jc w:val="right"/>
      </w:pPr>
      <w:r>
        <w:t>تو باقیلوگجوبیٹھےہوئےتھے،انکوتعجبہوا کہ یہ دورتوایساہےکہسبہیٹیویدیکھتےہیں، یہٹیویکیوںنہیںدیکھتا ؟</w:t>
      </w:r>
    </w:p>
    <w:p>
      <w:r>
        <w:rPr>
          <w:b/>
        </w:rPr>
        <w:t xml:space="preserve">[1:15:46] </w:t>
      </w:r>
      <w:r>
        <w:t>To us waqt pehli baar yeh suna tha maine yeh baat ke us ne kaha ke TV mein distraction bohat hota hai. Matlab har waqt ek ek advertisement aayega, har waqt ek kisi actor ki tasweer aa jayegi, har waqt ek ek ek ek koi ishtihari item aa jayega.</w:t>
      </w:r>
    </w:p>
    <w:p>
      <w:pPr>
        <w:jc w:val="right"/>
      </w:pPr>
      <w:r>
        <w:t>تواسوقت پہلیبار یہ سناتھامیںنےیہبات کہ اسنےکہاکہٹیوی میں ڈسٹریکشنبہتہوتاہے۔ مطلبہروقت ایکایکایڈورٹائزمنٹآئےگا، ہروقت ایک کسی ایکٹرسکیتصویرآجائےگی، ہروقت ایک ایک ایک ایک کوئی اشتہاریآئٹمآجائےگا۔</w:t>
      </w:r>
    </w:p>
    <w:p>
      <w:r>
        <w:rPr>
          <w:b/>
        </w:rPr>
        <w:t xml:space="preserve">[1:16:05] </w:t>
      </w:r>
      <w:r>
        <w:t>To tasalsul ke sath humein, jaise aap kitab padhte hain, to tasalsul ke sath ek cheez aap padhte chale aate hain. Woh aisa nahi hota TV mein.</w:t>
      </w:r>
    </w:p>
    <w:p>
      <w:pPr>
        <w:jc w:val="right"/>
      </w:pPr>
      <w:r>
        <w:t>تو تس لسلکےساتھ ہمیں ،جیسےآپکتاب پڑھتےہیں، تو تس لسلکےساتھایکچیزآپپڑھتےچلےآتےہیں۔وہایسانہیںہوتاٹیویمیں۔</w:t>
      </w:r>
    </w:p>
    <w:p>
      <w:r>
        <w:rPr>
          <w:b/>
        </w:rPr>
        <w:t xml:space="preserve">[1:16:13] </w:t>
      </w:r>
      <w:r>
        <w:t>To us ne kaha ke bohat distraction hota hai, is liye main TV dekhta nahi hoon. To us waqt se main, yeh bohat dinon ki baat hai, main sochne laga.</w:t>
      </w:r>
    </w:p>
    <w:p>
      <w:pPr>
        <w:jc w:val="right"/>
      </w:pPr>
      <w:r>
        <w:t>تواسنےکہاکہ بہت ڈسٹریکشنہوتاہے،اسلیےمیں ٹیویدیکھتانہیں۔ تو اسوقت سےمیں، یہبہتدنوںکیباتہے، میں سوچنےلگا۔</w:t>
      </w:r>
    </w:p>
    <w:p>
      <w:r>
        <w:rPr>
          <w:b/>
        </w:rPr>
        <w:t xml:space="preserve">[1:16:21] </w:t>
      </w:r>
      <w:r>
        <w:t>Mera mizaj hai ke main har cheez ko sochta hoon ke choti teerngti hai, tab bhi main sochta hoon. To main sochne laga, sochne laga, sochne laga. To main is nateejay par pohancha ke sab se bari jo qila hai, habit, woh hai distraction.</w:t>
      </w:r>
    </w:p>
    <w:p>
      <w:pPr>
        <w:jc w:val="right"/>
      </w:pPr>
      <w:r>
        <w:t>میرامزاجہےکہمیںہرچیزکوسوچتاہوںکہ چوٹیرینگتیہے،تببھیمیںسوچتاہوں۔ تو میںسوچنےلگا،سوچنےلگا،سوچنےلگا۔تومیںاسنتیجےپرپہنچا کہ سب سے بڑی جو قلعہہے، ہیبٹ، وہہے ڈسٹریکشن ۔</w:t>
      </w:r>
    </w:p>
    <w:p>
      <w:r>
        <w:rPr>
          <w:b/>
        </w:rPr>
        <w:t xml:space="preserve">[1:16:37] </w:t>
      </w:r>
      <w:r>
        <w:t>Har aadmi kahin na kahin distract ho raha hai, kahin na kahin distract hota</w:t>
      </w:r>
    </w:p>
    <w:p>
      <w:pPr>
        <w:jc w:val="right"/>
      </w:pPr>
      <w:r>
        <w:t>ہرآدمی کہیںنہکہیںڈسٹریکٹہورہاہے، کہیںنہکہیںڈسٹریکٹہوتا</w:t>
      </w:r>
    </w:p>
    <w:p>
      <w:r>
        <w:rPr>
          <w:b/>
        </w:rPr>
        <w:t xml:space="preserve">[1:16:42] </w:t>
      </w:r>
      <w:r>
        <w:t>hai. Koi TV mein ho raha hai, koi majlis juloos mein ho raha hai, koi film mein ho raha hai, koi paise mein ho raha hai, koi business mein ho raha hai, koi job mein ho raha hai, koi shair o shayari mein ho raha hai, koi novel mein ho raha hai.</w:t>
      </w:r>
    </w:p>
    <w:p>
      <w:pPr>
        <w:jc w:val="right"/>
      </w:pPr>
      <w:r>
        <w:t>ہے۔ کوئیٹیویمیںہورہاہے، کوئیجلسہجلوسمیںہورہاہے، کوئی فلم میںہورہاہے، کوئی پیسےمیںہورہاہے،کوئیبزنسمیںہورہاہے،کوئیجابمیںہورہاہے، کوئی شعروشاعریمیںہورہاہے، کوئی ناولمیںہورہاہے۔</w:t>
      </w:r>
    </w:p>
    <w:p>
      <w:r>
        <w:rPr>
          <w:b/>
        </w:rPr>
        <w:t xml:space="preserve">[1:16:56] </w:t>
      </w:r>
      <w:r>
        <w:t>Yaani jitni bhi activities hain, main samajhta hoon ke is zamanay mein to 99 feesad woh hain jo aadmi ko distract karti hain.</w:t>
      </w:r>
    </w:p>
    <w:p>
      <w:pPr>
        <w:jc w:val="right"/>
      </w:pPr>
      <w:r>
        <w:t>یعنیجتنیبھی ایکٹیویٹیزہیں، میں سمجھتاہوںکہ اسزمان ےمیں تو 9 9 فیصدوہہیںجو آدمیکوڈسٹریکٹکرتیہیں۔</w:t>
      </w:r>
    </w:p>
    <w:p>
      <w:r>
        <w:rPr>
          <w:b/>
        </w:rPr>
        <w:t xml:space="preserve">[1:17:07] </w:t>
      </w:r>
      <w:r>
        <w:t>Distraction ke maani kiya hain?</w:t>
      </w:r>
    </w:p>
    <w:p>
      <w:pPr>
        <w:jc w:val="right"/>
      </w:pPr>
      <w:r>
        <w:t>ڈسٹریکشنکےمعنیکیاہیں؟</w:t>
      </w:r>
    </w:p>
    <w:p>
      <w:r>
        <w:rPr>
          <w:b/>
        </w:rPr>
        <w:t xml:space="preserve">[1:17:10] </w:t>
      </w:r>
      <w:r>
        <w:t>Zindagi ka jo asal maqsad hai, is par sochna, jo sachai hai, is par sochna. To is par sochta nahi pata aadmi ke kahin na kahin woh distract ho raha hai.</w:t>
      </w:r>
    </w:p>
    <w:p>
      <w:pPr>
        <w:jc w:val="right"/>
      </w:pPr>
      <w:r>
        <w:t>زندگی کاجو اصل مقصدہے،اسپرسوچنا ،جو سچائیہے،اسپر سوچنا۔ تواسپرسوچنہیںپاتاآدمیکہکہیںنہکہیںوہڈسٹریکٹہورہاہے۔</w:t>
      </w:r>
    </w:p>
    <w:p>
      <w:r>
        <w:rPr>
          <w:b/>
        </w:rPr>
        <w:t xml:space="preserve">[1:17:20] </w:t>
      </w:r>
      <w:r>
        <w:t>Kahin shadiyon ki dhoom hai, wahan jaate hain log to doosra distract hote hain. To jo bhi is zamanay mein activities hain, woh sab distraction ki hi activities hain, jitni bhi hain.</w:t>
      </w:r>
    </w:p>
    <w:p>
      <w:pPr>
        <w:jc w:val="right"/>
      </w:pPr>
      <w:r>
        <w:t>کہیں شادیوںکیدھومہے، وہاں جاتےہیںلوگتو دوسراڈسٹریکٹہوتےہیں۔ تو جو بھی اسزمان ےمیں ایکٹیویٹیزہیں،وہ سب ڈسٹریکشنہیکیایکٹیویٹیزہیں، جتنیبھیہیں۔</w:t>
      </w:r>
    </w:p>
    <w:p>
      <w:r>
        <w:rPr>
          <w:b/>
        </w:rPr>
        <w:t xml:space="preserve">[1:17:35] </w:t>
      </w:r>
      <w:r>
        <w:t>Pehle zamanay mein saada shadi hoti thi to us mein distraction ka koi mas</w:t>
      </w:r>
    </w:p>
    <w:p>
      <w:pPr>
        <w:jc w:val="right"/>
      </w:pPr>
      <w:r>
        <w:t>پہلےزمانےمیںسادہشادیہوتیتھی تو اسمیںڈسٹریکشنکاکوئیمسئ</w:t>
      </w:r>
    </w:p>
    <w:p>
      <w:r>
        <w:rPr>
          <w:b/>
        </w:rPr>
        <w:t xml:space="preserve">[1:17:39] </w:t>
      </w:r>
      <w:r>
        <w:t>ala nahi tha. Ab shadi hoti hai to ek hangama hota hai us mein. To shadi ki baat nahi, is zamanay mein koi bhi kaam hota hai, majlis ki jiye, koi party kijiye, koi safar kijiye, kuch bhi kijiye, us mein ek bohat sari cheezein ki jaati hain, woh sab distraction hoti hain.</w:t>
      </w:r>
    </w:p>
    <w:p>
      <w:pPr>
        <w:jc w:val="right"/>
      </w:pPr>
      <w:r>
        <w:t>لہنہیںتھا۔ ابشادیہوتیہےتو ایکہنگامہہوتاہےاسمیں۔ تو شادی کیباتنہیں، اسزمانےمیںکوئیبھی کامہوتاہے،جلسہ کی جیے، کوئی پارٹیکیجیے، کوئی سفرکیجیے،کچھبھیکیجیے،اسمیں ایک بہت ساری چیزیںکیجاتیہیں،وہسبڈسٹریکشنہوتیہیں۔</w:t>
      </w:r>
    </w:p>
    <w:p>
      <w:r>
        <w:rPr>
          <w:b/>
        </w:rPr>
        <w:t xml:space="preserve">[1:17:59] </w:t>
      </w:r>
      <w:r>
        <w:t>To aap ko is se bachne ka ek hi formula hai, woh hai simple living, high thinking.</w:t>
      </w:r>
    </w:p>
    <w:p>
      <w:pPr>
        <w:jc w:val="right"/>
      </w:pPr>
      <w:r>
        <w:t>تو آپ کو اسسے بچنےکاایکہیفارمولاہے، وہہے سمپللیونگ،ہائیتھنکنگ۔</w:t>
      </w:r>
    </w:p>
    <w:p>
      <w:r>
        <w:rPr>
          <w:b/>
        </w:rPr>
        <w:t xml:space="preserve">[1:18:07] </w:t>
      </w:r>
      <w:r>
        <w:t>Agar aap chahte hain ke aap apne ko distraction se bachayein to aap logon ko raazi kijiye simple living par. Jitna ziyada aap ke andar simple living hogi, utni ziyada aap ke andar high thinking aayegi.</w:t>
      </w:r>
    </w:p>
    <w:p>
      <w:pPr>
        <w:jc w:val="right"/>
      </w:pPr>
      <w:r>
        <w:t>اگر آپ چاہتےہیںکہآپ اپنے کوڈسٹریکشنسےبچائیں تو آپلوگوںکوراضیکیجیےسمپللیونگپر ۔ جتنازیادہ آپ کےاندرسمپللیونگہوگی، اتنیزیادہ آپکےاندر ہائیتھنکنگآئےگی۔</w:t>
      </w:r>
    </w:p>
    <w:p>
      <w:r>
        <w:rPr>
          <w:b/>
        </w:rPr>
        <w:t xml:space="preserve">[1:18:23] </w:t>
      </w:r>
      <w:r>
        <w:t>Utni ziyada aap distraction se bache hue honge. Jab distraction se aap bachenge, tab aayegi aap ke andar high thinking. To main sab se kehta hoon ke bhai simple formula kiya hai?</w:t>
      </w:r>
    </w:p>
    <w:p>
      <w:pPr>
        <w:jc w:val="right"/>
      </w:pPr>
      <w:r>
        <w:t>اتنیزیادہآپڈسٹریکشنسےبچےہوئےہوںگے۔جب ڈسٹریکشنسےآپبچیںگے، تب آئےگیآپکےاندرہائیتھنکنگ۔ تومیں سبسے کہتاہوںکہبھئیسمپلفارمولاکیاہے؟</w:t>
      </w:r>
    </w:p>
    <w:p>
      <w:r>
        <w:rPr>
          <w:b/>
        </w:rPr>
        <w:t xml:space="preserve">[1:18:32] </w:t>
      </w:r>
      <w:r>
        <w:t>Yahi hai simple living, high thinking, aur koi doosra formula nahi hai.</w:t>
      </w:r>
    </w:p>
    <w:p>
      <w:pPr>
        <w:jc w:val="right"/>
      </w:pPr>
      <w:r>
        <w:t>یہیہے سمپللیونگ،ہائیتھنکنگ، اور کوئیدوسرافارمولانہیںہے۔</w:t>
      </w:r>
    </w:p>
    <w:p>
      <w:r>
        <w:rPr>
          <w:b/>
        </w:rPr>
        <w:t xml:space="preserve">[1:18:39] </w:t>
      </w:r>
      <w:r>
        <w:t>Maulana, agla sawal Lucknow se hai, Muhammad Danish Fazil sahib ka. Unhon ne likha hai: "Rasool se mohabbat apne maal aur aulad aur sab se ziyada honi chahiye.</w:t>
      </w:r>
    </w:p>
    <w:p>
      <w:pPr>
        <w:jc w:val="right"/>
      </w:pPr>
      <w:r>
        <w:t>مولانا،اگلاسوال لکھنؤسےہے، محمد دانش فضلصاحبکا ۔ انہوںنےلکھاہے: "رسولسے مح بت اپنے مال اور اولاد اور سبسےزیادہ ہونیچاہیے۔</w:t>
      </w:r>
    </w:p>
    <w:p>
      <w:r>
        <w:rPr>
          <w:b/>
        </w:rPr>
        <w:t xml:space="preserve">[1:18:52] </w:t>
      </w:r>
      <w:r>
        <w:t>Yeh kaun si mohabbat hai aur yeh mohabbat hum apne andar kaise develop karein?" Maulana sahib, please pray for my islah so I can do Dawah work and enter Paradise</w:t>
      </w:r>
    </w:p>
    <w:p>
      <w:pPr>
        <w:jc w:val="right"/>
      </w:pPr>
      <w:r>
        <w:t>یہ کونسیمح بتہے اور یہ مح بت ہم اپنے اندر کیسے ڈویلپکریں ؟" مول اناصاحب،پلیز prayfor my اصلاح so Ican do Dawahwork and enter Paradise</w:t>
      </w:r>
    </w:p>
    <w:p>
      <w:r>
        <w:rPr>
          <w:b/>
        </w:rPr>
        <w:t xml:space="preserve">[1:19:05] </w:t>
      </w:r>
      <w:r>
        <w:t>. Dekhiye, mohabbat ka jo sahi tasawwur hai, woh Quran mein hai قُلْإِنْكُنْتُمْتَيَبُّونَاللَّهَفَاتَّبِعُونِييُحِبُّاللَّهَ . Sab se jo khaas, jo is maamle ka jo khaas iltija jo reference hai, woh hi hai قُلْإِنْكُنْتُمْتَيَبُّونَاللَّهَفَاتَّبِعُونِي يُحِبُّاللَّهَ .</w:t>
      </w:r>
    </w:p>
    <w:p>
      <w:pPr>
        <w:jc w:val="right"/>
      </w:pPr>
      <w:r>
        <w:t>۔دیکھیے، محبت کاجو صحیحتص ورہے،وہ قرآنمیںہے قُلْإِنْكُنْتُمْتَيَبُّونَاللَّهَفَاتَّبِعُونِييُحِبُّاللَّهَ ۔سبسے جو خاص ،جو اسمعاملےکاجوخاص الخ اصجو ریفرنسہے،وہیہیہے قُلْإِنْكُنْتُمْتَيَبُّونَاللَّهَفَاتَّبِعُونِي يُحِبُّاللَّهَ۔</w:t>
      </w:r>
    </w:p>
    <w:p>
      <w:r>
        <w:rPr>
          <w:b/>
        </w:rPr>
        <w:t xml:space="preserve">[1:19:25] </w:t>
      </w:r>
      <w:r>
        <w:t>kahokah tum Allah se mohabbat karte ho to meri ityat karo, Allah tumse mohabbat karega.</w:t>
      </w:r>
    </w:p>
    <w:p>
      <w:pPr>
        <w:jc w:val="right"/>
      </w:pPr>
      <w:r>
        <w:t>کہوکہتم اللہ سے محبتکرتے ہو تو میریاط اعتکرو ، اللہ تمسےوہمحبتکرےگا۔</w:t>
      </w:r>
    </w:p>
    <w:p>
      <w:r>
        <w:rPr>
          <w:b/>
        </w:rPr>
        <w:t xml:space="preserve">[1:19:32] </w:t>
      </w:r>
      <w:r>
        <w:t>to asal mein woh hai, dekhen, asal mein asal mein mohabbat sirf Allah ke liye hai, ityat asal mein rasool ke liye hai, lekin mohabbat asal mein Khuda ke liye hai.</w:t>
      </w:r>
    </w:p>
    <w:p>
      <w:pPr>
        <w:jc w:val="right"/>
      </w:pPr>
      <w:r>
        <w:t>تو اصلاًجوہے،دیکھیں،اصلاًاصلاًمحبتصرفاللہکےلیےہے، اط اعت اصلاًرسولکےلیےہے،لیکن محبت اصلاًخداکےلیےہے۔</w:t>
      </w:r>
    </w:p>
    <w:p>
      <w:r>
        <w:rPr>
          <w:b/>
        </w:rPr>
        <w:t xml:space="preserve">[1:19:42] </w:t>
      </w:r>
      <w:r>
        <w:t>kisi aur se jo mohabbat hoti hai, chahe rasool se ho ya maa baap se ho, woh asal mein nahi hoti, woh asal mein nahi hoti, woh to tabe'ana hoti hai.</w:t>
      </w:r>
    </w:p>
    <w:p>
      <w:pPr>
        <w:jc w:val="right"/>
      </w:pPr>
      <w:r>
        <w:t>کسی اورسےجومحبتہوتیہے، چاہےرسولسےہویا ماںباپسےہو ، وہ اصلاًنہیںہوتی، وہ اصلاًنہیںہوتی، وہتو تابعانہوتیہے۔</w:t>
      </w:r>
    </w:p>
    <w:p>
      <w:r>
        <w:rPr>
          <w:b/>
        </w:rPr>
        <w:t xml:space="preserve">[1:19:55] </w:t>
      </w:r>
      <w:r>
        <w:t>main jahan tak samajh paya hoon, yeh yeh masla yehi hai.</w:t>
      </w:r>
    </w:p>
    <w:p>
      <w:pPr>
        <w:jc w:val="right"/>
      </w:pPr>
      <w:r>
        <w:t>میںجہاںتکسمجھپایاہوں،یہ یہمسئلہیہیہے۔</w:t>
      </w:r>
    </w:p>
    <w:p>
      <w:r>
        <w:rPr>
          <w:b/>
        </w:rPr>
        <w:t xml:space="preserve">[1:19:58] </w:t>
      </w:r>
      <w:r>
        <w:t>jisko is masle ko samajhna hai, woh is aayat ko parhe tafseeron mein aur shuroohon mein, is par yeh baat wazeh ho jayegi.</w:t>
      </w:r>
    </w:p>
    <w:p>
      <w:pPr>
        <w:jc w:val="right"/>
      </w:pPr>
      <w:r>
        <w:t>جسکو اسمسئلےکوسمجھناہے، وہ اس آیتکوپڑھے تفسیروںمیںاور شروحوںمیں، اسپریہباتواضحہوجائےگی۔</w:t>
      </w:r>
    </w:p>
    <w:p>
      <w:r>
        <w:rPr>
          <w:b/>
        </w:rPr>
        <w:t xml:space="preserve">[1:20:09] </w:t>
      </w:r>
      <w:r>
        <w:t>Maulana, agla sawal Delhi se hai, Doctor Safina ka. Unhon ne likha hai: "Maulana, you always tell us that challenges lead to intellectual development, but in Paradise challenges or problems won't be there.</w:t>
      </w:r>
    </w:p>
    <w:p>
      <w:pPr>
        <w:jc w:val="right"/>
      </w:pPr>
      <w:r>
        <w:t>مولانا،اگلاسوال دلیسےہے، ڈاکٹر سفینہکا ۔انہوںنےلکھاہے: "مولانا،youalwaystellusthat challenges lead to intellectual develop ment ,but in Par ad ise challengesor problem s won'tbethere.</w:t>
      </w:r>
    </w:p>
    <w:p>
      <w:r>
        <w:rPr>
          <w:b/>
        </w:rPr>
        <w:t xml:space="preserve">[1:20:25] </w:t>
      </w:r>
      <w:r>
        <w:t>So my question is, will the intellectual development cease in Paradise?" Is ke bare mein bataein. Jab main yeh kehta hoon to yeh duniya ka qanoon hai.</w:t>
      </w:r>
    </w:p>
    <w:p>
      <w:pPr>
        <w:jc w:val="right"/>
      </w:pPr>
      <w:r>
        <w:t>Somyquestionis, will theintellectual develop ment ceasein Par adise?" ۔اسکےبارےمیں بت ائیں۔ جبمیںیہ کہتاہوںتویہدنیا کاقانون ہے۔</w:t>
      </w:r>
    </w:p>
    <w:p>
      <w:r>
        <w:rPr>
          <w:b/>
        </w:rPr>
        <w:t xml:space="preserve">[1:20:38] </w:t>
      </w:r>
      <w:r>
        <w:t>Duniya mein Allah Ta'ala ne jo tareeqa rakha hai, wahi yehi hai ke yahan taraqqi as challenges ke through hoti hain. Wahan bhi challenge hoga, lekin wahan ka challenge bohat hi mukhtalif qism ka hoga.</w:t>
      </w:r>
    </w:p>
    <w:p>
      <w:pPr>
        <w:jc w:val="right"/>
      </w:pPr>
      <w:r>
        <w:t>دنیا میں اللہ تعالیٰنے جو طریقہرکھاہے، وہیہیہے کہیہاںترقیات چیلنجکےتھروہوتیہیں۔ وہاںبھیچیلنجہوگا،لیکن وہاںکاچیلنجبہتہی مختلف قسم کاہوگا۔</w:t>
      </w:r>
    </w:p>
    <w:p>
      <w:r>
        <w:rPr>
          <w:b/>
        </w:rPr>
        <w:t xml:space="preserve">[1:20:51] </w:t>
      </w:r>
      <w:r>
        <w:t>Jo Quran mein hai ke wa hum fi shaghlin faqi'un. Yeh Quran mein ek aayat hai ke wa hum fi shaghlin faqi'un. Shaghal ma'ni activities aur faqi' ma'ni enjoyable. Wahan ki jo activities hongi, woh enjoyable hongi.</w:t>
      </w:r>
    </w:p>
    <w:p>
      <w:pPr>
        <w:jc w:val="right"/>
      </w:pPr>
      <w:r>
        <w:t>جو قرآنمیںہےکہ وَهُمْفِيشَغْلٍفَاقِعُونَ ۔یہقرآنمیںایکآیتہےکہوَهُمْفِيشَغْلٍفَاقِعُونَ۔ شغلمعنیایکٹیویٹیز اورفاقعمعنیانجوائےبل ۔وہاںکیجوایکٹیویٹیزہوںگی،وہانجوائےبلہوںگی۔</w:t>
      </w:r>
    </w:p>
    <w:p>
      <w:r>
        <w:rPr>
          <w:b/>
        </w:rPr>
        <w:t xml:space="preserve">[1:21:05] </w:t>
      </w:r>
      <w:r>
        <w:t>To wahan bhi challenges honge, lekin wahan ke challenges duniya jaise nahi honge, pur mushaqqat nahi honge, woh enjoyable honge. Yeh main samajh paya hoon.</w:t>
      </w:r>
    </w:p>
    <w:p>
      <w:pPr>
        <w:jc w:val="right"/>
      </w:pPr>
      <w:r>
        <w:t>تو وہاںبھیچیلنجزہوںگے،لیکن وہاںکےچیلنجزدنیا جیسےنہیںہوںگے، پر مش قتنہیںہوںگے،وہانجوائےبلہوںگے۔ یہمیںسمجھپایاہوں۔</w:t>
      </w:r>
    </w:p>
    <w:p>
      <w:r>
        <w:rPr>
          <w:b/>
        </w:rPr>
        <w:t xml:space="preserve">[1:21:17] </w:t>
      </w:r>
      <w:r>
        <w:t>Maulana, agla sawal Saharanpur se hai, Jawad Mazhari Sahab ka. Unhon ne likha hai: "Quran khud Prophet ke zamane mein compile hokar poori tarah record ho gaya tha, jab ke tareekh se maloom hota hai ke Hadees Prophet ke do sau saal baad compile ki gayi.</w:t>
      </w:r>
    </w:p>
    <w:p>
      <w:pPr>
        <w:jc w:val="right"/>
      </w:pPr>
      <w:r>
        <w:t>مولانا،اگلاسوال سہارنپورسےہے، جا واد مظہری صاحبکا۔ انہوںنےلکھاہے: "قرآنخود پرافٹکے زمان ےمیں کمپائلہوکر پوریطرح ریکارڈ ہوگیا تھا ، جب کہ تاریخ سے معلومہوتاہے کہ حدیث پرافٹکے دو سوسال بعد کمپائل کیگئی ۔</w:t>
      </w:r>
    </w:p>
    <w:p>
      <w:r>
        <w:rPr>
          <w:b/>
        </w:rPr>
        <w:t xml:space="preserve">[1:21:37] </w:t>
      </w:r>
      <w:r>
        <w:t>Aisi haalat mein Quran aur Hadees dono ko ek status kaise diya ja sakta hai?"</w:t>
      </w:r>
    </w:p>
    <w:p>
      <w:pPr>
        <w:jc w:val="right"/>
      </w:pPr>
      <w:r>
        <w:t>ایسی حالتمیں قرآناور حدیث دونوںکو ایک ول سٹیٹس کیسےدیاجاسکتاہے؟"</w:t>
      </w:r>
    </w:p>
    <w:p>
      <w:r>
        <w:rPr>
          <w:b/>
        </w:rPr>
        <w:t xml:space="preserve">[1:21:44] </w:t>
      </w:r>
      <w:r>
        <w:t>Nahi, yeh sab galatfehmi ki baatein hain, aisa nahi hai. Is par bohat kitabein likhi gayi hain. Mere nazdeek dono ki hifazat mein yeksana taur par tawajjoh di gayi, ummat ne tawajjoh di hai.</w:t>
      </w:r>
    </w:p>
    <w:p>
      <w:pPr>
        <w:jc w:val="right"/>
      </w:pPr>
      <w:r>
        <w:t>نہیں،یہسب غلطفہمیکیباتیںہیں، ایسانہیں ہے۔ اسپہبہت کتاب یںلکھیگئیہیں۔ میرےنزدیک دونوںکی حفاظت میں یکساںطورپرتوجہدیگئی،ام ت نے توجہدیہے۔</w:t>
      </w:r>
    </w:p>
    <w:p>
      <w:r>
        <w:rPr>
          <w:b/>
        </w:rPr>
        <w:t xml:space="preserve">[1:21:59] </w:t>
      </w:r>
      <w:r>
        <w:t>Aisa hargiz nahi hai ke ummat ne Quran ko mehfooz rakha, Hadees ko mehfooz nahi rakha, ittefaqan taur par do sau saal ke baad kuch jama ho gaya.</w:t>
      </w:r>
    </w:p>
    <w:p>
      <w:pPr>
        <w:jc w:val="right"/>
      </w:pPr>
      <w:r>
        <w:t>ایساہرگزنہیںہےکہ امتنے قرآنکو محفوظرکھا،حدیثکومحفوظنہیںرکھا، اتفاقیطورپر دو سوسالکےبعدکچھجمع ہوگیا۔</w:t>
      </w:r>
    </w:p>
    <w:p>
      <w:r>
        <w:rPr>
          <w:b/>
        </w:rPr>
        <w:t xml:space="preserve">[1:22:07] </w:t>
      </w:r>
      <w:r>
        <w:t>Aisa hargiz nahi hai.</w:t>
      </w:r>
    </w:p>
    <w:p>
      <w:pPr>
        <w:jc w:val="right"/>
      </w:pPr>
      <w:r>
        <w:t>ایساہرگزنہیںہے۔</w:t>
      </w:r>
    </w:p>
    <w:p>
      <w:r>
        <w:rPr>
          <w:b/>
        </w:rPr>
        <w:t xml:space="preserve">[1:22:09] </w:t>
      </w:r>
      <w:r>
        <w:t>Ummat ne dono ke mehfooz karne ki yeksana tawajjoh di hai. Is par bohat kitabein likhi gayi hain, aap parh lijiye kitabon ko, aur is mein koi shakk ki baat nahi hai ke jis tarah Quran mehfooz hai, wohi to Hadees bhi mehfooz hai.</w:t>
      </w:r>
    </w:p>
    <w:p>
      <w:pPr>
        <w:jc w:val="right"/>
      </w:pPr>
      <w:r>
        <w:t>امتنے دونوںکے محفوظکرنے کی یکساں توجہدیہے۔ اسپہبہت کتاب یںلکھیگئیہیں،آپپڑھلیجئےکتابوںکو، اوراسمیں کوئیشککیباتنہیںہےکہجس طرح قرآنمحفوظہے، وہیتوحدیثبھیمحفوظہے۔</w:t>
      </w:r>
    </w:p>
    <w:p>
      <w:r>
        <w:rPr>
          <w:b/>
        </w:rPr>
        <w:t xml:space="preserve">[1:22:26] </w:t>
      </w:r>
      <w:r>
        <w:t>Doosri baat main yeh arz karoon ke aap samajhte hain ke Quran jis tarah majmua aapke paas hai, yeh mukammal hai.</w:t>
      </w:r>
    </w:p>
    <w:p>
      <w:pPr>
        <w:jc w:val="right"/>
      </w:pPr>
      <w:r>
        <w:t>دوسریباتمیںیہعرضکروں کہآپسمجھتےہیںکہقرآنجس طرح مج لدآپکےپاسہے، یہیکل ہے۔</w:t>
      </w:r>
    </w:p>
    <w:p>
      <w:r>
        <w:rPr>
          <w:b/>
        </w:rPr>
        <w:t xml:space="preserve">[1:22:33] </w:t>
      </w:r>
      <w:r>
        <w:t>Iske siwa bhi Sahaba ke zamane mein jab jama kiya gaya tha, Hazrat Hazrat Saad Zaid Ibn Sabit ke zamane mein, to logon ke paas bohat sari nuskhay thay Quran ke.</w:t>
      </w:r>
    </w:p>
    <w:p>
      <w:pPr>
        <w:jc w:val="right"/>
      </w:pPr>
      <w:r>
        <w:t>اسکے سوا بھی صحابہکےزمان ےمیں جب جمع کیاگیاتھا، حضرت حضرت سعد زیدابنثابتکےزمانےمیں ،تو لوگوںکےپاس بہت ساری نسخےتھےقرآنکے۔</w:t>
      </w:r>
    </w:p>
    <w:p>
      <w:r>
        <w:rPr>
          <w:b/>
        </w:rPr>
        <w:t xml:space="preserve">[1:22:45] </w:t>
      </w:r>
      <w:r>
        <w:t>Wahan mukhtalif andaaz se cheezein likhi hui thin.</w:t>
      </w:r>
    </w:p>
    <w:p>
      <w:pPr>
        <w:jc w:val="right"/>
      </w:pPr>
      <w:r>
        <w:t>وہاںمختلف اندازسےچیزیںلکھیہوئیتھیں۔</w:t>
      </w:r>
    </w:p>
    <w:p>
      <w:r>
        <w:rPr>
          <w:b/>
        </w:rPr>
        <w:t xml:space="preserve">[1:22:50] </w:t>
      </w:r>
      <w:r>
        <w:t>To is zamane mein saare Sahaba ke faisle ke tehat yeh hua ke isko jala diya jaye. To isko jalaya gaya. Quran aap aap do baar jalaya gaya hai. Quran</w:t>
      </w:r>
    </w:p>
    <w:p>
      <w:pPr>
        <w:jc w:val="right"/>
      </w:pPr>
      <w:r>
        <w:t>تو اسزمانےمیںسارے صحابہکے فیصلے کےتحت یہہوا کہ اسکوجلادیاجائے۔ تواسکو جلایاگیا۔ قرآنآپ آپ دو بار جلایاگیاہے۔قرآن</w:t>
      </w:r>
    </w:p>
    <w:p>
      <w:r>
        <w:rPr>
          <w:b/>
        </w:rPr>
        <w:t xml:space="preserve">[1:23:02] </w:t>
      </w:r>
      <w:r>
        <w:t>Ek baar Zaid Ibn Sabit ke zamane mein, Hazrat Abu Bakr ke zamane mein, mukhtalif ajza ek baar Hazrat Usman ke zamane mein. Agar woh maujood hota to wohi sab qisse aaj bhi hote hain jo Hadees ke bare mein log batate hain.</w:t>
      </w:r>
    </w:p>
    <w:p>
      <w:pPr>
        <w:jc w:val="right"/>
      </w:pPr>
      <w:r>
        <w:t>ایک بار زیدابنثابتکےزمان ےمیں، حضرتابوبکرکےزمانےمیں، مختلف اجزاء ایک بار حضرتعثمانکےزمان ےمیں۔ اگر وہموجود ہوتا تو وہیسب قصےآجبھیہوتےہیںجوحدیثکےبارےمیں لوگ بتاتےہیں۔</w:t>
      </w:r>
    </w:p>
    <w:p>
      <w:r>
        <w:rPr>
          <w:b/>
        </w:rPr>
        <w:t xml:space="preserve">[1:23:18] </w:t>
      </w:r>
      <w:r>
        <w:t>To aisa mat samjhiye ke Quran mehfooz hai aur Hadees mehfooz nahi. Mere nazdeek dono mehfooz hain, aur jis tarah se Quran ko mehfooz karne ke liye in tamam ajza ko khatam kar diya gaya, aise hi Hadees ko mehfooz karne ke liye hamare Muhaddiseen ne baqayda ilm-e-rijal mutayyan kiya aur saari ahadees chaan din.</w:t>
      </w:r>
    </w:p>
    <w:p>
      <w:pPr>
        <w:jc w:val="right"/>
      </w:pPr>
      <w:r>
        <w:t>تو ایسا متسمجھیےکہقرآن محفوظہےاورحدیثمحفوظنہیں ۔ میرےنزدیکدونوںمحفوظہیں، اور جسطرحسے قرآنکومحفوظکرنےکےلیے انان اجزاءکوختمکردیا گیا، ایسےہیحدیثکومحفوظکرنےکےلیے ہمارے محدثیننے باقاعدہعلم رجال متعینکیا اور ساریاحادیثچھاڑدیں۔</w:t>
      </w:r>
    </w:p>
    <w:p>
      <w:r>
        <w:rPr>
          <w:b/>
        </w:rPr>
        <w:t xml:space="preserve">[1:23:39] </w:t>
      </w:r>
      <w:r>
        <w:t>Yaani za'eef ahadees maujood hoti hain, unko chaan diya. Yehi to wahan bhi hua tha ke inko chhan kar ke jala diya gaya. Inko</w:t>
      </w:r>
    </w:p>
    <w:p>
      <w:pPr>
        <w:jc w:val="right"/>
      </w:pPr>
      <w:r>
        <w:t>یعنیضعیفحدیثیں موجود ہوتیہیں،انکوچھاڑدیا۔ یہیتووہاںبھیہواتھا کہانکوچھانٹکرکےجلادیاگیا۔انکو</w:t>
      </w:r>
    </w:p>
    <w:p>
      <w:r>
        <w:rPr>
          <w:b/>
        </w:rPr>
        <w:t xml:space="preserve">[1:23:46] </w:t>
      </w:r>
      <w:r>
        <w:t>Itna hi farq hai ke wahan jala diya gaya, yahan abhi kitabein maujood hain. Itna hi farq hai. Aur maujooda zamane mein aap jante hain ke Allama Albani ne bohat poori zindagi waqf kar di thi is par.</w:t>
      </w:r>
    </w:p>
    <w:p>
      <w:pPr>
        <w:jc w:val="right"/>
      </w:pPr>
      <w:r>
        <w:t>اتناہیفرقہےکہوہاںجلادیاگیا،یہاںابھی کتاب یںموجود ہیں۔ اتناہیفرقہے۔ اور موجود ہزمان ےمیںآپجانتےہیں کہعلامہالبانینےبہت پوریزندگی وقفکردیاسیپر۔</w:t>
      </w:r>
    </w:p>
    <w:p>
      <w:r>
        <w:rPr>
          <w:b/>
        </w:rPr>
        <w:t xml:space="preserve">[1:23:57] </w:t>
      </w:r>
      <w:r>
        <w:t>Saari ahadees ko zakhira jama kiya, aur unhon ne aisi majmoo'ay tayyar kiye jismein saari za'eef ahadees ek taraf kar din, sahih ahadees ek taraf kar din.</w:t>
      </w:r>
    </w:p>
    <w:p>
      <w:pPr>
        <w:jc w:val="right"/>
      </w:pPr>
      <w:r>
        <w:t>ساریاحادیثکوذخیرہجمع کیا، اور انہوںنے ایسی مجموع ےتیارکیےجسمیںساری ضعیفحدیثیںایکطرف کردیں، صحیححدیثیںایکطرف کردیں۔</w:t>
      </w:r>
    </w:p>
    <w:p>
      <w:r>
        <w:rPr>
          <w:b/>
        </w:rPr>
        <w:t xml:space="preserve">[1:24:11] </w:t>
      </w:r>
      <w:r>
        <w:t>ab to internet pe sari baatein aa gayi</w:t>
      </w:r>
    </w:p>
    <w:p>
      <w:pPr>
        <w:jc w:val="right"/>
      </w:pPr>
      <w:r>
        <w:t>ابتو انٹرنیٹپہساریباتیںآگئی</w:t>
      </w:r>
    </w:p>
    <w:p>
      <w:r>
        <w:rPr>
          <w:b/>
        </w:rPr>
        <w:t xml:space="preserve">[1:24:13] </w:t>
      </w:r>
      <w:r>
        <w:t>hain. to yeh mere nazdeek yeh bilkul galat baat hai kehna keh Quran mehfooz hai aur Hadees mehfooz nahi hai. bilkul galat baat hai, aur yeh wohi kar sakte hain, wohi log jo unhon ne is ka ilm deen ki haisiyat se baqaida mutala nahi kiya hai.</w:t>
      </w:r>
    </w:p>
    <w:p>
      <w:pPr>
        <w:jc w:val="right"/>
      </w:pPr>
      <w:r>
        <w:t>ہیں۔ تو یہ میرےنزدیکیہبالکلغلطباتہےکہناہے کہقرآنمحفوظہےاورحدیثمحفوظنہیںہے۔ بالکل غلطباتہے، اور یہوہی کرسکتےہیں ،وہیلوگ جوانہوںنےاسکا علم یحیثیتسےباقاعدہمطالعہنہیںکیا ہے۔</w:t>
      </w:r>
    </w:p>
    <w:p>
      <w:r>
        <w:rPr>
          <w:b/>
        </w:rPr>
        <w:t xml:space="preserve">[1:24:29] </w:t>
      </w:r>
      <w:r>
        <w:t>aap baqaida mutala karein to yeh galat fehmi khatam ho jaye gi. Maulana, un ka ek aur sawal hai.</w:t>
      </w:r>
    </w:p>
    <w:p>
      <w:pPr>
        <w:jc w:val="right"/>
      </w:pPr>
      <w:r>
        <w:t>آپباقاعدہمطالعہکریں تو یہ غلطفہمی ختمہوجائےگی۔ مولانا،انکاایکاور سوالہے۔</w:t>
      </w:r>
    </w:p>
    <w:p>
      <w:r>
        <w:rPr>
          <w:b/>
        </w:rPr>
        <w:t xml:space="preserve">[1:24:37] </w:t>
      </w:r>
      <w:r>
        <w:t>unhon ne aapse poocha hai keh Qurani amliyat ki haqeeqat kya hai ?</w:t>
      </w:r>
    </w:p>
    <w:p>
      <w:pPr>
        <w:jc w:val="right"/>
      </w:pPr>
      <w:r>
        <w:t>انہوںنےآپسےپوچھاہےکہ قرآنی عملیاتکی حقیقت کیاہے ؟</w:t>
      </w:r>
    </w:p>
    <w:p>
      <w:r>
        <w:rPr>
          <w:b/>
        </w:rPr>
        <w:t xml:space="preserve">[1:24:42] </w:t>
      </w:r>
      <w:r>
        <w:t>nahi, yeh sab be haqeeqat baatein hain. aemal Qurani waghera yeh sab khud saakhta baatein hain. koi na Sahaba ke zamane mein thi, na tabieen ke zamane mein thi.</w:t>
      </w:r>
    </w:p>
    <w:p>
      <w:pPr>
        <w:jc w:val="right"/>
      </w:pPr>
      <w:r>
        <w:t>نہیں،یہسببےحقیقتباتیںہیں۔ اعمال قرآنیوغیرہیہسب خود ساخت ہباتیںہیں۔ کوئی نہصحابہکےزمانےمیںتھیں، نہتابعینکےزمانےمیںتھیں۔</w:t>
      </w:r>
    </w:p>
    <w:p>
      <w:r>
        <w:rPr>
          <w:b/>
        </w:rPr>
        <w:t xml:space="preserve">[1:24:53] </w:t>
      </w:r>
      <w:r>
        <w:t>lekin hamara maslak yeh hai keh jo cheez quroon mashhood al khair ke zamane mein nahi thi, woh us ki koi haqeeqat nahi hai.</w:t>
      </w:r>
    </w:p>
    <w:p>
      <w:pPr>
        <w:jc w:val="right"/>
      </w:pPr>
      <w:r>
        <w:t>لیکن ہمارامسلکیہہےکہجوچیز قرونمشہودلہابالخیرکےزمانےمیںنہیںتھی، وہ اسکیکوئیحقیقتنہیںہے۔</w:t>
      </w:r>
    </w:p>
    <w:p>
      <w:r>
        <w:rPr>
          <w:b/>
        </w:rPr>
        <w:t xml:space="preserve">[1:25:02] </w:t>
      </w:r>
      <w:r>
        <w:t>quroon mashhood al khair ke maani hain Rasool ka zamana, Sahaba ka zamana, aur tabieen ka zamana. is zamane mein jo cheez thi, woh hi us ki wohi deen samajhte hain.</w:t>
      </w:r>
    </w:p>
    <w:p>
      <w:pPr>
        <w:jc w:val="right"/>
      </w:pPr>
      <w:r>
        <w:t>قرونمشہودلہابالخیرکےمعنیہیں رسولکازمان ہ، صحابہکازمان ہ،اور تابعینکازمان ہ۔ اس زمان ےمیںجو چیزتھی،وہیوہی اسیکوہمدینسمجھتےہیں۔</w:t>
      </w:r>
    </w:p>
    <w:p>
      <w:r>
        <w:rPr>
          <w:b/>
        </w:rPr>
        <w:t xml:space="preserve">[1:25:13] </w:t>
      </w:r>
      <w:r>
        <w:t>baat ko jo paida hui, us ko hum yani jaan cheen ge, is par jarah karein ge.</w:t>
      </w:r>
    </w:p>
    <w:p>
      <w:pPr>
        <w:jc w:val="right"/>
      </w:pPr>
      <w:r>
        <w:t>باتکوجو پیدا ہوئی، اسکوہم یعنی جان چیںگے،اسپر جرحکریںگے۔</w:t>
      </w:r>
    </w:p>
    <w:p>
      <w:r>
        <w:rPr>
          <w:b/>
        </w:rPr>
        <w:t xml:space="preserve">[1:25:20] </w:t>
      </w:r>
      <w:r>
        <w:t>hum dekhein ge keh yeh Quran ke Hadees ke mutabiq hai ya nahi. agar hai to lein ge, nahi to nahi lein ge. authentic daur sirf yeh hi nahi jis ko kehte hain quroon mashhood al khair ya quroon salasa.</w:t>
      </w:r>
    </w:p>
    <w:p>
      <w:pPr>
        <w:jc w:val="right"/>
      </w:pPr>
      <w:r>
        <w:t>ہمدیکھیںگےکہیہقرآنکے حدیثکےمطابق ہےیانہیں۔ اگر ہےتولیںگے،نہیںتو نہیں لیںگے۔ اتھینٹک دور صرفیہیتینہیںجس کوکہتےہیں قرونمشہودلہابالخیر یا قرون ثلاثہ۔</w:t>
      </w:r>
    </w:p>
    <w:p>
      <w:r>
        <w:rPr>
          <w:b/>
        </w:rPr>
        <w:t xml:space="preserve">[1:25:33] </w:t>
      </w:r>
      <w:r>
        <w:t>yani Rasool Allah ka zamana, Sahaba ka zamana, tabieen ka zamana. yahi authentic daur hai. is ke baad koi authentic daur nahi.</w:t>
      </w:r>
    </w:p>
    <w:p>
      <w:pPr>
        <w:jc w:val="right"/>
      </w:pPr>
      <w:r>
        <w:t>یعنی رسولاللہکازمان ہ ،صحابہکازمان ہ، تابعینکازمان ہ۔ یہی اتھینٹکدور ہے۔ اسکےبعد کوئیاتھینٹکدورنہیں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