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Physical Science or Divine Science I 25th Nov, 2012 - Maulana Wahiduddin Khan</w:t>
      </w:r>
    </w:p>
    <w:p>
      <w:r>
        <w:t>https://www.youtube.com/watch?v=NfJRGRN6OhE</w:t>
      </w:r>
    </w:p>
    <w:p>
      <w:r>
        <w:rPr>
          <w:b/>
        </w:rPr>
        <w:t xml:space="preserve">[00:14] </w:t>
      </w:r>
      <w:r>
        <w:t>bismillah rahman rahim, wa sali Allahu ala nabi al-karim.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 al-uqdatan min lisani, yafqahu qawli.</w:t>
      </w:r>
    </w:p>
    <w:p>
      <w:pPr>
        <w:jc w:val="right"/>
      </w:pPr>
      <w:r>
        <w:t>واحل العقدۃ من لسانی، یفقہ قولی۔</w:t>
      </w:r>
    </w:p>
    <w:p>
      <w:r>
        <w:rPr>
          <w:b/>
        </w:rPr>
        <w:t xml:space="preserve">[00:37] </w:t>
      </w:r>
      <w:r>
        <w:t>aaj ka topic hai:</w:t>
      </w:r>
    </w:p>
    <w:p>
      <w:pPr>
        <w:jc w:val="right"/>
      </w:pPr>
      <w:r>
        <w:t>آج کا ٹاپک ہے:</w:t>
      </w:r>
    </w:p>
    <w:p>
      <w:r>
        <w:rPr>
          <w:b/>
        </w:rPr>
        <w:t xml:space="preserve">[00:43] </w:t>
      </w:r>
      <w:r>
        <w:t>physical science aur divine science. physical science aur divine science.</w:t>
      </w:r>
    </w:p>
    <w:p>
      <w:pPr>
        <w:jc w:val="right"/>
      </w:pPr>
      <w:r>
        <w:t>فزیکل سائنس اور او آر۔ فزیکل سائنس اور ڈیوائن سائنس۔</w:t>
      </w:r>
    </w:p>
    <w:p>
      <w:r>
        <w:rPr>
          <w:b/>
        </w:rPr>
        <w:t xml:space="preserve">[00:53] </w:t>
      </w:r>
      <w:r>
        <w:t>yani madi science ya khudaai science.</w:t>
      </w:r>
    </w:p>
    <w:p>
      <w:pPr>
        <w:jc w:val="right"/>
      </w:pPr>
      <w:r>
        <w:t>یعنی مادی سائنس یا خدائی سائنس۔</w:t>
      </w:r>
    </w:p>
    <w:p>
      <w:r>
        <w:rPr>
          <w:b/>
        </w:rPr>
        <w:t xml:space="preserve">[01:01] </w:t>
      </w:r>
      <w:r>
        <w:t>jis cheez ko hum science kehte hain, yani physical sciences ko, woh apni haqeeqat ke aitbaar se divine science hai.</w:t>
      </w:r>
    </w:p>
    <w:p>
      <w:pPr>
        <w:jc w:val="right"/>
      </w:pPr>
      <w:r>
        <w:t>جس چیز کو ہم سائنس کہتے ہیں، یعنی فزیکل سائنسز کو، وہ اپنی حقیقت کے اعتبار سے ڈیوائن سائنس ہے۔</w:t>
      </w:r>
    </w:p>
    <w:p>
      <w:r>
        <w:rPr>
          <w:b/>
        </w:rPr>
        <w:t xml:space="preserve">[01:16] </w:t>
      </w:r>
      <w:r>
        <w:t>lekin ajib baat hai ke saare dunya ke musalmanon ne is tareeqe ko samjha hi nahin. woh jis tareeqe se western logon ke khilaaf ho gaye, waise science ko bhi samajh liya.</w:t>
      </w:r>
    </w:p>
    <w:p>
      <w:pPr>
        <w:jc w:val="right"/>
      </w:pPr>
      <w:r>
        <w:t>لیکن عجیب بات ہے کہ سارے دنیا کے مسلمانوں نے اس طریقے کو سمجھا ہی نہیں۔ وہ جس طریقے سے ویسٹرن لوگوں کے خلاف ہو گئے، ویسے سائنس کو بھی سمجھ لیا۔</w:t>
      </w:r>
    </w:p>
    <w:p>
      <w:r>
        <w:rPr>
          <w:b/>
        </w:rPr>
        <w:t xml:space="preserve">[01:30] </w:t>
      </w:r>
      <w:r>
        <w:t>yeh koi anti-islamic discipline hai.</w:t>
      </w:r>
    </w:p>
    <w:p>
      <w:pPr>
        <w:jc w:val="right"/>
      </w:pPr>
      <w:r>
        <w:t>یہ کوئی اینٹی اسلامک ڈسپلن ہے۔</w:t>
      </w:r>
    </w:p>
    <w:p>
      <w:r>
        <w:rPr>
          <w:b/>
        </w:rPr>
        <w:t xml:space="preserve">[01:35] </w:t>
      </w:r>
      <w:r>
        <w:t>haqeeqat yeh hai ke modern science jo hai, ain is divine science hai, Allah ke planning ke tehat woh wajood mein aayi hai.</w:t>
      </w:r>
    </w:p>
    <w:p>
      <w:pPr>
        <w:jc w:val="right"/>
      </w:pPr>
      <w:r>
        <w:t>حقیقت یہ ہے کہ ماڈرن سائنس جو ہے، عین اس ڈیوائن سائنس ہے، اللہ کے پلاننگ کے تحت وہ وجود میں آئی ہے۔</w:t>
      </w:r>
    </w:p>
    <w:p>
      <w:r>
        <w:rPr>
          <w:b/>
        </w:rPr>
        <w:t xml:space="preserve">[01:47] </w:t>
      </w:r>
      <w:r>
        <w:t>iska Islam se koi bhi takrao nahin. jo log takrao samajhte hain, woh haqeeqat mein na Islam ko jaante hain, na science ko jaante hain.</w:t>
      </w:r>
    </w:p>
    <w:p>
      <w:pPr>
        <w:jc w:val="right"/>
      </w:pPr>
      <w:r>
        <w:t>اس کا اسلام سے کوئی بھی ٹکراؤ نہیں۔ جو لوگ ٹکراؤ سمجھتے ہیں، وہ حقیقت میں نہ اسلام کو جانتے ہیں، نہ سائنس کو جانتے ہیں۔</w:t>
      </w:r>
    </w:p>
    <w:p>
      <w:r>
        <w:rPr>
          <w:b/>
        </w:rPr>
        <w:t xml:space="preserve">[02:02] </w:t>
      </w:r>
      <w:r>
        <w:t>main khud jis madrasay mein parhta tha, to hamare asaatza jo thay, woh modern world ko samajhne ke liye falsafi kitabein parha karte thay.</w:t>
      </w:r>
    </w:p>
    <w:p>
      <w:pPr>
        <w:jc w:val="right"/>
      </w:pPr>
      <w:r>
        <w:t>میں خود جس مدرسے میں پڑھتا تھا، تو ہمارے اساتذہ جو تھے، وہ ماڈرن ورلڈ کو سمجھنے کے لیے فلسفی کتابیں پڑھا کرتے تھے۔</w:t>
      </w:r>
    </w:p>
    <w:p>
      <w:r>
        <w:rPr>
          <w:b/>
        </w:rPr>
        <w:t xml:space="preserve">[02:14] </w:t>
      </w:r>
      <w:r>
        <w:t>philosophy kitabein. main khud nahin jaanta tha ke</w:t>
      </w:r>
    </w:p>
    <w:p>
      <w:pPr>
        <w:jc w:val="right"/>
      </w:pPr>
      <w:r>
        <w:t>فلاسفی کتابیں۔ میں خود نہیں جانتا تھا کہ</w:t>
      </w:r>
    </w:p>
    <w:p>
      <w:r>
        <w:rPr>
          <w:b/>
        </w:rPr>
        <w:t xml:space="preserve">[02:19] </w:t>
      </w:r>
      <w:r>
        <w:t>yeh daur falsafe ka daur nahin hai, yeh science ka daur hai.</w:t>
      </w:r>
    </w:p>
    <w:p>
      <w:pPr>
        <w:jc w:val="right"/>
      </w:pPr>
      <w:r>
        <w:t>یہ دور فلسفے کا دور نہیں ہے، یہ سائنس کا دور ہے۔</w:t>
      </w:r>
    </w:p>
    <w:p>
      <w:r>
        <w:rPr>
          <w:b/>
        </w:rPr>
        <w:t xml:space="preserve">[02:26] </w:t>
      </w:r>
      <w:r>
        <w:t>aur saare musalman is waqt falsafe ko badi cheez samajhte thay. Hyderabad mein dar-ul-tarjama qaim hua to sab falsafi ki kitabein wahan unka translation kiya jata tha.</w:t>
      </w:r>
    </w:p>
    <w:p>
      <w:pPr>
        <w:jc w:val="right"/>
      </w:pPr>
      <w:r>
        <w:t>اور سارے مسلمان اس وقت فلاسفی کو بڑی چیز سمجھتے تھے۔ حیدرآباد میں دارالترجمہ قائم ہوا تو سب فلسفی کی کتابیں وہاں ان کا ٹرانسلیشن کیا جاتا تھا۔</w:t>
      </w:r>
    </w:p>
    <w:p>
      <w:r>
        <w:rPr>
          <w:b/>
        </w:rPr>
        <w:t xml:space="preserve">[02:42] </w:t>
      </w:r>
      <w:r>
        <w:t>log samajhte thay ke bas falsafa parho to modern world ko jaan logay.</w:t>
      </w:r>
    </w:p>
    <w:p>
      <w:pPr>
        <w:jc w:val="right"/>
      </w:pPr>
      <w:r>
        <w:t>لوگ سمجھتے تھے کہ بس فلسفہ پڑھو تو ماڈرن ورلڈ کو جان لو گے۔</w:t>
      </w:r>
    </w:p>
    <w:p>
      <w:r>
        <w:rPr>
          <w:b/>
        </w:rPr>
        <w:t xml:space="preserve">[02:47] </w:t>
      </w:r>
      <w:r>
        <w:t>falsafa to discard ho chuka tha. ab jo daur tha, woh science ka daur tha. lekin iski ahmiyat ko samjha hi nahin.</w:t>
      </w:r>
    </w:p>
    <w:p>
      <w:pPr>
        <w:jc w:val="right"/>
      </w:pPr>
      <w:r>
        <w:t>فلسفہ تو ڈسکارڈ ہو چکا تھا۔ اب جو دور تھا، وہ سائنس کا دور تھا۔ لیکن اس کی اہمیت کو سمجھا ہی نہیں۔</w:t>
      </w:r>
    </w:p>
    <w:p>
      <w:r>
        <w:rPr>
          <w:b/>
        </w:rPr>
        <w:t xml:space="preserve">[02:58] </w:t>
      </w:r>
      <w:r>
        <w:t>kisi ne science ko parha to sirf jawab lene ke liye, bas.</w:t>
      </w:r>
    </w:p>
    <w:p>
      <w:pPr>
        <w:jc w:val="right"/>
      </w:pPr>
      <w:r>
        <w:t>کسی نے سائنس کو پڑھا تو صرف جواب لینے کے لیے، بس۔</w:t>
      </w:r>
    </w:p>
    <w:p>
      <w:r>
        <w:rPr>
          <w:b/>
        </w:rPr>
        <w:t xml:space="preserve">[03:04] </w:t>
      </w:r>
      <w:r>
        <w:t>Islam ke aitbaar se nahin.</w:t>
      </w:r>
    </w:p>
    <w:p>
      <w:pPr>
        <w:jc w:val="right"/>
      </w:pPr>
      <w:r>
        <w:t>اسلام کے اعتبار سے نہیں۔</w:t>
      </w:r>
    </w:p>
    <w:p>
      <w:r>
        <w:rPr>
          <w:b/>
        </w:rPr>
        <w:t xml:space="preserve">[03:10] </w:t>
      </w:r>
      <w:r>
        <w:t>to yeh meri discovery hai ke science to Islam ka ilm-e-kalam hai. science to Islam ka aik supporting discipline hai.</w:t>
      </w:r>
    </w:p>
    <w:p>
      <w:pPr>
        <w:jc w:val="right"/>
      </w:pPr>
      <w:r>
        <w:t>تو یہ میری ڈسکوری ہے کہ سائنس تو اسلام کا علم کلام ہے۔ سائنس تو اسلام کا ایک سپورٹنگ ڈسپلن ہے۔</w:t>
      </w:r>
    </w:p>
    <w:p>
      <w:r>
        <w:rPr>
          <w:b/>
        </w:rPr>
        <w:t xml:space="preserve">[03:29] </w:t>
      </w:r>
      <w:r>
        <w:t>sab se pehle jo mere zehen mein sawal aaya, woh yeh ke Quran ki aik aayat hai jo Surah Haa Meem Sajdah mein hai.</w:t>
      </w:r>
    </w:p>
    <w:p>
      <w:pPr>
        <w:jc w:val="right"/>
      </w:pPr>
      <w:r>
        <w:t>سب سے پہلے جو میرے ذہن میں سوال آیا، وہ یہ کہ قرآن کی ایک آیت ہے جو سورہ حام حام سجدہ میں ہے۔</w:t>
      </w:r>
    </w:p>
    <w:p>
      <w:r>
        <w:rPr>
          <w:b/>
        </w:rPr>
        <w:t xml:space="preserve">[03:40] </w:t>
      </w:r>
      <w:r>
        <w:t>Surah Haa Meem Sajdah.</w:t>
      </w:r>
    </w:p>
    <w:p>
      <w:pPr>
        <w:jc w:val="right"/>
      </w:pPr>
      <w:r>
        <w:t>سورہ حام سجدہ۔</w:t>
      </w:r>
    </w:p>
    <w:p>
      <w:r>
        <w:rPr>
          <w:b/>
        </w:rPr>
        <w:t xml:space="preserve">[03:45] </w:t>
      </w:r>
      <w:r>
        <w:t>woh is tarah se hai ke sanurihim ayatina fil afaqi wa fi anfusihim hatta yatabayyana al-haq</w:t>
      </w:r>
    </w:p>
    <w:p>
      <w:pPr>
        <w:jc w:val="right"/>
      </w:pPr>
      <w:r>
        <w:t>وہ اس طرح سے ہے کہ سنریہم آیاتنا فی الافاق و فی انفسہم حتیٰ یتبین الحق</w:t>
      </w:r>
    </w:p>
    <w:p>
      <w:r>
        <w:rPr>
          <w:b/>
        </w:rPr>
        <w:t xml:space="preserve">[03:59] </w:t>
      </w:r>
      <w:r>
        <w:t>iska tarjuma yeh hai ke hum mustaqbil mein dikhayenge nishaniyan insaanon mein aur kainat mein, yahan tak ke logon par khul jaye, wazeh ho jaye</w:t>
      </w:r>
    </w:p>
    <w:p>
      <w:pPr>
        <w:jc w:val="right"/>
      </w:pPr>
      <w:r>
        <w:t>اس کا ترجمہ یہ ہے کہ ہم مستقبل میں دکھائیں گے نشانیاں انسانوں میں اور کائنات میں، یہاں تک کہ لوگوں پر کھل جائے، واضح ہو جائے</w:t>
      </w:r>
    </w:p>
    <w:p>
      <w:r>
        <w:rPr>
          <w:b/>
        </w:rPr>
        <w:t xml:space="preserve">[04:16] </w:t>
      </w:r>
      <w:r>
        <w:t>ke yahi haq hai.</w:t>
      </w:r>
    </w:p>
    <w:p>
      <w:pPr>
        <w:jc w:val="right"/>
      </w:pPr>
      <w:r>
        <w:t>کہ یہی حق ہے۔</w:t>
      </w:r>
    </w:p>
    <w:p>
      <w:r>
        <w:rPr>
          <w:b/>
        </w:rPr>
        <w:t xml:space="preserve">[04:20] </w:t>
      </w:r>
      <w:r>
        <w:t>mere saamne yeh sawaal tha ke jab quran utra seventh century AD ke first quarter mein, tab bhi woh haq tha?</w:t>
      </w:r>
    </w:p>
    <w:p>
      <w:pPr>
        <w:jc w:val="right"/>
      </w:pPr>
      <w:r>
        <w:t>میرے سامنے یہ سوال تھا کہ جب قرآن اترا سیونتھ سنچری اے ڈی کے فرسٹ کوارٹر میں، تب بھی وہ حق تھا؟</w:t>
      </w:r>
    </w:p>
    <w:p>
      <w:r>
        <w:rPr>
          <w:b/>
        </w:rPr>
        <w:t xml:space="preserve">[04:33] </w:t>
      </w:r>
      <w:r>
        <w:t>to mustaqbil ke baare mein kyun kaha gaya aisa?</w:t>
      </w:r>
    </w:p>
    <w:p>
      <w:pPr>
        <w:jc w:val="right"/>
      </w:pPr>
      <w:r>
        <w:t>تو مستقبل کے بارے میں کیوں کہا گیا ایسا؟</w:t>
      </w:r>
    </w:p>
    <w:p>
      <w:r>
        <w:rPr>
          <w:b/>
        </w:rPr>
        <w:t xml:space="preserve">[04:37] </w:t>
      </w:r>
      <w:r>
        <w:t>dekhen, sanoriham jo hai, yeh future sent, future tense hai, mustaqbil ka seigha hai. to quran jab utra, usi waqt woh haq tha?</w:t>
      </w:r>
    </w:p>
    <w:p>
      <w:pPr>
        <w:jc w:val="right"/>
      </w:pPr>
      <w:r>
        <w:t>دیکھیں، سنوریہم جو ہے، یہ فیوچر سینٹ، فیوچر ٹینس ہے، مستقبل کا صیغہ ہے۔ تو قرآن جب اترا، اسی وقت وہ حق تھا؟</w:t>
      </w:r>
    </w:p>
    <w:p>
      <w:r>
        <w:rPr>
          <w:b/>
        </w:rPr>
        <w:t xml:space="preserve">[04:47] </w:t>
      </w:r>
      <w:r>
        <w:t>woh yeh kyun kaha gaya ke mustaqbil mein iska haq hona wazeh hoga? kya matlab hai iska?</w:t>
      </w:r>
    </w:p>
    <w:p>
      <w:pPr>
        <w:jc w:val="right"/>
      </w:pPr>
      <w:r>
        <w:t>وہ یہ کیوں کہا گیا کہ مستقبل میں اس کا حق ہونا واضح ہوگا؟ کیا مطلب ہے اس کا؟</w:t>
      </w:r>
    </w:p>
    <w:p>
      <w:r>
        <w:rPr>
          <w:b/>
        </w:rPr>
        <w:t xml:space="preserve">[04:59] </w:t>
      </w:r>
      <w:r>
        <w:t>yaani future tense mein kyun kaha gaya? kyunke woh to present tense ki baat thi ke quran mein jo baat kahi gayi hai, woh sab haqeeqat hai.</w:t>
      </w:r>
    </w:p>
    <w:p>
      <w:pPr>
        <w:jc w:val="right"/>
      </w:pPr>
      <w:r>
        <w:t>یعنی فیوچر ٹینس میں کیوں کہا گیا؟ کیونکہ وہ تو پریزنٹ ٹینس کی بات تھی کہ قرآن میں جو بات کہی گئی ہے، وہ سب حقیقت ہے۔</w:t>
      </w:r>
    </w:p>
    <w:p>
      <w:r>
        <w:rPr>
          <w:b/>
        </w:rPr>
        <w:t xml:space="preserve">[05:11] </w:t>
      </w:r>
      <w:r>
        <w:t>yeh bohat baad ko mujhe samajh mein aaya ke yeh ek prediction tha, ek peshangoi thi is age ki jis ko hum kehte hain age of science.</w:t>
      </w:r>
    </w:p>
    <w:p>
      <w:pPr>
        <w:jc w:val="right"/>
      </w:pPr>
      <w:r>
        <w:t>یہ بہت بعد کو مجھے سمجھ میں آیا کہ یہ ایک پریڈکشن تھا، ایک پیشنگوئی تھی اس ایج کی جس کو ہم کہتے ہیں ایج آف سائنس۔</w:t>
      </w:r>
    </w:p>
    <w:p>
      <w:r>
        <w:rPr>
          <w:b/>
        </w:rPr>
        <w:t xml:space="preserve">[05:24] </w:t>
      </w:r>
      <w:r>
        <w:t>ke age of science mein yeh baat khule gi.</w:t>
      </w:r>
    </w:p>
    <w:p>
      <w:pPr>
        <w:jc w:val="right"/>
      </w:pPr>
      <w:r>
        <w:t>کہ ایج آف سائنس میں یہ بات کھلے گی۔</w:t>
      </w:r>
    </w:p>
    <w:p>
      <w:r>
        <w:rPr>
          <w:b/>
        </w:rPr>
        <w:t xml:space="preserve">[05:27] </w:t>
      </w:r>
      <w:r>
        <w:t>woh kis maani mein khule gi? woh ek aur ayat se wazeh hoti hai.</w:t>
      </w:r>
    </w:p>
    <w:p>
      <w:pPr>
        <w:jc w:val="right"/>
      </w:pPr>
      <w:r>
        <w:t>وہ کس معنی میں کھلے گی؟ وہ ایک اور آیت سے واضح ہوتی ہے۔</w:t>
      </w:r>
    </w:p>
    <w:p>
      <w:r>
        <w:rPr>
          <w:b/>
        </w:rPr>
        <w:t xml:space="preserve">[05:37] </w:t>
      </w:r>
      <w:r>
        <w:t>surah al-fatir mein yeh ayat hai ke mil jo al-judud bizun humr mukhtalif alwan alwanuha wa gharabi musawwad</w:t>
      </w:r>
    </w:p>
    <w:p>
      <w:pPr>
        <w:jc w:val="right"/>
      </w:pPr>
      <w:r>
        <w:t>سورہ الفاطر میں یہ آیت ہے کہ ومل جوال جدد بیزن حمر مختلف الوان الوانہا وغرابی مسود</w:t>
      </w:r>
    </w:p>
    <w:p>
      <w:r>
        <w:rPr>
          <w:b/>
        </w:rPr>
        <w:t xml:space="preserve">[05:52] </w:t>
      </w:r>
      <w:r>
        <w:t>innama yakhshullah min ibad al-ulama iska translation yeh hai ke pahaadon mein tarah tarah ke rang hote hain, chitkabre, safed, laal aur kaale.</w:t>
      </w:r>
    </w:p>
    <w:p>
      <w:pPr>
        <w:jc w:val="right"/>
      </w:pPr>
      <w:r>
        <w:t>انما یخش اللہ من عباد العلماء اس کا ٹرانسلیشن یہ ہے کہ پہاڑوں میں طرح طرح کے رنگ ہوتے ہیں، چتکبرے، سفید، لال اور کالے۔</w:t>
      </w:r>
    </w:p>
    <w:p>
      <w:r>
        <w:rPr>
          <w:b/>
        </w:rPr>
        <w:t xml:space="preserve">[06:13] </w:t>
      </w:r>
      <w:r>
        <w:t>yeh farmaya. yaani pahaadon ko refer kar ke yeh farmaya ke innama yakhshullah min ibad al-ulama</w:t>
      </w:r>
    </w:p>
    <w:p>
      <w:pPr>
        <w:jc w:val="right"/>
      </w:pPr>
      <w:r>
        <w:t>یہ فرمایا۔ یعنی پہاڑوں کو ریفر کر کے یہ فرمایا کہ انما یخش اللہ من عباد العلماء</w:t>
      </w:r>
    </w:p>
    <w:p>
      <w:r>
        <w:rPr>
          <w:b/>
        </w:rPr>
        <w:t xml:space="preserve">[06:29] </w:t>
      </w:r>
      <w:r>
        <w:t>allah se darte hain sirf ilm wale. yeh ghaur kijiye ke ilm al-jibal ka hawala de kar kyun kaha gaya aisa? yahan to ilm al-jibal ka hawala hai.</w:t>
      </w:r>
    </w:p>
    <w:p>
      <w:pPr>
        <w:jc w:val="right"/>
      </w:pPr>
      <w:r>
        <w:t>اللہ سے ڈرتے ہیں صرف علم والے۔ یہ غور کیجئے کہ علم الجبال کا حوالہ دے کر کیوں کہا گیا ایسا؟ یہاں تو علم الجبال کا حوالہ ہے۔</w:t>
      </w:r>
    </w:p>
    <w:p>
      <w:r>
        <w:rPr>
          <w:b/>
        </w:rPr>
        <w:t xml:space="preserve">[06:41] </w:t>
      </w:r>
      <w:r>
        <w:t>yaani pahaadon ka ilm. iske reference mein, iske hawale se kyun kaha gaya</w:t>
      </w:r>
    </w:p>
    <w:p>
      <w:pPr>
        <w:jc w:val="right"/>
      </w:pPr>
      <w:r>
        <w:t>یعنی پہاڑوں کا علم۔ اس کے ریفرنس میں، اس کے حوالے سے کیوں کہا گیا</w:t>
      </w:r>
    </w:p>
    <w:p>
      <w:r>
        <w:rPr>
          <w:b/>
        </w:rPr>
        <w:t xml:space="preserve">[06:50] </w:t>
      </w:r>
      <w:r>
        <w:t>ke ilm wale hi allah se darte hain?</w:t>
      </w:r>
    </w:p>
    <w:p>
      <w:pPr>
        <w:jc w:val="right"/>
      </w:pPr>
      <w:r>
        <w:t>کہ علم والے ہی اللہ سے ڈرتے ہیں؟</w:t>
      </w:r>
    </w:p>
    <w:p>
      <w:r>
        <w:rPr>
          <w:b/>
        </w:rPr>
        <w:t xml:space="preserve">[06:55] </w:t>
      </w:r>
      <w:r>
        <w:t>in donon ayaton ko le kar aap sochen, tab baat samajh mein aati hai. woh yeh hai ke jab quran utra, us waqt quran ki sachaiyan jo thin,</w:t>
      </w:r>
    </w:p>
    <w:p>
      <w:pPr>
        <w:jc w:val="right"/>
      </w:pPr>
      <w:r>
        <w:t>ان دونوں آیتوں کو لے کر آپ سوچیں، تب بات سمجھ میں آتی ہے۔ وہ یہ ہے کہ جب قرآن اترا، اس وقت قرآن کی سچائیاں جو تھیں،</w:t>
      </w:r>
    </w:p>
    <w:p>
      <w:r>
        <w:rPr>
          <w:b/>
        </w:rPr>
        <w:t xml:space="preserve">[07:10] </w:t>
      </w:r>
      <w:r>
        <w:t>woh belief ke darje mein thin. matter of belief</w:t>
      </w:r>
    </w:p>
    <w:p>
      <w:pPr>
        <w:jc w:val="right"/>
      </w:pPr>
      <w:r>
        <w:t>وہ بیلیف کے درجے میں تھیں۔ میٹر آف بیلیف</w:t>
      </w:r>
    </w:p>
    <w:p>
      <w:r>
        <w:rPr>
          <w:b/>
        </w:rPr>
        <w:t xml:space="preserve">[07:13] </w:t>
      </w:r>
      <w:r>
        <w:t>yaani aqeedah. to yeh prediction tha ke ek daur aayega jab ke established knowledge ke satah par inki sachai sabit ho jayegi.</w:t>
      </w:r>
    </w:p>
    <w:p>
      <w:pPr>
        <w:jc w:val="right"/>
      </w:pPr>
      <w:r>
        <w:t>یعنی عقیدہ۔ تو یہ پریڈکشن تھا کہ ایک دور آئے گا جب کہ اسٹیبلش نالج کے سطح پر ان کی سچائی ثابت ہو جائے گی۔</w:t>
      </w:r>
    </w:p>
    <w:p>
      <w:r>
        <w:rPr>
          <w:b/>
        </w:rPr>
        <w:t xml:space="preserve">[07:27] </w:t>
      </w:r>
      <w:r>
        <w:t>yeh hai matlab iska.</w:t>
      </w:r>
    </w:p>
    <w:p>
      <w:pPr>
        <w:jc w:val="right"/>
      </w:pPr>
      <w:r>
        <w:t>یہ ہے مطلب اس کا۔</w:t>
      </w:r>
    </w:p>
    <w:p>
      <w:r>
        <w:rPr>
          <w:b/>
        </w:rPr>
        <w:t xml:space="preserve">[07:31] </w:t>
      </w:r>
      <w:r>
        <w:t>jab quran utra to aap jante hain ke woh pre-scientific age tha, woh traditional zamana tha. us waqt fitrat ke jo haqaiq hain, woh khule nahin the.</w:t>
      </w:r>
    </w:p>
    <w:p>
      <w:pPr>
        <w:jc w:val="right"/>
      </w:pPr>
      <w:r>
        <w:t>جب قرآن اترا تو آپ جانتے ہیں کہ وہ پری سائنٹیفیکیج تھا، وہ ٹریڈیشنل زمانہ تھا۔ اس وقت فطرت کے جو حقائق ہیں، وہ کھلے نہیں تھے۔</w:t>
      </w:r>
    </w:p>
    <w:p>
      <w:r>
        <w:rPr>
          <w:b/>
        </w:rPr>
        <w:t xml:space="preserve">[07:42] </w:t>
      </w:r>
      <w:r>
        <w:t>to us waqt jo baaten batai gayi hain quran mein, jo sachaiyan, woh logon ne as a matter of belief maana, usko aqeedah ke taur par.</w:t>
      </w:r>
    </w:p>
    <w:p>
      <w:pPr>
        <w:jc w:val="right"/>
      </w:pPr>
      <w:r>
        <w:t>تو اس وقت جو باتیں بتائی گئی ہیں قرآن میں، جو سچائیاں، وہ لوگوں نے ایز اے میٹر آف بیلیف مانا، اس کو عقیدے کے طور پر۔</w:t>
      </w:r>
    </w:p>
    <w:p>
      <w:r>
        <w:rPr>
          <w:b/>
        </w:rPr>
        <w:t xml:space="preserve">[07:54] </w:t>
      </w:r>
      <w:r>
        <w:t>to is mein prediction tha ke ek daur aane wala hai jab ke khud insani ilm, khud established knowledge, matlab jis ko sab log accept kar rahe hain,</w:t>
      </w:r>
    </w:p>
    <w:p>
      <w:pPr>
        <w:jc w:val="right"/>
      </w:pPr>
      <w:r>
        <w:t>تو اس میں پریڈکشن تھا کہ ایک دور آنے والا ہے جب کہ خود انسانی علم، خود اسٹیبلش نالج، مطلب جس کو سب لوگ ایکسیپٹ کر رہے ہیں،</w:t>
      </w:r>
    </w:p>
    <w:p>
      <w:r>
        <w:rPr>
          <w:b/>
        </w:rPr>
        <w:t xml:space="preserve">[08:09] </w:t>
      </w:r>
      <w:r>
        <w:t>yeh saare log jis knowledge ko accept kar rahe hain, us satah par, us level par quran ki sachaiyan sabit ho jayengi.</w:t>
      </w:r>
    </w:p>
    <w:p>
      <w:pPr>
        <w:jc w:val="right"/>
      </w:pPr>
      <w:r>
        <w:t>یہ سارے لوگ جس نالج کو ایکسیپٹ کر رہے ہیں، اس سطح پر، اس لیول پر قرآن کی سچائیاں ثابت ہو جائیں گی۔</w:t>
      </w:r>
    </w:p>
    <w:p>
      <w:r>
        <w:rPr>
          <w:b/>
        </w:rPr>
        <w:t xml:space="preserve">[08:19] </w:t>
      </w:r>
      <w:r>
        <w:t>yeh proven fact ban jayengi. yeh jo cheez us waqt matter of belief thi, woh ek proven fact ban jayegi.</w:t>
      </w:r>
    </w:p>
    <w:p>
      <w:pPr>
        <w:jc w:val="right"/>
      </w:pPr>
      <w:r>
        <w:t>یہ پروون فیکٹ بن جائیں گی۔ یہ جو چیز اس وقت میٹر آف بیلیف تھی، وہ ایک پروون فیکٹ بن جائے گی۔</w:t>
      </w:r>
    </w:p>
    <w:p>
      <w:r>
        <w:rPr>
          <w:b/>
        </w:rPr>
        <w:t xml:space="preserve">[08:29] </w:t>
      </w:r>
      <w:r>
        <w:t>yeh ek bohat badi peshangoi thi.</w:t>
      </w:r>
    </w:p>
    <w:p>
      <w:pPr>
        <w:jc w:val="right"/>
      </w:pPr>
      <w:r>
        <w:t>یہ ایک بہت بڑی پیشنگوئی تھی۔</w:t>
      </w:r>
    </w:p>
    <w:p>
      <w:r>
        <w:rPr>
          <w:b/>
        </w:rPr>
        <w:t xml:space="preserve">[08:34] </w:t>
      </w:r>
      <w:r>
        <w:t>aur science ka jo zahoor hai, science jo ka isi peshangoi ki tasdeeq hai.</w:t>
      </w:r>
    </w:p>
    <w:p>
      <w:pPr>
        <w:jc w:val="right"/>
      </w:pPr>
      <w:r>
        <w:t>اور سائنس کا جو ظہور ہے، سائنس جو کا اسی پیشنگوئی کی تصدیق ہے۔</w:t>
      </w:r>
    </w:p>
    <w:p>
      <w:r>
        <w:rPr>
          <w:b/>
        </w:rPr>
        <w:t xml:space="preserve">[08:45] </w:t>
      </w:r>
      <w:r>
        <w:t>dekhen, yeh baat khud un musalmanon se matloob thi ke woh ek kaam karen. kyunke baat kya thi? baat yeh thi ke quran ek literal statement tha un haqiqaton ka jo nature mein chupi hui theen,</w:t>
      </w:r>
    </w:p>
    <w:p>
      <w:pPr>
        <w:jc w:val="right"/>
      </w:pPr>
      <w:r>
        <w:t>دیکھیں، یہ بات خود ان مسلمانوں سے مطلوب تھی کہ وہ ایک کام کریں۔ کیونکہ بات کیا تھی؟ بات یہ تھی کہ قرآن ایک لٹرل سٹیٹمنٹ تھا ان حقیقتوں کا جو نیچر میں چھپی ہوئی تھیں،</w:t>
      </w:r>
    </w:p>
    <w:p>
      <w:r>
        <w:rPr>
          <w:b/>
        </w:rPr>
        <w:t xml:space="preserve">[09:00] </w:t>
      </w:r>
      <w:r>
        <w:t>jo fitrat mein chupi hui theen, jo zameen o aasman mein chupi hui theen.</w:t>
      </w:r>
    </w:p>
    <w:p>
      <w:pPr>
        <w:jc w:val="right"/>
      </w:pPr>
      <w:r>
        <w:t>جو فطرت میں چھپی ہوئی تھیں، جو زمین و آسمان میں چھپی ہوئی تھیں۔</w:t>
      </w:r>
    </w:p>
    <w:p>
      <w:r>
        <w:rPr>
          <w:b/>
        </w:rPr>
        <w:t xml:space="preserve">[09:04] </w:t>
      </w:r>
      <w:r>
        <w:t>is ka ek literal statement tha. woh ab zaroorat thi ke explore kar ke nature mein chupi hui baaton ko daryaft kar ke, discover kar ke dikhaya jaye ke kis tarah se mutabiq hain dono.</w:t>
      </w:r>
    </w:p>
    <w:p>
      <w:pPr>
        <w:jc w:val="right"/>
      </w:pPr>
      <w:r>
        <w:t>اس کا ایک لٹرل سٹیٹمنٹ تھا۔ وہ اب ضرورت تھی کہ ایکسپلور کر کے نیچر میں چھپی ہوئی باتوں کو دریافت کر کے، ڈسکور کر کے دکھایا جائے کہ کس طرح سے مطابق ہیں دونوں۔</w:t>
      </w:r>
    </w:p>
    <w:p>
      <w:r>
        <w:rPr>
          <w:b/>
        </w:rPr>
        <w:t xml:space="preserve">[09:22] </w:t>
      </w:r>
      <w:r>
        <w:t>yani revelation aur law of nature dono ek doosre ke intehai had tak mutabiq hain. aur yeh mutabiqat sabit karegi ke yeh sachai hai, yeh khuda ki taraf se aya hua kalam hai.</w:t>
      </w:r>
    </w:p>
    <w:p>
      <w:pPr>
        <w:jc w:val="right"/>
      </w:pPr>
      <w:r>
        <w:t>یعنی ریولیشن اور لاء آف نیچر دونوں ایک دوسرے کے انتہائی حد تک مطابق ہیں۔ اور یہ مطابقت ثابت کرے گی کہ یہ سچائی ہے، یہ خدا کی طرف سے آیا ہوا کلام ہے۔</w:t>
      </w:r>
    </w:p>
    <w:p>
      <w:r>
        <w:rPr>
          <w:b/>
        </w:rPr>
        <w:t xml:space="preserve">[09:37] </w:t>
      </w:r>
      <w:r>
        <w:t>to yeh khud musalmanon se matloob tha ke aisa kaam woh karen.</w:t>
      </w:r>
    </w:p>
    <w:p>
      <w:pPr>
        <w:jc w:val="right"/>
      </w:pPr>
      <w:r>
        <w:t>تو یہ خود مسلمانوں سے مطلوب تھا کہ ایسا کام وہ کریں۔</w:t>
      </w:r>
    </w:p>
    <w:p>
      <w:r>
        <w:rPr>
          <w:b/>
        </w:rPr>
        <w:t xml:space="preserve">[09:41] </w:t>
      </w:r>
      <w:r>
        <w:t>isi liye quran mein dekhiye, taqreeban paanch sau aayaton mein tadabbur, tafakkur par zor diya gaya hai ke socho, ghaur karo, kahan ghaur karo?</w:t>
      </w:r>
    </w:p>
    <w:p>
      <w:pPr>
        <w:jc w:val="right"/>
      </w:pPr>
      <w:r>
        <w:t>اسی لیے قرآن میں دیکھیے، تقریباً پانچ سو آیتوں میں تدبر، تفکر پر زور دیا گیا ہے کہ سوچو، غور کرو، کہاں غور کرو؟</w:t>
      </w:r>
    </w:p>
    <w:p>
      <w:r>
        <w:rPr>
          <w:b/>
        </w:rPr>
        <w:t xml:space="preserve">[09:54] </w:t>
      </w:r>
      <w:r>
        <w:t>zameen o aasman mein inna fi khalqis samawati wal ard</w:t>
      </w:r>
    </w:p>
    <w:p>
      <w:pPr>
        <w:jc w:val="right"/>
      </w:pPr>
      <w:r>
        <w:t>زمین و آسمان میں إن فی خلق السماوات والارض</w:t>
      </w:r>
    </w:p>
    <w:p>
      <w:r>
        <w:rPr>
          <w:b/>
        </w:rPr>
        <w:t xml:space="preserve">[10:00] </w:t>
      </w:r>
      <w:r>
        <w:t>wakhtilafil laili wan nahar la ayatun li ulil albab. ulil albab, ulil matlab aql wale logon par Allah taala ne yeh yeh kaha tha ke tum log ghaur karo zameen o aasman mein.</w:t>
      </w:r>
    </w:p>
    <w:p>
      <w:pPr>
        <w:jc w:val="right"/>
      </w:pPr>
      <w:r>
        <w:t>واختلاف الليل والنهار لا آیات لول الباب لب والے، لب معنی عقل والے لوگوں پر اللہ تعالی نے یہ یہ کہا تھا کہ تم لوگ غور کرو زمین و آسمان میں۔</w:t>
      </w:r>
    </w:p>
    <w:p>
      <w:r>
        <w:rPr>
          <w:b/>
        </w:rPr>
        <w:t xml:space="preserve">[10:14] </w:t>
      </w:r>
      <w:r>
        <w:t>to ghaur karoge to woh sachaiyan</w:t>
      </w:r>
    </w:p>
    <w:p>
      <w:pPr>
        <w:jc w:val="right"/>
      </w:pPr>
      <w:r>
        <w:t>تو غور کرو گے تو وہ سچائیاں</w:t>
      </w:r>
    </w:p>
    <w:p>
      <w:r>
        <w:rPr>
          <w:b/>
        </w:rPr>
        <w:t xml:space="preserve">[10:17] </w:t>
      </w:r>
      <w:r>
        <w:t>jo quran mein literal taur par batai gayi hain, woh tum ko scientific satah par sabit shuda ban jayengi. to yeh kaam awalan karna tha khud ahl-e-imaan ko, musalmanon ko,</w:t>
      </w:r>
    </w:p>
    <w:p>
      <w:pPr>
        <w:jc w:val="right"/>
      </w:pPr>
      <w:r>
        <w:t>جو قرآن میں لٹرل طور پر بتائی گئی ہیں، وہ تم کو سائنٹیفک سطح پر ثابت شدہ بن جائیں گی۔ تو یہ کام اولا کرنا تھا خود اہل ایمان کو، مسلمانوں کو،</w:t>
      </w:r>
    </w:p>
    <w:p>
      <w:r>
        <w:rPr>
          <w:b/>
        </w:rPr>
        <w:t xml:space="preserve">[10:31] </w:t>
      </w:r>
      <w:r>
        <w:t>quran par aqeedah rakhne wale ko.</w:t>
      </w:r>
    </w:p>
    <w:p>
      <w:pPr>
        <w:jc w:val="right"/>
      </w:pPr>
      <w:r>
        <w:t>قرآن پر عقیدہ رکھنے والے کو۔</w:t>
      </w:r>
    </w:p>
    <w:p>
      <w:r>
        <w:rPr>
          <w:b/>
        </w:rPr>
        <w:t xml:space="preserve">[10:34] </w:t>
      </w:r>
      <w:r>
        <w:t>magar hua yeh ke baad ke zamaney mein musalman saare ke saare autistic mein mubtala ho gaye aur aaj tak mubtala hain isi mein.</w:t>
      </w:r>
    </w:p>
    <w:p>
      <w:pPr>
        <w:jc w:val="right"/>
      </w:pPr>
      <w:r>
        <w:t>مگر ہوا یہ کہ بعد کے زمانے میں مسلمان سارے کے سارے آٹسٹ میں مبتلا ہو گئے اور آج تک مبتلا ہیں اسی میں۔</w:t>
      </w:r>
    </w:p>
    <w:p>
      <w:r>
        <w:rPr>
          <w:b/>
        </w:rPr>
        <w:t xml:space="preserve">[10:45] </w:t>
      </w:r>
      <w:r>
        <w:t>yani political sar-garmi, political power yahi sab se bari cheez ban gaya.</w:t>
      </w:r>
    </w:p>
    <w:p>
      <w:pPr>
        <w:jc w:val="right"/>
      </w:pPr>
      <w:r>
        <w:t>یعنی پولیٹیکل سرگرمی، پولیٹیکل پاور یہی سب سے بڑی چیز بن گیا۔</w:t>
      </w:r>
    </w:p>
    <w:p>
      <w:r>
        <w:rPr>
          <w:b/>
        </w:rPr>
        <w:t xml:space="preserve">[10:53] </w:t>
      </w:r>
      <w:r>
        <w:t>to nature ko explore karna jo tha, nature se haqaiq ko discover karna jo tha, yeh jo kaam tha, woh musalmanon ne nahi kiya.</w:t>
      </w:r>
    </w:p>
    <w:p>
      <w:pPr>
        <w:jc w:val="right"/>
      </w:pPr>
      <w:r>
        <w:t>تو نیچر کو ایکسپلور کرنا جو تھا، نیچر سے حقائق کو ڈسکور کرنا جو تھا، یہ جو کام تھا، وہ مسلمانوں نے نہیں کیا۔</w:t>
      </w:r>
    </w:p>
    <w:p>
      <w:r>
        <w:rPr>
          <w:b/>
        </w:rPr>
        <w:t xml:space="preserve">[11:03] </w:t>
      </w:r>
      <w:r>
        <w:t>yahan tak ke hazaar saal beet gaye. hazaar saal beet gaye aur musalmanon ne siwaye political activities ke kuch aur kaam nahi kiya.</w:t>
      </w:r>
    </w:p>
    <w:p>
      <w:pPr>
        <w:jc w:val="right"/>
      </w:pPr>
      <w:r>
        <w:t>یہاں تک کہ ہزار سال بیت گئے۔ ہزار سال بیت گئے اور مسلمانوں نے سوائے پولیٹیکل ایکٹیویٹیز کے کچھ اور کام نہیں کیا۔</w:t>
      </w:r>
    </w:p>
    <w:p>
      <w:r>
        <w:rPr>
          <w:b/>
        </w:rPr>
        <w:t xml:space="preserve">[11:17] </w:t>
      </w:r>
      <w:r>
        <w:t>maamooli taur par kuch kaam hua Baghdad mein, Qurtuba mein, wa Ghannata mein, lekin woh woh bilkul na-kaafi tha. woh kaam</w:t>
      </w:r>
    </w:p>
    <w:p>
      <w:pPr>
        <w:jc w:val="right"/>
      </w:pPr>
      <w:r>
        <w:t>معمولی طور پر کچھ کام ہوا بغداد میں، قرطبہ میں، وغناتہ میں، لیکن وہ وہ بالکل ناکافی تھا۔ وہ کام</w:t>
      </w:r>
    </w:p>
    <w:p>
      <w:r>
        <w:rPr>
          <w:b/>
        </w:rPr>
        <w:t xml:space="preserve">[11:28] </w:t>
      </w:r>
      <w:r>
        <w:t>ek sher mujhe yaad aata hai Musaddas-e-Hali ka jo hum log bachpan mein padhte thay. yani musalman fakhr karte thay ke Yunan ke uloom ko hum ne daryaft kiya, wahan se laya, un ke tarjame kiye Arabi zaban mein aur un ko phailaya.</w:t>
      </w:r>
    </w:p>
    <w:p>
      <w:pPr>
        <w:jc w:val="right"/>
      </w:pPr>
      <w:r>
        <w:t>ایک شعر مجھے یاد آتا ہے مسد سالی کا جو ہم لوگ بچپن میں پڑھتے تھے۔ یعنی مسلمان فخر کرتے تھے کہ یونان کے علوم کو ہم نے دریافت کیا، وہاں سے لایا، ان کی ترجمے کی عربی زبان میں اور ان کو پھیلایا۔</w:t>
      </w:r>
    </w:p>
    <w:p>
      <w:r>
        <w:rPr>
          <w:b/>
        </w:rPr>
        <w:t xml:space="preserve">[11:44] </w:t>
      </w:r>
      <w:r>
        <w:t>sirf Musaddas-e-Hali jo thi, us ke likhne wale thay Maulana Altaf Hussain Hali, jo Sir Syed ke saathioun mein se thay.</w:t>
      </w:r>
    </w:p>
    <w:p>
      <w:pPr>
        <w:jc w:val="right"/>
      </w:pPr>
      <w:r>
        <w:t>صرف مسد سالی جو تھی، اس کے لکھنے والے تھے مولانا الطاف حسین ہالی، جو صد سید کے ساتھیوں میں سے تھے۔</w:t>
      </w:r>
    </w:p>
    <w:p>
      <w:r>
        <w:rPr>
          <w:b/>
        </w:rPr>
        <w:t xml:space="preserve">[11:53] </w:t>
      </w:r>
      <w:r>
        <w:t>us ka ek sher yeh tha ke Arastu ke afkar Solon ke qanoon parhe thay, kisi qabr kon mein madfun.</w:t>
      </w:r>
    </w:p>
    <w:p>
      <w:pPr>
        <w:jc w:val="right"/>
      </w:pPr>
      <w:r>
        <w:t>اس کا ایک شعر یہ تھا کہ ارسطو کے افکار سولن کے قانون پڑھے تھے، کسی قبر کونہ میں مدفوں۔</w:t>
      </w:r>
    </w:p>
    <w:p>
      <w:r>
        <w:rPr>
          <w:b/>
        </w:rPr>
        <w:t xml:space="preserve">[12:04] </w:t>
      </w:r>
      <w:r>
        <w:t>yahin aa ke mehr-e-sukoot un ki tooti, isi bagh-e-Rana se bo un ki phooti.</w:t>
      </w:r>
    </w:p>
    <w:p>
      <w:pPr>
        <w:jc w:val="right"/>
      </w:pPr>
      <w:r>
        <w:t>یہیں آ کے مہر سکوت ان کی ٹوٹی، اسی باغ رانا سے بو ان کی پھوٹی۔</w:t>
      </w:r>
    </w:p>
    <w:p>
      <w:r>
        <w:rPr>
          <w:b/>
        </w:rPr>
        <w:t xml:space="preserve">[12:11] </w:t>
      </w:r>
      <w:r>
        <w:t>yani Aristotle aur Plato aur Greek philosophers ne jo kitaben likhi theen Greek language mein, woh sab philosophy ki kitaben theen.</w:t>
      </w:r>
    </w:p>
    <w:p>
      <w:pPr>
        <w:jc w:val="right"/>
      </w:pPr>
      <w:r>
        <w:t>یعنی ارسٹوٹل اور پلیٹو اور گریک فلاسفرز نے جو کتابیں لکھی تھیں گریک لینگویج میں، وہ سب فلاسفی کی کتابیں تھیں۔</w:t>
      </w:r>
    </w:p>
    <w:p>
      <w:r>
        <w:rPr>
          <w:b/>
        </w:rPr>
        <w:t xml:space="preserve">[12:22] </w:t>
      </w:r>
      <w:r>
        <w:t>philosophy ki. to Baghdad mein jab Abbasi hukumat qaim hui to wahan se kitaben mangwai gayeen,</w:t>
      </w:r>
    </w:p>
    <w:p>
      <w:pPr>
        <w:jc w:val="right"/>
      </w:pPr>
      <w:r>
        <w:t>فلاسفی کی۔ تو بغداد میں جب عباسی حکومت قائم ہوئی تو وہاں سے کتابیں منگوائی گئیں،</w:t>
      </w:r>
    </w:p>
    <w:p>
      <w:r>
        <w:rPr>
          <w:b/>
        </w:rPr>
        <w:t xml:space="preserve">[12:33] </w:t>
      </w:r>
      <w:r>
        <w:t>us ke tarjame kiye gaye aur khoob musalmanon mein phaili hain. kitaben mutakallimeen bhi nahi paida hui hain, ashara paida hui hain, falsafey ka khoob riwaj hua.</w:t>
      </w:r>
    </w:p>
    <w:p>
      <w:pPr>
        <w:jc w:val="right"/>
      </w:pPr>
      <w:r>
        <w:t>اس کے ترجمے کیے گئے اور خوب مسلمانوں میں پھلی ہیں۔ کتابیں متکلی بھی نہیں پیدا ہوئی ہے، اشعارہ پیدا ہوئی ہے، فلسفے کا خوب رواج ہوا۔</w:t>
      </w:r>
    </w:p>
    <w:p>
      <w:r>
        <w:rPr>
          <w:b/>
        </w:rPr>
        <w:t xml:space="preserve">[12:48] </w:t>
      </w:r>
      <w:r>
        <w:t>to jo uloom</w:t>
      </w:r>
    </w:p>
    <w:p>
      <w:pPr>
        <w:jc w:val="right"/>
      </w:pPr>
      <w:r>
        <w:t>تو جو علوم</w:t>
      </w:r>
    </w:p>
    <w:p>
      <w:r>
        <w:rPr>
          <w:b/>
        </w:rPr>
        <w:t xml:space="preserve">[12:50] </w:t>
      </w:r>
      <w:r>
        <w:t>Maulana Hali ke mutabiq chhpe hue thay, chhpe thay is liye ke wahan par unhon ne libraryoun band kar diya tha. us zamaney mein un ka chalan zyada nahi tha, libraryoun mein kitaben band theen.</w:t>
      </w:r>
    </w:p>
    <w:p>
      <w:pPr>
        <w:jc w:val="right"/>
      </w:pPr>
      <w:r>
        <w:t>مولانا حالی کے مطابق چھپے ہوئے تھے، چھپے تھے اس لیے کہ وہاں پر انہوں نے لائبریریوں بند کر دیا تھا۔ اس زمانے میں ان کا چلن زیادہ نہیں تھا، لائبریریوں میں کتابیں بند تھیں۔</w:t>
      </w:r>
    </w:p>
    <w:p>
      <w:r>
        <w:rPr>
          <w:b/>
        </w:rPr>
        <w:t xml:space="preserve">[13:04] </w:t>
      </w:r>
      <w:r>
        <w:t>isi liye kehte hain ke parhe the, kisi qabr konah mein madfoon.</w:t>
      </w:r>
    </w:p>
    <w:p>
      <w:pPr>
        <w:jc w:val="right"/>
      </w:pPr>
      <w:r>
        <w:t>اسی لیے کہتے ہیں کہ پڑھے تھے، کسی قبر کونہ میں مدفوں۔</w:t>
      </w:r>
    </w:p>
    <w:p>
      <w:r>
        <w:rPr>
          <w:b/>
        </w:rPr>
        <w:t xml:space="preserve">[13:09] </w:t>
      </w:r>
      <w:r>
        <w:t>un ko hum ne nikala, fakhr karte hain ke jo falsafiyana uloom younan ke libraryon mein band pade hue the, un ko hum ne khola aur la kar un ko tarjume kiye.</w:t>
      </w:r>
    </w:p>
    <w:p>
      <w:pPr>
        <w:jc w:val="right"/>
      </w:pPr>
      <w:r>
        <w:t>ان کو ہم نے نکالا، فخر کرتے ہیں کہ جو فلسفیانہ علوم یونان کے لائبریریوں میں بند پڑے ہوئے تھے، ان کو ہم نے کھولا اور لا کر ان کو ترجمے کیے۔</w:t>
      </w:r>
    </w:p>
    <w:p>
      <w:r>
        <w:rPr>
          <w:b/>
        </w:rPr>
        <w:t xml:space="preserve">[13:22] </w:t>
      </w:r>
      <w:r>
        <w:t>lekin ek aur cheez band padi hui thi, woh fitrat ke rabu, fitrat ki library mein.</w:t>
      </w:r>
    </w:p>
    <w:p>
      <w:pPr>
        <w:jc w:val="right"/>
      </w:pPr>
      <w:r>
        <w:t>لیکن ایک اور چیز بند پڑی ہوئی تھی، وہ فطرت کے ربو، فطرت کی لائبریری میں۔</w:t>
      </w:r>
    </w:p>
    <w:p>
      <w:r>
        <w:rPr>
          <w:b/>
        </w:rPr>
        <w:t xml:space="preserve">[13:29] </w:t>
      </w:r>
      <w:r>
        <w:t>to younan ki library ki kitabon ko nikal kar jo tarjume kiye, unhon ne is par fakhr kar rahe hain. woh lekin jo nature hai, jo fitrat hai, jo zameen o aasman hai, ek universal library hai.</w:t>
      </w:r>
    </w:p>
    <w:p>
      <w:pPr>
        <w:jc w:val="right"/>
      </w:pPr>
      <w:r>
        <w:t>تو یونان کی لائبریری کی کتابوں کو نکال کر جو ترجمے کیے، انہوں نے اس پر فخر کر رہے ہیں۔ وہ لیکن جو نیچر ہے، جو فطرت ہے، جو زمین و آسمان ہے، ایک یونیورسل لائبریری ہے۔</w:t>
      </w:r>
    </w:p>
    <w:p>
      <w:r>
        <w:rPr>
          <w:b/>
        </w:rPr>
        <w:t xml:space="preserve">[13:41] </w:t>
      </w:r>
      <w:r>
        <w:t>woh universal library, is par ghor kar ke is mein jo haqaiq the, is ko kholna,</w:t>
      </w:r>
    </w:p>
    <w:p>
      <w:pPr>
        <w:jc w:val="right"/>
      </w:pPr>
      <w:r>
        <w:t>وہ یونیورسل لائبریری، اس پر غور کر کے اس میں جو حقائق تھے، اس کو کھولنا،</w:t>
      </w:r>
    </w:p>
    <w:p>
      <w:r>
        <w:rPr>
          <w:b/>
        </w:rPr>
        <w:t xml:space="preserve">[13:48] </w:t>
      </w:r>
      <w:r>
        <w:t>law of nature ko daryaft karna, woh nahi kiya musalmanon ne. to woh to bohat chota kaam tha jo kiya unhon ne.</w:t>
      </w:r>
    </w:p>
    <w:p>
      <w:pPr>
        <w:jc w:val="right"/>
      </w:pPr>
      <w:r>
        <w:t>لاء آف نیچر کو دریافت کرنا، وہ نہیں کیا مسلمانوں نے۔ تو وہ تو بہت چھوٹا کام تھا جو کیا انہوں نے۔</w:t>
      </w:r>
    </w:p>
    <w:p>
      <w:r>
        <w:rPr>
          <w:b/>
        </w:rPr>
        <w:t xml:space="preserve">[13:58] </w:t>
      </w:r>
      <w:r>
        <w:t>aur yeh asal kaam jo quran mein dobara aa gaya tha ke zameen o aasman par ghor karo, nature ko ghor karo, nature ko explore karo,</w:t>
      </w:r>
    </w:p>
    <w:p>
      <w:pPr>
        <w:jc w:val="right"/>
      </w:pPr>
      <w:r>
        <w:t>اور یہ اصل کام جو قرآن میں دوبارہ آ گیا تھا کہ زمین و آسمان پر غور کرو، نیچر کو غور کرو، نیچر کو ایکسپلور کرو،</w:t>
      </w:r>
    </w:p>
    <w:p>
      <w:r>
        <w:rPr>
          <w:b/>
        </w:rPr>
        <w:t xml:space="preserve">[14:09] </w:t>
      </w:r>
      <w:r>
        <w:t>to tum ko woh haqaiq milenge jo quran ki tasdeeq ban jayenge. to yeh matloob tha. to jab musalmanon ne nahi kiya yeh kaam to allah taala ne western nations ko uthaya</w:t>
      </w:r>
    </w:p>
    <w:p>
      <w:pPr>
        <w:jc w:val="right"/>
      </w:pPr>
      <w:r>
        <w:t>تو تم کو وہ حقائق ملیں گے جو قرآن کی تصدیق بن جائیں گے۔ تو یہ مطلوب تھا۔ تو جب مسلمانوں نے نہیں کیا یہ کام تو اللہ تعالی نے ویسٹرن نیشنز کو اٹھایا</w:t>
      </w:r>
    </w:p>
    <w:p>
      <w:r>
        <w:rPr>
          <w:b/>
        </w:rPr>
        <w:t xml:space="preserve">[14:27] </w:t>
      </w:r>
      <w:r>
        <w:t>aur bare bare log wahan paida hue, galileo aur newton, einstein, sankron hazaron log paida hue jinhon ne is par apni zindagi waqf kar di,</w:t>
      </w:r>
    </w:p>
    <w:p>
      <w:pPr>
        <w:jc w:val="right"/>
      </w:pPr>
      <w:r>
        <w:t>اور بڑے بڑے لوگ وہاں پیدا ہوئے، گلیلیو اور نیوٹن، آئنسٹین، سینکڑوں ہزاروں لوگ پیدا ہوئے جنہوں نے اس پر اپنی زندگی وقف کر دی،</w:t>
      </w:r>
    </w:p>
    <w:p>
      <w:r>
        <w:rPr>
          <w:b/>
        </w:rPr>
        <w:t xml:space="preserve">[14:41] </w:t>
      </w:r>
      <w:r>
        <w:t>nature ko daryaft karne mein,</w:t>
      </w:r>
    </w:p>
    <w:p>
      <w:pPr>
        <w:jc w:val="right"/>
      </w:pPr>
      <w:r>
        <w:t>نیچر کو دریافت کرنے میں،</w:t>
      </w:r>
    </w:p>
    <w:p>
      <w:r>
        <w:rPr>
          <w:b/>
        </w:rPr>
        <w:t xml:space="preserve">[14:44] </w:t>
      </w:r>
      <w:r>
        <w:t>fitrat ko daryaft karne mein. yaani woh cheez jo allah taala ne farmaya tha, zameen o aasman mein uloom hain, un ko daryaft karo, woh musalmanon ne nahi kiya.</w:t>
      </w:r>
    </w:p>
    <w:p>
      <w:pPr>
        <w:jc w:val="right"/>
      </w:pPr>
      <w:r>
        <w:t>فطرت کو دریافت کرنے میں۔ یعنی وہ چیز جو اللہ تعالی نے فرمایا تھا، زمین و آسمان میں علوم ہیں، ان کو دریافت کرو، وہ مسلمانوں نے نہیں کیا۔</w:t>
      </w:r>
    </w:p>
    <w:p>
      <w:r>
        <w:rPr>
          <w:b/>
        </w:rPr>
        <w:t xml:space="preserve">[14:54] </w:t>
      </w:r>
      <w:r>
        <w:t>to allah taala ne laga diya maghribi qomon ko, maghribi qomon ko.</w:t>
      </w:r>
    </w:p>
    <w:p>
      <w:pPr>
        <w:jc w:val="right"/>
      </w:pPr>
      <w:r>
        <w:t>تو اللہ تعالی نے لگا دیا مغربی قوموں کو، مغربی قوموں کو۔</w:t>
      </w:r>
    </w:p>
    <w:p>
      <w:r>
        <w:rPr>
          <w:b/>
        </w:rPr>
        <w:t xml:space="preserve">[15:02] </w:t>
      </w:r>
      <w:r>
        <w:t>aur sari baaton ko unhon ne daryaft kar ke haqiqatan ek is ko established knowledge ki satah par sabit shuda bana diya.</w:t>
      </w:r>
    </w:p>
    <w:p>
      <w:pPr>
        <w:jc w:val="right"/>
      </w:pPr>
      <w:r>
        <w:t>اور ساری باتوں کو انہوں نے دریافت کر کے حقیقتاً ایک اس کو اسٹیبلش نالج کی سطح پر ثابت شدہ بنا دیا۔</w:t>
      </w:r>
    </w:p>
    <w:p>
      <w:r>
        <w:rPr>
          <w:b/>
        </w:rPr>
        <w:t xml:space="preserve">[15:13] </w:t>
      </w:r>
      <w:r>
        <w:t>magar ajeeb baat hai ke sari dunya mein ek bhi musalman mere ilm mein nahi hai jo is haqeeqat ko jaane aur is par kuch likhe.</w:t>
      </w:r>
    </w:p>
    <w:p>
      <w:pPr>
        <w:jc w:val="right"/>
      </w:pPr>
      <w:r>
        <w:t>مگر عجیب بات ہے کہ ساری دنیا میں ایک بھی مسلمان میرے علم میں نہیں ہے جو اس حقیقت کو جانے اور اس پر کچھ لکھے۔</w:t>
      </w:r>
    </w:p>
    <w:p>
      <w:r>
        <w:rPr>
          <w:b/>
        </w:rPr>
        <w:t xml:space="preserve">[15:23] </w:t>
      </w:r>
      <w:r>
        <w:t>main allah ke fazl se pehla shakhs tha jis ne ek kitab likhi, mazhab aur yaani challenge, phir woh tarjuma hui god arises ki shakal mein, phir arabi mein islam ittihad ki shakal mein aur mukhtalif zubanon mein.</w:t>
      </w:r>
    </w:p>
    <w:p>
      <w:pPr>
        <w:jc w:val="right"/>
      </w:pPr>
      <w:r>
        <w:t>میں اللہ کے فضل سے پہلا شخص تھا جس نے ایک کتاب لکھی، مذہب اور یعنی چیلنج، پھر وہ ترجمہ ہوئی گاڈ ارائزز کی شکل میں، پھر عربی میں الاسلام اتحاد کی شکل میں اور مختلف زبانوں میں۔</w:t>
      </w:r>
    </w:p>
    <w:p>
      <w:r>
        <w:rPr>
          <w:b/>
        </w:rPr>
        <w:t xml:space="preserve">[15:41] </w:t>
      </w:r>
      <w:r>
        <w:t>to yeh hai aaj ka mozu. to chand baatein main aap ke samne rakhunga ke kis tarah modern science ne islam ki sachaiyon ko jo literal tor par quran mein batai gayi thin, un ko established knowledge ki satah par sabit shuda bana diya,</w:t>
      </w:r>
    </w:p>
    <w:p>
      <w:pPr>
        <w:jc w:val="right"/>
      </w:pPr>
      <w:r>
        <w:t>تو یہ ہے آج کا موضوع۔ تو چند باتیں میں آپ کے سامنے رکھوں گا کہ کس طرح ماڈرن سائنس نے اسلام کی سچائیوں کو جو لٹرل طور پر قرآن میں بتائی گئی تھیں، ان کو اسٹیبلش نالج کی سطح پر ثابت شدہ بنا دیا،</w:t>
      </w:r>
    </w:p>
    <w:p>
      <w:r>
        <w:rPr>
          <w:b/>
        </w:rPr>
        <w:t xml:space="preserve">[16:02] </w:t>
      </w:r>
      <w:r>
        <w:t>proven fact bana diya.</w:t>
      </w:r>
    </w:p>
    <w:p>
      <w:pPr>
        <w:jc w:val="right"/>
      </w:pPr>
      <w:r>
        <w:t>پروون فیکٹ بنا دیا۔</w:t>
      </w:r>
    </w:p>
    <w:p>
      <w:r>
        <w:rPr>
          <w:b/>
        </w:rPr>
        <w:t xml:space="preserve">[16:06] </w:t>
      </w:r>
      <w:r>
        <w:t>yeh yeh hai aaj ka mozu. dekhiye, sab se pehle aap aqeedah khuda ko lijiye kyunke isi par hamari base hai, existence of god par.</w:t>
      </w:r>
    </w:p>
    <w:p>
      <w:pPr>
        <w:jc w:val="right"/>
      </w:pPr>
      <w:r>
        <w:t>یہ یہ ہے آج کا موضوع۔ دیکھیے، سب سے پہلے آپ عقیدہ خدا کو لیجئے کیونکہ اسی پر ہماری بیس ہے، ایگزسٹنس آف گاڈ پر۔</w:t>
      </w:r>
    </w:p>
    <w:p>
      <w:r>
        <w:rPr>
          <w:b/>
        </w:rPr>
        <w:t xml:space="preserve">[16:24] </w:t>
      </w:r>
      <w:r>
        <w:t>to</w:t>
      </w:r>
    </w:p>
    <w:p>
      <w:pPr>
        <w:jc w:val="right"/>
      </w:pPr>
      <w:r>
        <w:t>تو</w:t>
      </w:r>
    </w:p>
    <w:p>
      <w:r>
        <w:rPr>
          <w:b/>
        </w:rPr>
        <w:t xml:space="preserve">[16:26] </w:t>
      </w:r>
      <w:r>
        <w:t>yeh haqeeqat hai ke science ne pehli baar aqeedah khuda ko khalis insani ilm ki satah par sabit shuda banaya. bohat lambi tehqeeq is mein ki gayi.</w:t>
      </w:r>
    </w:p>
    <w:p>
      <w:pPr>
        <w:jc w:val="right"/>
      </w:pPr>
      <w:r>
        <w:t>یہ حقیقت ہے کہ سائنس نے پہلی بار عقیدہ خدا کو خالص انسانی علم کی سطح پر ثابت شدہ بنایا۔ بہت لمبی تحقیق اس میں کی گئی۔</w:t>
      </w:r>
    </w:p>
    <w:p>
      <w:r>
        <w:rPr>
          <w:b/>
        </w:rPr>
        <w:t xml:space="preserve">[16:39] </w:t>
      </w:r>
      <w:r>
        <w:t>is se pehle woh aqeedah tha, aqeedah</w:t>
      </w:r>
    </w:p>
    <w:p>
      <w:pPr>
        <w:jc w:val="right"/>
      </w:pPr>
      <w:r>
        <w:t>اس سے پہلے وہ عقیدہ تھا، عقیدہ</w:t>
      </w:r>
    </w:p>
    <w:p>
      <w:r>
        <w:rPr>
          <w:b/>
        </w:rPr>
        <w:t xml:space="preserve">[16:42] </w:t>
      </w:r>
      <w:r>
        <w:t>yaani matter of belief tha. in logon ne yaani science ka mozu kya hai? creation mein ghor karna.</w:t>
      </w:r>
    </w:p>
    <w:p>
      <w:pPr>
        <w:jc w:val="right"/>
      </w:pPr>
      <w:r>
        <w:t>یعنی میٹر آف بیلیف تھا۔ ان لوگوں نے یعنی سائنس کا موضوع کیا ہے؟ کریشن میں غور کرنا۔</w:t>
      </w:r>
    </w:p>
    <w:p>
      <w:r>
        <w:rPr>
          <w:b/>
        </w:rPr>
        <w:t xml:space="preserve">[16:54] </w:t>
      </w:r>
      <w:r>
        <w:t>science ka mozu creator nahi hai, lekin creation to hai. jis cheez ko science nature kehti hai,</w:t>
      </w:r>
    </w:p>
    <w:p>
      <w:pPr>
        <w:jc w:val="right"/>
      </w:pPr>
      <w:r>
        <w:t>سائنس کا موضوع کریٹر نہیں ہے، لیکن کریشن تو ہے۔ جس چیز کو سائنس نیچر کہتی ہے،</w:t>
      </w:r>
    </w:p>
    <w:p>
      <w:r>
        <w:rPr>
          <w:b/>
        </w:rPr>
        <w:t xml:space="preserve">[17:02] </w:t>
      </w:r>
      <w:r>
        <w:t>woh kya hai? woh creation hai. woh creation ka lafz nahi bolte, woh bol lete hain, lafz bolte hain nature ka. lekin nature ka lafz bolein, tab bhi hai to woh creation.</w:t>
      </w:r>
    </w:p>
    <w:p>
      <w:pPr>
        <w:jc w:val="right"/>
      </w:pPr>
      <w:r>
        <w:t>وہ کیا ہے؟ وہ کریشن ہے۔ وہ کریشن کا لفظ نہیں بولتے، وہ بول لیتے ہیں، لفظ بولتے ہیں نیچر کا۔ لیکن نیچر کا لفظ بولیں، تب بھی ہے تو وہ کریشن۔</w:t>
      </w:r>
    </w:p>
    <w:p>
      <w:r>
        <w:rPr>
          <w:b/>
        </w:rPr>
        <w:t xml:space="preserve">[17:16] </w:t>
      </w:r>
      <w:r>
        <w:t>to creation mein</w:t>
      </w:r>
    </w:p>
    <w:p>
      <w:pPr>
        <w:jc w:val="right"/>
      </w:pPr>
      <w:r>
        <w:t>تو کریشن میں</w:t>
      </w:r>
    </w:p>
    <w:p>
      <w:r>
        <w:rPr>
          <w:b/>
        </w:rPr>
        <w:t xml:space="preserve">[17:18] </w:t>
      </w:r>
      <w:r>
        <w:t>unhon ne discoveries keen, creation mein unhon ne baaton ko explore kiya to apne aap creator sabit ho gaya.</w:t>
      </w:r>
    </w:p>
    <w:p>
      <w:pPr>
        <w:jc w:val="right"/>
      </w:pPr>
      <w:r>
        <w:t>انہوں نے ڈسکوریز کیں، کریشن میں انہوں نے باتوں کو ایکسپلور کیا تو اپنے آپ کریٹر ثابت ہو گیا۔</w:t>
      </w:r>
    </w:p>
    <w:p>
      <w:r>
        <w:rPr>
          <w:b/>
        </w:rPr>
        <w:t xml:space="preserve">[17:30] </w:t>
      </w:r>
      <w:r>
        <w:t>kyunke naam unhon ne diya nature mein discoveries, to log samjhe ke to nature mein baaten ho rahi hain.</w:t>
      </w:r>
    </w:p>
    <w:p>
      <w:pPr>
        <w:jc w:val="right"/>
      </w:pPr>
      <w:r>
        <w:t>کیونکہ نام انہوں نے دیا نیچر میں ڈسکوریز، تو لوگ سمجھے کہ تو نیچر میں باتیں ہو رہی ہیں۔</w:t>
      </w:r>
    </w:p>
    <w:p>
      <w:r>
        <w:rPr>
          <w:b/>
        </w:rPr>
        <w:t xml:space="preserve">[17:38] </w:t>
      </w:r>
      <w:r>
        <w:t>woh hoti ho rahi thi creation mein, takhleeq mein. to takhleeq mein jab aap tehqeeq karenge to khaliq apne aap sabit ho jayega. chunancha dekhiye, newton ke zamane mein yeh mana gaya tha ke matter jo hai, matter jo hai,</w:t>
      </w:r>
    </w:p>
    <w:p>
      <w:pPr>
        <w:jc w:val="right"/>
      </w:pPr>
      <w:r>
        <w:t>وہ ہوتی ہو رہی تھی کریشن میں، تخلیق میں۔ تو تخلیق میں جب آپ تحقیق کریں گے تو خالق اپنے آپ ثابت ہو جائے گا۔ چنانچہ دیکھیے، نیوٹن کے زمانے میں یہ مانا گیا تھا کہ میٹر جو ہے، میٹر جو ہے،</w:t>
      </w:r>
    </w:p>
    <w:p>
      <w:r>
        <w:rPr>
          <w:b/>
        </w:rPr>
        <w:t xml:space="preserve">[17:57] </w:t>
      </w:r>
      <w:r>
        <w:t>universe ka building block hai. us waqt bohat mechanical thinking thi science daanon mein. to woh samajhte the ke</w:t>
      </w:r>
    </w:p>
    <w:p>
      <w:pPr>
        <w:jc w:val="right"/>
      </w:pPr>
      <w:r>
        <w:t>یونیورس کا بلڈنگ بلاک ہے۔ اس وقت بہت مکینیکل تھنکنگ تھی سائنس دانوں میں۔ تو وہ سمجھتے تھے کہ</w:t>
      </w:r>
    </w:p>
    <w:p>
      <w:r>
        <w:rPr>
          <w:b/>
        </w:rPr>
        <w:t xml:space="preserve">[18:10] </w:t>
      </w:r>
      <w:r>
        <w:t>universe ka building block matter hai. lekin science mein hai to tehqeeq hoti rehti hai. science koi aqeeday ki kitaab nahi hoti, tehqeeq, tehqeeq, tehqeeq, tehqeeq.</w:t>
      </w:r>
    </w:p>
    <w:p>
      <w:pPr>
        <w:jc w:val="right"/>
      </w:pPr>
      <w:r>
        <w:t>یونیورس کا بلڈنگ بلاک میٹر ہے۔ لیکن سائنس میں ہے تو تحقیق ہوتی رہتی ہے۔ سائنس کوئی عقیدے کی کتاب نہیں ہوتی، تحقیق، تحقیق، تحقیق، تحقیق۔</w:t>
      </w:r>
    </w:p>
    <w:p>
      <w:r>
        <w:rPr>
          <w:b/>
        </w:rPr>
        <w:t xml:space="preserve">[18:22] </w:t>
      </w:r>
      <w:r>
        <w:t>chunancha baad ko einstein ke zamane mein maloom hua ke nahi,</w:t>
      </w:r>
    </w:p>
    <w:p>
      <w:pPr>
        <w:jc w:val="right"/>
      </w:pPr>
      <w:r>
        <w:t>چنانچہ بعد کو آئنسٹین کے زمانے میں معلوم ہوا کہ نہیں،</w:t>
      </w:r>
    </w:p>
    <w:p>
      <w:r>
        <w:rPr>
          <w:b/>
        </w:rPr>
        <w:t xml:space="preserve">[18:27] </w:t>
      </w:r>
      <w:r>
        <w:t>matter nahi, energy building block hai universe ka. kyunke matter jab split hua to energy ban gaya.</w:t>
      </w:r>
    </w:p>
    <w:p>
      <w:pPr>
        <w:jc w:val="right"/>
      </w:pPr>
      <w:r>
        <w:t>میٹر نہیں، انرجی بلڈنگ بلاک ہے یونیورس کا۔ کیونکہ میٹر جب اسپرٹ ہوا تو انرجی بن گیا۔</w:t>
      </w:r>
    </w:p>
    <w:p>
      <w:r>
        <w:rPr>
          <w:b/>
        </w:rPr>
        <w:t xml:space="preserve">[18:35] </w:t>
      </w:r>
      <w:r>
        <w:t>woh newton ke zamane mein matter solid cheez tha, solid. lekin</w:t>
      </w:r>
    </w:p>
    <w:p>
      <w:pPr>
        <w:jc w:val="right"/>
      </w:pPr>
      <w:r>
        <w:t>وہ نیوٹن کے زمانے میں میٹر سولڈ چیز تھا، سولڈ۔ لیکن</w:t>
      </w:r>
    </w:p>
    <w:p>
      <w:r>
        <w:rPr>
          <w:b/>
        </w:rPr>
        <w:t xml:space="preserve">[18:44] </w:t>
      </w:r>
      <w:r>
        <w:t>einstein ka jab zamana aaya to matter mein split hua, tab woh energy ban gaya. to newton ke to einstein ke zamane mein yeh maan liya gaya hai ke ke universe ka building block energy hai.</w:t>
      </w:r>
    </w:p>
    <w:p>
      <w:pPr>
        <w:jc w:val="right"/>
      </w:pPr>
      <w:r>
        <w:t>آئنسٹین کا جب زمانہ آیا تو میٹر میں اسپرٹ ہوا، تب وہ انرجی بن گیا۔ تو نیوٹن کے تو آئنسٹین کے زمانے میں یہ مان لیا گیا ہے کہ کہ یونیورس کا بلڈنگ بلاک انرجی ہے۔</w:t>
      </w:r>
    </w:p>
    <w:p>
      <w:r>
        <w:rPr>
          <w:b/>
        </w:rPr>
        <w:t xml:space="preserve">[19:00] </w:t>
      </w:r>
      <w:r>
        <w:t>lekin baat yahin nahi ruki, phir tehqeeq hoti rahi. yahan tak fred hoyle ka zamana aaya. fred hoyle ne</w:t>
      </w:r>
    </w:p>
    <w:p>
      <w:pPr>
        <w:jc w:val="right"/>
      </w:pPr>
      <w:r>
        <w:t>لیکن بات یہیں نہیں رکی، پھر تحقیق ہوتی رہی۔ یہاں تک فریڈ ہائل کا زمانہ آیا۔ فریڈ ہائل نے</w:t>
      </w:r>
    </w:p>
    <w:p>
      <w:r>
        <w:rPr>
          <w:b/>
        </w:rPr>
        <w:t xml:space="preserve">[19:09] </w:t>
      </w:r>
      <w:r>
        <w:t>ek kitaab likhi, uska naam hai "intelligent universe". ab yeh sabit ho gaya ke energy bhi nahi, intelligence building block hai universe ka.</w:t>
      </w:r>
    </w:p>
    <w:p>
      <w:pPr>
        <w:jc w:val="right"/>
      </w:pPr>
      <w:r>
        <w:t>ایک کتاب لکھی، اس کا نام ہے "انٹیلیجنٹ یونیورس"۔ اب یہ ثابت ہو گیا کہ انرجی بھی نہیں، انٹیلیجنس بلڈنگ بلاک ہے یونیورس کا۔</w:t>
      </w:r>
    </w:p>
    <w:p>
      <w:r>
        <w:rPr>
          <w:b/>
        </w:rPr>
        <w:t xml:space="preserve">[19:20] </w:t>
      </w:r>
      <w:r>
        <w:t>kaisi ajeeb baat hai!</w:t>
      </w:r>
    </w:p>
    <w:p>
      <w:pPr>
        <w:jc w:val="right"/>
      </w:pPr>
      <w:r>
        <w:t>کیسی عجیب بات ہے!</w:t>
      </w:r>
    </w:p>
    <w:p>
      <w:r>
        <w:rPr>
          <w:b/>
        </w:rPr>
        <w:t xml:space="preserve">[19:24] </w:t>
      </w:r>
      <w:r>
        <w:t>intelligence yani zehan, zehan building block hai universe ka. mazeed tehqeeq hui, mazeed tehqeeq hui, yahan tak ke yeh baat scientifically proof ho gayi ke universe jo hai, is mein bohat intelligent design hai.</w:t>
      </w:r>
    </w:p>
    <w:p>
      <w:pPr>
        <w:jc w:val="right"/>
      </w:pPr>
      <w:r>
        <w:t>انٹیلیجنس یعنی ذہن، ذہن بلڈنگ بلاک ہے یونیورس کا۔ مزید تحقیق ہوئی، مزید تحقیق ہوئی، یہاں تک کہ یہ بات سائنٹیفیکلی پروف ہو گئی کہ یونیورس جو ہے، اس میں بہت انٹیلیجنٹ ڈیزائن ہے۔</w:t>
      </w:r>
    </w:p>
    <w:p>
      <w:r>
        <w:rPr>
          <w:b/>
        </w:rPr>
        <w:t xml:space="preserve">[19:42] </w:t>
      </w:r>
      <w:r>
        <w:t>aaj yeh ek sabit shuda fact hai, scientifically. is par maine kai article likhe hain, aap parh sakte hain is ko mere magazine mein ke universe jo hai, is ke andar bohat hi zyada intelligent design hai,</w:t>
      </w:r>
    </w:p>
    <w:p>
      <w:pPr>
        <w:jc w:val="right"/>
      </w:pPr>
      <w:r>
        <w:t>آج یہ ایک ثابت شدہ فیکٹ ہے، سائنٹیفیکلی۔ اس پر میں نے کئی آرٹیکل لکھے ہیں، آپ پڑھ سکتے ہیں اس کو میرے میگزین میں کہ یونیورس جو ہے، اس کے اندر بہت ہی زیادہ انٹیلیجنٹ ڈیزائن ہے،</w:t>
      </w:r>
    </w:p>
    <w:p>
      <w:r>
        <w:rPr>
          <w:b/>
        </w:rPr>
        <w:t xml:space="preserve">[19:59] </w:t>
      </w:r>
      <w:r>
        <w:t>yani zaheen design, jahant par mabni design. ab kya baat reh gayi? mujhe bataiye, in intelligent, in intelligent design jo hai,</w:t>
      </w:r>
    </w:p>
    <w:p>
      <w:pPr>
        <w:jc w:val="right"/>
      </w:pPr>
      <w:r>
        <w:t>یعنی ذہین ڈیزائن، جہانت پر مبنی ڈیزائن۔ اب کیا بات رہ گئی؟ مجھے بتائیے، ان انٹیلیجنٹ، ان انٹیلیجنٹ ڈیزائن جو ہے،</w:t>
      </w:r>
    </w:p>
    <w:p>
      <w:r>
        <w:rPr>
          <w:b/>
        </w:rPr>
        <w:t xml:space="preserve">[20:13] </w:t>
      </w:r>
      <w:r>
        <w:t>it was only the other name of god.</w:t>
      </w:r>
    </w:p>
    <w:p>
      <w:pPr>
        <w:jc w:val="right"/>
      </w:pPr>
      <w:r>
        <w:t>اٹ واز اونلی دی ادر نیم آف گاڈ۔</w:t>
      </w:r>
    </w:p>
    <w:p>
      <w:r>
        <w:rPr>
          <w:b/>
        </w:rPr>
        <w:t xml:space="preserve">[20:17] </w:t>
      </w:r>
      <w:r>
        <w:t>aap ghor kijiye, intelligent design ka lafz jo hai, is ka matlab kya hai? it is another name of god.</w:t>
      </w:r>
    </w:p>
    <w:p>
      <w:pPr>
        <w:jc w:val="right"/>
      </w:pPr>
      <w:r>
        <w:t>آپ غور کیجئے، انٹیلیجنٹ ڈیزائن کا لفظ جو ہے، اس کا مطلب کیا ہے؟ اٹ از انادر نیم آف گاڈ۔</w:t>
      </w:r>
    </w:p>
    <w:p>
      <w:r>
        <w:rPr>
          <w:b/>
        </w:rPr>
        <w:t xml:space="preserve">[20:28] </w:t>
      </w:r>
      <w:r>
        <w:t>to science jo hai, woh god ka naam nahi leti, woh creator ka naam nahi leti. lekin is ki tehqeeqat to creation mein chal rahi hain.</w:t>
      </w:r>
    </w:p>
    <w:p>
      <w:pPr>
        <w:jc w:val="right"/>
      </w:pPr>
      <w:r>
        <w:t>تو سائنس جو ہے، وہ گاڈ کا نام نہیں لیتی، وہ کریٹر کا نام نہیں لیتی۔ لیکن اس کی تحقیقات تو کریشن میں چل رہی ہیں۔</w:t>
      </w:r>
    </w:p>
    <w:p>
      <w:r>
        <w:rPr>
          <w:b/>
        </w:rPr>
        <w:t xml:space="preserve">[20:38] </w:t>
      </w:r>
      <w:r>
        <w:t>creation mein</w:t>
      </w:r>
    </w:p>
    <w:p>
      <w:pPr>
        <w:jc w:val="right"/>
      </w:pPr>
      <w:r>
        <w:t>کریشن میں</w:t>
      </w:r>
    </w:p>
    <w:p>
      <w:r>
        <w:rPr>
          <w:b/>
        </w:rPr>
        <w:t xml:space="preserve">[20:42] </w:t>
      </w:r>
      <w:r>
        <w:t>jaise koi shakhs meri kitabon ko parhe, farz kijiye, to meri kitabon ko parhega to us ko apne aap daryaft kar lega. woh</w:t>
      </w:r>
    </w:p>
    <w:p>
      <w:pPr>
        <w:jc w:val="right"/>
      </w:pPr>
      <w:r>
        <w:t>جیسے کوئی شخص میری کتابوں کو پڑھے، فرض کیجئے، تو میری کتابوں کو پڑھے گا تو اس کو اپنے آپ دریافت کر لے گا۔ وہ</w:t>
      </w:r>
    </w:p>
    <w:p>
      <w:r>
        <w:rPr>
          <w:b/>
        </w:rPr>
        <w:t xml:space="preserve">[20:51] </w:t>
      </w:r>
      <w:r>
        <w:t>meri kitabon ko agar parhe to meri kitabon ko parhte parhte khud ba khud us ke author ko daryaft kar lega. woh to science ne jab creation ko, agarche unhon ne naam diya nature ka, creation ka nahi,</w:t>
      </w:r>
    </w:p>
    <w:p>
      <w:pPr>
        <w:jc w:val="right"/>
      </w:pPr>
      <w:r>
        <w:t>میری کتابوں کو اگر پڑھے تو میری کتابوں کو پڑھتے پڑھتے خود بخود اس کے اتھر کو دریافت کر لے گا۔ وہ تو سائنس نے جب کریشن کو، اگرچہ انہوں نے نام دیا نیچر کا، کریشن کا نہیں،</w:t>
      </w:r>
    </w:p>
    <w:p>
      <w:r>
        <w:rPr>
          <w:b/>
        </w:rPr>
        <w:t xml:space="preserve">[21:06] </w:t>
      </w:r>
      <w:r>
        <w:t>lekin amalan to yahi tha, yani practically woh creation mein</w:t>
      </w:r>
    </w:p>
    <w:p>
      <w:pPr>
        <w:jc w:val="right"/>
      </w:pPr>
      <w:r>
        <w:t>لیکن عملاً تو یہی تھا، یعنی پریکٹیکلی وہ کریشن میں</w:t>
      </w:r>
    </w:p>
    <w:p>
      <w:r>
        <w:rPr>
          <w:b/>
        </w:rPr>
        <w:t xml:space="preserve">[21:10] </w:t>
      </w:r>
      <w:r>
        <w:t>study kar rahe the. creation mein discoveries ho rahi thin un ki, to creation mein discovery karte karte woh pahunch gaye kahan?</w:t>
      </w:r>
    </w:p>
    <w:p>
      <w:pPr>
        <w:jc w:val="right"/>
      </w:pPr>
      <w:r>
        <w:t>اسٹڈی کر رہے تھے۔ کریشن میں ڈسکوریز ہو رہی تھیں ان کی، تو کریشن میں ڈسکوری کرتے کرتے وہ پہنچ گئے کہاں؟</w:t>
      </w:r>
    </w:p>
    <w:p>
      <w:r>
        <w:rPr>
          <w:b/>
        </w:rPr>
        <w:t xml:space="preserve">[21:20] </w:t>
      </w:r>
      <w:r>
        <w:t>creator tak pahunch gaye. to agarche woh naam nahi lete, yeh kaam jo karna tha hamare ulama ko, ahle ilm ko, yeh to phir sabit ho gaya hai.</w:t>
      </w:r>
    </w:p>
    <w:p>
      <w:pPr>
        <w:jc w:val="right"/>
      </w:pPr>
      <w:r>
        <w:t>کریٹر تک پہنچ گئے۔ تو اگرچہ وہ نام نہیں لیتے، یہ کام جو کرنا تھا ہمارے علماء کو، اہل علم کو، یہ تو پھر ثابت ہو گیا ہے۔</w:t>
      </w:r>
    </w:p>
    <w:p>
      <w:r>
        <w:rPr>
          <w:b/>
        </w:rPr>
        <w:t xml:space="preserve">[21:29] </w:t>
      </w:r>
      <w:r>
        <w:t>yeh to</w:t>
      </w:r>
    </w:p>
    <w:p>
      <w:pPr>
        <w:jc w:val="right"/>
      </w:pPr>
      <w:r>
        <w:t>یہ تو</w:t>
      </w:r>
    </w:p>
    <w:p>
      <w:r>
        <w:rPr>
          <w:b/>
        </w:rPr>
        <w:t xml:space="preserve">[21:31] </w:t>
      </w:r>
      <w:r>
        <w:t>quran ki ek ayat jo hai, waqea ban gai.</w:t>
      </w:r>
    </w:p>
    <w:p>
      <w:pPr>
        <w:jc w:val="right"/>
      </w:pPr>
      <w:r>
        <w:t>قرآن کی ایک آیت جو ہے، واقعہ بن گئی۔</w:t>
      </w:r>
    </w:p>
    <w:p>
      <w:r>
        <w:rPr>
          <w:b/>
        </w:rPr>
        <w:t xml:space="preserve">[21:37] </w:t>
      </w:r>
      <w:r>
        <w:t>kisi ajib baat thi!</w:t>
      </w:r>
    </w:p>
    <w:p>
      <w:pPr>
        <w:jc w:val="right"/>
      </w:pPr>
      <w:r>
        <w:t>کیسی عجیب بات تھی!</w:t>
      </w:r>
    </w:p>
    <w:p>
      <w:r>
        <w:rPr>
          <w:b/>
        </w:rPr>
        <w:t xml:space="preserve">[21:40] </w:t>
      </w:r>
      <w:r>
        <w:t>phir dekhiye, kuch aur bohat hi aham baaten hain, bohat hi aham baaten hain.</w:t>
      </w:r>
    </w:p>
    <w:p>
      <w:pPr>
        <w:jc w:val="right"/>
      </w:pPr>
      <w:r>
        <w:t>پھر دیکھیے، کچھ اور بہت ہی اہم باتیں ہیں، بہت ہی اہم باتیں ہیں۔</w:t>
      </w:r>
    </w:p>
    <w:p>
      <w:r>
        <w:rPr>
          <w:b/>
        </w:rPr>
        <w:t xml:space="preserve">[21:48] </w:t>
      </w:r>
      <w:r>
        <w:t>quran mein hai ke</w:t>
      </w:r>
    </w:p>
    <w:p>
      <w:pPr>
        <w:jc w:val="right"/>
      </w:pPr>
      <w:r>
        <w:t>قرآن میں ہے کہ</w:t>
      </w:r>
    </w:p>
    <w:p>
      <w:r>
        <w:rPr>
          <w:b/>
        </w:rPr>
        <w:t xml:space="preserve">[21:54] </w:t>
      </w:r>
      <w:r>
        <w:t>"allazina amanu ashadd huban lillah", yani iman wale hain, woh Allah se in ko bohat zyada mohabbat hoti hai.</w:t>
      </w:r>
    </w:p>
    <w:p>
      <w:pPr>
        <w:jc w:val="right"/>
      </w:pPr>
      <w:r>
        <w:t>"الذین آمنوا أشد حبا لله"، یعنی ایمان والے ہیں، وہ اللہ سے ان کو بہت زیادہ محبت ہوتی ہے۔</w:t>
      </w:r>
    </w:p>
    <w:p>
      <w:r>
        <w:rPr>
          <w:b/>
        </w:rPr>
        <w:t xml:space="preserve">[22:06] </w:t>
      </w:r>
      <w:r>
        <w:t>mere ilm ke mutabiq hubb shadid jo hai, Allah se tareekh mein maujood hi nahi tha. science ne pehli bar hubb shadid ka data diya humein.</w:t>
      </w:r>
    </w:p>
    <w:p>
      <w:pPr>
        <w:jc w:val="right"/>
      </w:pPr>
      <w:r>
        <w:t>میرے علم کے مطابق حب شدید جو ہے، اللہ سے تاریخ میں موجود ہی نہیں تھا۔ سائنس نے پہلی بار حب شدید کا ڈیٹا دیا ہمیں۔</w:t>
      </w:r>
    </w:p>
    <w:p>
      <w:r>
        <w:rPr>
          <w:b/>
        </w:rPr>
        <w:t xml:space="preserve">[22:18] </w:t>
      </w:r>
      <w:r>
        <w:t>dekhiye, aap kisi se kahein ke bohat zyada mohabbat karo, to yeh hukum ki cheez nahi hai.</w:t>
      </w:r>
    </w:p>
    <w:p>
      <w:pPr>
        <w:jc w:val="right"/>
      </w:pPr>
      <w:r>
        <w:t>دیکھیے، آپ کسی سے کہیں کہ بہت زیادہ محبت کرو، تو یہ حکم کی چیز نہیں ہے۔</w:t>
      </w:r>
    </w:p>
    <w:p>
      <w:r>
        <w:rPr>
          <w:b/>
        </w:rPr>
        <w:t xml:space="preserve">[22:27] </w:t>
      </w:r>
      <w:r>
        <w:t>yani hukum karne se mohabbat nahi aati hai. mohabbat aati hai ke aap ko yeh daryaft ho ke mujh ko Khuda ne be panah nematoun se nawaza.</w:t>
      </w:r>
    </w:p>
    <w:p>
      <w:pPr>
        <w:jc w:val="right"/>
      </w:pPr>
      <w:r>
        <w:t>یعنی حکم کرنے سے محبت نہیں آتی ہے۔ محبت آتی ہے کہ آپ کو یہ دریافت ہو کہ مجھ کو خدا نے بے پناہ نعمتوں سے نواز دیا۔</w:t>
      </w:r>
    </w:p>
    <w:p>
      <w:r>
        <w:rPr>
          <w:b/>
        </w:rPr>
        <w:t xml:space="preserve">[22:43] </w:t>
      </w:r>
      <w:r>
        <w:t>to nematoun ki</w:t>
      </w:r>
    </w:p>
    <w:p>
      <w:pPr>
        <w:jc w:val="right"/>
      </w:pPr>
      <w:r>
        <w:t>تو نعمتوں کی</w:t>
      </w:r>
    </w:p>
    <w:p>
      <w:r>
        <w:rPr>
          <w:b/>
        </w:rPr>
        <w:t xml:space="preserve">[22:45] </w:t>
      </w:r>
      <w:r>
        <w:t>discovery se mohabbat aati hai. agar aap nematoun ko discover na karein to fiqhi hukum ke taur par mohabbat nahi aa sakti.</w:t>
      </w:r>
    </w:p>
    <w:p>
      <w:pPr>
        <w:jc w:val="right"/>
      </w:pPr>
      <w:r>
        <w:t>ڈسکوری سے محبت آتی ہے۔ اگر آپ نعمتوں کو ڈسکور نہ کریں تو فقہی حکم کے طور پر محبت نہیں آ سکتی۔</w:t>
      </w:r>
    </w:p>
    <w:p>
      <w:r>
        <w:rPr>
          <w:b/>
        </w:rPr>
        <w:t xml:space="preserve">[22:58] </w:t>
      </w:r>
      <w:r>
        <w:t>to jo nematein theen Allah taala ki, woh to in discovered pari hui theen.</w:t>
      </w:r>
    </w:p>
    <w:p>
      <w:pPr>
        <w:jc w:val="right"/>
      </w:pPr>
      <w:r>
        <w:t>تو جو نعمتیں تھیں اللہ تعالیٰ کی، وہ تو ان ڈسکورڈ پڑی ہوئی تھیں۔</w:t>
      </w:r>
    </w:p>
    <w:p>
      <w:r>
        <w:rPr>
          <w:b/>
        </w:rPr>
        <w:t xml:space="preserve">[23:04] </w:t>
      </w:r>
      <w:r>
        <w:t>to hubb shadid tareekh mein kabhi aai bhi nahi. yani mere ilm ke mutabiq, yani aise ho sakte hain aise log jo kahein goshay mein hon, lekin mere ilm ke mutabiq jo maine parha hai, suna hai,</w:t>
      </w:r>
    </w:p>
    <w:p>
      <w:pPr>
        <w:jc w:val="right"/>
      </w:pPr>
      <w:r>
        <w:t>تو حب شدید تاریخ میں کبھی آئی بھی نہیں۔ یعنی میرے علم کے مطابق، یعنی ایسے ہو سکتے ہیں ایسے لوگ جو کہیں گوشے میں ہوں، لیکن میرے علم کے مطابق جو میں نے پڑھا ہے، سنا ہے،</w:t>
      </w:r>
    </w:p>
    <w:p>
      <w:r>
        <w:rPr>
          <w:b/>
        </w:rPr>
        <w:t xml:space="preserve">[23:18] </w:t>
      </w:r>
      <w:r>
        <w:t>puri tareekh mein hubb shadid ka phenomenon ghair maujood hai.</w:t>
      </w:r>
    </w:p>
    <w:p>
      <w:pPr>
        <w:jc w:val="right"/>
      </w:pPr>
      <w:r>
        <w:t>پوری تاریخ میں حب شدید کا فیناومینا غیر موجود ہے۔</w:t>
      </w:r>
    </w:p>
    <w:p>
      <w:r>
        <w:rPr>
          <w:b/>
        </w:rPr>
        <w:t xml:space="preserve">[23:23] </w:t>
      </w:r>
      <w:r>
        <w:t>is ki wajah kya hai? hubb shadid ka data logon ke paas nahi tha. misaal ke taur par main misaal deta hoon aap ko, dekhiye, yeh pani hai.</w:t>
      </w:r>
    </w:p>
    <w:p>
      <w:pPr>
        <w:jc w:val="right"/>
      </w:pPr>
      <w:r>
        <w:t>اس کی وجہ کیا ہے؟ حب شدید کا ڈیٹا لوگوں کے پاس نہیں تھا۔ مثلاً میں مثال دیتا ہوں آپ کو، دیکھیے، یہ پانی ہے۔</w:t>
      </w:r>
    </w:p>
    <w:p>
      <w:r>
        <w:rPr>
          <w:b/>
        </w:rPr>
        <w:t xml:space="preserve">[23:35] </w:t>
      </w:r>
      <w:r>
        <w:t>mujhe pyas lagi, pyas lagi, maine pani piya</w:t>
      </w:r>
    </w:p>
    <w:p>
      <w:pPr>
        <w:jc w:val="right"/>
      </w:pPr>
      <w:r>
        <w:t>مجھے پیاس لگی، پیاس لگی، میں نے پانی پیا</w:t>
      </w:r>
    </w:p>
    <w:p>
      <w:r>
        <w:rPr>
          <w:b/>
        </w:rPr>
        <w:t xml:space="preserve">[23:39] </w:t>
      </w:r>
      <w:r>
        <w:t>to main kahunga "alhamdulillah, meri pyas bujh gai, Khuda ya tera shukar hai". to yeh ek darja Allah se ta'alluq ka hai, lekin science ne is darjay ko billion time barha diya,</w:t>
      </w:r>
    </w:p>
    <w:p>
      <w:pPr>
        <w:jc w:val="right"/>
      </w:pPr>
      <w:r>
        <w:t>تو میں کہوں گا "الحمدللہ، میری پیاس بجھ گئی، خدایا تیرا شکر ہے"۔ تو یہ ایک درجہ اللہ سے تعلق کا ہے، لیکن سائنس نے اس درجے کو بلین ٹائم بڑھا دیا،</w:t>
      </w:r>
    </w:p>
    <w:p>
      <w:r>
        <w:rPr>
          <w:b/>
        </w:rPr>
        <w:t xml:space="preserve">[23:57] </w:t>
      </w:r>
      <w:r>
        <w:t>billion time barha diya. is liye ke science ne bataya hai ke jab dunya bani</w:t>
      </w:r>
    </w:p>
    <w:p>
      <w:pPr>
        <w:jc w:val="right"/>
      </w:pPr>
      <w:r>
        <w:t>بلین ٹائم بڑھا دیا۔ اس لیے کہ سائنس نے بتایا ہے کہ جب دنیا بنی</w:t>
      </w:r>
    </w:p>
    <w:p>
      <w:r>
        <w:rPr>
          <w:b/>
        </w:rPr>
        <w:t xml:space="preserve">[24:09] </w:t>
      </w:r>
      <w:r>
        <w:t>big bang ke baad to sari kainat jo hai, aag thi, aag sitare the, sitare aag the. phir Allah ne zameen ko thanda kiya, yani Allah ka lafz main bol raha hoon, science nahi bolti hai,</w:t>
      </w:r>
    </w:p>
    <w:p>
      <w:pPr>
        <w:jc w:val="right"/>
      </w:pPr>
      <w:r>
        <w:t>بگ بینگ کے بعد تو ساری کائنات جو ہے، آگ تھی، آگ ستارے تھے، ستارے آگ تھے۔ پھر اللہ نے زمین کو ٹھنڈا کیا، یعنی اللہ کا لفظ میں بول رہا ہوں، سائنس نہیں بولتی ہے،</w:t>
      </w:r>
    </w:p>
    <w:p>
      <w:r>
        <w:rPr>
          <w:b/>
        </w:rPr>
        <w:t xml:space="preserve">[24:28] </w:t>
      </w:r>
      <w:r>
        <w:t>zameen ko thanda kiya.</w:t>
      </w:r>
    </w:p>
    <w:p>
      <w:pPr>
        <w:jc w:val="right"/>
      </w:pPr>
      <w:r>
        <w:t>زمین کو ٹھنڈا کیا۔</w:t>
      </w:r>
    </w:p>
    <w:p>
      <w:r>
        <w:rPr>
          <w:b/>
        </w:rPr>
        <w:t xml:space="preserve">[24:32] </w:t>
      </w:r>
      <w:r>
        <w:t>phir is par kya hua? barish barsi.</w:t>
      </w:r>
    </w:p>
    <w:p>
      <w:pPr>
        <w:jc w:val="right"/>
      </w:pPr>
      <w:r>
        <w:t>پھر اس پر کیا ہوا؟ بارش برسی۔</w:t>
      </w:r>
    </w:p>
    <w:p>
      <w:r>
        <w:rPr>
          <w:b/>
        </w:rPr>
        <w:t xml:space="preserve">[24:39] </w:t>
      </w:r>
      <w:r>
        <w:t>yeh jo quran mein aaya hai ke chhay daur to chhay daur guzre, yani big bang. phir is ke baad kya hua?</w:t>
      </w:r>
    </w:p>
    <w:p>
      <w:pPr>
        <w:jc w:val="right"/>
      </w:pPr>
      <w:r>
        <w:t>یہ جو قرآن میں آیا ہے کہ چھہ دور تو چھہ دور گزرے، یعنی بگ بینگ۔ پھر اس کے بعد کیا ہوا؟</w:t>
      </w:r>
    </w:p>
    <w:p>
      <w:r>
        <w:rPr>
          <w:b/>
        </w:rPr>
        <w:t xml:space="preserve">[24:48] </w:t>
      </w:r>
      <w:r>
        <w:t>solar bang. is ke baad kya hua? ke water bang. is ke baad planet bang.</w:t>
      </w:r>
    </w:p>
    <w:p>
      <w:pPr>
        <w:jc w:val="right"/>
      </w:pPr>
      <w:r>
        <w:t>سولر بینگ۔ اس کے بعد کیا ہوا؟ کہ واٹر بینگ۔ اس کے بعد پلانٹ بینگ۔</w:t>
      </w:r>
    </w:p>
    <w:p>
      <w:r>
        <w:rPr>
          <w:b/>
        </w:rPr>
        <w:t xml:space="preserve">[24:56] </w:t>
      </w:r>
      <w:r>
        <w:t>is ke baad animal bang. phir human bang. insan ke liye, is insan ke liye</w:t>
      </w:r>
    </w:p>
    <w:p>
      <w:pPr>
        <w:jc w:val="right"/>
      </w:pPr>
      <w:r>
        <w:t>اس کے بعد اینیمل بینگ۔ پھر ہیومن بینگ۔ انسان کے لیے، اس انسان کے لیے</w:t>
      </w:r>
    </w:p>
    <w:p>
      <w:r>
        <w:rPr>
          <w:b/>
        </w:rPr>
        <w:t xml:space="preserve">[25:07] </w:t>
      </w:r>
      <w:r>
        <w:t>13 billion saal ka Allah taala ne parson banaya. phir zameen par sab se zyada aap jante hain ke pani hai, yani yeh jo yeh sahi planet hai, hamara planet, is ke 71 feesad pani hai, ocean aur</w:t>
      </w:r>
    </w:p>
    <w:p>
      <w:pPr>
        <w:jc w:val="right"/>
      </w:pPr>
      <w:r>
        <w:t>13 بلین سال کا اللہ تعالیٰ نے پرسوں بنایا۔ پھر زمین پر سب سے زیادہ آپ جانتے ہیں کہ پانی ہے، یعنی یہ جو یہ صحیح پلینٹ ہے، ہمارا پلینٹ، اس کے 71 فیصد پانی ہے، اوشن اور</w:t>
      </w:r>
    </w:p>
    <w:p>
      <w:r>
        <w:rPr>
          <w:b/>
        </w:rPr>
        <w:t xml:space="preserve">[25:25] </w:t>
      </w:r>
      <w:r>
        <w:t>aur yeh seas, hamare planet ke 71 feesad mein pani bhara hua hai. achha, yeh pani jo tha, agar yun hi hota,</w:t>
      </w:r>
    </w:p>
    <w:p>
      <w:pPr>
        <w:jc w:val="right"/>
      </w:pPr>
      <w:r>
        <w:t>اور یہ سیز، ہمارے پلینٹ کے 71 فیصد میں پانی بھرا ہوا ہے۔ اچھا، یہ پانی جو تھا، اگر یوں ہی ہوتا،</w:t>
      </w:r>
    </w:p>
    <w:p>
      <w:r>
        <w:rPr>
          <w:b/>
        </w:rPr>
        <w:t xml:space="preserve">[25:39] </w:t>
      </w:r>
      <w:r>
        <w:t>yani barishein huin, jab pani wajood mein aaya, barishein huin to saare samandar bhar gaye.</w:t>
      </w:r>
    </w:p>
    <w:p>
      <w:pPr>
        <w:jc w:val="right"/>
      </w:pPr>
      <w:r>
        <w:t>یعنی بارشیں ہوئیں، جب پانی وجود میں آیا، بارشیں ہوئیں تو سارے سمندر بھر گئے۔</w:t>
      </w:r>
    </w:p>
    <w:p>
      <w:r>
        <w:rPr>
          <w:b/>
        </w:rPr>
        <w:t xml:space="preserve">[25:45] </w:t>
      </w:r>
      <w:r>
        <w:t>agar yuhin rehta to is mein pollution rehta, pollution. to Allah taala ne is mein salt milaya,</w:t>
      </w:r>
    </w:p>
    <w:p>
      <w:pPr>
        <w:jc w:val="right"/>
      </w:pPr>
      <w:r>
        <w:t>اگر یوں ہی رہتا تو اس میں پولیوشن رہتا، پولیوشن۔ تو اللہ تعالیٰ نے اس میں سالٹ ملایا،</w:t>
      </w:r>
    </w:p>
    <w:p>
      <w:r>
        <w:rPr>
          <w:b/>
        </w:rPr>
        <w:t xml:space="preserve">[25:54] </w:t>
      </w:r>
      <w:r>
        <w:t>yani samandaron ke pani mein three percent salt hai, as a preservative. lekin aap salty pani pi nahin sakte, woh to bohat namkeen hota hai.</w:t>
      </w:r>
    </w:p>
    <w:p>
      <w:pPr>
        <w:jc w:val="right"/>
      </w:pPr>
      <w:r>
        <w:t>یعنی سمندروں کے پانی میں تھری پرسنٹ سالٹ ہے، ایز اے پریزرویٹیو۔ لیکن آپ سالٹی پانی پی نہیں سکتے، وہ تو بہت نمکین ہوتا ہے۔</w:t>
      </w:r>
    </w:p>
    <w:p>
      <w:r>
        <w:rPr>
          <w:b/>
        </w:rPr>
        <w:t xml:space="preserve">[26:09] </w:t>
      </w:r>
      <w:r>
        <w:t>phir kya ho? kaise hum pani hasil karein? salt wala pani na to khet ke liye mufeed hai, na peene ke liye mufeed hai, na khana pakane ke liye mufeed hai.</w:t>
      </w:r>
    </w:p>
    <w:p>
      <w:pPr>
        <w:jc w:val="right"/>
      </w:pPr>
      <w:r>
        <w:t>پھر کیا ہو؟ کیسے ہم پانی حاصل کریں؟ سالٹ والا پانی نہ تو کھیت کے لیے مفید ہے، نہ پینے کے لیے مفید ہے، نہ کھانا پکانے کے لیے مفید ہے۔</w:t>
      </w:r>
    </w:p>
    <w:p>
      <w:r>
        <w:rPr>
          <w:b/>
        </w:rPr>
        <w:t xml:space="preserve">[26:22] </w:t>
      </w:r>
      <w:r>
        <w:t>aap jante hain ke ek ek ek English poet tha jis</w:t>
      </w:r>
    </w:p>
    <w:p>
      <w:pPr>
        <w:jc w:val="right"/>
      </w:pPr>
      <w:r>
        <w:t>آپ جانتے ہیں کہ ایک ایک ایک انگلش پیٹ تھا جس</w:t>
      </w:r>
    </w:p>
    <w:p>
      <w:r>
        <w:rPr>
          <w:b/>
        </w:rPr>
        <w:t xml:space="preserve">[26:28] </w:t>
      </w:r>
      <w:r>
        <w:t>ka naam tha Coleridge, us ki wafat hui 1800 24 mein, 24 ya 34 mein.</w:t>
      </w:r>
    </w:p>
    <w:p>
      <w:pPr>
        <w:jc w:val="right"/>
      </w:pPr>
      <w:r>
        <w:t>کا نام تھا کالریج، اس کی وفات ہوئی 1800 24 میں، 24 یا 34 میں۔</w:t>
      </w:r>
    </w:p>
    <w:p>
      <w:r>
        <w:rPr>
          <w:b/>
        </w:rPr>
        <w:t xml:space="preserve">[26:41] </w:t>
      </w:r>
      <w:r>
        <w:t>to us ki ek nazm hai "Ancient Mariner"</w:t>
      </w:r>
    </w:p>
    <w:p>
      <w:pPr>
        <w:jc w:val="right"/>
      </w:pPr>
      <w:r>
        <w:t>تو اس کی ایک نظم ہے "اینسیٹ میرینر"</w:t>
      </w:r>
    </w:p>
    <w:p>
      <w:r>
        <w:rPr>
          <w:b/>
        </w:rPr>
        <w:t xml:space="preserve">[26:45] </w:t>
      </w:r>
      <w:r>
        <w:t>ke ek shakhs safar karta hai samandar mein aur uska jahaz toot jata hai toofan mein.</w:t>
      </w:r>
    </w:p>
    <w:p>
      <w:pPr>
        <w:jc w:val="right"/>
      </w:pPr>
      <w:r>
        <w:t>کہ ایک شخص سفر کرتا ہے سمندر میں اور اس کا جہاز ٹوٹ جاتا ہے طوفان میں۔</w:t>
      </w:r>
    </w:p>
    <w:p>
      <w:r>
        <w:rPr>
          <w:b/>
        </w:rPr>
        <w:t xml:space="preserve">[26:54] </w:t>
      </w:r>
      <w:r>
        <w:t>phir ek takhte par woh hai, ek takhte par beh raha hai samandar ki satah par. to takhte ke charon taraf pani hai,</w:t>
      </w:r>
    </w:p>
    <w:p>
      <w:pPr>
        <w:jc w:val="right"/>
      </w:pPr>
      <w:r>
        <w:t>پھر ایک تختے پر وہ ہے، ایک تختے پر بہہ رہا ہے سمندر کی سطح پر۔ تو تختے کے چاروں طرف پانی ہے،</w:t>
      </w:r>
    </w:p>
    <w:p>
      <w:r>
        <w:rPr>
          <w:b/>
        </w:rPr>
        <w:t xml:space="preserve">[27:02] </w:t>
      </w:r>
      <w:r>
        <w:t>lekin namkeen hai, pi nahin pata. woh kaise piye? pyas lagi hai, pani maujood hai, pi nahin sakta.</w:t>
      </w:r>
    </w:p>
    <w:p>
      <w:pPr>
        <w:jc w:val="right"/>
      </w:pPr>
      <w:r>
        <w:t>لیکن نمکین ہے، پی نہیں پاتا۔ وہ کیسے پیے؟ پیاس لگی ہے، پانی موجود ہے، پی نہیں سکتا۔</w:t>
      </w:r>
    </w:p>
    <w:p>
      <w:r>
        <w:rPr>
          <w:b/>
        </w:rPr>
        <w:t xml:space="preserve">[27:12] </w:t>
      </w:r>
      <w:r>
        <w:t>to us ki line hai "Water, water every where,</w:t>
      </w:r>
    </w:p>
    <w:p>
      <w:pPr>
        <w:jc w:val="right"/>
      </w:pPr>
      <w:r>
        <w:t>تو اس کی لائن ہے "واٹر، واٹر ایوری دیر،</w:t>
      </w:r>
    </w:p>
    <w:p>
      <w:r>
        <w:rPr>
          <w:b/>
        </w:rPr>
        <w:t xml:space="preserve">[27:20] </w:t>
      </w:r>
      <w:r>
        <w:t>not any drop to drink".</w:t>
      </w:r>
    </w:p>
    <w:p>
      <w:pPr>
        <w:jc w:val="right"/>
      </w:pPr>
      <w:r>
        <w:t>ناٹ اینی ڈراپ ٹو ڈرنک"۔</w:t>
      </w:r>
    </w:p>
    <w:p>
      <w:r>
        <w:rPr>
          <w:b/>
        </w:rPr>
        <w:t xml:space="preserve">[27:25] </w:t>
      </w:r>
      <w:r>
        <w:t>to aap sochiye, is is is halat ko sochiye jab ke ek insan, uska jahaz toot gaya hai, ek takhte par woh beh raha hai aur charon taraf samandar hai aur pyas lagi hui hai, usko pi nahin sakta</w:t>
      </w:r>
    </w:p>
    <w:p>
      <w:pPr>
        <w:jc w:val="right"/>
      </w:pPr>
      <w:r>
        <w:t>تو آپ سوچیے، اس اس اس حالت کو سوچیے جب کہ ایک انسان، اس کا جہاز ٹوٹ گیا ہے، ایک تختے پر وہ بہہ رہا ہے اور چاروں طرف سمندر ہے اور پیاس لگی ہوئی ہے، اس کو پی نہیں سکتا</w:t>
      </w:r>
    </w:p>
    <w:p>
      <w:r>
        <w:rPr>
          <w:b/>
        </w:rPr>
        <w:t xml:space="preserve">[27:43] </w:t>
      </w:r>
      <w:r>
        <w:t>kyunke woh namkeen pani hai. woh "Water, water every where, not a drop, not any drop to drink".</w:t>
      </w:r>
    </w:p>
    <w:p>
      <w:pPr>
        <w:jc w:val="right"/>
      </w:pPr>
      <w:r>
        <w:t>کیونکہ وہ نمکین پانی ہے۔ وہ "واٹر، واٹر ایوری ویر، ناٹ ا ڈراپ، ناٹ اینی ڈراپ ٹو ڈرنک"۔</w:t>
      </w:r>
    </w:p>
    <w:p>
      <w:r>
        <w:rPr>
          <w:b/>
        </w:rPr>
        <w:t xml:space="preserve">[27:53] </w:t>
      </w:r>
      <w:r>
        <w:t>har taraf pani, har taraf pani, lekin main pi nahin sakta. to Khuda kitna raheem o kareem hai</w:t>
      </w:r>
    </w:p>
    <w:p>
      <w:pPr>
        <w:jc w:val="right"/>
      </w:pPr>
      <w:r>
        <w:t>ہر طرف پانی، ہر طرف پانی، لیکن میں پی نہیں سکتا۔ تو خدا کتنا رحیم و کریم ہے</w:t>
      </w:r>
    </w:p>
    <w:p>
      <w:r>
        <w:rPr>
          <w:b/>
        </w:rPr>
        <w:t xml:space="preserve">[28:04] </w:t>
      </w:r>
      <w:r>
        <w:t>ke ek taraf us ne samandar ke pani mein as a preservative namak milaya. is ke baad kya kiya?</w:t>
      </w:r>
    </w:p>
    <w:p>
      <w:pPr>
        <w:jc w:val="right"/>
      </w:pPr>
      <w:r>
        <w:t>کہ ایک طرف اس نے سمندر کے پانی میں ایز اے پریزرویٹیو نمک ملایا۔ اس کے بعد کیا کیا؟</w:t>
      </w:r>
    </w:p>
    <w:p>
      <w:r>
        <w:rPr>
          <w:b/>
        </w:rPr>
        <w:t xml:space="preserve">[28:13] </w:t>
      </w:r>
      <w:r>
        <w:t>ke ek poora ek nizam banaya barish ka ke samandaron se vapor uthe hain, bhap uthi hain.</w:t>
      </w:r>
    </w:p>
    <w:p>
      <w:pPr>
        <w:jc w:val="right"/>
      </w:pPr>
      <w:r>
        <w:t>کہ ایک پورا ایک نظام بنایا بارش کا کہ سمندروں سے ویپر اٹھے ہیں، بھاپ اٹھے ہیں۔</w:t>
      </w:r>
    </w:p>
    <w:p>
      <w:r>
        <w:rPr>
          <w:b/>
        </w:rPr>
        <w:t xml:space="preserve">[28:25] </w:t>
      </w:r>
      <w:r>
        <w:t>ab aap, aap Allah taala ne itna bara intezam kiya ke namak jo hai, us ke weight zyada hain, pani ka weight kam hai. jab bhap uthti hai to namak ka weight zyada hai, is liye neeche rehta hai.</w:t>
      </w:r>
    </w:p>
    <w:p>
      <w:pPr>
        <w:jc w:val="right"/>
      </w:pPr>
      <w:r>
        <w:t>اب آپ، آپ اللہ تعالیٰ نے اتنا بڑا انتظام کیا کہ نمک جو ہے، اس کے ویٹ زیادہ ہیں، پانی کا ویٹ کم ہے۔ جب بھاپ اٹھتی ہے تو نمک کا ویٹ زیادہ ہے، اس لیے نیچے رہتا ہے۔</w:t>
      </w:r>
    </w:p>
    <w:p>
      <w:r>
        <w:rPr>
          <w:b/>
        </w:rPr>
        <w:t xml:space="preserve">[28:39] </w:t>
      </w:r>
      <w:r>
        <w:t>woh pani ka, pani ka jo content hai, woh woh halka hota hai, woh upar jata hai.</w:t>
      </w:r>
    </w:p>
    <w:p>
      <w:pPr>
        <w:jc w:val="right"/>
      </w:pPr>
      <w:r>
        <w:t>وہ پانی کا، پانی کا جو کنٹینٹ ہے، وہ وہ ہلکا ہوتا ہے، وہ اوپر جاتا ہے۔</w:t>
      </w:r>
    </w:p>
    <w:p>
      <w:r>
        <w:rPr>
          <w:b/>
        </w:rPr>
        <w:t xml:space="preserve">[28:46] </w:t>
      </w:r>
      <w:r>
        <w:t>namak ka jo content hai, woh bhari hai, woh reh gaya neeche. ab upar sirf fresh pani upar gaya, do meter, teen kilometer upar chala gaya.</w:t>
      </w:r>
    </w:p>
    <w:p>
      <w:pPr>
        <w:jc w:val="right"/>
      </w:pPr>
      <w:r>
        <w:t>نمک کا جو کنٹینٹ ہے، وہ بھاری ہے، وہ رہ گیا نیچے۔ اب اوپر صرف فریش پانی اوپر گیا، دو میٹر، تین کلومیٹر اوپر چلا گیا۔</w:t>
      </w:r>
    </w:p>
    <w:p>
      <w:r>
        <w:rPr>
          <w:b/>
        </w:rPr>
        <w:t xml:space="preserve">[29:00] </w:t>
      </w:r>
      <w:r>
        <w:t>phir wahan cloud bana</w:t>
      </w:r>
    </w:p>
    <w:p>
      <w:pPr>
        <w:jc w:val="right"/>
      </w:pPr>
      <w:r>
        <w:t>پھر وہاں کلاؤڈ بنا</w:t>
      </w:r>
    </w:p>
    <w:p>
      <w:r>
        <w:rPr>
          <w:b/>
        </w:rPr>
        <w:t xml:space="preserve">[29:03] </w:t>
      </w:r>
      <w:r>
        <w:t>aur clouds phir dobara barsa. ek bohat universal nizam hai, ek poori science hai. phir fresh water aap ko pohncha.</w:t>
      </w:r>
    </w:p>
    <w:p>
      <w:pPr>
        <w:jc w:val="right"/>
      </w:pPr>
      <w:r>
        <w:t>اور کلاؤڈز پھر دوبارہ برسا۔ ایک بہت یونیورسل نظام ہے، ایک پوری سائنس ہے۔ پھر فریش واٹر آپ کو پہنچا۔</w:t>
      </w:r>
    </w:p>
    <w:p>
      <w:r>
        <w:rPr>
          <w:b/>
        </w:rPr>
        <w:t xml:space="preserve">[29:13] </w:t>
      </w:r>
      <w:r>
        <w:t>ab ghaur kijiye ke qadeem zamane mein jab ek insan pani peeta hoga to zaroor us ko kehta hoga</w:t>
      </w:r>
    </w:p>
    <w:p>
      <w:pPr>
        <w:jc w:val="right"/>
      </w:pPr>
      <w:r>
        <w:t>اب غور کیجئے کہ قدیم زمانے میں جب ایک انسان پانی پیتا ہوگا تو ضرور اس کو کہتا ہوگا</w:t>
      </w:r>
    </w:p>
    <w:p>
      <w:r>
        <w:rPr>
          <w:b/>
        </w:rPr>
        <w:t xml:space="preserve">[29:20] </w:t>
      </w:r>
      <w:r>
        <w:t>ke Khudaaya meri pyas bujh gayi, tera shukar hai. lekin aaj jab aap bhi is science ki maloomat ko le kar sochen to hubb-e-shadeed paida hoga ke Khudaaya tu kitna bara meherban hai.</w:t>
      </w:r>
    </w:p>
    <w:p>
      <w:pPr>
        <w:jc w:val="right"/>
      </w:pPr>
      <w:r>
        <w:t>کہ خدایا میری پیاس بجھ گئی، تیرا شکر ہے۔ لیکن آج جب آپ بھی اس سائنس کی معلومات کو لے کر سوچیں تو حب شدید پیدا ہوگا کہ خدایا تو کتنا بڑا مہربان ہے۔</w:t>
      </w:r>
    </w:p>
    <w:p>
      <w:r>
        <w:rPr>
          <w:b/>
        </w:rPr>
        <w:t xml:space="preserve">[29:40] </w:t>
      </w:r>
      <w:r>
        <w:t>to science ne aap ko woh data diya ke aap Allah se hubb-e-shadeed kar sakein. pehle zamane mein yeh maujood nahin tha, pehle zamane mein yeh maujood nahin tha.</w:t>
      </w:r>
    </w:p>
    <w:p>
      <w:pPr>
        <w:jc w:val="right"/>
      </w:pPr>
      <w:r>
        <w:t>تو سائنس نے آپ کو وہ ڈیٹا دیا کہ آپ اللہ سے حب شدید کر سکیں۔ پہلے زمانے میں یہ موجود نہیں تھا، پہلے زمانے میں یہ موجود نہیں تھا۔</w:t>
      </w:r>
    </w:p>
    <w:p>
      <w:r>
        <w:rPr>
          <w:b/>
        </w:rPr>
        <w:t xml:space="preserve">[29:56] </w:t>
      </w:r>
      <w:r>
        <w:t>kitna bara yeh</w:t>
      </w:r>
    </w:p>
    <w:p>
      <w:pPr>
        <w:jc w:val="right"/>
      </w:pPr>
      <w:r>
        <w:t>کتنا بڑا یہ</w:t>
      </w:r>
    </w:p>
    <w:p>
      <w:r>
        <w:rPr>
          <w:b/>
        </w:rPr>
        <w:t xml:space="preserve">[29:58] </w:t>
      </w:r>
      <w:r>
        <w:t>in logon ka ehsan hai! inhi se hum nafrat karte hain. sare musalman ahle maghrib se nafrat karna yeh haram se zyada buri cheez hai, haram se zyada buri cheez hai.</w:t>
      </w:r>
    </w:p>
    <w:p>
      <w:pPr>
        <w:jc w:val="right"/>
      </w:pPr>
      <w:r>
        <w:t>ان لوگوں کا احسان ہے! انہی سے ہم نفرت کرتے ہیں۔ سارے مسلمان اہل مغرب سے نفرت کرنا یہ حرام سے زیادہ بری چیز ہے، حرام سے زیادہ بری چیز ہے۔</w:t>
      </w:r>
    </w:p>
    <w:p>
      <w:r>
        <w:rPr>
          <w:b/>
        </w:rPr>
        <w:t xml:space="preserve">[30:12] </w:t>
      </w:r>
      <w:r>
        <w:t>isi tarah dekhiye, quran mein hai</w:t>
      </w:r>
    </w:p>
    <w:p>
      <w:pPr>
        <w:jc w:val="right"/>
      </w:pPr>
      <w:r>
        <w:t>اسی طرح دیکھیے، قرآن میں ہے</w:t>
      </w:r>
    </w:p>
    <w:p>
      <w:r>
        <w:rPr>
          <w:b/>
        </w:rPr>
        <w:t xml:space="preserve">[30:16] </w:t>
      </w:r>
      <w:r>
        <w:t>"wa yakhsha al-lah". allah se sab se zyada khauf karne wale</w:t>
      </w:r>
    </w:p>
    <w:p>
      <w:pPr>
        <w:jc w:val="right"/>
      </w:pPr>
      <w:r>
        <w:t>"ولیخش الا اللہ"۔ اللہ سے سب سے زیادہ خوف کرنے والے</w:t>
      </w:r>
    </w:p>
    <w:p>
      <w:r>
        <w:rPr>
          <w:b/>
        </w:rPr>
        <w:t xml:space="preserve">[30:24] </w:t>
      </w:r>
      <w:r>
        <w:t>dekhiye, qadeem zamane mein insan allah se khauf karta tha. kis liye? ke allah hum ko jahannum mein daal sakta hai,</w:t>
      </w:r>
    </w:p>
    <w:p>
      <w:pPr>
        <w:jc w:val="right"/>
      </w:pPr>
      <w:r>
        <w:t>دیکھیے، قدیم زمانے میں انسان اللہ سے خوف کرتا تھا۔ کس لیے؟ کہ اللہ ہم کو جہنم میں ڈال سکتا ہے،</w:t>
      </w:r>
    </w:p>
    <w:p>
      <w:r>
        <w:rPr>
          <w:b/>
        </w:rPr>
        <w:t xml:space="preserve">[30:35] </w:t>
      </w:r>
      <w:r>
        <w:t>allah hamein pakad sakta hai hashr ke maidan mein aur farishton ko keh sakta hai ke is ko jahannum mein le jao, is ke aamal achhe nahin the. aaj khauf-e-khuda ka ek ek naya, ek ek ek ek naya, yani ek naya, ek ek darwaza khula</w:t>
      </w:r>
    </w:p>
    <w:p>
      <w:pPr>
        <w:jc w:val="right"/>
      </w:pPr>
      <w:r>
        <w:t>اللہ ہمیں پکڑ سکتا ہے حشر کے میدان میں اور فرشتوں کو کہہ سکتا ہے کہ اس کو جہنم میں لے جاؤ، اس کے اعمال اچھے نہیں تھے۔ آج خوف خدا کا ایک ایک نیا، ایک ایک ایک ایک نیا، یعنی ایک نیا، ایک ایک دروازہ کھلا</w:t>
      </w:r>
    </w:p>
    <w:p>
      <w:r>
        <w:rPr>
          <w:b/>
        </w:rPr>
        <w:t xml:space="preserve">[30:55] </w:t>
      </w:r>
      <w:r>
        <w:t>science ke zariye se. woh kaise? science ne pehli baar bataya ke yeh duniya kitni badi hai.</w:t>
      </w:r>
    </w:p>
    <w:p>
      <w:pPr>
        <w:jc w:val="right"/>
      </w:pPr>
      <w:r>
        <w:t>سائنس کے ذریعے سے۔ وہ کیسے؟ سائنس نے پہلی بار بتایا کہ یہ دنیا کتنی بڑی ہے۔</w:t>
      </w:r>
    </w:p>
    <w:p>
      <w:r>
        <w:rPr>
          <w:b/>
        </w:rPr>
        <w:t xml:space="preserve">[31:08] </w:t>
      </w:r>
      <w:r>
        <w:t>ek qadeem zamane mein jo sitare hain, un ko hum samajhte the chhote chhote sitare hain, qamqame hain. woh qamqame hain.</w:t>
      </w:r>
    </w:p>
    <w:p>
      <w:pPr>
        <w:jc w:val="right"/>
      </w:pPr>
      <w:r>
        <w:t>ایک قدیم زمانے میں جو ستارے ہیں، ان کو ہم سمجھتے تھے چھوٹے چھوٹے ستارے ہیں، قمقمے ہیں۔ وہ قمقمے ہیں۔</w:t>
      </w:r>
    </w:p>
    <w:p>
      <w:r>
        <w:rPr>
          <w:b/>
        </w:rPr>
        <w:t xml:space="preserve">[31:18] </w:t>
      </w:r>
      <w:r>
        <w:t>ek ek english poet tha, tyler, jo 1824 mein is ki death hui.</w:t>
      </w:r>
    </w:p>
    <w:p>
      <w:pPr>
        <w:jc w:val="right"/>
      </w:pPr>
      <w:r>
        <w:t>ایک ایک انگلش پوئیٹ تھا، ٹیلر، جو 1824 میں اس کی ڈیتھ ہوئی۔</w:t>
      </w:r>
    </w:p>
    <w:p>
      <w:r>
        <w:rPr>
          <w:b/>
        </w:rPr>
        <w:t xml:space="preserve">[31:27] </w:t>
      </w:r>
      <w:r>
        <w:t>to is ki nazm bahut mashhoor nazm hai ke "twinkle twinkle little little star, how i wonder what you are".</w:t>
      </w:r>
    </w:p>
    <w:p>
      <w:pPr>
        <w:jc w:val="right"/>
      </w:pPr>
      <w:r>
        <w:t>تو اس کی نظم بہت مشہور نظم ہے کہ "ٹرنکل ٹرنکل لٹل لٹل اسٹار، ہاؤ ائی ونڈر واٹ یو آر"۔</w:t>
      </w:r>
    </w:p>
    <w:p>
      <w:r>
        <w:rPr>
          <w:b/>
        </w:rPr>
        <w:t xml:space="preserve">[31:36] </w:t>
      </w:r>
      <w:r>
        <w:t>yeh chhote se sitare timtimah rahe hain, "twinkle twinkle little star, how i wonder what you are". to hum sitaron ko chhota samajhte the, chand aur suraj ko bhi chhota sa samajhte the.</w:t>
      </w:r>
    </w:p>
    <w:p>
      <w:pPr>
        <w:jc w:val="right"/>
      </w:pPr>
      <w:r>
        <w:t>یہ چھوٹے سے ستارے ٹمٹما رہے ہیں، "ٹرنکل ٹرنکل لٹل اسٹار، ہاؤ ائی ونڈر واٹ یو آر"۔ تو ہم ستاروں کو چھوٹا سمجھتے تھے، چاند اور سورج کو بھی چھوٹا سا سمجھتے تھے۔</w:t>
      </w:r>
    </w:p>
    <w:p>
      <w:r>
        <w:rPr>
          <w:b/>
        </w:rPr>
        <w:t xml:space="preserve">[31:53] </w:t>
      </w:r>
      <w:r>
        <w:t>sari tareekh mein, sari tareekh mein</w:t>
      </w:r>
    </w:p>
    <w:p>
      <w:pPr>
        <w:jc w:val="right"/>
      </w:pPr>
      <w:r>
        <w:t>ساری تاریخ میں، ساری تاریخ میں</w:t>
      </w:r>
    </w:p>
    <w:p>
      <w:r>
        <w:rPr>
          <w:b/>
        </w:rPr>
        <w:t xml:space="preserve">[31:56] </w:t>
      </w:r>
      <w:r>
        <w:t>science ne pehli baar bataya jab telescope ijad hua ke yeh to bahut hi bade hain, bahut hi bade hain, bahut hi bade hain.</w:t>
      </w:r>
    </w:p>
    <w:p>
      <w:pPr>
        <w:jc w:val="right"/>
      </w:pPr>
      <w:r>
        <w:t>سائنس نے پہلی بار بتایا جب ٹیلیسکوپ ایجاد ہوا کہ یہ تو بہت ہی بڑے ہیں، بہت ہی بڑے ہیں، بہت ہی بڑے ہیں۔</w:t>
      </w:r>
    </w:p>
    <w:p>
      <w:r>
        <w:rPr>
          <w:b/>
        </w:rPr>
        <w:t xml:space="preserve">[32:07] </w:t>
      </w:r>
      <w:r>
        <w:t>yani hamari, hamara jo sun hai, suraj, is ka jo, is ka jo chaudai hai, is ka jo diameter hai, woh saat saat lakh meel hai.</w:t>
      </w:r>
    </w:p>
    <w:p>
      <w:pPr>
        <w:jc w:val="right"/>
      </w:pPr>
      <w:r>
        <w:t>یعنی ہماری، ہمارا جو سن ہے، سورج، اس کا جو، اس کا جو چوڑائی ہے، اس کا جو ڈائی میٹر ہے، وہ سات سات لاکھ میل ہے۔</w:t>
      </w:r>
    </w:p>
    <w:p>
      <w:r>
        <w:rPr>
          <w:b/>
        </w:rPr>
        <w:t xml:space="preserve">[32:22] </w:t>
      </w:r>
      <w:r>
        <w:t>aur yeh to bahut chhota sitara hai, aur jo sitare hain, is se hazaron lakhon</w:t>
      </w:r>
    </w:p>
    <w:p>
      <w:pPr>
        <w:jc w:val="right"/>
      </w:pPr>
      <w:r>
        <w:t>اور یہ تو بہت چھوٹا ستارہ ہے، اور جو ستارے ہیں، اس سے ہزاروں لاکھوں</w:t>
      </w:r>
    </w:p>
    <w:p>
      <w:r>
        <w:rPr>
          <w:b/>
        </w:rPr>
        <w:t xml:space="preserve">[32:28] </w:t>
      </w:r>
      <w:r>
        <w:t>guna bade hain.</w:t>
      </w:r>
    </w:p>
    <w:p>
      <w:pPr>
        <w:jc w:val="right"/>
      </w:pPr>
      <w:r>
        <w:t>گنا بڑے ہیں۔</w:t>
      </w:r>
    </w:p>
    <w:p>
      <w:r>
        <w:rPr>
          <w:b/>
        </w:rPr>
        <w:t xml:space="preserve">[32:32] </w:t>
      </w:r>
      <w:r>
        <w:t>aur hamara jo solar system hai, woh ek jis galaxy mein hai, us ko kehte hain milky way. is mein 300 billion stars hain, aur is tarah ke hundred billion galaxy sari universe mein hain.</w:t>
      </w:r>
    </w:p>
    <w:p>
      <w:pPr>
        <w:jc w:val="right"/>
      </w:pPr>
      <w:r>
        <w:t>اور ہمارا جو سولر سسٹم ہے، وہ ایک جس گلیکسی میں ہے، اس کو کہتے ہیں ملکی وے۔ اس میں 300 بلین اسٹارز ہیں، اور اس طرح کے ہنڈرڈ بلین گلیکسی ساری یونیورس میں ہیں۔</w:t>
      </w:r>
    </w:p>
    <w:p>
      <w:r>
        <w:rPr>
          <w:b/>
        </w:rPr>
        <w:t xml:space="preserve">[32:46] </w:t>
      </w:r>
      <w:r>
        <w:t>aap sochiye, yani mind jo kehte hain, mind boggling</w:t>
      </w:r>
    </w:p>
    <w:p>
      <w:pPr>
        <w:jc w:val="right"/>
      </w:pPr>
      <w:r>
        <w:t>آپ سوچیے، یعنی مائنڈ جو کہتے ہیں، مائنڈ باگلنگ</w:t>
      </w:r>
    </w:p>
    <w:p>
      <w:r>
        <w:rPr>
          <w:b/>
        </w:rPr>
        <w:t xml:space="preserve">[32:50] </w:t>
      </w:r>
      <w:r>
        <w:t>greatness, mind boggling, us ko soch kar jab allah ki heebat jo aati hai, heebat ke khuda kitna bada hai,</w:t>
      </w:r>
    </w:p>
    <w:p>
      <w:pPr>
        <w:jc w:val="right"/>
      </w:pPr>
      <w:r>
        <w:t>گریٹنس، مائنڈ باگلنگ، اس کو سوچ کر جب اللہ کی ہیبت جو آتی ہے، ہیبت کہ خدا کتنا بڑا ہے،</w:t>
      </w:r>
    </w:p>
    <w:p>
      <w:r>
        <w:rPr>
          <w:b/>
        </w:rPr>
        <w:t xml:space="preserve">[33:02] </w:t>
      </w:r>
      <w:r>
        <w:t>to mind boggling khauf-e-khuda jo hai, insan ko is se pata nahin tha. is ka yeh janta tha insan ke khuda ke paas jahannum hai, woh hum ko jahannum mein daal sakta hai.</w:t>
      </w:r>
    </w:p>
    <w:p>
      <w:pPr>
        <w:jc w:val="right"/>
      </w:pPr>
      <w:r>
        <w:t>تو مائنڈ باگلنگ خوف خدا جو ہے، انسان کو اس سے پتہ نہیں تھا۔ اس کا یہ جانتا تھا انسان کہ خدا کے پاس جہنم ہے، وہ ہم کو جہنم میں ڈال سکتا ہے۔</w:t>
      </w:r>
    </w:p>
    <w:p>
      <w:r>
        <w:rPr>
          <w:b/>
        </w:rPr>
        <w:t xml:space="preserve">[33:12] </w:t>
      </w:r>
      <w:r>
        <w:t>lekin yeh jo azmat, yeh glory, yeh badai, yeh greatness jo hai, khuda ki yeh greatness, mind boggling greatness,</w:t>
      </w:r>
    </w:p>
    <w:p>
      <w:pPr>
        <w:jc w:val="right"/>
      </w:pPr>
      <w:r>
        <w:t>لیکن یہ جو عظمت، یہ گلوری، یہ بڑائی، یہ گریٹنس جو ہے، خدا کی یہ گریٹنس، مائنڈ باگلنگ گریٹنس،</w:t>
      </w:r>
    </w:p>
    <w:p>
      <w:r>
        <w:rPr>
          <w:b/>
        </w:rPr>
        <w:t xml:space="preserve">[33:20] </w:t>
      </w:r>
      <w:r>
        <w:t>us se jo heebat aati hai allah ki azmat ki, tab aap khauf-e-khuda ka ek aur darja milta hai. aap yeh</w:t>
      </w:r>
    </w:p>
    <w:p>
      <w:pPr>
        <w:jc w:val="right"/>
      </w:pPr>
      <w:r>
        <w:t>اس سے جو ہیبت آتی ہے اللہ کی عظمت کی، تب آپ خوف خدا کا ایک اور درجہ ملتا ہے۔ آپ یہ</w:t>
      </w:r>
    </w:p>
    <w:p>
      <w:r>
        <w:rPr>
          <w:b/>
        </w:rPr>
        <w:t xml:space="preserve">[33:32] </w:t>
      </w:r>
      <w:r>
        <w:t>jo khashiyat hai, yeh khauf-e-khuda jo hai, yeh bahut hi badi cheez hai.</w:t>
      </w:r>
    </w:p>
    <w:p>
      <w:pPr>
        <w:jc w:val="right"/>
      </w:pPr>
      <w:r>
        <w:t>جو خشیت ہے، یہ خوف خدا جو ہے، یہ بہت ہی بڑی چیز ہے۔</w:t>
      </w:r>
    </w:p>
    <w:p>
      <w:r>
        <w:rPr>
          <w:b/>
        </w:rPr>
        <w:t xml:space="preserve">[33:40] </w:t>
      </w:r>
      <w:r>
        <w:t>to ek naya, ek naya domain hai, yeh ek naya darwaza hai khauf-e-khuda ka ke jo heebat par qaim hai, azmat par qaim hai, jo greatness par qaim hai.</w:t>
      </w:r>
    </w:p>
    <w:p>
      <w:pPr>
        <w:jc w:val="right"/>
      </w:pPr>
      <w:r>
        <w:t>تو ایک نیا، ایک نیا ڈومین ہے، یہ ایک نیا دروازہ ہے خوف خدا کا کہ جو ہیبت پر قائم ہے، عظمت پر قائم ہے، جو گریٹنس پر قائم ہے۔</w:t>
      </w:r>
    </w:p>
    <w:p>
      <w:r>
        <w:rPr>
          <w:b/>
        </w:rPr>
        <w:t xml:space="preserve">[33:53] </w:t>
      </w:r>
      <w:r>
        <w:t>yeh science ke zariye hua.</w:t>
      </w:r>
    </w:p>
    <w:p>
      <w:pPr>
        <w:jc w:val="right"/>
      </w:pPr>
      <w:r>
        <w:t>یہ سائنس کے ذریعے ہوا۔</w:t>
      </w:r>
    </w:p>
    <w:p>
      <w:r>
        <w:rPr>
          <w:b/>
        </w:rPr>
        <w:t xml:space="preserve">[33:59] </w:t>
      </w:r>
      <w:r>
        <w:t>kitna bara contribution in logon ka hai jis se aap nafrat karte hain, jis mein se sara kaam ahl-e-maghrib ne kiya hai. musalmanon ka is mein koi hissa nahi hai, na pehle, na aaj, kyunke musalmanon ko in ko political chahiye, parties chahiye, power chahiye.</w:t>
      </w:r>
    </w:p>
    <w:p>
      <w:pPr>
        <w:jc w:val="right"/>
      </w:pPr>
      <w:r>
        <w:t>کتنا بڑا کنٹریبیوشن ان لوگوں کا ہے جس سے آپ نفرت کرتے ہیں، جس میں سے سارا کام اہل مغرب نے کیا ہے۔ مسلمانوں کا اس میں کوئی حصہ نہیں ہے، نہ پہلے، نہ آج، کیونکہ مسلمانوں کو ان کو پولیٹیکل چاہیے، پارٹیز چاہیے، پاور چاہیے۔</w:t>
      </w:r>
    </w:p>
    <w:p>
      <w:r>
        <w:rPr>
          <w:b/>
        </w:rPr>
        <w:t xml:space="preserve">[34:16] </w:t>
      </w:r>
      <w:r>
        <w:t>jahan dekhiye, musalman lad rahe hain, kis liye lad rahe hain? power ke liye. jahan musalman hain, aaj hazar saal se lad rahe hain power ke liye, power ke liye, power ke liye.</w:t>
      </w:r>
    </w:p>
    <w:p>
      <w:pPr>
        <w:jc w:val="right"/>
      </w:pPr>
      <w:r>
        <w:t>جہاں دیکھیے، مسلمان لڑ رہے ہیں، کس لیے لڑ رہے ہیں؟ پاور کے لیے۔ جہاں مسلمان ہیں، آج ہزار سال سے لڑ رہے ہیں پاور کے لیے، پاور کے لیے، پاور کے لیے۔</w:t>
      </w:r>
    </w:p>
    <w:p>
      <w:r>
        <w:rPr>
          <w:b/>
        </w:rPr>
        <w:t xml:space="preserve">[34:29] </w:t>
      </w:r>
      <w:r>
        <w:t>to jo maine she'r parha aap haal hi ka ke unhon ne fakhr kiya is par ke Yunan ke khud Khanum mein</w:t>
      </w:r>
    </w:p>
    <w:p>
      <w:pPr>
        <w:jc w:val="right"/>
      </w:pPr>
      <w:r>
        <w:t>تو جو میں نے شعر پڑھا آپ حال ہی کا کہ انہوں نے فخر کیا اس پر کہ یونان کے خود خانم میں</w:t>
      </w:r>
    </w:p>
    <w:p>
      <w:r>
        <w:rPr>
          <w:b/>
        </w:rPr>
        <w:t xml:space="preserve">[34:35] </w:t>
      </w:r>
      <w:r>
        <w:t>lock kar ke jo kitabein rakh di gayi thi, woh hum ne nikala. woh falsafe ki kitabein thi, lekin Khuda ne jo lock kar rakha tha nature mein, billion trillion jo uloom, is ko kisi ne unlock kiya,</w:t>
      </w:r>
    </w:p>
    <w:p>
      <w:pPr>
        <w:jc w:val="right"/>
      </w:pPr>
      <w:r>
        <w:t>لاک کر کے جو کتابیں رکھ دی گئی تھیں، وہ ہم نے نکالا۔ وہ فلسفے کی کتابیں تھیں، لیکن خدا نے جو لاک کر رکھا تھا نیچر میں، بلین ٹریلین جو علوم، اس کو کسی نے ان لاک کیا،</w:t>
      </w:r>
    </w:p>
    <w:p>
      <w:r>
        <w:rPr>
          <w:b/>
        </w:rPr>
        <w:t xml:space="preserve">[34:48] </w:t>
      </w:r>
      <w:r>
        <w:t>is ko kisi ne nikal kar ke is ko Allah ki azmat ko khola.</w:t>
      </w:r>
    </w:p>
    <w:p>
      <w:pPr>
        <w:jc w:val="right"/>
      </w:pPr>
      <w:r>
        <w:t>اس کو کسی نے نکال کر کے اس کو اللہ کی عظمت کو کھولا۔</w:t>
      </w:r>
    </w:p>
    <w:p>
      <w:r>
        <w:rPr>
          <w:b/>
        </w:rPr>
        <w:t xml:space="preserve">[34:54] </w:t>
      </w:r>
      <w:r>
        <w:t>woh ahl-e-maghrib hi kiya hai? woh is se aap nafrat karte hain? yeh to haram se ziyada buri cheez hai. koi</w:t>
      </w:r>
    </w:p>
    <w:p>
      <w:pPr>
        <w:jc w:val="right"/>
      </w:pPr>
      <w:r>
        <w:t>وہ اہل مغرب ہی کیا ہے؟ وہ اس سے آپ نفرت کرتے ہیں؟ یہ تو حرام سے زیادہ بری چیز ہے۔ کوئی</w:t>
      </w:r>
    </w:p>
    <w:p>
      <w:r>
        <w:rPr>
          <w:b/>
        </w:rPr>
        <w:t xml:space="preserve">[35:05] </w:t>
      </w:r>
      <w:r>
        <w:t>dekhiye, ahl-e-maghrib ke haan kuch cheezein jo hain, jis ko woh kiya aata hai, neute to neute aur misuse of freedom, aur un ki jo ladaiyan to musalman to isi pe ladai ladte rahe hain sari tareekh mein.</w:t>
      </w:r>
    </w:p>
    <w:p>
      <w:pPr>
        <w:jc w:val="right"/>
      </w:pPr>
      <w:r>
        <w:t>دیکھیے، اہل مغرب کے ہاں کچھ چیزیں جو ہیں، جس کو وہ کیا آتا ہے، نیوٹی تو نیوٹی اور مس یوز آف فریڈم، اور ان کی جو لڑائیاں تو مسلمان تو اسی پہ لڑائی لڑتے رہے ہیں ساری تاریخ میں۔</w:t>
      </w:r>
    </w:p>
    <w:p>
      <w:r>
        <w:rPr>
          <w:b/>
        </w:rPr>
        <w:t xml:space="preserve">[35:23] </w:t>
      </w:r>
      <w:r>
        <w:t>yani woh yeh sab misuse of freedom hai. yeh sab kiya hota hai? to ek hai, dekhiye, wisdom, knowledge aur science, aur ek cheez hai misuse of freedom ya un ka culture, woh alag cheez hai.</w:t>
      </w:r>
    </w:p>
    <w:p>
      <w:pPr>
        <w:jc w:val="right"/>
      </w:pPr>
      <w:r>
        <w:t>یعنی وہ یہ سب مس یوز آف فریڈم ہے۔ یہ سب کیا ہوتا ہے؟ تو ایک ہے، دیکھیے، وزڈم، نالج اور سائنس، اور ایک چیز ہے مس یوز آف فریڈم یا ان کا کلچر، وہ الگ چیز ہے۔</w:t>
      </w:r>
    </w:p>
    <w:p>
      <w:r>
        <w:rPr>
          <w:b/>
        </w:rPr>
        <w:t xml:space="preserve">[35:41] </w:t>
      </w:r>
      <w:r>
        <w:t>is tarah ki evil khud musalmanon mein hazar saal ke darmiyan aap mein bata sakta hoon aap ko har yeh sab baatein. to woh jo evil jo hain, jo cultural evil hain ya jo misuse of freedom ki wajah se paida hoti hain, woh ek alag cheez hain.</w:t>
      </w:r>
    </w:p>
    <w:p>
      <w:pPr>
        <w:jc w:val="right"/>
      </w:pPr>
      <w:r>
        <w:t>اس طرح کی ایول خود مسلمانوں میں ہزار سال کے درمیان آپ میں بتا سکتا ہوں آپ کو ہر یہ سب باتیں۔ تو وہ جو ایول جو ہیں، جو کلچرل ایول ہیں یا جو مس یوز آف فریڈم کی وجہ سے پیدا ہوتی ہیں، وہ ایک الگ چیز ہیں۔</w:t>
      </w:r>
    </w:p>
    <w:p>
      <w:r>
        <w:rPr>
          <w:b/>
        </w:rPr>
        <w:t xml:space="preserve">[35:54] </w:t>
      </w:r>
      <w:r>
        <w:t>woh is ko alag kijiye aap. ab phir dekhiye, jo jo asal knowledge hai, asal science hai, is se kiya mila is duniya ko?</w:t>
      </w:r>
    </w:p>
    <w:p>
      <w:pPr>
        <w:jc w:val="right"/>
      </w:pPr>
      <w:r>
        <w:t>وہ اس کو الگ کیجئے آپ۔ اب پھر دیکھیے، جو جو اصل نالج ہے، اصل سائنس ہے، اس سے کیا ملا اس دنیا کو؟</w:t>
      </w:r>
    </w:p>
    <w:p>
      <w:r>
        <w:rPr>
          <w:b/>
        </w:rPr>
        <w:t xml:space="preserve">[36:05] </w:t>
      </w:r>
      <w:r>
        <w:t>is se naya yaqeen hasil hua Allah ke wajood par. is se insaan ko hub-e-shadeed Allah se ek naya darja mila. is se insaan ko khauf-e-Khuda ka ek bohat hi ajeeb hamara hi darja mila.</w:t>
      </w:r>
    </w:p>
    <w:p>
      <w:pPr>
        <w:jc w:val="right"/>
      </w:pPr>
      <w:r>
        <w:t>اس سے نیا یقین حاصل ہوا اللہ کے وجود پر۔ اس سے انسان کو حب شدید اللہ سے ایک نیا درجہ ملا۔ اس سے انسان کو خوف خدا کا ایک بہت ہی عجیب ہمارا ہی درجہ ملا۔</w:t>
      </w:r>
    </w:p>
    <w:p>
      <w:r>
        <w:rPr>
          <w:b/>
        </w:rPr>
        <w:t xml:space="preserve">[36:19] </w:t>
      </w:r>
      <w:r>
        <w:t>aur Allah taala ne</w:t>
      </w:r>
    </w:p>
    <w:p>
      <w:pPr>
        <w:jc w:val="right"/>
      </w:pPr>
      <w:r>
        <w:t>اور اللہ تعالیٰ نے</w:t>
      </w:r>
    </w:p>
    <w:p>
      <w:r>
        <w:rPr>
          <w:b/>
        </w:rPr>
        <w:t xml:space="preserve">[36:21] </w:t>
      </w:r>
      <w:r>
        <w:t>kainat mein woh uloom is liye chupa rakhe the ke insaan ko daryaft kare.</w:t>
      </w:r>
    </w:p>
    <w:p>
      <w:pPr>
        <w:jc w:val="right"/>
      </w:pPr>
      <w:r>
        <w:t>کائنات میں وہ علوم اس لیے چھپا رکھے تھے کہ انسان کو دریافت کرے۔</w:t>
      </w:r>
    </w:p>
    <w:p>
      <w:r>
        <w:rPr>
          <w:b/>
        </w:rPr>
        <w:t xml:space="preserve">[36:27] </w:t>
      </w:r>
      <w:r>
        <w:t>dekhiye, agar Quran mein likh diya jata hai woh sab baatein to aap ko itna zabardast inspiration nahi ho sakta tha. jab aap mehnat karte hain aur mehnat karte karte discover karte hain ek cheez ko,</w:t>
      </w:r>
    </w:p>
    <w:p>
      <w:pPr>
        <w:jc w:val="right"/>
      </w:pPr>
      <w:r>
        <w:t>دیکھیے، اگر قرآن میں لکھ دیا جاتا ہے وہ سب باتیں تو آپ کو اتنا زبردست انسپیریشن نہیں ہو سکتا تھا۔ جب آپ محنت کرتے ہیں اور محنت کرتے کرتے ڈسکور کرتے ہیں ایک چیز کو،</w:t>
      </w:r>
    </w:p>
    <w:p>
      <w:r>
        <w:rPr>
          <w:b/>
        </w:rPr>
        <w:t xml:space="preserve">[36:42] </w:t>
      </w:r>
      <w:r>
        <w:t>discovery ke darje pe jab aap paate hain to ek naya, ek naya hausla aata hai.</w:t>
      </w:r>
    </w:p>
    <w:p>
      <w:pPr>
        <w:jc w:val="right"/>
      </w:pPr>
      <w:r>
        <w:t>ڈسکوری کے درجے پہ جب آپ پاتے ہیں تو ایک نیا، ایک نیا حوصلہ آتا ہے۔</w:t>
      </w:r>
    </w:p>
    <w:p>
      <w:r>
        <w:rPr>
          <w:b/>
        </w:rPr>
        <w:t xml:space="preserve">[36:50] </w:t>
      </w:r>
      <w:r>
        <w:t>ek naya hausla paida hota hai jaise woh mashhoor qissa hai Yunan ka, is ka Eureka. Eureka</w:t>
      </w:r>
    </w:p>
    <w:p>
      <w:pPr>
        <w:jc w:val="right"/>
      </w:pPr>
      <w:r>
        <w:t>ایک نیا حوصلہ پیدا ہوتا ہے جیسے وہ مشہور قصہ ہے یونان کا، اس کا یوریکا۔ یوریکا</w:t>
      </w:r>
    </w:p>
    <w:p>
      <w:r>
        <w:rPr>
          <w:b/>
        </w:rPr>
        <w:t xml:space="preserve">[36:58] </w:t>
      </w:r>
      <w:r>
        <w:t>ke ek aadmi, ek science, ek ek falsafi ko yeh janna tha ke kashti pani mein kaise teerti hai, is ka kiya qanoon hai.</w:t>
      </w:r>
    </w:p>
    <w:p>
      <w:pPr>
        <w:jc w:val="right"/>
      </w:pPr>
      <w:r>
        <w:t>کہ ایک آدمی، ایک سائنس، ایک ایک فلسفی کو یہ جاننا تھا کہ کشتی پانی میں کیسے تیرتی ہے، اس کا کیا قانون ہے۔</w:t>
      </w:r>
    </w:p>
    <w:p>
      <w:r>
        <w:rPr>
          <w:b/>
        </w:rPr>
        <w:t xml:space="preserve">[37:09] </w:t>
      </w:r>
      <w:r>
        <w:t>to woh tub mein naha raha tha, achaanak is ka body jo hai thoda floating state mein aa gaya pani ke andar. to us ne daryaft kiya is lock ko.</w:t>
      </w:r>
    </w:p>
    <w:p>
      <w:pPr>
        <w:jc w:val="right"/>
      </w:pPr>
      <w:r>
        <w:t>تو وہ ٹب میں نہا رہا تھا، اچانک اس کا باڈی جو ہے تھوڑا فلوٹنگ اسٹیٹ میں آ گیا پانی کے اندر۔ تو اس نے دریافت کیا اس لاک کو۔</w:t>
      </w:r>
    </w:p>
    <w:p>
      <w:r>
        <w:rPr>
          <w:b/>
        </w:rPr>
        <w:t xml:space="preserve">[37:19] </w:t>
      </w:r>
      <w:r>
        <w:t>to woh us waqt kapra nahi pehne hue tha, woh to nanga hi bhaga yeh kehte hue: "Eureka, Eureka!" ke maine pa liya, maine pa liya.</w:t>
      </w:r>
    </w:p>
    <w:p>
      <w:pPr>
        <w:jc w:val="right"/>
      </w:pPr>
      <w:r>
        <w:t>تو وہ اس وقت کپڑا نہیں پہنے ہوئے تھا، وہ تو ننگا ہی بھاگا یہ کہتے ہوئے: "یوریکا، یوریکا!" کہ میں نے پا لیا، میں نے پا لیا۔</w:t>
      </w:r>
    </w:p>
    <w:p>
      <w:r>
        <w:rPr>
          <w:b/>
        </w:rPr>
        <w:t xml:space="preserve">[37:29] </w:t>
      </w:r>
      <w:r>
        <w:t>to discovery aisi thrilling cheez hoti hai. to Allah ko matlab tha ke insaan thrilling ke darje mein imaan hasil kare, thrilling jo darje mein khauf-e-Khuda hasil kare, thrilling darje mein is ko mohabbat-e-Ilahi ho.</w:t>
      </w:r>
    </w:p>
    <w:p>
      <w:pPr>
        <w:jc w:val="right"/>
      </w:pPr>
      <w:r>
        <w:t>تو ڈسکوری ایسی تھرلنگ چیز ہوتی ہے۔ تو اللہ کو مطلوب تھا کہ انسان تھرلنگ کے درجے میں ایمان حاصل کرے، تھرلنگ جو درجے میں خوف خدا حاصل کرے، تھرلنگ درجے میں اس کو محبت الہی ہو۔</w:t>
      </w:r>
    </w:p>
    <w:p>
      <w:r>
        <w:rPr>
          <w:b/>
        </w:rPr>
        <w:t xml:space="preserve">[37:45] </w:t>
      </w:r>
      <w:r>
        <w:t>yeh yeh yeh tha raaz jis ki wajah se Allah taala ne kainat mein saare, yani bhar di sari baatein, aur yeh chaha ke insaan daryaft kare is ko.</w:t>
      </w:r>
    </w:p>
    <w:p>
      <w:pPr>
        <w:jc w:val="right"/>
      </w:pPr>
      <w:r>
        <w:t>یہ یہ یہ تھا راز جس کی وجہ سے اللہ تعالیٰ نے کائنات میں سارے، یعنی بھر دی ساری باتیں، اور یہ چاہا کہ انسان دریافت کرے اس کو۔</w:t>
      </w:r>
    </w:p>
    <w:p>
      <w:r>
        <w:rPr>
          <w:b/>
        </w:rPr>
        <w:t xml:space="preserve">[37:59] </w:t>
      </w:r>
      <w:r>
        <w:t>lekin musalmanon ne kiya kiya? bas in ko political power chahiye ya duniya ki aish chahiye. aaj kal dekhiye, musalmanon ke paas bepanah paisa hai, lekin kahan kharch karte hain?</w:t>
      </w:r>
    </w:p>
    <w:p>
      <w:pPr>
        <w:jc w:val="right"/>
      </w:pPr>
      <w:r>
        <w:t>لیکن مسلمانوں نے کیا کیا؟ بس ان کو پولیٹیکل پاور چاہیے یا دنیا کی عیش چاہیے۔ آج کل دیکھیے، مسلمانوں کے پاس بے پناہ پیسہ ہے، لیکن کہاں خرچ کرتے ہیں؟</w:t>
      </w:r>
    </w:p>
    <w:p>
      <w:r>
        <w:rPr>
          <w:b/>
        </w:rPr>
        <w:t xml:space="preserve">[38:11] </w:t>
      </w:r>
      <w:r>
        <w:t>shadiyon mein, shadiyon mein, aur taqreebat mein, aur chhote ta'ishat mein,</w:t>
      </w:r>
    </w:p>
    <w:p>
      <w:pPr>
        <w:jc w:val="right"/>
      </w:pPr>
      <w:r>
        <w:t>شادیوں میں، شادیوں میں، اور تقریبات میں، اور چھوٹے تعیشات میں،</w:t>
      </w:r>
    </w:p>
    <w:p>
      <w:r>
        <w:rPr>
          <w:b/>
        </w:rPr>
        <w:t xml:space="preserve">[38:18] </w:t>
      </w:r>
      <w:r>
        <w:t>jhoote aish-o-aram mein. kis ko shauq hai ke woh science ko jaane aur science mein jo jo imaniyat hain, jo jo jalwe hain, is ko jaan kar ke marifat ko badhaye apni?</w:t>
      </w:r>
    </w:p>
    <w:p>
      <w:pPr>
        <w:jc w:val="right"/>
      </w:pPr>
      <w:r>
        <w:t>جھوٹے عیش و آرام میں۔ کس کو شوق ہے کہ وہ سائنس کو جانے اور سائنس میں جو جو ایمانیات ہیں، جو جو جلوے ہیں، اس کو جان کر کے معرفت کو بڑھائے اپنی؟</w:t>
      </w:r>
    </w:p>
    <w:p>
      <w:r>
        <w:rPr>
          <w:b/>
        </w:rPr>
        <w:t xml:space="preserve">[38:32] </w:t>
      </w:r>
      <w:r>
        <w:t>kis ko dilchaspi hai is se? kisi ko dilchaspi nahi hai.</w:t>
      </w:r>
    </w:p>
    <w:p>
      <w:pPr>
        <w:jc w:val="right"/>
      </w:pPr>
      <w:r>
        <w:t>کس کو دلچسپی ہے اس سے؟ کسی کو دلچسپی نہیں ہے۔</w:t>
      </w:r>
    </w:p>
    <w:p>
      <w:r>
        <w:rPr>
          <w:b/>
        </w:rPr>
        <w:t xml:space="preserve">[38:44] </w:t>
      </w:r>
      <w:r>
        <w:t>to yeh bohat bara bab hai, aur yeh yani is ki koi had hi nahi. yeh marifat ka bab hai, aur yeh mein kal ya is ayat ko le kar soch raha tha jo surah luqman mein hai.</w:t>
      </w:r>
    </w:p>
    <w:p>
      <w:pPr>
        <w:jc w:val="right"/>
      </w:pPr>
      <w:r>
        <w:t>تو یہ بہت بڑا باب ہے، اور یہ یعنی اس کی کوئی حد ہی نہیں۔ یہ معرفت کا باب ہے، اور یہ میں کل یا اس آیت کو لے کر سوچ رہا تھا جو سورہ لقمان میں ہے۔</w:t>
      </w:r>
    </w:p>
    <w:p>
      <w:r>
        <w:rPr>
          <w:b/>
        </w:rPr>
        <w:t xml:space="preserve">[39:04] </w:t>
      </w:r>
      <w:r>
        <w:t>aik hi aik hi mazmoon ki do ayatein hain, is mein aik surah luqman mein hai, aik surah kahf mein hai. is mein hai ke: "ma kalimaat Allah,</w:t>
      </w:r>
    </w:p>
    <w:p>
      <w:pPr>
        <w:jc w:val="right"/>
      </w:pPr>
      <w:r>
        <w:t>ایک ہی ایک ہی مضمون کی دو آیتیں ہیں، اس میں ایک سورہ لقمان میں ہے، ایک سورہ کہف میں ہے۔ اس میں ہے کہ: "ما کلمات اللہ،</w:t>
      </w:r>
    </w:p>
    <w:p>
      <w:r>
        <w:rPr>
          <w:b/>
        </w:rPr>
        <w:t xml:space="preserve">[39:20] </w:t>
      </w:r>
      <w:r>
        <w:t>in Allah aziz hakeem." is ka matlab yeh hai ke agar sari dunya ke darakht qalam bana diye jayen aur sari dunya ke samandar jo hain, woh ink bana diye jayen, phir aik samandar aur bhi laya jaye ink ke liye, aur Allah ke kalimaat ko likhna shuru kiya jaye to khatam nahi honge.</w:t>
      </w:r>
    </w:p>
    <w:p>
      <w:pPr>
        <w:jc w:val="right"/>
      </w:pPr>
      <w:r>
        <w:t>ان اللہ عزیز حکیم۔" اس کا مطلب یہ ہے کہ اگر ساری دنیا کے درخت قلم بنا دیے جائیں اور ساری دنیا کے سمندر جو ہیں، وہ انک بنا دیے جائیں، پھر ایک سمندر اور بھی لایا جائے انک کے لیے، اور اللہ کے کلمات کو لکھنا شروع کیا جائے تو ختم نہیں ہوں گے۔</w:t>
      </w:r>
    </w:p>
    <w:p>
      <w:r>
        <w:rPr>
          <w:b/>
        </w:rPr>
        <w:t xml:space="preserve">[39:42] </w:t>
      </w:r>
      <w:r>
        <w:t>ink khatam ho jaye gi, qalam toot jayenge. to mein soch raha tha ke is ke baad yeh ayat kyun hai ke: "in Allah aziz hakeem".</w:t>
      </w:r>
    </w:p>
    <w:p>
      <w:pPr>
        <w:jc w:val="right"/>
      </w:pPr>
      <w:r>
        <w:t>انک ختم ہو جائے گی، قلم ٹوٹ جائیں گے۔ تو میں سوچ رہا تھا کہ اس کے بعد یہ آیت کیوں ہے کہ: "ان اللہ عزیز حکیم"۔</w:t>
      </w:r>
    </w:p>
    <w:p>
      <w:r>
        <w:rPr>
          <w:b/>
        </w:rPr>
        <w:t xml:space="preserve">[39:54] </w:t>
      </w:r>
      <w:r>
        <w:t>yani yeh baat bata kar ke yeh kyun farmaya: "in Allah aziz hakeem". is ka matlab kya hai?</w:t>
      </w:r>
    </w:p>
    <w:p>
      <w:pPr>
        <w:jc w:val="right"/>
      </w:pPr>
      <w:r>
        <w:t>یعنی یہ بات بتا کر کہ یہ کیوں فرمایا: "ان اللہ عزیز حکیم"۔ اس کا مطلب کیا ہے؟</w:t>
      </w:r>
    </w:p>
    <w:p>
      <w:r>
        <w:rPr>
          <w:b/>
        </w:rPr>
        <w:t xml:space="preserve">[40:04] </w:t>
      </w:r>
      <w:r>
        <w:t>ke Allah al powerful hai aur al wise hai. aziz ka matlab hai al powerful, hakeem ka matlab hai al wise.</w:t>
      </w:r>
    </w:p>
    <w:p>
      <w:pPr>
        <w:jc w:val="right"/>
      </w:pPr>
      <w:r>
        <w:t>کہ اللہ ال پاور فل ہے اور ال وائز ہے۔ عزیز کا مطلب ہے ال پاور فل، حکیم کا مطلب ہے ال وائز۔</w:t>
      </w:r>
    </w:p>
    <w:p>
      <w:r>
        <w:rPr>
          <w:b/>
        </w:rPr>
        <w:t xml:space="preserve">[40:16] </w:t>
      </w:r>
      <w:r>
        <w:t>to yeh kyun farmaya? to mein ne socha ke kya yeh boosting ke tor par hai?</w:t>
      </w:r>
    </w:p>
    <w:p>
      <w:pPr>
        <w:jc w:val="right"/>
      </w:pPr>
      <w:r>
        <w:t>تو یہ کیوں فرمایا؟ تو میں نے سوچا کہ کیا یہ بوسٹنگ کے طور پر ہے؟</w:t>
      </w:r>
    </w:p>
    <w:p>
      <w:r>
        <w:rPr>
          <w:b/>
        </w:rPr>
        <w:t xml:space="preserve">[40:23] </w:t>
      </w:r>
      <w:r>
        <w:t>nauzubillah, boosting ke tor par hai? nahi, is ka matlab yeh hai ke aye insan, to daryaft kar Allah ke ke al powerful hone ko aur Allah ke al wise hone ko taake tera imaan barhe.</w:t>
      </w:r>
    </w:p>
    <w:p>
      <w:pPr>
        <w:jc w:val="right"/>
      </w:pPr>
      <w:r>
        <w:t>نعوذ باللہ، بوسٹنگ کے طور پر ہے؟ نہیں، اس کا مطلب یہ ہے کہ اے انسان، تو دریافت کر اللہ کے کہ ال پاور فل ہونے کو اور اللہ کے ال وائز ہونے کو تاکہ تیرا ایمان بڑھے۔</w:t>
      </w:r>
    </w:p>
    <w:p>
      <w:r>
        <w:rPr>
          <w:b/>
        </w:rPr>
        <w:t xml:space="preserve">[40:41] </w:t>
      </w:r>
      <w:r>
        <w:t>to yeh kaise hoga? woh isi tarah hoga ke aap nature mein mutala karein. to yeh is ayat mein jo bataya gaya hai ke agar sare qalam, sare darakht qalam ban jayen, sare samandar siyahi ban jayen, aur Allah ke kalimaat likhe jayen to khatam nahi honge, to is ka matlab nahi ke sirf yeh boosting hai.</w:t>
      </w:r>
    </w:p>
    <w:p>
      <w:pPr>
        <w:jc w:val="right"/>
      </w:pPr>
      <w:r>
        <w:t>تو یہ کیسے ہوگا؟ وہ اسی طرح ہوگا کہ آپ نیچر میں مطالعہ کریں۔ تو یہ اس آیت میں جو بتایا گیا ہے کہ اگر سارے قلم، سارے درخت قلم بن جائیں، سارے سمندر سیاہی بن جائیں، اور اللہ کے کلمات لکھے جائیں تو ختم نہیں ہوں گے، تو اس کا مطلب نہیں کہ صرف یہ بوسٹنگ ہے۔</w:t>
      </w:r>
    </w:p>
    <w:p>
      <w:r>
        <w:rPr>
          <w:b/>
        </w:rPr>
        <w:t xml:space="preserve">[41:03] </w:t>
      </w:r>
      <w:r>
        <w:t>nahi, yeh yeh in motivate kiya gaya hai ke yeh kaam karo tum. aye insan, yeh kaam kar.</w:t>
      </w:r>
    </w:p>
    <w:p>
      <w:pPr>
        <w:jc w:val="right"/>
      </w:pPr>
      <w:r>
        <w:t>نہیں، یہ یہ ان موٹیویٹ کیا گیا ہے کہ یہ کام کرو تم۔ اے انسان، یہ کام کر۔</w:t>
      </w:r>
    </w:p>
    <w:p>
      <w:r>
        <w:rPr>
          <w:b/>
        </w:rPr>
        <w:t xml:space="preserve">[41:13] </w:t>
      </w:r>
      <w:r>
        <w:t>yeh na to khabar hai na boosting hai. matlab hamein yeh karna tha ke hum Allah ke kalimaat ko daryaft karein aur us ko likhein.</w:t>
      </w:r>
    </w:p>
    <w:p>
      <w:pPr>
        <w:jc w:val="right"/>
      </w:pPr>
      <w:r>
        <w:t>یہ نہ تو خبر ہے نہ بوسٹنگ ہے۔ مطلب ہمیں یہ کرنا تھا کہ ہم اللہ کے کلمات کو دریافت کریں اور اس کو لکھیں۔</w:t>
      </w:r>
    </w:p>
    <w:p>
      <w:r>
        <w:rPr>
          <w:b/>
        </w:rPr>
        <w:t xml:space="preserve">[41:27] </w:t>
      </w:r>
      <w:r>
        <w:t>to zahir hai ke woh kalimaat itne nahi ke hamari hum hum sare likh dalen. to mein samajhta hoon ke yeh aik aik is mein aik continuity hai, aik aik continue process hai.</w:t>
      </w:r>
    </w:p>
    <w:p>
      <w:pPr>
        <w:jc w:val="right"/>
      </w:pPr>
      <w:r>
        <w:t>تو ظاہر ہے کہ وہ کلمات اتنے نہیں کہ ہماری ہم ہم سارے لکھ ڈالیں۔ تو میں سمجھتا ہوں کہ یہ ایک ایک اس میں ایک کنٹینیوٹی ہے، ایک ایک کنٹینیو پروسیس ہے۔</w:t>
      </w:r>
    </w:p>
    <w:p>
      <w:r>
        <w:rPr>
          <w:b/>
        </w:rPr>
        <w:t xml:space="preserve">[41:38] </w:t>
      </w:r>
      <w:r>
        <w:t>yeh dunya mein shuru hoga aur akhirat chalta rahega. yani Allah ki marifat, Allah ki jo greatness hai, us ko hum yahin se shuru karenge likhna aur akhirat tak chalta rahega.</w:t>
      </w:r>
    </w:p>
    <w:p>
      <w:pPr>
        <w:jc w:val="right"/>
      </w:pPr>
      <w:r>
        <w:t>یہ دنیا میں شروع ہوگا اور آخرت چلتا رہے گا۔ یعنی اللہ کی معرفت، اللہ کی جو گریٹنس ہے، اس کو ہم یہیں سے شروع کریں گے لکھنا اور آخرت تک چلتا رہے گا۔</w:t>
      </w:r>
    </w:p>
    <w:p>
      <w:r>
        <w:rPr>
          <w:b/>
        </w:rPr>
        <w:t xml:space="preserve">[41:50] </w:t>
      </w:r>
      <w:r>
        <w:t>woh</w:t>
      </w:r>
    </w:p>
    <w:p>
      <w:pPr>
        <w:jc w:val="right"/>
      </w:pPr>
      <w:r>
        <w:t>وہ</w:t>
      </w:r>
    </w:p>
    <w:p>
      <w:r>
        <w:rPr>
          <w:b/>
        </w:rPr>
        <w:t xml:space="preserve">[41:52] </w:t>
      </w:r>
      <w:r>
        <w:t>isi liye dekhiye, quran ki jo pehli surah hai, al fatiha, uska pehla kalma kya hai? "alhamdulillah rabbul alameen".</w:t>
      </w:r>
    </w:p>
    <w:p>
      <w:pPr>
        <w:jc w:val="right"/>
      </w:pPr>
      <w:r>
        <w:t>اسی لیے دیکھیے، قرآن کی جو پہلی سورہ ہے، الفاتحہ، اس کا پہلا کلمہ کیا ہے؟ "الحمدللہ رب العالمین"۔</w:t>
      </w:r>
    </w:p>
    <w:p>
      <w:r>
        <w:rPr>
          <w:b/>
        </w:rPr>
        <w:t xml:space="preserve">[42:03] </w:t>
      </w:r>
      <w:r>
        <w:t>Allah rabbul alameen ki hamd hai, yeh pehla kalma jo dunya mein hamein bolna hai.</w:t>
      </w:r>
    </w:p>
    <w:p>
      <w:pPr>
        <w:jc w:val="right"/>
      </w:pPr>
      <w:r>
        <w:t>اللہ رب العالمین کی حمد ہے، یہ پہلا کلمہ جو دنیا میں ہمیں بولنا ہے۔</w:t>
      </w:r>
    </w:p>
    <w:p>
      <w:r>
        <w:rPr>
          <w:b/>
        </w:rPr>
        <w:t xml:space="preserve">[42:08] </w:t>
      </w:r>
      <w:r>
        <w:t>har namaz mein parhte hain aap. phir akhirat mein hai ke jab Allah, jab log jannat mein ja chuke honge to jannat wale kahenge yahi kalma dobara:</w:t>
      </w:r>
    </w:p>
    <w:p>
      <w:pPr>
        <w:jc w:val="right"/>
      </w:pPr>
      <w:r>
        <w:t>ہر نماز میں پڑھتے ہیں آپ۔ پھر آخرت میں ہے کہ جب اللہ، جب لوگ جنت میں جا چکے ہوں گے تو جنت والے کہیں گے یہی کلمہ دوبارہ:</w:t>
      </w:r>
    </w:p>
    <w:p>
      <w:r>
        <w:rPr>
          <w:b/>
        </w:rPr>
        <w:t xml:space="preserve">[42:24] </w:t>
      </w:r>
      <w:r>
        <w:t>"wa qul alhamdulillah rabbul alameen". kya farq hai? yeh farq hai ke yahan yahan beginning hai aur wahan jari rahega.</w:t>
      </w:r>
    </w:p>
    <w:p>
      <w:pPr>
        <w:jc w:val="right"/>
      </w:pPr>
      <w:r>
        <w:t>"وقل الحمدللہ رب العالمین"۔ کیا فرق ہے؟ یہ فرق ہے کہ یہاں یہاں بگننگ ہے اور وہاں جاری رہے گا۔</w:t>
      </w:r>
    </w:p>
    <w:p>
      <w:r>
        <w:rPr>
          <w:b/>
        </w:rPr>
        <w:t xml:space="preserve">[42:33] </w:t>
      </w:r>
      <w:r>
        <w:t>phir bhi woh end to nahi kabhi hoga, tasalsul jari rahega. to "alhamdulillah rabbul alameen" ka jab process hai, woh shuru hota hai is dunya se</w:t>
      </w:r>
    </w:p>
    <w:p>
      <w:pPr>
        <w:jc w:val="right"/>
      </w:pPr>
      <w:r>
        <w:t>پھر بھی وہ اینڈ تو نہیں کبھی ہوگا، تسلسل جاری رہے گا۔ تو "الحمدللہ رب العالمین" کا جب پروسیس ہے، وہ شروع ہوتا ہے اس دنیا سے</w:t>
      </w:r>
    </w:p>
    <w:p>
      <w:r>
        <w:rPr>
          <w:b/>
        </w:rPr>
        <w:t xml:space="preserve">[42:43] </w:t>
      </w:r>
      <w:r>
        <w:t>aur chalta rehta hai akhirat tak. to yeh jo ayat hai ke sare darakht aur qalam ban jayen, sare samandar ink ban jayen, aur likha likhne likha jaye Allah ke baton ko, Allah ki greatness ko, to khatam nahi hoga.</w:t>
      </w:r>
    </w:p>
    <w:p>
      <w:pPr>
        <w:jc w:val="right"/>
      </w:pPr>
      <w:r>
        <w:t>اور چلتا رہتا ہے آخرت تک۔ تو یہ جو آیت ہے کہ سارے درخت اور قلم بن جائیں، سارے سمندر انک بن جائیں، اور لکھا لکھنے لکھا جائے اللہ کے باتوں کو، اللہ کی گریٹنس کو، تو ختم نہیں ہوگا۔</w:t>
      </w:r>
    </w:p>
    <w:p>
      <w:r>
        <w:rPr>
          <w:b/>
        </w:rPr>
        <w:t xml:space="preserve">[43:00] </w:t>
      </w:r>
      <w:r>
        <w:t>is ka matlab yeh nahi ke yeh sirf khabar hai,</w:t>
      </w:r>
    </w:p>
    <w:p>
      <w:pPr>
        <w:jc w:val="right"/>
      </w:pPr>
      <w:r>
        <w:t>اس کا مطلب یہ نہیں کہ یہ صرف خبر ہے،</w:t>
      </w:r>
    </w:p>
    <w:p>
      <w:r>
        <w:rPr>
          <w:b/>
        </w:rPr>
        <w:t xml:space="preserve">[43:02] </w:t>
      </w:r>
      <w:r>
        <w:t>yeh sirf boosting hai. nahi, yeh motivate kiya gaya hai ke insan kar yeh kaam. Allah ke yeh jo jalwe hain, Allah ke jo kalimaat hain, Allah ke jo aala hain,</w:t>
      </w:r>
    </w:p>
    <w:p>
      <w:pPr>
        <w:jc w:val="right"/>
      </w:pPr>
      <w:r>
        <w:t>یہ صرف بوسٹنگ ہے۔ نہیں، یہ موٹیویٹ کیا گیا ہے کہ انسان کر یہ کام۔ اللہ کے یہ جو جلوے ہیں، اللہ کے جو کلمات ہیں، اللہ کے جو اعلیٰ ہیں،</w:t>
      </w:r>
    </w:p>
    <w:p>
      <w:r>
        <w:rPr>
          <w:b/>
        </w:rPr>
        <w:t xml:space="preserve">[43:15] </w:t>
      </w:r>
      <w:r>
        <w:t>Allah ki jo nishaniyan hain, un ko daryaft kar, daryaft kar ke likh un ko</w:t>
      </w:r>
    </w:p>
    <w:p>
      <w:pPr>
        <w:jc w:val="right"/>
      </w:pPr>
      <w:r>
        <w:t>اللہ کی جو نشانیاں ہیں، ان کو دریافت کر، دریافت کر کے لکھ ان کو</w:t>
      </w:r>
    </w:p>
    <w:p>
      <w:r>
        <w:rPr>
          <w:b/>
        </w:rPr>
        <w:t xml:space="preserve">[43:20] </w:t>
      </w:r>
      <w:r>
        <w:t>taake logon ke liye marifat ka سرمایہ bane.</w:t>
      </w:r>
    </w:p>
    <w:p>
      <w:pPr>
        <w:jc w:val="right"/>
      </w:pPr>
      <w:r>
        <w:t>تاکہ لوگوں کے لیے معرفت کا سرمایہ بنے۔</w:t>
      </w:r>
    </w:p>
    <w:p>
      <w:r>
        <w:rPr>
          <w:b/>
        </w:rPr>
        <w:t xml:space="preserve">[43:25] </w:t>
      </w:r>
      <w:r>
        <w:t>lekin musalmanon ne kuch nahi kiya. to Allah ne khara kiya ahl-e-maghrib ko, aur yeh bhi quran woh hadith maujood hai.</w:t>
      </w:r>
    </w:p>
    <w:p>
      <w:pPr>
        <w:jc w:val="right"/>
      </w:pPr>
      <w:r>
        <w:t>لیکن مسلمانوں نے کچھ نہیں کیا۔ تو اللہ نے کھڑا کیا اہل مغرب کو، اور یہ بھی قرآن وہ حدیث موجود ہے۔</w:t>
      </w:r>
    </w:p>
    <w:p>
      <w:r>
        <w:rPr>
          <w:b/>
        </w:rPr>
        <w:t xml:space="preserve">[43:34] </w:t>
      </w:r>
      <w:r>
        <w:t>yeh baat bhi bukhari mein riwayat hai ke: "innalahud dinul fajir".</w:t>
      </w:r>
    </w:p>
    <w:p>
      <w:pPr>
        <w:jc w:val="right"/>
      </w:pPr>
      <w:r>
        <w:t>یہ بات بھی بخاری میں روایت ہے کہ: "ان اللہ الدین الفاجر"۔</w:t>
      </w:r>
    </w:p>
    <w:p>
      <w:r>
        <w:rPr>
          <w:b/>
        </w:rPr>
        <w:t xml:space="preserve">[43:43] </w:t>
      </w:r>
      <w:r>
        <w:t>Allah is deen ki taeed karega, yaani sainkaron logon ke zariye se bhi. Main samajhta hoon ke yeh peshangoi thi ke jab musalman jo hain fail ho jayenge to Allah sainkaron logon ko khara karega is kaam ke liye.</w:t>
      </w:r>
    </w:p>
    <w:p>
      <w:pPr>
        <w:jc w:val="right"/>
      </w:pPr>
      <w:r>
        <w:t>اللہ اس دین کی تائید کرے گا، یعنی سینکڑوں لوگوں کے ذریعے سے بھی۔ میں سمجھتا ہوں کہ یہ پیشنگوئی تھی کہ جب مسلمان جو ہیں فیل ہو جائیں گے تو اللہ سینکڑوں لوگوں کو کھڑا کرے گا اس کام کے لیے۔</w:t>
      </w:r>
    </w:p>
    <w:p>
      <w:r>
        <w:rPr>
          <w:b/>
        </w:rPr>
        <w:t xml:space="preserve">[44:02] </w:t>
      </w:r>
      <w:r>
        <w:t>Yeh jo hadith hai sahih bukhari mein, iska matlab yeh hai ke jab musalman fail ho jayenge, musalman jab unfold nahi kar payenge Allah ke kalmat ko, to Allah taala sainkaron logon ko khara karega.</w:t>
      </w:r>
    </w:p>
    <w:p>
      <w:pPr>
        <w:jc w:val="right"/>
      </w:pPr>
      <w:r>
        <w:t>یہ جو حدیث ہے صحیح بخاری میں، اس کا مطلب یہ ہے کہ جب مسلمان فیل ہو جائیں گے، مسلمان جب ان فولڈ نہیں کر پائیں گے اللہ کے کلمات کو، تو اللہ تعالیٰ سینکڑوں لوگوں کو کھڑا کرے گا۔</w:t>
      </w:r>
    </w:p>
    <w:p>
      <w:r>
        <w:rPr>
          <w:b/>
        </w:rPr>
        <w:t xml:space="preserve">[44:15] </w:t>
      </w:r>
      <w:r>
        <w:t>Woh isko unfold karenge, isko likhenge, iske insaaf ki video banayenge, iski kitabein tayyar karenge, is par libraryan bhar denge. Aur wohi hua.</w:t>
      </w:r>
    </w:p>
    <w:p>
      <w:pPr>
        <w:jc w:val="right"/>
      </w:pPr>
      <w:r>
        <w:t>وہ اس کو ان فولڈ کریں گے، اس کو لکھیں گے، اس کے انصاف کی ویڈیو بنائیں گے، اس کی کتابیں تیار کریں گے، اس پر لائبریریاں بھر دیں گے۔ اور وہی ہوا۔</w:t>
      </w:r>
    </w:p>
    <w:p>
      <w:r>
        <w:rPr>
          <w:b/>
        </w:rPr>
        <w:t xml:space="preserve">[44:29] </w:t>
      </w:r>
      <w:r>
        <w:t>Toh yeh jo science ke ramooz ko unfold kiya gaya hai, isi mein toh hai sara raaz: aala aala darje ka yaqeen Allah par, aala darje ka hubb shadeed Allah par, aala darje ka khauf Khuda, aala darje ka aala aala darje ka.</w:t>
      </w:r>
    </w:p>
    <w:p>
      <w:pPr>
        <w:jc w:val="right"/>
      </w:pPr>
      <w:r>
        <w:t>تو یہ جو سائنس کے رموز کو ان فولڈ کیا گیا ہے، اسی میں تو ہے سارا راز: اعلیٰ اعلیٰ درجے کا یقین اللہ پر، اعلیٰ درجے کا حب شدید اللہ پر، اعلیٰ درجے کا خوف خدا، اعلیٰ درجے کا اعلیٰ اعلیٰ درجے کا۔</w:t>
      </w:r>
    </w:p>
    <w:p>
      <w:r>
        <w:rPr>
          <w:b/>
        </w:rPr>
        <w:t xml:space="preserve">[44:46] </w:t>
      </w:r>
      <w:r>
        <w:t>Yeh sari cheezein jo hain, woh isi isi se hain,</w:t>
      </w:r>
    </w:p>
    <w:p>
      <w:pPr>
        <w:jc w:val="right"/>
      </w:pPr>
      <w:r>
        <w:t>یہ ساری چیزیں جو ہیں، وہ اسی اسی سے ہیں،</w:t>
      </w:r>
    </w:p>
    <w:p>
      <w:r>
        <w:rPr>
          <w:b/>
        </w:rPr>
        <w:t xml:space="preserve">[44:49] </w:t>
      </w:r>
      <w:r>
        <w:t>Yaani inhi uloom ke zariye se hain.</w:t>
      </w:r>
    </w:p>
    <w:p>
      <w:pPr>
        <w:jc w:val="right"/>
      </w:pPr>
      <w:r>
        <w:t>یعنی انہی علوم کے ذریعے سے ہیں۔</w:t>
      </w:r>
    </w:p>
    <w:p>
      <w:r>
        <w:rPr>
          <w:b/>
        </w:rPr>
        <w:t xml:space="preserve">[45:00] </w:t>
      </w:r>
      <w:r>
        <w:t>Toh musalman mehroom kyun hain? Na unke andar hubb shadeed payenge aap, na khauf shadeed payenge aap, na aala darje yaqeen payenge aap, na marifat payenge.</w:t>
      </w:r>
    </w:p>
    <w:p>
      <w:pPr>
        <w:jc w:val="right"/>
      </w:pPr>
      <w:r>
        <w:t>تو مسلمان محروم کیوں ہیں؟ نہ ان کے اندر حب شدید پائیں گے آپ، نہ خوف شدید پائیں گے آپ، نہ اعلیٰ درجے یقین پائیں گے آپ، نہ معرفت پائیں گے۔</w:t>
      </w:r>
    </w:p>
    <w:p>
      <w:r>
        <w:rPr>
          <w:b/>
        </w:rPr>
        <w:t xml:space="preserve">[45:09] </w:t>
      </w:r>
      <w:r>
        <w:t>Kyun? Unko dilchaspi nahi mutalliq se. Unhone toh sirf party chalana hai, leadership karna hai, aish o aaram karna hai, shadiyan kar ke paisa barbaad karna hai.</w:t>
      </w:r>
    </w:p>
    <w:p>
      <w:pPr>
        <w:jc w:val="right"/>
      </w:pPr>
      <w:r>
        <w:t>کیوں؟ ان کو دلچسپی نہیں متعلق سے۔ انہوں نے تو صرف پارٹی چلانا ہے، لیڈری کرنا ہے، عیش و آرام کرنا ہے، شادیاں کر کے پیسہ برباد کرنا ہے۔</w:t>
      </w:r>
    </w:p>
    <w:p>
      <w:r>
        <w:rPr>
          <w:b/>
        </w:rPr>
        <w:t xml:space="preserve">[45:18] </w:t>
      </w:r>
      <w:r>
        <w:t>Is mein yahi sab karna hai inko.</w:t>
      </w:r>
    </w:p>
    <w:p>
      <w:pPr>
        <w:jc w:val="right"/>
      </w:pPr>
      <w:r>
        <w:t>اس میں یہی سب کرنا ہے ان کو۔</w:t>
      </w:r>
    </w:p>
    <w:p>
      <w:r>
        <w:rPr>
          <w:b/>
        </w:rPr>
        <w:t xml:space="preserve">[45:26] </w:t>
      </w:r>
      <w:r>
        <w:t>Yaani Allah ne marifat ke darwaze khol diye, yaani ek ek ek kainat poori paida kar di, samandar ke samandar jo hai marifat ke baha diye.</w:t>
      </w:r>
    </w:p>
    <w:p>
      <w:pPr>
        <w:jc w:val="right"/>
      </w:pPr>
      <w:r>
        <w:t>یعنی اللہ نے معرفت کے دروازے کھول دیے، یعنی ایک ایک ایک کائنات پوری پیدا کر دی، سمندر کے سمندر جو ہے معرفت کے بہا دیے۔</w:t>
      </w:r>
    </w:p>
    <w:p>
      <w:r>
        <w:rPr>
          <w:b/>
        </w:rPr>
        <w:t xml:space="preserve">[45:38] </w:t>
      </w:r>
      <w:r>
        <w:t>Lekin logon ko na toh iski khabar hai, na iska shauq hai.</w:t>
      </w:r>
    </w:p>
    <w:p>
      <w:pPr>
        <w:jc w:val="right"/>
      </w:pPr>
      <w:r>
        <w:t>لیکن لوگوں کو نہ تو اس کی خبر ہے، نہ اس کا شوق ہے۔</w:t>
      </w:r>
    </w:p>
    <w:p>
      <w:r>
        <w:rPr>
          <w:b/>
        </w:rPr>
        <w:t xml:space="preserve">[45:44] </w:t>
      </w:r>
      <w:r>
        <w:t>Ab gaur kijiye ke is tarah se bekhabari mein jab hum marenge aur Allah ke haan puchenge, kya haal hoga hamara? Kya haal hoga hamara?</w:t>
      </w:r>
    </w:p>
    <w:p>
      <w:pPr>
        <w:jc w:val="right"/>
      </w:pPr>
      <w:r>
        <w:t>اب غور کیجئے کہ اس طرح سے بے خبری میں جب ہم مریں گے اور اللہ کے ہاں پہنچیں گے، کیا حال ہوگا ہمارا؟ کیا حال ہوگا ہمارا؟</w:t>
      </w:r>
    </w:p>
    <w:p>
      <w:r>
        <w:rPr>
          <w:b/>
        </w:rPr>
        <w:t xml:space="preserve">[45:58] </w:t>
      </w:r>
      <w:r>
        <w:t>Inhi logon ke bare mein Quran mein hai ke:</w:t>
      </w:r>
    </w:p>
    <w:p>
      <w:pPr>
        <w:jc w:val="right"/>
      </w:pPr>
      <w:r>
        <w:t>انہی لوگوں کے بارے میں قرآن میں ہے کہ:</w:t>
      </w:r>
    </w:p>
    <w:p>
      <w:r>
        <w:rPr>
          <w:b/>
        </w:rPr>
        <w:t xml:space="preserve">[46:02] </w:t>
      </w:r>
      <w:r>
        <w:t>"Man kan fi hadhihi aama fa huwa fil akhirati aama". Aise logon ke bare mein, aise bekhabaron ke bare mein, aise ghafil logon ke bare mein:</w:t>
      </w:r>
    </w:p>
    <w:p>
      <w:pPr>
        <w:jc w:val="right"/>
      </w:pPr>
      <w:r>
        <w:t>"من کان فییم فا فی الاخرتیم"۔ ایسے لوگوں کے بارے میں، ایسے بے خبروں کے بارے میں، ایسے غافل لوگوں کے بارے میں:</w:t>
      </w:r>
    </w:p>
    <w:p>
      <w:r>
        <w:rPr>
          <w:b/>
        </w:rPr>
        <w:t xml:space="preserve">[46:14] </w:t>
      </w:r>
      <w:r>
        <w:t>"Man kan fi hadhihi aama fa huwa fil akhirati aama". Jo is duniya mein andha raha, woh wahan bhi andha rahega.</w:t>
      </w:r>
    </w:p>
    <w:p>
      <w:pPr>
        <w:jc w:val="right"/>
      </w:pPr>
      <w:r>
        <w:t>"من کان فییم فا فی الاخرتیم"۔ جو اس دنیا میں اندھا رہا، وہ وہاں بھی اندھا رہے گا۔</w:t>
      </w:r>
    </w:p>
    <w:p>
      <w:r>
        <w:rPr>
          <w:b/>
        </w:rPr>
        <w:t xml:space="preserve">[46:25] </w:t>
      </w:r>
      <w:r>
        <w:t>Jo is duniya mein andha raha, woh wahan bhi andha rahega. Ka matlab kya hai? Yeh aankh di gayi thi ke is aankh se aap Allah ke jalwon ko dekhen.</w:t>
      </w:r>
    </w:p>
    <w:p>
      <w:pPr>
        <w:jc w:val="right"/>
      </w:pPr>
      <w:r>
        <w:t>جو اس دنیا میں اندھا رہا، وہ وہاں بھی اندھا رہے گا۔ کا مطلب کیا ہے؟ یہ آنکھ دی گئی تھی کہ اس آنکھ سے آپ اللہ کے جلووں کو دیکھیں۔</w:t>
      </w:r>
    </w:p>
    <w:p>
      <w:r>
        <w:rPr>
          <w:b/>
        </w:rPr>
        <w:t xml:space="preserve">[46:35] </w:t>
      </w:r>
      <w:r>
        <w:t>Yeh aankh di gayi thi aap is se Allah ke kalmat ko dekhen. Yeh aankh di gayi thi aap is se Allah ki nishaniyon ko dekhen.</w:t>
      </w:r>
    </w:p>
    <w:p>
      <w:pPr>
        <w:jc w:val="right"/>
      </w:pPr>
      <w:r>
        <w:t>یہ آنکھ دی گئی تھی آپ اس سے اللہ کے کلمات کو دیکھیں۔ یہ آنکھ دی گئی تھی آپ اس سے اللہ کی نشانیوں کو دیکھیں۔</w:t>
      </w:r>
    </w:p>
    <w:p>
      <w:r>
        <w:rPr>
          <w:b/>
        </w:rPr>
        <w:t xml:space="preserve">[46:43] </w:t>
      </w:r>
      <w:r>
        <w:t>Lekin aap ne dekha nahi. Toh kya anjam hoga? Khuda kahega: "Jao, tum duniya mein andhe ho toh yahan bhi andhe raho, bhatakte raho, andhe".</w:t>
      </w:r>
    </w:p>
    <w:p>
      <w:pPr>
        <w:jc w:val="right"/>
      </w:pPr>
      <w:r>
        <w:t>لیکن آپ نے دیکھا نہیں۔ تو کیا انجام ہوگا؟ خدا کہے گا: "جاؤ، تم دنیا میں اندھے ہو تو یہاں بھی اندھے رہو، بھٹکتے رہو، اندھے"۔</w:t>
      </w:r>
    </w:p>
    <w:p>
      <w:r>
        <w:rPr>
          <w:b/>
        </w:rPr>
        <w:t xml:space="preserve">[46:56] </w:t>
      </w:r>
      <w:r>
        <w:t>Yeh matlab hai is ayat ka ke Allah ke jalwon ko dekhne ke liye insaan andha ban gaya.</w:t>
      </w:r>
    </w:p>
    <w:p>
      <w:pPr>
        <w:jc w:val="right"/>
      </w:pPr>
      <w:r>
        <w:t>یہ مطلب ہے اس آیت کا کہ اللہ کے جلووں کو دیکھنے کے لیے انسان اندھا بن گیا۔</w:t>
      </w:r>
    </w:p>
    <w:p>
      <w:r>
        <w:rPr>
          <w:b/>
        </w:rPr>
        <w:t xml:space="preserve">[47:04] </w:t>
      </w:r>
      <w:r>
        <w:t>Allah ki ayatein, Allah ke kalmat, Allah ke jo aala Allah unko kaha gaya hai, unko dekhne ke liye insaan andha ban gaya.</w:t>
      </w:r>
    </w:p>
    <w:p>
      <w:pPr>
        <w:jc w:val="right"/>
      </w:pPr>
      <w:r>
        <w:t>اللہ کی آیات، اللہ کے کلمات، اللہ کے جو اعلیٰ اللہ ان کو کہا گیا ہے، ان کو دیکھنے کے لیے انسان اندھا بن گیا۔</w:t>
      </w:r>
    </w:p>
    <w:p>
      <w:r>
        <w:rPr>
          <w:b/>
        </w:rPr>
        <w:t xml:space="preserve">[47:15] </w:t>
      </w:r>
      <w:r>
        <w:t>Is se isne aala yaqeen nahi liya, aala darje ka khauf Khuda nahi liya, hubb shadeed nahi liya. Toh woh andha tha, woh Allah ki nazar mein.</w:t>
      </w:r>
    </w:p>
    <w:p>
      <w:pPr>
        <w:jc w:val="right"/>
      </w:pPr>
      <w:r>
        <w:t>اس سے اس نے اعلیٰ یقین نہیں لیا، اعلیٰ درجے کا خوف خدا نہیں لیا، حب شدید نہیں لیا۔ تو وہ اندھا تھا، وہ اللہ کی نظر میں۔</w:t>
      </w:r>
    </w:p>
    <w:p>
      <w:r>
        <w:rPr>
          <w:b/>
        </w:rPr>
        <w:t xml:space="preserve">[47:25] </w:t>
      </w:r>
      <w:r>
        <w:t>Toh jo yahan andha raha, Khuda kahe ke: "Jao, abhi dobara toh andhe ho jao,</w:t>
      </w:r>
    </w:p>
    <w:p>
      <w:pPr>
        <w:jc w:val="right"/>
      </w:pPr>
      <w:r>
        <w:t>تو جو یہاں اندھا رہا، خدا کہے کہ: "جاؤ، ابھی دوبارہ تو اندھے ہو جاؤ،</w:t>
      </w:r>
    </w:p>
    <w:p>
      <w:r>
        <w:rPr>
          <w:b/>
        </w:rPr>
        <w:t xml:space="preserve">[47:31] </w:t>
      </w:r>
      <w:r>
        <w:t>Jao, door ho jao". Phir aap dekhte hain is waqt insaan ka kya haal hoga?</w:t>
      </w:r>
    </w:p>
    <w:p>
      <w:pPr>
        <w:jc w:val="right"/>
      </w:pPr>
      <w:r>
        <w:t>جاؤ، دور ہو جاؤ"۔ پھر آپ دیکھتے ہیں اس وقت انسان کا کیا حال ہوگا؟</w:t>
      </w:r>
    </w:p>
    <w:p>
      <w:r>
        <w:rPr>
          <w:b/>
        </w:rPr>
        <w:t xml:space="preserve">[47:44] </w:t>
      </w:r>
      <w:r>
        <w:t>Jangalon mein bhatko, sara bhatko, andhe bankar ke. Yahan tumhare liye kuch nahi hai.</w:t>
      </w:r>
    </w:p>
    <w:p>
      <w:pPr>
        <w:jc w:val="right"/>
      </w:pPr>
      <w:r>
        <w:t>جنگلوں میں بھٹکو، سارا بھٹکو، اندھے بن کر کے۔ یہاں تمہارے لیے کچھ نہیں ہے۔</w:t>
      </w:r>
    </w:p>
    <w:p>
      <w:r>
        <w:rPr>
          <w:b/>
        </w:rPr>
        <w:t xml:space="preserve">[47:58] </w:t>
      </w:r>
      <w:r>
        <w:t>to yeh saada baat nahi hai. log samajhte hain ke ritual qism ki namazein parh lo aur jannat mein chale jao. yeh bilashuba baseless hai, batil hai. bilkul, yaani rak'at ginte hain aur ritual qism ki namazein parhte hain, woh samajhte hain ke jannat mein chale jayenge.</w:t>
      </w:r>
    </w:p>
    <w:p>
      <w:pPr>
        <w:jc w:val="right"/>
      </w:pPr>
      <w:r>
        <w:t>تو یہ سادہ بات نہیں ہے۔ لوگ سمجھتے ہیں کہ ریچول قسم کی نمازیں پڑھ لو اور جنت میں چلے جاؤ۔ یہ بلاشبہ بیسلیس ہے، باطل ہے۔ بالکل، یعنی رکعت گنتے ہیں اور ریچول قسم کی نمازیں پڑھتے ہیں، وہ سمجھتے ہیں کہ جنت میں چلے جائیں گے۔</w:t>
      </w:r>
    </w:p>
    <w:p>
      <w:r>
        <w:rPr>
          <w:b/>
        </w:rPr>
        <w:t xml:space="preserve">[48:20] </w:t>
      </w:r>
      <w:r>
        <w:t>dekhein, mein aap ko aik hadith sunata hoon jis masjid nabwi ke baray mein aap mante hain ke wahan par namaz ka gunah pachas hazar guna zyada sawab hai. madine ki masjid nabwi, wahan par rasool Allah baithe hue thay.</w:t>
      </w:r>
    </w:p>
    <w:p>
      <w:pPr>
        <w:jc w:val="right"/>
      </w:pPr>
      <w:r>
        <w:t>دیکھیں، میں آپ کو ایک حدیث سناتا ہوں جس مسجد نبوی کے بارے میں آپ مانتے ہیں کہ وہاں پر نماز کا گناہ پچاس ہزار گنا زیادہ ثواب ہے۔ مدینے کی مسجد نبوی، وہاں پر رسول اللہ بیٹھے ہوئے تھے۔</w:t>
      </w:r>
    </w:p>
    <w:p>
      <w:r>
        <w:rPr>
          <w:b/>
        </w:rPr>
        <w:t xml:space="preserve">[48:34] </w:t>
      </w:r>
      <w:r>
        <w:t>aik shakhs aata hai aur namaz parhta hai,</w:t>
      </w:r>
    </w:p>
    <w:p>
      <w:pPr>
        <w:jc w:val="right"/>
      </w:pPr>
      <w:r>
        <w:t>ایک شخص آتا ہے اور نماز پڑھتا ہے،</w:t>
      </w:r>
    </w:p>
    <w:p>
      <w:r>
        <w:rPr>
          <w:b/>
        </w:rPr>
        <w:t xml:space="preserve">[48:38] </w:t>
      </w:r>
      <w:r>
        <w:t>parh kar rasool Allah ke paas aata hai milne ke liye. to aap farmate hain: "kya irji' fasalli, fa'innaka lam tusalli?" jao, phir se namaz parho.</w:t>
      </w:r>
    </w:p>
    <w:p>
      <w:pPr>
        <w:jc w:val="right"/>
      </w:pPr>
      <w:r>
        <w:t>پڑھ کر رسول اللہ کے پاس آتا ہے ملنے کے لیے۔ تو آپ فرماتے ہیں: "کیا ارج فصل فنک لم تصل؟" جاؤ، پھر سے نماز پڑھو۔</w:t>
      </w:r>
    </w:p>
    <w:p>
      <w:r>
        <w:rPr>
          <w:b/>
        </w:rPr>
        <w:t xml:space="preserve">[48:51] </w:t>
      </w:r>
      <w:r>
        <w:t>koi to, kyunke tum ne namaz nahi parhi. halanke us ne rak'atein ki theen, qiyam kiya tha, sajda kiya tha, sab kuch kiya tha us ne.</w:t>
      </w:r>
    </w:p>
    <w:p>
      <w:pPr>
        <w:jc w:val="right"/>
      </w:pPr>
      <w:r>
        <w:t>کوئی تو، کیونکہ تم نے نماز نہیں پڑھی۔ حالانکہ اس نے رکعتیں کی تھیں، قیام کیا تھا، سجدہ کیا تھا، سب کچھ کیا تھا اس نے۔</w:t>
      </w:r>
    </w:p>
    <w:p>
      <w:r>
        <w:rPr>
          <w:b/>
        </w:rPr>
        <w:t xml:space="preserve">[49:01] </w:t>
      </w:r>
      <w:r>
        <w:t>us shakal ke aitbar se us ne wohi namaz ada ki thi jis ko aap namaz kehte hain. aap ne farmaya ke: "irji' fasalli, fa'innaka lam tusalli?"</w:t>
      </w:r>
    </w:p>
    <w:p>
      <w:pPr>
        <w:jc w:val="right"/>
      </w:pPr>
      <w:r>
        <w:t>اس شکل کے اعتبار سے اس نے وہی نماز ادا کی تھی جس کو آپ نماز کہتے ہیں۔ آپ نے فرمایا کہ: "ارج فصل فنک لم تصل؟"</w:t>
      </w:r>
    </w:p>
    <w:p>
      <w:r>
        <w:rPr>
          <w:b/>
        </w:rPr>
        <w:t xml:space="preserve">[49:13] </w:t>
      </w:r>
      <w:r>
        <w:t>to namaz, namaz harkaat ka naam nahi hai, ashkaal ka naam nahi hai, rituals ka naam nahi hai. namaz to hai hubb-e-shadeed mein jeene ka, Allah ke khauf mein jeene ka, Allah ki glory mein jeene ka, Allah ki greatness ka aitraf karne ka.</w:t>
      </w:r>
    </w:p>
    <w:p>
      <w:pPr>
        <w:jc w:val="right"/>
      </w:pPr>
      <w:r>
        <w:t>تو نماز، نماز حرکات کا نام نہیں ہے، اشکال کا نام نہیں ہے، ریچولز کا نام نہیں ہے۔ نماز تو ہے حب شدید میں جینے کا، اللہ کے خوف میں جینے کا، اللہ کی گلوری میں جینے کا، اللہ کی گریٹنس کا اعتراف کرنے کا۔</w:t>
      </w:r>
    </w:p>
    <w:p>
      <w:r>
        <w:rPr>
          <w:b/>
        </w:rPr>
        <w:t xml:space="preserve">[49:32] </w:t>
      </w:r>
      <w:r>
        <w:t>jab aap sajde mein jayen to aap ki sari rooh mein yeh کیفیت bhar jaye ke: "khudaya, mein teri greatness ka aitraf karta hoon, teri barhai ka aitraf karta hoon, teri azmat ka aitraf karta hoon, mein apne sar sajde mein rakhta hoon."</w:t>
      </w:r>
    </w:p>
    <w:p>
      <w:pPr>
        <w:jc w:val="right"/>
      </w:pPr>
      <w:r>
        <w:t>جب آپ سجدے میں جائیں تو آپ کی ساری روح میں یہ کیفیت بھر جائے کہ: "خدایا، میں تیری گریٹنس کا اعتراف کرتا ہوں، تیری بڑائی کا اعتراف کرتا ہوں، تیری عظمت کا اعتراف کرتا ہوں، میں اپنے سر سجدے میں رکھتا ہوں۔"</w:t>
      </w:r>
    </w:p>
    <w:p>
      <w:r>
        <w:rPr>
          <w:b/>
        </w:rPr>
        <w:t xml:space="preserve">[49:52] </w:t>
      </w:r>
      <w:r>
        <w:t>to namaz jo hai, in kaifiyat ka jismani zahoor hai. yeh nahi to phir namaz hi nahi, woh kuch bhi nahi. woh wohi Quran mein hai ke: "fa-waylun lil musalleen".</w:t>
      </w:r>
    </w:p>
    <w:p>
      <w:pPr>
        <w:jc w:val="right"/>
      </w:pPr>
      <w:r>
        <w:t>تو نماز جو ہے، ان کیفیات کا جسمانی ظہور ہے۔ یہ نہیں تو پھر نماز ہی نہیں، وہ کچھ بھی نہیں۔ وہ وہی قرآن میں ہے کہ: "فویل المصلین"۔</w:t>
      </w:r>
    </w:p>
    <w:p>
      <w:r>
        <w:rPr>
          <w:b/>
        </w:rPr>
        <w:t xml:space="preserve">[50:04] </w:t>
      </w:r>
      <w:r>
        <w:t>aise namaziyon ki kharabi hai.</w:t>
      </w:r>
    </w:p>
    <w:p>
      <w:pPr>
        <w:jc w:val="right"/>
      </w:pPr>
      <w:r>
        <w:t>ایسے نمازیوں کی خرابی ہے۔</w:t>
      </w:r>
    </w:p>
    <w:p>
      <w:r>
        <w:rPr>
          <w:b/>
        </w:rPr>
        <w:t xml:space="preserve">[50:10] </w:t>
      </w:r>
      <w:r>
        <w:t>yaani woh namaz aap, yaani is, yaani aadmi khud to samjhe ke mein namaz parh raha hoon aur Quran mein hai ke wayl hai, us par woh kharabi hai, us par yaani woh qabil-e-saza hai, woh namaz.</w:t>
      </w:r>
    </w:p>
    <w:p>
      <w:pPr>
        <w:jc w:val="right"/>
      </w:pPr>
      <w:r>
        <w:t>یعنی وہ نماز آپ، یعنی اس، یعنی آدمی خود تو سمجھے کہ میں نماز پڑھ رہا ہوں اور قرآن میں ہے کہ ویل ہے، اس پر وہ خرابی ہے، اس پر یعنی وہ قابل سزا ہے، وہ نماز۔</w:t>
      </w:r>
    </w:p>
    <w:p>
      <w:r>
        <w:rPr>
          <w:b/>
        </w:rPr>
        <w:t xml:space="preserve">[50:28] </w:t>
      </w:r>
      <w:r>
        <w:t>to dekhein, jab tak aap ka, yaani jab aap ko shaoor ke darjay mein aala iman nahi milega, jab tak imani kaifiyat ka samandar nahi ublega aap ke zehn ke andar,</w:t>
      </w:r>
    </w:p>
    <w:p>
      <w:pPr>
        <w:jc w:val="right"/>
      </w:pPr>
      <w:r>
        <w:t>تو دیکھیں، جب تک آپ کا، یعنی جب آپ کو شعور کے درجے میں اعلیٰ ایمان نہیں ملے گا، جب تک ایمانی کیفیات کا سمندر نہیں ابلے گا آپ کے ذہن کے اندر،</w:t>
      </w:r>
    </w:p>
    <w:p>
      <w:r>
        <w:rPr>
          <w:b/>
        </w:rPr>
        <w:t xml:space="preserve">[50:42] </w:t>
      </w:r>
      <w:r>
        <w:t>aap Allah ke jo qawaneen hain, Allah ki jo science hai, Allah ki jo fitrat hai, us se apna apne zehn ko</w:t>
      </w:r>
    </w:p>
    <w:p>
      <w:pPr>
        <w:jc w:val="right"/>
      </w:pPr>
      <w:r>
        <w:t>آپ اللہ کے جو قوانین ہیں، اللہ کی جو سائنس ہے، اللہ کی جو فطرت ہے، اس سے اپنا اپنے ذہن کو</w:t>
      </w:r>
    </w:p>
    <w:p>
      <w:r>
        <w:rPr>
          <w:b/>
        </w:rPr>
        <w:t xml:space="preserve">[50:49] </w:t>
      </w:r>
      <w:r>
        <w:t>roshan nahi karenge, tab tak na aap ki namazon mein jaan hai, na rozon mein jaan hai, na haj mein jaan hai, kuch hi bhi kuch jaan nahi hai.</w:t>
      </w:r>
    </w:p>
    <w:p>
      <w:pPr>
        <w:jc w:val="right"/>
      </w:pPr>
      <w:r>
        <w:t>روشن نہیں کریں گے، تب تک نہ آپ کی نمازوں میں جان ہے، نہ روزوں میں جان ہے، نہ حج میں جان ہے، کچھ ہی بھی کچھ جان نہیں ہے۔</w:t>
      </w:r>
    </w:p>
    <w:p>
      <w:r>
        <w:rPr>
          <w:b/>
        </w:rPr>
        <w:t xml:space="preserve">[51:00] </w:t>
      </w:r>
      <w:r>
        <w:t>yeh sab cheezein jo mein arz kar raha hoon, isi se ibadat mein jaan aati hai, is se yaani zindagi rabbani zindagi banti hai.</w:t>
      </w:r>
    </w:p>
    <w:p>
      <w:pPr>
        <w:jc w:val="right"/>
      </w:pPr>
      <w:r>
        <w:t>یہ سب چیزیں جو میں عرض کر رہا ہوں، اسی سے عبادت میں جان آتی ہے، اس سے یعنی زندگی ربانی زندگی بنتی ہے۔</w:t>
      </w:r>
    </w:p>
    <w:p>
      <w:r>
        <w:rPr>
          <w:b/>
        </w:rPr>
        <w:t xml:space="preserve">[51:13] </w:t>
      </w:r>
      <w:r>
        <w:t>aik sahabi kehte hain ke: "ta'allamu al-iman, ta'allamu al-iman, thumma ta'allamu al-Quran". yaani pehle hum ne iman seekha, phir hum ne Quran seekha.</w:t>
      </w:r>
    </w:p>
    <w:p>
      <w:pPr>
        <w:jc w:val="right"/>
      </w:pPr>
      <w:r>
        <w:t>ایک صحابی کہتے ہیں کہ: "تعلم الایمان، تعلم الایمان، ثم تعلم القرآن"۔ یعنی پہلے ہم نے ایمان سیکھا، پھر ہم نے قرآن سیکھا۔</w:t>
      </w:r>
    </w:p>
    <w:p>
      <w:r>
        <w:rPr>
          <w:b/>
        </w:rPr>
        <w:t xml:space="preserve">[51:22] </w:t>
      </w:r>
      <w:r>
        <w:t>is ka matlab kya hai? is ka matlab yahi hai ke pehle marifat aati hai, phir ibadat aati hai.</w:t>
      </w:r>
    </w:p>
    <w:p>
      <w:pPr>
        <w:jc w:val="right"/>
      </w:pPr>
      <w:r>
        <w:t>اس کا مطلب کیا ہے؟ اس کا مطلب یہی ہے کہ پہلے معرفت آتی ہے، پھر عبادت آتی ہے۔</w:t>
      </w:r>
    </w:p>
    <w:p>
      <w:r>
        <w:rPr>
          <w:b/>
        </w:rPr>
        <w:t xml:space="preserve">[51:32] </w:t>
      </w:r>
      <w:r>
        <w:t>pehlay marifat aati hai, sab islami zindagi aati hai.</w:t>
      </w:r>
    </w:p>
    <w:p>
      <w:pPr>
        <w:jc w:val="right"/>
      </w:pPr>
      <w:r>
        <w:t>پہلے معرفت آتی ہے، سب اسلامی زندگی آتی ہے۔</w:t>
      </w:r>
    </w:p>
    <w:p>
      <w:r>
        <w:rPr>
          <w:b/>
        </w:rPr>
        <w:t xml:space="preserve">[51:37] </w:t>
      </w:r>
      <w:r>
        <w:t>pehlay marifat aati hai, phir woh sari ibadat, akhlaq ka nizam aata hai, jis ko hum Islam kehte hain. marifat nahi to kuch bhi nahi.</w:t>
      </w:r>
    </w:p>
    <w:p>
      <w:pPr>
        <w:jc w:val="right"/>
      </w:pPr>
      <w:r>
        <w:t>پہلے معرفت آتی ہے، پھر وہ ساری عبادات، اخلاق کا نظام آتا ہے، جس کو ہم اسلام کہتے ہیں۔ معرفت نہیں تو کچھ بھی نہیں۔</w:t>
      </w:r>
    </w:p>
    <w:p>
      <w:r>
        <w:rPr>
          <w:b/>
        </w:rPr>
        <w:t xml:space="preserve">[51:50] </w:t>
      </w:r>
      <w:r>
        <w:t>to marifat ka raaz jo tha, woh sab bhar diya tha Allah taala ne is kainat mein ke is ko discover karo, is se apne apne zehn ko bashaoor banao, is se roshni hasil karo, is se apne iman mein izafa karo</w:t>
      </w:r>
    </w:p>
    <w:p>
      <w:pPr>
        <w:jc w:val="right"/>
      </w:pPr>
      <w:r>
        <w:t>تو معرفت کا راز جو تھا، وہ سب بھر دیا تھا اللہ تعالیٰ نے اس کائنات میں کہ اس کو ڈسکور کرو، اس سے اپنے اپنے ذہن کو باشعور بناؤ، اس سے روشنی حاصل کرو، اس سے اپنے ایمان میں اضافہ کرو</w:t>
      </w:r>
    </w:p>
    <w:p>
      <w:r>
        <w:rPr>
          <w:b/>
        </w:rPr>
        <w:t xml:space="preserve">[52:11] </w:t>
      </w:r>
      <w:r>
        <w:t>taake to woh namazon mein jaan aaye, tumhari dealing mein jaan aaye, tumhari zindagi mein jaan aaye, tumhare haj mein, har cheez mein jaan aaye.</w:t>
      </w:r>
    </w:p>
    <w:p>
      <w:pPr>
        <w:jc w:val="right"/>
      </w:pPr>
      <w:r>
        <w:t>تاکہ تو وہ نمازوں میں جان آئے، تمہاری ڈیلنگ میں جان آئے، تمہاری زندگیوں میں جان آئے، تمہارے حج میں، ہر چیز میں جان آئے۔</w:t>
      </w:r>
    </w:p>
    <w:p>
      <w:r>
        <w:rPr>
          <w:b/>
        </w:rPr>
        <w:t xml:space="preserve">[52:22] </w:t>
      </w:r>
      <w:r>
        <w:t>to bazahir musalmanon mein sargarmian har qism ki hain, lekin is mein jaan kuch bhi nahi.</w:t>
      </w:r>
    </w:p>
    <w:p>
      <w:pPr>
        <w:jc w:val="right"/>
      </w:pPr>
      <w:r>
        <w:t>تو بظاہر مسلمانوں میں سرگرمیاں ہر قسم کی ہیں، لیکن اس میں جان کچھ بھی نہیں۔</w:t>
      </w:r>
    </w:p>
    <w:p>
      <w:r>
        <w:rPr>
          <w:b/>
        </w:rPr>
        <w:t xml:space="preserve">[52:29] </w:t>
      </w:r>
      <w:r>
        <w:t>jaisa ke hadith mein aaya hai ke aik zamana aayega ke masjidain bhari hongi, lekin woh khushu' se khali hongi.</w:t>
      </w:r>
    </w:p>
    <w:p>
      <w:pPr>
        <w:jc w:val="right"/>
      </w:pPr>
      <w:r>
        <w:t>جیسا کہ حدیث میں آیا ہے کہ ایک زمانہ آئے گا کہ مسجدیں بھری ہوں گی، لیکن وہ خشوع سے خالی ہوں گی۔</w:t>
      </w:r>
    </w:p>
    <w:p>
      <w:r>
        <w:rPr>
          <w:b/>
        </w:rPr>
        <w:t xml:space="preserve">[52:44] </w:t>
      </w:r>
      <w:r>
        <w:t>bohat ajeeb baat hai ke masjidain, yaani namaziyon se bhari hongi, lekin khushu' se khali hongi.</w:t>
      </w:r>
    </w:p>
    <w:p>
      <w:pPr>
        <w:jc w:val="right"/>
      </w:pPr>
      <w:r>
        <w:t>بہت عجیب بات ہے کہ مسجدیں، یعنی نمازیوں سے بھری ہوں گی، لیکن خشوع سے خالی ہوں گی۔</w:t>
      </w:r>
    </w:p>
    <w:p>
      <w:r>
        <w:rPr>
          <w:b/>
        </w:rPr>
        <w:t xml:space="preserve">[52:54] </w:t>
      </w:r>
      <w:r>
        <w:t>hatta la tarakhsha masajid wa ma'amara kharaba. yahi to hai, yeh</w:t>
      </w:r>
    </w:p>
    <w:p>
      <w:pPr>
        <w:jc w:val="right"/>
      </w:pPr>
      <w:r>
        <w:t>حتیٰ لا ترا خاشا مساجد و معامرہ خرابہ۔ یہی تو ہے، یہ</w:t>
      </w:r>
    </w:p>
    <w:p>
      <w:r>
        <w:rPr>
          <w:b/>
        </w:rPr>
        <w:t xml:space="preserve">[53:02] </w:t>
      </w:r>
      <w:r>
        <w:t>yahi to advana hai. to masjidain bharna kuch bhi nahi hai. yaad rakhiye, masjidain bharna kuch nahi hai. asal bharna dimagh ko bharna hai.</w:t>
      </w:r>
    </w:p>
    <w:p>
      <w:pPr>
        <w:jc w:val="right"/>
      </w:pPr>
      <w:r>
        <w:t>یہی تو ادوانہ ہے۔ تو مسجدیں بھرنا کچھ بھی نہیں ہے۔ یاد رکھیے، مسجدیں بھرنا کچھ نہیں ہے۔ اصل بھرنا دماغ کو بھرنا ہے۔</w:t>
      </w:r>
    </w:p>
    <w:p>
      <w:r>
        <w:rPr>
          <w:b/>
        </w:rPr>
        <w:t xml:space="preserve">[53:11] </w:t>
      </w:r>
      <w:r>
        <w:t>aap log fakhr karte hain ke hum ne masjidain bhardin, aur dimagh to khali pada hua hai.</w:t>
      </w:r>
    </w:p>
    <w:p>
      <w:pPr>
        <w:jc w:val="right"/>
      </w:pPr>
      <w:r>
        <w:t>آپ لوگ فخر کرتے ہیں کہ ہم نے مسجدیں بھر دیں، اور دماغ تو خالی پڑا ہوا ہے۔</w:t>
      </w:r>
    </w:p>
    <w:p>
      <w:r>
        <w:rPr>
          <w:b/>
        </w:rPr>
        <w:t xml:space="preserve">[53:22] </w:t>
      </w:r>
      <w:r>
        <w:t>masjidain bharna kuch bhi nahi jab tak aap dimagh ko na bharein. matlab jab tak aap ka shaoor mein izafa na ho, aap ki soch mein izafa na ho, yani intellectual level par jab tak aap ke andar ye ye sab rabaniyat na aaye,</w:t>
      </w:r>
    </w:p>
    <w:p>
      <w:pPr>
        <w:jc w:val="right"/>
      </w:pPr>
      <w:r>
        <w:t>مسجدیں بھرنا کچھ بھی نہیں جب تک آپ دماغ کو نہ بھریں۔ مطلب جب تک آپ کا شعور میں اضافہ نہ ہو، آپ کی سوچ میں اضافہ نہ ہو، یعنی انٹلیکچول لیول پر جب تک آپ کے اندر یہ یہ سب ربانیت نہ آئے،</w:t>
      </w:r>
    </w:p>
    <w:p>
      <w:r>
        <w:rPr>
          <w:b/>
        </w:rPr>
        <w:t xml:space="preserve">[53:43] </w:t>
      </w:r>
      <w:r>
        <w:t>tab tak ibadaton mein kuch, yani ibadaten bilkul be rooh hongi, sokhi lakri ki tarah hongi.</w:t>
      </w:r>
    </w:p>
    <w:p>
      <w:pPr>
        <w:jc w:val="right"/>
      </w:pPr>
      <w:r>
        <w:t>تب تک عبادتوں میں کچھ، یعنی عبادتیں بالکل بے روح ہوں گی، سوکھی لکڑی کی طرح ہوں گی۔</w:t>
      </w:r>
    </w:p>
    <w:p>
      <w:r>
        <w:rPr>
          <w:b/>
        </w:rPr>
        <w:t xml:space="preserve">[53:51] </w:t>
      </w:r>
      <w:r>
        <w:t>in ka koi Allah taala ko aise namazon ki hajat nahi.</w:t>
      </w:r>
    </w:p>
    <w:p>
      <w:pPr>
        <w:jc w:val="right"/>
      </w:pPr>
      <w:r>
        <w:t>ان کا کوئی اللہ تعالیٰ کو ایسے نمازوں کی حاجت نہیں۔</w:t>
      </w:r>
    </w:p>
    <w:p>
      <w:r>
        <w:rPr>
          <w:b/>
        </w:rPr>
        <w:t xml:space="preserve">[54:04] </w:t>
      </w:r>
      <w:r>
        <w:t>to musalmanon mein is waqt jo dekh rahe hain, hum ke stagnation hai, aur logon se, doosron se nafrat karna hai, lad bhi rahe hain.</w:t>
      </w:r>
    </w:p>
    <w:p>
      <w:pPr>
        <w:jc w:val="right"/>
      </w:pPr>
      <w:r>
        <w:t>تو مسلمانوں میں اس وقت جو دیکھ رہے ہیں، ہم کہ اسٹیکنیشن ہے، اور لوگوں سے، دوسروں سے نفرت کرنا ہے، لڑ بھی رہے ہیں۔</w:t>
      </w:r>
    </w:p>
    <w:p>
      <w:r>
        <w:rPr>
          <w:b/>
        </w:rPr>
        <w:t xml:space="preserve">[54:15] </w:t>
      </w:r>
      <w:r>
        <w:t>in ke andar logon ki khar khayi nahi, dawat Allah ki jazba nahi,</w:t>
      </w:r>
    </w:p>
    <w:p>
      <w:pPr>
        <w:jc w:val="right"/>
      </w:pPr>
      <w:r>
        <w:t>ان کے اندر لوگوں کی خرخائی نہیں، دعوت اللہ کی جذبہ نہیں،</w:t>
      </w:r>
    </w:p>
    <w:p>
      <w:r>
        <w:rPr>
          <w:b/>
        </w:rPr>
        <w:t xml:space="preserve">[54:24] </w:t>
      </w:r>
      <w:r>
        <w:t>in ke andar rabbani kaifiyat nahi. ye sab kyun hai? ye sab isi liye hai ke hum ne intellectual level par apne aap ko, yani wo rabbani insan banaya nahi, aur is ka jo raaz tha, wo uloom-e-fitrat the, is se hum be be be bara reh gaye.</w:t>
      </w:r>
    </w:p>
    <w:p>
      <w:pPr>
        <w:jc w:val="right"/>
      </w:pPr>
      <w:r>
        <w:t>ان کے اندر ربانی کیفیت نہیں۔ یہ سب کیوں ہے؟ یہ سب اسی لیے ہے کہ ہم نے انٹلیکچول لیول پر اپنے آپ کو، یعنی وہ ربانی انسان بنایا نہیں، اور اس کا جو راز تھا، وہ علوم فطرت تھے، اس سے ہم بے بے بے برا رہ گئے۔</w:t>
      </w:r>
    </w:p>
    <w:p>
      <w:r>
        <w:rPr>
          <w:b/>
        </w:rPr>
        <w:t xml:space="preserve">[54:48] </w:t>
      </w:r>
      <w:r>
        <w:t>to ye baaten jo hain, bohat zyada sochne ki hain.</w:t>
      </w:r>
    </w:p>
    <w:p>
      <w:pPr>
        <w:jc w:val="right"/>
      </w:pPr>
      <w:r>
        <w:t>تو یہ باتیں جو ہیں، بہت زیادہ سوچنے کی ہیں۔</w:t>
      </w:r>
    </w:p>
    <w:p>
      <w:r>
        <w:rPr>
          <w:b/>
        </w:rPr>
        <w:t xml:space="preserve">[54:58] </w:t>
      </w:r>
      <w:r>
        <w:t>main rozana sochta rehta hoon ke ye insan jo Allah ki nematton se faida utha raha hai, aur etiraf nahi karta in nematton ke, yani jo nematain aayin hain, jo in in jadeed technology ke zariye se, is se khoob faida utha rahe hain,</w:t>
      </w:r>
    </w:p>
    <w:p>
      <w:pPr>
        <w:jc w:val="right"/>
      </w:pPr>
      <w:r>
        <w:t>میں روزانہ سوچتا رہتا ہوں کہ یہ انسان جو اللہ کی نعمتوں سے فائدہ اٹھا رہا ہے، اور اعتراف نہیں کرتا ان نعمتوں کے، یعنی جو نعمتیں آئیں ہیں، جو ان ان جدید ٹیکنالوجی کے ذریعے سے، اس سے خوب فائدہ اٹھا رہے ہیں،</w:t>
      </w:r>
    </w:p>
    <w:p>
      <w:r>
        <w:rPr>
          <w:b/>
        </w:rPr>
        <w:t xml:space="preserve">[55:18] </w:t>
      </w:r>
      <w:r>
        <w:t>lekin etiraf kuch bhi nahi. to main sochta rehta hoon ke ye insan jab pahunchega Allah taala ke haan, to wo ayat hai ke: "wala tus'alana yawma'idhin 'an al-na'im".</w:t>
      </w:r>
    </w:p>
    <w:p>
      <w:pPr>
        <w:jc w:val="right"/>
      </w:pPr>
      <w:r>
        <w:t>لیکن اعتراف کچھ بھی نہیں۔ تو میں سوچتا رہتا ہوں کہ یہ انسان جب پہنچے گا اللہ تعالیٰ کے ہاں، تو وہ آیت ہے کہ: "ولا تسألن یومین عن النعیم"۔</w:t>
      </w:r>
    </w:p>
    <w:p>
      <w:r>
        <w:rPr>
          <w:b/>
        </w:rPr>
        <w:t xml:space="preserve">[55:34] </w:t>
      </w:r>
      <w:r>
        <w:t>tum se poocha jayega nematton ke bare mein.</w:t>
      </w:r>
    </w:p>
    <w:p>
      <w:pPr>
        <w:jc w:val="right"/>
      </w:pPr>
      <w:r>
        <w:t>تم سے پوچھا جائے گا نعمتوں کے بارے میں۔</w:t>
      </w:r>
    </w:p>
    <w:p>
      <w:r>
        <w:rPr>
          <w:b/>
        </w:rPr>
        <w:t xml:space="preserve">[55:39] </w:t>
      </w:r>
      <w:r>
        <w:t>"wala tus'alana yawma'idhin 'an al-na'im" yani akhirat mein poocha jayega nematton ke bare mein. ye jo insan ki shakal mein aap ne paida kiya, aap ko ye bhi ek nemat hai.</w:t>
      </w:r>
    </w:p>
    <w:p>
      <w:pPr>
        <w:jc w:val="right"/>
      </w:pPr>
      <w:r>
        <w:t>"ولا تسألن یومین عن النعیم" یعنی آخرت میں پوچھا جائے گا نعمتوں کے بارے میں۔ یہ جو انسان کی شکل میں آپ نے پیدا کیا، آپ کو یہ بھی ایک نعمت ہے۔</w:t>
      </w:r>
    </w:p>
    <w:p>
      <w:r>
        <w:rPr>
          <w:b/>
        </w:rPr>
        <w:t xml:space="preserve">[55:51] </w:t>
      </w:r>
      <w:r>
        <w:t>aap ko insan banaya, agar aap ko bhediya bana deta,</w:t>
      </w:r>
    </w:p>
    <w:p>
      <w:pPr>
        <w:jc w:val="right"/>
      </w:pPr>
      <w:r>
        <w:t>آپ کو انسان بنایا، اگر آپ کو بھیڑیا بنا دیتا،</w:t>
      </w:r>
    </w:p>
    <w:p>
      <w:r>
        <w:rPr>
          <w:b/>
        </w:rPr>
        <w:t xml:space="preserve">[55:57] </w:t>
      </w:r>
      <w:r>
        <w:t>agar aap ko pathar bana deta, aap ko lakri bana deta, aap bol na sakte, dekh na sakte, to kya hota? ye bhi ek nemat hai ke aap ko insan banaya.</w:t>
      </w:r>
    </w:p>
    <w:p>
      <w:pPr>
        <w:jc w:val="right"/>
      </w:pPr>
      <w:r>
        <w:t>اگر آپ کو پتھر بنا دیتا، آپ کو لکڑی بنا دیتا، آپ بول نہ سکتے، دیکھ نہ سکتے، تو کیا ہوتا؟ یہ بھی ایک نعمت ہے کہ آپ کو انسان بنایا۔</w:t>
      </w:r>
    </w:p>
    <w:p>
      <w:r>
        <w:rPr>
          <w:b/>
        </w:rPr>
        <w:t xml:space="preserve">[56:07] </w:t>
      </w:r>
      <w:r>
        <w:t>ye ek nemat hai ke aap ko zameen par basne ka mauqa diya, yahan life support system diya,</w:t>
      </w:r>
    </w:p>
    <w:p>
      <w:pPr>
        <w:jc w:val="right"/>
      </w:pPr>
      <w:r>
        <w:t>یہ ایک نعمت ہے کہ آپ کو زمین پر بسنے کا موقع دیا، یہاں لائف سپورٹ سسٹم دیا،</w:t>
      </w:r>
    </w:p>
    <w:p>
      <w:r>
        <w:rPr>
          <w:b/>
        </w:rPr>
        <w:t xml:space="preserve">[56:14] </w:t>
      </w:r>
      <w:r>
        <w:t>aap ko sochne ki salahiyat di ke aap soch kar ke Allah ki greatness ko jaanein.</w:t>
      </w:r>
    </w:p>
    <w:p>
      <w:pPr>
        <w:jc w:val="right"/>
      </w:pPr>
      <w:r>
        <w:t>آپ کو سوچنے کی صلاحیت دی کہ آپ سوچ کر کے اللہ کی گریٹنس کو جانیں۔</w:t>
      </w:r>
    </w:p>
    <w:p>
      <w:r>
        <w:rPr>
          <w:b/>
        </w:rPr>
        <w:t xml:space="preserve">[56:23] </w:t>
      </w:r>
      <w:r>
        <w:t>ek ek cheez, ek ek cheez jo hai, wo sab nemat hai. to "wala tus'alana yawma'idhin 'an al-na'im" ke akhirat mein har aadmi se poocha jayega nematton ke bare mein.</w:t>
      </w:r>
    </w:p>
    <w:p>
      <w:pPr>
        <w:jc w:val="right"/>
      </w:pPr>
      <w:r>
        <w:t>ایک ایک چیز، ایک ایک چیز جو ہے، وہ سب نعمت ہے۔ تو "ولا تسألن یومین عن النعیم" کہ آخرت میں ہر آدمی سے پوچھا جائے گا نعمتوں کے بارے میں۔</w:t>
      </w:r>
    </w:p>
    <w:p>
      <w:r>
        <w:rPr>
          <w:b/>
        </w:rPr>
        <w:t xml:space="preserve">[56:35] </w:t>
      </w:r>
      <w:r>
        <w:t>poochna, poochna ka matlab kya hai? ke tum ne nematton ko pa kar ke kya mun'im ka etiraf kiya,</w:t>
      </w:r>
    </w:p>
    <w:p>
      <w:pPr>
        <w:jc w:val="right"/>
      </w:pPr>
      <w:r>
        <w:t>پوچھنا، پوچھنے کا مطلب کیا ہے؟ کہ تم نے نعمتوں کو پا کر کے کیا منعم کا اعتراف کیا،</w:t>
      </w:r>
    </w:p>
    <w:p>
      <w:r>
        <w:rPr>
          <w:b/>
        </w:rPr>
        <w:t xml:space="preserve">[56:44] </w:t>
      </w:r>
      <w:r>
        <w:t>dene wale ka etiraf kiya, yani blessing to paayi, to jo giver tha, to kya tum ne us ko acknowledge kiya?</w:t>
      </w:r>
    </w:p>
    <w:p>
      <w:pPr>
        <w:jc w:val="right"/>
      </w:pPr>
      <w:r>
        <w:t>دینے والے کا اعتراف کیا، یعنی بلیسنگ تو پائی، تو جو گیور تھا، تو کیا تم نے اس کو اکنالج کیا؟</w:t>
      </w:r>
    </w:p>
    <w:p>
      <w:r>
        <w:rPr>
          <w:b/>
        </w:rPr>
        <w:t xml:space="preserve">[56:56] </w:t>
      </w:r>
      <w:r>
        <w:t>ek baar tha, main gaya tha UK, to wahan par ek Arab the jo hamare mission mein wo bhi jude hue hain.</w:t>
      </w:r>
    </w:p>
    <w:p>
      <w:pPr>
        <w:jc w:val="right"/>
      </w:pPr>
      <w:r>
        <w:t>ایک بار تھا، میں گیا تھا یو کے، تو وہاں پر ایک عرب تھے جو ہمارے مشن میں وہ بھی جڑے ہوئے ہیں۔</w:t>
      </w:r>
    </w:p>
    <w:p>
      <w:r>
        <w:rPr>
          <w:b/>
        </w:rPr>
        <w:t xml:space="preserve">[57:05] </w:t>
      </w:r>
      <w:r>
        <w:t>unhone kaha ke main kai saal se yahan rehta hoon, aur ek ajib ta'assur mazhar ye hota hai</w:t>
      </w:r>
    </w:p>
    <w:p>
      <w:pPr>
        <w:jc w:val="right"/>
      </w:pPr>
      <w:r>
        <w:t>انہوں نے کہا کہ میں کئی سال سے یہاں رہتا ہوں، اور ایک عجیب تاثر مظہر یہ ہوتا ہے</w:t>
      </w:r>
    </w:p>
    <w:p>
      <w:r>
        <w:rPr>
          <w:b/>
        </w:rPr>
        <w:t xml:space="preserve">[57:12] </w:t>
      </w:r>
      <w:r>
        <w:t>ke yahan par nematton ki barish hai,</w:t>
      </w:r>
    </w:p>
    <w:p>
      <w:pPr>
        <w:jc w:val="right"/>
      </w:pPr>
      <w:r>
        <w:t>کہ یہاں پر نعمتوں کی بارش ہے،</w:t>
      </w:r>
    </w:p>
    <w:p>
      <w:r>
        <w:rPr>
          <w:b/>
        </w:rPr>
        <w:t xml:space="preserve">[57:17] </w:t>
      </w:r>
      <w:r>
        <w:t>yani nematton se is se khoob khoob faida uthaya ja raha hai, lekin mun'im ka etiraf nahi.</w:t>
      </w:r>
    </w:p>
    <w:p>
      <w:pPr>
        <w:jc w:val="right"/>
      </w:pPr>
      <w:r>
        <w:t>یعنی نعمتوں سے اس سے خوب خوب فائدہ اٹھایا جا رہا ہے، لیکن منعم کا اعتراف نہیں۔</w:t>
      </w:r>
    </w:p>
    <w:p>
      <w:r>
        <w:rPr>
          <w:b/>
        </w:rPr>
        <w:t xml:space="preserve">[57:26] </w:t>
      </w:r>
      <w:r>
        <w:t>yani ek zamana tha ke insan chalta tha oont par aur khachchar par, aaj log caron par, hawai jahazon par daudte hain. isi tarah se, yani hazaron hazar nematain hain jin mein ke log jee rahe hain.</w:t>
      </w:r>
    </w:p>
    <w:p>
      <w:pPr>
        <w:jc w:val="right"/>
      </w:pPr>
      <w:r>
        <w:t>یعنی ایک زمانہ تھا کہ انسان چلتا تھا اونٹ پر اور خچر پر، آج لوگ کاروں پر، ہوائی جہازوں پر دوڑتے ہیں۔ اسی طرح سے، یعنی ہزاروں ہزار نعمتیں ہیں جن میں کہ لوگ جی رہے ہیں۔</w:t>
      </w:r>
    </w:p>
    <w:p>
      <w:r>
        <w:rPr>
          <w:b/>
        </w:rPr>
        <w:t xml:space="preserve">[57:42] </w:t>
      </w:r>
      <w:r>
        <w:t>to western europe, western countries mein to yeh nematein aur zyada hain, hum se zyada hain, zyada hain.</w:t>
      </w:r>
    </w:p>
    <w:p>
      <w:pPr>
        <w:jc w:val="right"/>
      </w:pPr>
      <w:r>
        <w:t>تو ویسٹرن یورپ، ویسٹرن کنٹریز میں تو یہ نعمتیں اور زیادہ ہیں، ہم سے زیادہ ہیں، زیادہ ہیں۔</w:t>
      </w:r>
    </w:p>
    <w:p>
      <w:r>
        <w:rPr>
          <w:b/>
        </w:rPr>
        <w:t xml:space="preserve">[57:50] </w:t>
      </w:r>
      <w:r>
        <w:t>to woh unhon ne kaha ke main yahan dekh raha hoon ke log har qism ki nematein hain, yaani har qism ka comfort, comfort, har qism ki luxury un ko haasil hai, lekin Allah ko eteraaf nahi, koi Allah ka naam nahi leta.</w:t>
      </w:r>
    </w:p>
    <w:p>
      <w:pPr>
        <w:jc w:val="right"/>
      </w:pPr>
      <w:r>
        <w:t>تو وہ انہوں نے کہا کہ میں یہاں دیکھ رہا ہوں کہ لوگ ہر قسم کی نعمتیں ہیں، یعنی ہر قسم کا کمفرٹ، کمفرٹ، ہر قسم کی لگزری ان کو حاصل ہے، لیکن اللہ کو اعتراف نہیں، کوئی اللہ کا نام نہیں لیتا۔</w:t>
      </w:r>
    </w:p>
    <w:p>
      <w:r>
        <w:rPr>
          <w:b/>
        </w:rPr>
        <w:t xml:space="preserve">[58:07] </w:t>
      </w:r>
      <w:r>
        <w:t>to unhon ne kaha ke yaani nematon ka khoob khoob istemaal aur munim ka</w:t>
      </w:r>
    </w:p>
    <w:p>
      <w:pPr>
        <w:jc w:val="right"/>
      </w:pPr>
      <w:r>
        <w:t>تو انہوں نے کہا کہ یعنی نعمتوں کا خوب خوب استعمال اور منعم کا</w:t>
      </w:r>
    </w:p>
    <w:p>
      <w:r>
        <w:rPr>
          <w:b/>
        </w:rPr>
        <w:t xml:space="preserve">[58:12] </w:t>
      </w:r>
      <w:r>
        <w:t>acknowledgement na karna, munim ka eteraaf na karna.</w:t>
      </w:r>
    </w:p>
    <w:p>
      <w:pPr>
        <w:jc w:val="right"/>
      </w:pPr>
      <w:r>
        <w:t>اکنالج نہ کرنا، منعم کا اعتراف نہ کرنا۔</w:t>
      </w:r>
    </w:p>
    <w:p>
      <w:r>
        <w:rPr>
          <w:b/>
        </w:rPr>
        <w:t xml:space="preserve">[58:18] </w:t>
      </w:r>
      <w:r>
        <w:t>to yeh baat wahin ki nahi hai, hum sab ki hai, sari duniya ki hai, sari duniya ke musalmanon ka, sari duniya ke logon ka haal yeh hai, musalmanon ka aur ghaleban dono ka ke nematon ko bharpoor istemaal kar rahe hain.</w:t>
      </w:r>
    </w:p>
    <w:p>
      <w:pPr>
        <w:jc w:val="right"/>
      </w:pPr>
      <w:r>
        <w:t>تو یہ بات وہیں کی نہیں ہے، ہم سب کی ہے، ساری دنیا کی ہے، ساری دنیا کے مسلمانوں کا، ساری دنیا کے لوگوں کا حال یہ ہے، مسلمانوں کا اور غالباً دونوں کا کہ نعمتوں کو بھرپور استعمال کر رہے ہیں۔</w:t>
      </w:r>
    </w:p>
    <w:p>
      <w:r>
        <w:rPr>
          <w:b/>
        </w:rPr>
        <w:t xml:space="preserve">[58:33] </w:t>
      </w:r>
      <w:r>
        <w:t>daud lagi hui hai, daud nematon ki daud lagi hui hai.</w:t>
      </w:r>
    </w:p>
    <w:p>
      <w:pPr>
        <w:jc w:val="right"/>
      </w:pPr>
      <w:r>
        <w:t>دوڑ لگی ہوئی ہے، دوڑ نعمتوں کی دوڑ لگی ہوئی ہے۔</w:t>
      </w:r>
    </w:p>
    <w:p>
      <w:r>
        <w:rPr>
          <w:b/>
        </w:rPr>
        <w:t xml:space="preserve">[58:40] </w:t>
      </w:r>
      <w:r>
        <w:t>chhota ghar hai to bada ghar, chhoti car hai to badi car, agar aaj fan hai to kal AC, yaani ek se ek badhkar nematein jo hain, us ki daud lagi hui hai us ko haasil karne ke liye,</w:t>
      </w:r>
    </w:p>
    <w:p>
      <w:pPr>
        <w:jc w:val="right"/>
      </w:pPr>
      <w:r>
        <w:t>چھوٹا گھر ہے تو بڑا گھر، چھوٹی کار ہے تو بڑی کار، اگر آج فن ہے تو کل اے سی، یعنی ایک سے ایک بڑھ کر نعمتیں جو ہیں، اس کی دوڑ لگی ہوئی ہے اس کو حاصل کرنے کے لیے،</w:t>
      </w:r>
    </w:p>
    <w:p>
      <w:r>
        <w:rPr>
          <w:b/>
        </w:rPr>
        <w:t xml:space="preserve">[58:54] </w:t>
      </w:r>
      <w:r>
        <w:t>lekin munim ka eteraaf nahi, munim ko acknowledge karna nahi hai.</w:t>
      </w:r>
    </w:p>
    <w:p>
      <w:pPr>
        <w:jc w:val="right"/>
      </w:pPr>
      <w:r>
        <w:t>لیکن منعم کا اعتراف نہیں، منعم کو اکنالج کرنا نہیں ہے۔</w:t>
      </w:r>
    </w:p>
    <w:p>
      <w:r>
        <w:rPr>
          <w:b/>
        </w:rPr>
        <w:t xml:space="preserve">[59:08] </w:t>
      </w:r>
      <w:r>
        <w:t>to main sochta hoon ke hum mein se har shakhs ko marna hai, marne se pehle pehle humein sochna chahiye ke hum Allah ke saamne khade hon to humein sharminda na hona pade.</w:t>
      </w:r>
    </w:p>
    <w:p>
      <w:pPr>
        <w:jc w:val="right"/>
      </w:pPr>
      <w:r>
        <w:t>تو میں سوچتا ہوں کہ ہم میں سے ہر شخص کو مرنا ہے، مرنے سے پہلے پہلے ہمیں سوچنا چاہیے کہ ہم اللہ کے سامنے کھڑے ہوں تو ہمیں شرمندہ نہ ہونا پڑے۔</w:t>
      </w:r>
    </w:p>
    <w:p>
      <w:r>
        <w:rPr>
          <w:b/>
        </w:rPr>
        <w:t xml:space="preserve">[59:20] </w:t>
      </w:r>
      <w:r>
        <w:t>hum mein se har shakhs ko ek din Allah ke saamne khada hona hai,</w:t>
      </w:r>
    </w:p>
    <w:p>
      <w:pPr>
        <w:jc w:val="right"/>
      </w:pPr>
      <w:r>
        <w:t>ہم میں سے ہر شخص کو ایک دن اللہ کے سامنے کھڑا ہونا ہے،</w:t>
      </w:r>
    </w:p>
    <w:p>
      <w:r>
        <w:rPr>
          <w:b/>
        </w:rPr>
        <w:t xml:space="preserve">[59:26] </w:t>
      </w:r>
      <w:r>
        <w:t>har shakhs ko Allah ke saamne khada hona hai.</w:t>
      </w:r>
    </w:p>
    <w:p>
      <w:pPr>
        <w:jc w:val="right"/>
      </w:pPr>
      <w:r>
        <w:t>ہر شخص کو اللہ کے سامنے کھڑا ہونا ہے۔</w:t>
      </w:r>
    </w:p>
    <w:p>
      <w:r>
        <w:rPr>
          <w:b/>
        </w:rPr>
        <w:t xml:space="preserve">[59:32] </w:t>
      </w:r>
      <w:r>
        <w:t>to jab hum Allah ke saamne khade hon hashr ke maidan mein to hum koi sharminda na hona pade. Is ke baad jo din hamare aane wale hain, eternity ke din, woh hasrat ke din na banen.</w:t>
      </w:r>
    </w:p>
    <w:p>
      <w:pPr>
        <w:jc w:val="right"/>
      </w:pPr>
      <w:r>
        <w:t>تو جب ہم اللہ کے سامنے کھڑے ہوں حشر کے میدان میں تو ہم کوئی شرمندہ نہ ہونا پڑے۔ اس کے بعد جو دن ہمارے آنے والے ہیں، ایٹرنیٹی کے دن، وہ حسرت کے دن نہ بنیں۔</w:t>
      </w:r>
    </w:p>
    <w:p>
      <w:r>
        <w:rPr>
          <w:b/>
        </w:rPr>
        <w:t xml:space="preserve">[59:48] </w:t>
      </w:r>
      <w:r>
        <w:t>yaani maut ke baad kya hai? Eternity hai. To eternity jo aane wali hai, woh hasrat ki eternity na ho. Woh kab aisa hoga?</w:t>
      </w:r>
    </w:p>
    <w:p>
      <w:pPr>
        <w:jc w:val="right"/>
      </w:pPr>
      <w:r>
        <w:t>یعنی موت کے بعد کیا ہے؟ ایٹرنیٹی ہے۔ تو ایٹرنیٹی جو آنے والی ہے، وہ حسرت کی ایٹرنیٹی نہ ہو۔ وہ کب ایسا ہوگا؟</w:t>
      </w:r>
    </w:p>
    <w:p>
      <w:r>
        <w:rPr>
          <w:b/>
        </w:rPr>
        <w:t xml:space="preserve">[59:59] </w:t>
      </w:r>
      <w:r>
        <w:t>jab ke hum</w:t>
      </w:r>
    </w:p>
    <w:p>
      <w:pPr>
        <w:jc w:val="right"/>
      </w:pPr>
      <w:r>
        <w:t>جب کہ ہم</w:t>
      </w:r>
    </w:p>
    <w:p>
      <w:r>
        <w:rPr>
          <w:b/>
        </w:rPr>
        <w:t xml:space="preserve">[1:00:03] </w:t>
      </w:r>
      <w:r>
        <w:t>apne shaoor ko, apne ilm ko badhayen, Allah ki marifat ko daryaft karen, Allah ki greatness ko janen, aur apne andar rabbani shakhsiyat paida karen.</w:t>
      </w:r>
    </w:p>
    <w:p>
      <w:pPr>
        <w:jc w:val="right"/>
      </w:pPr>
      <w:r>
        <w:t>اپنے شعور کو، اپنے علم کو بڑھائیں، اللہ کی معرفت کو دریافت کریں، اللہ کی گریٹنس کو جانیں، اور اپنے اندر ربانی شخصیت پیدا کریں۔</w:t>
      </w:r>
    </w:p>
    <w:p>
      <w:r>
        <w:rPr>
          <w:b/>
        </w:rPr>
        <w:t xml:space="preserve">[1:00:14] </w:t>
      </w:r>
      <w:r>
        <w:t>tab aisa hoga. Khali rak'aton aur</w:t>
      </w:r>
    </w:p>
    <w:p>
      <w:pPr>
        <w:jc w:val="right"/>
      </w:pPr>
      <w:r>
        <w:t>تب ایسا ہوگا۔ خالی رکعتوں اور</w:t>
      </w:r>
    </w:p>
    <w:p>
      <w:r>
        <w:rPr>
          <w:b/>
        </w:rPr>
        <w:t xml:space="preserve">[1:00:21] </w:t>
      </w:r>
      <w:r>
        <w:t>rak'aton ginti se aisa nahi ho sakta, ya tasbeeh ginne se aisa nahi ho sakta.</w:t>
      </w:r>
    </w:p>
    <w:p>
      <w:pPr>
        <w:jc w:val="right"/>
      </w:pPr>
      <w:r>
        <w:t>رکعتوں گنتی سے ایسا نہیں ہو سکتا، یا تسبیح گننے سے ایسا نہیں ہو سکتا۔</w:t>
      </w:r>
    </w:p>
    <w:p>
      <w:r>
        <w:rPr>
          <w:b/>
        </w:rPr>
        <w:t xml:space="preserve">[1:00:30] </w:t>
      </w:r>
      <w:r>
        <w:t>is ke liye intellectual development chahiye, intellectual development, spiritual development, shaoori irtaqa, yeh sab darkaar hai.</w:t>
      </w:r>
    </w:p>
    <w:p>
      <w:pPr>
        <w:jc w:val="right"/>
      </w:pPr>
      <w:r>
        <w:t>اس کے لیے انٹلیکچول ڈیولپمنٹ چاہیے، انٹلیکچول ڈیولپمنٹ، اسپیریچول ڈیولپمنٹ، شعوری ارتقا، یہ سب درکار ہے۔</w:t>
      </w:r>
    </w:p>
    <w:p>
      <w:r>
        <w:rPr>
          <w:b/>
        </w:rPr>
        <w:t xml:space="preserve">[1:00:44] </w:t>
      </w:r>
      <w:r>
        <w:t>to hamara sab se bada concern yahi hona chahiye ke hum apne andar kis tarah se intellectual development layen, kis tarah spiritual development layen, kis tarah apne shaoor ko irtqa-yafta shaoor banayen.</w:t>
      </w:r>
    </w:p>
    <w:p>
      <w:pPr>
        <w:jc w:val="right"/>
      </w:pPr>
      <w:r>
        <w:t>تو ہمارا سب سے بڑا کنسرن یہی ہونا چاہیے کہ ہم اپنے اندر کس طرح سے انٹلیکچول ڈیولپمنٹ لائیں، کس طرح اسپیریچول ڈیولپمنٹ لائیں، کس طرح اپنے شعور کو ارتقائے یافتہ شعور بنائیں۔</w:t>
      </w:r>
    </w:p>
    <w:p>
      <w:r>
        <w:rPr>
          <w:b/>
        </w:rPr>
        <w:t xml:space="preserve">[1:01:00] </w:t>
      </w:r>
      <w:r>
        <w:t>yeh hamara sab se bada concern hona chahiye.</w:t>
      </w:r>
    </w:p>
    <w:p>
      <w:pPr>
        <w:jc w:val="right"/>
      </w:pPr>
      <w:r>
        <w:t>یہ ہمارا سب سے بڑا کنسرن ہونا چاہیے۔</w:t>
      </w:r>
    </w:p>
    <w:p>
      <w:r>
        <w:rPr>
          <w:b/>
        </w:rPr>
        <w:t xml:space="preserve">[1:01:07] </w:t>
      </w:r>
      <w:r>
        <w:t>Allah taala mujh ko aur aap ko is ki tofeeq de ke hum Allah ki sa'adat dunya aur aakhirat mein haasil karen.</w:t>
      </w:r>
    </w:p>
    <w:p>
      <w:pPr>
        <w:jc w:val="right"/>
      </w:pPr>
      <w:r>
        <w:t>اللہ تعالیٰ مجھ کو اور آپ کو اس کی توفیق دے کہ ہم اللہ کی سعادت دنیا اور آخرت میں حاصل کریں۔</w:t>
      </w:r>
    </w:p>
    <w:p>
      <w:r>
        <w:rPr>
          <w:b/>
        </w:rPr>
        <w:t xml:space="preserve">[1:01:17] </w:t>
      </w:r>
      <w:r>
        <w:t>aqool qawli haza wastaghfirullaha lakum ajmaeen.</w:t>
      </w:r>
    </w:p>
    <w:p>
      <w:pPr>
        <w:jc w:val="right"/>
      </w:pPr>
      <w:r>
        <w:t>اقول قولیھذا واستغفراللہ لیکم اجمعین۔</w:t>
      </w:r>
    </w:p>
    <w:p>
      <w:r>
        <w:rPr>
          <w:b/>
        </w:rPr>
        <w:t xml:space="preserve">[1:01:36] </w:t>
      </w:r>
      <w:r>
        <w:t>Maulana, yeh sawal aaya hai Karachi Pakistan se Abdul Latif sahib ka. Unhon ne likha hai: "Hum to aaj tak yeh samajhte thay ke dunya bhar mein musalman is liye zaleel ho rahe hain</w:t>
      </w:r>
    </w:p>
    <w:p>
      <w:pPr>
        <w:jc w:val="right"/>
      </w:pPr>
      <w:r>
        <w:t>مولانا، یہ سوال آیا ہے کراچی پاکستان سے عبداللطیف صاحب کا۔ انہوں نے لکھا ہے: "ہم تو آج تک یہ سمجھتے تھے کہ دنیا بھر میں مسلمان اس لیے ذلیل ہو رہے ہیں</w:t>
      </w:r>
    </w:p>
    <w:p>
      <w:r>
        <w:rPr>
          <w:b/>
        </w:rPr>
        <w:t xml:space="preserve">[1:01:52] </w:t>
      </w:r>
      <w:r>
        <w:t>aur doosron ke zulm ka shikar is liye ho rahe hain ke unhon ne dawat ilal Allah ka kaam chhod diya hai.</w:t>
      </w:r>
    </w:p>
    <w:p>
      <w:pPr>
        <w:jc w:val="right"/>
      </w:pPr>
      <w:r>
        <w:t>اور دوسروں کے ظلم کا شکار اس لیے ہو رہے ہیں کہ انہوں نے دعوت الا اللہ کا کام چھوڑ دیا ہے۔</w:t>
      </w:r>
    </w:p>
    <w:p>
      <w:r>
        <w:rPr>
          <w:b/>
        </w:rPr>
        <w:t xml:space="preserve">[1:02:01] </w:t>
      </w:r>
      <w:r>
        <w:t>magar aap kehte hain ke dunya mein musalman zaleel nahi hain, balkeh unhon ne nafsiyati aitbaar se khud apne aap ko zaleel samajh rakha hai."</w:t>
      </w:r>
    </w:p>
    <w:p>
      <w:pPr>
        <w:jc w:val="right"/>
      </w:pPr>
      <w:r>
        <w:t>مگر آپ کہتے ہیں کہ دنیا میں مسلمان ذلیل نہیں ہیں، بلکہ انہوں نے نفسیاتی اعتبار سے خود اپنے آپ کو ذلیل سمجھ رکھا ہے۔</w:t>
      </w:r>
    </w:p>
    <w:p>
      <w:r>
        <w:rPr>
          <w:b/>
        </w:rPr>
        <w:t xml:space="preserve">[1:02:14] </w:t>
      </w:r>
      <w:r>
        <w:t>molana sahib, kya dawat ka kaam chhodne se musalman zaleel nahin hote? aur kya aaj musalman ba-izzat qaum hain?</w:t>
      </w:r>
    </w:p>
    <w:p>
      <w:pPr>
        <w:jc w:val="right"/>
      </w:pPr>
      <w:r>
        <w:t>مولانا صاحب، کیا دعوت کا کام چھوڑنے سے مسلمان ذلیل نہیں ہوتے؟ اور کیا آج مسلمان باعزت قوم ہیں؟</w:t>
      </w:r>
    </w:p>
    <w:p>
      <w:r>
        <w:rPr>
          <w:b/>
        </w:rPr>
        <w:t xml:space="preserve">[1:02:24] </w:t>
      </w:r>
      <w:r>
        <w:t>is ke bare mein bataein." dekhiye, yeh duniya ki zillat aur izzat jo hai,</w:t>
      </w:r>
    </w:p>
    <w:p>
      <w:pPr>
        <w:jc w:val="right"/>
      </w:pPr>
      <w:r>
        <w:t>اس کے بارے میں بتائیں۔" دیکھیے، یہ دنیا کی ذلت اور عزت جو ہے،</w:t>
      </w:r>
    </w:p>
    <w:p>
      <w:r>
        <w:rPr>
          <w:b/>
        </w:rPr>
        <w:t xml:space="preserve">[1:02:30] </w:t>
      </w:r>
      <w:r>
        <w:t>wo ek alag cheez hai, bilkul alag cheez hai. dawat ka kaam karein to is ka matlab ke aap duniya mein ba-izzat ho jayen. yeh maine kabhi nahin kaha, main yeh main ne kabhi yeh baat nahin kahi hai.</w:t>
      </w:r>
    </w:p>
    <w:p>
      <w:pPr>
        <w:jc w:val="right"/>
      </w:pPr>
      <w:r>
        <w:t>وہ ایک الگ چیز ہے، بالکل الگ چیز ہے۔ دعوت کا کام کریں تو اس کا معنی کہ آپ دنیا میں باعزت ہو جائیں۔ یہ میں نے کبھی نہیں کہا، میں یہ میں نے کبھی یہ بات نہیں کہی ہے۔</w:t>
      </w:r>
    </w:p>
    <w:p>
      <w:r>
        <w:rPr>
          <w:b/>
        </w:rPr>
        <w:t xml:space="preserve">[1:02:46] </w:t>
      </w:r>
      <w:r>
        <w:t>koi paighambar duniyavi aitbar se muazzaz darja hasil nahin ke is paighambar ko hua, halanke unhon ne dawat Allah ka kaam kiya. to dekhiye, yeh jo hai dawat, ibadat aur is Khuda, yani rabbani zindagi, is ka sara muamla aakhirat se talluq rakhta hai.</w:t>
      </w:r>
    </w:p>
    <w:p>
      <w:pPr>
        <w:jc w:val="right"/>
      </w:pPr>
      <w:r>
        <w:t>کوئی پیغمبر دنیاوی اعتبار سے معزز درجہ حاصل نہیں کہ اس پیغمبر کو ہوا، حالانکہ انہوں نے دعوت اللہ کا کام کیا۔ تو دیکھیے، یہ جو ہے دعوت، عبادت اور اس خدا، یعنی ربانی زندگی، اس کا سارا معاملہ آخرت سے تعلق رکھتا ہے۔</w:t>
      </w:r>
    </w:p>
    <w:p>
      <w:r>
        <w:rPr>
          <w:b/>
        </w:rPr>
        <w:t xml:space="preserve">[1:03:07] </w:t>
      </w:r>
      <w:r>
        <w:t>is ka ajar aakhirat mein hai.</w:t>
      </w:r>
    </w:p>
    <w:p>
      <w:pPr>
        <w:jc w:val="right"/>
      </w:pPr>
      <w:r>
        <w:t>اس کا اجر آخرت میں ہے۔</w:t>
      </w:r>
    </w:p>
    <w:p>
      <w:r>
        <w:rPr>
          <w:b/>
        </w:rPr>
        <w:t xml:space="preserve">[1:03:10] </w:t>
      </w:r>
      <w:r>
        <w:t>duniya mein jo insan ko milti hai, siyasi badai ya samajhi izzat ya maadi bartari, yeh sab alag cheezein hain, is ka alag qanoon hai.</w:t>
      </w:r>
    </w:p>
    <w:p>
      <w:pPr>
        <w:jc w:val="right"/>
      </w:pPr>
      <w:r>
        <w:t>دنیا میں جو انسان کو ملتی ہے، سیاسی بڑائی یا سماجی عزت یا مادی برتری، یہ سب الگ چیزیں ہیں، اس کا الگ قانون ہے۔</w:t>
      </w:r>
    </w:p>
    <w:p>
      <w:r>
        <w:rPr>
          <w:b/>
        </w:rPr>
        <w:t xml:space="preserve">[1:03:23] </w:t>
      </w:r>
      <w:r>
        <w:t>hargiz yeh nahin samajhna chahiye ke dawat Allah ka kaam kiya to hum muazzaz qaum ban jayenge.</w:t>
      </w:r>
    </w:p>
    <w:p>
      <w:pPr>
        <w:jc w:val="right"/>
      </w:pPr>
      <w:r>
        <w:t>ہرگز یہ نہیں سمجھنا چاہیے کہ دعوت اللہ کا کام کیا تو ہم معزز قوم بن جائیں گے۔</w:t>
      </w:r>
    </w:p>
    <w:p>
      <w:r>
        <w:rPr>
          <w:b/>
        </w:rPr>
        <w:t xml:space="preserve">[1:03:29] </w:t>
      </w:r>
      <w:r>
        <w:t>wo ek bilkul alag cheez hai. aur jahan tak is ayat ka talluq hai, jo zaribat alayhim az zillat, is ke bare mein maine ek aur lecture mein yeh baat kahi thi ke yeh is mein</w:t>
      </w:r>
    </w:p>
    <w:p>
      <w:pPr>
        <w:jc w:val="right"/>
      </w:pPr>
      <w:r>
        <w:t>وہ ایک بالکل الگ چیز ہے۔ اور جہاں تک اس آیت کا تعلق ہے، جو ضربت علیہم الذل، اس کے بارے میں میں نے ایک اور لیکچر میں یہ بات کہی تھی کہ یہ اس میں</w:t>
      </w:r>
    </w:p>
    <w:p>
      <w:r>
        <w:rPr>
          <w:b/>
        </w:rPr>
        <w:t xml:space="preserve">[1:03:47] </w:t>
      </w:r>
      <w:r>
        <w:t>self created humiliation ka zikr hai, yani nafasiyati zillat ka zikr hai. is ka matlab nahin ke maadi aitbar se unhein un par zillat daal di gayi.</w:t>
      </w:r>
    </w:p>
    <w:p>
      <w:pPr>
        <w:jc w:val="right"/>
      </w:pPr>
      <w:r>
        <w:t>سیلف کریٹڈ ہمبیلیشن کا ذکر ہے، یعنی نفسیاتی ذلت کا ذکر ہے۔ اس کا مطلب نہیں کہ مادی اعتبار سے انہیں ان پر ذلت ڈال دی گئی۔</w:t>
      </w:r>
    </w:p>
    <w:p>
      <w:r>
        <w:rPr>
          <w:b/>
        </w:rPr>
        <w:t xml:space="preserve">[1:03:59] </w:t>
      </w:r>
      <w:r>
        <w:t>is ki tafseel mein aap jaan sakte hain is mere is lecture mein jo</w:t>
      </w:r>
    </w:p>
    <w:p>
      <w:pPr>
        <w:jc w:val="right"/>
      </w:pPr>
      <w:r>
        <w:t>اس کی تفصیل میں آپ جان سکتے ہیں اس میرے اس لیکچر میں جو</w:t>
      </w:r>
    </w:p>
    <w:p>
      <w:r>
        <w:rPr>
          <w:b/>
        </w:rPr>
        <w:t xml:space="preserve">[1:04:06] </w:t>
      </w:r>
      <w:r>
        <w:t>is se pehle ho chuka hai.</w:t>
      </w:r>
    </w:p>
    <w:p>
      <w:pPr>
        <w:jc w:val="right"/>
      </w:pPr>
      <w:r>
        <w:t>اس سے پہلے ہو چکا ہے۔</w:t>
      </w:r>
    </w:p>
    <w:p>
      <w:r>
        <w:rPr>
          <w:b/>
        </w:rPr>
        <w:t xml:space="preserve">[1:04:12] </w:t>
      </w:r>
      <w:r>
        <w:t>molana, agla sawal Lahore Pakistan se hai Ms Salma ka. unhon ne likha hai: "main apni zarooraton ko mukhtasar karte hue raqam ko bachati hoon aur ise dawat al Allah ke kaam mein kharch karti hoon.</w:t>
      </w:r>
    </w:p>
    <w:p>
      <w:pPr>
        <w:jc w:val="right"/>
      </w:pPr>
      <w:r>
        <w:t>مولانا، اگلا سوال لاہور پاکستان سے ہے مس سلمہ کا۔ انہوں نے لکھا ہے: "میں اپنی ضرورتوں کو مختصر کرتے ہوئے رقم کو بچاتی ہوں اور اسے دعوت الا اللہ کے کام میں خرچ کرتی ہوں۔</w:t>
      </w:r>
    </w:p>
    <w:p>
      <w:r>
        <w:rPr>
          <w:b/>
        </w:rPr>
        <w:t xml:space="preserve">[1:04:29] </w:t>
      </w:r>
      <w:r>
        <w:t>kapde wagera mein bhi zaroorat ka lehaaz karti hoon. mujhe meri baaz saheliyan kehti hain ke tum to bohat kanjoos aurat ho, apni zaat par bhi paisa kharch nahin karti ho.</w:t>
      </w:r>
    </w:p>
    <w:p>
      <w:pPr>
        <w:jc w:val="right"/>
      </w:pPr>
      <w:r>
        <w:t>کپڑے وغیرہ میں بھی ضرورت کا لحاظ کرتی ہوں۔ مجھے میری بعض سہیلیاں کہتی ہیں کہ تم تو بہت کنجوس عورت ہو، اپنی ذات پر بھی پیسہ خرچ نہیں کرتی ہو۔</w:t>
      </w:r>
    </w:p>
    <w:p>
      <w:r>
        <w:rPr>
          <w:b/>
        </w:rPr>
        <w:t xml:space="preserve">[1:04:43] </w:t>
      </w:r>
      <w:r>
        <w:t>molana sahib, kya mera yeh amal</w:t>
      </w:r>
    </w:p>
    <w:p>
      <w:pPr>
        <w:jc w:val="right"/>
      </w:pPr>
      <w:r>
        <w:t>مولانا صاحب، کیا میرا یہ عمل</w:t>
      </w:r>
    </w:p>
    <w:p>
      <w:r>
        <w:rPr>
          <w:b/>
        </w:rPr>
        <w:t xml:space="preserve">[1:04:46] </w:t>
      </w:r>
      <w:r>
        <w:t>kanjoosi mein aata hai? is ke bare mein bataein." hargiz nahin, hargiz nahin, hargiz nahin. yeh to ibadat hai. apni zaat par paisa kharch karna, yeh to yeh koi, yeh to jurm hai, yeh koi amal hi nahin hai.</w:t>
      </w:r>
    </w:p>
    <w:p>
      <w:pPr>
        <w:jc w:val="right"/>
      </w:pPr>
      <w:r>
        <w:t>کنجوسی میں آتا ہے؟ اس کے بارے میں بتائیں۔" ہرگز نہیں، ہرگز نہیں، ہرگز نہیں۔ یہ تو عبادت ہے۔ اپنی ذات پر پیسہ خرچ کرنا، یہ تو یہ کوئی، یہ تو جرم ہے، یہ کوئی عمل ہی نہیں ہے۔</w:t>
      </w:r>
    </w:p>
    <w:p>
      <w:r>
        <w:rPr>
          <w:b/>
        </w:rPr>
        <w:t xml:space="preserve">[1:05:01] </w:t>
      </w:r>
      <w:r>
        <w:t>yeh paisa kharch karna chahiye deen par.</w:t>
      </w:r>
    </w:p>
    <w:p>
      <w:pPr>
        <w:jc w:val="right"/>
      </w:pPr>
      <w:r>
        <w:t>یہ پیسہ خرچ کرنا چاہیے دین پر۔</w:t>
      </w:r>
    </w:p>
    <w:p>
      <w:r>
        <w:rPr>
          <w:b/>
        </w:rPr>
        <w:t xml:space="preserve">[1:05:05] </w:t>
      </w:r>
      <w:r>
        <w:t>zaat ke muamle mein aakhri had tak aap apne ko saada banayein, simple banayein, aakhri had tak simple. aur jo aap ki kamai hai, us ko zyada se zyada kharch karein deen ke liye, dawat ke liye.</w:t>
      </w:r>
    </w:p>
    <w:p>
      <w:pPr>
        <w:jc w:val="right"/>
      </w:pPr>
      <w:r>
        <w:t>ذات کے معاملے میں آخری حد تک آپ اپنے کو سادہ بنائیں، سمپل بنائیں، آخری حد تک سمپل۔ اور جو آپ کی کمائی ہے، اس کو زیادہ سے زیادہ خرچ کریں دین کے لیے، دعوت کے لیے۔</w:t>
      </w:r>
    </w:p>
    <w:p>
      <w:r>
        <w:rPr>
          <w:b/>
        </w:rPr>
        <w:t xml:space="preserve">[1:05:17] </w:t>
      </w:r>
      <w:r>
        <w:t>yeh to musalman jo hai, bilkul bigda hua zehan hai, yani ek dam un ka soch galat ho gayi hai.</w:t>
      </w:r>
    </w:p>
    <w:p>
      <w:pPr>
        <w:jc w:val="right"/>
      </w:pPr>
      <w:r>
        <w:t>یہ تو مسلمان جو ہے، بالکل بگڑا ہوا ذہن ہے، یعنی ایک دم ان کا سوچ غلط ہو گئی ہے۔</w:t>
      </w:r>
    </w:p>
    <w:p>
      <w:r>
        <w:rPr>
          <w:b/>
        </w:rPr>
        <w:t xml:space="preserve">[1:05:24] </w:t>
      </w:r>
      <w:r>
        <w:t>Islam se koi un ko matlab nahin, khali apni shaan o shaukat dikhana hai un ko. to wo aisi baatein bolte hain, aisi baatein bolte hain.</w:t>
      </w:r>
    </w:p>
    <w:p>
      <w:pPr>
        <w:jc w:val="right"/>
      </w:pPr>
      <w:r>
        <w:t>اسلام سے کوئی ان کو مطلب نہیں، خالی اپنی شان و شوکت دکھانا ہے ان کو۔ تو وہ ایسی باتیں بولتے ہیں، ایسی باتیں بولتے ہیں۔</w:t>
      </w:r>
    </w:p>
    <w:p>
      <w:r>
        <w:rPr>
          <w:b/>
        </w:rPr>
        <w:t xml:space="preserve">[1:05:34] </w:t>
      </w:r>
      <w:r>
        <w:t>Quran mein dekhiye ke: "isiyat ka matlab yeh hai ke sirf baqadr zaroorat, yani be necessity ke taur par tum apni kamai ko apne liye kharch karo, baqi sara deen mein kharch karo."</w:t>
      </w:r>
    </w:p>
    <w:p>
      <w:pPr>
        <w:jc w:val="right"/>
      </w:pPr>
      <w:r>
        <w:t>قرآن میں دیکھیے کہ: "یسایت کا مطلب یہ ہے کہ صرف بقدر ضرورت، یعنی بے نیسیسٹی کے طور پر تم اپنی کمائی کو اپنے لیے خرچ کرو، باقی سارا دین میں خرچ کرو۔"</w:t>
      </w:r>
    </w:p>
    <w:p>
      <w:r>
        <w:rPr>
          <w:b/>
        </w:rPr>
        <w:t xml:space="preserve">[1:05:52] </w:t>
      </w:r>
      <w:r>
        <w:t>to jo musalman aisi boli bolte hain, to wo to mujrimana boli bolte hain.</w:t>
      </w:r>
    </w:p>
    <w:p>
      <w:pPr>
        <w:jc w:val="right"/>
      </w:pPr>
      <w:r>
        <w:t>تو جو مسلمان ایسی بولی بولتے ہیں، تو وہ تو مجرمانہ بولی بولتے ہیں۔</w:t>
      </w:r>
    </w:p>
    <w:p>
      <w:r>
        <w:rPr>
          <w:b/>
        </w:rPr>
        <w:t xml:space="preserve">[1:06:01] </w:t>
      </w:r>
      <w:r>
        <w:t>molana, agla sawal aaya hai Kupwara Kashmir se Ms Haseena Shafeeq Dar ka. unhon ne likha hai: "main aapse molana sahib yeh poochna chahti hoon ke gharelu auratein kis tarah dawat ke kaam mein participate kar sakti hain?</w:t>
      </w:r>
    </w:p>
    <w:p>
      <w:pPr>
        <w:jc w:val="right"/>
      </w:pPr>
      <w:r>
        <w:t>مولانا، اگلا سوال آیا ہے کپوارہ کشمیر سے مس حسینہ شفیع ڈار کا۔ انہوں نے لکھا ہے: "میں آپ سے مولانا صاحب یہ پوچھنا چاہتی ہوں کہ گھریلو عورتیں کس طرح دعوت کے کام میں پارٹیسپیٹ کر سکتی ہیں؟</w:t>
      </w:r>
    </w:p>
    <w:p>
      <w:r>
        <w:rPr>
          <w:b/>
        </w:rPr>
        <w:t xml:space="preserve">[1:06:17] </w:t>
      </w:r>
      <w:r>
        <w:t>is ke bare mein bataein."</w:t>
      </w:r>
    </w:p>
    <w:p>
      <w:pPr>
        <w:jc w:val="right"/>
      </w:pPr>
      <w:r>
        <w:t>اس کے بارے میں بتائیں۔"</w:t>
      </w:r>
    </w:p>
    <w:p>
      <w:r>
        <w:rPr>
          <w:b/>
        </w:rPr>
        <w:t xml:space="preserve">[1:06:21] </w:t>
      </w:r>
      <w:r>
        <w:t>dekhiye, dawat ka jo kaam hai, wo koi masnooi kaam nahin hai. rozmarra ki zindagi mein dawat chalti rehti hai.</w:t>
      </w:r>
    </w:p>
    <w:p>
      <w:pPr>
        <w:jc w:val="right"/>
      </w:pPr>
      <w:r>
        <w:t>دیکھیے، دعوت کا جو کام ہے، وہ کوئی مصنوعی کام نہیں ہے۔ روزمرہ کی زندگی میں دعوت چلتی رہتی ہے۔</w:t>
      </w:r>
    </w:p>
    <w:p>
      <w:r>
        <w:rPr>
          <w:b/>
        </w:rPr>
        <w:t xml:space="preserve">[1:06:31] </w:t>
      </w:r>
      <w:r>
        <w:t>is zamane mein bohat aasan hoga jab ke hum predict press ke zamane mein hain. kitabein chhapi hui maujood hain, Quran ka translation aur doosri kitabein.</w:t>
      </w:r>
    </w:p>
    <w:p>
      <w:pPr>
        <w:jc w:val="right"/>
      </w:pPr>
      <w:r>
        <w:t>اس زمانے میں بہت آسان ہوگا جب کہ ہم پریڈکٹ پریس کے زمانے میں ہیں۔ کتابیں چھپی ہوئی موجود ہیں، قرآن کا ٹرانسیشن اور دوسری کتابیں۔</w:t>
      </w:r>
    </w:p>
    <w:p>
      <w:r>
        <w:rPr>
          <w:b/>
        </w:rPr>
        <w:t xml:space="preserve">[1:06:42] </w:t>
      </w:r>
      <w:r>
        <w:t>to har aurat aur mard rakhe apne paas in kitabon ko, aur jahan bhi kisi mulaqat ho, in ko de de.</w:t>
      </w:r>
    </w:p>
    <w:p>
      <w:pPr>
        <w:jc w:val="right"/>
      </w:pPr>
      <w:r>
        <w:t>تو ہر عورت اور مرد رکھے اپنے پاس ان کتابوں کو، اور جہاں بھی کسی ملاقات ہو، ان کو دے دے۔</w:t>
      </w:r>
    </w:p>
    <w:p>
      <w:r>
        <w:rPr>
          <w:b/>
        </w:rPr>
        <w:t xml:space="preserve">[1:06:51] </w:t>
      </w:r>
      <w:r>
        <w:t>abhi ek khatoon ka telephone aaya tha mere paas, unhon ne kaha ke main ek doctor se ilaaj karti thi, woh woh ghair muslim doctor,</w:t>
      </w:r>
    </w:p>
    <w:p>
      <w:pPr>
        <w:jc w:val="right"/>
      </w:pPr>
      <w:r>
        <w:t>ابھی ایک خاتون کا ٹیلی فون آیا تھا میرے پاس، انہوں نے کہا کہ میں ایک ڈاکٹر سے علاج کرتی تھی، وہ وہ غیر مسلم ڈاکٹر،</w:t>
      </w:r>
    </w:p>
    <w:p>
      <w:r>
        <w:rPr>
          <w:b/>
        </w:rPr>
        <w:t xml:space="preserve">[1:07:04] </w:t>
      </w:r>
      <w:r>
        <w:t>woh top ka tha. woh to main us ko quran dekhne mein hichk hoti thi ke woh pata nahi kya samjhe us ko.</w:t>
      </w:r>
    </w:p>
    <w:p>
      <w:pPr>
        <w:jc w:val="right"/>
      </w:pPr>
      <w:r>
        <w:t>وہ ٹاپ کا تھا۔ وہ تو میں اس کو قرآن دیکھنے میں ہچک ہوتی تھی کہ وہ پتہ نہیں کیا سمجھے اس کو۔</w:t>
      </w:r>
    </w:p>
    <w:p>
      <w:r>
        <w:rPr>
          <w:b/>
        </w:rPr>
        <w:t xml:space="preserve">[1:07:12] </w:t>
      </w:r>
      <w:r>
        <w:t>to ek din main ne, yaani un ka woh ilaaj karne ki jati thi, us ke haan ek din main ne himmat kar ke us ko quran pesh kar diya. to woh doctor, jo bohat hi bara doctor tha, woh khara ho gaya bilkul ke yeh quran hai,</w:t>
      </w:r>
    </w:p>
    <w:p>
      <w:pPr>
        <w:jc w:val="right"/>
      </w:pPr>
      <w:r>
        <w:t>تو ایک دن میں نے، یعنی ان کا وہ علاج کرنے کی جاتی تھی، اس کے ہاں ایک دن میں نے ہمت کر کے اس کو قرآن پیش کر دیا۔ تو وہ ڈاکٹر، جو بہت ہی بڑا ڈاکٹر تھا، وہ کھڑا ہو گیا بالکل کہ یہ قرآن ہے،</w:t>
      </w:r>
    </w:p>
    <w:p>
      <w:r>
        <w:rPr>
          <w:b/>
        </w:rPr>
        <w:t xml:space="preserve">[1:07:26] </w:t>
      </w:r>
      <w:r>
        <w:t>aur us ko us ne aise kiya</w:t>
      </w:r>
    </w:p>
    <w:p>
      <w:pPr>
        <w:jc w:val="right"/>
      </w:pPr>
      <w:r>
        <w:t>اور اس کو اس نے ایسے کیا</w:t>
      </w:r>
    </w:p>
    <w:p>
      <w:r>
        <w:rPr>
          <w:b/>
        </w:rPr>
        <w:t xml:space="preserve">[1:07:30] </w:t>
      </w:r>
      <w:r>
        <w:t>to chup gaya. woh to aap doctor ke paas jate hain, aap shopping ke liye jate hain, yaani tarah tarah se ab family ke log milte hain aap se.</w:t>
      </w:r>
    </w:p>
    <w:p>
      <w:pPr>
        <w:jc w:val="right"/>
      </w:pPr>
      <w:r>
        <w:t>تو چھپ گیا۔ وہ تو آپ ڈاکٹر کے پاس جاتے ہیں، آپ شاپنگ کے لیے جاتے ہیں، یعنی طرح طرح سے اب فیملی کے لوگ ملتے ہیں آپ سے۔</w:t>
      </w:r>
    </w:p>
    <w:p>
      <w:r>
        <w:rPr>
          <w:b/>
        </w:rPr>
        <w:t xml:space="preserve">[1:07:41] </w:t>
      </w:r>
      <w:r>
        <w:t>jo mile, us ko kitabein dijiye. sab se aasan kaam kitabein dena hai. hamare haan sir,</w:t>
      </w:r>
    </w:p>
    <w:p>
      <w:pPr>
        <w:jc w:val="right"/>
      </w:pPr>
      <w:r>
        <w:t>جو ملے، اس کو کتابیں دیجئے۔ سب سے آسان کام کتابیں دینا ہے۔ ہمارے ہاں سر،</w:t>
      </w:r>
    </w:p>
    <w:p>
      <w:r>
        <w:rPr>
          <w:b/>
        </w:rPr>
        <w:t xml:space="preserve">[1:07:49] </w:t>
      </w:r>
      <w:r>
        <w:t>har zaban mein kitabein chhapi hui hain, chhoti bari, har qism ki. to har aadmi apni pocket mein, apne bag mein, apne purse mein kitabein rakhe, aur jahan koi mile, us ko deta rahe.</w:t>
      </w:r>
    </w:p>
    <w:p>
      <w:pPr>
        <w:jc w:val="right"/>
      </w:pPr>
      <w:r>
        <w:t>ہر زبان میں کتابیں چھپی ہوئی ہیں، چھوٹی بڑی، ہر قسم کی۔ تو ہر آدمی اپنی پاکٹ میں، اپنے بیگ میں، اپنے پرس میں کتابیں رکھے، اور جہاں کوئی ملے، اس کو دیتا رہے۔</w:t>
      </w:r>
    </w:p>
    <w:p>
      <w:r>
        <w:rPr>
          <w:b/>
        </w:rPr>
        <w:t xml:space="preserve">[1:08:03] </w:t>
      </w:r>
      <w:r>
        <w:t>is zamane mein to bohat aasan hai da'wati kaam karna, kyunke hum predict press zamane mein hain.</w:t>
      </w:r>
    </w:p>
    <w:p>
      <w:pPr>
        <w:jc w:val="right"/>
      </w:pPr>
      <w:r>
        <w:t>اس زمانے میں تو بہت آسان ہے دعوتی کام کرنا، کیونکہ ہم پریڈکٹ پریس زمانے میں ہیں۔</w:t>
      </w:r>
    </w:p>
    <w:p>
      <w:r>
        <w:rPr>
          <w:b/>
        </w:rPr>
        <w:t xml:space="preserve">[1:08:09] </w:t>
      </w:r>
      <w:r>
        <w:t>pehlay zamane mein mushkil hota tha ke khud hi khud karna parta tha. ab to kitabein rakhi hain, woh dete rahiye. sab se aasan kaam hai, aap safar mein hain, tab bhi dijiye, kahin bhi hain, dijiye, dete rahiye un ko.</w:t>
      </w:r>
    </w:p>
    <w:p>
      <w:pPr>
        <w:jc w:val="right"/>
      </w:pPr>
      <w:r>
        <w:t>پہلے زمانے میں مشکل ہوتا تھا کہ خود ہی خود کرنا پڑتا تھا۔ اب تو کتابیں رکھی ہیں، وہ دیتے رہیے۔ سب سے آسان کام ہے، آپ سفر میں ہیں، تب بھی دیجئے، کہیں بھی ہیں، دیجئے، دیتے رہیے ان کو۔</w:t>
      </w:r>
    </w:p>
    <w:p>
      <w:r>
        <w:rPr>
          <w:b/>
        </w:rPr>
        <w:t xml:space="preserve">[1:08:26] </w:t>
      </w:r>
      <w:r>
        <w:t>maulana, agla sawal srinagar kashmir se hai ah shafi ahmed dar sahib ka. unhon ne likha hai: "what does islam say about dreams and interpretation of dreams?" dekhiye, yeh hadith mein aata hai ke</w:t>
      </w:r>
    </w:p>
    <w:p>
      <w:pPr>
        <w:jc w:val="right"/>
      </w:pPr>
      <w:r>
        <w:t>مولانا، اگلا سوال سری نگر کشمیر سے ہے اہ شفیع احمد ڈار صاحب کا۔ انہوں نے لکھا ہے: "واٹ ڈز اسلام سے اباؤٹ ڈریمز اینڈ انٹرپریٹیشن آف ڈریمز؟" دیکھیے، یہ حدیث میں آتا ہے کہ</w:t>
      </w:r>
    </w:p>
    <w:p>
      <w:r>
        <w:rPr>
          <w:b/>
        </w:rPr>
        <w:t xml:space="preserve">[1:08:44] </w:t>
      </w:r>
      <w:r>
        <w:t>nubuwat uth gayi, lekin is ka chaliswan darja bhi baqi hai. to khwab nubuwat ka chaliswan darja hai, yaani allah taala khwab ke zariye se aadmi ko</w:t>
      </w:r>
    </w:p>
    <w:p>
      <w:pPr>
        <w:jc w:val="right"/>
      </w:pPr>
      <w:r>
        <w:t>نبوت اٹھ گئی، لیکن اس کا چالیسواں درجہ بھی باقی ہے۔ تو خواب نبوت کا چالیسواں درجہ ہے، یعنی اللہ تعالیٰ خواب کے ذریعے سے آدمی کو</w:t>
      </w:r>
    </w:p>
    <w:p>
      <w:r>
        <w:rPr>
          <w:b/>
        </w:rPr>
        <w:t xml:space="preserve">[1:09:01] </w:t>
      </w:r>
      <w:r>
        <w:t>batate hain apni mansha. lekin hadith mein abhi aata hai ke khwab ki teen teen shakalain hain: hadith an-nafs, takhfif ash-shaytan, bushra min Allah.</w:t>
      </w:r>
    </w:p>
    <w:p>
      <w:pPr>
        <w:jc w:val="right"/>
      </w:pPr>
      <w:r>
        <w:t>بتاتے ہیں اپنی منشا۔ لیکن حدیث میں ابھی آیا ہے کہ خواب کی تین تین شکلیں ہیں: حدیث النفس، تخفیف الشیطان، بشرا من اللہ۔</w:t>
      </w:r>
    </w:p>
    <w:p>
      <w:r>
        <w:rPr>
          <w:b/>
        </w:rPr>
        <w:t xml:space="preserve">[1:09:16] </w:t>
      </w:r>
      <w:r>
        <w:t>yaani ek hai ke aap ne dil ki baat dekh le, aadmi</w:t>
      </w:r>
    </w:p>
    <w:p>
      <w:pPr>
        <w:jc w:val="right"/>
      </w:pPr>
      <w:r>
        <w:t>یعنی ایک ہے کہ آپ نے دل کی بات دیکھ لے، آدمی</w:t>
      </w:r>
    </w:p>
    <w:p>
      <w:r>
        <w:rPr>
          <w:b/>
        </w:rPr>
        <w:t xml:space="preserve">[1:09:20] </w:t>
      </w:r>
      <w:r>
        <w:t>jo dil mein hai, wohi khwab mein aa jaye, woh hadith an-nafs hai. ek yeh hai ke shaytan ka drava, shaytan drave ke taur par khwab dikhata hai, aur ek hai bushra min Allah, allah ki taraf se basharat.</w:t>
      </w:r>
    </w:p>
    <w:p>
      <w:pPr>
        <w:jc w:val="right"/>
      </w:pPr>
      <w:r>
        <w:t>جو دل میں ہے، وہی خواب میں آ جائے، وہ حدیث النفس ہے۔ ایک یہ ہے کہ شیطان کا ڈراوا، شیطان ڈراوے کے طور پر خواب دکھاتا ہے، اور ایک ہے بشرا من اللہ، اللہ کی طرف سے بشارت۔</w:t>
      </w:r>
    </w:p>
    <w:p>
      <w:r>
        <w:rPr>
          <w:b/>
        </w:rPr>
        <w:t xml:space="preserve">[1:09:33] </w:t>
      </w:r>
      <w:r>
        <w:t>to khwab ka jo nature hota hai, khwab ki jo surat hoti hai,</w:t>
      </w:r>
    </w:p>
    <w:p>
      <w:pPr>
        <w:jc w:val="right"/>
      </w:pPr>
      <w:r>
        <w:t>تو خواب کا جو نیچر ہوتا ہے، خواب کی جو صورت ہوتی ہے،</w:t>
      </w:r>
    </w:p>
    <w:p>
      <w:r>
        <w:rPr>
          <w:b/>
        </w:rPr>
        <w:t xml:space="preserve">[1:09:37] </w:t>
      </w:r>
      <w:r>
        <w:t>us par ghor kar ke aap jaan sakte hain ke teenon category mein se kis category mein aata hai mera khwab. yaani woh hadith an-nafs hai ya takhfif ash-shaytan hai ya bushra min Allah hai.</w:t>
      </w:r>
    </w:p>
    <w:p>
      <w:pPr>
        <w:jc w:val="right"/>
      </w:pPr>
      <w:r>
        <w:t>اس پر غور کر کے آپ جان سکتے ہیں کہ تینوں کیٹگری میں سے کس کیٹگری میں آتا ہے میرا خواب۔ یعنی وہ حدیث النفس ہے یا تخفیف الشیطان ہے یا بشرا من اللہ ہے۔</w:t>
      </w:r>
    </w:p>
    <w:p>
      <w:r>
        <w:rPr>
          <w:b/>
        </w:rPr>
        <w:t xml:space="preserve">[1:09:50] </w:t>
      </w:r>
      <w:r>
        <w:t>to khwab, yaani hadith mein aata hai ke rasool allah sallallahu alaihi wasallam fajar ke baad logon se poocha karte thay ke tum ne koi khwab dekha? kisi ne? phir aap us ki interpretation batate thay.</w:t>
      </w:r>
    </w:p>
    <w:p>
      <w:pPr>
        <w:jc w:val="right"/>
      </w:pPr>
      <w:r>
        <w:t>تو خواب، یعنی حدیث میں آتا ہے کہ رسول اللہ صلی اللہ علیہ وسلم فجر کے بعد لوگوں سے پوچھا کرتے تھے کہ تم نے کوئی خواب دیکھا؟ کسی نے؟ پھر آپ اس کی انٹرپریٹیشن بتاتے تھے۔</w:t>
      </w:r>
    </w:p>
    <w:p>
      <w:r>
        <w:rPr>
          <w:b/>
        </w:rPr>
        <w:t xml:space="preserve">[1:10:02] </w:t>
      </w:r>
      <w:r>
        <w:t>to khwab bohat achhi cheez hai, lekin khwab teri qism ke hotay hain,</w:t>
      </w:r>
    </w:p>
    <w:p>
      <w:pPr>
        <w:jc w:val="right"/>
      </w:pPr>
      <w:r>
        <w:t>تو خواب بہت اچھی چیز ہے، لیکن خواب تیری قسم کے ہوتے ہیں،</w:t>
      </w:r>
    </w:p>
    <w:p>
      <w:r>
        <w:rPr>
          <w:b/>
        </w:rPr>
        <w:t xml:space="preserve">[1:10:06] </w:t>
      </w:r>
      <w:r>
        <w:t>aur jo pak baz log hain, jin ke yaani pakiza zindagi jin ki ho, to to woh aam taur par achha hi khwab dekhte hain.</w:t>
      </w:r>
    </w:p>
    <w:p>
      <w:pPr>
        <w:jc w:val="right"/>
      </w:pPr>
      <w:r>
        <w:t>اور جو پاک باز لوگ ہیں، جن کے یعنی پاکیزہ زندگی جن کی ہو، تو تو وہ عام طور پر اچھا ہی خواب دیکھتے ہیں۔</w:t>
      </w:r>
    </w:p>
    <w:p>
      <w:r>
        <w:rPr>
          <w:b/>
        </w:rPr>
        <w:t xml:space="preserve">[1:10:15] </w:t>
      </w:r>
      <w:r>
        <w:t>woh</w:t>
      </w:r>
    </w:p>
    <w:p>
      <w:pPr>
        <w:jc w:val="right"/>
      </w:pPr>
      <w:r>
        <w:t>وہ</w:t>
      </w:r>
    </w:p>
    <w:p>
      <w:r>
        <w:rPr>
          <w:b/>
        </w:rPr>
        <w:t xml:space="preserve">[1:10:18] </w:t>
      </w:r>
      <w:r>
        <w:t>maulana, un ka ek aur sawal hai. unhon ne likha hai: "maulana sahib, do you think that Quran should be interpreted on scientific bases?</w:t>
      </w:r>
    </w:p>
    <w:p>
      <w:pPr>
        <w:jc w:val="right"/>
      </w:pPr>
      <w:r>
        <w:t>مولانا، ان کا ایک اور سوال ہے۔ انہوں نے لکھا ہے: "مولانا صاحب، ڈو یو تھنک دیٹ قرآن شوڈ بی انٹرپریٹڈ ان سائنٹیفک بیسز؟</w:t>
      </w:r>
    </w:p>
    <w:p>
      <w:r>
        <w:rPr>
          <w:b/>
        </w:rPr>
        <w:t xml:space="preserve">[1:10:29] </w:t>
      </w:r>
      <w:r>
        <w:t>that it should address new age mindset to glorify the existence of god?"</w:t>
      </w:r>
    </w:p>
    <w:p>
      <w:pPr>
        <w:jc w:val="right"/>
      </w:pPr>
      <w:r>
        <w:t>دیٹ اٹ شوڈ ایڈریس نیو ایج مائنڈ سیٹ ٹو گلوریفائی دا ایگزسٹنس آف گاڈ؟"</w:t>
      </w:r>
    </w:p>
    <w:p>
      <w:r>
        <w:rPr>
          <w:b/>
        </w:rPr>
        <w:t xml:space="preserve">[1:10:37] </w:t>
      </w:r>
      <w:r>
        <w:t>dekhiye, quran jo hai, science ki kitab nahi hai. jo log aisa kehte hain, woh bhi galat kehte hain. galat!</w:t>
      </w:r>
    </w:p>
    <w:p>
      <w:pPr>
        <w:jc w:val="right"/>
      </w:pPr>
      <w:r>
        <w:t>دیکھیے، قرآن جو ہے، سائنس کی کتاب نہیں ہے۔ جو لوگ ایسا کہتے ہیں، وہ بھی غلط کہتے ہیں۔ غلط!</w:t>
      </w:r>
    </w:p>
    <w:p>
      <w:r>
        <w:rPr>
          <w:b/>
        </w:rPr>
        <w:t xml:space="preserve">[1:10:44] </w:t>
      </w:r>
      <w:r>
        <w:t>quran jo hai, science ki kitab nahi hai. quran to hidayat ki kitab hai, lekin hidayat allah taala ne reason based ki hai.</w:t>
      </w:r>
    </w:p>
    <w:p>
      <w:pPr>
        <w:jc w:val="right"/>
      </w:pPr>
      <w:r>
        <w:t>قرآن جو ہے، سائنس کی کتاب نہیں ہے۔ قرآن تو ہدایت کی کتاب ہے، لیکن ہدایت اللہ تعالیٰ نے ریزن بیسڈ کی ہے۔</w:t>
      </w:r>
    </w:p>
    <w:p>
      <w:r>
        <w:rPr>
          <w:b/>
        </w:rPr>
        <w:t xml:space="preserve">[1:10:52] </w:t>
      </w:r>
      <w:r>
        <w:t>reason based, yani daleel ke zariye se hidayat ko logon ke liye qabil-e-fehm banana, is ko understandable, understandable banane ke liye ke insaan is par yaqeen kar sake.</w:t>
      </w:r>
    </w:p>
    <w:p>
      <w:pPr>
        <w:jc w:val="right"/>
      </w:pPr>
      <w:r>
        <w:t>ریزن بیسڈ، یعنی دلیل کے ذریعے سے ہدایت کو لوگوں کے لیے قابل فہم بنانا، اس کو انڈرسٹیبل، انڈرسٹیبل بنانے کے لیے کہ انسان اس پر یقین کر سکے۔</w:t>
      </w:r>
    </w:p>
    <w:p>
      <w:r>
        <w:rPr>
          <w:b/>
        </w:rPr>
        <w:t xml:space="preserve">[1:11:06] </w:t>
      </w:r>
      <w:r>
        <w:t>daleelein di jati hain. daleelein to Quran mein aisi daleelein hain kai jo science se talluq rakhti hain. mut</w:t>
      </w:r>
    </w:p>
    <w:p>
      <w:pPr>
        <w:jc w:val="right"/>
      </w:pPr>
      <w:r>
        <w:t>دلیلیں دی جاتی ہیں۔ دلیلیں تو قرآن میں ایسی دلیلیں ہیں کئی جو سائنس سے تعلق رکھتی ہیں۔ مط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