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Journey of History I 23 Dec, 2012 - Maulana Wahiduddin Khan</w:t>
      </w:r>
    </w:p>
    <w:p>
      <w:r>
        <w:t>https://www.youtube.com/watch?v=1NvRxiYKTnc</w:t>
      </w:r>
    </w:p>
    <w:p>
      <w:r>
        <w:rPr>
          <w:b/>
        </w:rPr>
        <w:t xml:space="preserve">[00:14] </w:t>
      </w:r>
      <w:r>
        <w:t>bismillah-e-rehman-e-reheem, wa-sallallahu ala-n-nabiyyi-l-kareem.</w:t>
      </w:r>
    </w:p>
    <w:p>
      <w:pPr>
        <w:jc w:val="right"/>
      </w:pPr>
      <w:r>
        <w:t>بسم اللہ الرحمن الرحیم، وصلی اللہ علی النبی الکریم۔</w:t>
      </w:r>
    </w:p>
    <w:p>
      <w:r>
        <w:rPr>
          <w:b/>
        </w:rPr>
        <w:t xml:space="preserve">[00:23] </w:t>
      </w:r>
      <w:r>
        <w:t>rab-ishrah-li-sadri, wa-yassir-li-amri, wah-lul-uqdatan-min-lisani, yafqahu qawli.</w:t>
      </w:r>
    </w:p>
    <w:p>
      <w:pPr>
        <w:jc w:val="right"/>
      </w:pPr>
      <w:r>
        <w:t>رب اشرح لی صدری، ویسر لی امری، واحل العقدۃ من لسانی، یفقہ قولی۔</w:t>
      </w:r>
    </w:p>
    <w:p>
      <w:r>
        <w:rPr>
          <w:b/>
        </w:rPr>
        <w:t xml:space="preserve">[00:39] </w:t>
      </w:r>
      <w:r>
        <w:t>aaj ka topic hai:</w:t>
      </w:r>
    </w:p>
    <w:p>
      <w:pPr>
        <w:jc w:val="right"/>
      </w:pPr>
      <w:r>
        <w:t>آج کا ٹاپک ہے:</w:t>
      </w:r>
    </w:p>
    <w:p>
      <w:r>
        <w:rPr>
          <w:b/>
        </w:rPr>
        <w:t xml:space="preserve">[00:43] </w:t>
      </w:r>
      <w:r>
        <w:t>journey of history, tareekh ka safar.</w:t>
      </w:r>
    </w:p>
    <w:p>
      <w:pPr>
        <w:jc w:val="right"/>
      </w:pPr>
      <w:r>
        <w:t>جرنی آف ہسٹری، تاریخ کا سفر۔</w:t>
      </w:r>
    </w:p>
    <w:p>
      <w:r>
        <w:rPr>
          <w:b/>
        </w:rPr>
        <w:t xml:space="preserve">[00:50] </w:t>
      </w:r>
      <w:r>
        <w:t>dekhein, tareekh ke safar ke mauzu par bahut kuch likha gaya hai, lekin main ek aur angle se baat karna chahta hoon.</w:t>
      </w:r>
    </w:p>
    <w:p>
      <w:pPr>
        <w:jc w:val="right"/>
      </w:pPr>
      <w:r>
        <w:t>دیکھیں، تاریخ کے سفر کے موضوع پر بہت کچھ لکھا گیا ہے، لیکن میں ایک اور اینگل سے بات کرنا چاہتا ہوں۔</w:t>
      </w:r>
    </w:p>
    <w:p>
      <w:r>
        <w:rPr>
          <w:b/>
        </w:rPr>
        <w:t xml:space="preserve">[01:01] </w:t>
      </w:r>
      <w:r>
        <w:t>mera angle woh hai jis ko aap keh sakte hain divine angle.</w:t>
      </w:r>
    </w:p>
    <w:p>
      <w:pPr>
        <w:jc w:val="right"/>
      </w:pPr>
      <w:r>
        <w:t>میرا اینگل وہ ہے جس کو آپ کہہ سکتے ہیں ڈیوائن اینگل۔</w:t>
      </w:r>
    </w:p>
    <w:p>
      <w:r>
        <w:rPr>
          <w:b/>
        </w:rPr>
        <w:t xml:space="preserve">[01:09] </w:t>
      </w:r>
      <w:r>
        <w:t>yani jo is kainat ka jo creator hai, jo khalique hai, woh jis angle se dekh raha hai history ko,</w:t>
      </w:r>
    </w:p>
    <w:p>
      <w:pPr>
        <w:jc w:val="right"/>
      </w:pPr>
      <w:r>
        <w:t>یعنی جو اس کائنات کا جو کریٹر ہے، جو خالق ہے، وہ جس اینگل سے دیکھ رہا ہے ہسٹری کو،</w:t>
      </w:r>
    </w:p>
    <w:p>
      <w:r>
        <w:rPr>
          <w:b/>
        </w:rPr>
        <w:t xml:space="preserve">[01:23] </w:t>
      </w:r>
      <w:r>
        <w:t>us angle se history mein kya safar ho raha hai</w:t>
      </w:r>
    </w:p>
    <w:p>
      <w:pPr>
        <w:jc w:val="right"/>
      </w:pPr>
      <w:r>
        <w:t>اس اینگل سے ہسٹری میں کیا سفر ہو رہا ہے</w:t>
      </w:r>
    </w:p>
    <w:p>
      <w:r>
        <w:rPr>
          <w:b/>
        </w:rPr>
        <w:t xml:space="preserve">[01:28] </w:t>
      </w:r>
      <w:r>
        <w:t>aur kahan pahuncha hai, is ke bare mein main kuch arz karna chahta hoon.</w:t>
      </w:r>
    </w:p>
    <w:p>
      <w:pPr>
        <w:jc w:val="right"/>
      </w:pPr>
      <w:r>
        <w:t>اور کہاں پہنچا ہے، اس کے بارے میں میں کچھ عرض کرنا چاہتا ہوں۔</w:t>
      </w:r>
    </w:p>
    <w:p>
      <w:r>
        <w:rPr>
          <w:b/>
        </w:rPr>
        <w:t xml:space="preserve">[01:37] </w:t>
      </w:r>
      <w:r>
        <w:t>aap jante hain ke is kainat ko Allah ne paida kiya, phir is ne solar system banaya, phir is ne planet Earth banai,</w:t>
      </w:r>
    </w:p>
    <w:p>
      <w:pPr>
        <w:jc w:val="right"/>
      </w:pPr>
      <w:r>
        <w:t>آپ جانتے ہیں کہ اس کائنات کو اللہ نے پیدا کیا، پھر اس نے سولر سسٹم بنایا، پھر اس نے پلینٹ ارتھ بنائی،</w:t>
      </w:r>
    </w:p>
    <w:p>
      <w:r>
        <w:rPr>
          <w:b/>
        </w:rPr>
        <w:t xml:space="preserve">[01:51] </w:t>
      </w:r>
      <w:r>
        <w:t>jo abhi tak ki sari</w:t>
      </w:r>
    </w:p>
    <w:p>
      <w:pPr>
        <w:jc w:val="right"/>
      </w:pPr>
      <w:r>
        <w:t>جو ابھی تک کی ساری</w:t>
      </w:r>
    </w:p>
    <w:p>
      <w:r>
        <w:rPr>
          <w:b/>
        </w:rPr>
        <w:t xml:space="preserve">[01:54] </w:t>
      </w:r>
      <w:r>
        <w:t>maloomat ke mutabiq is poori universe mein ek exception hai. yeh duniya bahut hi badi hai, bahut hi badi, bahut hi badi.</w:t>
      </w:r>
    </w:p>
    <w:p>
      <w:pPr>
        <w:jc w:val="right"/>
      </w:pPr>
      <w:r>
        <w:t>معلومات کے مطابق اس پوری یونیورس میں ایک ایکسیپشن ہے۔ یہ دنیا بہت ہی بڑی ہے، بہت ہی بڑی، بہت ہی بڑی۔</w:t>
      </w:r>
    </w:p>
    <w:p>
      <w:r>
        <w:rPr>
          <w:b/>
        </w:rPr>
        <w:t xml:space="preserve">[02:08] </w:t>
      </w:r>
      <w:r>
        <w:t>lekin is mein</w:t>
      </w:r>
    </w:p>
    <w:p>
      <w:pPr>
        <w:jc w:val="right"/>
      </w:pPr>
      <w:r>
        <w:t>لیکن اس میں</w:t>
      </w:r>
    </w:p>
    <w:p>
      <w:r>
        <w:rPr>
          <w:b/>
        </w:rPr>
        <w:t xml:space="preserve">[02:12] </w:t>
      </w:r>
      <w:r>
        <w:t>tamam talash ke bawajood, yani telescope jab bani to poori universe mein insaan ne talash karna shuru kiya ke kya kahin planet Earth jaisa koi sayara hai, jahan pani ho, jahan life ho,</w:t>
      </w:r>
    </w:p>
    <w:p>
      <w:pPr>
        <w:jc w:val="right"/>
      </w:pPr>
      <w:r>
        <w:t>تمام تلاش کے باوجود، یعنی ٹیلیسکوپ جب بنی تو پوری یونیورس میں انسان نے تلاش کرنا شروع کیا کہ کیا کہیں پلینٹ ارتھ جیسا کوئی سیارہ ہے، جہاں پانی ہو، جہاں لائف ہو،</w:t>
      </w:r>
    </w:p>
    <w:p>
      <w:r>
        <w:rPr>
          <w:b/>
        </w:rPr>
        <w:t xml:space="preserve">[02:33] </w:t>
      </w:r>
      <w:r>
        <w:t>jahan zindagi ka saman ho. to abhi tak koi bhi aisa planet poori universe mein nahi mila hai.</w:t>
      </w:r>
    </w:p>
    <w:p>
      <w:pPr>
        <w:jc w:val="right"/>
      </w:pPr>
      <w:r>
        <w:t>جہاں زندگی کا سامان ہو۔ تو ابھی تک کوئی بھی ایسا پلینٹ پوری یونیورس میں نہیں ملا ہے۔</w:t>
      </w:r>
    </w:p>
    <w:p>
      <w:r>
        <w:rPr>
          <w:b/>
        </w:rPr>
        <w:t xml:space="preserve">[02:49] </w:t>
      </w:r>
      <w:r>
        <w:t>jabke universe itni badi hai, itni badi hai ke scientists ka manna hai ke</w:t>
      </w:r>
    </w:p>
    <w:p>
      <w:pPr>
        <w:jc w:val="right"/>
      </w:pPr>
      <w:r>
        <w:t>جبکہ یونیورس اتنی بڑی ہے، اتنی بڑی ہے کہ سائنسدانوں کا ماننا ہے کہ</w:t>
      </w:r>
    </w:p>
    <w:p>
      <w:r>
        <w:rPr>
          <w:b/>
        </w:rPr>
        <w:t xml:space="preserve">[03:02] </w:t>
      </w:r>
      <w:r>
        <w:t>is ka jo radius hai, universe ka jo radius hai, woh itna bada hai ke</w:t>
      </w:r>
    </w:p>
    <w:p>
      <w:pPr>
        <w:jc w:val="right"/>
      </w:pPr>
      <w:r>
        <w:t>اس کا جو ریڈیس ہے، یونیورس کا جو ریڈیس ہے، وہ اتنا بڑا ہے کہ</w:t>
      </w:r>
    </w:p>
    <w:p>
      <w:r>
        <w:rPr>
          <w:b/>
        </w:rPr>
        <w:t xml:space="preserve">[03:13] </w:t>
      </w:r>
      <w:r>
        <w:t>46 billion light years chahiye is ko cover karne ke liye. agar koi safar kare</w:t>
      </w:r>
    </w:p>
    <w:p>
      <w:pPr>
        <w:jc w:val="right"/>
      </w:pPr>
      <w:r>
        <w:t>46 بلین لائٹ ایئرز چاہیے اس کو کور کرنے کے لیے۔ اگر کوئی سفر کرے</w:t>
      </w:r>
    </w:p>
    <w:p>
      <w:r>
        <w:rPr>
          <w:b/>
        </w:rPr>
        <w:t xml:space="preserve">[03:25] </w:t>
      </w:r>
      <w:r>
        <w:t>light years ke mutabiq, yani 186,000 feet second ki raftaar se, tab bhi is ko universe ke radius ko tay karne ke liye 46 billion years chahiye.</w:t>
      </w:r>
    </w:p>
    <w:p>
      <w:pPr>
        <w:jc w:val="right"/>
      </w:pPr>
      <w:r>
        <w:t>لائٹ ایئرز کے مطابق، یعنی 186,000 فیٹ سیکنڈ کی رفتار سے، تب بھی اس کو یونیورس کے ریڈیس کو طے کرنے کے لیے 46 بلین ایئرز چاہیے۔</w:t>
      </w:r>
    </w:p>
    <w:p>
      <w:r>
        <w:rPr>
          <w:b/>
        </w:rPr>
        <w:t xml:space="preserve">[03:42] </w:t>
      </w:r>
      <w:r>
        <w:t>itni badi hai. aur countless stars hain, countless planets hain, countless galaxies hain.</w:t>
      </w:r>
    </w:p>
    <w:p>
      <w:pPr>
        <w:jc w:val="right"/>
      </w:pPr>
      <w:r>
        <w:t>اتنی بڑی ہے۔ اور کاؤنٹ لیس اسٹارز ہیں، کاؤنٹ لیس پلینٹس ہیں، کاؤنٹ لیس گلیکسیز ہیں۔</w:t>
      </w:r>
    </w:p>
    <w:p>
      <w:r>
        <w:rPr>
          <w:b/>
        </w:rPr>
        <w:t xml:space="preserve">[03:55] </w:t>
      </w:r>
      <w:r>
        <w:t>aur jo insaan ne jo telescope banai hai,</w:t>
      </w:r>
    </w:p>
    <w:p>
      <w:pPr>
        <w:jc w:val="right"/>
      </w:pPr>
      <w:r>
        <w:t>اور جو انسان نے جو ٹیلیسکوپ بنائی ہے،</w:t>
      </w:r>
    </w:p>
    <w:p>
      <w:r>
        <w:rPr>
          <w:b/>
        </w:rPr>
        <w:t xml:space="preserve">[04:01] </w:t>
      </w:r>
      <w:r>
        <w:t>jo modern telescope hai, woh bahut door tak dekh sakti hai. lekin kahin bhi zameen jaisa koi sayara daryaft nahi hua.</w:t>
      </w:r>
    </w:p>
    <w:p>
      <w:pPr>
        <w:jc w:val="right"/>
      </w:pPr>
      <w:r>
        <w:t>جو ماڈرن ٹیلیسکوپ ہے، وہ بہت دور تک دیکھ سکتی ہے۔ لیکن کہیں بھی زمین جیسا کوئی سیارہ دریافت نہیں ہوا۔</w:t>
      </w:r>
    </w:p>
    <w:p>
      <w:r>
        <w:rPr>
          <w:b/>
        </w:rPr>
        <w:t xml:space="preserve">[04:15] </w:t>
      </w:r>
      <w:r>
        <w:t>to Allah ne zameen banai, yahan par pani tha, aur woh sari cheezein jin ko hum kehte hain life support system.</w:t>
      </w:r>
    </w:p>
    <w:p>
      <w:pPr>
        <w:jc w:val="right"/>
      </w:pPr>
      <w:r>
        <w:t>تو اللہ نے زمین بنائی، یہاں پر پانی تھا، اور وہ ساری چیزیں جن کو ہم کہتے ہیں لائف سپورٹ سسٹم۔</w:t>
      </w:r>
    </w:p>
    <w:p>
      <w:r>
        <w:rPr>
          <w:b/>
        </w:rPr>
        <w:t xml:space="preserve">[04:26] </w:t>
      </w:r>
      <w:r>
        <w:t>phir yahan par insan ko basaya.</w:t>
      </w:r>
    </w:p>
    <w:p>
      <w:pPr>
        <w:jc w:val="right"/>
      </w:pPr>
      <w:r>
        <w:t>پھر یہاں پر انسان کو بسایا۔</w:t>
      </w:r>
    </w:p>
    <w:p>
      <w:r>
        <w:rPr>
          <w:b/>
        </w:rPr>
        <w:t xml:space="preserve">[04:31] </w:t>
      </w:r>
      <w:r>
        <w:t>to yeh special creation aur yeh special ehtimam jo hai kis liye hai?</w:t>
      </w:r>
    </w:p>
    <w:p>
      <w:pPr>
        <w:jc w:val="right"/>
      </w:pPr>
      <w:r>
        <w:t>تو یہ اسپیشل کریشن اور یہ اسپیشل اہتمام جو ہے کس لیے ہے؟</w:t>
      </w:r>
    </w:p>
    <w:p>
      <w:r>
        <w:rPr>
          <w:b/>
        </w:rPr>
        <w:t xml:space="preserve">[04:40] </w:t>
      </w:r>
      <w:r>
        <w:t>sach poochen to yeh paradise ke liye yeh hai insan ko select karna.</w:t>
      </w:r>
    </w:p>
    <w:p>
      <w:pPr>
        <w:jc w:val="right"/>
      </w:pPr>
      <w:r>
        <w:t>سچ پوچھیں تو یہ پارڈائز کے لیے یہ ہے انسان کو سلیکٹ کرنا۔</w:t>
      </w:r>
    </w:p>
    <w:p>
      <w:r>
        <w:rPr>
          <w:b/>
        </w:rPr>
        <w:t xml:space="preserve">[04:53] </w:t>
      </w:r>
      <w:r>
        <w:t>Allah taala ne ek duniya banai jo perfect duniya hai, jo ideal duniya hai,</w:t>
      </w:r>
    </w:p>
    <w:p>
      <w:pPr>
        <w:jc w:val="right"/>
      </w:pPr>
      <w:r>
        <w:t>اللہ تعالیٰ نے ایک دنیا بنائی جو پرفیکٹ دنیا ہے، جو آئیڈیل دنیا ہے،</w:t>
      </w:r>
    </w:p>
    <w:p>
      <w:r>
        <w:rPr>
          <w:b/>
        </w:rPr>
        <w:t xml:space="preserve">[05:01] </w:t>
      </w:r>
      <w:r>
        <w:t>jahan har qism ke desire ki taskeen ka kamil saman maujood hai.</w:t>
      </w:r>
    </w:p>
    <w:p>
      <w:pPr>
        <w:jc w:val="right"/>
      </w:pPr>
      <w:r>
        <w:t>جہاں ہر قسم کے ڈیزائر کی تسکین کا کامل سامان موجود ہے۔</w:t>
      </w:r>
    </w:p>
    <w:p>
      <w:r>
        <w:rPr>
          <w:b/>
        </w:rPr>
        <w:t xml:space="preserve">[05:11] </w:t>
      </w:r>
      <w:r>
        <w:t>to wahan par settle karne ke liye Allah ko insan chahiye.</w:t>
      </w:r>
    </w:p>
    <w:p>
      <w:pPr>
        <w:jc w:val="right"/>
      </w:pPr>
      <w:r>
        <w:t>تو وہاں پر سیٹل کرنے کے لیے اللہ کو انسان چاہیے۔</w:t>
      </w:r>
    </w:p>
    <w:p>
      <w:r>
        <w:rPr>
          <w:b/>
        </w:rPr>
        <w:t xml:space="preserve">[05:20] </w:t>
      </w:r>
      <w:r>
        <w:t>yeh duniya jo hai selection ground hai. poori history mein Allah ke angels watch kar rahe hain aur ek ek individual ka record tayar kar rahe hain.</w:t>
      </w:r>
    </w:p>
    <w:p>
      <w:pPr>
        <w:jc w:val="right"/>
      </w:pPr>
      <w:r>
        <w:t>یہ دنیا جو ہے سلیکشن گراؤنڈ ہے۔ پوری ہسٹری میں اللہ کے اینجلز واچ کر رہے ہیں اور ایک ایک انڈیویجول کا ریکارڈ تیار کر رہے ہیں۔</w:t>
      </w:r>
    </w:p>
    <w:p>
      <w:r>
        <w:rPr>
          <w:b/>
        </w:rPr>
        <w:t xml:space="preserve">[05:40] </w:t>
      </w:r>
      <w:r>
        <w:t>to farishton ke record ke mutabiq jo jo afraad, community nahi, koi majmooa nahi, koi bheed nahi, afraad, individuals,</w:t>
      </w:r>
    </w:p>
    <w:p>
      <w:pPr>
        <w:jc w:val="right"/>
      </w:pPr>
      <w:r>
        <w:t>تو فرشتوں کے ریکارڈ کے مطابق جو جو افراد، کمیونٹی نہیں، کوئی مجموعہ نہیں، کوئی بھیڑ نہیں، افراد، انڈیویجولز،</w:t>
      </w:r>
    </w:p>
    <w:p>
      <w:r>
        <w:rPr>
          <w:b/>
        </w:rPr>
        <w:t xml:space="preserve">[05:57] </w:t>
      </w:r>
      <w:r>
        <w:t>poori history se Allah ko</w:t>
      </w:r>
    </w:p>
    <w:p>
      <w:pPr>
        <w:jc w:val="right"/>
      </w:pPr>
      <w:r>
        <w:t>پوری ہسٹری سے اللہ کو</w:t>
      </w:r>
    </w:p>
    <w:p>
      <w:r>
        <w:rPr>
          <w:b/>
        </w:rPr>
        <w:t xml:space="preserve">[05:59] </w:t>
      </w:r>
      <w:r>
        <w:t>select karna hai, woh selection ho raha hai. in saare logon ko jo poori history mein aise log nikle, unko select kar ke paradise mein basaya jayega.</w:t>
      </w:r>
    </w:p>
    <w:p>
      <w:pPr>
        <w:jc w:val="right"/>
      </w:pPr>
      <w:r>
        <w:t>سلیکٹ کرنا ہے، وہ سلیکشن ہو رہا ہے۔ ان سارے لوگوں کو جو پوری ہسٹری میں ایسے لوگ نکلے، ان کو سلیکٹ کر کے پارڈائز میں بسایا جائے گا۔</w:t>
      </w:r>
    </w:p>
    <w:p>
      <w:r>
        <w:rPr>
          <w:b/>
        </w:rPr>
        <w:t xml:space="preserve">[06:19] </w:t>
      </w:r>
      <w:r>
        <w:t>to yeh log jo duniya mein bheje gaye, un se kya matloob tha?</w:t>
      </w:r>
    </w:p>
    <w:p>
      <w:pPr>
        <w:jc w:val="right"/>
      </w:pPr>
      <w:r>
        <w:t>تو یہ لوگ جو دنیا میں بھیجے گئے، ان سے کیا مطلوب تھا؟</w:t>
      </w:r>
    </w:p>
    <w:p>
      <w:r>
        <w:rPr>
          <w:b/>
        </w:rPr>
        <w:t xml:space="preserve">[06:26] </w:t>
      </w:r>
      <w:r>
        <w:t>un se matloob tha ke woh creator ko daryaft karen, purpose of life ko daryaft karen, aur us ke mutabiq apni zindagi ko banayen.</w:t>
      </w:r>
    </w:p>
    <w:p>
      <w:pPr>
        <w:jc w:val="right"/>
      </w:pPr>
      <w:r>
        <w:t>ان سے مطلوب تھا کہ وہ کریٹر کو دریافت کریں، پرپس آف لائف کو دریافت کریں، اور اس کے مطابق اپنی زندگی کو بنائیں۔</w:t>
      </w:r>
    </w:p>
    <w:p>
      <w:r>
        <w:rPr>
          <w:b/>
        </w:rPr>
        <w:t xml:space="preserve">[06:40] </w:t>
      </w:r>
      <w:r>
        <w:t>yaani khud se, khud se karen. yeh nahi ke koi direction diya jaye un ko.</w:t>
      </w:r>
    </w:p>
    <w:p>
      <w:pPr>
        <w:jc w:val="right"/>
      </w:pPr>
      <w:r>
        <w:t>یعنی خود سے، خود سے کریں۔ یہ نہیں کہ کوئی ڈائریکشن دیا جائے ان کو۔</w:t>
      </w:r>
    </w:p>
    <w:p>
      <w:r>
        <w:rPr>
          <w:b/>
        </w:rPr>
        <w:t xml:space="preserve">[06:47] </w:t>
      </w:r>
      <w:r>
        <w:t>self-discovered realization par khare hon aur ikhtiyar rakhne ke bawajood apne aap ko surrender karen Allah ke agay.</w:t>
      </w:r>
    </w:p>
    <w:p>
      <w:pPr>
        <w:jc w:val="right"/>
      </w:pPr>
      <w:r>
        <w:t>سیلف ڈسکورڈ ریلائزیشن پر کھڑے ہوں اور اختیار رکھنے کے باوجود اپنے آپ کو سرنڈر کریں اللہ کے آگے۔</w:t>
      </w:r>
    </w:p>
    <w:p>
      <w:r>
        <w:rPr>
          <w:b/>
        </w:rPr>
        <w:t xml:space="preserve">[07:01] </w:t>
      </w:r>
      <w:r>
        <w:t>har qism ki azadi ke bawajood apne aap ko</w:t>
      </w:r>
    </w:p>
    <w:p>
      <w:pPr>
        <w:jc w:val="right"/>
      </w:pPr>
      <w:r>
        <w:t>ہر قسم کی آزادی کے باوجود اپنے آپ کو</w:t>
      </w:r>
    </w:p>
    <w:p>
      <w:r>
        <w:rPr>
          <w:b/>
        </w:rPr>
        <w:t xml:space="preserve">[07:04] </w:t>
      </w:r>
      <w:r>
        <w:t>discipline mein rakhen.</w:t>
      </w:r>
    </w:p>
    <w:p>
      <w:pPr>
        <w:jc w:val="right"/>
      </w:pPr>
      <w:r>
        <w:t>ڈسپلن میں رکھیں۔</w:t>
      </w:r>
    </w:p>
    <w:p>
      <w:r>
        <w:rPr>
          <w:b/>
        </w:rPr>
        <w:t xml:space="preserve">[07:10] </w:t>
      </w:r>
      <w:r>
        <w:t>to aise insanon ko is duniya mein select kiya ja raha hai.</w:t>
      </w:r>
    </w:p>
    <w:p>
      <w:pPr>
        <w:jc w:val="right"/>
      </w:pPr>
      <w:r>
        <w:t>تو ایسے انسانوں کو اس دنیا میں سلیکٹ کیا جا رہا ہے۔</w:t>
      </w:r>
    </w:p>
    <w:p>
      <w:r>
        <w:rPr>
          <w:b/>
        </w:rPr>
        <w:t xml:space="preserve">[07:21] </w:t>
      </w:r>
      <w:r>
        <w:t>to Allah ne ek taraf insan ke andar aql di, samajh di, doosri taraf universe mein aise</w:t>
      </w:r>
    </w:p>
    <w:p>
      <w:pPr>
        <w:jc w:val="right"/>
      </w:pPr>
      <w:r>
        <w:t>تو اللہ نے ایک طرف انسان کے اندر عقل دی، سمجھ دی، دوسری طرف یونیورس میں ایسے</w:t>
      </w:r>
    </w:p>
    <w:p>
      <w:r>
        <w:rPr>
          <w:b/>
        </w:rPr>
        <w:t xml:space="preserve">[07:33] </w:t>
      </w:r>
      <w:r>
        <w:t>nishanaat, jis ko hum signs kehte hain, rakh diye ke insan is ko observation ke liye jaane. aur phir har zamane mein Allah ne peghambar bheje.</w:t>
      </w:r>
    </w:p>
    <w:p>
      <w:pPr>
        <w:jc w:val="right"/>
      </w:pPr>
      <w:r>
        <w:t>نشانات، جس کو ہم سائنز کہتے ہیں، رکھ دیے کہ انسان اس کو آبزرویشن کے لیے جانے۔ اور پھر ہر زمانے میں اللہ نے پیغمبر بھیجے۔</w:t>
      </w:r>
    </w:p>
    <w:p>
      <w:r>
        <w:rPr>
          <w:b/>
        </w:rPr>
        <w:t xml:space="preserve">[07:48] </w:t>
      </w:r>
      <w:r>
        <w:t>peghambar.</w:t>
      </w:r>
    </w:p>
    <w:p>
      <w:pPr>
        <w:jc w:val="right"/>
      </w:pPr>
      <w:r>
        <w:t>پیغمبر۔</w:t>
      </w:r>
    </w:p>
    <w:p>
      <w:r>
        <w:rPr>
          <w:b/>
        </w:rPr>
        <w:t xml:space="preserve">[07:52] </w:t>
      </w:r>
      <w:r>
        <w:t>peghambar batate rahe, ailan karte rahe sachai ka. lekin yeh poori history guzar gayi aur kuch afraad mile, kabhi bhi koi bara majmooa insaniyat ka peghambaron ke sath na de saka.</w:t>
      </w:r>
    </w:p>
    <w:p>
      <w:pPr>
        <w:jc w:val="right"/>
      </w:pPr>
      <w:r>
        <w:t>پیغمبر بتاتے رہے، اعلان کرتے رہے سچائی کا۔ لیکن یہ پوری ہسٹری گزر گئی اور کچھ افراد ملے، کبھی بھی کوئی بڑا مجموعہ انسانیت کا پیغمبروں کے ساتھ نہ دے سکا۔</w:t>
      </w:r>
    </w:p>
    <w:p>
      <w:r>
        <w:rPr>
          <w:b/>
        </w:rPr>
        <w:t xml:space="preserve">[08:11] </w:t>
      </w:r>
      <w:r>
        <w:t>peghambaron ke sath do cheez hoti thin: "inna arsalna rusulana bil bayyinati wa arsalna ma'ahumul kitaba wal mizana".</w:t>
      </w:r>
    </w:p>
    <w:p>
      <w:pPr>
        <w:jc w:val="right"/>
      </w:pPr>
      <w:r>
        <w:t>پیغمبروں کے ساتھ دو چیز ہوتی تھیں: "انا ارسلنا رسلنا بالبنیات وارسلنا معول کتاب والمیزان"۔</w:t>
      </w:r>
    </w:p>
    <w:p>
      <w:r>
        <w:rPr>
          <w:b/>
        </w:rPr>
        <w:t xml:space="preserve">[08:21] </w:t>
      </w:r>
      <w:r>
        <w:t>yaani ek to un ke pas hoti thi Allah ki taraf se aayi hui wahi aur doosre moajze.</w:t>
      </w:r>
    </w:p>
    <w:p>
      <w:pPr>
        <w:jc w:val="right"/>
      </w:pPr>
      <w:r>
        <w:t>یعنی ایک تو ان کے پاس ہوتی تھی اللہ کی طرف سے آئی ہوئی وحی اور دوسرے معجزہ۔</w:t>
      </w:r>
    </w:p>
    <w:p>
      <w:r>
        <w:rPr>
          <w:b/>
        </w:rPr>
        <w:t xml:space="preserve">[08:27] </w:t>
      </w:r>
      <w:r>
        <w:t>yeh Hazrat Musa ko asaa ka moajza diya gaya.</w:t>
      </w:r>
    </w:p>
    <w:p>
      <w:pPr>
        <w:jc w:val="right"/>
      </w:pPr>
      <w:r>
        <w:t>یہ حضرت موسیٰ کو عصا کا معجزہ دیا گیا۔</w:t>
      </w:r>
    </w:p>
    <w:p>
      <w:r>
        <w:rPr>
          <w:b/>
        </w:rPr>
        <w:t xml:space="preserve">[08:34] </w:t>
      </w:r>
      <w:r>
        <w:t>to insan bohat kam, bohat hi kam aise insan nikle jo peghambaron ko manen.</w:t>
      </w:r>
    </w:p>
    <w:p>
      <w:pPr>
        <w:jc w:val="right"/>
      </w:pPr>
      <w:r>
        <w:t>تو انسان بہت کم، بہت ہی کم ایسے انسان نکلے جو پیغمبروں کو مانیں۔</w:t>
      </w:r>
    </w:p>
    <w:p>
      <w:r>
        <w:rPr>
          <w:b/>
        </w:rPr>
        <w:t xml:space="preserve">[08:45] </w:t>
      </w:r>
      <w:r>
        <w:t>to woh zyada tar aik aa kar unhon ne ignore kiya ke yeh to tum to jadoogar ho, tum to magician ho.</w:t>
      </w:r>
    </w:p>
    <w:p>
      <w:pPr>
        <w:jc w:val="right"/>
      </w:pPr>
      <w:r>
        <w:t>تو وہ زیادہ تر ایک آ کر انہوں نے اگنور کیا کہ یہ تو تم تو جادوگر ہو، تم تو میجیشن ہو۔</w:t>
      </w:r>
    </w:p>
    <w:p>
      <w:r>
        <w:rPr>
          <w:b/>
        </w:rPr>
        <w:t xml:space="preserve">[08:52] </w:t>
      </w:r>
      <w:r>
        <w:t>to Allah ne history mein aik process chalaya. Woh process yeh tha ke khud insan ke apne musallama, yani rationally accepted base par</w:t>
      </w:r>
    </w:p>
    <w:p>
      <w:pPr>
        <w:jc w:val="right"/>
      </w:pPr>
      <w:r>
        <w:t>تو اللہ نے ہسٹری میں ایک پراسیس چلایا۔ وہ پراسیس یہ تھا کہ خود انسان کے اپنے مسلمہ، یعنی ریشنلی ایکسیپٹڈ بیس پر</w:t>
      </w:r>
    </w:p>
    <w:p>
      <w:r>
        <w:rPr>
          <w:b/>
        </w:rPr>
        <w:t xml:space="preserve">[09:09] </w:t>
      </w:r>
      <w:r>
        <w:t>yeh sachai prove ho jaye, jis ko peghambar batate rahe.</w:t>
      </w:r>
    </w:p>
    <w:p>
      <w:pPr>
        <w:jc w:val="right"/>
      </w:pPr>
      <w:r>
        <w:t>یہ سچائی پروف ہو جائے، جس کو پیغمبر بتاتے رہے۔</w:t>
      </w:r>
    </w:p>
    <w:p>
      <w:r>
        <w:rPr>
          <w:b/>
        </w:rPr>
        <w:t xml:space="preserve">[09:17] </w:t>
      </w:r>
      <w:r>
        <w:t>aap jante hain ke Allah ka jo plan tha, to peghambar hamesha aanay walay nahi thay. Seventh century AD ke first quarter mein aakhri peghambar aaye.</w:t>
      </w:r>
    </w:p>
    <w:p>
      <w:pPr>
        <w:jc w:val="right"/>
      </w:pPr>
      <w:r>
        <w:t>آپ جانتے ہیں کہ اللہ کا جو پلان تھا، تو پیغمبر ہمیشہ آنے والے نہیں تھے۔ سیونتھ سینچری ایڈ کے فرسٹ کوارٹر میں آخری پیغمبر آئے۔</w:t>
      </w:r>
    </w:p>
    <w:p>
      <w:r>
        <w:rPr>
          <w:b/>
        </w:rPr>
        <w:t xml:space="preserve">[09:29] </w:t>
      </w:r>
      <w:r>
        <w:t>inhin par woh seer of the prophet thay. In par peghambari khatam ho gayi.</w:t>
      </w:r>
    </w:p>
    <w:p>
      <w:pPr>
        <w:jc w:val="right"/>
      </w:pPr>
      <w:r>
        <w:t>انہی پر وہ سیر آف دا پرافٹ تھے۔ ان پر پیغمبری ختم ہو گئی۔</w:t>
      </w:r>
    </w:p>
    <w:p>
      <w:r>
        <w:rPr>
          <w:b/>
        </w:rPr>
        <w:t xml:space="preserve">[09:35] </w:t>
      </w:r>
      <w:r>
        <w:t>to ab jo kaam tha dawat ka aur Allah ka paigham logon tak pohnchanay ka, is ke liye moajze ka support hasil na raha.</w:t>
      </w:r>
    </w:p>
    <w:p>
      <w:pPr>
        <w:jc w:val="right"/>
      </w:pPr>
      <w:r>
        <w:t>تو اب جو کام تھا دعوت کا اور اللہ کا پیغام لوگوں تک پہنچانے کا، اس کے لیے معجزے کا سپورٹ حاصل نہ رہا۔</w:t>
      </w:r>
    </w:p>
    <w:p>
      <w:r>
        <w:rPr>
          <w:b/>
        </w:rPr>
        <w:t xml:space="preserve">[09:48] </w:t>
      </w:r>
      <w:r>
        <w:t>kyun ke moajza aata hai peghambaron ke liye. To baad ke daaiyon ke liye</w:t>
      </w:r>
    </w:p>
    <w:p>
      <w:pPr>
        <w:jc w:val="right"/>
      </w:pPr>
      <w:r>
        <w:t>کیونکہ معجزہ آتا ہے پیغمبروں کے لیے۔ تو بعد کے داعیوں کے لیے</w:t>
      </w:r>
    </w:p>
    <w:p>
      <w:r>
        <w:rPr>
          <w:b/>
        </w:rPr>
        <w:t xml:space="preserve">[09:55] </w:t>
      </w:r>
      <w:r>
        <w:t>Allah ne aik aur intezaam kiya. Woh yeh tha ke khud insan ke apne musallama, yani rationally accepted</w:t>
      </w:r>
    </w:p>
    <w:p>
      <w:pPr>
        <w:jc w:val="right"/>
      </w:pPr>
      <w:r>
        <w:t>اللہ نے ایک اور انتظام کیا۔ وہ یہ تھا کہ خود انسان کے اپنے مسلمہ، یعنی ریشنلی ایکسیپٹڈ</w:t>
      </w:r>
    </w:p>
    <w:p>
      <w:r>
        <w:rPr>
          <w:b/>
        </w:rPr>
        <w:t xml:space="preserve">[10:08] </w:t>
      </w:r>
      <w:r>
        <w:t>base par baat ko kehna mumkin ho jaye.</w:t>
      </w:r>
    </w:p>
    <w:p>
      <w:pPr>
        <w:jc w:val="right"/>
      </w:pPr>
      <w:r>
        <w:t>بیس پر بات کو کہنا ممکن ہو جائے۔</w:t>
      </w:r>
    </w:p>
    <w:p>
      <w:r>
        <w:rPr>
          <w:b/>
        </w:rPr>
        <w:t xml:space="preserve">[10:15] </w:t>
      </w:r>
      <w:r>
        <w:t>to yeh aik poori history hai. Poori history hai. Ab mein aap ko shuru se jo journey chali hai, yeh is ki taraf ishara karna chahta hoon.</w:t>
      </w:r>
    </w:p>
    <w:p>
      <w:pPr>
        <w:jc w:val="right"/>
      </w:pPr>
      <w:r>
        <w:t>تو یہ ایک پوری ہسٹری ہے۔ پوری ہسٹری ہے۔ اب میں آپ کو شروع سے جو جرنی چلی ہے، یہ اس کی طرف اشارہ کرنا چاہتا ہوں۔</w:t>
      </w:r>
    </w:p>
    <w:p>
      <w:r>
        <w:rPr>
          <w:b/>
        </w:rPr>
        <w:t xml:space="preserve">[10:28] </w:t>
      </w:r>
      <w:r>
        <w:t>dekhein, sab se pehle insan ne kiya kiya?</w:t>
      </w:r>
    </w:p>
    <w:p>
      <w:pPr>
        <w:jc w:val="right"/>
      </w:pPr>
      <w:r>
        <w:t>دیکھیں، سب سے پہلے انسان نے کیا کیا؟</w:t>
      </w:r>
    </w:p>
    <w:p>
      <w:r>
        <w:rPr>
          <w:b/>
        </w:rPr>
        <w:t xml:space="preserve">[10:33] </w:t>
      </w:r>
      <w:r>
        <w:t>woh nature worship mein mubtala ho gaya. Jis ko hum kehte hain shirk. Shirk kiya hai? Nature worship. Yani jo bohat zyada dikhai dene wali cheezein thi, jaise suraj, chand, sitare,</w:t>
      </w:r>
    </w:p>
    <w:p>
      <w:pPr>
        <w:jc w:val="right"/>
      </w:pPr>
      <w:r>
        <w:t>وہ نیچر ورشپ میں مبتلا ہو گیا۔ جس کو ہم کہتے ہیں شرک۔ شرک کیا ہے؟ نیچر ورشپ۔ یعنی جو بہت زیادہ دکھائی دینے والی چیزیں تھیں، جیسے سورج، چاند، ستارے،</w:t>
      </w:r>
    </w:p>
    <w:p>
      <w:r>
        <w:rPr>
          <w:b/>
        </w:rPr>
        <w:t xml:space="preserve">[10:48] </w:t>
      </w:r>
      <w:r>
        <w:t>samandar, pahaad, inhin ko is maliya ke hi Khuda hain, un ko poojne laga woh.</w:t>
      </w:r>
    </w:p>
    <w:p>
      <w:pPr>
        <w:jc w:val="right"/>
      </w:pPr>
      <w:r>
        <w:t>سمندر، پہاڑ، انہی کو اس ملیا کے ہی خدا ہیں، ان کو پوجنے لگا وہ۔</w:t>
      </w:r>
    </w:p>
    <w:p>
      <w:r>
        <w:rPr>
          <w:b/>
        </w:rPr>
        <w:t xml:space="preserve">[10:54] </w:t>
      </w:r>
      <w:r>
        <w:t>shirk kiya tha? Shirk darasal nature worship thi. To nature ko</w:t>
      </w:r>
    </w:p>
    <w:p>
      <w:pPr>
        <w:jc w:val="right"/>
      </w:pPr>
      <w:r>
        <w:t>شرک کیا تھا؟ شرک دراصل نیچر ورشپ تھی۔ تو نیچر کو</w:t>
      </w:r>
    </w:p>
    <w:p>
      <w:r>
        <w:rPr>
          <w:b/>
        </w:rPr>
        <w:t xml:space="preserve">[11:03] </w:t>
      </w:r>
      <w:r>
        <w:t>divinity ki jagah se hatana tha. To Allah ne kiya kiya? Aik process chalaya.</w:t>
      </w:r>
    </w:p>
    <w:p>
      <w:pPr>
        <w:jc w:val="right"/>
      </w:pPr>
      <w:r>
        <w:t>ڈیوینٹی کی جگہ سے ہٹانا تھا۔ تو اللہ نے کیا کیا؟ ایک پراسیس چلایا۔</w:t>
      </w:r>
    </w:p>
    <w:p>
      <w:r>
        <w:rPr>
          <w:b/>
        </w:rPr>
        <w:t xml:space="preserve">[11:13] </w:t>
      </w:r>
      <w:r>
        <w:t>is process ke baad</w:t>
      </w:r>
    </w:p>
    <w:p>
      <w:pPr>
        <w:jc w:val="right"/>
      </w:pPr>
      <w:r>
        <w:t>اس پراسیس کے بعد</w:t>
      </w:r>
    </w:p>
    <w:p>
      <w:r>
        <w:rPr>
          <w:b/>
        </w:rPr>
        <w:t xml:space="preserve">[11:17] </w:t>
      </w:r>
      <w:r>
        <w:t>is ke combination par science wajood mein aayi, physical sciences. Physical sciences ne kiya kiya? Ke nature ko divinity ke maqam se hata diya.</w:t>
      </w:r>
    </w:p>
    <w:p>
      <w:pPr>
        <w:jc w:val="right"/>
      </w:pPr>
      <w:r>
        <w:t>اس کے کمبینیشن پر سائنس وجود میں آئی، فزیکل سائنسز۔ فزیکل سائنسز نے کیا کیا؟ کہ نیچر کو ڈیوینٹی کے مقام سے ہٹا دیا۔</w:t>
      </w:r>
    </w:p>
    <w:p>
      <w:r>
        <w:rPr>
          <w:b/>
        </w:rPr>
        <w:t xml:space="preserve">[11:30] </w:t>
      </w:r>
      <w:r>
        <w:t>log samajhte thay ke mysterious power hai suraj mein, chand mein, sitaron mein, samandar mein, pahaad mein.</w:t>
      </w:r>
    </w:p>
    <w:p>
      <w:pPr>
        <w:jc w:val="right"/>
      </w:pPr>
      <w:r>
        <w:t>لوگ سمجھتے تھے کہ مسٹیریس پاور ہے سورج میں، چاند میں، ستاروں میں، سمندر میں، پہاڑ میں۔</w:t>
      </w:r>
    </w:p>
    <w:p>
      <w:r>
        <w:rPr>
          <w:b/>
        </w:rPr>
        <w:t xml:space="preserve">[11:39] </w:t>
      </w:r>
      <w:r>
        <w:t>to aik mysterious power ko maan kar ke woh un ko Khuda banaye hue thay, un ko poojte thay. To science ne kiya kiya?</w:t>
      </w:r>
    </w:p>
    <w:p>
      <w:pPr>
        <w:jc w:val="right"/>
      </w:pPr>
      <w:r>
        <w:t>تو ایک مسٹیریس پاور کو مان کر کے وہ ان کو خدا بنائے ہوئے تھے، ان کو پوجتے تھے۔ تو سائنس نے کیا کیا؟</w:t>
      </w:r>
    </w:p>
    <w:p>
      <w:r>
        <w:rPr>
          <w:b/>
        </w:rPr>
        <w:t xml:space="preserve">[11:50] </w:t>
      </w:r>
      <w:r>
        <w:t>expose kar diya aur yeh bataya ke koi mysterious power un ke paas nahi hai.</w:t>
      </w:r>
    </w:p>
    <w:p>
      <w:pPr>
        <w:jc w:val="right"/>
      </w:pPr>
      <w:r>
        <w:t>ایکسپوز کر دیا اور یہ بتایا کہ کوئی مسٹیریس پاور ان کے پاس نہیں ہے۔</w:t>
      </w:r>
    </w:p>
    <w:p>
      <w:r>
        <w:rPr>
          <w:b/>
        </w:rPr>
        <w:t xml:space="preserve">[11:57] </w:t>
      </w:r>
      <w:r>
        <w:t>yeh to natural phenomena hai.</w:t>
      </w:r>
    </w:p>
    <w:p>
      <w:pPr>
        <w:jc w:val="right"/>
      </w:pPr>
      <w:r>
        <w:t>یہ تو نیچرل فیناومینا ہے۔</w:t>
      </w:r>
    </w:p>
    <w:p>
      <w:r>
        <w:rPr>
          <w:b/>
        </w:rPr>
        <w:t xml:space="preserve">[12:02] </w:t>
      </w:r>
      <w:r>
        <w:t>to science ke zahoor ke baad yeh myth khatam ho gaya. Yeh myth. Ke nature jo hai wohi Khuda hai.</w:t>
      </w:r>
    </w:p>
    <w:p>
      <w:pPr>
        <w:jc w:val="right"/>
      </w:pPr>
      <w:r>
        <w:t>تو سائنس کے ظہور کے بعد یہ متھ ختم ہو گیا۔ یہ متھ۔ کہ نیچر جو ہے وہی خدا ہے۔</w:t>
      </w:r>
    </w:p>
    <w:p>
      <w:r>
        <w:rPr>
          <w:b/>
        </w:rPr>
        <w:t xml:space="preserve">[12:15] </w:t>
      </w:r>
      <w:r>
        <w:t>yani teacher ko creator ka darja de diya.</w:t>
      </w:r>
    </w:p>
    <w:p>
      <w:pPr>
        <w:jc w:val="right"/>
      </w:pPr>
      <w:r>
        <w:t>یعنی ٹیچر کو کریٹر کا درجہ دے دیا۔</w:t>
      </w:r>
    </w:p>
    <w:p>
      <w:r>
        <w:rPr>
          <w:b/>
        </w:rPr>
        <w:t xml:space="preserve">[12:22] </w:t>
      </w:r>
      <w:r>
        <w:t>to is zamane mein jo physical sciences paida huin aur unhon ne jo discoveries ki har field mein, unhon ne telescope banayi, microscope banaye aur bohat se tareeqe daryaft kiye unhon ne.</w:t>
      </w:r>
    </w:p>
    <w:p>
      <w:pPr>
        <w:jc w:val="right"/>
      </w:pPr>
      <w:r>
        <w:t>تو اس زمانے میں جو فزیکل سائنسز پیدا ہوئیں اور انہوں نے جو ڈسکوریز کیں ہر فیلڈ میں، انہوں نے ٹیلیسکوپ بنائی، مائیکروسکوپ بنائے اور بہت سے طریقے دریافت کیے انہوں نے۔</w:t>
      </w:r>
    </w:p>
    <w:p>
      <w:r>
        <w:rPr>
          <w:b/>
        </w:rPr>
        <w:t xml:space="preserve">[12:37] </w:t>
      </w:r>
      <w:r>
        <w:t>is ke baad</w:t>
      </w:r>
    </w:p>
    <w:p>
      <w:pPr>
        <w:jc w:val="right"/>
      </w:pPr>
      <w:r>
        <w:t>اس کے بعد</w:t>
      </w:r>
    </w:p>
    <w:p>
      <w:r>
        <w:rPr>
          <w:b/>
        </w:rPr>
        <w:t xml:space="preserve">[12:39] </w:t>
      </w:r>
      <w:r>
        <w:t>rationaly yeh cheez prove ho gayi ke nature mein koi divinity nahi hai.</w:t>
      </w:r>
    </w:p>
    <w:p>
      <w:pPr>
        <w:jc w:val="right"/>
      </w:pPr>
      <w:r>
        <w:t>ریشنلی یہ چیز پروف ہو گئی کہ نیچر میں کوئی ڈیوینٹی نہیں ہے۔</w:t>
      </w:r>
    </w:p>
    <w:p>
      <w:r>
        <w:rPr>
          <w:b/>
        </w:rPr>
        <w:t xml:space="preserve">[12:47] </w:t>
      </w:r>
      <w:r>
        <w:t>jo nature hai us ke andar koi divine power nahi hai. is tarah science ke zariye Allah taala ne nature ko divinity ke maqam se hata diya.</w:t>
      </w:r>
    </w:p>
    <w:p>
      <w:pPr>
        <w:jc w:val="right"/>
      </w:pPr>
      <w:r>
        <w:t>جو نیچر ہے اس کے اندر کوئی ڈیوائن پاور نہیں ہے۔ اس طرح سائنس کے ذریعے اللہ تعالیٰ نے نیچر کو ڈیوینٹی کے مقام سے ہٹا دیا۔</w:t>
      </w:r>
    </w:p>
    <w:p>
      <w:r>
        <w:rPr>
          <w:b/>
        </w:rPr>
        <w:t xml:space="preserve">[12:58] </w:t>
      </w:r>
      <w:r>
        <w:t>ab insan ke liye mauqa nahi raha ke woh nature ko khuda maane. kyunke khud is ka apna jo</w:t>
      </w:r>
    </w:p>
    <w:p>
      <w:pPr>
        <w:jc w:val="right"/>
      </w:pPr>
      <w:r>
        <w:t>اب انسان کے لیے موقع نہیں رہا کہ وہ نیچر کو خدا مانے۔ کیونکہ خود اس کا اپنا جو</w:t>
      </w:r>
    </w:p>
    <w:p>
      <w:r>
        <w:rPr>
          <w:b/>
        </w:rPr>
        <w:t xml:space="preserve">[13:06] </w:t>
      </w:r>
      <w:r>
        <w:t>rational basis thi, usi se prove ho gaya ke nature mein koi khudaai nahi hai. is ke baad ek aur,</w:t>
      </w:r>
    </w:p>
    <w:p>
      <w:pPr>
        <w:jc w:val="right"/>
      </w:pPr>
      <w:r>
        <w:t>ریشنل بیسز تھی، اسی سے پروف ہو گیا کہ نیچر میں کوئی خدائی نہیں ہے۔ اس کے بعد ایک اور،</w:t>
      </w:r>
    </w:p>
    <w:p>
      <w:r>
        <w:rPr>
          <w:b/>
        </w:rPr>
        <w:t xml:space="preserve">[13:19] </w:t>
      </w:r>
      <w:r>
        <w:t>ek aur kuch aur log uthe jin ko hum king kehte hain. kingship kya thi? kingship thi darasal personality cult, yani shakhsiyaton ko poojna, shakhsiyaton ko bara darja dena.</w:t>
      </w:r>
    </w:p>
    <w:p>
      <w:pPr>
        <w:jc w:val="right"/>
      </w:pPr>
      <w:r>
        <w:t>ایک اور کچھ اور لوگ اٹھے جن کو ہم کنگ کہتے ہیں۔ کنگ شپ کیا تھی؟ کنگ شپ تھی دراصل پرسنیلٹی کلٹ، یعنی شخصیتوں کو پوجنا، شخصیتوں کو بڑا درجہ دینا۔</w:t>
      </w:r>
    </w:p>
    <w:p>
      <w:r>
        <w:rPr>
          <w:b/>
        </w:rPr>
        <w:t xml:space="preserve">[13:37] </w:t>
      </w:r>
      <w:r>
        <w:t>to insan ne kuch shakhsiyatein jin ke paas power tha, jin ke paas political barhai thi un ke paas, unhi ko maan liya ke yehi bare hain.</w:t>
      </w:r>
    </w:p>
    <w:p>
      <w:pPr>
        <w:jc w:val="right"/>
      </w:pPr>
      <w:r>
        <w:t>تو انسان نے کچھ شخصیتیں جن کے پاس پاور تھا، جن کے پاس پولیٹیکل بڑائی تھی ان کے پاس، انہی کو مان لیا کہ یہی بڑے ہیں۔</w:t>
      </w:r>
    </w:p>
    <w:p>
      <w:r>
        <w:rPr>
          <w:b/>
        </w:rPr>
        <w:t xml:space="preserve">[13:48] </w:t>
      </w:r>
      <w:r>
        <w:t>khuda ka darja unhon ne de diya king ko.</w:t>
      </w:r>
    </w:p>
    <w:p>
      <w:pPr>
        <w:jc w:val="right"/>
      </w:pPr>
      <w:r>
        <w:t>خدا کا درجہ انہوں نے دے دیا کنگ کو۔</w:t>
      </w:r>
    </w:p>
    <w:p>
      <w:r>
        <w:rPr>
          <w:b/>
        </w:rPr>
        <w:t xml:space="preserve">[13:54] </w:t>
      </w:r>
      <w:r>
        <w:t>to king ki satah par personality cult ka ek zahira wajood mein aaya. yeh bhi bohat dinon tak chalta raha.</w:t>
      </w:r>
    </w:p>
    <w:p>
      <w:pPr>
        <w:jc w:val="right"/>
      </w:pPr>
      <w:r>
        <w:t>تو کنگ کی سطح پر پرسنیلٹی کلٹ کا ایک ظاہرہ وجود میں آیا۔ یہ بھی بہت دنوں تک چلتا رہا۔</w:t>
      </w:r>
    </w:p>
    <w:p>
      <w:r>
        <w:rPr>
          <w:b/>
        </w:rPr>
        <w:t xml:space="preserve">[14:06] </w:t>
      </w:r>
      <w:r>
        <w:t>lekin Allah taala ne kya kiya? yahan bhi ek process jari kiya Allah taala ne.</w:t>
      </w:r>
    </w:p>
    <w:p>
      <w:pPr>
        <w:jc w:val="right"/>
      </w:pPr>
      <w:r>
        <w:t>لیکن اللہ تعالیٰ نے کیا کیا؟ یہاں بھی ایک پراسیس جاری کیا اللہ تعالیٰ نے۔</w:t>
      </w:r>
    </w:p>
    <w:p>
      <w:r>
        <w:rPr>
          <w:b/>
        </w:rPr>
        <w:t xml:space="preserve">[14:12] </w:t>
      </w:r>
      <w:r>
        <w:t>aur aakhir mein satarveen sadi mein democracy aayi duniya mein. democracy ne kingship ke institution ko khatam kar diya.</w:t>
      </w:r>
    </w:p>
    <w:p>
      <w:pPr>
        <w:jc w:val="right"/>
      </w:pPr>
      <w:r>
        <w:t>اور آخر میں سترویں صدی میں ڈیموکریسی آئی دنیا میں۔ ڈیموکریسی نے کنگ شپ کے انسٹیٹیوشن کو ختم کر دیا۔</w:t>
      </w:r>
    </w:p>
    <w:p>
      <w:r>
        <w:rPr>
          <w:b/>
        </w:rPr>
        <w:t xml:space="preserve">[14:25] </w:t>
      </w:r>
      <w:r>
        <w:t>to king ko jo glory, jo barhai hasil thi, us ka khatma ho gaya.</w:t>
      </w:r>
    </w:p>
    <w:p>
      <w:pPr>
        <w:jc w:val="right"/>
      </w:pPr>
      <w:r>
        <w:t>تو کنگ کو جو گلوری، جو بڑائی حاصل تھی، اس کا خاتمہ ہو گیا۔</w:t>
      </w:r>
    </w:p>
    <w:p>
      <w:r>
        <w:rPr>
          <w:b/>
        </w:rPr>
        <w:t xml:space="preserve">[14:36] </w:t>
      </w:r>
      <w:r>
        <w:t>jaise aap Quran mein aap parhte hain ke Hazrat Ibrahim ke zamane mein jo badshah tha, us ne kaha tha ke main hi khuda hoon, mere siwa kaun khuda hai?</w:t>
      </w:r>
    </w:p>
    <w:p>
      <w:pPr>
        <w:jc w:val="right"/>
      </w:pPr>
      <w:r>
        <w:t>جیسے آپ قرآن میں آپ پڑھتے ہیں کہ حضرت ابراہیم کے زمانے میں جو بادشاہ تھا، اس نے کہا تھا کہ میں ہی خدا ہوں، میرے سوا کون خدا ہے؟</w:t>
      </w:r>
    </w:p>
    <w:p>
      <w:r>
        <w:rPr>
          <w:b/>
        </w:rPr>
        <w:t xml:space="preserve">[14:49] </w:t>
      </w:r>
      <w:r>
        <w:t>Hazrat Musa ke zamane mein Firon ne hi kaha main hi khuda hoon, mere siwa kaun khuda hai?</w:t>
      </w:r>
    </w:p>
    <w:p>
      <w:pPr>
        <w:jc w:val="right"/>
      </w:pPr>
      <w:r>
        <w:t>حضرت موسیٰ کے زمانے میں فرعون نے ہی کہا میں ہی خدا ہوں، میرے سوا کون خدا ہے؟</w:t>
      </w:r>
    </w:p>
    <w:p>
      <w:r>
        <w:rPr>
          <w:b/>
        </w:rPr>
        <w:t xml:space="preserve">[14:54] </w:t>
      </w:r>
      <w:r>
        <w:t>to yeh jo political glory log mili hui thi, political power mila hua tha, us ki wajah se log bohat bare bhram mein thay. ek false food mein jee rahe thay.</w:t>
      </w:r>
    </w:p>
    <w:p>
      <w:pPr>
        <w:jc w:val="right"/>
      </w:pPr>
      <w:r>
        <w:t>تو یہ جو پولیٹیکل گلوری لوگ ملی ہوئی تھی، پولیٹیکل پاور ملا ہوا تھا، اس کی وجہ سے لوگ بہت بڑے بھرم میں تھے۔ ایک فالس فوڈ میں جی رہے تھے۔</w:t>
      </w:r>
    </w:p>
    <w:p>
      <w:r>
        <w:rPr>
          <w:b/>
        </w:rPr>
        <w:t xml:space="preserve">[15:06] </w:t>
      </w:r>
      <w:r>
        <w:t>to Allah taala ne aisa process chalaya history mein jis ka culmination jis ko kaha democracy,</w:t>
      </w:r>
    </w:p>
    <w:p>
      <w:pPr>
        <w:jc w:val="right"/>
      </w:pPr>
      <w:r>
        <w:t>تو اللہ تعالیٰ نے ایسا پراسیس چلایا ہسٹری میں جس کا الیمیشن جس کو کہا ڈیموکریسی،</w:t>
      </w:r>
    </w:p>
    <w:p>
      <w:r>
        <w:rPr>
          <w:b/>
        </w:rPr>
        <w:t xml:space="preserve">[15:13] </w:t>
      </w:r>
      <w:r>
        <w:t>seventh century AD mein. us ne kingship ke idare ko khatam kar diya.</w:t>
      </w:r>
    </w:p>
    <w:p>
      <w:pPr>
        <w:jc w:val="right"/>
      </w:pPr>
      <w:r>
        <w:t>سیونتھ سینچری ایڈ میں۔ اس نے کنگ شپ کے ادارے کو ختم کر دیا۔</w:t>
      </w:r>
    </w:p>
    <w:p>
      <w:r>
        <w:rPr>
          <w:b/>
        </w:rPr>
        <w:t xml:space="preserve">[15:23] </w:t>
      </w:r>
      <w:r>
        <w:t>is baat ko Misr ka jo king Farooq tha, us ne jaan liya tha. jis ko jis ki hukumat khatam hui thi 1952 mein.</w:t>
      </w:r>
    </w:p>
    <w:p>
      <w:pPr>
        <w:jc w:val="right"/>
      </w:pPr>
      <w:r>
        <w:t>اس بات کو مصر کا جو کنگ فاروق تھا، اس نے جان لیا تھا۔ جس کو جس کی حکومت ختم ہوئی تھی 1952 میں۔</w:t>
      </w:r>
    </w:p>
    <w:p>
      <w:r>
        <w:rPr>
          <w:b/>
        </w:rPr>
        <w:t xml:space="preserve">[15:35] </w:t>
      </w:r>
      <w:r>
        <w:t>to us ne kaha tha ke ab duniya mein badshahat khatam ho gayi,</w:t>
      </w:r>
    </w:p>
    <w:p>
      <w:pPr>
        <w:jc w:val="right"/>
      </w:pPr>
      <w:r>
        <w:t>تو اس نے کہا تھا کہ اب دنیا میں بادشاہت ختم ہو گئی،</w:t>
      </w:r>
    </w:p>
    <w:p>
      <w:r>
        <w:rPr>
          <w:b/>
        </w:rPr>
        <w:t xml:space="preserve">[15:42] </w:t>
      </w:r>
      <w:r>
        <w:t>albata sirf paanch badshah baqi rahen ge. chaar king ka aur ek Britain ka.</w:t>
      </w:r>
    </w:p>
    <w:p>
      <w:pPr>
        <w:jc w:val="right"/>
      </w:pPr>
      <w:r>
        <w:t>البتہ صرف پانچ بادشاہ باقی رہیں گے۔ چار کنگ کا اور ایک برٹن کا۔</w:t>
      </w:r>
    </w:p>
    <w:p>
      <w:r>
        <w:rPr>
          <w:b/>
        </w:rPr>
        <w:t xml:space="preserve">[15:52] </w:t>
      </w:r>
      <w:r>
        <w:t>is ka matlab kya tha? ke kuch symbolic type ke king baqi rahen ge.</w:t>
      </w:r>
    </w:p>
    <w:p>
      <w:pPr>
        <w:jc w:val="right"/>
      </w:pPr>
      <w:r>
        <w:t>اس کا مطلب کیا تھا؟ کہ کچھ سمبالک ٹائپ کے کنگ باقی رہیں گے۔</w:t>
      </w:r>
    </w:p>
    <w:p>
      <w:r>
        <w:rPr>
          <w:b/>
        </w:rPr>
        <w:t xml:space="preserve">[15:58] </w:t>
      </w:r>
      <w:r>
        <w:t>paper king baqi rahen ge. real king ab duniya mein nahi hon ge. aur woh aise ho gaya. to democracy ne kingship ko khatam kiya.</w:t>
      </w:r>
    </w:p>
    <w:p>
      <w:pPr>
        <w:jc w:val="right"/>
      </w:pPr>
      <w:r>
        <w:t>پیپر کنگ باقی رہیں گے۔ ریئل کنگ اب دنیا میں نہیں ہوں گے۔ اور وہ ایسے ہو گیا۔ تو ڈیموکریسی نے کنگ شپ کو ختم کیا۔</w:t>
      </w:r>
    </w:p>
    <w:p>
      <w:r>
        <w:rPr>
          <w:b/>
        </w:rPr>
        <w:t xml:space="preserve">[16:12] </w:t>
      </w:r>
      <w:r>
        <w:t>aur king ko le kar ke pehle zamane mein jo political shirk jari tha, us ka khatma ho gaya.</w:t>
      </w:r>
    </w:p>
    <w:p>
      <w:pPr>
        <w:jc w:val="right"/>
      </w:pPr>
      <w:r>
        <w:t>اور کنگ کو لے کر کے پہلے زمانے میں جو پولیٹیکل شرک جاری تھا، اس کا خاتمہ ہو گیا۔</w:t>
      </w:r>
    </w:p>
    <w:p>
      <w:r>
        <w:rPr>
          <w:b/>
        </w:rPr>
        <w:t xml:space="preserve">[16:23] </w:t>
      </w:r>
      <w:r>
        <w:t>lekin shaitan ruka nahi. shaitan ne kya kiya? ke pehle logon ko nature worship mein mubtala kiya, woh khatam hua to is logon ko king worship mein mubtala kiya, woh khatam hua.</w:t>
      </w:r>
    </w:p>
    <w:p>
      <w:pPr>
        <w:jc w:val="right"/>
      </w:pPr>
      <w:r>
        <w:t>لیکن شیطان رکا نہیں۔ شیطان نے کیا کیا؟ کہ پہلے لوگوں کو نیچر ورشپ میں مبتلا کیا، وہ ختم ہوا تو اس لوگوں کو کنگ ورشپ میں مبتلا کیا، وہ ختم ہوا۔</w:t>
      </w:r>
    </w:p>
    <w:p>
      <w:r>
        <w:rPr>
          <w:b/>
        </w:rPr>
        <w:t xml:space="preserve">[16:41] </w:t>
      </w:r>
      <w:r>
        <w:t>ab jo twenty century mein ek teesra jo ijad kiya shaitan ne, woh kya tha? woh tha humanism.</w:t>
      </w:r>
    </w:p>
    <w:p>
      <w:pPr>
        <w:jc w:val="right"/>
      </w:pPr>
      <w:r>
        <w:t>اب جو ٹونٹی سنچری میں ایک تیسرا جو ایجاد کیا شیطان نے، وہ کیا تھا؟ وہ تھا ہیومنزم۔</w:t>
      </w:r>
    </w:p>
    <w:p>
      <w:r>
        <w:rPr>
          <w:b/>
        </w:rPr>
        <w:t xml:space="preserve">[16:52] </w:t>
      </w:r>
      <w:r>
        <w:t>abhi chal raha hai yeh. agarche woh bohat zyada us ko erosion hua, erosion.</w:t>
      </w:r>
    </w:p>
    <w:p>
      <w:pPr>
        <w:jc w:val="right"/>
      </w:pPr>
      <w:r>
        <w:t>ابھی چل رہا ہے یہ۔ اگرچہ وہ بہت زیادہ اس کو ایروژن ہوا، ایروژن۔</w:t>
      </w:r>
    </w:p>
    <w:p>
      <w:r>
        <w:rPr>
          <w:b/>
        </w:rPr>
        <w:t xml:space="preserve">[17:01] </w:t>
      </w:r>
      <w:r>
        <w:t>humanism kiya hai? humanism ka matlab hai transfer of seat from god to man.</w:t>
      </w:r>
    </w:p>
    <w:p>
      <w:pPr>
        <w:jc w:val="right"/>
      </w:pPr>
      <w:r>
        <w:t>ہیومنزم کیا ہے؟ ہیومنزم کا مطلب ہے ٹرانسفر آف سیٹ فرام گاڈ ٹو مین۔</w:t>
      </w:r>
    </w:p>
    <w:p>
      <w:r>
        <w:rPr>
          <w:b/>
        </w:rPr>
        <w:t xml:space="preserve">[17:10] </w:t>
      </w:r>
      <w:r>
        <w:t>twentieth century mein bohat se aise thinker aur philosopher paida hue. unhon ne kaha ke</w:t>
      </w:r>
    </w:p>
    <w:p>
      <w:pPr>
        <w:jc w:val="right"/>
      </w:pPr>
      <w:r>
        <w:t>ٹونٹی سنچری میں بہت سے ایسے تھنکر اور فلاسفر پیدا ہوئے۔ انہوں نے کہا کہ</w:t>
      </w:r>
    </w:p>
    <w:p>
      <w:r>
        <w:rPr>
          <w:b/>
        </w:rPr>
        <w:t xml:space="preserve">[17:18] </w:t>
      </w:r>
      <w:r>
        <w:t>insan jo hai wahi central figure hai is kainat mein. insaniyat ko center mein bitha diya unhon ne. na koi khuda hai, na angel hai, na kuch hai.</w:t>
      </w:r>
    </w:p>
    <w:p>
      <w:pPr>
        <w:jc w:val="right"/>
      </w:pPr>
      <w:r>
        <w:t>انسان جو ہے وہی سینٹرل فگر ہے اس کائنات میں۔ انسانی کو سینٹر میں بٹھا دیا انہوں نے۔ نہ کوئی خدا ہے، نہ اینجل ہے، نہ کچھ ہے۔</w:t>
      </w:r>
    </w:p>
    <w:p>
      <w:r>
        <w:rPr>
          <w:b/>
        </w:rPr>
        <w:t xml:space="preserve">[17:30] </w:t>
      </w:r>
      <w:r>
        <w:t>insan hi sab kuch hai. insan master of the universe hai.</w:t>
      </w:r>
    </w:p>
    <w:p>
      <w:pPr>
        <w:jc w:val="right"/>
      </w:pPr>
      <w:r>
        <w:t>انسان ہی سب کچھ ہے۔ انسان ماسٹر آف دا یونیورس ہے۔</w:t>
      </w:r>
    </w:p>
    <w:p>
      <w:r>
        <w:rPr>
          <w:b/>
        </w:rPr>
        <w:t xml:space="preserve">[17:36] </w:t>
      </w:r>
      <w:r>
        <w:t>isko kehte hain humanism. humanism par bohat si kitabein likhi gayi hain. aap internet par dekh sakte hain.</w:t>
      </w:r>
    </w:p>
    <w:p>
      <w:pPr>
        <w:jc w:val="right"/>
      </w:pPr>
      <w:r>
        <w:t>اس کو کہتے ہیں ہیومنزم۔ ہیومنزم پر بہت سی کتابیں لکھی گئی ہیں۔ آپ انٹرنیٹ پر دیکھ سکتے ہیں۔</w:t>
      </w:r>
    </w:p>
    <w:p>
      <w:r>
        <w:rPr>
          <w:b/>
        </w:rPr>
        <w:t xml:space="preserve">[17:47] </w:t>
      </w:r>
      <w:r>
        <w:t>to</w:t>
      </w:r>
    </w:p>
    <w:p>
      <w:pPr>
        <w:jc w:val="right"/>
      </w:pPr>
      <w:r>
        <w:t>تو</w:t>
      </w:r>
    </w:p>
    <w:p>
      <w:r>
        <w:rPr>
          <w:b/>
        </w:rPr>
        <w:t xml:space="preserve">[17:50] </w:t>
      </w:r>
      <w:r>
        <w:t>nature worship khatam hui, kingship khatam hui, lekin ab jo duniya mein hai jiska dabdaba, woh humanism.</w:t>
      </w:r>
    </w:p>
    <w:p>
      <w:pPr>
        <w:jc w:val="right"/>
      </w:pPr>
      <w:r>
        <w:t>نیچر ورشپ ختم ہوئی، کنگ شپ ختم ہوئی، لیکن اب جو دنیا میں ہے جس کا دبدبہ، وہ ہیومنزم۔</w:t>
      </w:r>
    </w:p>
    <w:p>
      <w:r>
        <w:rPr>
          <w:b/>
        </w:rPr>
        <w:t xml:space="preserve">[17:59] </w:t>
      </w:r>
      <w:r>
        <w:t>agarche woh bhi is ka bhi erosion ho raha hai. to beesveen sadi mein bohat dabdaba raha isi isi ke ek aur philosophy nikli jisko kehte hain existentialism.</w:t>
      </w:r>
    </w:p>
    <w:p>
      <w:pPr>
        <w:jc w:val="right"/>
      </w:pPr>
      <w:r>
        <w:t>اگرچہ وہ بھی اس کا بھی ایروژن ہو رہا ہے۔ تو بیسویں صدی میں بہت دبدبہ رہا اسی اسی کے ایک اور فلاسفی نکلی جس کو کہتے ہیں ایگزسٹینشلزم۔</w:t>
      </w:r>
    </w:p>
    <w:p>
      <w:r>
        <w:rPr>
          <w:b/>
        </w:rPr>
        <w:t xml:space="preserve">[18:12] </w:t>
      </w:r>
      <w:r>
        <w:t>existentialism jo hai woh humanism ka hi</w:t>
      </w:r>
    </w:p>
    <w:p>
      <w:pPr>
        <w:jc w:val="right"/>
      </w:pPr>
      <w:r>
        <w:t>ایگزسٹینشلزم جو ہے وہ ہیومنزم کا ہی</w:t>
      </w:r>
    </w:p>
    <w:p>
      <w:r>
        <w:rPr>
          <w:b/>
        </w:rPr>
        <w:t xml:space="preserve">[18:17] </w:t>
      </w:r>
      <w:r>
        <w:t>philosophical yani edition hai.</w:t>
      </w:r>
    </w:p>
    <w:p>
      <w:pPr>
        <w:jc w:val="right"/>
      </w:pPr>
      <w:r>
        <w:t>فلاسفیکل یعنی ایڈیشن ہے۔</w:t>
      </w:r>
    </w:p>
    <w:p>
      <w:r>
        <w:rPr>
          <w:b/>
        </w:rPr>
        <w:t xml:space="preserve">[18:25] </w:t>
      </w:r>
      <w:r>
        <w:t>to yeh bohat zabardast, is par beshumar kitabein likhi gayi hain, bohat yeh dab is ka parchhar hua ke humein kisi ki zaroorat nahi, na khuda ki, na angel ki, na kisi ki.</w:t>
      </w:r>
    </w:p>
    <w:p>
      <w:pPr>
        <w:jc w:val="right"/>
      </w:pPr>
      <w:r>
        <w:t>تو یہ بہت زبردست، اس پر بے شمار کتابیں لکھی گئیں، بہت یہ دب اس کا پرچار ہوا کہ ہمیں کسی کی ضرورت نہیں، نہ خدا کی، نہ اینجل کی، نہ کسی کی۔</w:t>
      </w:r>
    </w:p>
    <w:p>
      <w:r>
        <w:rPr>
          <w:b/>
        </w:rPr>
        <w:t xml:space="preserve">[18:40] </w:t>
      </w:r>
      <w:r>
        <w:t>insan khud master of the universe hai.</w:t>
      </w:r>
    </w:p>
    <w:p>
      <w:pPr>
        <w:jc w:val="right"/>
      </w:pPr>
      <w:r>
        <w:t>انسان خود ماسٹر آف دا یونیورس ہے۔</w:t>
      </w:r>
    </w:p>
    <w:p>
      <w:r>
        <w:rPr>
          <w:b/>
        </w:rPr>
        <w:t xml:space="preserve">[18:45] </w:t>
      </w:r>
      <w:r>
        <w:t>lekin dekhein, master of the universe banne ke liye ek jo cheez darkar hai, woh sirf koi alfaaz nahi, kuch philosophy nahi.</w:t>
      </w:r>
    </w:p>
    <w:p>
      <w:pPr>
        <w:jc w:val="right"/>
      </w:pPr>
      <w:r>
        <w:t>لیکن دیکھیں، ماسٹر آف دا یونیورس بننے کے لیے ایک جو چیز درکار ہے، وہ صرف کوئی الفاظ نہیں، کچھ فلاسفی نہیں۔</w:t>
      </w:r>
    </w:p>
    <w:p>
      <w:r>
        <w:rPr>
          <w:b/>
        </w:rPr>
        <w:t xml:space="preserve">[18:55] </w:t>
      </w:r>
      <w:r>
        <w:t>iske liye chahiye qudrat, power. power ke baghair master of the universe kehna bilkul be maani baat hai.</w:t>
      </w:r>
    </w:p>
    <w:p>
      <w:pPr>
        <w:jc w:val="right"/>
      </w:pPr>
      <w:r>
        <w:t>اس کے لیے چاہیے قدرت، پاور۔ پاور کے بغیر ماسٹر آف دا یونیورس کہنا بالکل بے معنی بات ہے۔</w:t>
      </w:r>
    </w:p>
    <w:p>
      <w:r>
        <w:rPr>
          <w:b/>
        </w:rPr>
        <w:t xml:space="preserve">[19:06] </w:t>
      </w:r>
      <w:r>
        <w:t>to kuch arse tak insan is bhram mein raha ke insan ke paas power hai. lekin is zamane mein, yani twentieth century ke second half mein, ek phenomenon paida hua.</w:t>
      </w:r>
    </w:p>
    <w:p>
      <w:pPr>
        <w:jc w:val="right"/>
      </w:pPr>
      <w:r>
        <w:t>تو کچھ عرصے تک انسان اس بھرم میں رہا کہ انسان کے پاس پاور ہے۔ لیکن اس زمانے میں، یعنی ٹونٹی سنچری کے سیکنڈ ہاف میں، ایک فیناومینا پیدا ہوا۔</w:t>
      </w:r>
    </w:p>
    <w:p>
      <w:r>
        <w:rPr>
          <w:b/>
        </w:rPr>
        <w:t xml:space="preserve">[19:18] </w:t>
      </w:r>
      <w:r>
        <w:t>jisko hum kehte hain global warming. ab twenty first century mein yeh bohat badh gaya hai.</w:t>
      </w:r>
    </w:p>
    <w:p>
      <w:pPr>
        <w:jc w:val="right"/>
      </w:pPr>
      <w:r>
        <w:t>جس کو ہم کہتے ہیں گلوبل وارمنگ۔ اب ٹونٹی فرسٹ سنچری میں یہ بہت بڑھ گیا ہے۔</w:t>
      </w:r>
    </w:p>
    <w:p>
      <w:r>
        <w:rPr>
          <w:b/>
        </w:rPr>
        <w:t xml:space="preserve">[19:26] </w:t>
      </w:r>
      <w:r>
        <w:t>yani jo is duniya mein, is zameen par jo life support system tha, woh sab tootne laga. tootne laga.</w:t>
      </w:r>
    </w:p>
    <w:p>
      <w:pPr>
        <w:jc w:val="right"/>
      </w:pPr>
      <w:r>
        <w:t>یعنی جو اس دنیا میں، اس زمین پر جو لائف سپورٹ سسٹم تھا، وہ سب ٹوٹنے لگا۔ ٹوٹنے لگا۔</w:t>
      </w:r>
    </w:p>
    <w:p>
      <w:r>
        <w:rPr>
          <w:b/>
        </w:rPr>
        <w:t xml:space="preserve">[19:37] </w:t>
      </w:r>
      <w:r>
        <w:t>dekhein, hamare liye sab se bari cheez jo chahiye aap ko, pani.</w:t>
      </w:r>
    </w:p>
    <w:p>
      <w:pPr>
        <w:jc w:val="right"/>
      </w:pPr>
      <w:r>
        <w:t>دیکھیں، ہمارے لیے سب سے بڑی چیز جو چاہیے آپ کو، پانی۔</w:t>
      </w:r>
    </w:p>
    <w:p>
      <w:r>
        <w:rPr>
          <w:b/>
        </w:rPr>
        <w:t xml:space="preserve">[19:43] </w:t>
      </w:r>
      <w:r>
        <w:t>pani. pani ke bohat bare bare store the is zameen par. bohat bare glacier, bohat bare bare ice berg, north pole aur south pole par bohat bare barf ke pahad.</w:t>
      </w:r>
    </w:p>
    <w:p>
      <w:pPr>
        <w:jc w:val="right"/>
      </w:pPr>
      <w:r>
        <w:t>پانی۔ پانی کے بہت بڑے بڑے اسٹور تھے اس زمین پر۔ بہت بڑے گلیشیئر، بہت بڑے بڑے آئس برگ، نارتھ پول اور ساؤتھ پول پر بہت بڑے برف کے پہاڑ۔</w:t>
      </w:r>
    </w:p>
    <w:p>
      <w:r>
        <w:rPr>
          <w:b/>
        </w:rPr>
        <w:t xml:space="preserve">[19:56] </w:t>
      </w:r>
      <w:r>
        <w:t>woh pighal pighal aate the. unse humein fresh water milta tha.</w:t>
      </w:r>
    </w:p>
    <w:p>
      <w:pPr>
        <w:jc w:val="right"/>
      </w:pPr>
      <w:r>
        <w:t>وہ پگھل پگھل آتے تھے۔ ان سے ہمیں فریش واٹر ملتا تھا۔</w:t>
      </w:r>
    </w:p>
    <w:p>
      <w:r>
        <w:rPr>
          <w:b/>
        </w:rPr>
        <w:t xml:space="preserve">[20:03] </w:t>
      </w:r>
      <w:r>
        <w:t>global warming ka nateeja yeh hua ke bohat zyada pighal chuke hain yeh. yeh pahadon ke glacier bohat zyada pighal chuke hain.</w:t>
      </w:r>
    </w:p>
    <w:p>
      <w:pPr>
        <w:jc w:val="right"/>
      </w:pPr>
      <w:r>
        <w:t>گلوبل وارمنگ کا نتیجہ یہ ہوا کہ بہت زیادہ پگھل چکے ہیں یہ۔ یہ پہاڑوں کے گلیشیئر بہت زیادہ پگھل چکے ہیں۔</w:t>
      </w:r>
    </w:p>
    <w:p>
      <w:r>
        <w:rPr>
          <w:b/>
        </w:rPr>
        <w:t xml:space="preserve">[20:13] </w:t>
      </w:r>
      <w:r>
        <w:t>north pole aur south pole ki barf bohat zyada pighal chuki hai. icebergs bohat zyada pighal chuke hain.</w:t>
      </w:r>
    </w:p>
    <w:p>
      <w:pPr>
        <w:jc w:val="right"/>
      </w:pPr>
      <w:r>
        <w:t>نارتھ پول اور ساؤتھ پول کی برف بہت زیادہ پگھل چکی ہے۔ آئس برگز بہت زیادہ پگھل چکے ہیں۔</w:t>
      </w:r>
    </w:p>
    <w:p>
      <w:r>
        <w:rPr>
          <w:b/>
        </w:rPr>
        <w:t xml:space="preserve">[20:23] </w:t>
      </w:r>
      <w:r>
        <w:t>yeh pani pighal pighal par chale ja rahe hain samundaron mein, jo ke salt hota hai. yani fresh water, salt water ban raha hai. jo log science se waqif hain, jo scientific journal padhte hain, unko pata hai ke aaj kal barabar scientist isi mein lage hue hain janne ke liye ke kahan hum isko rok sakte hain.</w:t>
      </w:r>
    </w:p>
    <w:p>
      <w:pPr>
        <w:jc w:val="right"/>
      </w:pPr>
      <w:r>
        <w:t>یہ پانی پگھل پگھل پر چلے جا رہے ہیں سمندروں میں، جو کہ سالٹ ہوتا ہے۔ یعنی فریش واٹر، سالٹ واٹر بن رہا ہے۔ جو لوگ سائنس سے واقف ہیں، جو سائنٹیفک جنرل پڑھتے ہیں، ان کو پتہ ہے کہ آج کل برابر سائنسدان اسی میں لگے ہوئے ہیں جاننے کے لیے کہ کہاں ہم اس کو روک سکتے ہیں۔</w:t>
      </w:r>
    </w:p>
    <w:p>
      <w:r>
        <w:rPr>
          <w:b/>
        </w:rPr>
        <w:t xml:space="preserve">[20:45] </w:t>
      </w:r>
      <w:r>
        <w:t>global warming ko rok sakte hain. yeh jo greenhouse gases hain, isko rok sakte hain.</w:t>
      </w:r>
    </w:p>
    <w:p>
      <w:pPr>
        <w:jc w:val="right"/>
      </w:pPr>
      <w:r>
        <w:t>گلوبل وارمنگ کو روک سکتے ہیں۔ یہ جو گرین ہاؤس گیسز ہیں، اس کو روک سکتے ہیں۔</w:t>
      </w:r>
    </w:p>
    <w:p>
      <w:r>
        <w:rPr>
          <w:b/>
        </w:rPr>
        <w:t xml:space="preserve">[20:55] </w:t>
      </w:r>
      <w:r>
        <w:t>yeh jo sari air jo hai pollute ho gayi, kya isko rok sakte hain? yahan tak ke samundar ka pani 95 percent pollute ho chuka hai. to kya isko rok sakte hain hum?</w:t>
      </w:r>
    </w:p>
    <w:p>
      <w:pPr>
        <w:jc w:val="right"/>
      </w:pPr>
      <w:r>
        <w:t>یہ جو ساری ایئر جو ہے پلوٹ ہو گئی، کیا اس کو روک سکتے ہیں؟ یہاں تک کہ سمندر کا پانی 95 فیصد پلوٹ ہو چکا ہے۔ تو کیا اس کو روک سکتے ہیں ہم؟</w:t>
      </w:r>
    </w:p>
    <w:p>
      <w:r>
        <w:rPr>
          <w:b/>
        </w:rPr>
        <w:t xml:space="preserve">[21:06] </w:t>
      </w:r>
      <w:r>
        <w:t>lekin barabar yeh cheezen barh rahi hain aur science-daan rokne mein bilkul, bilkul hi</w:t>
      </w:r>
    </w:p>
    <w:p>
      <w:pPr>
        <w:jc w:val="right"/>
      </w:pPr>
      <w:r>
        <w:t>لیکن برابر یہ چیزیں بڑھ رہی ہیں اور سائنسدان روکنے میں بالکل، بالکل ہی</w:t>
      </w:r>
    </w:p>
    <w:p>
      <w:r>
        <w:rPr>
          <w:b/>
        </w:rPr>
        <w:t xml:space="preserve">[21:12] </w:t>
      </w:r>
      <w:r>
        <w:t>yani fail ho rahe hain. To global warming ne yeh bataya ke humanism ka concept aik false concept hai. Yani insaan kaise master hai universe ka jabke woh control nahi kar sakta?</w:t>
      </w:r>
    </w:p>
    <w:p>
      <w:pPr>
        <w:jc w:val="right"/>
      </w:pPr>
      <w:r>
        <w:t>یعنی فیل ہو رہے ہیں۔ تو گلوبل وارمنگ نے یہ بتایا کہ ہیومنزم کا کانسیپٹ ایک فالس کانسیپٹ ہے۔ یعنی انسان کیسے ماسٹر ہے یونیورس کا جبکہ وہ کنٹرول نہیں کر سکتا؟</w:t>
      </w:r>
    </w:p>
    <w:p>
      <w:r>
        <w:rPr>
          <w:b/>
        </w:rPr>
        <w:t xml:space="preserve">[21:28] </w:t>
      </w:r>
      <w:r>
        <w:t>rok nahi sakta.</w:t>
      </w:r>
    </w:p>
    <w:p>
      <w:pPr>
        <w:jc w:val="right"/>
      </w:pPr>
      <w:r>
        <w:t>روک نہیں سکتا۔</w:t>
      </w:r>
    </w:p>
    <w:p>
      <w:r>
        <w:rPr>
          <w:b/>
        </w:rPr>
        <w:t xml:space="preserve">[21:30] </w:t>
      </w:r>
      <w:r>
        <w:t>life support system khatam ho gaya. Chunaanche jo sab se bara theoretical scientist hai,</w:t>
      </w:r>
    </w:p>
    <w:p>
      <w:pPr>
        <w:jc w:val="right"/>
      </w:pPr>
      <w:r>
        <w:t>لائف سپورٹ سسٹم ختم ہو گیا۔ چنانچہ جو سب سے بڑا تھریٹیکل سائنٹسٹ ہے،</w:t>
      </w:r>
    </w:p>
    <w:p>
      <w:r>
        <w:rPr>
          <w:b/>
        </w:rPr>
        <w:t xml:space="preserve">[21:39] </w:t>
      </w:r>
      <w:r>
        <w:t>British</w:t>
      </w:r>
    </w:p>
    <w:p>
      <w:pPr>
        <w:jc w:val="right"/>
      </w:pPr>
      <w:r>
        <w:t>برٹش</w:t>
      </w:r>
    </w:p>
    <w:p>
      <w:r>
        <w:rPr>
          <w:b/>
        </w:rPr>
        <w:t xml:space="preserve">[21:42] </w:t>
      </w:r>
      <w:r>
        <w:t>Stephen Hawking, woh keh raha hai ke ab zameen par hum nahi reh sakte. Bahut se bahut thirty years hum reh sakte hain is zameen par. Kyunke life support system hi nahi rahega.</w:t>
      </w:r>
    </w:p>
    <w:p>
      <w:pPr>
        <w:jc w:val="right"/>
      </w:pPr>
      <w:r>
        <w:t>اسٹیفن ہاکنگ، وہ کہہ رہا ہے کہ اب زمین پر ہم نہیں رہ سکتے۔ بہت سے بہت تھرٹی ایئرز ہم رہ سکتے ہیں اس زمین پر۔ کیونکہ لائف سپورٹ سسٹم ہی نہیں رہے گا۔</w:t>
      </w:r>
    </w:p>
    <w:p>
      <w:r>
        <w:rPr>
          <w:b/>
        </w:rPr>
        <w:t xml:space="preserve">[21:53] </w:t>
      </w:r>
      <w:r>
        <w:t>To woh keh raha hai ke humein ab space colony banana chahiye. Space colony.</w:t>
      </w:r>
    </w:p>
    <w:p>
      <w:pPr>
        <w:jc w:val="right"/>
      </w:pPr>
      <w:r>
        <w:t>تو وہ کہہ رہا ہے کہ ہمیں اب اسپیس کالونی بنانا چاہیے۔ اسپیس کالونی۔</w:t>
      </w:r>
    </w:p>
    <w:p>
      <w:r>
        <w:rPr>
          <w:b/>
        </w:rPr>
        <w:t xml:space="preserve">[22:00] </w:t>
      </w:r>
      <w:r>
        <w:t>ke zameen se ooper jaen, khala mein, aur artificial colonies ke andar rahen. Lekin yeh to aik aik fiction ki baat hai.</w:t>
      </w:r>
    </w:p>
    <w:p>
      <w:pPr>
        <w:jc w:val="right"/>
      </w:pPr>
      <w:r>
        <w:t>کہ زمین سے اوپر جائیں، خلا میں، اور آرٹیفیشل کالونیز کے اندر رہیں۔ لیکن یہ تو ایک ایک فکشن کی بات ہے۔</w:t>
      </w:r>
    </w:p>
    <w:p>
      <w:r>
        <w:rPr>
          <w:b/>
        </w:rPr>
        <w:t xml:space="preserve">[22:10] </w:t>
      </w:r>
      <w:r>
        <w:t>Is colony mein aap kahan se life support system layenge? Kahan se pani layenge?</w:t>
      </w:r>
    </w:p>
    <w:p>
      <w:pPr>
        <w:jc w:val="right"/>
      </w:pPr>
      <w:r>
        <w:t>اس کالونی میں آپ کہاں سے لائف سپورٹ سسٹم لائیں گے؟ کہاں سے پانی لائیں گے؟</w:t>
      </w:r>
    </w:p>
    <w:p>
      <w:r>
        <w:rPr>
          <w:b/>
        </w:rPr>
        <w:t xml:space="preserve">[22:16] </w:t>
      </w:r>
      <w:r>
        <w:t>Kahan se ghalla ugayenge? Kahan se agriculture aur horticulture layenge?</w:t>
      </w:r>
    </w:p>
    <w:p>
      <w:pPr>
        <w:jc w:val="right"/>
      </w:pPr>
      <w:r>
        <w:t>کہاں سے غلہ اگائیں گے؟ کہاں سے ایگریکلچر اور ہارٹیکلچر لائیں گے؟</w:t>
      </w:r>
    </w:p>
    <w:p>
      <w:r>
        <w:rPr>
          <w:b/>
        </w:rPr>
        <w:t xml:space="preserve">[22:26] </w:t>
      </w:r>
      <w:r>
        <w:t>To dekhen, nature worship ko khatam kiya physical sciences ne. Kingship ko khatam kiya democracy ne.</w:t>
      </w:r>
    </w:p>
    <w:p>
      <w:pPr>
        <w:jc w:val="right"/>
      </w:pPr>
      <w:r>
        <w:t>تو دیکھیں، نیچر ورشپ کو ختم کیا فزیکل سائنسز نے۔ کنگ شپ کو ختم کیا ڈیموکریسی نے۔</w:t>
      </w:r>
    </w:p>
    <w:p>
      <w:r>
        <w:rPr>
          <w:b/>
        </w:rPr>
        <w:t xml:space="preserve">[22:35] </w:t>
      </w:r>
      <w:r>
        <w:t>Aur humanism ko khatam kar raha hai global warming.</w:t>
      </w:r>
    </w:p>
    <w:p>
      <w:pPr>
        <w:jc w:val="right"/>
      </w:pPr>
      <w:r>
        <w:t>اور ہیومنزم کو ختم کر رہا ہے گلوبل وارمنگ۔</w:t>
      </w:r>
    </w:p>
    <w:p>
      <w:r>
        <w:rPr>
          <w:b/>
        </w:rPr>
        <w:t xml:space="preserve">[22:41] </w:t>
      </w:r>
      <w:r>
        <w:t>Insaan ka helpless sabit hona, yeh sabit karta hai ke humanism ki philosophy aik false philosophy thi. Insaan ko kuch hi qudrat nahi, kuch bhi nahi kar sakta hai insaan.</w:t>
      </w:r>
    </w:p>
    <w:p>
      <w:pPr>
        <w:jc w:val="right"/>
      </w:pPr>
      <w:r>
        <w:t>انسان کا ہیلپ لیس ثابت ہونا، یہ ثابت کرتا ہے کہ ہیومنزم کی فلاسفی ایک فالس فلاسفی تھی۔ انسان کو کچھ ہی قدرت نہیں، کچھ بھی نہیں کر سکتا ہے انسان۔</w:t>
      </w:r>
    </w:p>
    <w:p>
      <w:r>
        <w:rPr>
          <w:b/>
        </w:rPr>
        <w:t xml:space="preserve">[22:53] </w:t>
      </w:r>
      <w:r>
        <w:t>Insaan ki bas mein nahi hai ke woh</w:t>
      </w:r>
    </w:p>
    <w:p>
      <w:pPr>
        <w:jc w:val="right"/>
      </w:pPr>
      <w:r>
        <w:t>انسان کی بس میں نہیں ہے کہ وہ</w:t>
      </w:r>
    </w:p>
    <w:p>
      <w:r>
        <w:rPr>
          <w:b/>
        </w:rPr>
        <w:t xml:space="preserve">[22:58] </w:t>
      </w:r>
      <w:r>
        <w:t>jo carbon emission jo hawaon mein shamil ho gaya hai aur sari dunya ki hawaen jo zehriili hawaen ban rahi hain, unko roke.</w:t>
      </w:r>
    </w:p>
    <w:p>
      <w:pPr>
        <w:jc w:val="right"/>
      </w:pPr>
      <w:r>
        <w:t>جو کاربن ایمیشن جو ہواؤں میں شامل ہو گیا ہے اور ساری دنیا کی ہوائیں جو زہریلی ہوائیں بن رہی ہیں، ان کو روکے۔</w:t>
      </w:r>
    </w:p>
    <w:p>
      <w:r>
        <w:rPr>
          <w:b/>
        </w:rPr>
        <w:t xml:space="preserve">[23:11] </w:t>
      </w:r>
      <w:r>
        <w:t>Barf ke jo bare bare store jo the, woh pighal pighal kar samundaron mein chale ja rahe hain, unko roke.</w:t>
      </w:r>
    </w:p>
    <w:p>
      <w:pPr>
        <w:jc w:val="right"/>
      </w:pPr>
      <w:r>
        <w:t>برف کے جو بڑے بڑے اسٹور جو تھے، وہ پگھل پگھل کر سمندروں میں چلے جا رہے ہیں، ان کو روکے۔</w:t>
      </w:r>
    </w:p>
    <w:p>
      <w:r>
        <w:rPr>
          <w:b/>
        </w:rPr>
        <w:t xml:space="preserve">[23:18] </w:t>
      </w:r>
      <w:r>
        <w:t>Fiza mein jo garmi aa gayi hai, jis ko kehte hain global warming, us ko roke. Bahut se animal mar gaye.</w:t>
      </w:r>
    </w:p>
    <w:p>
      <w:pPr>
        <w:jc w:val="right"/>
      </w:pPr>
      <w:r>
        <w:t>فضا میں جو گرمی آ گئی ہے، جس کو کہتے ہیں گلوبل وارمنگ، اس کو روکے۔ بہت سے اینیمل مر گئے۔</w:t>
      </w:r>
    </w:p>
    <w:p>
      <w:r>
        <w:rPr>
          <w:b/>
        </w:rPr>
        <w:t xml:space="preserve">[23:29] </w:t>
      </w:r>
      <w:r>
        <w:t>Bahut se plant ab khatam ho gaye. Yani poora life support system</w:t>
      </w:r>
    </w:p>
    <w:p>
      <w:pPr>
        <w:jc w:val="right"/>
      </w:pPr>
      <w:r>
        <w:t>بہت سے پلانٹ اب ختم ہو گئے۔ یعنی پورا لائف سپورٹ سسٹم</w:t>
      </w:r>
    </w:p>
    <w:p>
      <w:r>
        <w:rPr>
          <w:b/>
        </w:rPr>
        <w:t xml:space="preserve">[23:36] </w:t>
      </w:r>
      <w:r>
        <w:t>jo hai, woh tabah ho gaya.</w:t>
      </w:r>
    </w:p>
    <w:p>
      <w:pPr>
        <w:jc w:val="right"/>
      </w:pPr>
      <w:r>
        <w:t>جو ہے، وہ تباہ ہو گیا۔</w:t>
      </w:r>
    </w:p>
    <w:p>
      <w:r>
        <w:rPr>
          <w:b/>
        </w:rPr>
        <w:t xml:space="preserve">[23:42] </w:t>
      </w:r>
      <w:r>
        <w:t>Yeh tabahi ke aakhri marhale mein hai. Jo log sirf,</w:t>
      </w:r>
    </w:p>
    <w:p>
      <w:pPr>
        <w:jc w:val="right"/>
      </w:pPr>
      <w:r>
        <w:t>یہ تباہی کے آخری مرحلے میں ہے۔ جو لوگ صرف،</w:t>
      </w:r>
    </w:p>
    <w:p>
      <w:r>
        <w:rPr>
          <w:b/>
        </w:rPr>
        <w:t xml:space="preserve">[23:49] </w:t>
      </w:r>
      <w:r>
        <w:t>Jo log ke science ke tak, yani scientific journal ko nahi parhte, jo science ki, science-daanon ke jo conferences hoti hain, unke baray mein nahi jante kuch.</w:t>
      </w:r>
    </w:p>
    <w:p>
      <w:pPr>
        <w:jc w:val="right"/>
      </w:pPr>
      <w:r>
        <w:t>جو لوگ کہ سائنس کے تک، یعنی سائنٹیفک جنرل کو نہیں پڑھتے، جو سائنس کی، سائنسدانوں کے جو کانفرنسز ہوتی ہیں، ان کے بارے میں نہیں جانتے کچھ۔</w:t>
      </w:r>
    </w:p>
    <w:p>
      <w:r>
        <w:rPr>
          <w:b/>
        </w:rPr>
        <w:t xml:space="preserve">[24:02] </w:t>
      </w:r>
      <w:r>
        <w:t>Science logon, science scientiston ki jo meetingen hoti rehti hain, unko nahi, is se ba-khabar rehte hain. To woh, unhein kuch pata nahi kya ho raha hai dunya mein.</w:t>
      </w:r>
    </w:p>
    <w:p>
      <w:pPr>
        <w:jc w:val="right"/>
      </w:pPr>
      <w:r>
        <w:t>سائنس لوگوں، سائنس سائنٹسٹوں کی جو میٹنگیں ہوتی رہتی ہیں، ان کو نہیں، اس سے باخبر رہتے ہیں۔ تو وہ، انہیں کچھ پتہ نہیں کیا ہو رہا ہے دنیا میں۔</w:t>
      </w:r>
    </w:p>
    <w:p>
      <w:r>
        <w:rPr>
          <w:b/>
        </w:rPr>
        <w:t xml:space="preserve">[24:12] </w:t>
      </w:r>
      <w:r>
        <w:t>Scientific community bahut zyada pareshan hai.</w:t>
      </w:r>
    </w:p>
    <w:p>
      <w:pPr>
        <w:jc w:val="right"/>
      </w:pPr>
      <w:r>
        <w:t>سائنٹیفک کمیونٹی بہت زیادہ پریشان ہے۔</w:t>
      </w:r>
    </w:p>
    <w:p>
      <w:r>
        <w:rPr>
          <w:b/>
        </w:rPr>
        <w:t xml:space="preserve">[24:17] </w:t>
      </w:r>
      <w:r>
        <w:t>Puri dunya ki scientific community bahut zyada pareshan hai ke kya kiya jaye. To humanism to khatam ho gaya. Agar insaan master of the universe hai to kyun nahi rokta woh?</w:t>
      </w:r>
    </w:p>
    <w:p>
      <w:pPr>
        <w:jc w:val="right"/>
      </w:pPr>
      <w:r>
        <w:t>پوری دنیا کی سائنٹیفک کمیونٹی بہت زیادہ پریشان ہے کہ کیا کیا جائے۔ تو ہیومنزم تو ختم ہو گیا۔ اگر انسان ماسٹر آف دا یونیورس ہے تو کیوں نہیں روکتا وہ؟</w:t>
      </w:r>
    </w:p>
    <w:p>
      <w:r>
        <w:rPr>
          <w:b/>
        </w:rPr>
        <w:t xml:space="preserve">[24:30] </w:t>
      </w:r>
      <w:r>
        <w:t>Woh global warming ko roke,</w:t>
      </w:r>
    </w:p>
    <w:p>
      <w:pPr>
        <w:jc w:val="right"/>
      </w:pPr>
      <w:r>
        <w:t>وہ گلوبل وارمنگ کو روکے،</w:t>
      </w:r>
    </w:p>
    <w:p>
      <w:r>
        <w:rPr>
          <w:b/>
        </w:rPr>
        <w:t xml:space="preserve">[24:33] </w:t>
      </w:r>
      <w:r>
        <w:t>life support system ko dobara maintain karey. to woh bhi practically khatam ho gaya. ab, ab aik aur jo development bohat bara dunya ke samne aaya hai, woh kya hai?</w:t>
      </w:r>
    </w:p>
    <w:p>
      <w:pPr>
        <w:jc w:val="right"/>
      </w:pPr>
      <w:r>
        <w:t>لائف سپورٹ سسٹم کو دوبارہ مینٹین کرے۔ تو وہ بھی پریکٹیکلی ختم ہو گیا۔ اب، اب ایک اور جو ڈیولپمنٹ بہت بڑا دنیا کے سامنے آیا ہے، وہ کیا ہے؟</w:t>
      </w:r>
    </w:p>
    <w:p>
      <w:r>
        <w:rPr>
          <w:b/>
        </w:rPr>
        <w:t xml:space="preserve">[24:48] </w:t>
      </w:r>
      <w:r>
        <w:t>dunya ke barey mein</w:t>
      </w:r>
    </w:p>
    <w:p>
      <w:pPr>
        <w:jc w:val="right"/>
      </w:pPr>
      <w:r>
        <w:t>دنیا کے بارے میں</w:t>
      </w:r>
    </w:p>
    <w:p>
      <w:r>
        <w:rPr>
          <w:b/>
        </w:rPr>
        <w:t xml:space="preserve">[24:53] </w:t>
      </w:r>
      <w:r>
        <w:t>jo ilmi mutalea shuru hua, iska founder bataya jata hai Galileo aur Newton.</w:t>
      </w:r>
    </w:p>
    <w:p>
      <w:pPr>
        <w:jc w:val="right"/>
      </w:pPr>
      <w:r>
        <w:t>جو علمی مطالعہ شروع ہوا، اس کا فاؤنڈر بتایا جاتا ہے گلیلیو اور نیوٹن۔</w:t>
      </w:r>
    </w:p>
    <w:p>
      <w:r>
        <w:rPr>
          <w:b/>
        </w:rPr>
        <w:t xml:space="preserve">[25:02] </w:t>
      </w:r>
      <w:r>
        <w:t>is zamane mein ilmi mutalea shuru hua. to shuru zamane mein, yani Newton ke zamane mein yeh samjha gaya</w:t>
      </w:r>
    </w:p>
    <w:p>
      <w:pPr>
        <w:jc w:val="right"/>
      </w:pPr>
      <w:r>
        <w:t>اس زمانے میں علمی مطالعہ شروع ہوا۔ تو شروع زمانے میں، یعنی نیوٹن کے زمانے میں یہ سمجھا گیا</w:t>
      </w:r>
    </w:p>
    <w:p>
      <w:r>
        <w:rPr>
          <w:b/>
        </w:rPr>
        <w:t xml:space="preserve">[25:11] </w:t>
      </w:r>
      <w:r>
        <w:t>ke kainat jo hai, aik mechanical machine hai. jaise aik machine hai, isko aap chala dein, chalti rahe gi. iske pas aql nahi hai, iske pas thought nahi hai.</w:t>
      </w:r>
    </w:p>
    <w:p>
      <w:pPr>
        <w:jc w:val="right"/>
      </w:pPr>
      <w:r>
        <w:t>کہ کائنات جو ہے، ایک مکینیکل مشین ہے۔ جیسے ایک مشین ہے، اس کو آپ چلا دیں، چلتی رہے گی۔ اس کے پاس عقل نہیں ہے، اس کے پاس تھاٹ نہیں ہے۔</w:t>
      </w:r>
    </w:p>
    <w:p>
      <w:r>
        <w:rPr>
          <w:b/>
        </w:rPr>
        <w:t xml:space="preserve">[25:23] </w:t>
      </w:r>
      <w:r>
        <w:t>to kainat poori ki poori aik mechanical machine hai.</w:t>
      </w:r>
    </w:p>
    <w:p>
      <w:pPr>
        <w:jc w:val="right"/>
      </w:pPr>
      <w:r>
        <w:t>تو کائنات پوری کی پوری ایک مکینیکل مشین ہے۔</w:t>
      </w:r>
    </w:p>
    <w:p>
      <w:r>
        <w:rPr>
          <w:b/>
        </w:rPr>
        <w:t xml:space="preserve">[25:30] </w:t>
      </w:r>
      <w:r>
        <w:t>goya kainat ka jo base hai, matter hai.</w:t>
      </w:r>
    </w:p>
    <w:p>
      <w:pPr>
        <w:jc w:val="right"/>
      </w:pPr>
      <w:r>
        <w:t>گویا کائنات کا جو بیس ہے، میٹر ہے۔</w:t>
      </w:r>
    </w:p>
    <w:p>
      <w:r>
        <w:rPr>
          <w:b/>
        </w:rPr>
        <w:t xml:space="preserve">[25:37] </w:t>
      </w:r>
      <w:r>
        <w:t>lekin</w:t>
      </w:r>
    </w:p>
    <w:p>
      <w:pPr>
        <w:jc w:val="right"/>
      </w:pPr>
      <w:r>
        <w:t>لیکن</w:t>
      </w:r>
    </w:p>
    <w:p>
      <w:r>
        <w:rPr>
          <w:b/>
        </w:rPr>
        <w:t xml:space="preserve">[25:41] </w:t>
      </w:r>
      <w:r>
        <w:t>yeh jo theory thi, woh damage ho rahi thi yahan tak ke Einstein ke zamane mein bilkul khatam ho gayi. kyunke aap jante hain ke Einstein ka jo discoveries thin, isne sabit kiya ke matter nahi balkeh energy jo hai,</w:t>
      </w:r>
    </w:p>
    <w:p>
      <w:pPr>
        <w:jc w:val="right"/>
      </w:pPr>
      <w:r>
        <w:t>یہ جو تھیوری تھی، وہ ڈیمج ہو رہی تھی یہاں تک کہ آئنسٹائن کے زمانے میں بالکل ختم ہو گئی۔ کیونکہ آپ جانتے ہیں کہ آئنسٹائن کا جو ڈسکوریز تھیں، اس نے ثابت کیا کہ میٹر نہیں بلکہ انرجی جو ہے،</w:t>
      </w:r>
    </w:p>
    <w:p>
      <w:r>
        <w:rPr>
          <w:b/>
        </w:rPr>
        <w:t xml:space="preserve">[26:00] </w:t>
      </w:r>
      <w:r>
        <w:t>kainat ki base hai. yani building block kainat ka pehle jo samjha gaya tha ke matter hai, to Einstein ne jo discovery ki, us se sabit hua ke building block universe ka matter nahi hai, energy hai.</w:t>
      </w:r>
    </w:p>
    <w:p>
      <w:pPr>
        <w:jc w:val="right"/>
      </w:pPr>
      <w:r>
        <w:t>کائنات کی بیس ہے۔ یعنی بلڈنگ بلاک کائنات کا پہلے جو سمجھا گیا تھا کہ میٹر ہے، تو آئنسٹائن نے جو ڈسکوری کی، اس سے ثابت ہوا کہ بلڈنگ بلاک یونیورس کا میٹر نہیں ہے، انرجی ہے۔</w:t>
      </w:r>
    </w:p>
    <w:p>
      <w:r>
        <w:rPr>
          <w:b/>
        </w:rPr>
        <w:t xml:space="preserve">[26:16] </w:t>
      </w:r>
      <w:r>
        <w:t>to woh damage ho gaya, woh. phir abhi bhi safar jari raha.</w:t>
      </w:r>
    </w:p>
    <w:p>
      <w:pPr>
        <w:jc w:val="right"/>
      </w:pPr>
      <w:r>
        <w:t>تو وہ ڈیمج ہو گیا، وہ۔ پھر ابھی بھی سفر جاری رہا۔</w:t>
      </w:r>
    </w:p>
    <w:p>
      <w:r>
        <w:rPr>
          <w:b/>
        </w:rPr>
        <w:t xml:space="preserve">[26:24] </w:t>
      </w:r>
      <w:r>
        <w:t>age Fred Hoyle aur doosre jo scientist paida hue, unhone dikhaya ke energy nahi balkeh intelligent jo hai, intelligence building block hai.</w:t>
      </w:r>
    </w:p>
    <w:p>
      <w:pPr>
        <w:jc w:val="right"/>
      </w:pPr>
      <w:r>
        <w:t>آگے فریڈ ہائل اور دوسرے جو سائنٹسٹ پیدا ہوئے، انہوں نے دکھایا کہ انرجی نہیں بلکہ انٹیلیجنٹ جو ہے، انٹیلیجنس بلڈنگ بلاک ہے۔</w:t>
      </w:r>
    </w:p>
    <w:p>
      <w:r>
        <w:rPr>
          <w:b/>
        </w:rPr>
        <w:t xml:space="preserve">[26:36] </w:t>
      </w:r>
      <w:r>
        <w:t>yani universe ke peechay intelligence hai, zehanat. kaisi ajeeb baat hai.</w:t>
      </w:r>
    </w:p>
    <w:p>
      <w:pPr>
        <w:jc w:val="right"/>
      </w:pPr>
      <w:r>
        <w:t>یعنی یونیورس کے پیچھے انٹیلیجنس ہے، ذہانت۔ کیسی عجیب بات ہے۔</w:t>
      </w:r>
    </w:p>
    <w:p>
      <w:r>
        <w:rPr>
          <w:b/>
        </w:rPr>
        <w:t xml:space="preserve">[26:45] </w:t>
      </w:r>
      <w:r>
        <w:t>yani matter se age barh kar, matter ke baad, matter se safar shuru kar ke pohncha energy tak.</w:t>
      </w:r>
    </w:p>
    <w:p>
      <w:pPr>
        <w:jc w:val="right"/>
      </w:pPr>
      <w:r>
        <w:t>یعنی میٹر سے آگے بڑھ کر، میٹر کے بعد، میٹر سے سفر شروع کر کے پہنچا انرجی تک۔</w:t>
      </w:r>
    </w:p>
    <w:p>
      <w:r>
        <w:rPr>
          <w:b/>
        </w:rPr>
        <w:t xml:space="preserve">[26:54] </w:t>
      </w:r>
      <w:r>
        <w:t>energy se pohnch kar pohncha intelligence tak. to ab yeh mana ja raha hai scientific community mein</w:t>
      </w:r>
    </w:p>
    <w:p>
      <w:pPr>
        <w:jc w:val="right"/>
      </w:pPr>
      <w:r>
        <w:t>انرجی سے پہنچ کر پہنچا انٹیلیجنس تک۔ تو اب یہ مانا جا رہا ہے سائنٹیفک کمیونٹی میں</w:t>
      </w:r>
    </w:p>
    <w:p>
      <w:r>
        <w:rPr>
          <w:b/>
        </w:rPr>
        <w:t xml:space="preserve">[27:04] </w:t>
      </w:r>
      <w:r>
        <w:t>ke is dunya ke peechay intelligence hai. yeh intelligent universe hai, yeh mechanical universe nahi hai.</w:t>
      </w:r>
    </w:p>
    <w:p>
      <w:pPr>
        <w:jc w:val="right"/>
      </w:pPr>
      <w:r>
        <w:t>کہ اس دنیا کے پیچھے انٹیلیجنس ہے۔ یہ انٹیلیجنٹ یونیورس ہے، یہ مکینیکل یونیورس نہیں ہے۔</w:t>
      </w:r>
    </w:p>
    <w:p>
      <w:r>
        <w:rPr>
          <w:b/>
        </w:rPr>
        <w:t xml:space="preserve">[27:15] </w:t>
      </w:r>
      <w:r>
        <w:t>intelligent universe hai. ab jo recently yeh jo tehqiqat hoti rehti hain,</w:t>
      </w:r>
    </w:p>
    <w:p>
      <w:pPr>
        <w:jc w:val="right"/>
      </w:pPr>
      <w:r>
        <w:t>انٹیلیجنٹ یونیورس ہے۔ اب جو ریسنٹلی یہ جو تحقیقات ہوتی رہتی ہیں،</w:t>
      </w:r>
    </w:p>
    <w:p>
      <w:r>
        <w:rPr>
          <w:b/>
        </w:rPr>
        <w:t xml:space="preserve">[27:23] </w:t>
      </w:r>
      <w:r>
        <w:t>to abhi recently jo aik aik University of Washington mein jo research hui hai, mere pas, mere samne, mere pas yeh angrezi akhbar hai satrah December ka.</w:t>
      </w:r>
    </w:p>
    <w:p>
      <w:pPr>
        <w:jc w:val="right"/>
      </w:pPr>
      <w:r>
        <w:t>تو ابھی ریسنٹلی جو ایک ایک یونیورسٹی آف واشنگٹن میں جو ریسرچ ہوئی ہے، میرے پاس، میرے سامنے، میرے پاس یہ انگریزی اخبار ہے سترہ دسمبر کا۔</w:t>
      </w:r>
    </w:p>
    <w:p>
      <w:r>
        <w:rPr>
          <w:b/>
        </w:rPr>
        <w:t xml:space="preserve">[27:35] </w:t>
      </w:r>
      <w:r>
        <w:t>December seventeen ka. iski dekhein, iski jo heading hai:</w:t>
      </w:r>
    </w:p>
    <w:p>
      <w:pPr>
        <w:jc w:val="right"/>
      </w:pPr>
      <w:r>
        <w:t>دسمبر سیونٹین کا۔ اس کی دیکھیں، اس کی جو ہیڈنگ ہے:</w:t>
      </w:r>
    </w:p>
    <w:p>
      <w:r>
        <w:rPr>
          <w:b/>
        </w:rPr>
        <w:t xml:space="preserve">[27:41] </w:t>
      </w:r>
      <w:r>
        <w:t>"Master Computer Controls Controls Universe". "Master Computer Controls Universe".</w:t>
      </w:r>
    </w:p>
    <w:p>
      <w:pPr>
        <w:jc w:val="right"/>
      </w:pPr>
      <w:r>
        <w:t>"ماسٹر کمپیوٹر کنٹرولز کنٹرولز یونیورس"۔ "ماسٹر کمپیوٹر کنٹرولز یونیورس"۔</w:t>
      </w:r>
    </w:p>
    <w:p>
      <w:r>
        <w:rPr>
          <w:b/>
        </w:rPr>
        <w:t xml:space="preserve">[27:52] </w:t>
      </w:r>
      <w:r>
        <w:t>yeh University of Washington ke jo scientists hain, unhone research kiya hai.</w:t>
      </w:r>
    </w:p>
    <w:p>
      <w:pPr>
        <w:jc w:val="right"/>
      </w:pPr>
      <w:r>
        <w:t>یہ یونیورسٹی آف واشنگٹن کے جو سائنسدان ہیں، انہوں نے ریسرچ کیا ہے۔</w:t>
      </w:r>
    </w:p>
    <w:p>
      <w:r>
        <w:rPr>
          <w:b/>
        </w:rPr>
        <w:t xml:space="preserve">[27:59] </w:t>
      </w:r>
      <w:r>
        <w:t>unki research chhapi hai scientific journal mein. iski report akhbar mein aayi hai. unka kehna hai ke itna zyada complex hai mamla universe ka.</w:t>
      </w:r>
    </w:p>
    <w:p>
      <w:pPr>
        <w:jc w:val="right"/>
      </w:pPr>
      <w:r>
        <w:t>ان کی ریسرچ چھپی ہے سائنٹیفک جنرل میں۔ اس کی رپورٹ اخبار میں آئی ہے۔ ان کا کہنا ہے کہ اتنا زیادہ کمپلیکس ہے معاملہ یونیورس کا۔</w:t>
      </w:r>
    </w:p>
    <w:p>
      <w:r>
        <w:rPr>
          <w:b/>
        </w:rPr>
        <w:t xml:space="preserve">[28:11] </w:t>
      </w:r>
      <w:r>
        <w:t>itna zyada iske andar energy hai. itna zabardast control hai.</w:t>
      </w:r>
    </w:p>
    <w:p>
      <w:pPr>
        <w:jc w:val="right"/>
      </w:pPr>
      <w:r>
        <w:t>اتنا زیادہ اس کے اندر انرجنس ہے۔ اتنا زبردست کنٹرول ہے۔</w:t>
      </w:r>
    </w:p>
    <w:p>
      <w:r>
        <w:rPr>
          <w:b/>
        </w:rPr>
        <w:t xml:space="preserve">[28:17] </w:t>
      </w:r>
      <w:r>
        <w:t>itna zabardast discipline hai.</w:t>
      </w:r>
    </w:p>
    <w:p>
      <w:pPr>
        <w:jc w:val="right"/>
      </w:pPr>
      <w:r>
        <w:t>اتنا زبردست ڈسپلن ہے۔</w:t>
      </w:r>
    </w:p>
    <w:p>
      <w:r>
        <w:rPr>
          <w:b/>
        </w:rPr>
        <w:t xml:space="preserve">[28:21] </w:t>
      </w:r>
      <w:r>
        <w:t>ke aap ko explain nahi hota ke iske baghair ke mana jaye ke koi bohat hi super computer hai. koi bohat hi super computer hai jo isko poori tarah apne control mein liya gaya hai.</w:t>
      </w:r>
    </w:p>
    <w:p>
      <w:pPr>
        <w:jc w:val="right"/>
      </w:pPr>
      <w:r>
        <w:t>کہ آپ کو ایکسپلین نہیں ہوتا کہ اس کے بغیر کہ مانا جائے کہ کوئی بہت ہی سپر کمپیوٹر ہے۔ کوئی بہت ہی سپر کمپیوٹر ہے جو اس کو پوری طرح اپنے کنٹرول میں لیا گیا ہے۔</w:t>
      </w:r>
    </w:p>
    <w:p>
      <w:r>
        <w:rPr>
          <w:b/>
        </w:rPr>
        <w:t xml:space="preserve">[28:35] </w:t>
      </w:r>
      <w:r>
        <w:t>to un ka manna hai ke</w:t>
      </w:r>
    </w:p>
    <w:p>
      <w:pPr>
        <w:jc w:val="right"/>
      </w:pPr>
      <w:r>
        <w:t>تو ان کا ماننا ہے کہ</w:t>
      </w:r>
    </w:p>
    <w:p>
      <w:r>
        <w:rPr>
          <w:b/>
        </w:rPr>
        <w:t xml:space="preserve">[28:38] </w:t>
      </w:r>
      <w:r>
        <w:t>"master computer controls universe". yeh master computer kya hai? yaani master computer jo hai, sirf aik lafz ki baat hai.</w:t>
      </w:r>
    </w:p>
    <w:p>
      <w:pPr>
        <w:jc w:val="right"/>
      </w:pPr>
      <w:r>
        <w:t>"ماسٹر کمپیوٹر کنٹرولز یونیورس"۔ یہ ماسٹر کمپیوٹر کیا ہے؟ یعنی ماسٹر کمپیوٹر جو ہے، صرف ایک لفظ کی بات ہے۔</w:t>
      </w:r>
    </w:p>
    <w:p>
      <w:r>
        <w:rPr>
          <w:b/>
        </w:rPr>
        <w:t xml:space="preserve">[28:53] </w:t>
      </w:r>
      <w:r>
        <w:t>is ka matlab hai divine computer.</w:t>
      </w:r>
    </w:p>
    <w:p>
      <w:pPr>
        <w:jc w:val="right"/>
      </w:pPr>
      <w:r>
        <w:t>اس کا مطلب ہے ڈیوائن کمپیوٹر۔</w:t>
      </w:r>
    </w:p>
    <w:p>
      <w:r>
        <w:rPr>
          <w:b/>
        </w:rPr>
        <w:t xml:space="preserve">[28:57] </w:t>
      </w:r>
      <w:r>
        <w:t>kyunke computer jo mechanical computer hota hai, woh to kuch bhi nahi kar sakta. aap jante hain ke insaan jo usay feed karta hai, usi ko batata hai aap computer.</w:t>
      </w:r>
    </w:p>
    <w:p>
      <w:pPr>
        <w:jc w:val="right"/>
      </w:pPr>
      <w:r>
        <w:t>کیونکہ کمپیوٹر جو مکینیکل کمپیوٹر ہوتا ہے، وہ تو کچھ بھی نہیں کر سکتا۔ آپ جانتے ہیں کہ انسان جو اسے فیڈ کرتا ہے، اسی کو بتاتا ہے آپ کمپیوٹر۔</w:t>
      </w:r>
    </w:p>
    <w:p>
      <w:r>
        <w:rPr>
          <w:b/>
        </w:rPr>
        <w:t xml:space="preserve">[29:11] </w:t>
      </w:r>
      <w:r>
        <w:t>jaise mein bol raha hoon to mein apne aap bol raha hoon, to is tarah nahi bolta computer. computer feed kiya jata hai, usi ko repeat karta hai. computer sirf repeat karta hai, create nahi karta.</w:t>
      </w:r>
    </w:p>
    <w:p>
      <w:pPr>
        <w:jc w:val="right"/>
      </w:pPr>
      <w:r>
        <w:t>جیسے میں بول رہا ہوں تو میں اپنے آپ بول رہا ہوں، تو اس طرح نہیں بولتا کمپیوٹر۔ کمپیوٹر فیڈ کیا جاتا ہے، اسی کو ریپیٹ کرتا ہے۔ کمپیوٹر صرف ریپیٹ کرتا ہے، کریئیٹ نہیں کرتا۔</w:t>
      </w:r>
    </w:p>
    <w:p>
      <w:r>
        <w:rPr>
          <w:b/>
        </w:rPr>
        <w:t xml:space="preserve">[29:23] </w:t>
      </w:r>
      <w:r>
        <w:t>woh mere jaisa aik insaan to create karta hai.</w:t>
      </w:r>
    </w:p>
    <w:p>
      <w:pPr>
        <w:jc w:val="right"/>
      </w:pPr>
      <w:r>
        <w:t>وہ میرے جیسا ایک انسان تو کریئیٹ کرتا ہے۔</w:t>
      </w:r>
    </w:p>
    <w:p>
      <w:r>
        <w:rPr>
          <w:b/>
        </w:rPr>
        <w:t xml:space="preserve">[29:28] </w:t>
      </w:r>
      <w:r>
        <w:t>bohat se log ghalat fehmi mein hain ke computer ko create bhi karta hai. yeh yeh ghalat baat hai, jhooti baat hai yeh. jis tarah se mein soch kar bol raha hoon ya koi bhi insaan soch kar bolta hai, creative thought ko batata hai, to koi computer aisa nahi kar sakta.</w:t>
      </w:r>
    </w:p>
    <w:p>
      <w:pPr>
        <w:jc w:val="right"/>
      </w:pPr>
      <w:r>
        <w:t>بہت سے لوگ غلط فہمی میں ہیں کہ کمپیوٹر کو کریئیٹ بھی کرتا ہے۔ یہ یہ غلط بات ہے، جھوٹی بات ہے یہ۔ جس طرح سے میں سوچ کر بول رہا ہوں یا کوئی بھی انسان سوچ کر بولتا ہے، کریئیٹیو تھاٹ کو بتاتا ہے، تو کوئی کمپیوٹر ایسا نہیں کر سکتا۔</w:t>
      </w:r>
    </w:p>
    <w:p>
      <w:r>
        <w:rPr>
          <w:b/>
        </w:rPr>
        <w:t xml:space="preserve">[29:47] </w:t>
      </w:r>
      <w:r>
        <w:t>computer ab jo aap feed kar dete hain, feed kar, usi ko repeat karta hai computer. analysis karta hai, bohat se bohat analysis karta hai. to master computer ko jab tak aap aik aur maani dene parrein ge ke divine computer,</w:t>
      </w:r>
    </w:p>
    <w:p>
      <w:pPr>
        <w:jc w:val="right"/>
      </w:pPr>
      <w:r>
        <w:t>کمپیوٹر اب جو آپ فیڈ کر دیتے ہیں، فیڈ کر، اسی کو ریپیٹ کرتا ہے کمپیوٹر۔ انالیسز کرتا ہے، بہت سے بہت انالیسز کرتا ہے۔ تو ماسٹر کمپیوٹر کو جب تک آپ ایک اور معنی دینے پڑیں گے کہ ڈیوائن کمپیوٹر،</w:t>
      </w:r>
    </w:p>
    <w:p>
      <w:r>
        <w:rPr>
          <w:b/>
        </w:rPr>
        <w:t xml:space="preserve">[30:03] </w:t>
      </w:r>
      <w:r>
        <w:t>tab ja kar yeh maamla explain ho ga.</w:t>
      </w:r>
    </w:p>
    <w:p>
      <w:pPr>
        <w:jc w:val="right"/>
      </w:pPr>
      <w:r>
        <w:t>تب جا کر یہ معاملہ ایکسپلین ہو گا۔</w:t>
      </w:r>
    </w:p>
    <w:p>
      <w:r>
        <w:rPr>
          <w:b/>
        </w:rPr>
        <w:t xml:space="preserve">[30:11] </w:t>
      </w:r>
      <w:r>
        <w:t>to jab insaan ne yeh kaha ke kainat ka building block matter hai, woh baat chali nahi. phir kaha ke kainat ka building block energy hai, woh baat chali nahi.</w:t>
      </w:r>
    </w:p>
    <w:p>
      <w:pPr>
        <w:jc w:val="right"/>
      </w:pPr>
      <w:r>
        <w:t>تو جب انسان نے یہ کہا کہ کائنات کا بلڈنگ بلاک میٹر ہے، وہ بات چلی نہیں۔ پھر کہا کہ کائنات کا بلڈنگ بلاک انرجی ہے، وہ بات چلی نہیں۔</w:t>
      </w:r>
    </w:p>
    <w:p>
      <w:r>
        <w:rPr>
          <w:b/>
        </w:rPr>
        <w:t xml:space="preserve">[30:23] </w:t>
      </w:r>
      <w:r>
        <w:t>phir kaha ke kainat ka building block energy hai. woh</w:t>
      </w:r>
    </w:p>
    <w:p>
      <w:pPr>
        <w:jc w:val="right"/>
      </w:pPr>
      <w:r>
        <w:t>پھر کہا کہ کائنات کا بلڈنگ بلاک انرجی ہے۔ وہ</w:t>
      </w:r>
    </w:p>
    <w:p>
      <w:r>
        <w:rPr>
          <w:b/>
        </w:rPr>
        <w:t xml:space="preserve">[30:27] </w:t>
      </w:r>
      <w:r>
        <w:t>building ka energy hai, woh bhi nahi chala. ab kya keh raha hai? kainat ka building block jo hai, woh kya hai? aik master computer. abhi yeh baat poori nahi hui.</w:t>
      </w:r>
    </w:p>
    <w:p>
      <w:pPr>
        <w:jc w:val="right"/>
      </w:pPr>
      <w:r>
        <w:t>بلڈنگ کا انرجنس ہے، وہ بھی نہیں چلا۔ اب کیا کہہ رہا ہے؟ کائنات کا بلڈنگ بلاک جو ہے، وہ کیا ہے؟ ایک ماسٹر کمپیوٹر۔ ابھی یہ بات پوری نہیں ہوئی۔</w:t>
      </w:r>
    </w:p>
    <w:p>
      <w:r>
        <w:rPr>
          <w:b/>
        </w:rPr>
        <w:t xml:space="preserve">[30:42] </w:t>
      </w:r>
      <w:r>
        <w:t>yeh aik parda dala ja raha hai ke yeh daryaft ho chuka hai. yeh daryaft ho chuka hai ke is kainat ke peechay aik mind hai.</w:t>
      </w:r>
    </w:p>
    <w:p>
      <w:pPr>
        <w:jc w:val="right"/>
      </w:pPr>
      <w:r>
        <w:t>یہ ایک پردہ ڈالا جا رہا ہے کہ یہ دریافت ہو چکا ہے۔ یہ دریافت ہو چکا ہے کہ اس کائنات کے پیچھے ایک مائنڈ ہے۔</w:t>
      </w:r>
    </w:p>
    <w:p>
      <w:r>
        <w:rPr>
          <w:b/>
        </w:rPr>
        <w:t xml:space="preserve">[30:52] </w:t>
      </w:r>
      <w:r>
        <w:t>yahan tak ke mein janta hoon ke pehla scientist jis ne mind ka word use kiya tha, woh tha Sir James Jeans, British scientist.</w:t>
      </w:r>
    </w:p>
    <w:p>
      <w:pPr>
        <w:jc w:val="right"/>
      </w:pPr>
      <w:r>
        <w:t>یہاں تک کہ میں جانتا ہوں کہ پہلا سائنٹسٹ جس نے مائنڈ کا ورڈ یوز کیا تھا، وہ تھا سر جیمز جینز، برٹش سائنٹسٹ۔</w:t>
      </w:r>
    </w:p>
    <w:p>
      <w:r>
        <w:rPr>
          <w:b/>
        </w:rPr>
        <w:t xml:space="preserve">[31:00] </w:t>
      </w:r>
      <w:r>
        <w:t>mind ka word isi ne use kiya tha. lekin us ne kaha tha ke mathematical mind. us ne kaha tha ke universe ke peechay aik mathematical mind hai.</w:t>
      </w:r>
    </w:p>
    <w:p>
      <w:pPr>
        <w:jc w:val="right"/>
      </w:pPr>
      <w:r>
        <w:t>مائنڈ کا ورڈ اسی نے یوز کیا تھا۔ لیکن اس نے کہا تھا کہ میتھمیٹیکل مائنڈ۔ اس نے کہا تھا کہ یونیورس کے پیچھے ایک میتھمیٹیکل مائنڈ ہے۔</w:t>
      </w:r>
    </w:p>
    <w:p>
      <w:r>
        <w:rPr>
          <w:b/>
        </w:rPr>
        <w:t xml:space="preserve">[31:13] </w:t>
      </w:r>
      <w:r>
        <w:t>aik British scientist tha, Sir James Jeans. ab mein kahoon ga ke woh baat aagay barh kar yahan tak pohanchti hai ke aap kahein ke master computer, yaani aik aik divine computer jo hai, woh kainat control kar raha hai.</w:t>
      </w:r>
    </w:p>
    <w:p>
      <w:pPr>
        <w:jc w:val="right"/>
      </w:pPr>
      <w:r>
        <w:t>ایک برٹش سائنٹسٹ تھا، سر جیمز جینز۔ اب میں کہوں گا کہ وہ بات آگے بڑھ کر یہاں تک پہنچتی ہے کہ آپ کہیں کہ ماسٹر کمپیوٹر، یعنی ایک ایک ڈیوائن کمپیوٹر جو ہے، وہ کائنات کنٹرول کر رہا ہے۔</w:t>
      </w:r>
    </w:p>
    <w:p>
      <w:r>
        <w:rPr>
          <w:b/>
        </w:rPr>
        <w:t xml:space="preserve">[31:30] </w:t>
      </w:r>
      <w:r>
        <w:t>yaani matlab jo hum Allah ka bolte hain, God bolte hain, Khuda bolte hain, woh aik scientific naam hai. yaani religion ki zabaan mein jis ko hum kehte hain Allah, hum kehte hain Khuda, hum kehte hain God.</w:t>
      </w:r>
    </w:p>
    <w:p>
      <w:pPr>
        <w:jc w:val="right"/>
      </w:pPr>
      <w:r>
        <w:t>یعنی مطلب جو ہم اللہ کا بولتے ہیں، گاڈ بولتے ہیں، خدا بولتے ہیں، وہ ایک سائنٹیفک نام ہے۔ یعنی ریلیجن کی زبان میں جس کو ہم کہتے ہیں اللہ، ہم کہتے ہیں خدا، ہم کہتے ہیں گاڈ۔</w:t>
      </w:r>
    </w:p>
    <w:p>
      <w:r>
        <w:rPr>
          <w:b/>
        </w:rPr>
        <w:t xml:space="preserve">[31:46] </w:t>
      </w:r>
      <w:r>
        <w:t>religion ki zabaan mein. isi ko science ki zabaan mein aap kahein ke ke divine computer.</w:t>
      </w:r>
    </w:p>
    <w:p>
      <w:pPr>
        <w:jc w:val="right"/>
      </w:pPr>
      <w:r>
        <w:t>ریلیجن کی زبان میں۔ اسی کو سائنس کی زبان میں آپ کہیں کہ کہ ڈیوائن کمپیوٹر۔</w:t>
      </w:r>
    </w:p>
    <w:p>
      <w:r>
        <w:rPr>
          <w:b/>
        </w:rPr>
        <w:t xml:space="preserve">[31:54] </w:t>
      </w:r>
      <w:r>
        <w:t>to ab baat yahan tak pohanch chuki hai. to aap dekhein jo history ka jo safar hai, nature worship khatam hui, kingship khatam hui,</w:t>
      </w:r>
    </w:p>
    <w:p>
      <w:pPr>
        <w:jc w:val="right"/>
      </w:pPr>
      <w:r>
        <w:t>تو اب بات یہاں تک پہنچ چکی ہے۔ تو آپ دیکھیں جو ہسٹری کا جو سفر ہے، نیچر ورشپ ختم ہوئی، کنگ شپ ختم ہوئی،</w:t>
      </w:r>
    </w:p>
    <w:p>
      <w:r>
        <w:rPr>
          <w:b/>
        </w:rPr>
        <w:t xml:space="preserve">[32:07] </w:t>
      </w:r>
      <w:r>
        <w:t>humanism bhi khatam ho gaya. ab kya hai? ab aagay baat kahan pohanchi hai?</w:t>
      </w:r>
    </w:p>
    <w:p>
      <w:pPr>
        <w:jc w:val="right"/>
      </w:pPr>
      <w:r>
        <w:t>ہیومنزم بھی ختم ہو گیا۔ اب کیا ہے؟ اب آگے بات کہاں پہنچی ہے؟</w:t>
      </w:r>
    </w:p>
    <w:p>
      <w:r>
        <w:rPr>
          <w:b/>
        </w:rPr>
        <w:t xml:space="preserve">[32:12] </w:t>
      </w:r>
      <w:r>
        <w:t>ab aap ko manna hi parre ga ke is kainat ke peechay aik Khuda hai. aur koi option hi nahi baqi nahi raha. koi option baqi nahi raha.</w:t>
      </w:r>
    </w:p>
    <w:p>
      <w:pPr>
        <w:jc w:val="right"/>
      </w:pPr>
      <w:r>
        <w:t>اب آپ کو ماننا ہی پڑے گا کہ اس کائنات کے پیچھے ایک خدا ہے۔ اور کوئی آپشن ہی نہیں باقی نہیں رہا۔ کوئی آپشن باقی نہیں رہا۔</w:t>
      </w:r>
    </w:p>
    <w:p>
      <w:r>
        <w:rPr>
          <w:b/>
        </w:rPr>
        <w:t xml:space="preserve">[32:25] </w:t>
      </w:r>
      <w:r>
        <w:t>mujhe aik qissa yaad aata hai, bohat pehle ka.</w:t>
      </w:r>
    </w:p>
    <w:p>
      <w:pPr>
        <w:jc w:val="right"/>
      </w:pPr>
      <w:r>
        <w:t>مجھے ایک قصہ یاد آتا ہے، بہت پہلے کا۔</w:t>
      </w:r>
    </w:p>
    <w:p>
      <w:r>
        <w:rPr>
          <w:b/>
        </w:rPr>
        <w:t xml:space="preserve">[32:35] </w:t>
      </w:r>
      <w:r>
        <w:t>aik maqam tha, wahan par logon mein aik behas shuru hui. yeh science se pehle ke zamanay ki baat hai, yaani pre-scientific period ki baat hai.</w:t>
      </w:r>
    </w:p>
    <w:p>
      <w:pPr>
        <w:jc w:val="right"/>
      </w:pPr>
      <w:r>
        <w:t>ایک مقام تھا، وہاں پر لوگوں میں ایک بحث شروع ہوئی۔ یہ سائنس سے پہلے کے زمانے کی بات ہے، یعنی پری سائنٹیفک پیریڈ کی بات ہے۔</w:t>
      </w:r>
    </w:p>
    <w:p>
      <w:r>
        <w:rPr>
          <w:b/>
        </w:rPr>
        <w:t xml:space="preserve">[32:50] </w:t>
      </w:r>
      <w:r>
        <w:t>to yeh hui ke kya Khuda hai? koi log kehte thay Khuda hai, koi log kehte thay Khuda nahi hai. ab behas chal rahi hai, behas chal rahi hai, behas chal rahi hai.</w:t>
      </w:r>
    </w:p>
    <w:p>
      <w:pPr>
        <w:jc w:val="right"/>
      </w:pPr>
      <w:r>
        <w:t>تو یہ ہوئی کہ کیا خدا ہے؟ کوئی لوگ کہتے تھے خدا ہے، کوئی لوگ کہتے تھے خدا نہیں ہے۔ اب بحث چل رہی ہے، بحث چل رہی ہے، بحث چل رہی ہے۔</w:t>
      </w:r>
    </w:p>
    <w:p>
      <w:r>
        <w:rPr>
          <w:b/>
        </w:rPr>
        <w:t xml:space="preserve">[33:03] </w:t>
      </w:r>
      <w:r>
        <w:t>to khatam nahi hoti thi. to logon ne kaha ke bhai dekho,</w:t>
      </w:r>
    </w:p>
    <w:p>
      <w:pPr>
        <w:jc w:val="right"/>
      </w:pPr>
      <w:r>
        <w:t>تو ختم نہیں ہوتی تھی۔ تو لوگوں نے کہا کہ بھائی دیکھو،</w:t>
      </w:r>
    </w:p>
    <w:p>
      <w:r>
        <w:rPr>
          <w:b/>
        </w:rPr>
        <w:t xml:space="preserve">[33:08] </w:t>
      </w:r>
      <w:r>
        <w:t>hamare basti mein ek masjid hai, is mein ek buzurg rehte hain. woh kahin jaate aate nahi, bas masjid mein ibadat karna hai, yeh un ka kaam hai.</w:t>
      </w:r>
    </w:p>
    <w:p>
      <w:pPr>
        <w:jc w:val="right"/>
      </w:pPr>
      <w:r>
        <w:t>ہمارے بستی میں ایک مسجد ہے، اس میں ایک بزرگ رہتے ہیں۔ وہ کہیں جاتے آتے نہیں، بس مسجد میں عبادت کرنا ہے، یہ ان کا کام ہے۔</w:t>
      </w:r>
    </w:p>
    <w:p>
      <w:r>
        <w:rPr>
          <w:b/>
        </w:rPr>
        <w:t xml:space="preserve">[33:20] </w:t>
      </w:r>
      <w:r>
        <w:t>un ko bulao, shayad woh is masle ko hal karein. to un ko bulaya gaya.</w:t>
      </w:r>
    </w:p>
    <w:p>
      <w:pPr>
        <w:jc w:val="right"/>
      </w:pPr>
      <w:r>
        <w:t>ان کو بلاؤ، شاید وہ اس مسئلے کو حل کریں۔ تو ان کو بلایا گیا۔</w:t>
      </w:r>
    </w:p>
    <w:p>
      <w:r>
        <w:rPr>
          <w:b/>
        </w:rPr>
        <w:t xml:space="preserve">[33:29] </w:t>
      </w:r>
      <w:r>
        <w:t>to unhon ne poocha ke bhai kya masla hai? unhon ne kaha ke hum mein se kuch log kehte hain Khuda hai, koi log kehte hain Khuda nahi hai. ab aap bataiye.</w:t>
      </w:r>
    </w:p>
    <w:p>
      <w:pPr>
        <w:jc w:val="right"/>
      </w:pPr>
      <w:r>
        <w:t>تو انہوں نے پوچھا کہ بھئی کیا مسئلہ ہے؟ انہوں نے کہا کہ ہم میں سے کچھ لوگ کہتے ہیں خدا ہے، کوئی لوگ کہتے ہیں خدا نہیں ہے۔ اب آپ بتائیے۔</w:t>
      </w:r>
    </w:p>
    <w:p>
      <w:r>
        <w:rPr>
          <w:b/>
        </w:rPr>
        <w:t xml:space="preserve">[33:41] </w:t>
      </w:r>
      <w:r>
        <w:t>to buzurg purane time ke riwayati tarz ke aadmi the.</w:t>
      </w:r>
    </w:p>
    <w:p>
      <w:pPr>
        <w:jc w:val="right"/>
      </w:pPr>
      <w:r>
        <w:t>تو بزرگ پرانے ٹائم کے روایتی طرز کے آدمی تھے۔</w:t>
      </w:r>
    </w:p>
    <w:p>
      <w:r>
        <w:rPr>
          <w:b/>
        </w:rPr>
        <w:t xml:space="preserve">[33:46] </w:t>
      </w:r>
      <w:r>
        <w:t>unhon ne aoozu billahi minash shaitanir rajeem, bismillah hir rahman nir raheem parha. is ke baad Quran ki ek ayat tilawat ki unhon ne.</w:t>
      </w:r>
    </w:p>
    <w:p>
      <w:pPr>
        <w:jc w:val="right"/>
      </w:pPr>
      <w:r>
        <w:t>انہوں نے اعوذ باللہ من الشیطان الرجیم، بسم اللہ الرحمن الرحیم پڑھا۔ اس کے بعد قرآن کی ایک آیت تلاوت کی انہوں نے۔</w:t>
      </w:r>
    </w:p>
    <w:p>
      <w:r>
        <w:rPr>
          <w:b/>
        </w:rPr>
        <w:t xml:space="preserve">[33:57] </w:t>
      </w:r>
      <w:r>
        <w:t>afillaha shakkun fatiris samawati wal arz. yeh Quran ki ek ayat hai.</w:t>
      </w:r>
    </w:p>
    <w:p>
      <w:pPr>
        <w:jc w:val="right"/>
      </w:pPr>
      <w:r>
        <w:t>اَفِ اللَّهَ شَكٌّ فَاطِرِ السَّمٰوَاتِ وَالْأَرْضِ۔ یہ قرآن کی ایک آیت ہے۔</w:t>
      </w:r>
    </w:p>
    <w:p>
      <w:r>
        <w:rPr>
          <w:b/>
        </w:rPr>
        <w:t xml:space="preserve">[34:05] </w:t>
      </w:r>
      <w:r>
        <w:t>afillaha shakkun fatiris samawati wal arz. bohat yaqeen ke sath parha tha unhon ne. is ka matlab hai ke kya tum ko shakk hai Allah ke bare mein?</w:t>
      </w:r>
    </w:p>
    <w:p>
      <w:pPr>
        <w:jc w:val="right"/>
      </w:pPr>
      <w:r>
        <w:t>اَفِ اللَّهَ شَكٌّ فَاطِرِ السَّمٰوَاتِ وَالْأَرْضِ۔ بہت یقین کے ساتھ پڑھا تھا انہوں نے۔ اس کا مطلب ہے کہ کیا تم کو شک ہے اللہ کے بارے میں؟</w:t>
      </w:r>
    </w:p>
    <w:p>
      <w:r>
        <w:rPr>
          <w:b/>
        </w:rPr>
        <w:t xml:space="preserve">[34:16] </w:t>
      </w:r>
      <w:r>
        <w:t>jis ne zameen o aasman ko paida kiya.</w:t>
      </w:r>
    </w:p>
    <w:p>
      <w:pPr>
        <w:jc w:val="right"/>
      </w:pPr>
      <w:r>
        <w:t>جس نے زمین و آسمان کو پیدا کیا۔</w:t>
      </w:r>
    </w:p>
    <w:p>
      <w:r>
        <w:rPr>
          <w:b/>
        </w:rPr>
        <w:t xml:space="preserve">[34:22] </w:t>
      </w:r>
      <w:r>
        <w:t>kya tum ko shakk hai Allah ke bare mein? jis ne zameen o aasman ko paida kiya. to bohat yaqeen ke sath unhon ne parha yeh is ayat ko.</w:t>
      </w:r>
    </w:p>
    <w:p>
      <w:pPr>
        <w:jc w:val="right"/>
      </w:pPr>
      <w:r>
        <w:t>کیا تم کو شک ہے اللہ کے بارے میں؟ جس نے زمین و آسمان کو پیدا کیا۔ تو بہت یقین کے ساتھ انہوں نے پڑھا یہ اس آیت کو۔</w:t>
      </w:r>
    </w:p>
    <w:p>
      <w:r>
        <w:rPr>
          <w:b/>
        </w:rPr>
        <w:t xml:space="preserve">[34:32] </w:t>
      </w:r>
      <w:r>
        <w:t>afillaha shakkun fatiris samawati wal arz. yeh keh kar chale gaye woh. to logon par itna dabdaba hua un ke yaqeen ka, un ke parhne ke andaaz ka.</w:t>
      </w:r>
    </w:p>
    <w:p>
      <w:pPr>
        <w:jc w:val="right"/>
      </w:pPr>
      <w:r>
        <w:t>اَفِ اللَّهَ شَكٌّ فَاطِرِ السَّمٰوَاتِ وَالْأَرْضِ۔ یہ کہہ کر چلے گئے وہ۔ تو لوگوں پر اتنا دبدبہ ہوا ان کے یقین کا، ان کے پڑھنے کے انداز کا۔</w:t>
      </w:r>
    </w:p>
    <w:p>
      <w:r>
        <w:rPr>
          <w:b/>
        </w:rPr>
        <w:t xml:space="preserve">[34:44] </w:t>
      </w:r>
      <w:r>
        <w:t>ke jo keh rahe the Khuda nahi, unhon ne maan liya. is dabdabe ki bina par. shakhsi dabdaba.</w:t>
      </w:r>
    </w:p>
    <w:p>
      <w:pPr>
        <w:jc w:val="right"/>
      </w:pPr>
      <w:r>
        <w:t>کہ جو کہہ رہے تھے خدا نہیں، انہوں نے مان لیا۔ اس دبدبے کی بنا پر۔ شخصی دبدبہ۔</w:t>
      </w:r>
    </w:p>
    <w:p>
      <w:r>
        <w:rPr>
          <w:b/>
        </w:rPr>
        <w:t xml:space="preserve">[34:55] </w:t>
      </w:r>
      <w:r>
        <w:t>mein kehta hoon ke aaj baat aur aage barh chuki hai.</w:t>
      </w:r>
    </w:p>
    <w:p>
      <w:pPr>
        <w:jc w:val="right"/>
      </w:pPr>
      <w:r>
        <w:t>میں کہتا ہوں کہ آج بات اور آگے بڑھ چکی ہے۔</w:t>
      </w:r>
    </w:p>
    <w:p>
      <w:r>
        <w:rPr>
          <w:b/>
        </w:rPr>
        <w:t xml:space="preserve">[35:01] </w:t>
      </w:r>
      <w:r>
        <w:t>ab, ab rationally accepted ground mil chuka hai aap ke paas ke aap kahein ke Khuda hai is kainat ka.</w:t>
      </w:r>
    </w:p>
    <w:p>
      <w:pPr>
        <w:jc w:val="right"/>
      </w:pPr>
      <w:r>
        <w:t>اب، اب ریشنلی ایکسیپٹڈ گراؤنڈ مل چکا ہے آپ کے پاس کہ آپ کہیں کہ خدا ہے اس کائنات کا۔</w:t>
      </w:r>
    </w:p>
    <w:p>
      <w:r>
        <w:rPr>
          <w:b/>
        </w:rPr>
        <w:t xml:space="preserve">[35:11] </w:t>
      </w:r>
      <w:r>
        <w:t>agarche woh lafz bol rahe hain master computer. mein kehta hoon ke master computer is only the other neb of divine computer.</w:t>
      </w:r>
    </w:p>
    <w:p>
      <w:pPr>
        <w:jc w:val="right"/>
      </w:pPr>
      <w:r>
        <w:t>اگرچہ وہ لفظ بول رہے ہیں ماسٹر کمپیوٹر۔ میں کہتا ہوں کہ ماسٹر کمپیوٹر از اونلی دی ادر نیب آف ڈیوائن کمپیوٹر۔</w:t>
      </w:r>
    </w:p>
    <w:p>
      <w:r>
        <w:rPr>
          <w:b/>
        </w:rPr>
        <w:t xml:space="preserve">[35:22] </w:t>
      </w:r>
      <w:r>
        <w:t>kya farq hai?</w:t>
      </w:r>
    </w:p>
    <w:p>
      <w:pPr>
        <w:jc w:val="right"/>
      </w:pPr>
      <w:r>
        <w:t>کیا فرق ہے؟</w:t>
      </w:r>
    </w:p>
    <w:p>
      <w:r>
        <w:rPr>
          <w:b/>
        </w:rPr>
        <w:t xml:space="preserve">[35:29] </w:t>
      </w:r>
      <w:r>
        <w:t>to yeh hai, yani jis ko mein ne kaha tha ke aaj ka topic hai journey of history. tareekh ka safar.</w:t>
      </w:r>
    </w:p>
    <w:p>
      <w:pPr>
        <w:jc w:val="right"/>
      </w:pPr>
      <w:r>
        <w:t>تو یہ ہے، یعنی جس کو میں نے کہا تھا کہ آج کا ٹاپک ہے جرنی آف ہسٹری۔ تاریخ کا سفر۔</w:t>
      </w:r>
    </w:p>
    <w:p>
      <w:r>
        <w:rPr>
          <w:b/>
        </w:rPr>
        <w:t xml:space="preserve">[35:40] </w:t>
      </w:r>
      <w:r>
        <w:t>to tareekh ke safar ke kai angle hain. mein jis angle se mein arz kar raha hoon,</w:t>
      </w:r>
    </w:p>
    <w:p>
      <w:pPr>
        <w:jc w:val="right"/>
      </w:pPr>
      <w:r>
        <w:t>تو تاریخ کے سفر کے کئی اینگل ہیں۔ میں جس اینگل سے میں عرض کر رہا ہوں،</w:t>
      </w:r>
    </w:p>
    <w:p>
      <w:r>
        <w:rPr>
          <w:b/>
        </w:rPr>
        <w:t xml:space="preserve">[35:45] </w:t>
      </w:r>
      <w:r>
        <w:t>woh woh angle hai jis se Khuda tareekh ka safar karwa raha hai. dekhein, Allah taala ne kainat ko paida kiya.</w:t>
      </w:r>
    </w:p>
    <w:p>
      <w:pPr>
        <w:jc w:val="right"/>
      </w:pPr>
      <w:r>
        <w:t>وہ وہ اینگل ہے جس سے خدا تاریخ کا سفر کروا رہا ہے۔ دیکھیں، اللہ تعالیٰ نے کائنات کو پیدا کیا۔</w:t>
      </w:r>
    </w:p>
    <w:p>
      <w:r>
        <w:rPr>
          <w:b/>
        </w:rPr>
        <w:t xml:space="preserve">[35:55] </w:t>
      </w:r>
      <w:r>
        <w:t>phir aur paighambaron ki bhejha rehnumai ke liye. lekin isi sath sath ek aur kaam ho raha hai, unseen</w:t>
      </w:r>
    </w:p>
    <w:p>
      <w:pPr>
        <w:jc w:val="right"/>
      </w:pPr>
      <w:r>
        <w:t>پھر اور پیغمبروں کی بھیجا رہنمائی کے لیے۔ لیکن اسی ساتھ ساتھ ایک اور کام ہو رہا ہے، ان سین</w:t>
      </w:r>
    </w:p>
    <w:p>
      <w:r>
        <w:rPr>
          <w:b/>
        </w:rPr>
        <w:t xml:space="preserve">[36:06] </w:t>
      </w:r>
      <w:r>
        <w:t>tor par. woh hai history ko manage karna. Khuda is kainat ko manage kar raha hai. agar manage na kare to to insan aur dunya sab tabaah ho jaye.</w:t>
      </w:r>
    </w:p>
    <w:p>
      <w:pPr>
        <w:jc w:val="right"/>
      </w:pPr>
      <w:r>
        <w:t>طور پر۔ وہ ہے ہسٹری کو مینج کرنا۔ خدا اس کائنات کو مینج کر رہا ہے۔ اگر مینج نہ کرے تو تو انسان اور دنیا سب تباہ ہو جائے۔</w:t>
      </w:r>
    </w:p>
    <w:p>
      <w:r>
        <w:rPr>
          <w:b/>
        </w:rPr>
        <w:t xml:space="preserve">[36:24] </w:t>
      </w:r>
      <w:r>
        <w:t>to Khuda ne create kiya, zameen banai. yahan saare asbab hayat paida kiye. insan ko settle kiya yahan par.</w:t>
      </w:r>
    </w:p>
    <w:p>
      <w:pPr>
        <w:jc w:val="right"/>
      </w:pPr>
      <w:r>
        <w:t>تو خدا نے کریئیٹ کیا، زمین بنائی۔ یہاں سارے اسباب حیات پیدا کیے۔ انسان کو سیٹل کیا یہاں پر۔</w:t>
      </w:r>
    </w:p>
    <w:p>
      <w:r>
        <w:rPr>
          <w:b/>
        </w:rPr>
        <w:t xml:space="preserve">[36:35] </w:t>
      </w:r>
      <w:r>
        <w:t>phir nabiyon ke zariye hidayat bhejha shuru kiya. lekin sath sath</w:t>
      </w:r>
    </w:p>
    <w:p>
      <w:pPr>
        <w:jc w:val="right"/>
      </w:pPr>
      <w:r>
        <w:t>پھر نبیوں کے ذریعے ہدایت بھیجنا شروع کیا۔ لیکن ساتھ ساتھ</w:t>
      </w:r>
    </w:p>
    <w:p>
      <w:r>
        <w:rPr>
          <w:b/>
        </w:rPr>
        <w:t xml:space="preserve">[36:42] </w:t>
      </w:r>
      <w:r>
        <w:t>woh ghafil nahi hai. kul yaumin huwa fish shaan. woh manage kar raha hai. kul yaumin huwa fish shaan ko agar mein lafz badal kahoon.</w:t>
      </w:r>
    </w:p>
    <w:p>
      <w:pPr>
        <w:jc w:val="right"/>
      </w:pPr>
      <w:r>
        <w:t>وہ غافل نہیں ہے۔ کُل یَوْمٍ هُوَ فِي الشَّانِ۔ وہ مینج کر رہا ہے۔ کُل یَوْمٍ هُوَ فِي الشَّانِ کو اگر میں لفظ بدل کہوں۔</w:t>
      </w:r>
    </w:p>
    <w:p>
      <w:r>
        <w:rPr>
          <w:b/>
        </w:rPr>
        <w:t xml:space="preserve">[36:53] </w:t>
      </w:r>
      <w:r>
        <w:t>lafz badal kar. to mein kahoon ke Khuda is kainat ko manage kar raha hai. insani tareekh ko manage kar raha hai.</w:t>
      </w:r>
    </w:p>
    <w:p>
      <w:pPr>
        <w:jc w:val="right"/>
      </w:pPr>
      <w:r>
        <w:t>لفظ بدل کر۔ تو میں کہوں کہ خدا اس کائنات کو مینج کر رہا ہے۔ انسانی تاریخ کو مینج کر رہا ہے۔</w:t>
      </w:r>
    </w:p>
    <w:p>
      <w:r>
        <w:rPr>
          <w:b/>
        </w:rPr>
        <w:t xml:space="preserve">[37:03] </w:t>
      </w:r>
      <w:r>
        <w:t>to manage karte karte dekhein kis tarah Allah taala ne kiya kiya. ke jo sachai, jo Allah ki hidayat.</w:t>
      </w:r>
    </w:p>
    <w:p>
      <w:pPr>
        <w:jc w:val="right"/>
      </w:pPr>
      <w:r>
        <w:t>تو مینج کرتے کرتے دیکھیں کس طرح اللہ تعالیٰ نے کیا کیا۔ کہ جو سچائی، جو اللہ کی ہدایت۔</w:t>
      </w:r>
    </w:p>
    <w:p>
      <w:r>
        <w:rPr>
          <w:b/>
        </w:rPr>
        <w:t xml:space="preserve">[37:13] </w:t>
      </w:r>
      <w:r>
        <w:t>pehlay zamanay mein jis kay paas jo support, yaani miracle kay zariye miracle ko bator support</w:t>
      </w:r>
    </w:p>
    <w:p>
      <w:pPr>
        <w:jc w:val="right"/>
      </w:pPr>
      <w:r>
        <w:t>پہلے زمانے میں جس کے پاس جو سپورٹ، یعنی میریکل کے ذریعے میریکل کو بطور سپورٹ</w:t>
      </w:r>
    </w:p>
    <w:p>
      <w:r>
        <w:rPr>
          <w:b/>
        </w:rPr>
        <w:t xml:space="preserve">[37:23] </w:t>
      </w:r>
      <w:r>
        <w:t>paish kiya kartay thay. Yaani supporting evidence jo hoti thi, supporting evidence peghambaron kay paas woh thay miracle.</w:t>
      </w:r>
    </w:p>
    <w:p>
      <w:pPr>
        <w:jc w:val="right"/>
      </w:pPr>
      <w:r>
        <w:t>پیش کیا کرتے تھے۔ یعنی سپورٹنگ ایویڈنس جو ہوتی تھی، سپورٹنگ ایویڈنس پیغمبروں کے پاس وہ تھے میریکل۔</w:t>
      </w:r>
    </w:p>
    <w:p>
      <w:r>
        <w:rPr>
          <w:b/>
        </w:rPr>
        <w:t xml:space="preserve">[37:33] </w:t>
      </w:r>
      <w:r>
        <w:t>apni baat kehne kay baad bator supporting evidence ko woh miracle paish kartay thay.</w:t>
      </w:r>
    </w:p>
    <w:p>
      <w:pPr>
        <w:jc w:val="right"/>
      </w:pPr>
      <w:r>
        <w:t>اپنی بات کہنے کے بعد بطور سپورٹنگ ایویڈنس کو وہ میریکل پیش کرتے تھے۔</w:t>
      </w:r>
    </w:p>
    <w:p>
      <w:r>
        <w:rPr>
          <w:b/>
        </w:rPr>
        <w:t xml:space="preserve">[37:42] </w:t>
      </w:r>
      <w:r>
        <w:t>lekin Allah taala ka matloob tha kay baat aur aagay barhay. Nabuwat khatam ki jaye. Aur rational support hasil ho jaye.</w:t>
      </w:r>
    </w:p>
    <w:p>
      <w:pPr>
        <w:jc w:val="right"/>
      </w:pPr>
      <w:r>
        <w:t>لیکن اللہ تعالیٰ کا مطلوب تھا کہ بات اور آگے بڑھے۔ نبوت ختم کی جائے۔ اور ریشنل سپورٹ حاصل ہو جائے۔</w:t>
      </w:r>
    </w:p>
    <w:p>
      <w:r>
        <w:rPr>
          <w:b/>
        </w:rPr>
        <w:t xml:space="preserve">[37:52] </w:t>
      </w:r>
      <w:r>
        <w:t>hidayat khudaWandi ko. Sachai ko. Rational support ka matlab hai</w:t>
      </w:r>
    </w:p>
    <w:p>
      <w:pPr>
        <w:jc w:val="right"/>
      </w:pPr>
      <w:r>
        <w:t>ہدایت خداوندی کو۔ سچائی کو۔ ریشنل سپورٹ کا مطلب ہے</w:t>
      </w:r>
    </w:p>
    <w:p>
      <w:r>
        <w:rPr>
          <w:b/>
        </w:rPr>
        <w:t xml:space="preserve">[37:59] </w:t>
      </w:r>
      <w:r>
        <w:t>rationally accepted ground. Kay insaan nay jo ilm banaya hai, jis ilm ko insaan manta hai. Jis mathematics ko, jis method ko insaan manta hai.</w:t>
      </w:r>
    </w:p>
    <w:p>
      <w:pPr>
        <w:jc w:val="right"/>
      </w:pPr>
      <w:r>
        <w:t>ریشنلی ایکسیپٹڈ گراؤنڈ۔ کہ انسان نے جو علم بنایا ہے، جس علم کو انسان مانتا ہے۔ جس میتھمیٹکس کو، جس میتھڈ کو انسان مانتا ہے۔</w:t>
      </w:r>
    </w:p>
    <w:p>
      <w:r>
        <w:rPr>
          <w:b/>
        </w:rPr>
        <w:t xml:space="preserve">[38:12] </w:t>
      </w:r>
      <w:r>
        <w:t>aur jis kay zariye koi cheez daryaft honay ko woh</w:t>
      </w:r>
    </w:p>
    <w:p>
      <w:pPr>
        <w:jc w:val="right"/>
      </w:pPr>
      <w:r>
        <w:t>اور جس کے ذریعے کوئی چیز دریافت ہونے کو وہ</w:t>
      </w:r>
    </w:p>
    <w:p>
      <w:r>
        <w:rPr>
          <w:b/>
        </w:rPr>
        <w:t xml:space="preserve">[38:18] </w:t>
      </w:r>
      <w:r>
        <w:t>waqia tasleem kar leta hai. To uss kay zariye baatein sabit ho jayen. Isi ko mein keh raha hoon kay rationally accepted ground ka support mil jaye.</w:t>
      </w:r>
    </w:p>
    <w:p>
      <w:pPr>
        <w:jc w:val="right"/>
      </w:pPr>
      <w:r>
        <w:t>واقعہ تسلیم کر لیتا ہے۔ تو اس کے ذریعے باتیں ثابت ہو جائیں۔ اسی کو میں کہہ رہا ہوں کہ ریشنلی ایکسیپٹڈ گراؤنڈ کا سپورٹ مل جائے۔</w:t>
      </w:r>
    </w:p>
    <w:p>
      <w:r>
        <w:rPr>
          <w:b/>
        </w:rPr>
        <w:t xml:space="preserve">[38:29] </w:t>
      </w:r>
      <w:r>
        <w:t>Allah kay deen ko. Woh ho gaya. Ab kya karna hai? Ab jo kaam karna hai woh daaiyon ko karna hai.</w:t>
      </w:r>
    </w:p>
    <w:p>
      <w:pPr>
        <w:jc w:val="right"/>
      </w:pPr>
      <w:r>
        <w:t>اللہ کے دین کو۔ وہ ہو گیا۔ اب کیا کرنا ہے؟ اب جو کام کرنا ہے وہ داعیوں کو کرنا ہے۔</w:t>
      </w:r>
    </w:p>
    <w:p>
      <w:r>
        <w:rPr>
          <w:b/>
        </w:rPr>
        <w:t xml:space="preserve">[38:40] </w:t>
      </w:r>
      <w:r>
        <w:t>Peghambaron nay apna kaam kar diya. Historical process apnay culmination tak puhanch chuka. Allah nay supporting, yaani jo jo support kay liye jo uss ki darkaar thi woh wajood mein aa gayi woh.</w:t>
      </w:r>
    </w:p>
    <w:p>
      <w:pPr>
        <w:jc w:val="right"/>
      </w:pPr>
      <w:r>
        <w:t>پیغمبروں نے اپنا کام کر دیا۔ ہسٹوریکل پروسیس اپنے کلمنیشن تک پہنچ چکا۔ اللہ نے سپورٹنگ، یعنی جو جو سپورٹ کے لیے جو اس کی درکار تھی وہ وجود میں آگئی وہ۔</w:t>
      </w:r>
    </w:p>
    <w:p>
      <w:r>
        <w:rPr>
          <w:b/>
        </w:rPr>
        <w:t xml:space="preserve">[38:58] </w:t>
      </w:r>
      <w:r>
        <w:t>Ab kaam karna hai daaiyon ko. Yaani aikeesween sadi mein jo log hain, jo ahl-e-imaan hain, jo Allah say dartay hain.</w:t>
      </w:r>
    </w:p>
    <w:p>
      <w:pPr>
        <w:jc w:val="right"/>
      </w:pPr>
      <w:r>
        <w:t>اب کام کرنا ہے داعیوں کو۔ یعنی اکیسویں صدی میں جو لوگ ہیں، جو اہل ایمان ہیں، جو اللہ سے ڈرتے ہیں۔</w:t>
      </w:r>
    </w:p>
    <w:p>
      <w:r>
        <w:rPr>
          <w:b/>
        </w:rPr>
        <w:t xml:space="preserve">[39:08] </w:t>
      </w:r>
      <w:r>
        <w:t>jin ko yeh baat lagi rehti hai kay humein Allah kay samnay khara hona hai. Allah ko face karna hai.</w:t>
      </w:r>
    </w:p>
    <w:p>
      <w:pPr>
        <w:jc w:val="right"/>
      </w:pPr>
      <w:r>
        <w:t>جن کو یہ بات لگی رہتی ہے کہ ہمیں اللہ کے سامنے کھڑا ہونا ہے۔ اللہ کو فیس کرنا ہے۔</w:t>
      </w:r>
    </w:p>
    <w:p>
      <w:r>
        <w:rPr>
          <w:b/>
        </w:rPr>
        <w:t xml:space="preserve">[39:18] </w:t>
      </w:r>
      <w:r>
        <w:t>Un ka kaam hai. Woh yeh sochen kay jab kuch ho chuka to ab tab meri zimmedari shuru ho jati hai.</w:t>
      </w:r>
    </w:p>
    <w:p>
      <w:pPr>
        <w:jc w:val="right"/>
      </w:pPr>
      <w:r>
        <w:t>ان کا کام ہے۔ وہ یہ سوچیں کہ جب کچھ ہو چکا تو اب تب میری ذمہ داری شروع ہو جاتی ہے۔</w:t>
      </w:r>
    </w:p>
    <w:p>
      <w:r>
        <w:rPr>
          <w:b/>
        </w:rPr>
        <w:t xml:space="preserve">[39:27] </w:t>
      </w:r>
      <w:r>
        <w:t>Jis tarah petrol bharne kay baad driver ki zimmedari shuru ho jati hai gaari mein.</w:t>
      </w:r>
    </w:p>
    <w:p>
      <w:pPr>
        <w:jc w:val="right"/>
      </w:pPr>
      <w:r>
        <w:t>جس طرح پیٹرول بھرنے کے بعد ڈرائیور کی ذمہ داری شروع ہو جاتی ہے گاڑی میں۔</w:t>
      </w:r>
    </w:p>
    <w:p>
      <w:r>
        <w:rPr>
          <w:b/>
        </w:rPr>
        <w:t xml:space="preserve">[39:35] </w:t>
      </w:r>
      <w:r>
        <w:t>Ab jo itnay saray kaam jo ho chukay hain to ab aagay ka kaam ki zimmedari kaun le? Woh daai. Aaj jo log zinda hain, twenty first century mein.</w:t>
      </w:r>
    </w:p>
    <w:p>
      <w:pPr>
        <w:jc w:val="right"/>
      </w:pPr>
      <w:r>
        <w:t>اب جو اتنے سارے کام جو ہو چکے ہیں تو اب آگے کا کام کی ذمہ داری کون لے؟ وہ داعی۔ آج جو لوگ زندہ ہیں، ٹونٹی فرسٹ سینچری میں۔</w:t>
      </w:r>
    </w:p>
    <w:p>
      <w:r>
        <w:rPr>
          <w:b/>
        </w:rPr>
        <w:t xml:space="preserve">[39:48] </w:t>
      </w:r>
      <w:r>
        <w:t>Jo ahl-e-imaan. Jo Allah say reward chahtay hain.</w:t>
      </w:r>
    </w:p>
    <w:p>
      <w:pPr>
        <w:jc w:val="right"/>
      </w:pPr>
      <w:r>
        <w:t>جو اہل ایمان۔ جو اللہ سے ریوارڈ چاہتے ہیں۔</w:t>
      </w:r>
    </w:p>
    <w:p>
      <w:r>
        <w:rPr>
          <w:b/>
        </w:rPr>
        <w:t xml:space="preserve">[39:54] </w:t>
      </w:r>
      <w:r>
        <w:t>Jin ko yeh lagi hui hai kay akhirat mein jab tamam insaan ikhatta hon. Hashr kay maidan mein. To Khuda awaaz day kay iss banday ko lao.</w:t>
      </w:r>
    </w:p>
    <w:p>
      <w:pPr>
        <w:jc w:val="right"/>
      </w:pPr>
      <w:r>
        <w:t>جن کو یہ لگی ہوئی ہے کہ آخرت میں جب تمام انسان اکٹھا ہوں۔ حشر کے میدان میں۔ تو خدا آواز دے کہ اس بندے کو لاؤ۔</w:t>
      </w:r>
    </w:p>
    <w:p>
      <w:r>
        <w:rPr>
          <w:b/>
        </w:rPr>
        <w:t xml:space="preserve">[40:04] </w:t>
      </w:r>
      <w:r>
        <w:t>Iss banday ko mein reward doonga. Kyun kay is nay</w:t>
      </w:r>
    </w:p>
    <w:p>
      <w:pPr>
        <w:jc w:val="right"/>
      </w:pPr>
      <w:r>
        <w:t>اس بندے کو میں ریوارڈ دوں گا۔ کیونکہ اس نے</w:t>
      </w:r>
    </w:p>
    <w:p>
      <w:r>
        <w:rPr>
          <w:b/>
        </w:rPr>
        <w:t xml:space="preserve">[40:11] </w:t>
      </w:r>
      <w:r>
        <w:t>situation ko pehchana. Jo mawaqay paida kiye gaye thay mein nay uss ko pehchana hai is nay. Aur is nay dawat ka kaam kiya. Dawat ka kaam kya hai?</w:t>
      </w:r>
    </w:p>
    <w:p>
      <w:pPr>
        <w:jc w:val="right"/>
      </w:pPr>
      <w:r>
        <w:t>سچویشن کو پہچانا۔ جو مواقع پیدا کیے گئے تھے میں نے اس کو پہچانا ہے اس نے۔ اور اس نے دعوت کا کام کیا۔ دعوت کا کام کیا ہے؟</w:t>
      </w:r>
    </w:p>
    <w:p>
      <w:r>
        <w:rPr>
          <w:b/>
        </w:rPr>
        <w:t xml:space="preserve">[40:21] </w:t>
      </w:r>
      <w:r>
        <w:t>Dawat ka matlab hai Allah kay creation plan say logon ko ba-khabar karna.</w:t>
      </w:r>
    </w:p>
    <w:p>
      <w:pPr>
        <w:jc w:val="right"/>
      </w:pPr>
      <w:r>
        <w:t>دعوت کا مطلب ہے اللہ کے کریئیشن پلان سے لوگوں کو باخبر کرنا۔</w:t>
      </w:r>
    </w:p>
    <w:p>
      <w:r>
        <w:rPr>
          <w:b/>
        </w:rPr>
        <w:t xml:space="preserve">[40:29] </w:t>
      </w:r>
      <w:r>
        <w:t>Yehi dawat ka kaam hai. Allah nay kyun paida kiya? Pre-death period mein kya hai?</w:t>
      </w:r>
    </w:p>
    <w:p>
      <w:pPr>
        <w:jc w:val="right"/>
      </w:pPr>
      <w:r>
        <w:t>یہی دعوت کا کام ہے۔ اللہ نے کیوں پیدا کیا؟ پری ڈیتھ پیریڈ میں کیا ہے؟</w:t>
      </w:r>
    </w:p>
    <w:p>
      <w:r>
        <w:rPr>
          <w:b/>
        </w:rPr>
        <w:t xml:space="preserve">[40:39] </w:t>
      </w:r>
      <w:r>
        <w:t>Post-death period mein kya hai? Aakhirat mein accountability jo hai woh kis ussool par hogi?</w:t>
      </w:r>
    </w:p>
    <w:p>
      <w:pPr>
        <w:jc w:val="right"/>
      </w:pPr>
      <w:r>
        <w:t>پوسٹ ڈیتھ پیریڈ میں کیا ہے؟ آخرت میں اکاؤنٹیبلٹی جو ہے وہ کس اصول پر ہوگی؟</w:t>
      </w:r>
    </w:p>
    <w:p>
      <w:r>
        <w:rPr>
          <w:b/>
        </w:rPr>
        <w:t xml:space="preserve">[40:47] </w:t>
      </w:r>
      <w:r>
        <w:t>Jannat mein kaun janay wala hai? Jahannum mein kaun janay wala hai?</w:t>
      </w:r>
    </w:p>
    <w:p>
      <w:pPr>
        <w:jc w:val="right"/>
      </w:pPr>
      <w:r>
        <w:t>جنت میں کون جانے والا ہے؟ جہنم میں کون جانے والا ہے؟</w:t>
      </w:r>
    </w:p>
    <w:p>
      <w:r>
        <w:rPr>
          <w:b/>
        </w:rPr>
        <w:t xml:space="preserve">[40:54] </w:t>
      </w:r>
      <w:r>
        <w:t>Kis ko success milegi? Kaun fail ho kar reh jaye ga? Yeh sari baatein jo hain isi ko mein kehta hoon creation plan of God.</w:t>
      </w:r>
    </w:p>
    <w:p>
      <w:pPr>
        <w:jc w:val="right"/>
      </w:pPr>
      <w:r>
        <w:t>کس کو سکسیس ملے گی؟ کون فیل ہو کر رہ جائے گا؟ یہ ساری باتیں جو ہیں اسی کو میں کہتا ہوں کریئیشن پلان آف گاڈ۔</w:t>
      </w:r>
    </w:p>
    <w:p>
      <w:r>
        <w:rPr>
          <w:b/>
        </w:rPr>
        <w:t xml:space="preserve">[41:03] </w:t>
      </w:r>
      <w:r>
        <w:t>Isi ko batana yehi dawat hai Allah ki. To saray saray asbaab, saray asbaab, saray asbaab Allah nay paida jama kar diye.</w:t>
      </w:r>
    </w:p>
    <w:p>
      <w:pPr>
        <w:jc w:val="right"/>
      </w:pPr>
      <w:r>
        <w:t>اسی کو بتانا یہی دعوت ہے اللہ ہے۔ تو سارے سارے اسباب، سارے اسباب، سارے اسباب اللہ نے پیدا جمع کر دیے۔</w:t>
      </w:r>
    </w:p>
    <w:p>
      <w:r>
        <w:rPr>
          <w:b/>
        </w:rPr>
        <w:t xml:space="preserve">[41:16] </w:t>
      </w:r>
      <w:r>
        <w:t>ab koi kami nahi reh gai.</w:t>
      </w:r>
    </w:p>
    <w:p>
      <w:pPr>
        <w:jc w:val="right"/>
      </w:pPr>
      <w:r>
        <w:t>اب کوئی کمی نہیں رہ گئی۔</w:t>
      </w:r>
    </w:p>
    <w:p>
      <w:r>
        <w:rPr>
          <w:b/>
        </w:rPr>
        <w:t xml:space="preserve">[41:21] </w:t>
      </w:r>
      <w:r>
        <w:t>dekhen yeh saada baat nahi hai. yeh saada baat nahi hai. is ka mani kya hai? agar dawat dene wale na uthen to jante hain kya hoga?</w:t>
      </w:r>
    </w:p>
    <w:p>
      <w:pPr>
        <w:jc w:val="right"/>
      </w:pPr>
      <w:r>
        <w:t>دیکھیں یہ سادہ بات نہیں ہے۔ یہ سادہ بات نہیں ہے۔ اس کا معنی کیا ہے؟ اگر دعوت دینے والے نہ اٹھیں تو جانتے ہیں کیا ہوگا؟</w:t>
      </w:r>
    </w:p>
    <w:p>
      <w:r>
        <w:rPr>
          <w:b/>
        </w:rPr>
        <w:t xml:space="preserve">[41:35] </w:t>
      </w:r>
      <w:r>
        <w:t>madu ki pakar to baad ko hogi. daaiyon ki pakar pehle hogi.</w:t>
      </w:r>
    </w:p>
    <w:p>
      <w:pPr>
        <w:jc w:val="right"/>
      </w:pPr>
      <w:r>
        <w:t>مدعو کی پکڑ تو بعد کو ہوگی۔ داعیوں کی پکڑ پہلے ہوگی۔</w:t>
      </w:r>
    </w:p>
    <w:p>
      <w:r>
        <w:rPr>
          <w:b/>
        </w:rPr>
        <w:t xml:space="preserve">[41:46] </w:t>
      </w:r>
      <w:r>
        <w:t>yani jo nahi jante un ki pakar baad ko hogi. jinhon ne janne ke bawajood dawat ka kaam nahi kiya un ki pakar pehle hogi.</w:t>
      </w:r>
    </w:p>
    <w:p>
      <w:pPr>
        <w:jc w:val="right"/>
      </w:pPr>
      <w:r>
        <w:t>یعنی جو نہیں جانتے ان کی پکڑ بعد کو ہوگی۔ جنہوں نے جاننے کے باوجود دعوت کا کام نہیں کیا ان کی پکڑ پہلے ہوگی۔</w:t>
      </w:r>
    </w:p>
    <w:p>
      <w:r>
        <w:rPr>
          <w:b/>
        </w:rPr>
        <w:t xml:space="preserve">[41:56] </w:t>
      </w:r>
      <w:r>
        <w:t>yeh saada baat nahi yaad rakhi. yeh saada baat nahi hai.</w:t>
      </w:r>
    </w:p>
    <w:p>
      <w:pPr>
        <w:jc w:val="right"/>
      </w:pPr>
      <w:r>
        <w:t>یہ سادہ بات نہیں یاد رکھی۔ یہ سادہ بات نہیں ہے۔</w:t>
      </w:r>
    </w:p>
    <w:p>
      <w:r>
        <w:rPr>
          <w:b/>
        </w:rPr>
        <w:t xml:space="preserve">[42:05] </w:t>
      </w:r>
      <w:r>
        <w:t>ek to woh insan hain. dunya mein</w:t>
      </w:r>
    </w:p>
    <w:p>
      <w:pPr>
        <w:jc w:val="right"/>
      </w:pPr>
      <w:r>
        <w:t>ایک تو وہ انسان ہیں۔ دنیا میں</w:t>
      </w:r>
    </w:p>
    <w:p>
      <w:r>
        <w:rPr>
          <w:b/>
        </w:rPr>
        <w:t xml:space="preserve">[42:12] </w:t>
      </w:r>
      <w:r>
        <w:t>billion nahi billion insan hain. to yeh woh log hain jinhein abhi sachai ki khabar nahi.</w:t>
      </w:r>
    </w:p>
    <w:p>
      <w:pPr>
        <w:jc w:val="right"/>
      </w:pPr>
      <w:r>
        <w:t>بلین نہیں بلین انسان ہیں۔ تو یہ وہ لوگ ہیں جنہیں ابھی سچائی کی خبر نہیں۔</w:t>
      </w:r>
    </w:p>
    <w:p>
      <w:r>
        <w:rPr>
          <w:b/>
        </w:rPr>
        <w:t xml:space="preserve">[42:22] </w:t>
      </w:r>
      <w:r>
        <w:t>sachai se bekhabar bhi sachai se bekhabar ho kar woh subah karte hain. sachai se bekhabar ho kar woh sham karte hain. sachai se bekhabri mein un ke din guzarte hain.</w:t>
      </w:r>
    </w:p>
    <w:p>
      <w:pPr>
        <w:jc w:val="right"/>
      </w:pPr>
      <w:r>
        <w:t>سچائی سے بے خبر بھی سچائی سے بے خبر ہو کر وہ صبح کرتے ہیں۔ سچائی سے بے خبر ہو کر وہ شام کرتے ہیں۔ سچائی سے بے خبری میں ان کے دن گزرتے ہیں۔</w:t>
      </w:r>
    </w:p>
    <w:p>
      <w:r>
        <w:rPr>
          <w:b/>
        </w:rPr>
        <w:t xml:space="preserve">[42:33] </w:t>
      </w:r>
      <w:r>
        <w:t>sachai se bekhabri mein un ki raat guzarti hai. sachai se bekhabri mein woh jeete hain. aur sachai se bekhabri mein woh mar jate hain. ek woh insan hain.</w:t>
      </w:r>
    </w:p>
    <w:p>
      <w:pPr>
        <w:jc w:val="right"/>
      </w:pPr>
      <w:r>
        <w:t>سچائی سے بے خبری میں ان کی رات گزرتی ہے۔ سچائی سے بے خبری میں وہ جیتے ہیں۔ اور سچائی سے بے خبری میں وہ مر جاتے ہیں۔ ایک وہ انسان ہیں۔</w:t>
      </w:r>
    </w:p>
    <w:p>
      <w:r>
        <w:rPr>
          <w:b/>
        </w:rPr>
        <w:t xml:space="preserve">[42:45] </w:t>
      </w:r>
      <w:r>
        <w:t>dusre woh insan hain jin ke pas quran hai. jin ke pas Allah ki wahi hai. jin ko ilm hai ke Allah ka mansooba kya hai?</w:t>
      </w:r>
    </w:p>
    <w:p>
      <w:pPr>
        <w:jc w:val="right"/>
      </w:pPr>
      <w:r>
        <w:t>دوسرے وہ انسان ہیں جن کے پاس قرآن ہے۔ جن کے پاس اللہ کی وحی ہے۔ جن کو علم ہے کہ اللہ کا منصوبہ کیا ہے؟</w:t>
      </w:r>
    </w:p>
    <w:p>
      <w:r>
        <w:rPr>
          <w:b/>
        </w:rPr>
        <w:t xml:space="preserve">[42:58] </w:t>
      </w:r>
      <w:r>
        <w:t>Allah ka creation plan kya hai?</w:t>
      </w:r>
    </w:p>
    <w:p>
      <w:pPr>
        <w:jc w:val="right"/>
      </w:pPr>
      <w:r>
        <w:t>اللہ کا کریئیشن پلان کیا ہے؟</w:t>
      </w:r>
    </w:p>
    <w:p>
      <w:r>
        <w:rPr>
          <w:b/>
        </w:rPr>
        <w:t xml:space="preserve">[43:01] </w:t>
      </w:r>
      <w:r>
        <w:t>maut ke baad kya kuch hone wala hai? jante hain un ko mein daai keh raha hoon. dusre insan madu keh raha hoon. to madu jo hain jo bekhabri mein jee rahe hain.</w:t>
      </w:r>
    </w:p>
    <w:p>
      <w:pPr>
        <w:jc w:val="right"/>
      </w:pPr>
      <w:r>
        <w:t>موت کے بعد کیا کچھ ہونے والا ہے؟ جانتے ہیں ان کو میں داعی کہہ رہا ہوں۔ دوسرے انسان مدعو کہہ رہا ہوں۔ تو مدعو جو ہیں جو بے خبری میں جی رہے ہیں۔</w:t>
      </w:r>
    </w:p>
    <w:p>
      <w:r>
        <w:rPr>
          <w:b/>
        </w:rPr>
        <w:t xml:space="preserve">[43:15] </w:t>
      </w:r>
      <w:r>
        <w:t>un ki pakar to baad ko hogi.</w:t>
      </w:r>
    </w:p>
    <w:p>
      <w:pPr>
        <w:jc w:val="right"/>
      </w:pPr>
      <w:r>
        <w:t>ان کی پکڑ تو بعد کو ہوگی۔</w:t>
      </w:r>
    </w:p>
    <w:p>
      <w:r>
        <w:rPr>
          <w:b/>
        </w:rPr>
        <w:t xml:space="preserve">[43:18] </w:t>
      </w:r>
      <w:r>
        <w:t>sab se pehle pakar un logon ki hogi jin ko mein daai keh raha hoon jin ko jante hain aur phir bhi woh kuch kar nahi rahe hain.</w:t>
      </w:r>
    </w:p>
    <w:p>
      <w:pPr>
        <w:jc w:val="right"/>
      </w:pPr>
      <w:r>
        <w:t>سب سے پہلے پکڑ ان لوگوں کی ہوگی جن کو میں داعی کہہ رہا ہوں جن کو جانتے ہیں اور پھر بھی وہ کچھ کر نہیں رہے ہیں۔</w:t>
      </w:r>
    </w:p>
    <w:p>
      <w:r>
        <w:rPr>
          <w:b/>
        </w:rPr>
        <w:t xml:space="preserve">[43:30] </w:t>
      </w:r>
      <w:r>
        <w:t>yaqeen kijiye is mein zara bhi shaq nahi. ke aap ki jannat is par munhasir hai ke aap dusron ko jannat ka rasta dikhaen.</w:t>
      </w:r>
    </w:p>
    <w:p>
      <w:pPr>
        <w:jc w:val="right"/>
      </w:pPr>
      <w:r>
        <w:t>یقین کیجیے اس میں ذرا بھی شک نہیں۔ کہ آپ کی جنت اس پر منحصر ہے کہ آپ دوسروں کو جنت کا راستہ دکھائیں۔</w:t>
      </w:r>
    </w:p>
    <w:p>
      <w:r>
        <w:rPr>
          <w:b/>
        </w:rPr>
        <w:t xml:space="preserve">[43:44] </w:t>
      </w:r>
      <w:r>
        <w:t>agar aap ne dusron ko jannat ka rasta nahi dikhaya to aap ki jannat bhi doubt full hai.</w:t>
      </w:r>
    </w:p>
    <w:p>
      <w:pPr>
        <w:jc w:val="right"/>
      </w:pPr>
      <w:r>
        <w:t>اگر آپ نے دوسروں کو جنت کا راستہ نہیں دکھایا تو آپ کی جنت بھی ڈاؤٹ فل ہے۔</w:t>
      </w:r>
    </w:p>
    <w:p>
      <w:r>
        <w:rPr>
          <w:b/>
        </w:rPr>
        <w:t xml:space="preserve">[43:50] </w:t>
      </w:r>
      <w:r>
        <w:t>koi khushkhwahi agar ho ke hamari jannat reserve hai. hum dusron ko bataen ya na bataen. har giz reserve nahi hai. batana parega aap ko.</w:t>
      </w:r>
    </w:p>
    <w:p>
      <w:pPr>
        <w:jc w:val="right"/>
      </w:pPr>
      <w:r>
        <w:t>کوئی خوشخواہیاں اگر ہو کہ ہماری جنت ریزرو ہے۔ ہم دوسروں کو بتائیں یا نہ بتائیں۔ ہرگز ریزرو نہیں ہے۔ بتانا پڑے گا آپ کو۔</w:t>
      </w:r>
    </w:p>
    <w:p>
      <w:r>
        <w:rPr>
          <w:b/>
        </w:rPr>
        <w:t xml:space="preserve">[44:01] </w:t>
      </w:r>
      <w:r>
        <w:t>uthna parega aap ko. logon ko ba khabar karna parega aap ko. aap ka paisa, aap ki energy, aap ka waqt is mein lagana parega.</w:t>
      </w:r>
    </w:p>
    <w:p>
      <w:pPr>
        <w:jc w:val="right"/>
      </w:pPr>
      <w:r>
        <w:t>اٹھنا پڑے گا آپ کو۔ لوگوں کو باخبر کرنا پڑے گا آپ کو۔ آپ کا پیسہ، آپ کی انرجی، آپ کا وقت اس میں لگانا پڑے گا۔</w:t>
      </w:r>
    </w:p>
    <w:p>
      <w:r>
        <w:rPr>
          <w:b/>
        </w:rPr>
        <w:t xml:space="preserve">[44:20] </w:t>
      </w:r>
      <w:r>
        <w:t>paighambaron ke bare mein yeh quran mein maujood hai ke agar tum ne nahi bataya to tum hi zimmedar qarar pao ge. kaisi ajeeb baat yeh hai.</w:t>
      </w:r>
    </w:p>
    <w:p>
      <w:pPr>
        <w:jc w:val="right"/>
      </w:pPr>
      <w:r>
        <w:t>پیغمبروں کے بارے میں یہ قرآن میں موجود ہے کہ اگر تم نے نہیں بتایا تو تم ہی ذمہ دار قرار پاؤ گے۔ کیسی عجیب بات یہ ہے۔</w:t>
      </w:r>
    </w:p>
    <w:p>
      <w:r>
        <w:rPr>
          <w:b/>
        </w:rPr>
        <w:t xml:space="preserve">[44:36] </w:t>
      </w:r>
      <w:r>
        <w:t>to</w:t>
      </w:r>
    </w:p>
    <w:p>
      <w:pPr>
        <w:jc w:val="right"/>
      </w:pPr>
      <w:r>
        <w:t>تو</w:t>
      </w:r>
    </w:p>
    <w:p>
      <w:r>
        <w:rPr>
          <w:b/>
        </w:rPr>
        <w:t xml:space="preserve">[44:37] </w:t>
      </w:r>
      <w:r>
        <w:t>history ko manage karna yeh insan ke bas mein nahi tha. yeh yeh sirf khawand alam kar sakta tha. jis tareeqe se insan, jis tareeqe se tareekh ko manage karte karte karte yahan pohanchaya hai Allah taala ne.</w:t>
      </w:r>
    </w:p>
    <w:p>
      <w:pPr>
        <w:jc w:val="right"/>
      </w:pPr>
      <w:r>
        <w:t>ہسٹری کو مینج کرنا یہ انسان کے بس میں نہیں تھا۔ یہ یہ صرف خداوند عالم کر سکتا تھا۔ جس طریقے سے انسان، جس طریقے سے تاریخ کو مینج کرتے کرتے کرتے یہاں پہنچایا ہے اللہ تعالیٰ نے۔</w:t>
      </w:r>
    </w:p>
    <w:p>
      <w:r>
        <w:rPr>
          <w:b/>
        </w:rPr>
        <w:t xml:space="preserve">[44:50] </w:t>
      </w:r>
      <w:r>
        <w:t>yeh kisi ke bas mein nahi tha. yeh kisi yeh badshahon ke bas ki cheez nahi thi. yeh multi nations nahi kar sakte the. yeh koi bhi dunya ka powerful aadmi nahi kar sakta tha.</w:t>
      </w:r>
    </w:p>
    <w:p>
      <w:pPr>
        <w:jc w:val="right"/>
      </w:pPr>
      <w:r>
        <w:t>یہ کسی کے بس میں نہیں تھا۔ یہ کسی یہ بادشاہوں کے بس کی چیز نہیں تھی۔ یہ ملٹی نیشنز نہیں کر سکتے تھے۔ یہ کوئی بھی دنیا کا پاورفل آدمی نہیں کر سکتا تھا۔</w:t>
      </w:r>
    </w:p>
    <w:p>
      <w:r>
        <w:rPr>
          <w:b/>
        </w:rPr>
        <w:t xml:space="preserve">[45:02] </w:t>
      </w:r>
      <w:r>
        <w:t>history ko manage karte karte yahan pohanchaye woh. jahan aaj pohanchi hai woh. ke</w:t>
      </w:r>
    </w:p>
    <w:p>
      <w:pPr>
        <w:jc w:val="right"/>
      </w:pPr>
      <w:r>
        <w:t>ہسٹری کو مینج کرتے کرتے یہاں پہنچائے وہ۔ جہاں آج پہنچی ہے وہ۔ کہ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