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 Development 6 May 2017 - Maulana Wahiduddin Khan</w:t>
      </w:r>
    </w:p>
    <w:p>
      <w:r>
        <w:t>https://www.youtube.com/watch?v=pckPBMSJoPc</w:t>
      </w:r>
    </w:p>
    <w:p>
      <w:r>
        <w:rPr>
          <w:b/>
        </w:rPr>
        <w:t xml:space="preserve">[00:14] </w:t>
      </w:r>
      <w:r>
        <w:t>bismillah hir rahman nir rahim, wa salla Allahu ala nabiyyil karim.</w:t>
      </w:r>
    </w:p>
    <w:p>
      <w:pPr>
        <w:jc w:val="right"/>
      </w:pPr>
      <w:r>
        <w:t>بسم اللہ الرحمن الرحیم، وصلی اللہ علی نبی الکریم۔</w:t>
      </w:r>
    </w:p>
    <w:p>
      <w:r>
        <w:rPr>
          <w:b/>
        </w:rPr>
        <w:t xml:space="preserve">[00:25] </w:t>
      </w:r>
      <w:r>
        <w:t>6 may 2017.</w:t>
      </w:r>
    </w:p>
    <w:p>
      <w:pPr>
        <w:jc w:val="right"/>
      </w:pPr>
      <w:r>
        <w:t>6 مئی 2017۔</w:t>
      </w:r>
    </w:p>
    <w:p>
      <w:r>
        <w:rPr>
          <w:b/>
        </w:rPr>
        <w:t xml:space="preserve">[00:33] </w:t>
      </w:r>
      <w:r>
        <w:t>apni routine ke mutabiq mein apne office ke bahar balcony mein baitha hua tha, subah ke waqt.</w:t>
      </w:r>
    </w:p>
    <w:p>
      <w:pPr>
        <w:jc w:val="right"/>
      </w:pPr>
      <w:r>
        <w:t>اپنی روٹین کے مطابق میں اپنے آفس کے باہر بالکنی میں بیٹھا ہوا تھا، صبح کے وقت۔</w:t>
      </w:r>
    </w:p>
    <w:p>
      <w:r>
        <w:rPr>
          <w:b/>
        </w:rPr>
        <w:t xml:space="preserve">[00:45] </w:t>
      </w:r>
      <w:r>
        <w:t>to subah ka waqt tha woh, to do musalman aa gaye milne ke liye.</w:t>
      </w:r>
    </w:p>
    <w:p>
      <w:pPr>
        <w:jc w:val="right"/>
      </w:pPr>
      <w:r>
        <w:t>تو صبح کا وقت تھا وہ، تو دو مسلمان آ گئے ملنے کے لیے۔</w:t>
      </w:r>
    </w:p>
    <w:p>
      <w:r>
        <w:rPr>
          <w:b/>
        </w:rPr>
        <w:t xml:space="preserve">[00:58] </w:t>
      </w:r>
      <w:r>
        <w:t>donon mazhabi thay, barish thay,</w:t>
      </w:r>
    </w:p>
    <w:p>
      <w:pPr>
        <w:jc w:val="right"/>
      </w:pPr>
      <w:r>
        <w:t>دونوں مذہبی تھے، بارش تھے،</w:t>
      </w:r>
    </w:p>
    <w:p>
      <w:r>
        <w:rPr>
          <w:b/>
        </w:rPr>
        <w:t xml:space="preserve">[01:06] </w:t>
      </w:r>
      <w:r>
        <w:t>hussainr thay. to aate hi poochte kya hain,</w:t>
      </w:r>
    </w:p>
    <w:p>
      <w:pPr>
        <w:jc w:val="right"/>
      </w:pPr>
      <w:r>
        <w:t>حسینر تھے۔ تو آتے ہی پوچھتے کیا ہیں،</w:t>
      </w:r>
    </w:p>
    <w:p>
      <w:r>
        <w:rPr>
          <w:b/>
        </w:rPr>
        <w:t xml:space="preserve">[01:15] </w:t>
      </w:r>
      <w:r>
        <w:t>musalmanon mein bohat bohat akaber hue hain, bohat se baray baray akaber, to aap kis ko ziyada influence hue hain, kis kis se?</w:t>
      </w:r>
    </w:p>
    <w:p>
      <w:pPr>
        <w:jc w:val="right"/>
      </w:pPr>
      <w:r>
        <w:t>مسلمانوں میں بہت بہت اکابر ہوئے ہیں، بہت سے بڑے بڑے اکابر، تو آپ کس کو زیادہ انفلوئنس ہوئے ہیں، کس کس سے؟</w:t>
      </w:r>
    </w:p>
    <w:p>
      <w:r>
        <w:rPr>
          <w:b/>
        </w:rPr>
        <w:t xml:space="preserve">[01:30] </w:t>
      </w:r>
      <w:r>
        <w:t>to mein mein chup ho gaya.</w:t>
      </w:r>
    </w:p>
    <w:p>
      <w:pPr>
        <w:jc w:val="right"/>
      </w:pPr>
      <w:r>
        <w:t>تو میں میں چپ ہو گیا۔</w:t>
      </w:r>
    </w:p>
    <w:p>
      <w:r>
        <w:rPr>
          <w:b/>
        </w:rPr>
        <w:t xml:space="preserve">[01:35] </w:t>
      </w:r>
      <w:r>
        <w:t>pehli baat, pehla mere mind mein baat aayi ke kaise log hain, insani akaber ko jantay hain, aur yeh nahi jantay ke sab se bara Allah hai.</w:t>
      </w:r>
    </w:p>
    <w:p>
      <w:pPr>
        <w:jc w:val="right"/>
      </w:pPr>
      <w:r>
        <w:t>پہلی بات، پہلا میرے مائنڈ میں بات آئی کہ کیسے لوگ ہیں، انسانی اکابر کو جانتے ہیں، اور یہ نہیں جانتے کہ سب سے بڑا اللہ ہے۔</w:t>
      </w:r>
    </w:p>
    <w:p>
      <w:r>
        <w:rPr>
          <w:b/>
        </w:rPr>
        <w:t xml:space="preserve">[01:52] </w:t>
      </w:r>
      <w:r>
        <w:t>subah sham namaz mein Allah o Akbar kehtay hain,</w:t>
      </w:r>
    </w:p>
    <w:p>
      <w:pPr>
        <w:jc w:val="right"/>
      </w:pPr>
      <w:r>
        <w:t>صبح شام نماز میں اللہ اکبر کہتے ہیں،</w:t>
      </w:r>
    </w:p>
    <w:p>
      <w:r>
        <w:rPr>
          <w:b/>
        </w:rPr>
        <w:t xml:space="preserve">[01:55] </w:t>
      </w:r>
      <w:r>
        <w:t>subah sham. lekin Allah bara hi is be khabar hai. to khair, maine kaha dekhen mera koi akaber nahi,</w:t>
      </w:r>
    </w:p>
    <w:p>
      <w:pPr>
        <w:jc w:val="right"/>
      </w:pPr>
      <w:r>
        <w:t>صبح شام۔ لیکن اللہ بڑا ہی اس بے خبر ہے۔ تو خیر، میں نے کہا دیکھیں میرا کوئی اکابر نہیں،</w:t>
      </w:r>
    </w:p>
    <w:p>
      <w:r>
        <w:rPr>
          <w:b/>
        </w:rPr>
        <w:t xml:space="preserve">[02:09] </w:t>
      </w:r>
      <w:r>
        <w:t>mein kisi se mutasir nahi.</w:t>
      </w:r>
    </w:p>
    <w:p>
      <w:pPr>
        <w:jc w:val="right"/>
      </w:pPr>
      <w:r>
        <w:t>میں کسی سے متاثر نہیں۔</w:t>
      </w:r>
    </w:p>
    <w:p>
      <w:r>
        <w:rPr>
          <w:b/>
        </w:rPr>
        <w:t xml:space="preserve">[02:12] </w:t>
      </w:r>
      <w:r>
        <w:t>mera yahi mamool aaj se nahi, chotay par parta hai, jahan jo aaj hai mein. aap mujhe dekh rahay hain ke yahan mein baitha hoon, mere samnay nature hai, yeh darakht hain, sabza hai,</w:t>
      </w:r>
    </w:p>
    <w:p>
      <w:pPr>
        <w:jc w:val="right"/>
      </w:pPr>
      <w:r>
        <w:t>میرا یہی معمول آج سے نہیں، چھوٹے پر پڑتا ہے، جہاں جو آج ہے میں۔ آپ مجھے دیکھ رہے ہیں کہ یہاں میں بیٹھا ہوں، میرے سامنے نیچر ہے، یہ درخت ہیں، سبزہ ہے،</w:t>
      </w:r>
    </w:p>
    <w:p>
      <w:r>
        <w:rPr>
          <w:b/>
        </w:rPr>
        <w:t xml:space="preserve">[02:28] </w:t>
      </w:r>
      <w:r>
        <w:t>chiriyan urr rahi hain,</w:t>
      </w:r>
    </w:p>
    <w:p>
      <w:pPr>
        <w:jc w:val="right"/>
      </w:pPr>
      <w:r>
        <w:t>چڑیاں اڑ رہی ہیں،</w:t>
      </w:r>
    </w:p>
    <w:p>
      <w:r>
        <w:rPr>
          <w:b/>
        </w:rPr>
        <w:t xml:space="preserve">[02:30] </w:t>
      </w:r>
      <w:r>
        <w:t>sooraj nikal raha hai, hawaein chal rahi hain. aik poora nature mere samnay hai, bas isi ko mein dekhta rehta hoon, aur is se mujhe bohat inspiration milta hai.</w:t>
      </w:r>
    </w:p>
    <w:p>
      <w:pPr>
        <w:jc w:val="right"/>
      </w:pPr>
      <w:r>
        <w:t>سورج نکل رہا ہے، ہوائیں چل رہی ہیں۔ ایک پورا نیچر میرے سامنے ہے، بس اسی کو میں دیکھتا رہتا ہوں، اور اس سے مجھے بہت انسپیریشن ملتا ہے۔</w:t>
      </w:r>
    </w:p>
    <w:p>
      <w:r>
        <w:rPr>
          <w:b/>
        </w:rPr>
        <w:t xml:space="preserve">[02:47] </w:t>
      </w:r>
      <w:r>
        <w:t>yehi mera source of inspiration hai. phir dekhiye,</w:t>
      </w:r>
    </w:p>
    <w:p>
      <w:pPr>
        <w:jc w:val="right"/>
      </w:pPr>
      <w:r>
        <w:t>یہی میرا سورس آف انسپیریشن ہے۔ پھر دیکھیے،</w:t>
      </w:r>
    </w:p>
    <w:p>
      <w:r>
        <w:rPr>
          <w:b/>
        </w:rPr>
        <w:t xml:space="preserve">[02:58] </w:t>
      </w:r>
      <w:r>
        <w:t>quran mein hai ke</w:t>
      </w:r>
    </w:p>
    <w:p>
      <w:pPr>
        <w:jc w:val="right"/>
      </w:pPr>
      <w:r>
        <w:t>قرآن میں ہے کہ</w:t>
      </w:r>
    </w:p>
    <w:p>
      <w:r>
        <w:rPr>
          <w:b/>
        </w:rPr>
        <w:t xml:space="preserve">[03:03] </w:t>
      </w:r>
      <w:r>
        <w:t>kal yaum huwa fi shan Allah har din aik nai shan mein hota hai.</w:t>
      </w:r>
    </w:p>
    <w:p>
      <w:pPr>
        <w:jc w:val="right"/>
      </w:pPr>
      <w:r>
        <w:t>کل یوم هو فی شان اللہ ہر دن ایک نئی شان میں ہوتا ہے۔</w:t>
      </w:r>
    </w:p>
    <w:p>
      <w:r>
        <w:rPr>
          <w:b/>
        </w:rPr>
        <w:t xml:space="preserve">[03:13] </w:t>
      </w:r>
      <w:r>
        <w:t>to bohat din tak sochta raha is ayat ke mutaliq, kyunke Allah nai shan mein ho, yeh Allah ki shan ke khilaf hai. Allah to har din aik hi halat mein hai, pehlay din se woh mukammal hai.</w:t>
      </w:r>
    </w:p>
    <w:p>
      <w:pPr>
        <w:jc w:val="right"/>
      </w:pPr>
      <w:r>
        <w:t>تو بہت دن تک سوچتا رہا اس آیت کے متعلق، کیونکہ اللہ نئی شان میں ہو، یہ اللہ کی شان کے خلاف ہے۔ اللہ تو ہر دن ایک ہی حالت میں ہے، پہلے دن سے وہ مکمل ہے۔</w:t>
      </w:r>
    </w:p>
    <w:p>
      <w:r>
        <w:rPr>
          <w:b/>
        </w:rPr>
        <w:t xml:space="preserve">[03:29] </w:t>
      </w:r>
      <w:r>
        <w:t>Allah rab ul alameen</w:t>
      </w:r>
    </w:p>
    <w:p>
      <w:pPr>
        <w:jc w:val="right"/>
      </w:pPr>
      <w:r>
        <w:t>اللہ رب العالمین</w:t>
      </w:r>
    </w:p>
    <w:p>
      <w:r>
        <w:rPr>
          <w:b/>
        </w:rPr>
        <w:t xml:space="preserve">[03:32] </w:t>
      </w:r>
      <w:r>
        <w:t>pehlay din se mukammal hai. dekhiye, yeh baat kahi gayi hai insaan ki nisbat se, yani Allah ke liye khud koi nahi ke khud woh apni takmeel kar raha hai,</w:t>
      </w:r>
    </w:p>
    <w:p>
      <w:pPr>
        <w:jc w:val="right"/>
      </w:pPr>
      <w:r>
        <w:t>پہلے دن سے مکمل ہے۔ دیکھیے، یہ بات کہی گئی ہے انسان کی نسبت سے، یعنی اللہ کے لیے خود کوئی نہیں کہ خود وہ اپنی تکمیل کر رہا ہے،</w:t>
      </w:r>
    </w:p>
    <w:p>
      <w:r>
        <w:rPr>
          <w:b/>
        </w:rPr>
        <w:t xml:space="preserve">[03:49] </w:t>
      </w:r>
      <w:r>
        <w:t>jaisa ke kuch falasfa mantay hain.</w:t>
      </w:r>
    </w:p>
    <w:p>
      <w:pPr>
        <w:jc w:val="right"/>
      </w:pPr>
      <w:r>
        <w:t>جیسا کہ کچھ فلاسفہ مانتے ہیں۔</w:t>
      </w:r>
    </w:p>
    <w:p>
      <w:r>
        <w:rPr>
          <w:b/>
        </w:rPr>
        <w:t xml:space="preserve">[03:54] </w:t>
      </w:r>
      <w:r>
        <w:t>Allah rozana aisay halaat paida karta hai jis mein aap ke liye nai discovery, nai thought, naya development ka saman ho.</w:t>
      </w:r>
    </w:p>
    <w:p>
      <w:pPr>
        <w:jc w:val="right"/>
      </w:pPr>
      <w:r>
        <w:t>اللہ روزانہ ایسے حالات پیدا کرتا ہے جس میں آپ کے لیے نئی ڈسکوری، نئی تھاٹ، نیا ڈیولپمنٹ کا سامان ہو۔</w:t>
      </w:r>
    </w:p>
    <w:p>
      <w:r>
        <w:rPr>
          <w:b/>
        </w:rPr>
        <w:t xml:space="preserve">[04:10] </w:t>
      </w:r>
      <w:r>
        <w:t>aur yeh baat jo quran mein hai, theek yahi baat bible mein bhi hai, Maseeh zuban se. give us our daily bread</w:t>
      </w:r>
    </w:p>
    <w:p>
      <w:pPr>
        <w:jc w:val="right"/>
      </w:pPr>
      <w:r>
        <w:t>اور یہ بات جو قرآن میں ہے، ٹھیک یہی بات بائبل میں بھی ہے، مسیح زبان سے۔ گیو اس اور ڈیلی بریڈ</w:t>
      </w:r>
    </w:p>
    <w:p>
      <w:r>
        <w:rPr>
          <w:b/>
        </w:rPr>
        <w:t xml:space="preserve">[04:22] </w:t>
      </w:r>
      <w:r>
        <w:t>give us our daily bread, yani aye rab, to hum ko rozana ki rozana ka food day.</w:t>
      </w:r>
    </w:p>
    <w:p>
      <w:pPr>
        <w:jc w:val="right"/>
      </w:pPr>
      <w:r>
        <w:t>گیو اس اور ڈیلی بریڈ، یعنی اے رب، تو ہم کو روزانہ کی روزانہ کا فوڈ دے۔</w:t>
      </w:r>
    </w:p>
    <w:p>
      <w:r>
        <w:rPr>
          <w:b/>
        </w:rPr>
        <w:t xml:space="preserve">[04:35] </w:t>
      </w:r>
      <w:r>
        <w:t>woh yahan bhi hai, yani Allah har din chahta hai ke insaan is se rozana nai thought le, naya development le.</w:t>
      </w:r>
    </w:p>
    <w:p>
      <w:pPr>
        <w:jc w:val="right"/>
      </w:pPr>
      <w:r>
        <w:t>وہ یہاں بھی ہے، یعنی اللہ ہر دن چاہتا ہے کہ انسان اس سے روزانہ نئی تھاٹ لے، نیا ڈیولپمنٹ لے۔</w:t>
      </w:r>
    </w:p>
    <w:p>
      <w:r>
        <w:rPr>
          <w:b/>
        </w:rPr>
        <w:t xml:space="preserve">[04:48] </w:t>
      </w:r>
      <w:r>
        <w:t>to maine kaha yeh hai, aap akaber jo guzar</w:t>
      </w:r>
    </w:p>
    <w:p>
      <w:pPr>
        <w:jc w:val="right"/>
      </w:pPr>
      <w:r>
        <w:t>تو میں نے کہا یہ ہے، آپ اکابر جو گزر گئے پانچ سو سال پہلے، انہی میں جی رہے ہوں گے، تو آپ ڈیلی بریڈ کر پائیں گے۔</w:t>
      </w:r>
    </w:p>
    <w:p>
      <w:r>
        <w:rPr>
          <w:b/>
        </w:rPr>
        <w:t xml:space="preserve">[04:57] </w:t>
      </w:r>
      <w:r>
        <w:t>aap</w:t>
      </w:r>
    </w:p>
    <w:p>
      <w:pPr>
        <w:jc w:val="right"/>
      </w:pPr>
      <w:r>
        <w:t>آپ</w:t>
      </w:r>
    </w:p>
    <w:p>
      <w:r>
        <w:rPr>
          <w:b/>
        </w:rPr>
        <w:t xml:space="preserve">[05:00] </w:t>
      </w:r>
      <w:r>
        <w:t>yeh paanch sau saal pehle ek bada, ek ek ek guzra koi shakhs, us ko aap akaber akaber kehte hain, woh toh mar chuka hai, qabar mein dafan ho chuka hai.</w:t>
      </w:r>
    </w:p>
    <w:p>
      <w:pPr>
        <w:jc w:val="right"/>
      </w:pPr>
      <w:r>
        <w:t>یہ پانچ سو سال پہلے ایک بڑا، ایک ایک ایک گزرا کوئی شخص، اس کو آپ اکابر اکابر کہتے ہیں، وہ تو مر چکا ہے، قبر میں دفن ہو چکا ہے۔</w:t>
      </w:r>
    </w:p>
    <w:p>
      <w:r>
        <w:rPr>
          <w:b/>
        </w:rPr>
        <w:t xml:space="preserve">[05:10] </w:t>
      </w:r>
      <w:r>
        <w:t>toh aaj keh dega aap ko, woh us ke paas tareefen karte rahey.</w:t>
      </w:r>
    </w:p>
    <w:p>
      <w:pPr>
        <w:jc w:val="right"/>
      </w:pPr>
      <w:r>
        <w:t>تو آج کہہ دے گا آپ کو، وہ اس کے پاس تعریفیں کرتے رہیے۔</w:t>
      </w:r>
    </w:p>
    <w:p>
      <w:r>
        <w:rPr>
          <w:b/>
        </w:rPr>
        <w:t xml:space="preserve">[05:18] </w:t>
      </w:r>
      <w:r>
        <w:t>aaj dene ke liye toh sirf Allah ke paas cheez hai. Isi liye dekhiye, logon ko jo log insani akaber bhejte hain, aap paayenge ke un ka koi intellectual development nahin.</w:t>
      </w:r>
    </w:p>
    <w:p>
      <w:pPr>
        <w:jc w:val="right"/>
      </w:pPr>
      <w:r>
        <w:t>آج دینے کے لیے تو صرف اللہ کے پاس چیز ہے۔ اسی لیے دیکھیے، لوگوں کو جو لوگ انسانی اکابر بھیجتے ہیں، آپ پائیں گے کہ ان کا کوئی انٹلیکچول ڈیولپمنٹ نہیں۔</w:t>
      </w:r>
    </w:p>
    <w:p>
      <w:r>
        <w:rPr>
          <w:b/>
        </w:rPr>
        <w:t xml:space="preserve">[05:36] </w:t>
      </w:r>
      <w:r>
        <w:t>without any exception, main kehta hoon ke jo log akaber bhejte hon, un mein koi intellectual development nahin paayenge, kyunke daily food toh mithai hai un ko.</w:t>
      </w:r>
    </w:p>
    <w:p>
      <w:pPr>
        <w:jc w:val="right"/>
      </w:pPr>
      <w:r>
        <w:t>ودا آؤٹ این ایکسیپشن، میں کہتا ہوں کہ جو لوگ اکابر بھیجتے ہوں، ان میں کوئی انٹلیکچول ڈیولپمنٹ نہیں پائیں گے، کیونکہ ڈیلی فوڈ تو مٹائی ہے ان کو۔</w:t>
      </w:r>
    </w:p>
    <w:p>
      <w:r>
        <w:rPr>
          <w:b/>
        </w:rPr>
        <w:t xml:space="preserve">[05:49] </w:t>
      </w:r>
      <w:r>
        <w:t>paanch sau saal pehle kisi ne kuch diya tha, wohi wohi un ke paas hai, aur aur toh koi un ka kuch asset nahin hai.</w:t>
      </w:r>
    </w:p>
    <w:p>
      <w:pPr>
        <w:jc w:val="right"/>
      </w:pPr>
      <w:r>
        <w:t>پانچ سو سال پہلے کسی نے کچھ دیا تھا، وہی وہی ان کے پاس ہے، اور اور تو کوئی ان کا کچھ ایسٹ نہیں ہے۔</w:t>
      </w:r>
    </w:p>
    <w:p>
      <w:r>
        <w:rPr>
          <w:b/>
        </w:rPr>
        <w:t xml:space="preserve">[06:03] </w:t>
      </w:r>
      <w:r>
        <w:t>toh dekhiye, India mein ek bohat bade aalim guzre hain, un ka naam hai Shah Waliullah, yeh Newton ke contemporary thay.</w:t>
      </w:r>
    </w:p>
    <w:p>
      <w:pPr>
        <w:jc w:val="right"/>
      </w:pPr>
      <w:r>
        <w:t>تو دیکھیے، انڈیا میں ایک بہت بڑے عالم گزرے ہیں، ان کا نام ہے شاہ ولی اللہ، یہ نیوٹن کے کنٹیمپریری تھے۔</w:t>
      </w:r>
    </w:p>
    <w:p>
      <w:r>
        <w:rPr>
          <w:b/>
        </w:rPr>
        <w:t xml:space="preserve">[06:18] </w:t>
      </w:r>
      <w:r>
        <w:t>toh un ki kitaab hai "Hujjat Allah Al-Baligha", toh un ke halaat mein likha hua hai ke jab woh naujawan thay, toh ek din apne sathiyon ke hamrah</w:t>
      </w:r>
    </w:p>
    <w:p>
      <w:pPr>
        <w:jc w:val="right"/>
      </w:pPr>
      <w:r>
        <w:t>تو ان کی کتاب ہے "حجت اللہ البالغہ"، تو ان کے حالات میں لکھا ہوا ہے کہ جب وہ نوجوان تھے، تو ایک دن اپنے ساتھیوں کے ہمراہ</w:t>
      </w:r>
    </w:p>
    <w:p>
      <w:r>
        <w:rPr>
          <w:b/>
        </w:rPr>
        <w:t xml:space="preserve">[06:35] </w:t>
      </w:r>
      <w:r>
        <w:t>chale gaye ghar se bahar. Jab wapas aaye toh un ke baap, jo ke khud sufi thay, un ke baap khud sufi thay, unhon ne poocha ke kahan gaye thay?</w:t>
      </w:r>
    </w:p>
    <w:p>
      <w:pPr>
        <w:jc w:val="right"/>
      </w:pPr>
      <w:r>
        <w:t>چلے گئے گھر سے باہر۔ جب واپس آئے تو ان کے باپ، جو کہ خود صوفی تھے، ان کے باپ خود صوفی تھے، انہوں نے پوچھا کہ کہاں گئے تھے؟</w:t>
      </w:r>
    </w:p>
    <w:p>
      <w:r>
        <w:rPr>
          <w:b/>
        </w:rPr>
        <w:t xml:space="preserve">[06:53] </w:t>
      </w:r>
      <w:r>
        <w:t>toh unhon ne kaha ke bagh mein, bagh mein chala gaya tha. Toh unhon ne kaha ke bagh mein, wahan kya tha?</w:t>
      </w:r>
    </w:p>
    <w:p>
      <w:pPr>
        <w:jc w:val="right"/>
      </w:pPr>
      <w:r>
        <w:t>تو انہوں نے کہا کہ باغ میں، باغ میں چلا گیا تھا۔ تو انہوں نے کہا کہ باغ میں، وہاں کیا تھا؟</w:t>
      </w:r>
    </w:p>
    <w:p>
      <w:r>
        <w:rPr>
          <w:b/>
        </w:rPr>
        <w:t xml:space="preserve">[07:03] </w:t>
      </w:r>
      <w:r>
        <w:t>jahan aap tasbeeh parhte, wazifa parhte, wahan jaane ki kya zaroorat thi?</w:t>
      </w:r>
    </w:p>
    <w:p>
      <w:pPr>
        <w:jc w:val="right"/>
      </w:pPr>
      <w:r>
        <w:t>جہاں آپ تسبیح پڑھتے، وظیفہ پڑھتے، وہاں جانے کی کیا ضرورت تھی؟</w:t>
      </w:r>
    </w:p>
    <w:p>
      <w:r>
        <w:rPr>
          <w:b/>
        </w:rPr>
        <w:t xml:space="preserve">[07:10] </w:t>
      </w:r>
      <w:r>
        <w:t>toh log jaante hi nahin hain is tarah is concept ko. Aap tasbeeh parhein, wazifa parhein toh kya milega?</w:t>
      </w:r>
    </w:p>
    <w:p>
      <w:pPr>
        <w:jc w:val="right"/>
      </w:pPr>
      <w:r>
        <w:t>تو لوگ جانتے ہی نہیں ہیں اس طرح اس کانسیپٹ کو۔ آپ تسبیح پڑھیں، وظیفہ پڑھیں تو کیا ملے گا؟</w:t>
      </w:r>
    </w:p>
    <w:p>
      <w:r>
        <w:rPr>
          <w:b/>
        </w:rPr>
        <w:t xml:space="preserve">[07:19] </w:t>
      </w:r>
      <w:r>
        <w:t>wohi, wohi, wohi, wohi, wohi milega. Lekin jab Khuda ka jo nature hai, Khuda ki jo takhleeq hai,</w:t>
      </w:r>
    </w:p>
    <w:p>
      <w:pPr>
        <w:jc w:val="right"/>
      </w:pPr>
      <w:r>
        <w:t>وہی، وہی، وہی، وہی، وہی ملے گا۔ لیکن جب خدا کا جو نیچر ہے، خدا کی جو تخلیق ہے،</w:t>
      </w:r>
    </w:p>
    <w:p>
      <w:r>
        <w:rPr>
          <w:b/>
        </w:rPr>
        <w:t xml:space="preserve">[07:27] </w:t>
      </w:r>
      <w:r>
        <w:t>wahan aap jaate hain toh wahan Khuda maujood hai, aap ko naya inspiration dene ke liye.</w:t>
      </w:r>
    </w:p>
    <w:p>
      <w:pPr>
        <w:jc w:val="right"/>
      </w:pPr>
      <w:r>
        <w:t>وہاں آپ جاتے ہیں تو وہاں خدا موجود ہے، آپ کو نیا انسپیریشن دینے کے لیے۔</w:t>
      </w:r>
    </w:p>
    <w:p>
      <w:r>
        <w:rPr>
          <w:b/>
        </w:rPr>
        <w:t xml:space="preserve">[07:36] </w:t>
      </w:r>
      <w:r>
        <w:t>jo hadith mein aata hai ke Allah har subah ko utarta hai aasman-e-dunya par aur ailaan karta hai. Koi hai jo use kuch maange?</w:t>
      </w:r>
    </w:p>
    <w:p>
      <w:pPr>
        <w:jc w:val="right"/>
      </w:pPr>
      <w:r>
        <w:t>جو حدیث میں آتا ہے کہ اللہ ہر صبح کو اترتا ہے آسمان دنیا پر اور آباد دیتا ہے۔ کوئی ہے جو اسے کچھ مانگے؟</w:t>
      </w:r>
    </w:p>
    <w:p>
      <w:r>
        <w:rPr>
          <w:b/>
        </w:rPr>
        <w:t xml:space="preserve">[07:45] </w:t>
      </w:r>
      <w:r>
        <w:t>mahdood is ko.</w:t>
      </w:r>
    </w:p>
    <w:p>
      <w:pPr>
        <w:jc w:val="right"/>
      </w:pPr>
      <w:r>
        <w:t>محدود اس کو۔</w:t>
      </w:r>
    </w:p>
    <w:p>
      <w:r>
        <w:rPr>
          <w:b/>
        </w:rPr>
        <w:t xml:space="preserve">[07:48] </w:t>
      </w:r>
      <w:r>
        <w:t>woh yahi baat hai,</w:t>
      </w:r>
    </w:p>
    <w:p>
      <w:pPr>
        <w:jc w:val="right"/>
      </w:pPr>
      <w:r>
        <w:t>وہ یہی بات ہے،</w:t>
      </w:r>
    </w:p>
    <w:p>
      <w:r>
        <w:rPr>
          <w:b/>
        </w:rPr>
        <w:t xml:space="preserve">[07:54] </w:t>
      </w:r>
      <w:r>
        <w:t>yahi baat hai. Is dunya mein hum ko yahi nahin hai ke hum namaz wuzu kar lein, nahin.</w:t>
      </w:r>
    </w:p>
    <w:p>
      <w:pPr>
        <w:jc w:val="right"/>
      </w:pPr>
      <w:r>
        <w:t>یہی بات ہے۔ اس دنیا میں ہم کو یہی نہیں ہے کہ ہم نماز وضو کر لیں، نہیں۔</w:t>
      </w:r>
    </w:p>
    <w:p>
      <w:r>
        <w:rPr>
          <w:b/>
        </w:rPr>
        <w:t xml:space="preserve">[08:04] </w:t>
      </w:r>
      <w:r>
        <w:t>par saadi development sab se pehli cheez hai shakhsiyat irtaqa.</w:t>
      </w:r>
    </w:p>
    <w:p>
      <w:pPr>
        <w:jc w:val="right"/>
      </w:pPr>
      <w:r>
        <w:t>پر ساڈی ڈیولپمنٹ سب سے پہلی چیز ہے شخصیت ارتقاء۔</w:t>
      </w:r>
    </w:p>
    <w:p>
      <w:r>
        <w:rPr>
          <w:b/>
        </w:rPr>
        <w:t xml:space="preserve">[08:16] </w:t>
      </w:r>
      <w:r>
        <w:t>toh is se jaan, is tasawwur ko hi, is is concept ko nahin jaante log. Kuch rituals hain, kuch form hain, koi lagi bidi ibadat ki shakalain hain, us ko kar liya</w:t>
      </w:r>
    </w:p>
    <w:p>
      <w:pPr>
        <w:jc w:val="right"/>
      </w:pPr>
      <w:r>
        <w:t>تو اس سے جان، اس تصور کو ہی، اس اس کانسیپٹ کو نہیں جانتے لوگ۔ کچھ ریچولز ہیں، کچھ فارم ہیں، کوئی لگی بدی عبادت کی شکلیں ہیں، اس کو کر لیا</w:t>
      </w:r>
    </w:p>
    <w:p>
      <w:r>
        <w:rPr>
          <w:b/>
        </w:rPr>
        <w:t xml:space="preserve">[08:32] </w:t>
      </w:r>
      <w:r>
        <w:t>toh samajhte hain ke ho gaya.</w:t>
      </w:r>
    </w:p>
    <w:p>
      <w:pPr>
        <w:jc w:val="right"/>
      </w:pPr>
      <w:r>
        <w:t>تو سمجھتے ہیں کہ ہو گیا۔</w:t>
      </w:r>
    </w:p>
    <w:p>
      <w:r>
        <w:rPr>
          <w:b/>
        </w:rPr>
        <w:t xml:space="preserve">[08:38] </w:t>
      </w:r>
      <w:r>
        <w:t>asal cheez yeh hai ke aap ke andar woh personality bane jo jannat mein basaye jaane ke qabil ho.</w:t>
      </w:r>
    </w:p>
    <w:p>
      <w:pPr>
        <w:jc w:val="right"/>
      </w:pPr>
      <w:r>
        <w:t>اصل چیز یہ ہے کہ آپ کے اندر وہ پرسادی بنے جو جنت میں بسائے جانے کے قابل ہو۔</w:t>
      </w:r>
    </w:p>
    <w:p>
      <w:r>
        <w:rPr>
          <w:b/>
        </w:rPr>
        <w:t xml:space="preserve">[08:52] </w:t>
      </w:r>
      <w:r>
        <w:t>toh main Allah ke fazl se rozana mujhe food milta hai, rozana. Ab aaj ka food main batata hoon aap ko.</w:t>
      </w:r>
    </w:p>
    <w:p>
      <w:pPr>
        <w:jc w:val="right"/>
      </w:pPr>
      <w:r>
        <w:t>تو میں اللہ کے فضل سے روزانہ مجھے فوڈ ملتا ہے، روزانہ۔ اب آج کا فوڈ میں بتاتا ہوں آپ کو۔</w:t>
      </w:r>
    </w:p>
    <w:p>
      <w:r>
        <w:rPr>
          <w:b/>
        </w:rPr>
        <w:t xml:space="preserve">[09:02] </w:t>
      </w:r>
      <w:r>
        <w:t>aaj jab main bahar baitha tha,</w:t>
      </w:r>
    </w:p>
    <w:p>
      <w:pPr>
        <w:jc w:val="right"/>
      </w:pPr>
      <w:r>
        <w:t>آج جب میں باہر بیٹھا تھا،</w:t>
      </w:r>
    </w:p>
    <w:p>
      <w:r>
        <w:rPr>
          <w:b/>
        </w:rPr>
        <w:t xml:space="preserve">[09:09] </w:t>
      </w:r>
      <w:r>
        <w:t>achha is se pehle main yeh bataoon ke bahar jo baithta hoon main, yeh ain sunnat-e-Rasool hai. Hadith mein aata hai ke Rasool Allah subah ko Fajr se pehle uthte thay,</w:t>
      </w:r>
    </w:p>
    <w:p>
      <w:pPr>
        <w:jc w:val="right"/>
      </w:pPr>
      <w:r>
        <w:t>اچھا اس سے پہلے میں یہ بتاؤں کہ باہر جو بیٹھتا ہوں میں، یہ عین سنت رسول ہے۔ حدیث میں آتا ہے کہ رسول اللہ صبح کو فجر سے پہلے اٹھتے تھے،</w:t>
      </w:r>
    </w:p>
    <w:p>
      <w:r>
        <w:rPr>
          <w:b/>
        </w:rPr>
        <w:t xml:space="preserve">[09:25] </w:t>
      </w:r>
      <w:r>
        <w:t>ghar ke bahir nikal ke maidan mein khare ho kar sitaron ko dekhte thay. sitaron ko dekh kar surah aal imran ka aakhri ruku parhte thay.</w:t>
      </w:r>
    </w:p>
    <w:p>
      <w:pPr>
        <w:jc w:val="right"/>
      </w:pPr>
      <w:r>
        <w:t>گھر کے باہر نکل کے میدان میں کھڑے ہو کر ستاروں کو دیکھتے تھے۔ ستاروں کو دیکھ کر سورہ آل عمران کا آخری رکوع پڑھتے تھے۔</w:t>
      </w:r>
    </w:p>
    <w:p>
      <w:r>
        <w:rPr>
          <w:b/>
        </w:rPr>
        <w:t xml:space="preserve">[09:38] </w:t>
      </w:r>
      <w:r>
        <w:t>surah aal imran ka aakhri ruku inna fi khalq al-samawati wal-ardi wakhtilaf al-layli wal-nahar</w:t>
      </w:r>
    </w:p>
    <w:p>
      <w:pPr>
        <w:jc w:val="right"/>
      </w:pPr>
      <w:r>
        <w:t>سورہ آل عمران کا آخری رکوع إن فی خلق السماوات والأرض واختلاف الليل والنهار</w:t>
      </w:r>
    </w:p>
    <w:p>
      <w:r>
        <w:rPr>
          <w:b/>
        </w:rPr>
        <w:t xml:space="preserve">[09:47] </w:t>
      </w:r>
      <w:r>
        <w:t>la yatal al-bab alladhina yadhkuruna Allaha quwadan wa-junubihim wa-yatafakkaruna fi khalq al-samawati wal-ardi rabbana ma khalaqta hadha batilan</w:t>
      </w:r>
    </w:p>
    <w:p>
      <w:pPr>
        <w:jc w:val="right"/>
      </w:pPr>
      <w:r>
        <w:t>لا یاتل الباب الذین یذکرون اللہ وقودا واجنوبہم ویتفکرون فی خلق السماوات والأرض ربنا ما خلقت هذا باطلا</w:t>
      </w:r>
    </w:p>
    <w:p>
      <w:r>
        <w:rPr>
          <w:b/>
        </w:rPr>
        <w:t xml:space="preserve">[10:02] </w:t>
      </w:r>
      <w:r>
        <w:t>to yeh yeh kya hai? yeh yahi matlab hai is ka ke rasool Allah sitaron ko dekh kar ke parhte thay. wohi mein karta hoon ke sitare, aasman,</w:t>
      </w:r>
    </w:p>
    <w:p>
      <w:pPr>
        <w:jc w:val="right"/>
      </w:pPr>
      <w:r>
        <w:t>تو یہ یہ کیا ہے؟ یہ یہی مطلب ہے اس کا کہ رسول اللہ ستاروں کو دیکھ کر کے پڑھتے تھے۔ وہی میں کرتا ہوں کہ ستارے، آسمان،</w:t>
      </w:r>
    </w:p>
    <w:p>
      <w:r>
        <w:rPr>
          <w:b/>
        </w:rPr>
        <w:t xml:space="preserve">[10:17] </w:t>
      </w:r>
      <w:r>
        <w:t>sabza, nature, chidiyan,</w:t>
      </w:r>
    </w:p>
    <w:p>
      <w:pPr>
        <w:jc w:val="right"/>
      </w:pPr>
      <w:r>
        <w:t>سبزہ، نیچر، چڑیاں،</w:t>
      </w:r>
    </w:p>
    <w:p>
      <w:r>
        <w:rPr>
          <w:b/>
        </w:rPr>
        <w:t xml:space="preserve">[10:21] </w:t>
      </w:r>
      <w:r>
        <w:t>yeh is ke paas baithta hoon rozana. is se mujhe inspiration milta hai aur har din mujhe aik food, deep food milta hai Allah ke fazal se.</w:t>
      </w:r>
    </w:p>
    <w:p>
      <w:pPr>
        <w:jc w:val="right"/>
      </w:pPr>
      <w:r>
        <w:t>یہ اس کے پاس بیٹھتا ہوں روزانہ۔ اس سے مجھے انسپیریشن ملتا ہے اور ہر دن مجھے ایک فوڈ، ڈیپ فوڈ ملتا ہے اللہ کے فضل سے۔</w:t>
      </w:r>
    </w:p>
    <w:p>
      <w:r>
        <w:rPr>
          <w:b/>
        </w:rPr>
        <w:t xml:space="preserve">[10:33] </w:t>
      </w:r>
      <w:r>
        <w:t>to aaj jo hai, aaj mujhe kya food mila?</w:t>
      </w:r>
    </w:p>
    <w:p>
      <w:pPr>
        <w:jc w:val="right"/>
      </w:pPr>
      <w:r>
        <w:t>تو آج جو ہے، آج مجھے کیا فوڈ ملا؟</w:t>
      </w:r>
    </w:p>
    <w:p>
      <w:r>
        <w:rPr>
          <w:b/>
        </w:rPr>
        <w:t xml:space="preserve">[10:40] </w:t>
      </w:r>
      <w:r>
        <w:t>aaj mujhe yeh food mila ke Quran ki surah Ibrahim mein</w:t>
      </w:r>
    </w:p>
    <w:p>
      <w:pPr>
        <w:jc w:val="right"/>
      </w:pPr>
      <w:r>
        <w:t>آج مجھے یہ فوڈ ملا کہ قرآن کی سورہ ابراہیم میں</w:t>
      </w:r>
    </w:p>
    <w:p>
      <w:r>
        <w:rPr>
          <w:b/>
        </w:rPr>
        <w:t xml:space="preserve">[10:48] </w:t>
      </w:r>
      <w:r>
        <w:t>aik ayat hai yawma tubaddalu al-ardi ghayra al-ardi</w:t>
      </w:r>
    </w:p>
    <w:p>
      <w:pPr>
        <w:jc w:val="right"/>
      </w:pPr>
      <w:r>
        <w:t>ایک آیت ہے یوم تبدل الأرض وغير الأرض</w:t>
      </w:r>
    </w:p>
    <w:p>
      <w:r>
        <w:rPr>
          <w:b/>
        </w:rPr>
        <w:t xml:space="preserve">[10:58] </w:t>
      </w:r>
      <w:r>
        <w:t>yeh ayat kya qayamat ke baray mein hai ke jis din zameen aik aur zameen bana di jaye gi.</w:t>
      </w:r>
    </w:p>
    <w:p>
      <w:pPr>
        <w:jc w:val="right"/>
      </w:pPr>
      <w:r>
        <w:t>یہ آیت کیا قیامت کے بارے میں ہے کہ جس دن زمین ایک اور زمین بنا دی جائے گی۔</w:t>
      </w:r>
    </w:p>
    <w:p>
      <w:r>
        <w:rPr>
          <w:b/>
        </w:rPr>
        <w:t xml:space="preserve">[11:11] </w:t>
      </w:r>
      <w:r>
        <w:t>yeh jo hamari earth hai, aik anadar earth bana di jaye gi. yeh kya cheez hai? aaj mujhe yeh baat samajh aayi.</w:t>
      </w:r>
    </w:p>
    <w:p>
      <w:pPr>
        <w:jc w:val="right"/>
      </w:pPr>
      <w:r>
        <w:t>یہ جو ہماری ارتھ ہے، ایک انادر ارتھ بنا دی جائے گی۔ یہ کیا چیز ہے؟ آج مجھے یہ بات سمجھ آئی۔</w:t>
      </w:r>
    </w:p>
    <w:p>
      <w:r>
        <w:rPr>
          <w:b/>
        </w:rPr>
        <w:t xml:space="preserve">[11:25] </w:t>
      </w:r>
      <w:r>
        <w:t>is ka matlab yeh hai ke</w:t>
      </w:r>
    </w:p>
    <w:p>
      <w:pPr>
        <w:jc w:val="right"/>
      </w:pPr>
      <w:r>
        <w:t>اس کا مطلب یہ ہے کہ</w:t>
      </w:r>
    </w:p>
    <w:p>
      <w:r>
        <w:rPr>
          <w:b/>
        </w:rPr>
        <w:t xml:space="preserve">[11:29] </w:t>
      </w:r>
      <w:r>
        <w:t>yeh jo hamari earth hai, hamari jo zameen hai, abhi woh banai gayi hai as a human nursery. human nursery yani aadmi yahan drakht ke bahir agay ja rahe hain, ugaye ja rahe hain, ugaye ja rahe hain.</w:t>
      </w:r>
    </w:p>
    <w:p>
      <w:pPr>
        <w:jc w:val="right"/>
      </w:pPr>
      <w:r>
        <w:t>یہ جو ہماری ارتھ ہے، ہماری جو زمین ہے، ابھی وہ بنائی گئی ہے ایز اے ہیومن نرسری۔ ہیومن نرسری یعنی آدمی یہاں درخت کے باہر اگے جا رہے ہیں، اگائے جا رہے ہیں، اگائے جا رہے ہیں۔</w:t>
      </w:r>
    </w:p>
    <w:p>
      <w:r>
        <w:rPr>
          <w:b/>
        </w:rPr>
        <w:t xml:space="preserve">[11:50] </w:t>
      </w:r>
      <w:r>
        <w:t>un ka qaul, un ka character, un ki activities, is yeh is ko yani jo jo development par jo mein kehta hoon, personal development, wohi drakht ke roop mein.</w:t>
      </w:r>
    </w:p>
    <w:p>
      <w:pPr>
        <w:jc w:val="right"/>
      </w:pPr>
      <w:r>
        <w:t>ان کا قول، ان کا کریکٹر، ان کی ایکٹیویٹیز، اس یہ اس کو یعنی جو جو ڈیولپمنٹ پر جو میں کہتا ہوں، پرسنل ڈیولپمنٹ، وہی درخت کے روپ میں۔</w:t>
      </w:r>
    </w:p>
    <w:p>
      <w:r>
        <w:rPr>
          <w:b/>
        </w:rPr>
        <w:t xml:space="preserve">[12:07] </w:t>
      </w:r>
      <w:r>
        <w:t>to yeh dunya hamare liye banai gayi hai as a human nursery. abhi</w:t>
      </w:r>
    </w:p>
    <w:p>
      <w:pPr>
        <w:jc w:val="right"/>
      </w:pPr>
      <w:r>
        <w:t>تو یہ دنیا ہمارے لیے بنائی گئی ہے ایز اے ہیومن نرسری۔ ابھی</w:t>
      </w:r>
    </w:p>
    <w:p>
      <w:r>
        <w:rPr>
          <w:b/>
        </w:rPr>
        <w:t xml:space="preserve">[12:19] </w:t>
      </w:r>
      <w:r>
        <w:t>phir kya hone wala hai? woh jo kal aap ne dekha hoga,</w:t>
      </w:r>
    </w:p>
    <w:p>
      <w:pPr>
        <w:jc w:val="right"/>
      </w:pPr>
      <w:r>
        <w:t>پھر کیا ہونے والا ہے؟ وہ جو کل آپ نے دیکھا ہوگا،</w:t>
      </w:r>
    </w:p>
    <w:p>
      <w:r>
        <w:rPr>
          <w:b/>
        </w:rPr>
        <w:t xml:space="preserve">[12:26] </w:t>
      </w:r>
      <w:r>
        <w:t>Stephen Hawking ka aaya hai ke us ne kaha ke so saal ke andar yeh dunya aisi nahi rahe gi jaise aaj hai.</w:t>
      </w:r>
    </w:p>
    <w:p>
      <w:pPr>
        <w:jc w:val="right"/>
      </w:pPr>
      <w:r>
        <w:t>سٹیفن ہاکنگ کا آیا ہے کہ اس نے کہا کہ سو سال کے اندر یہ دنیا ایسی نہیں رہے گی جیسے آج ہے۔</w:t>
      </w:r>
    </w:p>
    <w:p>
      <w:r>
        <w:rPr>
          <w:b/>
        </w:rPr>
        <w:t xml:space="preserve">[12:37] </w:t>
      </w:r>
      <w:r>
        <w:t>hum yahan uninhabitable ho jaye ge so saal ke andar.</w:t>
      </w:r>
    </w:p>
    <w:p>
      <w:pPr>
        <w:jc w:val="right"/>
      </w:pPr>
      <w:r>
        <w:t>ہم یہاں ان ہیبیٹیبل ہو جائیں گے سو سال کے اندر۔</w:t>
      </w:r>
    </w:p>
    <w:p>
      <w:r>
        <w:rPr>
          <w:b/>
        </w:rPr>
        <w:t xml:space="preserve">[12:44] </w:t>
      </w:r>
      <w:r>
        <w:t>to kaha so saal ke andar woh waqt aye ga jab ke dunya ko, earth ko ghayr earth banaya jaye. dunya ko aik aur dunya banaya banaya jaye.</w:t>
      </w:r>
    </w:p>
    <w:p>
      <w:pPr>
        <w:jc w:val="right"/>
      </w:pPr>
      <w:r>
        <w:t>تو کہا سو سال کے اندر وہ وقت آئے گا جب کہ دنیا کو، ارتھ کو غیر ارتھ بنایا جائے۔ دنیا کو ایک اور دنیا بنایا بنایا جائے۔</w:t>
      </w:r>
    </w:p>
    <w:p>
      <w:r>
        <w:rPr>
          <w:b/>
        </w:rPr>
        <w:t xml:space="preserve">[12:54] </w:t>
      </w:r>
      <w:r>
        <w:t>woh aik aur dunya kya hogi? woh hogi human habitat.</w:t>
      </w:r>
    </w:p>
    <w:p>
      <w:pPr>
        <w:jc w:val="right"/>
      </w:pPr>
      <w:r>
        <w:t>وہ ایک اور دنیا کیا ہوگی؟ وہ ہوگی ہیومن ہیبیٹیٹ۔</w:t>
      </w:r>
    </w:p>
    <w:p>
      <w:r>
        <w:rPr>
          <w:b/>
        </w:rPr>
        <w:t xml:space="preserve">[13:01] </w:t>
      </w:r>
      <w:r>
        <w:t>abhi yeh dunya human nursery hai. phir yeh dunya human habitat banai jaye gi. isi ka naam hai jannat.</w:t>
      </w:r>
    </w:p>
    <w:p>
      <w:pPr>
        <w:jc w:val="right"/>
      </w:pPr>
      <w:r>
        <w:t>ابھی یہ دنیا ہیومن نرسری ہے۔ پھر یہ دنیا ہیومن ہیبیٹیٹ بنائی جائے گی۔ اسی کا نام ہے جنت۔</w:t>
      </w:r>
    </w:p>
    <w:p>
      <w:r>
        <w:rPr>
          <w:b/>
        </w:rPr>
        <w:t xml:space="preserve">[13:11] </w:t>
      </w:r>
      <w:r>
        <w:t>to us waqt yeh dunya potential jannat hai. potential. is ke waqt actual paradise bana di jaye gi.</w:t>
      </w:r>
    </w:p>
    <w:p>
      <w:pPr>
        <w:jc w:val="right"/>
      </w:pPr>
      <w:r>
        <w:t>تو اس وقت یہ دنیا پوٹینشل جنت ہے۔ پوٹینشل۔ اس کے وقت ایکچول پیراڈائز بنا دی جائے گی۔</w:t>
      </w:r>
    </w:p>
    <w:p>
      <w:r>
        <w:rPr>
          <w:b/>
        </w:rPr>
        <w:t xml:space="preserve">[13:22] </w:t>
      </w:r>
      <w:r>
        <w:t>yani jis ko mein keh raha hoon ke human nursery, woh kya potential paradise hai. aik waqt aye ga ke jab yahan conversion hoga aur yeh actual paradise ho bana di jaye gi.</w:t>
      </w:r>
    </w:p>
    <w:p>
      <w:pPr>
        <w:jc w:val="right"/>
      </w:pPr>
      <w:r>
        <w:t>یعنی جس کو میں کہہ رہا ہوں کہ ہیومن نرسری، وہ کیا پوٹینشل پیراڈائز ہے۔ ایک وقت آئے گا کہ جب یہاں کنورژن ہوگا اور یہ ایکچول پیراڈائز ہو بنا دی جائے گی۔</w:t>
      </w:r>
    </w:p>
    <w:p>
      <w:r>
        <w:rPr>
          <w:b/>
        </w:rPr>
        <w:t xml:space="preserve">[13:41] </w:t>
      </w:r>
      <w:r>
        <w:t>yeh sare saman is ke andar maujood hain. sare imkanat is ke andar maujood hain.</w:t>
      </w:r>
    </w:p>
    <w:p>
      <w:pPr>
        <w:jc w:val="right"/>
      </w:pPr>
      <w:r>
        <w:t>یہ سارے سامان اس کے اندر موجود ہیں۔ سارے امکانات اس کے اندر موجود ہیں۔</w:t>
      </w:r>
    </w:p>
    <w:p>
      <w:r>
        <w:rPr>
          <w:b/>
        </w:rPr>
        <w:t xml:space="preserve">[13:51] </w:t>
      </w:r>
      <w:r>
        <w:t>un ka sare farishtay intezar kar rahe hain ke kab Khuda ka hukum ho aur is potential ko actual bana de.</w:t>
      </w:r>
    </w:p>
    <w:p>
      <w:pPr>
        <w:jc w:val="right"/>
      </w:pPr>
      <w:r>
        <w:t>ان کا سارے فرشتے انتظار کر رہے ہیں کہ کب خدا کا حکم ہو اور اس پوٹینشل کو ایکچول بنا دے۔</w:t>
      </w:r>
    </w:p>
    <w:p>
      <w:r>
        <w:rPr>
          <w:b/>
        </w:rPr>
        <w:t xml:space="preserve">[14:02] </w:t>
      </w:r>
      <w:r>
        <w:t>sari dunya mein farishtay hi farishtay hain. woh intezar kar rahay hain ke kab rab-ul-alameen ka hukum ho aur woh is dunya ko, jo ke barwaqt human nursery ke tor par hai, woh human</w:t>
      </w:r>
    </w:p>
    <w:p>
      <w:pPr>
        <w:jc w:val="right"/>
      </w:pPr>
      <w:r>
        <w:t>ساری دنیا میں فرشتے ہی فرشتے ہیں۔ وہ انتظار کر رہے ہیں کہ کب رب العالمین کا حکم ہو اور وہ اس دنیا کو، جو کہ بروقت ہیومن نرسری کے طور پر ہے، وہ ہیومن</w:t>
      </w:r>
    </w:p>
    <w:p>
      <w:r>
        <w:rPr>
          <w:b/>
        </w:rPr>
        <w:t xml:space="preserve">[14:19] </w:t>
      </w:r>
      <w:r>
        <w:t>habitat bana di jaye gi. to kaisa ajeeb! jab</w:t>
      </w:r>
    </w:p>
    <w:p>
      <w:pPr>
        <w:jc w:val="right"/>
      </w:pPr>
      <w:r>
        <w:t>ہیبیٹیٹ بنا دی جائے گی۔ تو کیسا عجیب! جب</w:t>
      </w:r>
    </w:p>
    <w:p>
      <w:r>
        <w:rPr>
          <w:b/>
        </w:rPr>
        <w:t xml:space="preserve">[14:25] </w:t>
      </w:r>
      <w:r>
        <w:t>mujhe yeh yeh baat samajh aayi to aik ajeeb thrill aaya. thrill! to yeh stephen hawking ka tune jo jo jo discovery hui hai, woh usay us ke liye yani aik tragic,</w:t>
      </w:r>
    </w:p>
    <w:p>
      <w:pPr>
        <w:jc w:val="right"/>
      </w:pPr>
      <w:r>
        <w:t>مجھے یہ یہ بات سمجھ آئی تو ایک عجیب تھرل آیا۔ تھرل! تو یہ سٹیفن ہاکنگ کا تو نے جو جو جو ڈسکوری ہوئی ہے، وہ اسے اس کے لیے یعنی ایک ٹریجک،</w:t>
      </w:r>
    </w:p>
    <w:p>
      <w:r>
        <w:rPr>
          <w:b/>
        </w:rPr>
        <w:t xml:space="preserve">[14:44] </w:t>
      </w:r>
      <w:r>
        <w:t>tragic discovery hai. tragic! mere woh thrilling discovery thi.</w:t>
      </w:r>
    </w:p>
    <w:p>
      <w:pPr>
        <w:jc w:val="right"/>
      </w:pPr>
      <w:r>
        <w:t>ٹریجک ڈسکوری ہے۔ ٹریجک! میرے وہ تھرلنگ ڈسکوری تھی۔</w:t>
      </w:r>
    </w:p>
    <w:p>
      <w:r>
        <w:rPr>
          <w:b/>
        </w:rPr>
        <w:t xml:space="preserve">[14:53] </w:t>
      </w:r>
      <w:r>
        <w:t>is time agay koi jo dis</w:t>
      </w:r>
    </w:p>
    <w:p>
      <w:pPr>
        <w:jc w:val="right"/>
      </w:pPr>
      <w:r>
        <w:t>اس ٹائم آگے کوئی جو ڈس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