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Judgement Day</w:t>
      </w:r>
    </w:p>
    <w:p>
      <w:r>
        <w:t>https://www.youtube.com/watch?v=sspJB8iuem4</w:t>
      </w:r>
    </w:p>
    <w:p>
      <w:r>
        <w:rPr>
          <w:b/>
        </w:rPr>
        <w:t xml:space="preserve">[00:00] </w:t>
      </w:r>
      <w:r>
        <w:t>bismillahirrahmannirraheem, assalam walekum everyone.</w:t>
      </w:r>
    </w:p>
    <w:p>
      <w:pPr>
        <w:jc w:val="right"/>
      </w:pPr>
      <w:r>
        <w:t>बिस्मिल्लाहिर्रहमानिर्रहीम, अस्सलाम वालेकुम एवरीवन।</w:t>
      </w:r>
    </w:p>
    <w:p>
      <w:r>
        <w:rPr>
          <w:b/>
        </w:rPr>
        <w:t xml:space="preserve">[00:05] </w:t>
      </w:r>
      <w:r>
        <w:t>i am a member of cps international.</w:t>
      </w:r>
    </w:p>
    <w:p>
      <w:pPr>
        <w:jc w:val="right"/>
      </w:pPr>
      <w:r>
        <w:t>आई एम अ मेंबर ऑफ सीपीएस इंटरनेशनल।</w:t>
      </w:r>
    </w:p>
    <w:p>
      <w:r>
        <w:rPr>
          <w:b/>
        </w:rPr>
        <w:t xml:space="preserve">[00:08] </w:t>
      </w:r>
      <w:r>
        <w:t>islam being a revealed religion should be understood from its original scriptures, which is quran, the word of</w:t>
      </w:r>
    </w:p>
    <w:p>
      <w:pPr>
        <w:jc w:val="right"/>
      </w:pPr>
      <w:r>
        <w:t>इस्लाम बीइंग अ रिवील्ड रिलीजन शुड बी अंडरस्टुड फ्रॉम इट्स ओरिजिनल स्क्रिप्चर्स, व्हिच इज़ कुरान, द वर्ड ऑफ़</w:t>
      </w:r>
    </w:p>
    <w:p>
      <w:r>
        <w:rPr>
          <w:b/>
        </w:rPr>
        <w:t xml:space="preserve">[00:16] </w:t>
      </w:r>
      <w:r>
        <w:t>god, and the teachings and life of the prophet.</w:t>
      </w:r>
    </w:p>
    <w:p>
      <w:pPr>
        <w:jc w:val="right"/>
      </w:pPr>
      <w:r>
        <w:t>गॉड, एंड द टीचिंग्स एंड लाइफ ऑफ़ द प्रॉफेट।</w:t>
      </w:r>
    </w:p>
    <w:p>
      <w:r>
        <w:rPr>
          <w:b/>
        </w:rPr>
        <w:t xml:space="preserve">[00:19] </w:t>
      </w:r>
      <w:r>
        <w:t>these sessions, comprising of 30 minutes, bring to you the message of the quran and hadith.</w:t>
      </w:r>
    </w:p>
    <w:p>
      <w:pPr>
        <w:jc w:val="right"/>
      </w:pPr>
      <w:r>
        <w:t>दीज़ सेशंस, कंप्रिमाइज़िंग ऑफ़ 30 मिनट्स, ब्रिंग टू यू द मैसेज ऑफ़ द कुरान एंड हदीस।</w:t>
      </w:r>
    </w:p>
    <w:p>
      <w:r>
        <w:rPr>
          <w:b/>
        </w:rPr>
        <w:t xml:space="preserve">[00:26] </w:t>
      </w:r>
      <w:r>
        <w:t>the contents of this talk are based on the understanding of islam as</w:t>
      </w:r>
    </w:p>
    <w:p>
      <w:pPr>
        <w:jc w:val="right"/>
      </w:pPr>
      <w:r>
        <w:t>द कंटेंट्स ऑफ़ दिस टॉक आर बेस्ड ऑन द अंडरस्टैंडिंग ऑफ़ इस्लाम एस</w:t>
      </w:r>
    </w:p>
    <w:p>
      <w:r>
        <w:rPr>
          <w:b/>
        </w:rPr>
        <w:t xml:space="preserve">[00:31] </w:t>
      </w:r>
      <w:r>
        <w:t>presented in cps literature. for further information, kindly log on to our websites and facebook. today, we will attempt to describe the islamic concept of the judgment day. we shall also see how</w:t>
      </w:r>
    </w:p>
    <w:p>
      <w:pPr>
        <w:jc w:val="right"/>
      </w:pPr>
      <w:r>
        <w:t>प्रेजेंटेड इन सीपीएस लिटरेचर। फॉर फर्दर इन्फॉर्मेशन, काइंडली लॉग ऑन टू आवर वेबसाइट्स एंड फेसबुक। टुडे, वी विल अटेम्प्ट टू डिस्क्राइब द इस्लामिक कॉन्सेप्ट ऑफ़ द जजमेंट डे। वी शैल आल्सो सी हाउ</w:t>
      </w:r>
    </w:p>
    <w:p>
      <w:r>
        <w:rPr>
          <w:b/>
        </w:rPr>
        <w:t xml:space="preserve">[00:50] </w:t>
      </w:r>
      <w:r>
        <w:t>human psychology and modern science also predict the end of the world. we shall then conclude the session by discussing what should be a response to the fact that the world is indeed going to end.</w:t>
      </w:r>
    </w:p>
    <w:p>
      <w:pPr>
        <w:jc w:val="right"/>
      </w:pPr>
      <w:r>
        <w:t>ह्यूमन साइकोलॉजी एंड मॉडर्न साइंस आल्सो प्रेडिक्ट द एंड ऑफ़ द वर्ल्ड। वी शैल देन कंक्लूड द सेशन बाय डिस्कसिंग व्हाट शुड बी अ रिस्पांस टू द फैक्ट दैट द वर्ल्ड इज़ इनडीड गोइंग टू एंड।</w:t>
      </w:r>
    </w:p>
    <w:p>
      <w:r>
        <w:rPr>
          <w:b/>
        </w:rPr>
        <w:t xml:space="preserve">[01:06] </w:t>
      </w:r>
      <w:r>
        <w:t>belief in the day of judgment is a fundamental article of faith in islam. it is also referred to in the quran as the hour day of the account, day of the gathering, day of the reckoning, day of distress, and great announcement.</w:t>
      </w:r>
    </w:p>
    <w:p>
      <w:pPr>
        <w:jc w:val="right"/>
      </w:pPr>
      <w:r>
        <w:t>बिलीफ इन द डे ऑफ़ जजमेंट इज़ अ फंडामेंटल आर्टिकल ऑफ़ फेथ इन इस्लाम। इट इज़ आल्सो रेफर्ड टू इन द कुरान एस द आवर डे ऑफ़ द अकाउंट, डे ऑफ़ द गैदरिंग, डे ऑफ़ द रेकनिंग, डे ऑफ़ डिस्ट्रेस, एंड ग्रेट अनाउंसमेंट।</w:t>
      </w:r>
    </w:p>
    <w:p>
      <w:r>
        <w:rPr>
          <w:b/>
        </w:rPr>
        <w:t xml:space="preserve">[01:24] </w:t>
      </w:r>
      <w:r>
        <w:t>the islamic concept of the judgment day tells us that the world as we know it will come</w:t>
      </w:r>
    </w:p>
    <w:p>
      <w:pPr>
        <w:jc w:val="right"/>
      </w:pPr>
      <w:r>
        <w:t>द इस्लामिक कॉन्सेप्ट ऑफ़ द जजमेंट डे टेल्स अस दैट द वर्ल्ड एस वी नो इट विल कम</w:t>
      </w:r>
    </w:p>
    <w:p>
      <w:r>
        <w:rPr>
          <w:b/>
        </w:rPr>
        <w:t xml:space="preserve">[01:30] </w:t>
      </w:r>
      <w:r>
        <w:t>to an end one day.</w:t>
      </w:r>
    </w:p>
    <w:p>
      <w:pPr>
        <w:jc w:val="right"/>
      </w:pPr>
      <w:r>
        <w:t>टू एन एंड वन डे।</w:t>
      </w:r>
    </w:p>
    <w:p>
      <w:r>
        <w:rPr>
          <w:b/>
        </w:rPr>
        <w:t xml:space="preserve">[01:32] </w:t>
      </w:r>
      <w:r>
        <w:t>this is the dooms day, or the judgment day.</w:t>
      </w:r>
    </w:p>
    <w:p>
      <w:pPr>
        <w:jc w:val="right"/>
      </w:pPr>
      <w:r>
        <w:t>दिस इज़ द डूम्स डे, ऑर द जजमेंट डे।</w:t>
      </w:r>
    </w:p>
    <w:p>
      <w:r>
        <w:rPr>
          <w:b/>
        </w:rPr>
        <w:t xml:space="preserve">[01:35] </w:t>
      </w:r>
      <w:r>
        <w:t>on dooms day, god will unravel all veils.</w:t>
      </w:r>
    </w:p>
    <w:p>
      <w:pPr>
        <w:jc w:val="right"/>
      </w:pPr>
      <w:r>
        <w:t>ऑन डूम्स डे, गॉड विल अनरेवल ऑल वेल्स।</w:t>
      </w:r>
    </w:p>
    <w:p>
      <w:r>
        <w:rPr>
          <w:b/>
        </w:rPr>
        <w:t xml:space="preserve">[01:39] </w:t>
      </w:r>
      <w:r>
        <w:t>all things that were hidden and unseen from you will appear as clear as daylight.</w:t>
      </w:r>
    </w:p>
    <w:p>
      <w:pPr>
        <w:jc w:val="right"/>
      </w:pPr>
      <w:r>
        <w:t>ऑल थिंग्स दैट वर हिडन एंड अनसीन फ्रॉम यू विल अपीयर एस क्लियर एस डेलाइट।</w:t>
      </w:r>
    </w:p>
    <w:p>
      <w:r>
        <w:rPr>
          <w:b/>
        </w:rPr>
        <w:t xml:space="preserve">[01:45] </w:t>
      </w:r>
      <w:r>
        <w:t>this will be the day of judgment, when no action done in the world will remain hidden.</w:t>
      </w:r>
    </w:p>
    <w:p>
      <w:pPr>
        <w:jc w:val="right"/>
      </w:pPr>
      <w:r>
        <w:t>दिस विल बी द डे ऑफ़ जजमेंट, व्हेन नो एक्शन डन इन द वर्ल्ड विल रिमेन हिडन।</w:t>
      </w:r>
    </w:p>
    <w:p>
      <w:r>
        <w:rPr>
          <w:b/>
        </w:rPr>
        <w:t xml:space="preserve">[01:51] </w:t>
      </w:r>
      <w:r>
        <w:t>even a tiny good deed, or bad deed</w:t>
      </w:r>
    </w:p>
    <w:p>
      <w:pPr>
        <w:jc w:val="right"/>
      </w:pPr>
      <w:r>
        <w:t>इवन अ टाइनी गुड डीड, ऑर बैड डीड</w:t>
      </w:r>
    </w:p>
    <w:p>
      <w:r>
        <w:rPr>
          <w:b/>
        </w:rPr>
        <w:t xml:space="preserve">[01:55] </w:t>
      </w:r>
      <w:r>
        <w:t>done in the world, will appear as plain as daylight. on this day, all virtuous human beings will be rewarded for their good deeds, whatsoever they may have been, and all corrupt and depraved people will be doomed for their bad deeds, whatsoever they may have been.</w:t>
      </w:r>
    </w:p>
    <w:p>
      <w:pPr>
        <w:jc w:val="right"/>
      </w:pPr>
      <w:r>
        <w:t>डन इन द वर्ल्ड, विल अपीयर एस प्लेन एस डेलाइट। ऑन दिस डे, ऑल वर्चुअस ह्यूमन बीइंग्स विल बी रिवॉर्डेड फॉर देयर गुड डीड्स, व्हाटसोएवर दे मे हैव बीन, एंड ऑल करप्ट एंड डिप्रेव्ड पीपल विल बी डूम्ड फॉर देयर बैड डीड्स, व्हाटसोएवर दे मे हैव बीन।</w:t>
      </w:r>
    </w:p>
    <w:p>
      <w:r>
        <w:rPr>
          <w:b/>
        </w:rPr>
        <w:t xml:space="preserve">[02:14] </w:t>
      </w:r>
      <w:r>
        <w:t>referring to dooms day, or the last day, the quran says, "when the earth is shaken with its</w:t>
      </w:r>
    </w:p>
    <w:p>
      <w:pPr>
        <w:jc w:val="right"/>
      </w:pPr>
      <w:r>
        <w:t>रेफरिंग टू डूम्स डे, ऑर द लास्ट डे, द कुरान सेस, "व्हेन द अर्थ इज़ शेकन विथ इट्स</w:t>
      </w:r>
    </w:p>
    <w:p>
      <w:r>
        <w:rPr>
          <w:b/>
        </w:rPr>
        <w:t xml:space="preserve">[02:20] </w:t>
      </w:r>
      <w:r>
        <w:t>violent shaking, when the earth shakes off her burdens, when man asks, 'what's happening to her?'</w:t>
      </w:r>
    </w:p>
    <w:p>
      <w:pPr>
        <w:jc w:val="right"/>
      </w:pPr>
      <w:r>
        <w:t>वायलेंट शेकिंग, व्हेन द अर्थ शेक्स ऑफ हर बर्डेंस, व्हेन मैन आस्क्स, 'व्हाट्स हैपनिंग टू हर?'</w:t>
      </w:r>
    </w:p>
    <w:p>
      <w:r>
        <w:rPr>
          <w:b/>
        </w:rPr>
        <w:t xml:space="preserve">[02:27] </w:t>
      </w:r>
      <w:r>
        <w:t>on that day, it will narrate its account, 'for your lord has so directed it.'</w:t>
      </w:r>
    </w:p>
    <w:p>
      <w:pPr>
        <w:jc w:val="right"/>
      </w:pPr>
      <w:r>
        <w:t>ऑन दैट डे, इट विल नरेट इट्स अकाउंट, 'फॉर योर लॉर्ड हैज़ सो डिरेक्टेड इट।'</w:t>
      </w:r>
    </w:p>
    <w:p>
      <w:r>
        <w:rPr>
          <w:b/>
        </w:rPr>
        <w:t xml:space="preserve">[02:32] </w:t>
      </w:r>
      <w:r>
        <w:t>on that day, people will come forward in separate groups to be shown their deeds.</w:t>
      </w:r>
    </w:p>
    <w:p>
      <w:pPr>
        <w:jc w:val="right"/>
      </w:pPr>
      <w:r>
        <w:t>ऑन दैट डे, पीपल विल कम फॉरवर्ड इन सेपरेट ग्रुप्स टू बी शोन देयर डीड्स।</w:t>
      </w:r>
    </w:p>
    <w:p>
      <w:r>
        <w:rPr>
          <w:b/>
        </w:rPr>
        <w:t xml:space="preserve">[02:37] </w:t>
      </w:r>
      <w:r>
        <w:t>whoever has done the smallest particle of good will see it, while whoever has done the smallest particle</w:t>
      </w:r>
    </w:p>
    <w:p>
      <w:pPr>
        <w:jc w:val="right"/>
      </w:pPr>
      <w:r>
        <w:t>हुएवर हैज़ डन द स्मालेस्ट पार्टिकल ऑफ़ गुड विल सी इट, व्हाइल हुएवर हैज़ डन द स्मालेस्ट पार्टिकल</w:t>
      </w:r>
    </w:p>
    <w:p>
      <w:r>
        <w:rPr>
          <w:b/>
        </w:rPr>
        <w:t xml:space="preserve">[02:44] </w:t>
      </w:r>
      <w:r>
        <w:t>of evil</w:t>
      </w:r>
    </w:p>
    <w:p>
      <w:pPr>
        <w:jc w:val="right"/>
      </w:pPr>
      <w:r>
        <w:t>ऑफ़ इविल</w:t>
      </w:r>
    </w:p>
    <w:p>
      <w:r>
        <w:rPr>
          <w:b/>
        </w:rPr>
        <w:t xml:space="preserve">[02:45] </w:t>
      </w:r>
      <w:r>
        <w:t>will see it." chapter 99, verses 1 to 8. when the earthquake of dooms day strikes, it will be a proclamation of the termination of the period of trial. this will mean that the freedom, which people had been allotted for the purpose of them being tested, has been taken away from them. then the time will have come for people to receive their just deserts.</w:t>
      </w:r>
    </w:p>
    <w:p>
      <w:pPr>
        <w:jc w:val="right"/>
      </w:pPr>
      <w:r>
        <w:t>विल सी इट।" चैप्टर 99, वर्सेस 1 टू 8। व्हेन द अर्थक्वेक ऑफ़ डूम्स डे स्ट्राइक्स, इट विल बी अ प्रोक्लेमेशन ऑफ़ द टर्मिनेशन ऑफ़ द पीरियड ऑफ़ ट्रायल। दिस विल मीन दैट द फ्रीडम, व्हिच पीपल हैड बीन अलॉटेड फॉर द पर्पस ऑफ़ देम बीइंग टेस्टेड, हैज़ बीन टेकन अवे फ्रॉम देम। देन द टाइम विल हैव कम फॉर पीपल टू रिसीव देयर जस्ट डेज़र्ट्स।</w:t>
      </w:r>
    </w:p>
    <w:p>
      <w:r>
        <w:rPr>
          <w:b/>
        </w:rPr>
        <w:t xml:space="preserve">[03:10] </w:t>
      </w:r>
      <w:r>
        <w:t>people eat, drink, and make merry in this world.</w:t>
      </w:r>
    </w:p>
    <w:p>
      <w:pPr>
        <w:jc w:val="right"/>
      </w:pPr>
      <w:r>
        <w:t>पीपल ईट, ड्रिंक, एंड मेक मेरी इन दिस वर्ल्ड।</w:t>
      </w:r>
    </w:p>
    <w:p>
      <w:r>
        <w:rPr>
          <w:b/>
        </w:rPr>
        <w:t xml:space="preserve">[03:14] </w:t>
      </w:r>
      <w:r>
        <w:t>they establish themselves in comfortable homes.</w:t>
      </w:r>
    </w:p>
    <w:p>
      <w:pPr>
        <w:jc w:val="right"/>
      </w:pPr>
      <w:r>
        <w:t>दे एस्टैब्लिश देमसेल्व्स इन कंफर्टेबल होम्स।</w:t>
      </w:r>
    </w:p>
    <w:p>
      <w:r>
        <w:rPr>
          <w:b/>
        </w:rPr>
        <w:t xml:space="preserve">[03:17] </w:t>
      </w:r>
      <w:r>
        <w:t>they seek to win promotion and life.</w:t>
      </w:r>
    </w:p>
    <w:p>
      <w:pPr>
        <w:jc w:val="right"/>
      </w:pPr>
      <w:r>
        <w:t>दे सीक टू विन प्रमोशन एंड लाइफ।</w:t>
      </w:r>
    </w:p>
    <w:p>
      <w:r>
        <w:rPr>
          <w:b/>
        </w:rPr>
        <w:t xml:space="preserve">[03:19] </w:t>
      </w:r>
      <w:r>
        <w:t>they believe or reject matters at will.</w:t>
      </w:r>
    </w:p>
    <w:p>
      <w:pPr>
        <w:jc w:val="right"/>
      </w:pPr>
      <w:r>
        <w:t>दे बिलीव और रिजेक्ट मैटर्स एट विल।</w:t>
      </w:r>
    </w:p>
    <w:p>
      <w:r>
        <w:rPr>
          <w:b/>
        </w:rPr>
        <w:t xml:space="preserve">[03:22] </w:t>
      </w:r>
      <w:r>
        <w:t>they are free to do and say what they like.</w:t>
      </w:r>
    </w:p>
    <w:p>
      <w:pPr>
        <w:jc w:val="right"/>
      </w:pPr>
      <w:r>
        <w:t>दे आर फ्री टू डू एंड से व्हाट दे लाइक।</w:t>
      </w:r>
    </w:p>
    <w:p>
      <w:r>
        <w:rPr>
          <w:b/>
        </w:rPr>
        <w:t xml:space="preserve">[03:25] </w:t>
      </w:r>
      <w:r>
        <w:t>they strive to excel in whatever department of life they choose.</w:t>
      </w:r>
    </w:p>
    <w:p>
      <w:pPr>
        <w:jc w:val="right"/>
      </w:pPr>
      <w:r>
        <w:t>दे स्ट्राइव टू एक्सेल इन व्हाटएवर डिपार्टमेंट ऑफ़ लाइफ दे चूज़।</w:t>
      </w:r>
    </w:p>
    <w:p>
      <w:r>
        <w:rPr>
          <w:b/>
        </w:rPr>
        <w:t xml:space="preserve">[03:29] </w:t>
      </w:r>
      <w:r>
        <w:t>man has been deluded by his worldly position.</w:t>
      </w:r>
    </w:p>
    <w:p>
      <w:pPr>
        <w:jc w:val="right"/>
      </w:pPr>
      <w:r>
        <w:t>मैन हैज़ बीन डिलूडेड बाय हिज़ वर्ल्डली पोजीशन।</w:t>
      </w:r>
    </w:p>
    <w:p>
      <w:r>
        <w:rPr>
          <w:b/>
        </w:rPr>
        <w:t xml:space="preserve">[03:33] </w:t>
      </w:r>
      <w:r>
        <w:t>he thinks that what he owns in this world will always be his.</w:t>
      </w:r>
    </w:p>
    <w:p>
      <w:pPr>
        <w:jc w:val="right"/>
      </w:pPr>
      <w:r>
        <w:t>ही थिंक्स दैट व्हाट ही ओनस इन दिस वर्ल्ड विल ऑलवेज बी हिज़।</w:t>
      </w:r>
    </w:p>
    <w:p>
      <w:r>
        <w:rPr>
          <w:b/>
        </w:rPr>
        <w:t xml:space="preserve">[03:37] </w:t>
      </w:r>
      <w:r>
        <w:t>he forgets that he is being put to the test.</w:t>
      </w:r>
    </w:p>
    <w:p>
      <w:pPr>
        <w:jc w:val="right"/>
      </w:pPr>
      <w:r>
        <w:t>ही फॉरगेट्स दैट ही इज़ बीइंग पुट टू द टेस्ट।</w:t>
      </w:r>
    </w:p>
    <w:p>
      <w:r>
        <w:rPr>
          <w:b/>
        </w:rPr>
        <w:t xml:space="preserve">[03:40] </w:t>
      </w:r>
      <w:r>
        <w:t>everything</w:t>
      </w:r>
    </w:p>
    <w:p>
      <w:pPr>
        <w:jc w:val="right"/>
      </w:pPr>
      <w:r>
        <w:t>एवरीथिंग</w:t>
      </w:r>
    </w:p>
    <w:p>
      <w:r>
        <w:rPr>
          <w:b/>
        </w:rPr>
        <w:t xml:space="preserve">[03:41] </w:t>
      </w:r>
      <w:r>
        <w:t>he possesses and every power, which he wields in this ephemeral world, are mere tools to test him. nothing that he has will last. everything will be taken away from him. he will be stripped of even the most basic of the worldly amenities he used to enjoy. he will be brought before the lord of the universe to be judged.</w:t>
      </w:r>
    </w:p>
    <w:p>
      <w:pPr>
        <w:jc w:val="right"/>
      </w:pPr>
      <w:r>
        <w:t>ही पोसेसेस एंड एवरी पावर, व्हिच ही व्हील्स इन दिस एफेमरल वर्ल्ड, आर म्यूर टूल्स टू टेस्ट हिम। नथिंग दैट ही हैज़ विल लास्ट। एवरीथिंग विल बी टेकन अवे फ्रॉम हिम। ही विल बी स्ट्रिप्ड ऑफ़ इवन द मोस्ट बेसिक ऑफ़ द वर्ल्डली अम्युनिटीज ही यूज़ टू एन्जॉय। ही विल बी ब्रॉट बिफोर द लॉर्ड ऑफ़ द यूनिवर्स टू बी जज्ड।</w:t>
      </w:r>
    </w:p>
    <w:p>
      <w:r>
        <w:rPr>
          <w:b/>
        </w:rPr>
        <w:t xml:space="preserve">[04:04] </w:t>
      </w:r>
      <w:r>
        <w:t>all disparity between human beings will disappear on the day of judgment.</w:t>
      </w:r>
    </w:p>
    <w:p>
      <w:pPr>
        <w:jc w:val="right"/>
      </w:pPr>
      <w:r>
        <w:t>ऑल डिस्पैरिटी बिटवीन ह्यूमन बीइंग्स विल डिसअपीयर ऑन द डे ऑफ़ जजमेंट।</w:t>
      </w:r>
    </w:p>
    <w:p>
      <w:r>
        <w:rPr>
          <w:b/>
        </w:rPr>
        <w:t xml:space="preserve">[04:09] </w:t>
      </w:r>
      <w:r>
        <w:t>fear of god will seal everybody's tongue.</w:t>
      </w:r>
    </w:p>
    <w:p>
      <w:pPr>
        <w:jc w:val="right"/>
      </w:pPr>
      <w:r>
        <w:t>फियर ऑफ़ गॉड विल सील एवरीबॉडीज़ टंग।</w:t>
      </w:r>
    </w:p>
    <w:p>
      <w:r>
        <w:rPr>
          <w:b/>
        </w:rPr>
        <w:t xml:space="preserve">[04:12] </w:t>
      </w:r>
      <w:r>
        <w:t>injustice will benefit no one.</w:t>
      </w:r>
    </w:p>
    <w:p>
      <w:pPr>
        <w:jc w:val="right"/>
      </w:pPr>
      <w:r>
        <w:t>इनजस्टिस विल बेनिफिट नो वन।</w:t>
      </w:r>
    </w:p>
    <w:p>
      <w:r>
        <w:rPr>
          <w:b/>
        </w:rPr>
        <w:t xml:space="preserve">[04:15] </w:t>
      </w:r>
      <w:r>
        <w:t>truth will be inescapable.</w:t>
      </w:r>
    </w:p>
    <w:p>
      <w:pPr>
        <w:jc w:val="right"/>
      </w:pPr>
      <w:r>
        <w:t>ट्रुथ विल बी इनएस्केपेबल।</w:t>
      </w:r>
    </w:p>
    <w:p>
      <w:r>
        <w:rPr>
          <w:b/>
        </w:rPr>
        <w:t xml:space="preserve">[04:17] </w:t>
      </w:r>
      <w:r>
        <w:t>man will stand alone.</w:t>
      </w:r>
    </w:p>
    <w:p>
      <w:pPr>
        <w:jc w:val="right"/>
      </w:pPr>
      <w:r>
        <w:t>मैन विल स्टैंड अलोन।</w:t>
      </w:r>
    </w:p>
    <w:p>
      <w:r>
        <w:rPr>
          <w:b/>
        </w:rPr>
        <w:t xml:space="preserve">[04:19] </w:t>
      </w:r>
      <w:r>
        <w:t>he will be answerable for his actions to God.</w:t>
      </w:r>
    </w:p>
    <w:p>
      <w:pPr>
        <w:jc w:val="right"/>
      </w:pPr>
      <w:r>
        <w:t>ही विल बी आंसरबल फॉर हिज़ एक्शंस टू गॉड।</w:t>
      </w:r>
    </w:p>
    <w:p>
      <w:r>
        <w:rPr>
          <w:b/>
        </w:rPr>
        <w:t xml:space="preserve">[04:22] </w:t>
      </w:r>
      <w:r>
        <w:t>referring to the concept of accountability, the Quran says, "when the sky is cleft asunder, and when</w:t>
      </w:r>
    </w:p>
    <w:p>
      <w:pPr>
        <w:jc w:val="right"/>
      </w:pPr>
      <w:r>
        <w:t>रेफरिंग टू द कॉन्सेप्ट ऑफ़ अकाउंटेबिलिटी, द कुरान सेस, "व्हेन द स्काई इज़ क्लेफ्ट अस अंडर, एंड व्हेन</w:t>
      </w:r>
    </w:p>
    <w:p>
      <w:r>
        <w:rPr>
          <w:b/>
        </w:rPr>
        <w:t xml:space="preserve">[04:29] </w:t>
      </w:r>
      <w:r>
        <w:t>the stars are scattered, when the seas overflow, and when the graves are laid open, then</w:t>
      </w:r>
    </w:p>
    <w:p>
      <w:pPr>
        <w:jc w:val="right"/>
      </w:pPr>
      <w:r>
        <w:t>द स्टार्स आर स्कैटर्ड, व्हेन द सीज़ ओवरफ्लो, एंड व्हेन द ग्रेव्स आर लेड ओपन, देन</w:t>
      </w:r>
    </w:p>
    <w:p>
      <w:r>
        <w:rPr>
          <w:b/>
        </w:rPr>
        <w:t xml:space="preserve">[04:35] </w:t>
      </w:r>
      <w:r>
        <w:t>everyone will know what he has sent ahead and what he has left behind." o man, what is it that lures you away from your bountiful sustainer, who created you, fashioned you, and proportioned you in whatever form he</w:t>
      </w:r>
    </w:p>
    <w:p>
      <w:pPr>
        <w:jc w:val="right"/>
      </w:pPr>
      <w:r>
        <w:t>एवरीवन विल नो व्हाट ही हैज़ सेंट अहेड एंड व्हाट ही हैज़ लेफ्ट बिहाइंड।" ओ मैन, व्हाट इज़ इट दैट लूज़ यू अवे फ्रॉम योर बाउंडफुल सस्टेनर, हु क्रिएटेड यू, फैशन यू, एंड प्रोपोर्शन यू इन व्हाटएवर फॉर्म ही प</w:t>
      </w:r>
    </w:p>
    <w:p>
      <w:r>
        <w:rPr>
          <w:b/>
        </w:rPr>
        <w:t xml:space="preserve">[04:51] </w:t>
      </w:r>
      <w:r>
        <w:t>pleased? yet you deny the last judgment. surely, there are guardians watching over you, noble recorders, who know all that you do. the virtuous will dwell in bliss, whereas the wicked will be in hell, which they shall enter on the day of judgment, and from which they will find no escape. what will make you realize what the day of judgment will be?</w:t>
      </w:r>
    </w:p>
    <w:p>
      <w:pPr>
        <w:jc w:val="right"/>
      </w:pPr>
      <w:r>
        <w:t>्लीज़्ड? यट यू डिनाई द लास्ट जजमेंट। श्योरली, देयर आर गार्डियंस वाचिंग ओवर यू, नोबल रिकॉर्डर्स, हु नो ऑल दैट यू डू। द वर्चुअस विल ड्वेल इन ब्लिस, वेयर एज़ द विकेट विल बी इन हेल, व्हिच दे शैल एंटर ऑन द डे ऑफ़ जजमेंट, एंड फ्रॉम व्हिच दे विल फाइंड नो एस्केप। व्हाट विल मेक यू रियलाइज़ व्हाट द डे ऑफ़ जजमेंट विल बी?</w:t>
      </w:r>
    </w:p>
    <w:p>
      <w:r>
        <w:rPr>
          <w:b/>
        </w:rPr>
        <w:t xml:space="preserve">[05:15] </w:t>
      </w:r>
      <w:r>
        <w:t>? it will be a day when no human being shall be of the least avail to any other human being. god alone will hold command on that day. chapter 82, verses 1 to 19. given the gravity of this certain catastrophe, it is ironic that people are most forgetful of the judgment day. people fail to realize that their own inadequacies should be their prime concern, not those of others. the only time they feel concern</w:t>
      </w:r>
    </w:p>
    <w:p>
      <w:pPr>
        <w:jc w:val="right"/>
      </w:pPr>
      <w:r>
        <w:t>अगेन, व्हाट विल मेक यू रियलाइज़ व्हाट द डे ऑफ़ जजमेंट विल बी</w:t>
      </w:r>
    </w:p>
    <w:p>
      <w:r>
        <w:rPr>
          <w:b/>
        </w:rPr>
        <w:t xml:space="preserve">[05:19] </w:t>
      </w:r>
      <w:r>
        <w:t>? it will be a day when no human being shall be of the least avail to any</w:t>
      </w:r>
    </w:p>
    <w:p>
      <w:pPr>
        <w:jc w:val="right"/>
      </w:pPr>
      <w:r>
        <w:t>? इट विल बी अ डे व्हेन नो ह्यूमन बीइंग शैल बी ऑफ़ द लीस्ट अवेल्ड टू एनी</w:t>
      </w:r>
    </w:p>
    <w:p>
      <w:r>
        <w:rPr>
          <w:b/>
        </w:rPr>
        <w:t xml:space="preserve">[05:24] </w:t>
      </w:r>
      <w:r>
        <w:t>other human being.</w:t>
      </w:r>
    </w:p>
    <w:p>
      <w:pPr>
        <w:jc w:val="right"/>
      </w:pPr>
      <w:r>
        <w:t>अदर ह्यूमन बीइंग।</w:t>
      </w:r>
    </w:p>
    <w:p>
      <w:r>
        <w:rPr>
          <w:b/>
        </w:rPr>
        <w:t xml:space="preserve">[05:25] </w:t>
      </w:r>
      <w:r>
        <w:t>God alone will hold command on that day.</w:t>
      </w:r>
    </w:p>
    <w:p>
      <w:pPr>
        <w:jc w:val="right"/>
      </w:pPr>
      <w:r>
        <w:t>गॉड अलोन विल होल्ड कमांड ऑन दैट डे।</w:t>
      </w:r>
    </w:p>
    <w:p>
      <w:r>
        <w:rPr>
          <w:b/>
        </w:rPr>
        <w:t xml:space="preserve">[05:28] </w:t>
      </w:r>
      <w:r>
        <w:t>chapter 82, verses 1 to 19.</w:t>
      </w:r>
    </w:p>
    <w:p>
      <w:pPr>
        <w:jc w:val="right"/>
      </w:pPr>
      <w:r>
        <w:t>चैप्टर 82, वर्सेस 1 टू 19।</w:t>
      </w:r>
    </w:p>
    <w:p>
      <w:r>
        <w:rPr>
          <w:b/>
        </w:rPr>
        <w:t xml:space="preserve">[05:31] </w:t>
      </w:r>
      <w:r>
        <w:t>given the gravity of this certain catastrophe, it is ironic that people are most forgetful of the judgment</w:t>
      </w:r>
    </w:p>
    <w:p>
      <w:pPr>
        <w:jc w:val="right"/>
      </w:pPr>
      <w:r>
        <w:t>गिवन द ग्रेविटी ऑफ़ दिस सर्टेन कैटास्ट्रोफी, इट इज़ आयरॉनिक दैट पीपल आर मोस्ट फॉरगेटफुल ऑफ़ द जजमेंट</w:t>
      </w:r>
    </w:p>
    <w:p>
      <w:r>
        <w:rPr>
          <w:b/>
        </w:rPr>
        <w:t xml:space="preserve">[05:39] </w:t>
      </w:r>
      <w:r>
        <w:t>day. people fail to realize that their own inadequacies should be their prime concern, not those of others.</w:t>
      </w:r>
    </w:p>
    <w:p>
      <w:pPr>
        <w:jc w:val="right"/>
      </w:pPr>
      <w:r>
        <w:t>डे। पीपल फेल टू रियलाइज़ दैट देयर ओन इनएडिक्वेसीज़ शुड बी देयर प्राइम कंसर्न, नॉट थोज़ ऑफ़ अदर्स।</w:t>
      </w:r>
    </w:p>
    <w:p>
      <w:r>
        <w:rPr>
          <w:b/>
        </w:rPr>
        <w:t xml:space="preserve">[05:47] </w:t>
      </w:r>
      <w:r>
        <w:t>the only time they feel concern</w:t>
      </w:r>
    </w:p>
    <w:p>
      <w:pPr>
        <w:jc w:val="right"/>
      </w:pPr>
      <w:r>
        <w:t>द ओनली टाइम दे फील कंसर्न</w:t>
      </w:r>
    </w:p>
    <w:p>
      <w:r>
        <w:rPr>
          <w:b/>
        </w:rPr>
        <w:t xml:space="preserve">[05:49] </w:t>
      </w:r>
      <w:r>
        <w:t>with themselves is when their comforts, conveniences, safety are threatened.</w:t>
      </w:r>
    </w:p>
    <w:p>
      <w:pPr>
        <w:jc w:val="right"/>
      </w:pPr>
      <w:r>
        <w:t>विथ देमसेल्व्स इज़ व्हेन देयर कंफर्ट्स, कन्वीनियंस, सेफ्टी आर थ्रेटेंड।</w:t>
      </w:r>
    </w:p>
    <w:p>
      <w:r>
        <w:rPr>
          <w:b/>
        </w:rPr>
        <w:t xml:space="preserve">[05:55] </w:t>
      </w:r>
      <w:r>
        <w:t>then they make strenuous efforts to see that these aspects of their life should never be challenged in</w:t>
      </w:r>
    </w:p>
    <w:p>
      <w:pPr>
        <w:jc w:val="right"/>
      </w:pPr>
      <w:r>
        <w:t>देन दे मेक स्ट्रेनियस एफर्ट्स टू सी दैट दीज़ एस्पेक्ट्स ऑफ़ देयर लाइफ शुड नेवर बी चैलेंज्ड इन</w:t>
      </w:r>
    </w:p>
    <w:p>
      <w:r>
        <w:rPr>
          <w:b/>
        </w:rPr>
        <w:t xml:space="preserve">[06:02] </w:t>
      </w:r>
      <w:r>
        <w:t>any way. but just as a hungry man thinks first and foremost of his own hunger, so should</w:t>
      </w:r>
    </w:p>
    <w:p>
      <w:pPr>
        <w:jc w:val="right"/>
      </w:pPr>
      <w:r>
        <w:t>एनी वे। बट जस्ट एज़ अ हंग्री मैन थिंक्स फर्स्ट एंड फोरमोस्ट ऑफ़ हिज़ ओन हंगर, सो शुड</w:t>
      </w:r>
    </w:p>
    <w:p>
      <w:r>
        <w:rPr>
          <w:b/>
        </w:rPr>
        <w:t xml:space="preserve">[06:08] </w:t>
      </w:r>
      <w:r>
        <w:t>a moral social being think first and foremost of his own conduct, and not of his own convenience,</w:t>
      </w:r>
    </w:p>
    <w:p>
      <w:pPr>
        <w:jc w:val="right"/>
      </w:pPr>
      <w:r>
        <w:t>अ मोरल सोशल बीइंग थिंक फर्स्ट एंड फोरमोस्ट ऑफ़ हिज़ ओन कॉन्डक्ट, एंड नॉट ऑफ़ हिज़ ओन कन्वीनियंस,</w:t>
      </w:r>
    </w:p>
    <w:p>
      <w:r>
        <w:rPr>
          <w:b/>
        </w:rPr>
        <w:t xml:space="preserve">[06:15] </w:t>
      </w:r>
      <w:r>
        <w:t>or of the faults of others.</w:t>
      </w:r>
    </w:p>
    <w:p>
      <w:pPr>
        <w:jc w:val="right"/>
      </w:pPr>
      <w:r>
        <w:t>ऑर ऑफ़ द फॉल्स ऑफ़ अदर्स।</w:t>
      </w:r>
    </w:p>
    <w:p>
      <w:r>
        <w:rPr>
          <w:b/>
        </w:rPr>
        <w:t xml:space="preserve">[06:17] </w:t>
      </w:r>
      <w:r>
        <w:t>it will only be when the day of judgment is</w:t>
      </w:r>
    </w:p>
    <w:p>
      <w:pPr>
        <w:jc w:val="right"/>
      </w:pPr>
      <w:r>
        <w:t>इट विल ओनली बी व्हेन द डे ऑफ़ जजमेंट इज़</w:t>
      </w:r>
    </w:p>
    <w:p>
      <w:r>
        <w:rPr>
          <w:b/>
        </w:rPr>
        <w:t xml:space="preserve">[06:19] </w:t>
      </w:r>
      <w:r>
        <w:t>upon us, and the truth made plain that this realization will come to man.</w:t>
      </w:r>
    </w:p>
    <w:p>
      <w:pPr>
        <w:jc w:val="right"/>
      </w:pPr>
      <w:r>
        <w:t>अपॉन अस, एंड द ट्रुथ मेड प्लेन दैट दिस रियलाइज़ेशन विल कम टू मैन।</w:t>
      </w:r>
    </w:p>
    <w:p>
      <w:r>
        <w:rPr>
          <w:b/>
        </w:rPr>
        <w:t xml:space="preserve">[06:26] </w:t>
      </w:r>
      <w:r>
        <w:t>on that day, will everyone be held accountable for their deeds.</w:t>
      </w:r>
    </w:p>
    <w:p>
      <w:pPr>
        <w:jc w:val="right"/>
      </w:pPr>
      <w:r>
        <w:t>ऑन दैट डे, विल एवरीवन बी हेल्ड अकाउंटेबल फॉर देयर डीड्स।</w:t>
      </w:r>
    </w:p>
    <w:p>
      <w:r>
        <w:rPr>
          <w:b/>
        </w:rPr>
        <w:t xml:space="preserve">[06:30] </w:t>
      </w:r>
      <w:r>
        <w:t>therefore, it follows that the belief in the day of judgment is linked with the belief that man</w:t>
      </w:r>
    </w:p>
    <w:p>
      <w:pPr>
        <w:jc w:val="right"/>
      </w:pPr>
      <w:r>
        <w:t>देयरफोर, इट फॉलोज़ दैट द बिलीफ इन द डे ऑफ़ जजमेंट इज़ लिंक्ड विथ द बिलीफ दैट मैन</w:t>
      </w:r>
    </w:p>
    <w:p>
      <w:r>
        <w:rPr>
          <w:b/>
        </w:rPr>
        <w:t xml:space="preserve">[06:37] </w:t>
      </w:r>
      <w:r>
        <w:t>is accountable to God.</w:t>
      </w:r>
    </w:p>
    <w:p>
      <w:pPr>
        <w:jc w:val="right"/>
      </w:pPr>
      <w:r>
        <w:t>इज़ अकाउंटेबल टू गॉड।</w:t>
      </w:r>
    </w:p>
    <w:p>
      <w:r>
        <w:rPr>
          <w:b/>
        </w:rPr>
        <w:t xml:space="preserve">[06:39] </w:t>
      </w:r>
      <w:r>
        <w:t>he is being watched by God, and his actions are being recorded by God's angels.</w:t>
      </w:r>
    </w:p>
    <w:p>
      <w:pPr>
        <w:jc w:val="right"/>
      </w:pPr>
      <w:r>
        <w:t>ही इज़ बीइंग वॉश्ड बाय गॉड, एंड हिज़ एक्शंस आर बीइंग रिकॉर्डेड बाय गॉड्स एंजल्स।</w:t>
      </w:r>
    </w:p>
    <w:p>
      <w:r>
        <w:rPr>
          <w:b/>
        </w:rPr>
        <w:t xml:space="preserve">[06:45] </w:t>
      </w:r>
      <w:r>
        <w:t>though he is free in this world.</w:t>
      </w:r>
    </w:p>
    <w:p>
      <w:pPr>
        <w:jc w:val="right"/>
      </w:pPr>
      <w:r>
        <w:t>दो ही इज़ फ्री इन दिस वर्ल्ड।</w:t>
      </w:r>
    </w:p>
    <w:p>
      <w:r>
        <w:rPr>
          <w:b/>
        </w:rPr>
        <w:t xml:space="preserve">[06:47] </w:t>
      </w:r>
      <w:r>
        <w:t>in the next world, he will be held accountable</w:t>
      </w:r>
    </w:p>
    <w:p>
      <w:pPr>
        <w:jc w:val="right"/>
      </w:pPr>
      <w:r>
        <w:t>इन द नेक्स्ट वर्ल्ड, ही विल बी हेल्ड अकाउंटेबल</w:t>
      </w:r>
    </w:p>
    <w:p>
      <w:r>
        <w:rPr>
          <w:b/>
        </w:rPr>
        <w:t xml:space="preserve">[06:50] </w:t>
      </w:r>
      <w:r>
        <w:t>for every thought, speech, and action that he made in this world.</w:t>
      </w:r>
    </w:p>
    <w:p>
      <w:pPr>
        <w:jc w:val="right"/>
      </w:pPr>
      <w:r>
        <w:t>फॉर एवरी थॉट, स्पीच, एंड एक्शन दैट ही मेड इन दिस वर्ल्ड।</w:t>
      </w:r>
    </w:p>
    <w:p>
      <w:r>
        <w:rPr>
          <w:b/>
        </w:rPr>
        <w:t xml:space="preserve">[06:56] </w:t>
      </w:r>
      <w:r>
        <w:t>let us now see how the concept of the day of judgement is embedded in human nature.</w:t>
      </w:r>
    </w:p>
    <w:p>
      <w:pPr>
        <w:jc w:val="right"/>
      </w:pPr>
      <w:r>
        <w:t>लेट अस नाउ सी हाउ द कॉन्सेप्ट ऑफ़ द डे ऑफ़ जजमेंट इज़ एम्बेडेड इन ह्यूमन नेचर।</w:t>
      </w:r>
    </w:p>
    <w:p>
      <w:r>
        <w:rPr>
          <w:b/>
        </w:rPr>
        <w:t xml:space="preserve">[07:02] </w:t>
      </w:r>
      <w:r>
        <w:t>the present world is full of strange paradoxes.</w:t>
      </w:r>
    </w:p>
    <w:p>
      <w:pPr>
        <w:jc w:val="right"/>
      </w:pPr>
      <w:r>
        <w:t>द प्रेजेंट वर्ल्ड इज़ फुल ऑफ़ स्ट्रेंज पैराडॉक्सेस।</w:t>
      </w:r>
    </w:p>
    <w:p>
      <w:r>
        <w:rPr>
          <w:b/>
        </w:rPr>
        <w:t xml:space="preserve">[07:05] </w:t>
      </w:r>
      <w:r>
        <w:t>here, birds chant hymns of divine praise, while man recites eulogies to himself.</w:t>
      </w:r>
    </w:p>
    <w:p>
      <w:pPr>
        <w:jc w:val="right"/>
      </w:pPr>
      <w:r>
        <w:t>हियर, बर्ड्स चांट हिम्स ऑफ़ डिवाइन प्रेज़, व्हाइल मैन रिसइट्स यूलॉजीज़ टू हिमसेल्फ।</w:t>
      </w:r>
    </w:p>
    <w:p>
      <w:r>
        <w:rPr>
          <w:b/>
        </w:rPr>
        <w:t xml:space="preserve">[07:12] </w:t>
      </w:r>
      <w:r>
        <w:t>stars and planets continue their voyages without clashing with one another, while man willfully sets himself on a</w:t>
      </w:r>
    </w:p>
    <w:p>
      <w:pPr>
        <w:jc w:val="right"/>
      </w:pPr>
      <w:r>
        <w:t>स्टार्स एंड प्लैनेट्स कंटिन्यू देयर वॉयेजेस विदाउट क्लशिंग विथ वन अनदर, व्हाइल मैन विलफुली सेट्स हिमसेल्फ ऑन अ</w:t>
      </w:r>
    </w:p>
    <w:p>
      <w:r>
        <w:rPr>
          <w:b/>
        </w:rPr>
        <w:t xml:space="preserve">[07:20] </w:t>
      </w:r>
      <w:r>
        <w:t>collision course with others.</w:t>
      </w:r>
    </w:p>
    <w:p>
      <w:pPr>
        <w:jc w:val="right"/>
      </w:pPr>
      <w:r>
        <w:t>कोलिजन कोर्स विथ अदर्स।</w:t>
      </w:r>
    </w:p>
    <w:p>
      <w:r>
        <w:rPr>
          <w:b/>
        </w:rPr>
        <w:t xml:space="preserve">[07:22] </w:t>
      </w:r>
      <w:r>
        <w:t>in this world, there is no tree which undermines another, but men spend their lives plotting one another</w:t>
      </w:r>
    </w:p>
    <w:p>
      <w:pPr>
        <w:jc w:val="right"/>
      </w:pPr>
      <w:r>
        <w:t>इन दिस वर्ल्ड, देयर इज़ नो ट्री व्हिच अंडरमाइंस अनदर, बट मेन्स स्पेंड देयर लाइफ्स प्लॉटिंग वन अनदर</w:t>
      </w:r>
    </w:p>
    <w:p>
      <w:r>
        <w:rPr>
          <w:b/>
        </w:rPr>
        <w:t xml:space="preserve">[07:29] </w:t>
      </w:r>
      <w:r>
        <w:t>destruction. lofty, upright trees show their meekness by casting their shadows on the ground.</w:t>
      </w:r>
    </w:p>
    <w:p>
      <w:pPr>
        <w:jc w:val="right"/>
      </w:pPr>
      <w:r>
        <w:t>डिस्ट्रक्शन। लॉफ्टी, अपराइट ट्रीज़ शो देयर मीकनेस बाय कास्टिंग देयर शैडोज़ ऑन द ग्राउंड।</w:t>
      </w:r>
    </w:p>
    <w:p>
      <w:r>
        <w:rPr>
          <w:b/>
        </w:rPr>
        <w:t xml:space="preserve">[07:36] </w:t>
      </w:r>
      <w:r>
        <w:t>but if man ascends to any heights, he immediately becomes arrogant.</w:t>
      </w:r>
    </w:p>
    <w:p>
      <w:pPr>
        <w:jc w:val="right"/>
      </w:pPr>
      <w:r>
        <w:t>बट इफ मैन असेंड्स टू एनी हाइट्स, ही इमीडिएटली बिकम्स एरोगेंट।</w:t>
      </w:r>
    </w:p>
    <w:p>
      <w:r>
        <w:rPr>
          <w:b/>
        </w:rPr>
        <w:t xml:space="preserve">[07:41] </w:t>
      </w:r>
      <w:r>
        <w:t>this attitude of man's is totally contrary to god's will for his entire creation.</w:t>
      </w:r>
    </w:p>
    <w:p>
      <w:pPr>
        <w:jc w:val="right"/>
      </w:pPr>
      <w:r>
        <w:t>दिस एटीट्यूड ऑफ़ मैन्स इज़ टोटली कॉन्ट्ररी टू गॉड्स विल फॉर हिज़ एंटायर क्रिएशन।</w:t>
      </w:r>
    </w:p>
    <w:p>
      <w:r>
        <w:rPr>
          <w:b/>
        </w:rPr>
        <w:t xml:space="preserve">[07:48] </w:t>
      </w:r>
      <w:r>
        <w:t>this state of affairs demands that there</w:t>
      </w:r>
    </w:p>
    <w:p>
      <w:pPr>
        <w:jc w:val="right"/>
      </w:pPr>
      <w:r>
        <w:t>दिस स्टेट ऑफ़ अफेयर्स डिमांड्स दैट देयर</w:t>
      </w:r>
    </w:p>
    <w:p>
      <w:r>
        <w:rPr>
          <w:b/>
        </w:rPr>
        <w:t xml:space="preserve">[07:50] </w:t>
      </w:r>
      <w:r>
        <w:t>must be a world where everyone gets what one deserves.</w:t>
      </w:r>
    </w:p>
    <w:p>
      <w:pPr>
        <w:jc w:val="right"/>
      </w:pPr>
      <w:r>
        <w:t>मस्ट बी अ वर्ल्ड वेयर एवरीवन गेट्स व्हाट वन डिज़र्व्स।</w:t>
      </w:r>
    </w:p>
    <w:p>
      <w:r>
        <w:rPr>
          <w:b/>
        </w:rPr>
        <w:t xml:space="preserve">[07:55] </w:t>
      </w:r>
      <w:r>
        <w:t>dooms day shall erase this paradoxes.</w:t>
      </w:r>
    </w:p>
    <w:p>
      <w:pPr>
        <w:jc w:val="right"/>
      </w:pPr>
      <w:r>
        <w:t>डूम्स डे शैल इरेज़ दिस पैराडॉक्सेस।</w:t>
      </w:r>
    </w:p>
    <w:p>
      <w:r>
        <w:rPr>
          <w:b/>
        </w:rPr>
        <w:t xml:space="preserve">[07:57] </w:t>
      </w:r>
      <w:r>
        <w:t>the might of all except god shall be eradicated.</w:t>
      </w:r>
    </w:p>
    <w:p>
      <w:pPr>
        <w:jc w:val="right"/>
      </w:pPr>
      <w:r>
        <w:t>द माइट ऑफ़ ऑल एक्सेप्ट गॉड शैल बी इराडिकेटेड।</w:t>
      </w:r>
    </w:p>
    <w:p>
      <w:r>
        <w:rPr>
          <w:b/>
        </w:rPr>
        <w:t xml:space="preserve">[08:02] </w:t>
      </w:r>
      <w:r>
        <w:t>when this period of trial has run its course, god will destroy the present world and create another</w:t>
      </w:r>
    </w:p>
    <w:p>
      <w:pPr>
        <w:jc w:val="right"/>
      </w:pPr>
      <w:r>
        <w:t>व्हेन दिस पीरियड ऑफ़ ट्रायल हैज़ रन इट्स कोर्स, गॉड विल डिस्ट्रॉय द प्रेजेंट वर्ल्ड एंड क्रिएट अनदर</w:t>
      </w:r>
    </w:p>
    <w:p>
      <w:r>
        <w:rPr>
          <w:b/>
        </w:rPr>
        <w:t xml:space="preserve">[08:08] </w:t>
      </w:r>
      <w:r>
        <w:t>one. there, the righteous and the wicked will be separated from one another.</w:t>
      </w:r>
    </w:p>
    <w:p>
      <w:pPr>
        <w:jc w:val="right"/>
      </w:pPr>
      <w:r>
        <w:t>वन। देयर, द राइटियस एंड द विकेट विल बी सेपरेटेड फ्रॉम वन अनदर।</w:t>
      </w:r>
    </w:p>
    <w:p>
      <w:r>
        <w:rPr>
          <w:b/>
        </w:rPr>
        <w:t xml:space="preserve">[08:14] </w:t>
      </w:r>
      <w:r>
        <w:t>the former will reside in paradise, and the latter will have to face deprivation and regret.</w:t>
      </w:r>
    </w:p>
    <w:p>
      <w:pPr>
        <w:jc w:val="right"/>
      </w:pPr>
      <w:r>
        <w:t>द फॉर्मर विल रिसइड इन पैराडाइस, एंड द लैटर विल हैव टू फेस डिप्रिवेशन एंड रिग्रेट।</w:t>
      </w:r>
    </w:p>
    <w:p>
      <w:r>
        <w:rPr>
          <w:b/>
        </w:rPr>
        <w:t xml:space="preserve">[08:20] </w:t>
      </w:r>
      <w:r>
        <w:t>today,</w:t>
      </w:r>
    </w:p>
    <w:p>
      <w:pPr>
        <w:jc w:val="right"/>
      </w:pPr>
      <w:r>
        <w:t>टुडे,</w:t>
      </w:r>
    </w:p>
    <w:p>
      <w:r>
        <w:rPr>
          <w:b/>
        </w:rPr>
        <w:t xml:space="preserve">[08:21] </w:t>
      </w:r>
      <w:r>
        <w:t>the world of god appears to be silent, but on the day of judgment, everything will be given the power of speech. present day inventions and discoveries have proved that even lifeless objects have the power of speech. studio performances can be fully replayed by recording sets. similarly,</w:t>
      </w:r>
    </w:p>
    <w:p>
      <w:pPr>
        <w:jc w:val="right"/>
      </w:pPr>
      <w:r>
        <w:t>द वर्ल्ड ऑफ़ गॉड अपीयर्स टू बी साइलेंट, बट ऑन द डे ऑफ़ जजमेंट, एवरीथिंग विल बी गिवन द पावर ऑफ़ स्पीच। प्रेजेंट डे इन्वेंशंस एंड डिस्कवरीज़ हैव प्रूव्ड दैट इवन लाइफलेस ऑब्जेक्ट्स हैव द पावर ऑफ़ स्पीच। स्टूडियो परफॉर्मेंसेस कैन बी फुल्ली रिप्लेड बाय रिकॉर्डिंग सेट्स। सिमिलरली,</w:t>
      </w:r>
    </w:p>
    <w:p>
      <w:r>
        <w:rPr>
          <w:b/>
        </w:rPr>
        <w:t xml:space="preserve">[08:42] </w:t>
      </w:r>
      <w:r>
        <w:t>the present world is like a huge divine studio.</w:t>
      </w:r>
    </w:p>
    <w:p>
      <w:pPr>
        <w:jc w:val="right"/>
      </w:pPr>
      <w:r>
        <w:t>द प्रेजेंट वर्ल्ड इज़ लाइक अ ह्यूज डिवाइन स्टूडियो।</w:t>
      </w:r>
    </w:p>
    <w:p>
      <w:r>
        <w:rPr>
          <w:b/>
        </w:rPr>
        <w:t xml:space="preserve">[08:45] </w:t>
      </w:r>
      <w:r>
        <w:t>whatever man does or says is being preserved at every moment, and when the time comes, the story</w:t>
      </w:r>
    </w:p>
    <w:p>
      <w:pPr>
        <w:jc w:val="right"/>
      </w:pPr>
      <w:r>
        <w:t>व्हाटएवर मैन डज़ ऑर सेज़ इज़ बीइंग प्रिजर्व्ड एट एवरी मोमेंट, एंड व्हेन द टाइम कमज़, द स्टोरी</w:t>
      </w:r>
    </w:p>
    <w:p>
      <w:r>
        <w:rPr>
          <w:b/>
        </w:rPr>
        <w:t xml:space="preserve">[08:53] </w:t>
      </w:r>
      <w:r>
        <w:t>of everyone will be repeated in such a way that neither great nor small sayings and doings will</w:t>
      </w:r>
    </w:p>
    <w:p>
      <w:pPr>
        <w:jc w:val="right"/>
      </w:pPr>
      <w:r>
        <w:t>ऑफ़ एवरीवन विल बी रिपीटेड इन सच अ वे दैट नाइदर ग्रेट नॉर स्मॉल सेइंग्स एंड डूइंग्स विल</w:t>
      </w:r>
    </w:p>
    <w:p>
      <w:r>
        <w:rPr>
          <w:b/>
        </w:rPr>
        <w:t xml:space="preserve">[08:59] </w:t>
      </w:r>
      <w:r>
        <w:t>escape god's attention.</w:t>
      </w:r>
    </w:p>
    <w:p>
      <w:pPr>
        <w:jc w:val="right"/>
      </w:pPr>
      <w:r>
        <w:t>एस्केप गॉड्स अटेंशन।</w:t>
      </w:r>
    </w:p>
    <w:p>
      <w:r>
        <w:rPr>
          <w:b/>
        </w:rPr>
        <w:t xml:space="preserve">[09:01] </w:t>
      </w:r>
      <w:r>
        <w:t>we must foresee the coming of that day before its arrival.</w:t>
      </w:r>
    </w:p>
    <w:p>
      <w:pPr>
        <w:jc w:val="right"/>
      </w:pPr>
      <w:r>
        <w:t>वी मस्ट फॉरसी द कमिंग ऑफ़ दैट डे बिफोर इट्स अराइवल।</w:t>
      </w:r>
    </w:p>
    <w:p>
      <w:r>
        <w:rPr>
          <w:b/>
        </w:rPr>
        <w:t xml:space="preserve">[09:05] </w:t>
      </w:r>
      <w:r>
        <w:t>those who fail to see it coming before it is upon them will have to pay dearly for</w:t>
      </w:r>
    </w:p>
    <w:p>
      <w:pPr>
        <w:jc w:val="right"/>
      </w:pPr>
      <w:r>
        <w:t>दोज़ हु फेल टू सी इट कमिंग बिफोर इट इज़ अपॉन देम विल हैव टू पे डियरली फॉर</w:t>
      </w:r>
    </w:p>
    <w:p>
      <w:r>
        <w:rPr>
          <w:b/>
        </w:rPr>
        <w:t xml:space="preserve">[09:11] </w:t>
      </w:r>
      <w:r>
        <w:t>their shortsightedness.</w:t>
      </w:r>
    </w:p>
    <w:p>
      <w:pPr>
        <w:jc w:val="right"/>
      </w:pPr>
      <w:r>
        <w:t>देयर शॉर्टसाइटेडनेस।</w:t>
      </w:r>
    </w:p>
    <w:p>
      <w:r>
        <w:rPr>
          <w:b/>
        </w:rPr>
        <w:t xml:space="preserve">[09:13] </w:t>
      </w:r>
      <w:r>
        <w:t>The present world may seem to lack nothing, but the order of this world has been established with</w:t>
      </w:r>
    </w:p>
    <w:p>
      <w:pPr>
        <w:jc w:val="right"/>
      </w:pPr>
      <w:r>
        <w:t>द प्रेजेंट वर्ल्ड मे सीम टू लैक नथिंग, बट द ऑर्डर ऑफ़ दिस वर्ल्ड हैज़ बीन एस्टैब्लिश्ड विथ</w:t>
      </w:r>
    </w:p>
    <w:p>
      <w:r>
        <w:rPr>
          <w:b/>
        </w:rPr>
        <w:t xml:space="preserve">[09:20] </w:t>
      </w:r>
      <w:r>
        <w:t>the trial of man in mind.</w:t>
      </w:r>
    </w:p>
    <w:p>
      <w:pPr>
        <w:jc w:val="right"/>
      </w:pPr>
      <w:r>
        <w:t>द ट्रायल ऑफ़ मैन इन माइंड।</w:t>
      </w:r>
    </w:p>
    <w:p>
      <w:r>
        <w:rPr>
          <w:b/>
        </w:rPr>
        <w:t xml:space="preserve">[09:22] </w:t>
      </w:r>
      <w:r>
        <w:t>According to God's scheme, only a world which leads up to reward and punishment can be considered ideal</w:t>
      </w:r>
    </w:p>
    <w:p>
      <w:pPr>
        <w:jc w:val="right"/>
      </w:pPr>
      <w:r>
        <w:t>अकॉर्डिंग टू गॉड्स स्कीम, ओनली अ वर्ल्ड व्हिच लीड्स अप टू रिवॉर्ड एंड पनिशमेंट कैन बी कंसीडर्ड आइडियल</w:t>
      </w:r>
    </w:p>
    <w:p>
      <w:r>
        <w:rPr>
          <w:b/>
        </w:rPr>
        <w:t xml:space="preserve">[09:29] </w:t>
      </w:r>
      <w:r>
        <w:t>and permanent. This is not the case in the present world.</w:t>
      </w:r>
    </w:p>
    <w:p>
      <w:pPr>
        <w:jc w:val="right"/>
      </w:pPr>
      <w:r>
        <w:t>एंड परमानेंट। दिस इज़ नॉट द केस इन द प्रेजेंट वर्ल्ड।</w:t>
      </w:r>
    </w:p>
    <w:p>
      <w:r>
        <w:rPr>
          <w:b/>
        </w:rPr>
        <w:t xml:space="preserve">[09:34] </w:t>
      </w:r>
      <w:r>
        <w:t>So, when the period of trial is over, God will destroy this world and create another one, more</w:t>
      </w:r>
    </w:p>
    <w:p>
      <w:pPr>
        <w:jc w:val="right"/>
      </w:pPr>
      <w:r>
        <w:t>सो, व्हेन द पीरियड ऑफ़ ट्रायल इज़ ओवर, गॉड विल डिस्ट्रॉय दिस वर्ल्ड एंड क्रिएट अनदर वन, मोर</w:t>
      </w:r>
    </w:p>
    <w:p>
      <w:r>
        <w:rPr>
          <w:b/>
        </w:rPr>
        <w:t xml:space="preserve">[09:40] </w:t>
      </w:r>
      <w:r>
        <w:t>complete one. There, the evil will be separated from</w:t>
      </w:r>
    </w:p>
    <w:p>
      <w:pPr>
        <w:jc w:val="right"/>
      </w:pPr>
      <w:r>
        <w:t>कंप्लीट वन। देयर, द इविल विल बी सेपरेटेड फ्रॉम</w:t>
      </w:r>
    </w:p>
    <w:p>
      <w:r>
        <w:rPr>
          <w:b/>
        </w:rPr>
        <w:t xml:space="preserve">[09:43] </w:t>
      </w:r>
      <w:r>
        <w:t>the righteous, and all will be confronted with the just consequences of their deeds.</w:t>
      </w:r>
    </w:p>
    <w:p>
      <w:pPr>
        <w:jc w:val="right"/>
      </w:pPr>
      <w:r>
        <w:t>द राइटियस, एंड ऑल विल बी कन्फ्रंटेड विथ द जस्ट कंसीक्वेंसेस ऑफ़ देयर डीड्स।</w:t>
      </w:r>
    </w:p>
    <w:p>
      <w:r>
        <w:rPr>
          <w:b/>
        </w:rPr>
        <w:t xml:space="preserve">[09:49] </w:t>
      </w:r>
      <w:r>
        <w:t>For the observance of proper behavior in this world, man requires only one thing.</w:t>
      </w:r>
    </w:p>
    <w:p>
      <w:pPr>
        <w:jc w:val="right"/>
      </w:pPr>
      <w:r>
        <w:t>फॉर द ऑब्जर्वेंस ऑफ़ प्रॉपर बिहेवियर इन दिस वर्ल्ड, मैन रिक्वायर्स ओनली वन थिंग।</w:t>
      </w:r>
    </w:p>
    <w:p>
      <w:r>
        <w:rPr>
          <w:b/>
        </w:rPr>
        <w:t xml:space="preserve">[09:55] </w:t>
      </w:r>
      <w:r>
        <w:t>A person should firmly remember that he is under divine surveillance at every moment.</w:t>
      </w:r>
    </w:p>
    <w:p>
      <w:pPr>
        <w:jc w:val="right"/>
      </w:pPr>
      <w:r>
        <w:t>ए पर्सन शुड फर्मली रिमेंबर दैट ही इज़ अंडर डिवाइन सर्वेलेंस एट एवरी मोमेंट।</w:t>
      </w:r>
    </w:p>
    <w:p>
      <w:r>
        <w:rPr>
          <w:b/>
        </w:rPr>
        <w:t xml:space="preserve">[10:02] </w:t>
      </w:r>
      <w:r>
        <w:t>The deeds of his entire life will be presented in the court of God.</w:t>
      </w:r>
    </w:p>
    <w:p>
      <w:pPr>
        <w:jc w:val="right"/>
      </w:pPr>
      <w:r>
        <w:t>द डीड्स ऑफ़ हिज़ एंटायर लाइफ विल बी प्रेजेंटेड इन द कोर्ट ऑफ़ गॉड।</w:t>
      </w:r>
    </w:p>
    <w:p>
      <w:r>
        <w:rPr>
          <w:b/>
        </w:rPr>
        <w:t xml:space="preserve">[10:07] </w:t>
      </w:r>
      <w:r>
        <w:t>Be these great or small, done secretly or publicly, everything will be there on record.</w:t>
      </w:r>
    </w:p>
    <w:p>
      <w:pPr>
        <w:jc w:val="right"/>
      </w:pPr>
      <w:r>
        <w:t>बी दीज़ ग्रेट ऑर स्मॉल, डन सीक्रेटली ऑर पब्लिकली, एवरीथिंग विल बी देयर ऑन रिकॉर्ड।</w:t>
      </w:r>
    </w:p>
    <w:p>
      <w:r>
        <w:rPr>
          <w:b/>
        </w:rPr>
        <w:t xml:space="preserve">[10:14] </w:t>
      </w:r>
      <w:r>
        <w:t>If man is fully convinced of this reality, he will be shaken completely even before the world is</w:t>
      </w:r>
    </w:p>
    <w:p>
      <w:pPr>
        <w:jc w:val="right"/>
      </w:pPr>
      <w:r>
        <w:t>इफ मैन इज़ फुल्ली कन्विंस्ड ऑफ़ दिस रियलिटी, ही विल बी शेकन कंप्लीटली इवन बिफोर द वर्ल्ड इज़</w:t>
      </w:r>
    </w:p>
    <w:p>
      <w:r>
        <w:rPr>
          <w:b/>
        </w:rPr>
        <w:t xml:space="preserve">[10:20] </w:t>
      </w:r>
      <w:r>
        <w:t>shaken. Before the all encompassing earthquake of Dooms Day, he will experience an earthquake in his own soul,</w:t>
      </w:r>
    </w:p>
    <w:p>
      <w:pPr>
        <w:jc w:val="right"/>
      </w:pPr>
      <w:r>
        <w:t>शेकन। बिफोर द ऑल एनकंपासिंग अर्थक्वेक ऑफ़ डूम्स डे, ही विल एक्सपीरियंस एन अर्थक्वेक इन हिज़ ओन सोल,</w:t>
      </w:r>
    </w:p>
    <w:p>
      <w:r>
        <w:rPr>
          <w:b/>
        </w:rPr>
        <w:t xml:space="preserve">[10:28] </w:t>
      </w:r>
      <w:r>
        <w:t>which will change him completely.</w:t>
      </w:r>
    </w:p>
    <w:p>
      <w:pPr>
        <w:jc w:val="right"/>
      </w:pPr>
      <w:r>
        <w:t>व्हिच विल चेंज हिम कंप्लीटली।</w:t>
      </w:r>
    </w:p>
    <w:p>
      <w:r>
        <w:rPr>
          <w:b/>
        </w:rPr>
        <w:t xml:space="preserve">[10:31] </w:t>
      </w:r>
      <w:r>
        <w:t>As a result, he will become his own keeper.</w:t>
      </w:r>
    </w:p>
    <w:p>
      <w:pPr>
        <w:jc w:val="right"/>
      </w:pPr>
      <w:r>
        <w:t>एज़ अ रिज़ल्ट, ही विल बिकम हिज़ ओन कीपर।</w:t>
      </w:r>
    </w:p>
    <w:p>
      <w:r>
        <w:rPr>
          <w:b/>
        </w:rPr>
        <w:t xml:space="preserve">[10:34] </w:t>
      </w:r>
      <w:r>
        <w:t>He will adopt a disciplined life instead of a life of indulgence.</w:t>
      </w:r>
    </w:p>
    <w:p>
      <w:pPr>
        <w:jc w:val="right"/>
      </w:pPr>
      <w:r>
        <w:t>ही विल अडॉप्ट अ डिसिप्लिन लाइफ इंस्टेड ऑफ़ अ लाइफ ऑफ़ इंडल्जेंस।</w:t>
      </w:r>
    </w:p>
    <w:p>
      <w:r>
        <w:rPr>
          <w:b/>
        </w:rPr>
        <w:t xml:space="preserve">[10:39] </w:t>
      </w:r>
      <w:r>
        <w:t>He will use his powers as guided by the command of God, instead of acting</w:t>
      </w:r>
    </w:p>
    <w:p>
      <w:pPr>
        <w:jc w:val="right"/>
      </w:pPr>
      <w:r>
        <w:t>ही विल यूज़ हिज़ पावर्स एस गाइडेड बाय द कमांड ऑफ़ गॉड, इंस्टेड ऑफ़ एक्टिंग</w:t>
      </w:r>
    </w:p>
    <w:p>
      <w:r>
        <w:rPr>
          <w:b/>
        </w:rPr>
        <w:t xml:space="preserve">[10:44] </w:t>
      </w:r>
      <w:r>
        <w:t>on his whims and desires.</w:t>
      </w:r>
    </w:p>
    <w:p>
      <w:pPr>
        <w:jc w:val="right"/>
      </w:pPr>
      <w:r>
        <w:t>ऑन हिज़ विम्स एंड डिज़ायर्स।</w:t>
      </w:r>
    </w:p>
    <w:p>
      <w:r>
        <w:rPr>
          <w:b/>
        </w:rPr>
        <w:t xml:space="preserve">[10:48] </w:t>
      </w:r>
      <w:r>
        <w:t>There is another approach to understand the Day of Judgment.</w:t>
      </w:r>
    </w:p>
    <w:p>
      <w:pPr>
        <w:jc w:val="right"/>
      </w:pPr>
      <w:r>
        <w:t>देयर इज़ अनदर अप्रोच टू अंडरस्टैंड द डे ऑफ़ जजमेंट।</w:t>
      </w:r>
    </w:p>
    <w:p>
      <w:r>
        <w:rPr>
          <w:b/>
        </w:rPr>
        <w:t xml:space="preserve">[10:51] </w:t>
      </w:r>
      <w:r>
        <w:t>We may call it psychological justification of the Day of Judgment.</w:t>
      </w:r>
    </w:p>
    <w:p>
      <w:pPr>
        <w:jc w:val="right"/>
      </w:pPr>
      <w:r>
        <w:t>वी मे कॉल इट साइकोलॉजिकल जस्टिफिकेशन ऑफ़ द डे ऑफ़ जजमेंट।</w:t>
      </w:r>
    </w:p>
    <w:p>
      <w:r>
        <w:rPr>
          <w:b/>
        </w:rPr>
        <w:t xml:space="preserve">[10:56] </w:t>
      </w:r>
      <w:r>
        <w:t>Everyone knows that killing innocent people and giving others weapons to kill them is a crime against God</w:t>
      </w:r>
    </w:p>
    <w:p>
      <w:pPr>
        <w:jc w:val="right"/>
      </w:pPr>
      <w:r>
        <w:t>एवरीवन नोस दैट किलिंग इनोसेंट पीपल एंड गिविंग अदर्स वेपन्स टू किल देम इज़ अ क्राइम अगेंस्ट गॉड</w:t>
      </w:r>
    </w:p>
    <w:p>
      <w:r>
        <w:rPr>
          <w:b/>
        </w:rPr>
        <w:t xml:space="preserve">[11:04] </w:t>
      </w:r>
      <w:r>
        <w:t>and humanity. Yet those who wield their power in this world continue to kill and even take pride</w:t>
      </w:r>
    </w:p>
    <w:p>
      <w:pPr>
        <w:jc w:val="right"/>
      </w:pPr>
      <w:r>
        <w:t>एंड ह्यूमैनिटी। यट दोज़ हु व्हील देयर पावर इन दिस वर्ल्ड कंटिन्यू टू किल एंड इवन टेक प्राइड</w:t>
      </w:r>
    </w:p>
    <w:p>
      <w:r>
        <w:rPr>
          <w:b/>
        </w:rPr>
        <w:t xml:space="preserve">[11:11] </w:t>
      </w:r>
      <w:r>
        <w:t>in their actions when it serves their interests.</w:t>
      </w:r>
    </w:p>
    <w:p>
      <w:pPr>
        <w:jc w:val="right"/>
      </w:pPr>
      <w:r>
        <w:t>इन देयर एक्शन व्हेन इट सर्व्स देयर इंटरेस्ट्स।</w:t>
      </w:r>
    </w:p>
    <w:p>
      <w:r>
        <w:rPr>
          <w:b/>
        </w:rPr>
        <w:t xml:space="preserve">[11:15] </w:t>
      </w:r>
      <w:r>
        <w:t>They</w:t>
      </w:r>
    </w:p>
    <w:p>
      <w:pPr>
        <w:jc w:val="right"/>
      </w:pPr>
      <w:r>
        <w:t>दे</w:t>
      </w:r>
    </w:p>
    <w:p>
      <w:r>
        <w:rPr>
          <w:b/>
        </w:rPr>
        <w:t xml:space="preserve">[11:15] </w:t>
      </w:r>
      <w:r>
        <w:t>think that there power gives them a license to kill.</w:t>
      </w:r>
    </w:p>
    <w:p>
      <w:pPr>
        <w:jc w:val="right"/>
      </w:pPr>
      <w:r>
        <w:t>थिंक दैट देयर पावर गिव्स देम अ लाइसेंस टू किल।</w:t>
      </w:r>
    </w:p>
    <w:p>
      <w:r>
        <w:rPr>
          <w:b/>
        </w:rPr>
        <w:t xml:space="preserve">[11:18] </w:t>
      </w:r>
      <w:r>
        <w:t>those who perpetrate these crimes against humanity are recorded as heroes.</w:t>
      </w:r>
    </w:p>
    <w:p>
      <w:pPr>
        <w:jc w:val="right"/>
      </w:pPr>
      <w:r>
        <w:t>दोज़ हु परपेट्रेट दीज़ क्राइम्स अगेंस्ट ह्यूमैनिटी आर रिकॉर्डेड एस हीरोज़।</w:t>
      </w:r>
    </w:p>
    <w:p>
      <w:r>
        <w:rPr>
          <w:b/>
        </w:rPr>
        <w:t xml:space="preserve">[11:23] </w:t>
      </w:r>
      <w:r>
        <w:t>those who wield political and economic power oppress others without anyone to stop them.</w:t>
      </w:r>
    </w:p>
    <w:p>
      <w:pPr>
        <w:jc w:val="right"/>
      </w:pPr>
      <w:r>
        <w:t>दोज़ हु व्हील पॉलिटिकल एंड इकोनॉमिक पावर ऑप्रेस अदर्स विदाउट एनीवन टू स्टॉप देम।</w:t>
      </w:r>
    </w:p>
    <w:p>
      <w:r>
        <w:rPr>
          <w:b/>
        </w:rPr>
        <w:t xml:space="preserve">[11:29] </w:t>
      </w:r>
      <w:r>
        <w:t>in this world, they are never brought to justice.</w:t>
      </w:r>
    </w:p>
    <w:p>
      <w:pPr>
        <w:jc w:val="right"/>
      </w:pPr>
      <w:r>
        <w:t>इन दिस वर्ल्ड, दे आर नेवर ब्रॉट टू जस्टिस।</w:t>
      </w:r>
    </w:p>
    <w:p>
      <w:r>
        <w:rPr>
          <w:b/>
        </w:rPr>
        <w:t xml:space="preserve">[11:32] </w:t>
      </w:r>
      <w:r>
        <w:t>the human conscience demands that such people be brought to justice.</w:t>
      </w:r>
    </w:p>
    <w:p>
      <w:pPr>
        <w:jc w:val="right"/>
      </w:pPr>
      <w:r>
        <w:t>द ह्यूमन कॉन्शियस डिमांड्स दैट सच पीपल बी ब्रॉट टू जस्टिस।</w:t>
      </w:r>
    </w:p>
    <w:p>
      <w:r>
        <w:rPr>
          <w:b/>
        </w:rPr>
        <w:t xml:space="preserve">[11:36] </w:t>
      </w:r>
      <w:r>
        <w:t>it cries out who is going to take away their license to kill, their license to oppress.</w:t>
      </w:r>
    </w:p>
    <w:p>
      <w:pPr>
        <w:jc w:val="right"/>
      </w:pPr>
      <w:r>
        <w:t>इट कराइज़ आउट हु इज़ गोइंग टू टेक अवे देयर लाइसेंस टू किल, देयर लाइसेंस टू ऑप्रेस।</w:t>
      </w:r>
    </w:p>
    <w:p>
      <w:r>
        <w:rPr>
          <w:b/>
        </w:rPr>
        <w:t xml:space="preserve">[11:42] </w:t>
      </w:r>
      <w:r>
        <w:t>in a world where the human conscience and the order</w:t>
      </w:r>
    </w:p>
    <w:p>
      <w:pPr>
        <w:jc w:val="right"/>
      </w:pPr>
      <w:r>
        <w:t>इन अ वर्ल्ड वेयर द ह्यूमन कॉन्शियस एंड द ऑर्डर</w:t>
      </w:r>
    </w:p>
    <w:p>
      <w:r>
        <w:rPr>
          <w:b/>
        </w:rPr>
        <w:t xml:space="preserve">[11:45] </w:t>
      </w:r>
      <w:r>
        <w:t>of the whole universe demands justice, it is inconceivable and unacceptable to think that some people should indulge</w:t>
      </w:r>
    </w:p>
    <w:p>
      <w:pPr>
        <w:jc w:val="right"/>
      </w:pPr>
      <w:r>
        <w:t>ऑफ़ द होल यूनिवर्स डिमांड्स जस्टिस, इट इज़ इनकंसीवेबल एंड अनएक्सेप्टेबल टू थिंक दैट सम पीपल शुड इंडल्ज</w:t>
      </w:r>
    </w:p>
    <w:p>
      <w:r>
        <w:rPr>
          <w:b/>
        </w:rPr>
        <w:t xml:space="preserve">[11:54] </w:t>
      </w:r>
      <w:r>
        <w:t>in games of death and destruction and are allowed to go without paying for their crimes.</w:t>
      </w:r>
    </w:p>
    <w:p>
      <w:pPr>
        <w:jc w:val="right"/>
      </w:pPr>
      <w:r>
        <w:t>इन गेम्स ऑफ़ डेथ एंड डिस्ट्रक्शन एंड आर अलाउड टू गो विदाउट पेइंग फॉर देयर क्राइम्स।</w:t>
      </w:r>
    </w:p>
    <w:p>
      <w:r>
        <w:rPr>
          <w:b/>
        </w:rPr>
        <w:t xml:space="preserve">[12:00] </w:t>
      </w:r>
      <w:r>
        <w:t>there must come a day when the powerful are made powerless and made to answer for their actions.</w:t>
      </w:r>
    </w:p>
    <w:p>
      <w:pPr>
        <w:jc w:val="right"/>
      </w:pPr>
      <w:r>
        <w:t>देयर मस्ट कम अ डे व्हेन द पावरफुल आर मेड पावरलेस एंड मेड टू आंसर फॉर देयर एक्शंस।</w:t>
      </w:r>
    </w:p>
    <w:p>
      <w:r>
        <w:rPr>
          <w:b/>
        </w:rPr>
        <w:t xml:space="preserve">[12:07] </w:t>
      </w:r>
      <w:r>
        <w:t>when those who innocently died at their hands are invited to bear witness against their persecutors.</w:t>
      </w:r>
    </w:p>
    <w:p>
      <w:pPr>
        <w:jc w:val="right"/>
      </w:pPr>
      <w:r>
        <w:t>व्हेन दोज़ हु इनोसेंटली डाइड एट देयर हैंड्स आर इनवाइटेड टू बेयर विटनेस अगेंस्ट देयर पर्सिक्यूटर्स।</w:t>
      </w:r>
    </w:p>
    <w:p>
      <w:r>
        <w:rPr>
          <w:b/>
        </w:rPr>
        <w:t xml:space="preserve">[12:14] </w:t>
      </w:r>
      <w:r>
        <w:t>that will be the day of judgment,</w:t>
      </w:r>
    </w:p>
    <w:p>
      <w:pPr>
        <w:jc w:val="right"/>
      </w:pPr>
      <w:r>
        <w:t>दैट विल बी द डे ऑफ़ जजमेंट,</w:t>
      </w:r>
    </w:p>
    <w:p>
      <w:r>
        <w:rPr>
          <w:b/>
        </w:rPr>
        <w:t xml:space="preserve">[12:16] </w:t>
      </w:r>
      <w:r>
        <w:t>the day when the owner of all true power brings justice to the world and punishes those to whom he gave power as a test and who mercilessly misused it. addressing the whole of humanity, god says in the quran, "do you imagine that we created you without any purpose and that you will not be brought back to us</w:t>
      </w:r>
    </w:p>
    <w:p>
      <w:pPr>
        <w:jc w:val="right"/>
      </w:pPr>
      <w:r>
        <w:t>द डे व्हेन द ओनर ऑफ़ ऑल ट्रू पावर ब्रिंग्स जस्टिस टू द वर्ल्ड एंड पनिशेस दोज़ टू हुम ही गिव पावर एस अ टेस्ट एंड हु मर्सीलेसली मिसयूज़्ड इट। एड्रेसिंग द होल ऑफ़ ह्यूमैनिटी, गॉड सेज इन द कुरान, "डू यू इमेजिन दैट वी क्रिएटेड यू विदाउट एनी पर्पस एंड दैट यू विल नॉट बी ब्रॉट बैक टू अस</w:t>
      </w:r>
    </w:p>
    <w:p>
      <w:r>
        <w:rPr>
          <w:b/>
        </w:rPr>
        <w:t xml:space="preserve">[12:39] </w:t>
      </w:r>
      <w:r>
        <w:t>?" chapter 23, verse 115. further, the quran says, "blessed is he in whose hand is the kingdom. he has power over all things. he created death and life so that he might test you and find out which of you is best in conduct. he is the mighty, the most forgiving one." chapter 67, verses 1 and 2. following the first man and woman, adam and eve, was numbers of human be</w:t>
      </w:r>
    </w:p>
    <w:p>
      <w:pPr>
        <w:jc w:val="right"/>
      </w:pPr>
      <w:r>
        <w:t>?" चैप्टर 23, वर्स 115। फर्दर, द कुरान सेज, "ब्लेस्ड इज़ ही इन हुज़ हैंड इज़ द किंगडम। ही हैज़ पावर ओवर ऑल थिंग्स। ही क्रिएटेड डेथ एंड लाइफ सो दैट ही माइट टेस्ट यू एंड फाइंड आउट व्हिच ऑफ़ यू इज़ बेस्ट इन कॉन्डक्ट। ही इज़ द माइटी, द मोस्ट फॉरगिविंग वन।" चैप्टर 67, वर्सेस 1 एंड 2। फॉलोइंग द फर्स्ट मैन एंड वुमन, आदम एंड ईव, वास नंबर्स ऑफ़ ह्यूमन बी</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