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Living in a World of Competition I 24 Oct. 2010 - Maulana Wahiduddin Khan</w:t>
      </w:r>
    </w:p>
    <w:p>
      <w:r>
        <w:t>https://www.youtube.com/watch?v=2XgV28_3yug</w:t>
      </w:r>
    </w:p>
    <w:p>
      <w:r>
        <w:rPr>
          <w:b/>
        </w:rPr>
        <w:t xml:space="preserve">[00:14] </w:t>
      </w:r>
      <w:r>
        <w:t>bismillah rahman rahim, wa salallahu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[00:41] </w:t>
      </w:r>
      <w:r>
        <w:t>"living in a world of competition",</w:t>
      </w:r>
    </w:p>
    <w:p>
      <w:pPr>
        <w:jc w:val="right"/>
      </w:pPr>
      <w:r>
        <w:t>"Living in a World of Competition"،</w:t>
      </w:r>
    </w:p>
    <w:p>
      <w:r>
        <w:rPr>
          <w:b/>
        </w:rPr>
        <w:t xml:space="preserve">[00:49] </w:t>
      </w:r>
      <w:r>
        <w:t>yani muqable ki dunya mein rehna.</w:t>
      </w:r>
    </w:p>
    <w:p>
      <w:pPr>
        <w:jc w:val="right"/>
      </w:pPr>
      <w:r>
        <w:t>یعنی مقابلے کی دنیا میں رہنا۔</w:t>
      </w:r>
    </w:p>
    <w:p>
      <w:r>
        <w:rPr>
          <w:b/>
        </w:rPr>
        <w:t xml:space="preserve">[00:58] </w:t>
      </w:r>
      <w:r>
        <w:t>dekhiye, yeh dunya hamein mili hui hai allah ki taraf se rehne ke liye. yahan allah ka qanoon hai ke yahan par muqabla hoga, competition hoga, challenges honge,</w:t>
      </w:r>
    </w:p>
    <w:p>
      <w:pPr>
        <w:jc w:val="right"/>
      </w:pPr>
      <w:r>
        <w:t>دیکھیے، یہ دنیا ہمیں ملی ہوئی ہے اللہ کی طرف سے رہنے کے لیے۔ یہاں اللہ کا قانون ہے کہ یہاں پر مقابلہ ہوگا، کمپٹیشن ہوگا، چیلنجز ہوں گے،</w:t>
      </w:r>
    </w:p>
    <w:p>
      <w:r>
        <w:rPr>
          <w:b/>
        </w:rPr>
        <w:t xml:space="preserve">[01:11] </w:t>
      </w:r>
      <w:r>
        <w:t>musabaqat hogi, aur is ke jo consequences hain woh bhi honge.</w:t>
      </w:r>
    </w:p>
    <w:p>
      <w:pPr>
        <w:jc w:val="right"/>
      </w:pPr>
      <w:r>
        <w:t>مسابقت ہوگی، اور اس کے جو کانسیکونسز ہیں وہ بھی ہوں گے۔</w:t>
      </w:r>
    </w:p>
    <w:p>
      <w:r>
        <w:rPr>
          <w:b/>
        </w:rPr>
        <w:t xml:space="preserve">[01:25] </w:t>
      </w:r>
      <w:r>
        <w:t>hum is se escape nahi kar sakte.</w:t>
      </w:r>
    </w:p>
    <w:p>
      <w:pPr>
        <w:jc w:val="right"/>
      </w:pPr>
      <w:r>
        <w:t>ہم اس سے اسکیپ نہیں کر سکتے۔</w:t>
      </w:r>
    </w:p>
    <w:p>
      <w:r>
        <w:rPr>
          <w:b/>
        </w:rPr>
        <w:t xml:space="preserve">[01:30] </w:t>
      </w:r>
      <w:r>
        <w:t>quran majeed mein is baat ko kai andaaz se bataya gaya hai. ek ayat hai, yeh ayat hai chapter number 90 ki, 90.</w:t>
      </w:r>
    </w:p>
    <w:p>
      <w:pPr>
        <w:jc w:val="right"/>
      </w:pPr>
      <w:r>
        <w:t>قرآن مجید میں اس بات کو کئی انداز سے بتایا گیا ہے۔ ایک آیت ہے، یہ آیت ہے چیپٹر نمبر 90 کی، 90۔</w:t>
      </w:r>
    </w:p>
    <w:p>
      <w:r>
        <w:rPr>
          <w:b/>
        </w:rPr>
        <w:t xml:space="preserve">[01:48] </w:t>
      </w:r>
      <w:r>
        <w:t>laqad khalaqnal insana fil qabd</w:t>
      </w:r>
    </w:p>
    <w:p>
      <w:pPr>
        <w:jc w:val="right"/>
      </w:pPr>
      <w:r>
        <w:t>لقد خلقنا الانسان فی القبد</w:t>
      </w:r>
    </w:p>
    <w:p>
      <w:r>
        <w:rPr>
          <w:b/>
        </w:rPr>
        <w:t xml:space="preserve">[01:56] </w:t>
      </w:r>
      <w:r>
        <w:t>yani "we have created man in suffering."</w:t>
      </w:r>
    </w:p>
    <w:p>
      <w:pPr>
        <w:jc w:val="right"/>
      </w:pPr>
      <w:r>
        <w:t>یعنی "We have created man in suffering."</w:t>
      </w:r>
    </w:p>
    <w:p>
      <w:r>
        <w:rPr>
          <w:b/>
        </w:rPr>
        <w:t xml:space="preserve">[02:06] </w:t>
      </w:r>
      <w:r>
        <w:t>yahan par yeh sochne ki baat hai ke suffering ka matlab kya hai.</w:t>
      </w:r>
    </w:p>
    <w:p>
      <w:pPr>
        <w:jc w:val="right"/>
      </w:pPr>
      <w:r>
        <w:t>یہاں پر یہ سوچنے کی بات ہے کہ سفرنگ کا مطلب کیا ہے۔</w:t>
      </w:r>
    </w:p>
    <w:p>
      <w:r>
        <w:rPr>
          <w:b/>
        </w:rPr>
        <w:t xml:space="preserve">[02:15] </w:t>
      </w:r>
      <w:r>
        <w:t>suffering ka matlab yeh nahi hai ke is par pahaad toote ga,</w:t>
      </w:r>
    </w:p>
    <w:p>
      <w:pPr>
        <w:jc w:val="right"/>
      </w:pPr>
      <w:r>
        <w:t>سفرنگ کا مطلب ہے یہ نہیں ہے کہ اس پر پہاڑ ٹوٹے گا،</w:t>
      </w:r>
    </w:p>
    <w:p>
      <w:r>
        <w:rPr>
          <w:b/>
        </w:rPr>
        <w:t xml:space="preserve">[02:23] </w:t>
      </w:r>
      <w:r>
        <w:t>is tarah ka musibatein is par girai jayengi, yeh matlab nahi hai. suffering ka matlab wahi hai ke is dunya ka jo qanoon hai, jo law of nature hai,</w:t>
      </w:r>
    </w:p>
    <w:p>
      <w:pPr>
        <w:jc w:val="right"/>
      </w:pPr>
      <w:r>
        <w:t>اس طرح کا مصیبتیں اس پر گرائی جائیں گی، یہ مطلب نہیں ہے۔ سفرنگ کا مطلب وہی ہے کہ اس دنیا کا جو قانون ہے، جو لاء آف نیچر ہے،</w:t>
      </w:r>
    </w:p>
    <w:p>
      <w:r>
        <w:rPr>
          <w:b/>
        </w:rPr>
        <w:t xml:space="preserve">[02:41] </w:t>
      </w:r>
      <w:r>
        <w:t>is ke mutabiq insaan ko rehna padega aise halaat mein jis ke nateeje mein suffering pesh ayegi.</w:t>
      </w:r>
    </w:p>
    <w:p>
      <w:pPr>
        <w:jc w:val="right"/>
      </w:pPr>
      <w:r>
        <w:t>اس کے مطابق انسان کو رہنا پڑے گا ایسے حالات میں جس کے نتیجے میں سفرنگ پیش آئے گی۔</w:t>
      </w:r>
    </w:p>
    <w:p>
      <w:r>
        <w:rPr>
          <w:b/>
        </w:rPr>
        <w:t xml:space="preserve">[02:51] </w:t>
      </w:r>
      <w:r>
        <w:t>yani dunya mein har insaan ko azaadi di gayi hai, har insaan azaad hai, har insaan ko mauqa hai ke woh apni daur lagaye,</w:t>
      </w:r>
    </w:p>
    <w:p>
      <w:pPr>
        <w:jc w:val="right"/>
      </w:pPr>
      <w:r>
        <w:t>یعنی دنیا میں ہر انسان کو آزادی دی گئی ہے، ہر انسان آزاد ہے، ہر انسان کو موقع ہے کہ وہ اپنی دوڑ لگائے،</w:t>
      </w:r>
    </w:p>
    <w:p>
      <w:r>
        <w:rPr>
          <w:b/>
        </w:rPr>
        <w:t xml:space="preserve">[03:03] </w:t>
      </w:r>
      <w:r>
        <w:t>apna apna maqsad hasil karne ki koshish kare.</w:t>
      </w:r>
    </w:p>
    <w:p>
      <w:pPr>
        <w:jc w:val="right"/>
      </w:pPr>
      <w:r>
        <w:t>اپنا اپنا مقصد حاصل کرنے کی کوشش کرے۔</w:t>
      </w:r>
    </w:p>
    <w:p>
      <w:r>
        <w:rPr>
          <w:b/>
        </w:rPr>
        <w:t xml:space="preserve">[03:09] </w:t>
      </w:r>
      <w:r>
        <w:t>to jab saare log daurenge, zahir hai ke takraao bhi hoga, koi koi doosre ko defeat dega, kisi doosre ko nuqsaan hoga.</w:t>
      </w:r>
    </w:p>
    <w:p>
      <w:pPr>
        <w:jc w:val="right"/>
      </w:pPr>
      <w:r>
        <w:t>تو جب سارے لوگ دوڑیں گے، ظاہر ہے کہ ٹکراؤ بھی ہوگا، کوئی کوئی دوسرے کو ڈیفیٹ دے گا، کسی دوسرے کو نقصان ہوگا۔</w:t>
      </w:r>
    </w:p>
    <w:p>
      <w:r>
        <w:rPr>
          <w:b/>
        </w:rPr>
        <w:t xml:space="preserve">[03:23] </w:t>
      </w:r>
      <w:r>
        <w:t>yani azaadi ki bina par</w:t>
      </w:r>
    </w:p>
    <w:p>
      <w:pPr>
        <w:jc w:val="right"/>
      </w:pPr>
      <w:r>
        <w:t>یعنی آزادی کی بنا پر</w:t>
      </w:r>
    </w:p>
    <w:p>
      <w:r>
        <w:rPr>
          <w:b/>
        </w:rPr>
        <w:t xml:space="preserve">[03:27] </w:t>
      </w:r>
      <w:r>
        <w:t>muqabla, competition, aur phir azaadaana competition ki bina par suffering, yeh matlab hai is aayat ka.</w:t>
      </w:r>
    </w:p>
    <w:p>
      <w:pPr>
        <w:jc w:val="right"/>
      </w:pPr>
      <w:r>
        <w:t>مقابلہ، کمپٹیشن، اور پھر آزادانہ کمپٹیشن کی بنا پر سفرنگ، یہ مطلب ہے اس آیت کا۔</w:t>
      </w:r>
    </w:p>
    <w:p>
      <w:r>
        <w:rPr>
          <w:b/>
        </w:rPr>
        <w:t xml:space="preserve">[03:44] </w:t>
      </w:r>
      <w:r>
        <w:t>to aisi haalat mein agar koi aadmi cheekhein chalayein, shikayatein kare to woh kya hai? Woh woh shikayat jhooti hai uski,</w:t>
      </w:r>
    </w:p>
    <w:p>
      <w:pPr>
        <w:jc w:val="right"/>
      </w:pPr>
      <w:r>
        <w:t>تو ایسی حالت میں اگر کوئی آدمی چیخیں چلائے، شکایتیں کرے تو وہ کیا ہے؟ وہ وہ شکایت جھوٹی ہے اس کی،</w:t>
      </w:r>
    </w:p>
    <w:p>
      <w:r>
        <w:rPr>
          <w:b/>
        </w:rPr>
        <w:t xml:space="preserve">[03:58] </w:t>
      </w:r>
      <w:r>
        <w:t>kyunki woh to rahegi.</w:t>
      </w:r>
    </w:p>
    <w:p>
      <w:pPr>
        <w:jc w:val="right"/>
      </w:pPr>
      <w:r>
        <w:t>کیونکہ وہ تو رہے گی۔</w:t>
      </w:r>
    </w:p>
    <w:p>
      <w:r>
        <w:rPr>
          <w:b/>
        </w:rPr>
        <w:t xml:space="preserve">[04:03] </w:t>
      </w:r>
      <w:r>
        <w:t>jaise bahut se log aap ko yeh kehte hue sunen milenge ke hamare saath discrimination hota hai. Yeh ek ek ek bilkul baseless baat hai.</w:t>
      </w:r>
    </w:p>
    <w:p>
      <w:pPr>
        <w:jc w:val="right"/>
      </w:pPr>
      <w:r>
        <w:t>جیسے بہت سے لوگ آپ کو یہ کہتے ہوئے سنیں ملیں گے کہ ہمارے ساتھ ڈسکریمینیشن ہوتا ہے۔ یہ ایک ایک ایک بالکل بیسلیس بات ہے۔</w:t>
      </w:r>
    </w:p>
    <w:p>
      <w:r>
        <w:rPr>
          <w:b/>
        </w:rPr>
        <w:t xml:space="preserve">[04:17] </w:t>
      </w:r>
      <w:r>
        <w:t>nahin kehna yeh chahiye ke hum competition ke zamane mein compete nahin kar sake, is liye hum suffer kar rahe hain.</w:t>
      </w:r>
    </w:p>
    <w:p>
      <w:pPr>
        <w:jc w:val="right"/>
      </w:pPr>
      <w:r>
        <w:t>نہیں کہنا یہ چاہیے کہ ہم کمپٹیشن کے زمانے میں کمپیٹ نہیں کر سکے، اس لیے ہم سفر کر رہے ہیں۔</w:t>
      </w:r>
    </w:p>
    <w:p>
      <w:r>
        <w:rPr>
          <w:b/>
        </w:rPr>
        <w:t xml:space="preserve">[04:29] </w:t>
      </w:r>
      <w:r>
        <w:t>discrimination kehna ek waqeye ko galat andaaz se lena hai.</w:t>
      </w:r>
    </w:p>
    <w:p>
      <w:pPr>
        <w:jc w:val="right"/>
      </w:pPr>
      <w:r>
        <w:t>ڈسکریمینیشن کہنا ایک واقعے کو غلط انداز سے لینا ہے۔</w:t>
      </w:r>
    </w:p>
    <w:p>
      <w:r>
        <w:rPr>
          <w:b/>
        </w:rPr>
        <w:t xml:space="preserve">[04:43] </w:t>
      </w:r>
      <w:r>
        <w:t>aam mizaj dunya bhar mein yeh hai ke log jahan kahin kisi ko koi setback hota hai, kahan kahin kisi ko koi problem pesh aate hain, kisi ki baat koi bigad jaati hai to foran doosre ko ilzaam deta hai woh</w:t>
      </w:r>
    </w:p>
    <w:p>
      <w:pPr>
        <w:jc w:val="right"/>
      </w:pPr>
      <w:r>
        <w:t>عام مزاج دنیا بھر میں یہ ہے کہ لوگ جہاں کہیں کسی کو کوئی سیٹ بیک ہوتا ہے، کہاں کہیں کسی کو کوئی پرابلم پیش آتے ہیں، کسی کی بات کوئی بگڑ جاتی ہے تو فوراً دوسرے کو الزام دیتا ہے وہ</w:t>
      </w:r>
    </w:p>
    <w:p>
      <w:r>
        <w:rPr>
          <w:b/>
        </w:rPr>
        <w:t xml:space="preserve">[05:01] </w:t>
      </w:r>
      <w:r>
        <w:t>ke falan ki saazish se hua, hamare saath discrimination kiya gaya, hum ko second class citizen bana diya gaya hai. Yeh sab baatein bilkul baseless hain.</w:t>
      </w:r>
    </w:p>
    <w:p>
      <w:pPr>
        <w:jc w:val="right"/>
      </w:pPr>
      <w:r>
        <w:t>کہ فلاں کی سازش سے ہوا، ہمارے ساتھ ڈسکریمینیشن کیا گیا، ہم کو سیکنڈ کلاس سٹیزن بنا دیا گیا ہے۔ یہ سب باتیں بالکل بیسلیس ہیں۔</w:t>
      </w:r>
    </w:p>
    <w:p>
      <w:r>
        <w:rPr>
          <w:b/>
        </w:rPr>
        <w:t xml:space="preserve">[05:14] </w:t>
      </w:r>
      <w:r>
        <w:t>yani is ke maani hain ke woh yeh hue ke apni ghalti ko doosre khaane mein daalna,</w:t>
      </w:r>
    </w:p>
    <w:p>
      <w:pPr>
        <w:jc w:val="right"/>
      </w:pPr>
      <w:r>
        <w:t>یعنی اس کے معنی ہیں کہ وہ یہ ہوئے کہ اپنی غلطی کو دوسرے خانے میں ڈالنا،</w:t>
      </w:r>
    </w:p>
    <w:p>
      <w:r>
        <w:rPr>
          <w:b/>
        </w:rPr>
        <w:t xml:space="preserve">[05:22] </w:t>
      </w:r>
      <w:r>
        <w:t>apne failure ko doosre khaane mein daalna. You have to accept your fail</w:t>
      </w:r>
    </w:p>
    <w:p>
      <w:pPr>
        <w:jc w:val="right"/>
      </w:pPr>
      <w:r>
        <w:t>اپنے فیلیر کو دوسرے خانے میں ڈالنا۔ You have to accept your fail</w:t>
      </w:r>
    </w:p>
    <w:p>
      <w:r>
        <w:rPr>
          <w:b/>
        </w:rPr>
        <w:t xml:space="preserve">[05:29] </w:t>
      </w:r>
      <w:r>
        <w:t>ure. You have to accept your mistake. Ke hamari apni kisi bhool ki wajah se aisa hua.</w:t>
      </w:r>
    </w:p>
    <w:p>
      <w:pPr>
        <w:jc w:val="right"/>
      </w:pPr>
      <w:r>
        <w:t>ure. You have to accept your mistake. کہ ہماری اپنی کسی بھول کی وجہ سے ایسا ہوا۔</w:t>
      </w:r>
    </w:p>
    <w:p>
      <w:r>
        <w:rPr>
          <w:b/>
        </w:rPr>
        <w:t xml:space="preserve">[05:42] </w:t>
      </w:r>
      <w:r>
        <w:t>dekhiye, is ka example Allah taala ne set kar diya tha bilkul shuru mein taake insaan jaane is baat ko. Quran mein Hazrat Adam ka qissa baar baar bayan kiya gaya hai aur Iblees ka qissa.</w:t>
      </w:r>
    </w:p>
    <w:p>
      <w:pPr>
        <w:jc w:val="right"/>
      </w:pPr>
      <w:r>
        <w:t>دیکھیے، اس کا ایگزامپل اللہ تعالی نے سیٹ کر دیا تھا بالکل شروع میں تاکہ انسان جانے اس بات کو۔ قرآن میں حضرت آدم کا قصہ بار بار بیان کیا گیا ہے اور ابلیس کا قصہ۔</w:t>
      </w:r>
    </w:p>
    <w:p>
      <w:r>
        <w:rPr>
          <w:b/>
        </w:rPr>
        <w:t xml:space="preserve">[06:01] </w:t>
      </w:r>
      <w:r>
        <w:t>to Iblees ne baqaida Hazrat Adam ko, unhon ne jo jahan five burden tree tha, shajar mamnooa, uska phal kha liya.</w:t>
      </w:r>
    </w:p>
    <w:p>
      <w:pPr>
        <w:jc w:val="right"/>
      </w:pPr>
      <w:r>
        <w:t>تو ابلیس نے باقاعدہ حضرت آدم کو، انہوں نے جو جہاں فائیو برڈن ٹری تھا، شجر ممنوعہ، اس کا پھل کھا لیا۔</w:t>
      </w:r>
    </w:p>
    <w:p>
      <w:r>
        <w:rPr>
          <w:b/>
        </w:rPr>
        <w:t xml:space="preserve">[06:13] </w:t>
      </w:r>
      <w:r>
        <w:t>to to Hazrat Adam ne yeh nahin kiya ke ab laga wahan cheekhein chalayein ke dekho shaitan ne mujhe bhaga diya, yeh shaitan ki saazish ki wajah se aisa hua,</w:t>
      </w:r>
    </w:p>
    <w:p>
      <w:pPr>
        <w:jc w:val="right"/>
      </w:pPr>
      <w:r>
        <w:t>تو تو حضرت آدم نے یہ نہیں کیا کہ اب لگا وہاں چیخیں چلائیں کہ دیکھو شیطان نے مجھے بھگا دیا، یہ شیطان کی سازش کی وجہ سے ایسا ہوا،</w:t>
      </w:r>
    </w:p>
    <w:p>
      <w:r>
        <w:rPr>
          <w:b/>
        </w:rPr>
        <w:t xml:space="preserve">[06:22] </w:t>
      </w:r>
      <w:r>
        <w:t>yeh sab shaitan ki conspiracy hai. Yeh nahin kiya unhon ne apne upar liya. Rabbana zalamna anfusana hum se ghalti ho gayi.</w:t>
      </w:r>
    </w:p>
    <w:p>
      <w:pPr>
        <w:jc w:val="right"/>
      </w:pPr>
      <w:r>
        <w:t>یہ سب شیطان کی کانسپریسی ہے۔ یہ نہیں کیا انہوں نے اپنے اوپر لیا۔ ربنا ظلمنا انفسنا ہم سے غلطی ہو گئی۔</w:t>
      </w:r>
    </w:p>
    <w:p>
      <w:r>
        <w:rPr>
          <w:b/>
        </w:rPr>
        <w:t xml:space="preserve">[06:36] </w:t>
      </w:r>
      <w:r>
        <w:t>yani is ka agar is ko sochiye aap to is ka matlab kya hua</w:t>
      </w:r>
    </w:p>
    <w:p>
      <w:pPr>
        <w:jc w:val="right"/>
      </w:pPr>
      <w:r>
        <w:t>یعنی اس کا اگر اس کو سوچیے آپ تو اس کا مطلب کیا ہوا</w:t>
      </w:r>
    </w:p>
    <w:p>
      <w:r>
        <w:rPr>
          <w:b/>
        </w:rPr>
        <w:t xml:space="preserve">[06:42] </w:t>
      </w:r>
      <w:r>
        <w:t>ke shaitan ne bhagaya to hum bhaag kyun gaye? Woh Allah ke qanoon ke mutabiq masla yeh nahin ke shaitan ne bhagaya, matlab hum khud bhaag kyun gaye?</w:t>
      </w:r>
    </w:p>
    <w:p>
      <w:pPr>
        <w:jc w:val="right"/>
      </w:pPr>
      <w:r>
        <w:t>کہ شیطان نے بھگایا تو ہم بھاگ کیوں گئے؟ وہ اللہ کے قانون کے مطابق مسئلہ یہ نہیں کہ شیطان نے بھگایا، مطلب ہم خود بھاگ کیوں گئے؟</w:t>
      </w:r>
    </w:p>
    <w:p>
      <w:r>
        <w:rPr>
          <w:b/>
        </w:rPr>
        <w:t xml:space="preserve">[06:57] </w:t>
      </w:r>
      <w:r>
        <w:t>yeh bahut zyada important baat hai</w:t>
      </w:r>
    </w:p>
    <w:p>
      <w:pPr>
        <w:jc w:val="right"/>
      </w:pPr>
      <w:r>
        <w:t>یہ بہت زیادہ امپورٹنٹ بات ہے</w:t>
      </w:r>
    </w:p>
    <w:p>
      <w:r>
        <w:rPr>
          <w:b/>
        </w:rPr>
        <w:t xml:space="preserve">[07:00] </w:t>
      </w:r>
      <w:r>
        <w:t>aur saare log isi mein mubtala hain. Doosre ko blame dena, doosre ko ilzaam dena, doosre ka ilzaam jo hai yeh boomerang khele, boomerang yani aap hi par aayega, woh lot kar ke kuch bhi doosre par nahin padega.</w:t>
      </w:r>
    </w:p>
    <w:p>
      <w:pPr>
        <w:jc w:val="right"/>
      </w:pPr>
      <w:r>
        <w:t>اور سارے لوگ اسی میں مبتلا ہیں۔ دوسرے کو بلیم دینا، دوسرے کو الزام دینا، دوسرے کا الزام جو ہے یہ بوم رینک کھیلے، بوم رینک یعنی آپ ہی پر آئے گا، وہ لوٹ کر کے کچھ بھی دوسرے پر نہیں پڑے گا۔</w:t>
      </w:r>
    </w:p>
    <w:p>
      <w:r>
        <w:rPr>
          <w:b/>
        </w:rPr>
        <w:t xml:space="preserve">[07:15] </w:t>
      </w:r>
      <w:r>
        <w:t>woh</w:t>
      </w:r>
    </w:p>
    <w:p>
      <w:pPr>
        <w:jc w:val="right"/>
      </w:pPr>
      <w:r>
        <w:t>وہ</w:t>
      </w:r>
    </w:p>
    <w:p>
      <w:r>
        <w:rPr>
          <w:b/>
        </w:rPr>
        <w:t xml:space="preserve">[07:17] </w:t>
      </w:r>
      <w:r>
        <w:t>acchi tarah samajh lijiye,</w:t>
      </w:r>
    </w:p>
    <w:p>
      <w:pPr>
        <w:jc w:val="right"/>
      </w:pPr>
      <w:r>
        <w:t>اچھی طرح سمجھ لیجئے،</w:t>
      </w:r>
    </w:p>
    <w:p>
      <w:r>
        <w:rPr>
          <w:b/>
        </w:rPr>
        <w:t xml:space="preserve">[07:24] </w:t>
      </w:r>
      <w:r>
        <w:t>achhi tarah samajh lijie.</w:t>
      </w:r>
    </w:p>
    <w:p>
      <w:pPr>
        <w:jc w:val="right"/>
      </w:pPr>
      <w:r>
        <w:t>اچھی طرح سمجھ لیجئے۔</w:t>
      </w:r>
    </w:p>
    <w:p>
      <w:r>
        <w:rPr>
          <w:b/>
        </w:rPr>
        <w:t xml:space="preserve">[07:31] </w:t>
      </w:r>
      <w:r>
        <w:t>yani aaj kal yeh haal hai ke koi apne khilaf sunne ko tayyar hi nahin hai, kuch bhi nahin.</w:t>
      </w:r>
    </w:p>
    <w:p>
      <w:pPr>
        <w:jc w:val="right"/>
      </w:pPr>
      <w:r>
        <w:t>یعنی آج کل یہ حال ہے کہ کوئی اپنے خلاف سننے کو تیار ہی نہیں ہے، کچھ بھی نہیں۔</w:t>
      </w:r>
    </w:p>
    <w:p>
      <w:r>
        <w:rPr>
          <w:b/>
        </w:rPr>
        <w:t xml:space="preserve">[07:41] </w:t>
      </w:r>
      <w:r>
        <w:t>jaise taza misaal yeh hai ke babri masjid yeda mein dhalai gai. is par maine akhbar mein, media mein kaha ke musalmanon ne is mamle mein sahi planning nahin ki, unki galti se aisa hua.</w:t>
      </w:r>
    </w:p>
    <w:p>
      <w:pPr>
        <w:jc w:val="right"/>
      </w:pPr>
      <w:r>
        <w:t>جیسے تازہ مثال یہ ہے کہ بابری مسجد یدہ میں ڈھائی گئی۔ اس پر میں نے اخبار میں، میڈیا میں کہا کہ مسلمانوں نے اس معاملے میں صحیح پلاننگ نہیں کی، ان کی غلطی سے ایسا ہوا۔</w:t>
      </w:r>
    </w:p>
    <w:p>
      <w:r>
        <w:rPr>
          <w:b/>
        </w:rPr>
        <w:t xml:space="preserve">[07:59] </w:t>
      </w:r>
      <w:r>
        <w:t>to saare log kya keh rahe hain? dekho, yeh musalmanon ke zakhm par namak chidak rahe hain. nahin, musalmanon ke zakhm par andbal kar rahe hain.</w:t>
      </w:r>
    </w:p>
    <w:p>
      <w:pPr>
        <w:jc w:val="right"/>
      </w:pPr>
      <w:r>
        <w:t>تو سارے لوگ کیا کہہ رہے ہیں؟ دیکھو، یہ مسلمانوں کے زخم پر نمک چھڑک رہے ہیں۔ نہیں، مسلمانوں کے زخم پر اندبال کر رہے ہیں۔</w:t>
      </w:r>
    </w:p>
    <w:p>
      <w:r>
        <w:rPr>
          <w:b/>
        </w:rPr>
        <w:t xml:space="preserve">[08:12] </w:t>
      </w:r>
      <w:r>
        <w:t>yeh musalmanon ke zakhm par andbal hai, namak chidakna nahin hai. woh kaise?</w:t>
      </w:r>
    </w:p>
    <w:p>
      <w:pPr>
        <w:jc w:val="right"/>
      </w:pPr>
      <w:r>
        <w:t>یہ مسلمانوں کے زخم پر اندبال ہے، نمک چھڑکنا نہیں ہے۔ وہ کیسے؟</w:t>
      </w:r>
    </w:p>
    <w:p>
      <w:r>
        <w:rPr>
          <w:b/>
        </w:rPr>
        <w:t xml:space="preserve">[08:22] </w:t>
      </w:r>
      <w:r>
        <w:t>main ek misaal deta hoon aap ko.</w:t>
      </w:r>
    </w:p>
    <w:p>
      <w:pPr>
        <w:jc w:val="right"/>
      </w:pPr>
      <w:r>
        <w:t>میں ایک مثال دیتا ہوں آپ کو۔</w:t>
      </w:r>
    </w:p>
    <w:p>
      <w:r>
        <w:rPr>
          <w:b/>
        </w:rPr>
        <w:t xml:space="preserve">[08:27] </w:t>
      </w:r>
      <w:r>
        <w:t>ek usool islam mein yeh hai ke aap doosre ko ziyadati ka mauqa na dein.</w:t>
      </w:r>
    </w:p>
    <w:p>
      <w:pPr>
        <w:jc w:val="right"/>
      </w:pPr>
      <w:r>
        <w:t>ایک اصول اسلام میں یہ ہے کہ آپ دوسرے کو زیادتی کا موقع نہ دیں۔</w:t>
      </w:r>
    </w:p>
    <w:p>
      <w:r>
        <w:rPr>
          <w:b/>
        </w:rPr>
        <w:t xml:space="preserve">[08:37] </w:t>
      </w:r>
      <w:r>
        <w:t>ek usool yeh islam ka, ek principle hai.</w:t>
      </w:r>
    </w:p>
    <w:p>
      <w:pPr>
        <w:jc w:val="right"/>
      </w:pPr>
      <w:r>
        <w:t>ایک اصول یہ اسلام کا، ایک پرنسپل ہے۔</w:t>
      </w:r>
    </w:p>
    <w:p>
      <w:r>
        <w:rPr>
          <w:b/>
        </w:rPr>
        <w:t xml:space="preserve">[08:42] </w:t>
      </w:r>
      <w:r>
        <w:t>surah hajj mein, surah hajj ka number 22 hai, 22. is mein yeh ayat hai:</w:t>
      </w:r>
    </w:p>
    <w:p>
      <w:pPr>
        <w:jc w:val="right"/>
      </w:pPr>
      <w:r>
        <w:t>سورہ حج میں، سورہ حج کا نمبر 22 ہے، 22۔ اس میں یہ آیت ہے:</w:t>
      </w:r>
    </w:p>
    <w:p>
      <w:r>
        <w:rPr>
          <w:b/>
        </w:rPr>
        <w:t xml:space="preserve">[08:57] </w:t>
      </w:r>
      <w:r>
        <w:t>fala yunaza'unka fil amr woh tum se mamle mein niza' na karein.</w:t>
      </w:r>
    </w:p>
    <w:p>
      <w:pPr>
        <w:jc w:val="right"/>
      </w:pPr>
      <w:r>
        <w:t>فلا ينازعنک فی الامر وہ تم سے معاملے میں نزاع نہ کریں۔</w:t>
      </w:r>
    </w:p>
    <w:p>
      <w:r>
        <w:rPr>
          <w:b/>
        </w:rPr>
        <w:t xml:space="preserve">[09:08] </w:t>
      </w:r>
      <w:r>
        <w:t>niza' na karein ke ma'ni kya hain? unhein niza' ka mauqa na do. yeh arabi ki zaban ka usloob hai jab yeh kaha jaye ke la yadrubannka zaid zaid tum ko na mare.</w:t>
      </w:r>
    </w:p>
    <w:p>
      <w:pPr>
        <w:jc w:val="right"/>
      </w:pPr>
      <w:r>
        <w:t>نزاع نہ کریں کے معنی کیا ہیں؟ انہیں نزاع کا موقع نہ دو۔ یہ عربی کی زبان کا اسلوب ہے جب یہ کہا جائے کہ لا يضربن لا يضربنك زید زید تم کو نہ مارے۔</w:t>
      </w:r>
    </w:p>
    <w:p>
      <w:r>
        <w:rPr>
          <w:b/>
        </w:rPr>
        <w:t xml:space="preserve">[09:22] </w:t>
      </w:r>
      <w:r>
        <w:t>to is ka matlab hai ke zaid ko marne ka mauqa na do.</w:t>
      </w:r>
    </w:p>
    <w:p>
      <w:pPr>
        <w:jc w:val="right"/>
      </w:pPr>
      <w:r>
        <w:t>تو اس کا مطلب ہے کہ زید کو مارنے کا موقع نہ دو۔</w:t>
      </w:r>
    </w:p>
    <w:p>
      <w:r>
        <w:rPr>
          <w:b/>
        </w:rPr>
        <w:t xml:space="preserve">[09:28] </w:t>
      </w:r>
      <w:r>
        <w:t>fala yunaza'un yeh ta'kid ka hai, yani har giz har giz unhein mauqa na do ke woh tumhare sath niza' karein. yeh matlab hai is ka.</w:t>
      </w:r>
    </w:p>
    <w:p>
      <w:pPr>
        <w:jc w:val="right"/>
      </w:pPr>
      <w:r>
        <w:t>فلا ينازعن یہ تاکید کا ہے، یعنی ہرگز ہرگز انہیں موقع نہ دو کہ وہ تمہارے ساتھ نزاع کریں۔ یہ مطلب ہے اس کا۔</w:t>
      </w:r>
    </w:p>
    <w:p>
      <w:r>
        <w:rPr>
          <w:b/>
        </w:rPr>
        <w:t xml:space="preserve">[09:39] </w:t>
      </w:r>
      <w:r>
        <w:t>yani don't give don't give any chance to them</w:t>
      </w:r>
    </w:p>
    <w:p>
      <w:pPr>
        <w:jc w:val="right"/>
      </w:pPr>
      <w:r>
        <w:t>یعنی don't give don't give any chance to them</w:t>
      </w:r>
    </w:p>
    <w:p>
      <w:r>
        <w:rPr>
          <w:b/>
        </w:rPr>
        <w:t xml:space="preserve">[09:46] </w:t>
      </w:r>
      <w:r>
        <w:t>to dispute with you. Un ko hargiz yeh mauqa na do ke woh tumhare saath dispute koi khada kar dein.</w:t>
      </w:r>
    </w:p>
    <w:p>
      <w:pPr>
        <w:jc w:val="right"/>
      </w:pPr>
      <w:r>
        <w:t>to dispute with you ان کو ہرگز یہ موقع نہ دو کہ وہ تمہارے ساتھ ڈسپیوٹ کوئی کھڑا کر دیں۔</w:t>
      </w:r>
    </w:p>
    <w:p>
      <w:r>
        <w:rPr>
          <w:b/>
        </w:rPr>
        <w:t xml:space="preserve">[09:57] </w:t>
      </w:r>
      <w:r>
        <w:t>ab is ayat ko le kar dekhiye, aap ehtiyat mein jo masjid bani thi, woh 1528 mein bani thi, yani solween sadi mein.</w:t>
      </w:r>
    </w:p>
    <w:p>
      <w:pPr>
        <w:jc w:val="right"/>
      </w:pPr>
      <w:r>
        <w:t>اب اس آیت کو لے کر دیکھیے، آپ احتیاط میں جو مسجد بنی تھی، وہ 1528 میں بنی تھی، یعنی سولویں صدی میں۔</w:t>
      </w:r>
    </w:p>
    <w:p>
      <w:r>
        <w:rPr>
          <w:b/>
        </w:rPr>
        <w:t xml:space="preserve">[10:08] </w:t>
      </w:r>
      <w:r>
        <w:t>mir baqi governor the babar ke zamane ke, unhone banwaya tha.</w:t>
      </w:r>
    </w:p>
    <w:p>
      <w:pPr>
        <w:jc w:val="right"/>
      </w:pPr>
      <w:r>
        <w:t>میر باقی گورنر تھے بابر کے زمانے کے، انہوں نے بنوایا تھا۔</w:t>
      </w:r>
    </w:p>
    <w:p>
      <w:r>
        <w:rPr>
          <w:b/>
        </w:rPr>
        <w:t xml:space="preserve">[10:15] </w:t>
      </w:r>
      <w:r>
        <w:t>to unhone kya kiya? maine khud wahan dekha hai apni aankh se aur padha bhi hai. غالباً main 1942 mein gaya tha wahan.</w:t>
      </w:r>
    </w:p>
    <w:p>
      <w:pPr>
        <w:jc w:val="right"/>
      </w:pPr>
      <w:r>
        <w:t>تو انہوں نے کیا کیا؟ میں نے خود وہاں دیکھا ہے اپنی آنکھ سے اور پڑھا بھی ہے۔ غالباً میں 1942 میں گیا تھا وہاں۔</w:t>
      </w:r>
    </w:p>
    <w:p>
      <w:r>
        <w:rPr>
          <w:b/>
        </w:rPr>
        <w:t xml:space="preserve">[10:31] </w:t>
      </w:r>
      <w:r>
        <w:t>maine apni aankh se dekha ke wahan masjid ke sath mila kar ke rasoi ghar, rasoi ghar tha wahan pehle se. yani masjid banne se pehle hinduon ka rasoi ghar tha wahan, jis ko woh muqaddas samajhte the.</w:t>
      </w:r>
    </w:p>
    <w:p>
      <w:pPr>
        <w:jc w:val="right"/>
      </w:pPr>
      <w:r>
        <w:t>میں نے اپنی آنکھ سے دیکھا کہ وہاں مسجد کے ساتھ ملا کر کے رسوئی گھر، رسوئی گھر تھا وہاں پہلے سے۔ یعنی مسجد بننے سے پہلے ہندوؤں کا رسوئی گھر تھا وہاں، جس کو وہ مقدس سمجھتے تھے۔</w:t>
      </w:r>
    </w:p>
    <w:p>
      <w:r>
        <w:rPr>
          <w:b/>
        </w:rPr>
        <w:t xml:space="preserve">[10:46] </w:t>
      </w:r>
      <w:r>
        <w:t>yani pooja asthal tha un ka, woh</w:t>
      </w:r>
    </w:p>
    <w:p>
      <w:pPr>
        <w:jc w:val="right"/>
      </w:pPr>
      <w:r>
        <w:t>یعنی پوجا استھل تھا ان کا، وہ</w:t>
      </w:r>
    </w:p>
    <w:p>
      <w:r>
        <w:rPr>
          <w:b/>
        </w:rPr>
        <w:t xml:space="preserve">[10:49] </w:t>
      </w:r>
      <w:r>
        <w:t>isko mila kar ke bana diya babri masjid.</w:t>
      </w:r>
    </w:p>
    <w:p>
      <w:pPr>
        <w:jc w:val="right"/>
      </w:pPr>
      <w:r>
        <w:t>اس کو ملا کر کے بنا دیا بابری مسجد۔</w:t>
      </w:r>
    </w:p>
    <w:p>
      <w:r>
        <w:rPr>
          <w:b/>
        </w:rPr>
        <w:t xml:space="preserve">[10:57] </w:t>
      </w:r>
      <w:r>
        <w:t>to to niza' ghar pehle din se ho gaya. woh jab mila ke banayenge to tarah tarah ke dispute khade honge ke yeh jagah hamari hai, woh jagah hamari hai, idhar tum nahin nikal sakte, idhar tum nahin nikal sakte.</w:t>
      </w:r>
    </w:p>
    <w:p>
      <w:pPr>
        <w:jc w:val="right"/>
      </w:pPr>
      <w:r>
        <w:t>تو تو نزاع گھر پہلے دن سے ہو گیا۔ وہ جب ملا کے بنائیں گے تو طرح طرح کے ڈسپیوٹ کھڑے ہوں گے کہ یہ جگہ ہماری ہے، وہ جگہ ہماری ہے، ادھر تم نہیں نکل سکتے، ادھر تم نہیں نکل سکتے۔</w:t>
      </w:r>
    </w:p>
    <w:p>
      <w:r>
        <w:rPr>
          <w:b/>
        </w:rPr>
        <w:t xml:space="preserve">[11:15] </w:t>
      </w:r>
      <w:r>
        <w:t>woh loudspeaker lagayenge, woh kahenge hamara hamara pooja kharab ho raha hai, woh haan murti lagayein ke aap kahein ke haan to murti mat lagao. is tarah tarah ke niza' khade honge, jaisa ke hua.</w:t>
      </w:r>
    </w:p>
    <w:p>
      <w:pPr>
        <w:jc w:val="right"/>
      </w:pPr>
      <w:r>
        <w:t>وہ لاؤڈ سپیکر لگائیں گے، وہ کہیں گے ہمارا ہمارا پوجا خراب ہو رہا ہے، وہ ہاں مورتی لگائیں کہ آپ کہیں کہ ہاں تو مورتی مت لگاؤ۔ اس طرح طرح کے نزاع کھڑے ہوں گے، جیسا کہ ہوا۔</w:t>
      </w:r>
    </w:p>
    <w:p>
      <w:r>
        <w:rPr>
          <w:b/>
        </w:rPr>
        <w:t xml:space="preserve">[11:27] </w:t>
      </w:r>
      <w:r>
        <w:t>to is ayat ke mutabiq kya karna tha ke masjid ko</w:t>
      </w:r>
    </w:p>
    <w:p>
      <w:pPr>
        <w:jc w:val="right"/>
      </w:pPr>
      <w:r>
        <w:t>تو اس آیت کے مطابق کیا کرنا تھا کہ مسجد کو</w:t>
      </w:r>
    </w:p>
    <w:p>
      <w:r>
        <w:rPr>
          <w:b/>
        </w:rPr>
        <w:t xml:space="preserve">[11:34] </w:t>
      </w:r>
      <w:r>
        <w:t>pooja asthal, hindu pooja asthal ke door door banana tha.</w:t>
      </w:r>
    </w:p>
    <w:p>
      <w:pPr>
        <w:jc w:val="right"/>
      </w:pPr>
      <w:r>
        <w:t>پوجا استھل، ہندو پوجا استھل کے دور دور بنانا تھا۔</w:t>
      </w:r>
    </w:p>
    <w:p>
      <w:r>
        <w:rPr>
          <w:b/>
        </w:rPr>
        <w:t xml:space="preserve">[11:44] </w:t>
      </w:r>
      <w:r>
        <w:t>yeh hai: fala yunaza'unka fil amri wa tum ko in in tum un ko dispute ka mauqa na do, yaani tum un ko dispute ka mauqa na do.</w:t>
      </w:r>
    </w:p>
    <w:p>
      <w:pPr>
        <w:jc w:val="right"/>
      </w:pPr>
      <w:r>
        <w:t>یہ ہے: فلا ينازعنک فی الامر وہ تم کو ان ان تم ان کو نزاع کا موقع نہ دو، یعنی تم ان کو ڈسپیوٹ کا موقع نہ دو۔</w:t>
      </w:r>
    </w:p>
    <w:p>
      <w:r>
        <w:rPr>
          <w:b/>
        </w:rPr>
        <w:t xml:space="preserve">[11:56] </w:t>
      </w:r>
      <w:r>
        <w:t>yaani apni masjid ko is tarah banao ke unhein dispute ka mauqa hi na mile.</w:t>
      </w:r>
    </w:p>
    <w:p>
      <w:pPr>
        <w:jc w:val="right"/>
      </w:pPr>
      <w:r>
        <w:t>یعنی اپنی مسجد کو اس طرح بناؤ کہ انہیں ڈسپیوٹ کا موقع ہی نہ ملے۔</w:t>
      </w:r>
    </w:p>
    <w:p>
      <w:r>
        <w:rPr>
          <w:b/>
        </w:rPr>
        <w:t xml:space="preserve">[12:02] </w:t>
      </w:r>
      <w:r>
        <w:t>aur woh kya hai? simply kya hai? doori ek distance ke maintain karo, dono ke beech mein ek distance ke maintain karo to mauqa aayega nahin.</w:t>
      </w:r>
    </w:p>
    <w:p>
      <w:pPr>
        <w:jc w:val="right"/>
      </w:pPr>
      <w:r>
        <w:t>اور وہ کیا ہے؟ سمپلی کیا ہے؟ دوری ایک ڈسٹنس کے مینٹین کرو، دونوں کے بیچ میں ایک ڈسٹنس کے مینٹین کرو تو موقع آئے گا نہیں۔</w:t>
      </w:r>
    </w:p>
    <w:p>
      <w:r>
        <w:rPr>
          <w:b/>
        </w:rPr>
        <w:t xml:space="preserve">[12:14] </w:t>
      </w:r>
      <w:r>
        <w:t>chaar chaar lakho lakh masjidain hain, wahan yeh sab jhagde khade nahin hote</w:t>
      </w:r>
    </w:p>
    <w:p>
      <w:pPr>
        <w:jc w:val="right"/>
      </w:pPr>
      <w:r>
        <w:t>چار چار لاکھوں لاکھ مسجدیں ہیں، وہاں یہ سب جھگڑے کھڑے نہیں ہوتے</w:t>
      </w:r>
    </w:p>
    <w:p>
      <w:r>
        <w:rPr>
          <w:b/>
        </w:rPr>
        <w:t xml:space="preserve">[12:19] </w:t>
      </w:r>
      <w:r>
        <w:t>kyun ke wahan ek distance hai doosre ibadat khane mein aur masjid mein.</w:t>
      </w:r>
    </w:p>
    <w:p>
      <w:pPr>
        <w:jc w:val="right"/>
      </w:pPr>
      <w:r>
        <w:t>کیونکہ وہاں ایک ڈسٹنس ہے دوسرے عبادت خانے میں اور مسجد میں۔</w:t>
      </w:r>
    </w:p>
    <w:p>
      <w:r>
        <w:rPr>
          <w:b/>
        </w:rPr>
        <w:t xml:space="preserve">[12:27] </w:t>
      </w:r>
      <w:r>
        <w:t>lekin itne sankaron saal guzar gaye, kisi aalim ne yeh fatwa nahin diya. roz fatwe issue hote hain, bekar ke fatwe. yeh nahin fatwa diya ke Meer Baqi ne masjid galat banai, Quran ke khilaf banaya.</w:t>
      </w:r>
    </w:p>
    <w:p>
      <w:pPr>
        <w:jc w:val="right"/>
      </w:pPr>
      <w:r>
        <w:t>لیکن اتنے سینکڑوں سال گزر گئے، کسی عالم نے یہ فتوی نہیں دیا۔ روز فتوے ایشو ہوتے ہیں، بیکار کے فتوے۔ یہ نہیں فتوی دیا کہ میر باقی نے مسجد غلط بنائی، قرآن کے خلاف بنایا۔</w:t>
      </w:r>
    </w:p>
    <w:p>
      <w:r>
        <w:rPr>
          <w:b/>
        </w:rPr>
        <w:t xml:space="preserve">[12:44] </w:t>
      </w:r>
      <w:r>
        <w:t>yeh kisi ne fatwa hi nahin diya. fatwa na dene ke maani kya hue? musalmanon ko guidance nahin mili, musalmanon ko rehnumai nahin mili, musalmanon ko land of thinking nahin mili.</w:t>
      </w:r>
    </w:p>
    <w:p>
      <w:pPr>
        <w:jc w:val="right"/>
      </w:pPr>
      <w:r>
        <w:t>یہ کسی نے فتوی ہی نہیں دیا۔ فتوی نہ دینے کے معنی کیا ہوئے؟ مسلمانوں کو گائیڈنس نہیں ملی، مسلمانوں کو رہنمائی نہیں ملی، مسلمانوں کو لینڈ آف تھنکنگ نہیں ملی۔</w:t>
      </w:r>
    </w:p>
    <w:p>
      <w:r>
        <w:rPr>
          <w:b/>
        </w:rPr>
        <w:t xml:space="preserve">[13:01] </w:t>
      </w:r>
      <w:r>
        <w:t>yahan tak ke baat badhte badhte badhte badhte, 6 December 1992 ko masjid dha di gayi.</w:t>
      </w:r>
    </w:p>
    <w:p>
      <w:pPr>
        <w:jc w:val="right"/>
      </w:pPr>
      <w:r>
        <w:t>یہاں تک کہ بات بڑھتے بڑھتے بڑھتے بڑھتے، 6 دسمبر 1992 کو مسجد ڈھا دی گئی۔</w:t>
      </w:r>
    </w:p>
    <w:p>
      <w:r>
        <w:rPr>
          <w:b/>
        </w:rPr>
        <w:t xml:space="preserve">[13:13] </w:t>
      </w:r>
      <w:r>
        <w:t>is maamle mein main yahan pe yeh bhi add karunga ke is maamle mein Quran mein jo hidayat di gayi hai, uska practical example bhi maujood tha.</w:t>
      </w:r>
    </w:p>
    <w:p>
      <w:pPr>
        <w:jc w:val="right"/>
      </w:pPr>
      <w:r>
        <w:t>اس معاملے میں میں یہاں پہ یہ بھی ایڈ کروں گا کہ اس معاملے میں قرآن میں جو ہدایت دی گئی ہے، اس کا پریکٹیکل ایگزامپل بھی موجود تھا۔</w:t>
      </w:r>
    </w:p>
    <w:p>
      <w:r>
        <w:rPr>
          <w:b/>
        </w:rPr>
        <w:t xml:space="preserve">[13:27] </w:t>
      </w:r>
      <w:r>
        <w:t>woh taqreeban tha seven century AD mein, Hazrat Umar jo doosre khalifa the, un ke zamane mein musalman Falasteen mein dakhil hue, Jerusalem mein dakhil hue.</w:t>
      </w:r>
    </w:p>
    <w:p>
      <w:pPr>
        <w:jc w:val="right"/>
      </w:pPr>
      <w:r>
        <w:t>وہ تقریباً تھا سیون سینچری اے ڈی میں، حضرت عمر جو دوسرے خلیفہ تھے، ان کے زمانے میں مسلمان فلسطین میں داخل ہوئے، یروشلم میں داخل ہوئے۔</w:t>
      </w:r>
    </w:p>
    <w:p>
      <w:r>
        <w:rPr>
          <w:b/>
        </w:rPr>
        <w:t xml:space="preserve">[13:44] </w:t>
      </w:r>
      <w:r>
        <w:t>to wahan par</w:t>
      </w:r>
    </w:p>
    <w:p>
      <w:pPr>
        <w:jc w:val="right"/>
      </w:pPr>
      <w:r>
        <w:t>تو وہاں پر</w:t>
      </w:r>
    </w:p>
    <w:p>
      <w:r>
        <w:rPr>
          <w:b/>
        </w:rPr>
        <w:t xml:space="preserve">[13:46] </w:t>
      </w:r>
      <w:r>
        <w:t>yeh unhone mutalba kiya, wahan ke Lord Bishop ne ke Khalifa khud aaye to is se hamara muahida tay hoga.</w:t>
      </w:r>
    </w:p>
    <w:p>
      <w:pPr>
        <w:jc w:val="right"/>
      </w:pPr>
      <w:r>
        <w:t>یہ انہوں نے مطالبہ کیا، وہاں کے لارڈ بشپ نے کہ خلیفہ خود آئے تو اس سے ہمارا معاہدہ طے ہوگا۔</w:t>
      </w:r>
    </w:p>
    <w:p>
      <w:r>
        <w:rPr>
          <w:b/>
        </w:rPr>
        <w:t xml:space="preserve">[13:57] </w:t>
      </w:r>
      <w:r>
        <w:t>Hazrat Umar Madina se chal kar Jerusalem gaye, yeh seven century ki baat hai,</w:t>
      </w:r>
    </w:p>
    <w:p>
      <w:pPr>
        <w:jc w:val="right"/>
      </w:pPr>
      <w:r>
        <w:t>حضرت عمر مدینہ سے چل کر یروشلم گئے، یہ سیون سینچری کی بات ہے،</w:t>
      </w:r>
    </w:p>
    <w:p>
      <w:r>
        <w:rPr>
          <w:b/>
        </w:rPr>
        <w:t xml:space="preserve">[14:05] </w:t>
      </w:r>
      <w:r>
        <w:t>saatveen sadi Isvi ki.</w:t>
      </w:r>
    </w:p>
    <w:p>
      <w:pPr>
        <w:jc w:val="right"/>
      </w:pPr>
      <w:r>
        <w:t>ساتویں صدی عیسوی کی۔</w:t>
      </w:r>
    </w:p>
    <w:p>
      <w:r>
        <w:rPr>
          <w:b/>
        </w:rPr>
        <w:t xml:space="preserve">[14:09] </w:t>
      </w:r>
      <w:r>
        <w:t>to wahan par kya hua ke wahan par ek qareebi kunaisa, ek church hai, us ko kehte hain Kaniest al-Qiyamah, Church of Resurrection. woh maine dekha hai, wahan main gaya hoon.</w:t>
      </w:r>
    </w:p>
    <w:p>
      <w:pPr>
        <w:jc w:val="right"/>
      </w:pPr>
      <w:r>
        <w:t>تو وہاں پر کیا ہوا کہ وہاں پر ایک قریبی کنیسہ، ایک چرچ ہے، اس کو کہتے ہیں کنیست القیامہ، چرچ آف ریزرکشن۔ وہ میں نے دیکھا ہے، وہاں میں گیا ہوں۔</w:t>
      </w:r>
    </w:p>
    <w:p>
      <w:r>
        <w:rPr>
          <w:b/>
        </w:rPr>
        <w:t xml:space="preserve">[14:21] </w:t>
      </w:r>
      <w:r>
        <w:t>to wahan par negotiation ho raha tha. to asar ki namaz ka waqt aa gaya, Hazrat Umar ne kaha ke mujhe namaz padhna hai.</w:t>
      </w:r>
    </w:p>
    <w:p>
      <w:pPr>
        <w:jc w:val="right"/>
      </w:pPr>
      <w:r>
        <w:t>تو وہاں پر نیگوشی ایشن ہو رہا تھا۔ تو عصر کی نماز کا وقت آ گیا، حضرت عمر نے کہا کہ مجھے نماز پڑھنا ہے۔</w:t>
      </w:r>
    </w:p>
    <w:p>
      <w:r>
        <w:rPr>
          <w:b/>
        </w:rPr>
        <w:t xml:space="preserve">[14:31] </w:t>
      </w:r>
      <w:r>
        <w:t>to jo Christian leader tha, us ne kaha ke aap yahin padh lijiyye. Hazrat Umar ne kaha ke nahin, main stone throw ki doori par, yaani Rahmat al-Hajar ki doori par</w:t>
      </w:r>
    </w:p>
    <w:p>
      <w:pPr>
        <w:jc w:val="right"/>
      </w:pPr>
      <w:r>
        <w:t>تو جو کرسچن لیڈر تھا، اس نے کہا کہ آپ یہیں پڑھ لیجئے۔ حضرت عمر نے کہا کہ نہیں، میں اسٹون تھرو کی دوری پر، یعنی رحمت الحجر کی دوری پر</w:t>
      </w:r>
    </w:p>
    <w:p>
      <w:r>
        <w:rPr>
          <w:b/>
        </w:rPr>
        <w:t xml:space="preserve">[14:48] </w:t>
      </w:r>
      <w:r>
        <w:t>namaz padhunga. yaani ek patthar liya jaye, zor se phenka jaye. patthar ke maani bahut bada patthar nahin jo aap ke haath mein aa sake.</w:t>
      </w:r>
    </w:p>
    <w:p>
      <w:pPr>
        <w:jc w:val="right"/>
      </w:pPr>
      <w:r>
        <w:t>نماز پڑھوں گا۔ یعنی ایک پتھر لیا جائے، زور سے پھینکا جائے۔ پتھر کے معنی بہت بڑا پتھر نہیں جو آپ کے ہاتھ میں آ سکے۔</w:t>
      </w:r>
    </w:p>
    <w:p>
      <w:r>
        <w:rPr>
          <w:b/>
        </w:rPr>
        <w:t xml:space="preserve">[14:57] </w:t>
      </w:r>
      <w:r>
        <w:t>to jitni door ja ke girega, wahan main namaz padhunga. is ko kehte hain angrezi mein stone throw, arabi mein kehte hain Rahmat al-Hajar.</w:t>
      </w:r>
    </w:p>
    <w:p>
      <w:pPr>
        <w:jc w:val="right"/>
      </w:pPr>
      <w:r>
        <w:t>تو جتنی دور جا کے گرے گا، وہاں میں نماز پڑھوں گا۔ اس کو کہتے ہیں انگریزی میں اسٹون تھرو، عربی میں کہتے ہیں رحمت الحجر۔</w:t>
      </w:r>
    </w:p>
    <w:p>
      <w:r>
        <w:rPr>
          <w:b/>
        </w:rPr>
        <w:t xml:space="preserve">[15:06] </w:t>
      </w:r>
      <w:r>
        <w:t>kyun? unhone kaha ke agar main yahan namaz padh loon to mere baad jo musalman aayenge, woh kahenge ke hamare Khalifa ne yahan namaz padhi hai, is liye hum yahan masjid banayenge.</w:t>
      </w:r>
    </w:p>
    <w:p>
      <w:pPr>
        <w:jc w:val="right"/>
      </w:pPr>
      <w:r>
        <w:t>کیوں؟ انہوں نے کہا کہ اگر میں یہاں نماز پڑھ لوں تو میرے بعد جو مسلمان آئیں گے، وہ کہیں گے کہ ہمارے خلیفہ نے یہاں نماز پڑھی ہے، اس لیے ہم یہاں مسجد بنائیں گے۔</w:t>
      </w:r>
    </w:p>
    <w:p>
      <w:r>
        <w:rPr>
          <w:b/>
        </w:rPr>
        <w:t xml:space="preserve">[15:18] </w:t>
      </w:r>
      <w:r>
        <w:t>aur phir kya hoga? chaar chaar maslak jhagda khada hoga, yaani wohi jo aaj Ayodhya mein hua.</w:t>
      </w:r>
    </w:p>
    <w:p>
      <w:pPr>
        <w:jc w:val="right"/>
      </w:pPr>
      <w:r>
        <w:t>اور پھر کیا ہوگا؟ چار چار مسلک جھگڑا کھڑا ہوگا، یعنی وہی جو آج ادیہ میں ہوا۔</w:t>
      </w:r>
    </w:p>
    <w:p>
      <w:r>
        <w:rPr>
          <w:b/>
        </w:rPr>
        <w:t xml:space="preserve">[15:25] </w:t>
      </w:r>
      <w:r>
        <w:t>to unhone doori par namaz padhi, chunanche baat ko yahi hua. musalmanon ne wahan par masjid banai, is ka naam Masjid Umar. main wahan gaya hoon, wahan maine namaz nahin padhi hai.</w:t>
      </w:r>
    </w:p>
    <w:p>
      <w:pPr>
        <w:jc w:val="right"/>
      </w:pPr>
      <w:r>
        <w:t>تو انہوں نے دوری پر نماز پڑھی، چنانچہ بات کو یہی ہوا۔ مسلمانوں نے وہاں پر مسجد بنائی، اس کا نام مسجد عمر۔ میں وہاں گیا ہوں، وہاں میں نے نماز نہیں پڑھی ہے۔</w:t>
      </w:r>
    </w:p>
    <w:p>
      <w:r>
        <w:rPr>
          <w:b/>
        </w:rPr>
        <w:t xml:space="preserve">[15:36] </w:t>
      </w:r>
      <w:r>
        <w:t>doori par hai, woh koi jhagda is ka nahin. to aap batayein ke Quran mein ek usool bata diya gaya tha, Hazrat Umar ne ek example set kar diya tha.</w:t>
      </w:r>
    </w:p>
    <w:p>
      <w:pPr>
        <w:jc w:val="right"/>
      </w:pPr>
      <w:r>
        <w:t>دوری پر ہے، وہ کوئی جھگڑا نہیں اس کا۔ تو آپ بتائیں کہ قرآن میں ایک اصول بتا دیا گیا تھا، حضرت عمر نے ایک ایگزامپل سیٹ کر دیا تھا۔</w:t>
      </w:r>
    </w:p>
    <w:p>
      <w:r>
        <w:rPr>
          <w:b/>
        </w:rPr>
        <w:t xml:space="preserve">[15:46] </w:t>
      </w:r>
      <w:r>
        <w:t>to yahi karna tha Ayodhya mein bhi ke doori par aap masjid banate. hinduo ki puja sthal se mila ke masjid banane ke maani the ke aap ne dispute ka mauqa diya unhein.</w:t>
      </w:r>
    </w:p>
    <w:p>
      <w:pPr>
        <w:jc w:val="right"/>
      </w:pPr>
      <w:r>
        <w:t>تو یہی کرنا تھا اہلیہ میں بھی کہ دوری پر آپ مسجد بناتے۔ ہندوؤں کی پوجا استھل سے ملا کر کے مسجد بنانے کے معنی تھے کہ آپ نے ڈسپیوٹ کا موقع دیا انہیں۔</w:t>
      </w:r>
    </w:p>
    <w:p>
      <w:r>
        <w:rPr>
          <w:b/>
        </w:rPr>
        <w:t xml:space="preserve">[16:01] </w:t>
      </w:r>
      <w:r>
        <w:t>ab yeh maine kaha to mujh ko log bura bhala keh rahe hain.</w:t>
      </w:r>
    </w:p>
    <w:p>
      <w:pPr>
        <w:jc w:val="right"/>
      </w:pPr>
      <w:r>
        <w:t>اب یہ میں نے کہا تو مجھ کو لوگ برا بھلا کہہ رہے ہیں۔</w:t>
      </w:r>
    </w:p>
    <w:p>
      <w:r>
        <w:rPr>
          <w:b/>
        </w:rPr>
        <w:t xml:space="preserve">[16:06] </w:t>
      </w:r>
      <w:r>
        <w:t>is ke mani hua ke sare musalman jo hain, qaumi mazhab par hain, islam par nahi hain. woh jis ko dekhen, woh hamein hamare khilaf bol raha hai, chahe molvi ho ya ghair molvi ho.</w:t>
      </w:r>
    </w:p>
    <w:p>
      <w:pPr>
        <w:jc w:val="right"/>
      </w:pPr>
      <w:r>
        <w:t>اس کے معنی ہوا کہ سارے مسلمان جو ہیں، قومی مذہب پر ہیں، اسلام پر نہیں ہیں۔ وہ جس کو دیکھیں، وہ ہمیں ہمارے خلاف بول رہا ہے، چاہے مولوی ہو یا غیر مولوی ہو۔</w:t>
      </w:r>
    </w:p>
    <w:p>
      <w:r>
        <w:rPr>
          <w:b/>
        </w:rPr>
        <w:t xml:space="preserve">[16:17] </w:t>
      </w:r>
      <w:r>
        <w:t>main quran ka hawala deta hoon, hazrat umar ke amal ka hawala deta hoon. is ko to report nahi kar paate.</w:t>
      </w:r>
    </w:p>
    <w:p>
      <w:pPr>
        <w:jc w:val="right"/>
      </w:pPr>
      <w:r>
        <w:t>میں قرآن کا حوالہ دیتا ہوں، حضرت عمر کے عمل کا حوالہ دیتا ہوں۔ اس کو تو ریپورٹ نہیں کر پاتے۔</w:t>
      </w:r>
    </w:p>
    <w:p>
      <w:r>
        <w:rPr>
          <w:b/>
        </w:rPr>
        <w:t xml:space="preserve">[16:28] </w:t>
      </w:r>
      <w:r>
        <w:t>to is mani hai ke musalmanon ko is se behas nahi hai. quran mein kya hai, hadith mein kya hai, khuda ka qanoon kya hai, unhein apne jazbat se khelna hai.</w:t>
      </w:r>
    </w:p>
    <w:p>
      <w:pPr>
        <w:jc w:val="right"/>
      </w:pPr>
      <w:r>
        <w:t>تو اس معنی ہے کہ مسلمانوں کو اس سے بحث نہیں ہے۔ قرآن میں کیا ہے، حدیث میں کیا ہے، خدا کا قانون کیا ہے، انہیں اپنے جذبات سے کھیلنا ہے۔</w:t>
      </w:r>
    </w:p>
    <w:p>
      <w:r>
        <w:rPr>
          <w:b/>
        </w:rPr>
        <w:t xml:space="preserve">[16:42] </w:t>
      </w:r>
      <w:r>
        <w:t>to dekhiye, yeh saada baat nahi hai. yeh khuda ke qanoon ke khilaf chalna hai. jaisa ke maine arz kiya, yeh dunya allah taala ne banai hai, competition par base karti hai.</w:t>
      </w:r>
    </w:p>
    <w:p>
      <w:pPr>
        <w:jc w:val="right"/>
      </w:pPr>
      <w:r>
        <w:t>تو دیکھیے، یہ سادہ بات نہیں ہے۔ یہ خدا کے قانون کے خلاف چلنا ہے۔ جیسا کہ میں نے عرض کیا، یہ دنیا اللہ تعالی نے بنائی ہے، کمپیٹیشن پر بیس کرتی ہے۔</w:t>
      </w:r>
    </w:p>
    <w:p>
      <w:r>
        <w:rPr>
          <w:b/>
        </w:rPr>
        <w:t xml:space="preserve">[16:57] </w:t>
      </w:r>
      <w:r>
        <w:t>competition based hai yeh dunya.</w:t>
      </w:r>
    </w:p>
    <w:p>
      <w:pPr>
        <w:jc w:val="right"/>
      </w:pPr>
      <w:r>
        <w:t>کمپیٹیشن بیسڈ ہے یہ دنیا۔</w:t>
      </w:r>
    </w:p>
    <w:p>
      <w:r>
        <w:rPr>
          <w:b/>
        </w:rPr>
        <w:t xml:space="preserve">[17:01] </w:t>
      </w:r>
      <w:r>
        <w:t>to aap ko kya karna hai ke aap avoid karen takrao se. you have to avoid confrontation.</w:t>
      </w:r>
    </w:p>
    <w:p>
      <w:pPr>
        <w:jc w:val="right"/>
      </w:pPr>
      <w:r>
        <w:t>تو آپ کو کیا کرنا ہے کہ آپ اوائڈ کریں ٹکراؤ سے۔ یو ہیو ٹو اوائڈ کنفرٹیشن۔</w:t>
      </w:r>
    </w:p>
    <w:p>
      <w:r>
        <w:rPr>
          <w:b/>
        </w:rPr>
        <w:t xml:space="preserve">[17:11] </w:t>
      </w:r>
      <w:r>
        <w:t>aap ko khud yeh zimmedari lena hai ke takrao na hone paaye.</w:t>
      </w:r>
    </w:p>
    <w:p>
      <w:pPr>
        <w:jc w:val="right"/>
      </w:pPr>
      <w:r>
        <w:t>آپ کو خود یہ ذمہ داری لینا ہے کہ ٹکراؤ نہ ہونے پائے۔</w:t>
      </w:r>
    </w:p>
    <w:p>
      <w:r>
        <w:rPr>
          <w:b/>
        </w:rPr>
        <w:t xml:space="preserve">[17:18] </w:t>
      </w:r>
      <w:r>
        <w:t>doosra to apne lihaz se chalega, jaisa road mein har aadmi apni daudata hai. to aap bhi gaadi kinare kar lete hain.</w:t>
      </w:r>
    </w:p>
    <w:p>
      <w:pPr>
        <w:jc w:val="right"/>
      </w:pPr>
      <w:r>
        <w:t>دوسرا تو اپنے لحاظ سے چلے گا، جیسے روڈ میں ہر آدمی اپنی دوڑاتا ہے۔ تو آپ بھی گاڑی کنارے کر لیتے ہیں۔</w:t>
      </w:r>
    </w:p>
    <w:p>
      <w:r>
        <w:rPr>
          <w:b/>
        </w:rPr>
        <w:t xml:space="preserve">[17:30] </w:t>
      </w:r>
      <w:r>
        <w:t>jo road par jo traffic ka law hai ke idhar se gaadi aa rahi hai, to aap apni gaadi ko kinare kar lete hain. to wohi nikal jati hai, aap bhi nikal jati hain.</w:t>
      </w:r>
    </w:p>
    <w:p>
      <w:pPr>
        <w:jc w:val="right"/>
      </w:pPr>
      <w:r>
        <w:t>جو روڈ پر جو ٹریفک کا لا ہے کہ ادھر سے گاڑی آ رہی ہے، تو آپ اپنی گاڑی کو کنارے کر لیتے ہیں۔ تو وہی نکل جاتی ہے، آپ بھی نکل جاتی ہیں۔</w:t>
      </w:r>
    </w:p>
    <w:p>
      <w:r>
        <w:rPr>
          <w:b/>
        </w:rPr>
        <w:t xml:space="preserve">[17:44] </w:t>
      </w:r>
      <w:r>
        <w:t>yeh law of nature hai. kal parson ka ek ajeeb mera ek observation hua, is ko batata hoon ke yeh allah taala ne sab kuch sikha rakha hai, animal tak ko sikha rakha hai.</w:t>
      </w:r>
    </w:p>
    <w:p>
      <w:pPr>
        <w:jc w:val="right"/>
      </w:pPr>
      <w:r>
        <w:t>یہ لا آف نیچر ہے۔ کل پرسوں کا ایک عجیب ایک میرا ایک ابزرویشن ہوا، اس کو بتاتا ہوں کہ یہ اللہ تعالی نے سب کچھ سکھا رکھا ہے، اینیمل تک کو سکھا رکھا ہے۔</w:t>
      </w:r>
    </w:p>
    <w:p>
      <w:r>
        <w:rPr>
          <w:b/>
        </w:rPr>
        <w:t xml:space="preserve">[17:56] </w:t>
      </w:r>
      <w:r>
        <w:t>principle avoidance, takrao se avoid karo.</w:t>
      </w:r>
    </w:p>
    <w:p>
      <w:pPr>
        <w:jc w:val="right"/>
      </w:pPr>
      <w:r>
        <w:t>پرنسپل اوائیڈنس، ٹکراؤ سے اوائڈ کرو۔</w:t>
      </w:r>
    </w:p>
    <w:p>
      <w:r>
        <w:rPr>
          <w:b/>
        </w:rPr>
        <w:t xml:space="preserve">[18:03] </w:t>
      </w:r>
      <w:r>
        <w:t>main jis ghar mein rehta hoon, to is ke paas kai darakht hain, un par gilhariyan bohat si rehti hain. to darakht se ek taar aa raha hai hamare ghar ghar ki taraf.</w:t>
      </w:r>
    </w:p>
    <w:p>
      <w:pPr>
        <w:jc w:val="right"/>
      </w:pPr>
      <w:r>
        <w:t>میں جس گھر میں رہتا ہوں، تو اس کے پاس کئی درخت ہیں، ان پر گلہریوں بہت سی رہتی ہیں۔ تو درخت سے ایک تار آ رہا ہے ہمارے گھر گھر کی طرف۔</w:t>
      </w:r>
    </w:p>
    <w:p>
      <w:r>
        <w:rPr>
          <w:b/>
        </w:rPr>
        <w:t xml:space="preserve">[18:15] </w:t>
      </w:r>
      <w:r>
        <w:t>taar shayad telephone ka taar hai, woh</w:t>
      </w:r>
    </w:p>
    <w:p>
      <w:pPr>
        <w:jc w:val="right"/>
      </w:pPr>
      <w:r>
        <w:t>تار شاید ٹیلی فون کا تار ہے، وہ</w:t>
      </w:r>
    </w:p>
    <w:p>
      <w:r>
        <w:rPr>
          <w:b/>
        </w:rPr>
        <w:t xml:space="preserve">[18:21] </w:t>
      </w:r>
      <w:r>
        <w:t>to is par taar par gilhariyan daudti hain, yani woh peed se hamare ghar ki taraf aati hain, jati hain. to ek din aisa hua ke ek gilhari peed se is taar par aayi,</w:t>
      </w:r>
    </w:p>
    <w:p>
      <w:pPr>
        <w:jc w:val="right"/>
      </w:pPr>
      <w:r>
        <w:t>تو اس پر تار پر گلہریں دوڑتی ہیں، یعنی وہ پیڑ سے ہمارے گھر کی طرف آتی ہیں، جاتی ہیں۔ تو ایک دن ایسا ہوا کہ ایک گلہری پیڑ سے اس تار پر آئی،</w:t>
      </w:r>
    </w:p>
    <w:p>
      <w:r>
        <w:rPr>
          <w:b/>
        </w:rPr>
        <w:t xml:space="preserve">[18:35] </w:t>
      </w:r>
      <w:r>
        <w:t>hamare ghar ki taraf aane ke liye. idhar se phir gilhari ja rahi thi.</w:t>
      </w:r>
    </w:p>
    <w:p>
      <w:pPr>
        <w:jc w:val="right"/>
      </w:pPr>
      <w:r>
        <w:t>ہمارے گھر کی طرف آنے کے لیے۔ ادھر سے پھر گلہری جا رہی تھی۔</w:t>
      </w:r>
    </w:p>
    <w:p>
      <w:r>
        <w:rPr>
          <w:b/>
        </w:rPr>
        <w:t xml:space="preserve">[18:40] </w:t>
      </w:r>
      <w:r>
        <w:t>to jab woh gilhari wahan pahunchi to instantly kya hua? woh gilhari neeche latak gayi, yani yeh yeh taar hai na, to is ke apna apne paon se us ko pakad ke neeche latak gayi.</w:t>
      </w:r>
    </w:p>
    <w:p>
      <w:pPr>
        <w:jc w:val="right"/>
      </w:pPr>
      <w:r>
        <w:t>تو جب وہ گلہری وہاں پہنچی تو انسٹنٹلی کیا ہوا؟ وہ گلہری نیچے لٹک گئی، یعنی یہ یہ تار ہے نا، تو اس کے اپنا اپنے پاؤں سے اس کو پکڑ کے نیچے لٹک گئی۔</w:t>
      </w:r>
    </w:p>
    <w:p>
      <w:r>
        <w:rPr>
          <w:b/>
        </w:rPr>
        <w:t xml:space="preserve">[18:54] </w:t>
      </w:r>
      <w:r>
        <w:t>to yeh neeche latak gayi aur ek gilhari upar chali gayi.</w:t>
      </w:r>
    </w:p>
    <w:p>
      <w:pPr>
        <w:jc w:val="right"/>
      </w:pPr>
      <w:r>
        <w:t>تو یہ نیچے لٹک گئی اور ایک گلہری اوپر چلی گئی۔</w:t>
      </w:r>
    </w:p>
    <w:p>
      <w:r>
        <w:rPr>
          <w:b/>
        </w:rPr>
        <w:t xml:space="preserve">[18:58] </w:t>
      </w:r>
      <w:r>
        <w:t>yani hairan tha main ke allah taala ne animal ko sikha rakha hai,</w:t>
      </w:r>
    </w:p>
    <w:p>
      <w:pPr>
        <w:jc w:val="right"/>
      </w:pPr>
      <w:r>
        <w:t>یعنی حیران تھا میں کہ اللہ تعالی نے اینیمل کو سکھا رکھا ہے،</w:t>
      </w:r>
    </w:p>
    <w:p>
      <w:r>
        <w:rPr>
          <w:b/>
        </w:rPr>
        <w:t xml:space="preserve">[19:06] </w:t>
      </w:r>
      <w:r>
        <w:t>aap principle of avoidance.</w:t>
      </w:r>
    </w:p>
    <w:p>
      <w:pPr>
        <w:jc w:val="right"/>
      </w:pPr>
      <w:r>
        <w:t>آپ پرنسپل آف اوائیڈنس۔</w:t>
      </w:r>
    </w:p>
    <w:p>
      <w:r>
        <w:rPr>
          <w:b/>
        </w:rPr>
        <w:t xml:space="preserve">[19:11] </w:t>
      </w:r>
      <w:r>
        <w:t>gilhari animal hai, insan jaisi aqal is ko nahi hai. lekin jaise hi is taar ke upar yeh gilhari idhar se aayi, doosri gilhari idhar se aayi, woh achaanak neeche latak gayi.</w:t>
      </w:r>
    </w:p>
    <w:p>
      <w:pPr>
        <w:jc w:val="right"/>
      </w:pPr>
      <w:r>
        <w:t>گلہری اینیمل ہے، انسان جیسی عقل اس کو نہیں ہے۔ لیکن جیسے ہی اس تار کے اوپر یہ گلہری ادھر سے آئی، دوسری گلہری ادھر سے آئی، وہ اچانک نیچے لٹک گئی۔</w:t>
      </w:r>
    </w:p>
    <w:p>
      <w:r>
        <w:rPr>
          <w:b/>
        </w:rPr>
        <w:t xml:space="preserve">[19:24] </w:t>
      </w:r>
      <w:r>
        <w:t>ek lag gayi, yani rasta de diya is ko. jab woh idhar chali gayi to phir yeh upar aa gayi, phir idhar chali gayi.</w:t>
      </w:r>
    </w:p>
    <w:p>
      <w:pPr>
        <w:jc w:val="right"/>
      </w:pPr>
      <w:r>
        <w:t>ایک لگ گئی، یعنی راستہ دے دیا اس کو۔ جب وہ ادھر چلی گئی تو پھر یہ اوپر آ گئی، پھر ادھر چلی گئی۔</w:t>
      </w:r>
    </w:p>
    <w:p>
      <w:r>
        <w:rPr>
          <w:b/>
        </w:rPr>
        <w:t xml:space="preserve">[19:32] </w:t>
      </w:r>
      <w:r>
        <w:t>yeh hai law of nature, yeh hai zindagi mein kamyabi ka tareeqa, yeh hai creation plan of god.</w:t>
      </w:r>
    </w:p>
    <w:p>
      <w:pPr>
        <w:jc w:val="right"/>
      </w:pPr>
      <w:r>
        <w:t>یہ ہے لا آف نیچر، یہ ہے زندگی میں کامیابی کا طریقہ، یہ ہے کریشن پلان آف گاڈ۔</w:t>
      </w:r>
    </w:p>
    <w:p>
      <w:r>
        <w:rPr>
          <w:b/>
        </w:rPr>
        <w:t xml:space="preserve">[19:44] </w:t>
      </w:r>
      <w:r>
        <w:t>to aap koi aisi jagah masjid banate hain jahan ke dispute khada ho jaye mustaqbil mein, yani satah kar ke, mila kar ke door banaiye.</w:t>
      </w:r>
    </w:p>
    <w:p>
      <w:pPr>
        <w:jc w:val="right"/>
      </w:pPr>
      <w:r>
        <w:t>تو آپ کوئی ایسی جگہ مسجد بناتے ہیں جہاں کہ ڈسپیوٹ کھڑا ہو جائے مستقبل میں، یعنی سٹا کر کے، ملا کر کے دور بنائیے۔</w:t>
      </w:r>
    </w:p>
    <w:p>
      <w:r>
        <w:rPr>
          <w:b/>
        </w:rPr>
        <w:t xml:space="preserve">[19:54] </w:t>
      </w:r>
      <w:r>
        <w:t>you have to maintain a distance, jaisa road par aap ek distance maintain karte hain, tab aap ki gaadi takrati nahi hai.</w:t>
      </w:r>
    </w:p>
    <w:p>
      <w:pPr>
        <w:jc w:val="right"/>
      </w:pPr>
      <w:r>
        <w:t>یو ہیو ٹو مینٹین ا ڈسٹنس، جیسے روڈ پر آپ ایک ڈسٹنس مینٹین کرتے ہیں، تب آپ کی گاڑی ٹکراتی نہیں ہے۔</w:t>
      </w:r>
    </w:p>
    <w:p>
      <w:r>
        <w:rPr>
          <w:b/>
        </w:rPr>
        <w:t xml:space="preserve">[20:04] </w:t>
      </w:r>
      <w:r>
        <w:t>har aadmi jaanta hai ke road par ek distance ko maintain karna hai, tabhi accident nahi hoga, nahi to accident ho jayega.</w:t>
      </w:r>
    </w:p>
    <w:p>
      <w:pPr>
        <w:jc w:val="right"/>
      </w:pPr>
      <w:r>
        <w:t>ہر آدمی جانتا ہے کہ روڈ پر ایک ڈسٹنس کو مینٹین کرنا ہے، تبھی ایکسیڈنٹ نہیں ہوگا، نہیں تو ایکسیڈنٹ ہو جائے گا۔</w:t>
      </w:r>
    </w:p>
    <w:p>
      <w:r>
        <w:rPr>
          <w:b/>
        </w:rPr>
        <w:t xml:space="preserve">[20:16] </w:t>
      </w:r>
      <w:r>
        <w:t>yeh saada maamla nahi hai. dekhiye ke aap kahein ke conspiracy hai, yeh discrimination hai, yeh zulm hai, injustice hai, yeh kehne se kuch baat banne wali nahi hai.</w:t>
      </w:r>
    </w:p>
    <w:p>
      <w:pPr>
        <w:jc w:val="right"/>
      </w:pPr>
      <w:r>
        <w:t>یہ سادہ معاملہ نہیں ہے۔ دیکھیے کہ آپ کہیں کہ کانسپریسی ہے، یہ ڈسکریمینیشن ہے، یہ ظلم ہے، انجسٹس ہے، یہ کہنے سے کچھ بات بننے والی نہیں ہے۔</w:t>
      </w:r>
    </w:p>
    <w:p>
      <w:r>
        <w:rPr>
          <w:b/>
        </w:rPr>
        <w:t xml:space="preserve">[20:30] </w:t>
      </w:r>
      <w:r>
        <w:t>you have to know the law of nature, you have to discover the creation plan of god, yani khuda ne paida kiya hai duniya ko, khuda ne banaya hai insaan ko, khuda ne rakha hai insaan ko yahan par.</w:t>
      </w:r>
    </w:p>
    <w:p>
      <w:pPr>
        <w:jc w:val="right"/>
      </w:pPr>
      <w:r>
        <w:t>یو ہیو ٹو نو دی لا آف نیچر، یو ہیو ٹو ڈسکور دا کریشن پلان آف گاڈ، یعنی خدا نے پیدا کیا ہے دنیا کو، خدا نے بنایا ہے انسان کو، خدا نے رکھا ہے انسان کو یہاں پر۔</w:t>
      </w:r>
    </w:p>
    <w:p>
      <w:r>
        <w:rPr>
          <w:b/>
        </w:rPr>
        <w:t xml:space="preserve">[20:45] </w:t>
      </w:r>
      <w:r>
        <w:t>to pehle din adam aur iblis ki shakal mein yeh misaal qaim kar di ke dekho,</w:t>
      </w:r>
    </w:p>
    <w:p>
      <w:pPr>
        <w:jc w:val="right"/>
      </w:pPr>
      <w:r>
        <w:t>تو پہلے دن آدم اور ابلیس کی شکل میں یہ مثال قائم کر دی کہ دیکھو،</w:t>
      </w:r>
    </w:p>
    <w:p>
      <w:r>
        <w:rPr>
          <w:b/>
        </w:rPr>
        <w:t xml:space="preserve">[20:54] </w:t>
      </w:r>
      <w:r>
        <w:t>shaitan to bhagaye ga, tum mat bhagna. agar bhag jao to phir shaitan ko ilzaam mat do, allah taala se toba karo, yani apni islaah, apni correction karo.</w:t>
      </w:r>
    </w:p>
    <w:p>
      <w:pPr>
        <w:jc w:val="right"/>
      </w:pPr>
      <w:r>
        <w:t>شیطان تو بھاگائے گا، تم مت بھاگنا۔ اگر بھاگ جاؤ تو پھر شیطان کو الزام مت دو، اللہ تعالی سے توبہ کرو، یعنی اپنی اصلاح، اپنی کریکشن کرو۔</w:t>
      </w:r>
    </w:p>
    <w:p>
      <w:r>
        <w:rPr>
          <w:b/>
        </w:rPr>
        <w:t xml:space="preserve">[21:08] </w:t>
      </w:r>
      <w:r>
        <w:t>yani hazrat ibrahim, woh hazrat adam yeh kar sakte thay.</w:t>
      </w:r>
    </w:p>
    <w:p>
      <w:pPr>
        <w:jc w:val="right"/>
      </w:pPr>
      <w:r>
        <w:t>یعنی حضرت ابراہیم، وہ حضرت آدم یہ کر سکتے تھے۔</w:t>
      </w:r>
    </w:p>
    <w:p>
      <w:r>
        <w:rPr>
          <w:b/>
        </w:rPr>
        <w:t xml:space="preserve">[21:13] </w:t>
      </w:r>
      <w:r>
        <w:t>hazrat adam keh sakte thay ke shaitan ki conspiracy hai, shaitan ka zulm hai, aur shaitan ka injustice hai. shaitan ne yeh kiya, shaitan ne woh kiya. yeh bari nahi bolay, woh bilkul apne aap par le liya.</w:t>
      </w:r>
    </w:p>
    <w:p>
      <w:pPr>
        <w:jc w:val="right"/>
      </w:pPr>
      <w:r>
        <w:t>حضرت آدم کہہ سکتے تھے کہ شیطان کی کانسپریسی ہے، شیطان کا ظلم ہے، اور شیطان کا انجسٹس ہے۔ شیطان نے یہ کیا، شیطان نے وہ کیا۔ یہ بری نہیں بولے، وہ بالکل اپنے آپ پر لے لیا۔</w:t>
      </w:r>
    </w:p>
    <w:p>
      <w:r>
        <w:rPr>
          <w:b/>
        </w:rPr>
        <w:t xml:space="preserve">[21:29] </w:t>
      </w:r>
      <w:r>
        <w:t>unhone socha ke jab shaitan ne bhagaya to bhagaya, lekin main bhaga kyun?</w:t>
      </w:r>
    </w:p>
    <w:p>
      <w:pPr>
        <w:jc w:val="right"/>
      </w:pPr>
      <w:r>
        <w:t>انہوں نے سوچا کہ جب شیطان نے بھاگایا تو بھاگایا، لیکن میں بھاگا کیوں؟</w:t>
      </w:r>
    </w:p>
    <w:p>
      <w:r>
        <w:rPr>
          <w:b/>
        </w:rPr>
        <w:t xml:space="preserve">[21:33] </w:t>
      </w:r>
      <w:r>
        <w:t>main ne us ki bhagane ka asar kyun le liya? to ghalati meri ho gayi. to unhone kaha, agar bana zalamna anfusana hum hi se ghalati ho gayi, khuda ya hamein maaf kar de.</w:t>
      </w:r>
    </w:p>
    <w:p>
      <w:pPr>
        <w:jc w:val="right"/>
      </w:pPr>
      <w:r>
        <w:t>میں نے اس کی بھاگانے کا اثر کیوں لے لیا؟ تو غلطی میری ہو گئی۔ تو انہوں نے کہا، اگر بنا ظلمنا انفسنا ہم ہی سے غلطی ہو گئی، خدایا ہمیں معاف کر دے۔</w:t>
      </w:r>
    </w:p>
    <w:p>
      <w:r>
        <w:rPr>
          <w:b/>
        </w:rPr>
        <w:t xml:space="preserve">[21:50] </w:t>
      </w:r>
      <w:r>
        <w:t>yeh duniya competition duniya hai, yeh ek koi hindu muslim masla nahi, yeh sab ka masla hai. musalmanon musalmanon ke beech mein yeh hota hai, jaise aap dekhiye, khilafat rashida ke baad arab mein bano umiya ki hukumat qaim hui,</w:t>
      </w:r>
    </w:p>
    <w:p>
      <w:pPr>
        <w:jc w:val="right"/>
      </w:pPr>
      <w:r>
        <w:t>یہ دنیا کمپیٹیشن دنیا ہے، یہ ایک کوئی ہندو مسلم مسئلہ نہیں، یہ سب کا مسئلہ ہے۔ مسلمانوں مسلمانوں کے بیچ میں یہ ہوتا ہے، جیسے آپ دیکھیے، خلافت راشدہ کے بعد عرب میں بنو امیہ کی حکومت قائم ہوئی،</w:t>
      </w:r>
    </w:p>
    <w:p>
      <w:r>
        <w:rPr>
          <w:b/>
        </w:rPr>
        <w:t xml:space="preserve">[22:09] </w:t>
      </w:r>
      <w:r>
        <w:t>yeh sab log jante hain. is ke baad bano abbas ki hukumat qaim hui, woh kaise? bano abbas ne saath le liya iraniyon ka, yani bano umiya jo thay, un ka saath to</w:t>
      </w:r>
    </w:p>
    <w:p>
      <w:pPr>
        <w:jc w:val="right"/>
      </w:pPr>
      <w:r>
        <w:t>یہ سب لوگ جانتے ہیں۔ اس کے بعد بنو عباس کی حکومت قائم ہوئی، وہ کیسے؟ بنو عباس نے ساتھ لے لیا ایرانیوں کا، یعنی بنو امیہ جو تھے، ان کا ساتھ تو</w:t>
      </w:r>
    </w:p>
    <w:p>
      <w:r>
        <w:rPr>
          <w:b/>
        </w:rPr>
        <w:t xml:space="preserve">[22:27] </w:t>
      </w:r>
      <w:r>
        <w:t>un ka saath dene walay bano umiya thay, arab ka qabeela. aur bano abbas jo thay, unhone apne siwa ek aur saathi pa liya iran mein.</w:t>
      </w:r>
    </w:p>
    <w:p>
      <w:pPr>
        <w:jc w:val="right"/>
      </w:pPr>
      <w:r>
        <w:t>ان کا ساتھ دینے والے بنو امیہ تھے، عرب کا قبیلہ۔ اور بنو عباس جو تھے، انہوں نے اپنے سوا ایک اور ساتھی پا لیا ایران میں۔</w:t>
      </w:r>
    </w:p>
    <w:p>
      <w:r>
        <w:rPr>
          <w:b/>
        </w:rPr>
        <w:t xml:space="preserve">[22:40] </w:t>
      </w:r>
      <w:r>
        <w:t>iran mein unhone saath diya diya bano abbas ka, to un ki taqat zyada ho gayi.</w:t>
      </w:r>
    </w:p>
    <w:p>
      <w:pPr>
        <w:jc w:val="right"/>
      </w:pPr>
      <w:r>
        <w:t>ایران میں انہوں نے ساتھ دیا دیا بنو عباس کا، تو ان کی طاقت زیادہ ہو گئی۔</w:t>
      </w:r>
    </w:p>
    <w:p>
      <w:r>
        <w:rPr>
          <w:b/>
        </w:rPr>
        <w:t xml:space="preserve">[22:45] </w:t>
      </w:r>
      <w:r>
        <w:t>unhone bano umiya ko dhakela diya, bano umiya ko khatam kar diya, aur hukumat qaim kar li apni. yeh hai competition. dekhein, yeh competition hindu musalman ki baat nahi hai, ya american aur non american ki baat nahi hai,</w:t>
      </w:r>
    </w:p>
    <w:p>
      <w:pPr>
        <w:jc w:val="right"/>
      </w:pPr>
      <w:r>
        <w:t>انہوں نے بنو امیہ کو دھکیل دیا، بنو امیہ کو ختم کر دیا، اور حکومت قائم کر لی اپنی۔ یہ ہے کمپیٹیشن۔ دیکھیں، یہ کمپیٹیشن ہندو مسلمان کی بات نہیں ہے، یا امریکن اور نان امریکن کی بات نہیں ہے،</w:t>
      </w:r>
    </w:p>
    <w:p>
      <w:r>
        <w:rPr>
          <w:b/>
        </w:rPr>
        <w:t xml:space="preserve">[23:02] </w:t>
      </w:r>
      <w:r>
        <w:t>british aur non british ki baat nahi hai.</w:t>
      </w:r>
    </w:p>
    <w:p>
      <w:pPr>
        <w:jc w:val="right"/>
      </w:pPr>
      <w:r>
        <w:t>برٹش اور نان برٹش کی بات نہیں ہے۔</w:t>
      </w:r>
    </w:p>
    <w:p>
      <w:r>
        <w:rPr>
          <w:b/>
        </w:rPr>
        <w:t xml:space="preserve">[23:04] </w:t>
      </w:r>
      <w:r>
        <w:t>khud musalmanon musalmanon mein hi hota hai. isi dilli mein dekhiye, ibrahim lodhi jo tha, ek zamane mein badshah tha, phir mughlon ne us ko maar kar khatam kar diya, to mughal raj qaim kar liya.</w:t>
      </w:r>
    </w:p>
    <w:p>
      <w:pPr>
        <w:jc w:val="right"/>
      </w:pPr>
      <w:r>
        <w:t>خود مسلمانوں مسلمانوں میں ہی ہوتا ہے۔ اسی دلی میں دیکھیے، ابراہیم لودھی جو تھا، ایک زمانے میں بادشاہ تھا، پھر مغلوں نے اس کو مار کر ختم کر دیا، تو مغل راج قائم کر لیا۔</w:t>
      </w:r>
    </w:p>
    <w:p>
      <w:r>
        <w:rPr>
          <w:b/>
        </w:rPr>
        <w:t xml:space="preserve">[23:17] </w:t>
      </w:r>
      <w:r>
        <w:t>ab ibrahim lodhi jo hai, qabar maqbara us ka bana hua hai yahan par.</w:t>
      </w:r>
    </w:p>
    <w:p>
      <w:pPr>
        <w:jc w:val="right"/>
      </w:pPr>
      <w:r>
        <w:t>اب ابراہیم لودھی جو ہے، قبر مقبرہ اس کا بنا ہوا ہے یہاں پر۔</w:t>
      </w:r>
    </w:p>
    <w:p>
      <w:r>
        <w:rPr>
          <w:b/>
        </w:rPr>
        <w:t xml:space="preserve">[23:24] </w:t>
      </w:r>
      <w:r>
        <w:t>ibrahim lodhi natural death nahi bhara tha, mughlon ki fauj ne us ko mara tha, to dono musalman thay, dono musalman thay.</w:t>
      </w:r>
    </w:p>
    <w:p>
      <w:pPr>
        <w:jc w:val="right"/>
      </w:pPr>
      <w:r>
        <w:t>ابراہیم لودھی نیچرل ڈیتھ نہیں بھرا تھا، مغلوں کی فوج نے اس کو مارا تھا، تو دونوں مسلمان تھے، دونوں مسلمان تھے۔</w:t>
      </w:r>
    </w:p>
    <w:p>
      <w:r>
        <w:rPr>
          <w:b/>
        </w:rPr>
        <w:t xml:space="preserve">[23:35] </w:t>
      </w:r>
      <w:r>
        <w:t>to dekhiye, yeh competition jo hai, yeh universal law hai,</w:t>
      </w:r>
    </w:p>
    <w:p>
      <w:pPr>
        <w:jc w:val="right"/>
      </w:pPr>
      <w:r>
        <w:t>تو دیکھیے، یہ کمپیٹیشن جو ہے، یہ یونیورسل لا ہے،</w:t>
      </w:r>
    </w:p>
    <w:p>
      <w:r>
        <w:rPr>
          <w:b/>
        </w:rPr>
        <w:t xml:space="preserve">[23:42] </w:t>
      </w:r>
      <w:r>
        <w:t>yeh har jagah hoga, har jagah hoga, har jagah hoga. to aap ko precaution lena parega, jis hazrat umar ne precaution liya ke agar main wahan namaz parh loon ga to yahan jhagda khara hoga.</w:t>
      </w:r>
    </w:p>
    <w:p>
      <w:pPr>
        <w:jc w:val="right"/>
      </w:pPr>
      <w:r>
        <w:t>یہ ہر جگہ ہوگا، ہر جگہ ہوگا، ہر جگہ ہوگا۔ تو آپ کو پریکاشن لینا پڑے گا، جس حضرت عمر نے پریکاشن لیا کہ اگر میں وہاں نماز پڑھ لوں گا تو یہاں جھگڑا کھڑا ہوگا۔</w:t>
      </w:r>
    </w:p>
    <w:p>
      <w:r>
        <w:rPr>
          <w:b/>
        </w:rPr>
        <w:t xml:space="preserve">[23:55] </w:t>
      </w:r>
      <w:r>
        <w:t>to precaution liya ke ek distance maintain kiya unhone.</w:t>
      </w:r>
    </w:p>
    <w:p>
      <w:pPr>
        <w:jc w:val="right"/>
      </w:pPr>
      <w:r>
        <w:t>تو پریکاشن لیا کہ ایک ڈسٹنس مینٹین کیا انہوں نے۔</w:t>
      </w:r>
    </w:p>
    <w:p>
      <w:r>
        <w:rPr>
          <w:b/>
        </w:rPr>
        <w:t xml:space="preserve">[24:02] </w:t>
      </w:r>
      <w:r>
        <w:t>to aap ko sab se pehle to yeh hai ke aap ko precaution lena hai, peshgi tor par yeh koshish karna hai ke takrao na aaye. agar suppose takrao ho jaye baal farz, to asal wa khair instantly aap adjust kar lijiye.</w:t>
      </w:r>
    </w:p>
    <w:p>
      <w:pPr>
        <w:jc w:val="right"/>
      </w:pPr>
      <w:r>
        <w:t>تو آپ کو سب سے پہلے تو یہ ہے کہ آپ کو پریکاشن لینا ہے، پیشگی طور پر یہ کوشش کرنا ہے کہ ٹکراؤ نہ آئے۔ اگر سپوز ٹکراؤ ہو جائے بالفرض، تو اصل و خیر انسٹنٹلی آپ ایڈجسٹ کر لیجئے۔</w:t>
      </w:r>
    </w:p>
    <w:p>
      <w:r>
        <w:rPr>
          <w:b/>
        </w:rPr>
        <w:t xml:space="preserve">[24:19] </w:t>
      </w:r>
      <w:r>
        <w:t>yani is adjustment ka matlab kya hai? you have to accept the status quo, jo status quo ban gaya, us par raazi ho jaiye.</w:t>
      </w:r>
    </w:p>
    <w:p>
      <w:pPr>
        <w:jc w:val="right"/>
      </w:pPr>
      <w:r>
        <w:t>یعنی اس ایڈجسٹمنٹ کا مطلب کیا ہے؟ یو ہیو ٹو ایکسیپٹ دی سٹیٹس کو، جو اسٹیٹس کو بن گیا، اس پر راضی ہو جائیے۔</w:t>
      </w:r>
    </w:p>
    <w:p>
      <w:r>
        <w:rPr>
          <w:b/>
        </w:rPr>
        <w:t xml:space="preserve">[24:28] </w:t>
      </w:r>
      <w:r>
        <w:t>bas</w:t>
      </w:r>
    </w:p>
    <w:p>
      <w:pPr>
        <w:jc w:val="right"/>
      </w:pPr>
      <w:r>
        <w:t>بس</w:t>
      </w:r>
    </w:p>
    <w:p>
      <w:r>
        <w:rPr>
          <w:b/>
        </w:rPr>
        <w:t xml:space="preserve">[24:31] </w:t>
      </w:r>
      <w:r>
        <w:t>raazi ho jayein us par. jaise falasteen mein 1948 mein kya hua? ek status quo ban gaya naya ke roughly half jo tha, diya un ke hissay mein aaya, yahood ke hissay mein aadha hissay mein aaya,</w:t>
      </w:r>
    </w:p>
    <w:p>
      <w:pPr>
        <w:jc w:val="right"/>
      </w:pPr>
      <w:r>
        <w:t>راضی ہو جائیں اس پر۔ جیسے فلسطین میں 1948 میں کیا ہوا؟ ایک اسٹیٹس بن گیا نیا کہ رفلی ہاف جو تھا، دیا ان کے حصے میں آیا، یہود کے حصے میں آدھا حصے میں آیا،</w:t>
      </w:r>
    </w:p>
    <w:p>
      <w:r>
        <w:rPr>
          <w:b/>
        </w:rPr>
        <w:t xml:space="preserve">[24:48] </w:t>
      </w:r>
      <w:r>
        <w:t>arbon ke hissay mein. yeh tha status quo</w:t>
      </w:r>
    </w:p>
    <w:p>
      <w:pPr>
        <w:jc w:val="right"/>
      </w:pPr>
      <w:r>
        <w:t>عربوں کے حصے میں۔ یہ تھا اسٹیٹس کو</w:t>
      </w:r>
    </w:p>
    <w:p>
      <w:r>
        <w:rPr>
          <w:b/>
        </w:rPr>
        <w:t xml:space="preserve">[24:52] </w:t>
      </w:r>
      <w:r>
        <w:t>1947-1948 mein jo states ko qaim hua, woh yeh tha ke aadha falasteen yahudiyon ke paas, aadha falasteen arabon ke paas.</w:t>
      </w:r>
    </w:p>
    <w:p>
      <w:pPr>
        <w:jc w:val="right"/>
      </w:pPr>
      <w:r>
        <w:t>1947-1948 میں جو اسٹیٹس کو قائم ہوا، وہ یہ تھا کہ آدھا فلسطین یہودیوں کے پاس، آدھا فلسطین عربوں کے پاس۔</w:t>
      </w:r>
    </w:p>
    <w:p>
      <w:r>
        <w:rPr>
          <w:b/>
        </w:rPr>
        <w:t xml:space="preserve">[25:04] </w:t>
      </w:r>
      <w:r>
        <w:t>bas is ko foran maan lena chahiye tha, is ko usi waqt.</w:t>
      </w:r>
    </w:p>
    <w:p>
      <w:pPr>
        <w:jc w:val="right"/>
      </w:pPr>
      <w:r>
        <w:t>بس اس کو فوراً مان لینا چاہیے تھا، اس کو اسی وقت۔</w:t>
      </w:r>
    </w:p>
    <w:p>
      <w:r>
        <w:rPr>
          <w:b/>
        </w:rPr>
        <w:t xml:space="preserve">[25:11] </w:t>
      </w:r>
      <w:r>
        <w:t>toh aaj arab falasteen mein sahulat taraqqi kar rahe hote, jabke aaj tabahi, tabahi, tabahi, tabahi, tabahi ho rahi hai.</w:t>
      </w:r>
    </w:p>
    <w:p>
      <w:pPr>
        <w:jc w:val="right"/>
      </w:pPr>
      <w:r>
        <w:t>تو آج عرب فلسطین میں سہولت ترقی کر رہے ہوتے، جبکہ آج تباہی، تباہی، تباہی، تباہی، تباہی ہو رہی ہے۔</w:t>
      </w:r>
    </w:p>
    <w:p>
      <w:r>
        <w:rPr>
          <w:b/>
        </w:rPr>
        <w:t xml:space="preserve">[25:23] </w:t>
      </w:r>
      <w:r>
        <w:t>toh pehla principle kya hai?</w:t>
      </w:r>
    </w:p>
    <w:p>
      <w:pPr>
        <w:jc w:val="right"/>
      </w:pPr>
      <w:r>
        <w:t>تو پہلا پرنسپل کیا ہے؟</w:t>
      </w:r>
    </w:p>
    <w:p>
      <w:r>
        <w:rPr>
          <w:b/>
        </w:rPr>
        <w:t xml:space="preserve">[25:29] </w:t>
      </w:r>
      <w:r>
        <w:t>aisi aisi baat na karna jis se takrao ho jaye,</w:t>
      </w:r>
    </w:p>
    <w:p>
      <w:pPr>
        <w:jc w:val="right"/>
      </w:pPr>
      <w:r>
        <w:t>ایسی ایسی بات نہ کرنا جس سے ٹکراؤ ہو جائے،</w:t>
      </w:r>
    </w:p>
    <w:p>
      <w:r>
        <w:rPr>
          <w:b/>
        </w:rPr>
        <w:t xml:space="preserve">[25:36] </w:t>
      </w:r>
      <w:r>
        <w:t>aisi baat na karna, yaani force hi karna. peshgi taur par sochna ke aisa karunga mein toh takrao ho jayega, is liye woh aisa nahi karna.</w:t>
      </w:r>
    </w:p>
    <w:p>
      <w:pPr>
        <w:jc w:val="right"/>
      </w:pPr>
      <w:r>
        <w:t>ایسی بات نہ کرنا، یعنی فورس ہی کرنا۔ پیشگی طور پر سوچنا کہ ایسا کروں گا میں تو ٹکراؤ ہو جائے گا، اس لیے وہ ایسا نہیں کرنا۔</w:t>
      </w:r>
    </w:p>
    <w:p>
      <w:r>
        <w:rPr>
          <w:b/>
        </w:rPr>
        <w:t xml:space="preserve">[25:45] </w:t>
      </w:r>
      <w:r>
        <w:t>mujhe yeh hazrat umar ne kiya, yeh hai precaution. achha, agar aap precaution na le saken</w:t>
      </w:r>
    </w:p>
    <w:p>
      <w:pPr>
        <w:jc w:val="right"/>
      </w:pPr>
      <w:r>
        <w:t>مجھے یہ حضرت عمر نے کیا، یہ ہے پریکاشن۔ اچھا، اگر آپ پریکاشن نہ لے سکیں</w:t>
      </w:r>
    </w:p>
    <w:p>
      <w:r>
        <w:rPr>
          <w:b/>
        </w:rPr>
        <w:t xml:space="preserve">[25:53] </w:t>
      </w:r>
      <w:r>
        <w:t>aur ek waqea ho jaye toh jaldi se states ko ko maan lijiyega, yaani pre-strain ke misaal ki shakal mein jaldi se maan lijiyega ke chalo bhai, aadha tumhara, aadha hamara.</w:t>
      </w:r>
    </w:p>
    <w:p>
      <w:pPr>
        <w:jc w:val="right"/>
      </w:pPr>
      <w:r>
        <w:t>اور ایک واقعہ ہو جائے تو جلدی سے اسٹیٹس کو کو مان لیجئے، یعنی پریسٹرائن کے مثال کی شکل میں جلدی سے مان لیجئے کہ چلو بھئی، آدھا تمہارا، آدھا ہمارا۔</w:t>
      </w:r>
    </w:p>
    <w:p>
      <w:r>
        <w:rPr>
          <w:b/>
        </w:rPr>
        <w:t xml:space="preserve">[26:06] </w:t>
      </w:r>
      <w:r>
        <w:t>toh aap ki taraqqi ka rasta chalta rahega, chalta rahega, chalta rahega.</w:t>
      </w:r>
    </w:p>
    <w:p>
      <w:pPr>
        <w:jc w:val="right"/>
      </w:pPr>
      <w:r>
        <w:t>تو آپ کی ترقی کا راستہ چلتا رہے گا، چلتا رہے گا، چلتا رہے گا۔</w:t>
      </w:r>
    </w:p>
    <w:p>
      <w:r>
        <w:rPr>
          <w:b/>
        </w:rPr>
        <w:t xml:space="preserve">[26:13] </w:t>
      </w:r>
      <w:r>
        <w:t>agar farz kiya yeh bhi na kar sake aap toh aap reassess kijiye aur kahiye ke i was wrong, we were wrong.</w:t>
      </w:r>
    </w:p>
    <w:p>
      <w:pPr>
        <w:jc w:val="right"/>
      </w:pPr>
      <w:r>
        <w:t>اگر فرض کیا یہ بھی نہ کر سکے آپ تو آپ ری ایسس کیجئے اور کہیے کہ آئی واز رونگ، وی ویر رونگ۔</w:t>
      </w:r>
    </w:p>
    <w:p>
      <w:r>
        <w:rPr>
          <w:b/>
        </w:rPr>
        <w:t xml:space="preserve">[26:22] </w:t>
      </w:r>
      <w:r>
        <w:t>teesra yeh teesra darja hai, teesra darja hai ke aap apni ghalti ko discover karein, we were wrong.</w:t>
      </w:r>
    </w:p>
    <w:p>
      <w:pPr>
        <w:jc w:val="right"/>
      </w:pPr>
      <w:r>
        <w:t>تیسرا یہ تیسرا درجہ ہے، تیسرا درجہ ہے کہ آپ اپنی غلطی کو ڈسکور کریں، وی ویر رونگ۔</w:t>
      </w:r>
    </w:p>
    <w:p>
      <w:r>
        <w:rPr>
          <w:b/>
        </w:rPr>
        <w:t xml:space="preserve">[26:33] </w:t>
      </w:r>
      <w:r>
        <w:t>yaani hum 1948 mein falasteen mein ghalti par the ke hum ne</w:t>
      </w:r>
    </w:p>
    <w:p>
      <w:pPr>
        <w:jc w:val="right"/>
      </w:pPr>
      <w:r>
        <w:t>یعنی ہم 1948 میں فلسطین میں غلطی پر تھے کہ ہم نے</w:t>
      </w:r>
    </w:p>
    <w:p>
      <w:r>
        <w:rPr>
          <w:b/>
        </w:rPr>
        <w:t xml:space="preserve">[26:38] </w:t>
      </w:r>
      <w:r>
        <w:t>ball four ke verdict ko nahi maana. tab bhi kuch na kuch rasta nikal aayega.</w:t>
      </w:r>
    </w:p>
    <w:p>
      <w:pPr>
        <w:jc w:val="right"/>
      </w:pPr>
      <w:r>
        <w:t>بال فور کے ورڈکٹ کو نہیں مانا۔ تب بھی کچھ نہ کچھ راستہ نکل آئے گا۔</w:t>
      </w:r>
    </w:p>
    <w:p>
      <w:r>
        <w:rPr>
          <w:b/>
        </w:rPr>
        <w:t xml:space="preserve">[26:47] </w:t>
      </w:r>
      <w:r>
        <w:t>aur yeh yeh shakal jo hai, aaj kal jo musalman kar rahe hain ke hamare saath distinction ho raha hai, hum ko second class bana diya gaya hai, hamare saath</w:t>
      </w:r>
    </w:p>
    <w:p>
      <w:pPr>
        <w:jc w:val="right"/>
      </w:pPr>
      <w:r>
        <w:t>اور یہ یہ شکل جو ہے، آج کل جو مسلمان کر رہے ہیں کہ ہمارے ساتھ ڈسٹنکشن ہو رہا ہے، ہم کو سیکنڈ کلاس بنا دیا گیا ہے، ہمارے ساتھ</w:t>
      </w:r>
    </w:p>
    <w:p>
      <w:r>
        <w:rPr>
          <w:b/>
        </w:rPr>
        <w:t xml:space="preserve">[26:57] </w:t>
      </w:r>
      <w:r>
        <w:t>injustice ho raha hai, hum siege mein pade hue hain, hamare saath saazish ho rahi hai, yeh sab be matlab baat hai, nonsense hai, baseless hai, koi matlab hi is ka nahi, koi is ka matlab nahi.</w:t>
      </w:r>
    </w:p>
    <w:p>
      <w:pPr>
        <w:jc w:val="right"/>
      </w:pPr>
      <w:r>
        <w:t>انجسٹس ہو رہا ہے، ہم سیج میں پڑے ہوئے ہیں، ہمارے ساتھ سازش ہو رہی ہے، یہ سب بے مطلب بات ہے، نان سینس ہے، بیس لیس ہے، کوئی مطلب ہی اس کا نہیں، کوئی اس کا مطلب نہیں۔</w:t>
      </w:r>
    </w:p>
    <w:p>
      <w:r>
        <w:rPr>
          <w:b/>
        </w:rPr>
        <w:t xml:space="preserve">[27:14] </w:t>
      </w:r>
      <w:r>
        <w:t>kyun ke aap ka bolna</w:t>
      </w:r>
    </w:p>
    <w:p>
      <w:pPr>
        <w:jc w:val="right"/>
      </w:pPr>
      <w:r>
        <w:t>کیونکہ آپ کا بولنا</w:t>
      </w:r>
    </w:p>
    <w:p>
      <w:r>
        <w:rPr>
          <w:b/>
        </w:rPr>
        <w:t xml:space="preserve">[27:17] </w:t>
      </w:r>
      <w:r>
        <w:t>yeh hai against the law of nature, against the creation plan of god. toh kaun itna powerful hai ke khuda ke plan ko badal de? kaun itna powerful hai ke khuda ke plan ko badal de?</w:t>
      </w:r>
    </w:p>
    <w:p>
      <w:pPr>
        <w:jc w:val="right"/>
      </w:pPr>
      <w:r>
        <w:t>یہ ہے اگینسٹ دی لا آف نیچر، اگینسٹ دی کریشن پلان آف گاڈ۔ تو کون اتنا پاورفل ہے کہ خدا کے پلان کو بدل دے؟ کون اتنا پاورفل ہے کہ خدا کے پلان کو بدل دے؟</w:t>
      </w:r>
    </w:p>
    <w:p>
      <w:r>
        <w:rPr>
          <w:b/>
        </w:rPr>
        <w:t xml:space="preserve">[27:35] </w:t>
      </w:r>
      <w:r>
        <w:t>toh hamare yahan par koi choice doosra nahi hai. we have no choice other than to accept the creation plan of god.</w:t>
      </w:r>
    </w:p>
    <w:p>
      <w:pPr>
        <w:jc w:val="right"/>
      </w:pPr>
      <w:r>
        <w:t>تو ہمارے یہاں پر کوئی چوائس دوسرا نہیں ہے۔ وی ہیو نو چوائس ادر دین ٹو ایکسیپٹ دا کریشن پلان آف گاڈ۔</w:t>
      </w:r>
    </w:p>
    <w:p>
      <w:r>
        <w:rPr>
          <w:b/>
        </w:rPr>
        <w:t xml:space="preserve">[27:48] </w:t>
      </w:r>
      <w:r>
        <w:t>toh yeh bohat hi zyada important baat hai ke aap yeh jaanein ke hum rehna par, hamein rehna hai ek world of competition mein.</w:t>
      </w:r>
    </w:p>
    <w:p>
      <w:pPr>
        <w:jc w:val="right"/>
      </w:pPr>
      <w:r>
        <w:t>تو یہ بہت ہی زیادہ امپورٹنٹ بات ہے کہ آپ یہ جانیں کہ ہم رہنا پر، ہمیں رہنا ہے ایک ورلڈ آف کمپیٹیشن میں۔</w:t>
      </w:r>
    </w:p>
    <w:p>
      <w:r>
        <w:rPr>
          <w:b/>
        </w:rPr>
        <w:t xml:space="preserve">[28:00] </w:t>
      </w:r>
      <w:r>
        <w:t>world of competition mein yeh kahani, yeh competition dekhiye, ideological level par hai aur physical level dono level par hai.</w:t>
      </w:r>
    </w:p>
    <w:p>
      <w:pPr>
        <w:jc w:val="right"/>
      </w:pPr>
      <w:r>
        <w:t>ورلڈ آف کمپیٹیشن میں یہ کہانی، یہ کمپیٹیشن دیکھیے، آئیڈیالوجیکل لیول پر ہے اور فزیکل لیول دونوں لیول پر ہے۔</w:t>
      </w:r>
    </w:p>
    <w:p>
      <w:r>
        <w:rPr>
          <w:b/>
        </w:rPr>
        <w:t xml:space="preserve">[28:09] </w:t>
      </w:r>
      <w:r>
        <w:t>aaj aaj ideological level pe bhi competition chal raha hai aur physical level pe bhi competition chal raha hai.</w:t>
      </w:r>
    </w:p>
    <w:p>
      <w:pPr>
        <w:jc w:val="right"/>
      </w:pPr>
      <w:r>
        <w:t>آج آج آئیڈیالوجیکل لیول پہ بھی کمپیٹیشن چل رہا ہے اور فزیکل لیول پہ بھی کمپیٹیشن چل رہا ہے۔</w:t>
      </w:r>
    </w:p>
    <w:p>
      <w:r>
        <w:rPr>
          <w:b/>
        </w:rPr>
        <w:t xml:space="preserve">[28:18] </w:t>
      </w:r>
      <w:r>
        <w:t>jo jo apni ability na dikha payega, woh haarega. haarne ke baad kisi ko yeh kehna ke sahib mere saath saazish hui hai, yeh sab bilkul ahmaqana baat hai kyun ke is ka koi result nahi nikalne wala.</w:t>
      </w:r>
    </w:p>
    <w:p>
      <w:pPr>
        <w:jc w:val="right"/>
      </w:pPr>
      <w:r>
        <w:t>جو جو اپنی ایبیلیٹی نہ دکھا پائے گا، وہ ہارے گا۔ ہارنے کے بعد کسی کو یہ کہنا کہ صاحب میرے ساتھ سازش ہوئی ہے، یہ سب بالکل احمقانہ بات ہے کیونکہ اس کا کوئی رزلٹ نہیں نکلنے والا۔</w:t>
      </w:r>
    </w:p>
    <w:p>
      <w:r>
        <w:rPr>
          <w:b/>
        </w:rPr>
        <w:t xml:space="preserve">[28:35] </w:t>
      </w:r>
      <w:r>
        <w:t>aap chalaate rahiye, chalaate rahiye.</w:t>
      </w:r>
    </w:p>
    <w:p>
      <w:pPr>
        <w:jc w:val="right"/>
      </w:pPr>
      <w:r>
        <w:t>آپ چلاتے رہیے، چلاتے رہیے۔</w:t>
      </w:r>
    </w:p>
    <w:p>
      <w:r>
        <w:rPr>
          <w:b/>
        </w:rPr>
        <w:t xml:space="preserve">[28:37] </w:t>
      </w:r>
      <w:r>
        <w:t>musalman so baras se chala rahe hain, yeh so baras se musalman chala rahe hain ke saazish ho rahi hai hamare khilaf, hamare saath zulm ho raha hai hamare khilaf. lekin kuch natija nahi, in vain.</w:t>
      </w:r>
    </w:p>
    <w:p>
      <w:pPr>
        <w:jc w:val="right"/>
      </w:pPr>
      <w:r>
        <w:t>مسلمان سو برس سے چلا رہے ہیں، یہ سو برس سے مسلمان چلا رہے ہیں کہ سازش ہو رہی ہے ہمارے خلاف، ہمارے ساتھ ظلم ہو رہا ہے ہمارے خلاف۔ لیکن کچھ نتیجہ نہیں، ان وین۔</w:t>
      </w:r>
    </w:p>
    <w:p>
      <w:r>
        <w:rPr>
          <w:b/>
        </w:rPr>
        <w:t xml:space="preserve">[28:49] </w:t>
      </w:r>
      <w:r>
        <w:t>kyun? woh woh kisi insaan ke saath nahi jaati hai, woh direct kisi plan of god par jaati hai.</w:t>
      </w:r>
    </w:p>
    <w:p>
      <w:pPr>
        <w:jc w:val="right"/>
      </w:pPr>
      <w:r>
        <w:t>کیوں؟ وہ وہ کسی انسان کے ساتھ نہیں جاتی ہے، وہ ڈائریکٹ کسی پلانٹ آف گاڈ پر جاتی ہے۔</w:t>
      </w:r>
    </w:p>
    <w:p>
      <w:r>
        <w:rPr>
          <w:b/>
        </w:rPr>
        <w:t xml:space="preserve">[28:57] </w:t>
      </w:r>
      <w:r>
        <w:t>yeh baat</w:t>
      </w:r>
    </w:p>
    <w:p>
      <w:pPr>
        <w:jc w:val="right"/>
      </w:pPr>
      <w:r>
        <w:t>یہ بات</w:t>
      </w:r>
    </w:p>
    <w:p>
      <w:r>
        <w:rPr>
          <w:b/>
        </w:rPr>
        <w:t xml:space="preserve">[29:04] </w:t>
      </w:r>
      <w:r>
        <w:t>to yeh bohat hi zyada important baat hai jis ko hamein janna chahiye warna hum bilkul,</w:t>
      </w:r>
    </w:p>
    <w:p>
      <w:pPr>
        <w:jc w:val="right"/>
      </w:pPr>
      <w:r>
        <w:t>تو یہ بہت ہی زیادہ امپورٹنٹ بات ہے جس کو ہمیں جاننا چاہیے ورنہ ہم بالکل،</w:t>
      </w:r>
    </w:p>
    <w:p>
      <w:r>
        <w:rPr>
          <w:b/>
        </w:rPr>
        <w:t xml:space="preserve">[29:18] </w:t>
      </w:r>
      <w:r>
        <w:t>yani hamari sari koshishein</w:t>
      </w:r>
    </w:p>
    <w:p>
      <w:pPr>
        <w:jc w:val="right"/>
      </w:pPr>
      <w:r>
        <w:t>یعنی ہماری ساری کوششیں</w:t>
      </w:r>
    </w:p>
    <w:p>
      <w:r>
        <w:rPr>
          <w:b/>
        </w:rPr>
        <w:t xml:space="preserve">[29:23] </w:t>
      </w:r>
      <w:r>
        <w:t>bekar ho kar reh jayengi. Dekhein, is ka yeh ek pehlu hua. Doosra is se bhi zyada sakht pehlu hai</w:t>
      </w:r>
    </w:p>
    <w:p>
      <w:pPr>
        <w:jc w:val="right"/>
      </w:pPr>
      <w:r>
        <w:t>بیکار ہو کر رہ جائیں گی۔ دیکھیں، اس کا یہ ایک پہلو ہوا۔ دوسرا اس سے بھی زیادہ سخت پہلو ہے</w:t>
      </w:r>
    </w:p>
    <w:p>
      <w:r>
        <w:rPr>
          <w:b/>
        </w:rPr>
        <w:t xml:space="preserve">[29:34] </w:t>
      </w:r>
      <w:r>
        <w:t>is is qism ki policy ka. Yeh policy ke aap doosron ko blame dein, jaise Adam blame dene lagte Iblees ko.</w:t>
      </w:r>
    </w:p>
    <w:p>
      <w:pPr>
        <w:jc w:val="right"/>
      </w:pPr>
      <w:r>
        <w:t>اس اس قسم کی پالیسی کا۔ یہ پالیسی کہ آپ دوسروں کو بلیم دیں، جیسے آدم بلیم دینے لگتے ابلیس کو۔</w:t>
      </w:r>
    </w:p>
    <w:p>
      <w:r>
        <w:rPr>
          <w:b/>
        </w:rPr>
        <w:t xml:space="preserve">[29:47] </w:t>
      </w:r>
      <w:r>
        <w:t>Agar Adam Iblees ko blame dene lagte to yeh zabardast dua na nikalti: Rabbana zalamna anfusana walam taghfir lana watrahimna yani Allah ne phir qabool kar liya in ko.</w:t>
      </w:r>
    </w:p>
    <w:p>
      <w:pPr>
        <w:jc w:val="right"/>
      </w:pPr>
      <w:r>
        <w:t>اگر آدم ابلیس کو بلیم دینے لگتے تو یہ زبردست دعا نہ نکلتی: ربنا ظلمنا انفسنا ولم تغفر لنا وترحمنا یعنی اللہ نے پھر قبول کر لیا ان کو۔</w:t>
      </w:r>
    </w:p>
    <w:p>
      <w:r>
        <w:rPr>
          <w:b/>
        </w:rPr>
        <w:t xml:space="preserve">[29:58] </w:t>
      </w:r>
      <w:r>
        <w:t>Yeh na hota ke sochiye is baat ko ke Adam agar</w:t>
      </w:r>
    </w:p>
    <w:p>
      <w:pPr>
        <w:jc w:val="right"/>
      </w:pPr>
      <w:r>
        <w:t>یہ نہ ہوتا کہ سوچیے اس بات کو کہ آدم اگر</w:t>
      </w:r>
    </w:p>
    <w:p>
      <w:r>
        <w:rPr>
          <w:b/>
        </w:rPr>
        <w:t xml:space="preserve">[30:05] </w:t>
      </w:r>
      <w:r>
        <w:t>yeh karte ke bas Iblees ko bura bhala kehna shuru kar dete ke Iblees ne saazish ki, Iblees ne conspiracy ki, Iblees ne yeh kiya, Iblees ne woh kiya, to yeh kya hota?</w:t>
      </w:r>
    </w:p>
    <w:p>
      <w:pPr>
        <w:jc w:val="right"/>
      </w:pPr>
      <w:r>
        <w:t>یہ کرتے کہ بس ابلیس کو برا بھلا کہنا شروع کر دیتے کہ ابلیس نے سازش کی، ابلیس نے کانسپریسی کی، ابلیس نے یہ کیا، ابلیس نے وہ کیا، تو یہ کیا ہوتا؟</w:t>
      </w:r>
    </w:p>
    <w:p>
      <w:r>
        <w:rPr>
          <w:b/>
        </w:rPr>
        <w:t xml:space="preserve">[30:22] </w:t>
      </w:r>
      <w:r>
        <w:t>khud apne ko mehroom karte hue,</w:t>
      </w:r>
    </w:p>
    <w:p>
      <w:pPr>
        <w:jc w:val="right"/>
      </w:pPr>
      <w:r>
        <w:t>خود اپنے کو محروم کرتے ہوئے،</w:t>
      </w:r>
    </w:p>
    <w:p>
      <w:r>
        <w:rPr>
          <w:b/>
        </w:rPr>
        <w:t xml:space="preserve">[30:26] </w:t>
      </w:r>
      <w:r>
        <w:t>un ke andar dependence na aata, un ke andar apni rethinking na jaagti. Un ke andar un ko yeh na tofeeq milti ke Allah taala se phir se dua karein.</w:t>
      </w:r>
    </w:p>
    <w:p>
      <w:pPr>
        <w:jc w:val="right"/>
      </w:pPr>
      <w:r>
        <w:t>ان کے اندر ڈیپینڈنس نہ آتا، ان کے اندر اپنی ری تھنکنگ نہ جاگتی۔ ان کے اندر ان کو یہ نہ توفیق ملتی کہ اللہ تعالی سے پھر سے دعا کریں۔</w:t>
      </w:r>
    </w:p>
    <w:p>
      <w:r>
        <w:rPr>
          <w:b/>
        </w:rPr>
        <w:t xml:space="preserve">[30:42] </w:t>
      </w:r>
      <w:r>
        <w:t>Aur yeh shandar dua jo Quran Majeed mein aayi hai, jo qabool ho gayi,</w:t>
      </w:r>
    </w:p>
    <w:p>
      <w:pPr>
        <w:jc w:val="right"/>
      </w:pPr>
      <w:r>
        <w:t>اور یہ شاندار دعا جو قرآن مجید میں آئی ہے، جو قبول ہو گئی،</w:t>
      </w:r>
    </w:p>
    <w:p>
      <w:r>
        <w:rPr>
          <w:b/>
        </w:rPr>
        <w:t xml:space="preserve">[30:46] </w:t>
      </w:r>
      <w:r>
        <w:t>yeh Quran Majeed mein aayi hai ke qabool kar liya Allah taala ne. Yeh yeh dua itni zabardast dua hai ke Quran mein is ka elaan hai ke qabool kar li gayi. To yeh kahan se hota?</w:t>
      </w:r>
    </w:p>
    <w:p>
      <w:pPr>
        <w:jc w:val="right"/>
      </w:pPr>
      <w:r>
        <w:t>یہ قرآن مجید میں آئی ہے کہ قبول کر لیا اللہ تعالی نے۔ یہ یہ دعا اتنی زبردست دعا ہے کہ قرآن میں اس کا اعلان ہے کہ قبول کر لی گئی۔ تو یہ کہاں سے ہوتا؟</w:t>
      </w:r>
    </w:p>
    <w:p>
      <w:r>
        <w:rPr>
          <w:b/>
        </w:rPr>
        <w:t xml:space="preserve">[30:59] </w:t>
      </w:r>
      <w:r>
        <w:t>Yahi haal, yahi haal aaj Musalmanon ka hai.</w:t>
      </w:r>
    </w:p>
    <w:p>
      <w:pPr>
        <w:jc w:val="right"/>
      </w:pPr>
      <w:r>
        <w:t>یہی حال، یہی حال آج مسلمانوں کا ہے۔</w:t>
      </w:r>
    </w:p>
    <w:p>
      <w:r>
        <w:rPr>
          <w:b/>
        </w:rPr>
        <w:t xml:space="preserve">[31:03] </w:t>
      </w:r>
      <w:r>
        <w:t>Yeh sari duniya mein Musalman negative kyun bani hui hain? Jis se mili hai, wahi negative hai. Manfi baat bolta hai, kam az kam mein boodha ho gaya.</w:t>
      </w:r>
    </w:p>
    <w:p>
      <w:pPr>
        <w:jc w:val="right"/>
      </w:pPr>
      <w:r>
        <w:t>یہ ساری دنیا میں مسلمان نیگیٹیو کیوں بنی ہوئی ہیں؟ جس سے ملی ہے، وہی نیگیٹیو ہے۔ منفی بات بولتا ہے، کم از کم میں بوڑھا ہو گیا۔</w:t>
      </w:r>
    </w:p>
    <w:p>
      <w:r>
        <w:rPr>
          <w:b/>
        </w:rPr>
        <w:t xml:space="preserve">[31:13] </w:t>
      </w:r>
      <w:r>
        <w:t>Ek insaan mein nahi paya apne is group ke bahar jo kahin ke negative na ho.</w:t>
      </w:r>
    </w:p>
    <w:p>
      <w:pPr>
        <w:jc w:val="right"/>
      </w:pPr>
      <w:r>
        <w:t>ایک انسان میں نہیں پایا اپنے اس گروپ کے باہر جو کہیں کہ نیگیٹیو نہ ہو۔</w:t>
      </w:r>
    </w:p>
    <w:p>
      <w:r>
        <w:rPr>
          <w:b/>
        </w:rPr>
        <w:t xml:space="preserve">[31:21] </w:t>
      </w:r>
      <w:r>
        <w:t>Koi soch raha hai Hindu ke khilaaf, koi soch raha hai ISS ke khilaaf, koi soch raha hai America ke khilaaf, koi soch raha hai Yahudi ke khilaaf, koi soch raha hai Angrezo ke khilaaf.</w:t>
      </w:r>
    </w:p>
    <w:p>
      <w:pPr>
        <w:jc w:val="right"/>
      </w:pPr>
      <w:r>
        <w:t>کوئی سوچ رہا ہے ہندو کے خلاف، کوئی سوچ رہا ہے آئی ایس ایس کے خلاف، کوئی سوچ رہا ہے امریکہ کے خلاف، کوئی سوچ رہا ہے یہودی کے خلاف، کوئی سوچ رہا ہے انگریزوں کے خلاف۔</w:t>
      </w:r>
    </w:p>
    <w:p>
      <w:r>
        <w:rPr>
          <w:b/>
        </w:rPr>
        <w:t xml:space="preserve">[31:32] </w:t>
      </w:r>
      <w:r>
        <w:t>Har ek kisi na kisi ke khilaaf soch mein mubtala hai.</w:t>
      </w:r>
    </w:p>
    <w:p>
      <w:pPr>
        <w:jc w:val="right"/>
      </w:pPr>
      <w:r>
        <w:t>ہر ایک کسی نہ کسی کے خلاف سوچ میں مبتلا ہے۔</w:t>
      </w:r>
    </w:p>
    <w:p>
      <w:r>
        <w:rPr>
          <w:b/>
        </w:rPr>
        <w:t xml:space="preserve">[31:39] </w:t>
      </w:r>
      <w:r>
        <w:t>Negative soch se kam az kam mein ne to na koi aadmi paya, na koi kitaab payi, na koi magazine paya, na koi akhbar paya ke Khuda ke creation plan ko hum ne nahi samjha, na samajh kar ke hum yani yeh karne lage ke jo cheez thi</w:t>
      </w:r>
    </w:p>
    <w:p>
      <w:pPr>
        <w:jc w:val="right"/>
      </w:pPr>
      <w:r>
        <w:t>نیگیٹیو سوچ سے کم از کم میں نے تو نہ کوئی آدمی پایا، نہ کوئی کتاب پائی، نہ کوئی میگزین پایا، نہ کوئی اخبار پایا کہ خدا کے کریشن پلان کو ہم نے نہیں سمجھا، نہ سمجھ کر کہ ہم یعنی یہ کرنے لگے کہ جو چیز تھی</w:t>
      </w:r>
    </w:p>
    <w:p>
      <w:r>
        <w:rPr>
          <w:b/>
        </w:rPr>
        <w:t xml:space="preserve">[31:55] </w:t>
      </w:r>
      <w:r>
        <w:t>Khuda ke creation plan ki wajah se, us ko hum kisi aur insaan ka zulm samajh liya.</w:t>
      </w:r>
    </w:p>
    <w:p>
      <w:pPr>
        <w:jc w:val="right"/>
      </w:pPr>
      <w:r>
        <w:t>خدا کے کریشن پلان کی وجہ سے، اس کو ہم کسی اور انسان کا ظلم سمجھ لیا۔</w:t>
      </w:r>
    </w:p>
    <w:p>
      <w:r>
        <w:rPr>
          <w:b/>
        </w:rPr>
        <w:t xml:space="preserve">[32:02] </w:t>
      </w:r>
      <w:r>
        <w:t>Yeh to kar raha hai America, yeh to kar raha hai Angrez, yeh to kar raha hai Yahudi, yeh to kar raha hai Hindu, yeh to kar raha hai ISS.</w:t>
      </w:r>
    </w:p>
    <w:p>
      <w:pPr>
        <w:jc w:val="right"/>
      </w:pPr>
      <w:r>
        <w:t>یہ تو کر رہا ہے امریکہ، یہ تو کر رہا ہے انگریز، یہ تو کر رہا ہے یہودی، یہ تو کر رہا ہے ہندو، یہ تو کر رہا ہے آئی ایس ایس۔</w:t>
      </w:r>
    </w:p>
    <w:p>
      <w:r>
        <w:rPr>
          <w:b/>
        </w:rPr>
        <w:t xml:space="preserve">[32:11] </w:t>
      </w:r>
      <w:r>
        <w:t>Halanke woh sab jo tha, is liye tha ke Allah taala ne yeh duniya ko banaya hai competition ke base par, challenge ke base par, muqable ke base par.</w:t>
      </w:r>
    </w:p>
    <w:p>
      <w:pPr>
        <w:jc w:val="right"/>
      </w:pPr>
      <w:r>
        <w:t>حالانکہ وہ سب جو تھا، اس لیے تھا کہ اللہ تعالی نے یہ دنیا کو بنایا ہے کمپیٹیشن کے بیس پر، چیلنج کے بیس پر، مقابلے کے بیس پر۔</w:t>
      </w:r>
    </w:p>
    <w:p>
      <w:r>
        <w:rPr>
          <w:b/>
        </w:rPr>
        <w:t xml:space="preserve">[32:21] </w:t>
      </w:r>
      <w:r>
        <w:t>Yeh sab to hoga, yeh hoga to aap is ki khud is ka precaution lijiye, khud apni planning sahi tareeqe se kijiye.</w:t>
      </w:r>
    </w:p>
    <w:p>
      <w:pPr>
        <w:jc w:val="right"/>
      </w:pPr>
      <w:r>
        <w:t>یہ سب تو ہوگا، یہ ہوگا تو آپ اس کی خود اس کا پریکاشن لیجئے، خود اپنی پلاننگ صحیح طریقے سے کیجئے۔</w:t>
      </w:r>
    </w:p>
    <w:p>
      <w:r>
        <w:rPr>
          <w:b/>
        </w:rPr>
        <w:t xml:space="preserve">[32:33] </w:t>
      </w:r>
      <w:r>
        <w:t>Doosron ko blame dene se koi faida nahi hai. Isi liye Bible mein hai: "Blame thy self", apne aap ko ilzaam do.</w:t>
      </w:r>
    </w:p>
    <w:p>
      <w:pPr>
        <w:jc w:val="right"/>
      </w:pPr>
      <w:r>
        <w:t>دوسروں کو بلیم دینے سے کوئی فائدہ نہیں ہے۔ اسی لیے بائبل میں ہے: "بلیم دائی سیلف"، اپنے آپ کو الزام دو۔</w:t>
      </w:r>
    </w:p>
    <w:p>
      <w:r>
        <w:rPr>
          <w:b/>
        </w:rPr>
        <w:t xml:space="preserve">[32:44] </w:t>
      </w:r>
      <w:r>
        <w:t>Yeh hai Paighambar ka qaul: "Blame thy self", apne aap ko ilzaam do. Yani</w:t>
      </w:r>
    </w:p>
    <w:p>
      <w:pPr>
        <w:jc w:val="right"/>
      </w:pPr>
      <w:r>
        <w:t>یہ ہے پیغمبر کا قول: "بلیم دائی سیلف"، اپنے آپ کو الزام دو۔ یعنی</w:t>
      </w:r>
    </w:p>
    <w:p>
      <w:r>
        <w:rPr>
          <w:b/>
        </w:rPr>
        <w:t xml:space="preserve">[32:51] </w:t>
      </w:r>
      <w:r>
        <w:t>sabab apne andar talash karo, kyunke bahar to sabab hai hi nahi.</w:t>
      </w:r>
    </w:p>
    <w:p>
      <w:pPr>
        <w:jc w:val="right"/>
      </w:pPr>
      <w:r>
        <w:t>سبب اپنے اندر تلاش کرو، کیونکہ باہر تو سبب ہے ہی نہیں۔</w:t>
      </w:r>
    </w:p>
    <w:p>
      <w:r>
        <w:rPr>
          <w:b/>
        </w:rPr>
        <w:t xml:space="preserve">[32:58] </w:t>
      </w:r>
      <w:r>
        <w:t>bilim dai self ka matlab kya hai? jo guzar gaya, jo ho gaya, uska sabab apne andar talash karo,</w:t>
      </w:r>
    </w:p>
    <w:p>
      <w:pPr>
        <w:jc w:val="right"/>
      </w:pPr>
      <w:r>
        <w:t>"بلیم دائی سیلف" کا مطلب کیا ہے؟ جو گزر گیا، جو ہو گیا، اس کا سبب اپنے اندر تلاش کرو،</w:t>
      </w:r>
    </w:p>
    <w:p>
      <w:r>
        <w:rPr>
          <w:b/>
        </w:rPr>
        <w:t xml:space="preserve">[33:07] </w:t>
      </w:r>
      <w:r>
        <w:t>kyunki bahar to hai nahi koi sabab.</w:t>
      </w:r>
    </w:p>
    <w:p>
      <w:pPr>
        <w:jc w:val="right"/>
      </w:pPr>
      <w:r>
        <w:t>کیونکہ باہر تو ہے نہیں کوئی سبب۔</w:t>
      </w:r>
    </w:p>
    <w:p>
      <w:r>
        <w:rPr>
          <w:b/>
        </w:rPr>
        <w:t xml:space="preserve">[33:12] </w:t>
      </w:r>
      <w:r>
        <w:t>yeh hai bahut hi important usool. ise is is se, kyunki ab musalmanon se chhod rakha hai, musalmanon ne ult diya hai mamle ko. har cheez jo is mein guzar rahi hai, doosron par dalte hain.</w:t>
      </w:r>
    </w:p>
    <w:p>
      <w:pPr>
        <w:jc w:val="right"/>
      </w:pPr>
      <w:r>
        <w:t>یہ ہے بہت ہی امپورٹنٹ اصول۔ اسے اس اس سے، کیونکہ اب مسلمانوں سے چھوڑ رکھا ہے، مسلمانوں نے الٹ دیا ہے معاملے کو۔ ہر چیز جو اس میں گزر رہی ہے، دوسروں پر ڈالتے ہیں۔</w:t>
      </w:r>
    </w:p>
    <w:p>
      <w:r>
        <w:rPr>
          <w:b/>
        </w:rPr>
        <w:t xml:space="preserve">[33:24] </w:t>
      </w:r>
      <w:r>
        <w:t>doosron par main bachpan se yahi dekh raha hoon. hamare bachpan mein sara qusoor diya jata tha british ko ke british ne</w:t>
      </w:r>
    </w:p>
    <w:p>
      <w:pPr>
        <w:jc w:val="right"/>
      </w:pPr>
      <w:r>
        <w:t>دوسروں پر میں بچپن سے یہی دیکھ رہا ہوں۔ ہمارے بچپن میں سارا قصور دیا جاتا تھا برٹش کو کہ برٹش نے</w:t>
      </w:r>
    </w:p>
    <w:p>
      <w:r>
        <w:rPr>
          <w:b/>
        </w:rPr>
        <w:t xml:space="preserve">[33:35] </w:t>
      </w:r>
      <w:r>
        <w:t>mughal empire khatm kar diya, british ne khilafat turki khatm kar di, british yeh kar diya, british ne woh kar diya. ab kya? america pe ho jata hai ke america ne yeh kiya, america ne woh kiya, yahudiyon ne yeh kiya, yahudiyon ne woh kiya.</w:t>
      </w:r>
    </w:p>
    <w:p>
      <w:pPr>
        <w:jc w:val="right"/>
      </w:pPr>
      <w:r>
        <w:t>مغل ایمپائر ختم کر دیا، برٹش نے خلافت ترکی ختم کر دی، برٹش یہ کر دیا، برٹش نے وہ کر دیا۔ اب کیا؟ امریکہ پہ ہو جاتا ہے کہ امریکہ نے یہ کیا، امریکہ نے وہ کیا، یہودیوں نے یہ کیا، یہودیوں نے وہ کیا۔</w:t>
      </w:r>
    </w:p>
    <w:p>
      <w:r>
        <w:rPr>
          <w:b/>
        </w:rPr>
        <w:t xml:space="preserve">[33:49] </w:t>
      </w:r>
      <w:r>
        <w:t>bachpan se aaj tak main yeh sun raha hoon ke jitne waqeat hote hain, un sab ko ilzaam doosron ko de kar ke hum unhi ke khilaf</w:t>
      </w:r>
    </w:p>
    <w:p>
      <w:pPr>
        <w:jc w:val="right"/>
      </w:pPr>
      <w:r>
        <w:t>بچپن سے آج تک میں یہ سن رہا ہوں کہ جتنے واقعات ہوتے ہیں، ان سب کو الزام دوسروں کو دے کر کے ہم انہی کے خلاف</w:t>
      </w:r>
    </w:p>
    <w:p>
      <w:r>
        <w:rPr>
          <w:b/>
        </w:rPr>
        <w:t xml:space="preserve">[33:58] </w:t>
      </w:r>
      <w:r>
        <w:t>sochte rehte hain. nateeja kya hai? sare insaan hamari nafrat ka mozu ban gaye hain. yaani musalmanon se insaan dosti nikal gayi hai.</w:t>
      </w:r>
    </w:p>
    <w:p>
      <w:pPr>
        <w:jc w:val="right"/>
      </w:pPr>
      <w:r>
        <w:t>سوچتے رہتے ہیں۔ نتیجہ کیا ہے؟ سارے انسان ہماری نفرت کا موضوع بن گئے ہیں۔ یعنی مسلمانوں سے انسان دوستی نکل گئی ہے۔</w:t>
      </w:r>
    </w:p>
    <w:p>
      <w:r>
        <w:rPr>
          <w:b/>
        </w:rPr>
        <w:t xml:space="preserve">[34:12] </w:t>
      </w:r>
      <w:r>
        <w:t>aap zara ghor kijiye, rasool Allah ka mamla kya tha ke dekhiye, rasool Allah ne jab hijrat kar ke madine gaye, aap us waqt madine mein bahut bahut kaafi yahudi the.</w:t>
      </w:r>
    </w:p>
    <w:p>
      <w:pPr>
        <w:jc w:val="right"/>
      </w:pPr>
      <w:r>
        <w:t>آپ ذرا غور کیجئے، رسول اللہ کا معاملہ کیا تھا کہ دیکھیے، رسول اللہ نے جب ہجرت کر کے مدینہ گئے، آپ اس وقت مدینے میں بہت بہت کافی یہودی تھے۔</w:t>
      </w:r>
    </w:p>
    <w:p>
      <w:r>
        <w:rPr>
          <w:b/>
        </w:rPr>
        <w:t xml:space="preserve">[34:27] </w:t>
      </w:r>
      <w:r>
        <w:t>yaani substantial tadad mein yahudi wahan rehte the,</w:t>
      </w:r>
    </w:p>
    <w:p>
      <w:pPr>
        <w:jc w:val="right"/>
      </w:pPr>
      <w:r>
        <w:t>یعنی سبسٹینشل تعداد میں یہودی وہاں رہتے تھے،</w:t>
      </w:r>
    </w:p>
    <w:p>
      <w:r>
        <w:rPr>
          <w:b/>
        </w:rPr>
        <w:t xml:space="preserve">[34:31] </w:t>
      </w:r>
      <w:r>
        <w:t>kayi unke tribe the wahan par. to ek din aisa hua ke rasool Allah salallahu alaihi wasallam kahin baithe hue the aur ek yahudi ka janaza guzra.</w:t>
      </w:r>
    </w:p>
    <w:p>
      <w:pPr>
        <w:jc w:val="right"/>
      </w:pPr>
      <w:r>
        <w:t>کئی ان کے ٹرائب تھے وہاں پر۔ تو ایک دن ایسا ہوا کہ رسول اللہ صلی اللہ علیہ وسلم کہیں بیٹھے ہوئے تھے اور ایک یہودی کا جنازہ گزرا۔</w:t>
      </w:r>
    </w:p>
    <w:p>
      <w:r>
        <w:rPr>
          <w:b/>
        </w:rPr>
        <w:t xml:space="preserve">[34:43] </w:t>
      </w:r>
      <w:r>
        <w:t>yahudiyon ka bhi janaza waseeh hota hai, isi tarah musalmanon ka hota hai. to aap baithe hue the, usko dekh kar aap khade hogaye.</w:t>
      </w:r>
    </w:p>
    <w:p>
      <w:pPr>
        <w:jc w:val="right"/>
      </w:pPr>
      <w:r>
        <w:t>یہودیوں کا بھی جنازہ وسیع ہوتا ہے، اسی طرح مسلمانوں کا ہوتا ہے۔ تو آپ بیٹھے ہوئے تھے، اس کو دیکھ کر آپ کھڑے ہوگئے۔</w:t>
      </w:r>
    </w:p>
    <w:p>
      <w:r>
        <w:rPr>
          <w:b/>
        </w:rPr>
        <w:t xml:space="preserve">[34:50] </w:t>
      </w:r>
      <w:r>
        <w:t>yaani in respect, uski ehtram mein khade hogaye. he stood up in respect. to kisi sahabi ne kaha ke aap khade hogaye to yahudi ka janaza tha,</w:t>
      </w:r>
    </w:p>
    <w:p>
      <w:pPr>
        <w:jc w:val="right"/>
      </w:pPr>
      <w:r>
        <w:t>یعنی ان ریسپیکٹ، اس کی احترام میں کھڑے ہوگئے۔ ہی سٹوڈ اپ ان ریسپیکٹ۔ تو کسی صحابی نے کہا کہ آپ کھڑے ہوگئے تو یہودی کا جنازہ تھا،</w:t>
      </w:r>
    </w:p>
    <w:p>
      <w:r>
        <w:rPr>
          <w:b/>
        </w:rPr>
        <w:t xml:space="preserve">[35:04] </w:t>
      </w:r>
      <w:r>
        <w:t>yaani non muslim ka janaza tha.</w:t>
      </w:r>
    </w:p>
    <w:p>
      <w:pPr>
        <w:jc w:val="right"/>
      </w:pPr>
      <w:r>
        <w:t>یعنی نان مسلم کا جنازہ تھا۔</w:t>
      </w:r>
    </w:p>
    <w:p>
      <w:r>
        <w:rPr>
          <w:b/>
        </w:rPr>
        <w:t xml:space="preserve">[35:08] </w:t>
      </w:r>
      <w:r>
        <w:t>aap ne farmaya ke alaihi wasallam nafsan waz hi naat a human being aap dekhiye, is yahudi ko bhi aap ne bahs insaan ke dekha aur uska ehtram kiya.</w:t>
      </w:r>
    </w:p>
    <w:p>
      <w:pPr>
        <w:jc w:val="right"/>
      </w:pPr>
      <w:r>
        <w:t>آپ نے فرمایا کہ علیہ السلام نفسا واز ہی ناٹ ا ہیومن بینگ آپ دیکھیں، اس یہودی کو بھی آپ نے بحث انسان کے دیکھا اور اس کا احترام کیا۔</w:t>
      </w:r>
    </w:p>
    <w:p>
      <w:r>
        <w:rPr>
          <w:b/>
        </w:rPr>
        <w:t xml:space="preserve">[35:21] </w:t>
      </w:r>
      <w:r>
        <w:t>yeh nahi ke woh ghair muslim hai, yeh nahi ke woh</w:t>
      </w:r>
    </w:p>
    <w:p>
      <w:pPr>
        <w:jc w:val="right"/>
      </w:pPr>
      <w:r>
        <w:t>یہ نہیں کہ وہ غیر مسلم ہے، یہ نہیں کہ وہ</w:t>
      </w:r>
    </w:p>
    <w:p>
      <w:r>
        <w:rPr>
          <w:b/>
        </w:rPr>
        <w:t xml:space="preserve">[35:25] </w:t>
      </w:r>
      <w:r>
        <w:t>doosre mazhab ko manane wala hai, yeh nahi ke woh hamara khuda na khwasta dushman hai wagera wagera. kuch nahi, insaan hai to bas qabil ehtram hai.</w:t>
      </w:r>
    </w:p>
    <w:p>
      <w:pPr>
        <w:jc w:val="right"/>
      </w:pPr>
      <w:r>
        <w:t>دوسرے مذہب کو ماننے والا ہے، یہ نہیں کہ وہ ہمارا خدانخواستہ دشمن ہے وغیرہ وغیرہ۔ کچھ نہیں، انسان ہے تو بس قابل احترام ہے۔</w:t>
      </w:r>
    </w:p>
    <w:p>
      <w:r>
        <w:rPr>
          <w:b/>
        </w:rPr>
        <w:t xml:space="preserve">[35:37] </w:t>
      </w:r>
      <w:r>
        <w:t>to aap dekhiye ke rasool Allah salallahu alaihi wasallam ke dil mein har ek ka ehtram tha, har ek ki mohabbat thi, har ek ki khair khwahi thi. kyun? aap ne kabhi yeh nahi kiya ke jo kuch guzra aap ke upar, uska ilzaam doosron ko de kar ke shikayatein karein.</w:t>
      </w:r>
    </w:p>
    <w:p>
      <w:pPr>
        <w:jc w:val="right"/>
      </w:pPr>
      <w:r>
        <w:t>تو آپ دیکھیں کہ رسول اللہ صلی اللہ علیہ وسلم کے دل میں ہر ایک کا احترام تھا، ہر ایک کی محبت تھی، ہر ایک کی خیر خواہی تھی۔ کیوں؟ آپ نے کبھی یہ نہیں کیا کہ جو کچھ گزرا آپ کے اوپر، اس کا الزام دوسروں کو دے کر کے شکایتیں کریں۔</w:t>
      </w:r>
    </w:p>
    <w:p>
      <w:r>
        <w:rPr>
          <w:b/>
        </w:rPr>
        <w:t xml:space="preserve">[35:54] </w:t>
      </w:r>
      <w:r>
        <w:t>iski main ek misaal doonga ke rasool Allah salallahu alaihi wasallam 13 saal tak makka mein the aur unko sab log jante hain ke aap ko sataya gaya, wahan bahut zyada sataya gaya. aap ko aur aap ke ashaab ko bahut sataya gaya makka mein, yahan tak ke aap makka chhod diya, aap madine aaye.</w:t>
      </w:r>
    </w:p>
    <w:p>
      <w:pPr>
        <w:jc w:val="right"/>
      </w:pPr>
      <w:r>
        <w:t>اس کی میں ایک مثال دوں گا کہ رسول اللہ صلی اللہ علیہ وسلم 13 سال تک مکہ میں تھے اور ان کو سب لوگ جانتے ہیں کہ آپ کو ستایا گیا، وہاں بہت زیادہ ستایا گیا۔ آپ کو اور آپ کے اصحاب کو بہت ستایا گیا مکہ میں، یہاں تک کہ آپ مکہ چھوڑ دیا، آپ مدینہ آئے۔</w:t>
      </w:r>
    </w:p>
    <w:p>
      <w:r>
        <w:rPr>
          <w:b/>
        </w:rPr>
        <w:t xml:space="preserve">[36:13] </w:t>
      </w:r>
      <w:r>
        <w:t>aap kitabon mein padh lijiye, is kabhi bhi aap ne shikayat nahi ki ke makka walon ne hamein sataya.</w:t>
      </w:r>
    </w:p>
    <w:p>
      <w:pPr>
        <w:jc w:val="right"/>
      </w:pPr>
      <w:r>
        <w:t>آپ کتابوں میں پڑھ لیجئے، اس کبھی بھی آپ نے شکایت نہیں کی کہ مکہ والوں نے ہمیں ستایا۔</w:t>
      </w:r>
    </w:p>
    <w:p>
      <w:r>
        <w:rPr>
          <w:b/>
        </w:rPr>
        <w:t xml:space="preserve">[36:22] </w:t>
      </w:r>
      <w:r>
        <w:t>aap seedhe kitab padh lijiye, seedhi kitabon mein kabhi bhi yeh nahi kaha makka walon ne yeh hamare khilaf kiya, makka woh hum hamare khilaf kiya. koi reference nahi payenge, aap bas aap apne paigham ko dete rahe, tauheed ka paigham, akhirat ka paigham.</w:t>
      </w:r>
    </w:p>
    <w:p>
      <w:pPr>
        <w:jc w:val="right"/>
      </w:pPr>
      <w:r>
        <w:t>آپ سیدھے کتاب پڑھ لیجئے، سیدھی کتابوں میں کبھی بھی یہ نہیں کہا مکہ والوں نے یہ ہمارے خلاف کیا، مکہ وہ ہم ہمارے خلاف کیا۔ کوئی ریفرنس نہیں پائیں گے، آپ بس آپ اپنے پیغام کو دیتے رہے، توحید کا پیغام، آخرت کا پیغام۔</w:t>
      </w:r>
    </w:p>
    <w:p>
      <w:r>
        <w:rPr>
          <w:b/>
        </w:rPr>
        <w:t xml:space="preserve">[36:38] </w:t>
      </w:r>
      <w:r>
        <w:t>yeh taqwa apne</w:t>
      </w:r>
    </w:p>
    <w:p>
      <w:pPr>
        <w:jc w:val="right"/>
      </w:pPr>
      <w:r>
        <w:t>یہ تقویٰ اپنے</w:t>
      </w:r>
    </w:p>
    <w:p>
      <w:r>
        <w:rPr>
          <w:b/>
        </w:rPr>
        <w:t xml:space="preserve">[36:43] </w:t>
      </w:r>
      <w:r>
        <w:t>masbat paigham par qaim rahe. makka wale ko zulm ko kabhi bayan nahi kiya, wahan aap ne uska daftar nahi khola. wahan to kya hua?</w:t>
      </w:r>
    </w:p>
    <w:p>
      <w:pPr>
        <w:jc w:val="right"/>
      </w:pPr>
      <w:r>
        <w:t>مثبت پیغام پر قائم رہے۔ مکہ والے کو ظلم کو کبھی بیان نہیں کیا، وہاں آپ نے اس کا دفتر نہیں کھولا۔ وہاں تو کیا ہوا؟</w:t>
      </w:r>
    </w:p>
    <w:p>
      <w:r>
        <w:rPr>
          <w:b/>
        </w:rPr>
        <w:t xml:space="preserve">[36:53] </w:t>
      </w:r>
      <w:r>
        <w:t>rasool Allah salallahu alaihi wasallam mukammal taur par apni positivity ko maintain rakha. aap ne sare sahaba ki positivity ko maintain rakha. aap ne</w:t>
      </w:r>
    </w:p>
    <w:p>
      <w:pPr>
        <w:jc w:val="right"/>
      </w:pPr>
      <w:r>
        <w:t>رسول اللہ صلی اللہ علیہ وسلم مکمل طور پر اپنی پازیٹیوٹی کو مینٹین رکھا۔ آپ نے سارے صحابہ کی پازیٹیوٹی کو مینٹین رکھا۔ آپ نے</w:t>
      </w:r>
    </w:p>
    <w:p>
      <w:r>
        <w:rPr>
          <w:b/>
        </w:rPr>
        <w:t xml:space="preserve">[37:03] </w:t>
      </w:r>
      <w:r>
        <w:t>yeh nafrat se 100 fisad door the, rasool Allah salallahu alaihi wasallam aur sare sahaba door the. kyun? usko bhula diya unhone, woh Allah ke khane mein daal diya ke makka walon ne jo kuch kiya, woh jaane, unka Allah jaane,</w:t>
      </w:r>
    </w:p>
    <w:p>
      <w:pPr>
        <w:jc w:val="right"/>
      </w:pPr>
      <w:r>
        <w:t>یہ نفرت سے 100 فیصد دور تھے، رسول اللہ صلی اللہ علیہ وسلم اور سارے صحابہ دور تھے۔ کیوں؟ اس کو بھلا دیا انہوں نے، وہ اللہ کے خانے میں ڈال دیا کہ مکہ والوں نے جو کچھ کیا، وہ جانے، ان کا اللہ جانے،</w:t>
      </w:r>
    </w:p>
    <w:p>
      <w:r>
        <w:rPr>
          <w:b/>
        </w:rPr>
        <w:t xml:space="preserve">[37:16] </w:t>
      </w:r>
      <w:r>
        <w:t>hamein to apna kaam karna hai. lekin aaj kal ke musalman jo hain, apne bachpan se aaj tak main dekh raha hoon ke sare hi musalman, taqreeban sare musalman,</w:t>
      </w:r>
    </w:p>
    <w:p>
      <w:pPr>
        <w:jc w:val="right"/>
      </w:pPr>
      <w:r>
        <w:t>ہمیں تو اپنا کام کرنا ہے۔ لیکن آج کل کے مسلمان جو ہیں، اپنے بچپن سے آج تک میں دیکھ رہا ہوں کہ سارے ہی مسلمان، تقریباً سارے مسلمان،</w:t>
      </w:r>
    </w:p>
    <w:p>
      <w:r>
        <w:rPr>
          <w:b/>
        </w:rPr>
        <w:t xml:space="preserve">[37:27] </w:t>
      </w:r>
      <w:r>
        <w:t>bas zulm ki dastanain liye bethe rehte hain. yeh zulm, woh zulm, yeh zulm, woh zulm. jab yeh daur aaya, yani akhbaron ka zamana, media ka zamana, to musalmanon ne bohat akhbar nikale.</w:t>
      </w:r>
    </w:p>
    <w:p>
      <w:pPr>
        <w:jc w:val="right"/>
      </w:pPr>
      <w:r>
        <w:t>بس ظلم کی داستانیں لیے بیٹھے رہتے ہیں۔ یہ ظلم، وہ ظلم، یہ ظلم، وہ ظلم۔ جب یہ دور آیا، یعنی اخباروں کا زمانہ، میڈیا کا زمانہ، تو مسلمانوں نے بہت اخبار نکالے۔</w:t>
      </w:r>
    </w:p>
    <w:p>
      <w:r>
        <w:rPr>
          <w:b/>
        </w:rPr>
        <w:t xml:space="preserve">[37:44] </w:t>
      </w:r>
      <w:r>
        <w:t>saare hi akhbar zulm ki dastan liye rehte hain. is waqt se maine dekha, ab tak is</w:t>
      </w:r>
    </w:p>
    <w:p>
      <w:pPr>
        <w:jc w:val="right"/>
      </w:pPr>
      <w:r>
        <w:t>سارے ہی اخبار ظلم کی داستان لیے رہتے ہیں۔ اس وقت سے میں نے دیکھا، اب تک اس</w:t>
      </w:r>
    </w:p>
    <w:p>
      <w:r>
        <w:rPr>
          <w:b/>
        </w:rPr>
        <w:t xml:space="preserve">[37:52] </w:t>
      </w:r>
      <w:r>
        <w:t>waqt mein rehta tha, hum ne azam garh mein, wahan kuch urdu akhbar nikalte the is area mein, yani up mein. to mujhe achhi tarah yaad hai ke woh sab har akhbar mein zulm ki dastanain hoti theen.</w:t>
      </w:r>
    </w:p>
    <w:p>
      <w:pPr>
        <w:jc w:val="right"/>
      </w:pPr>
      <w:r>
        <w:t>وقت میں رہتا تھا، ہم نے اعظم گڑھ میں، وہاں کچھ اردو اخبار نکلتے تھے اس ایریا میں، یعنی یو پی میں۔ تو مجھے اچھی طرح یاد ہے کہ وہ سب ہر اخبار میں ظلم کی داستانیں ہوتی تھیں۔</w:t>
      </w:r>
    </w:p>
    <w:p>
      <w:r>
        <w:rPr>
          <w:b/>
        </w:rPr>
        <w:t xml:space="preserve">[38:08] </w:t>
      </w:r>
      <w:r>
        <w:t>to saare musalman conditioned ho gaye hain is mein ke hamare khilaf zulm ho raha hai, hamare sath afsaish ki ja rahi hai, hum ko second card scene bana diya gaya hai, hum hum siege ki halat mein hain waghera waghera.</w:t>
      </w:r>
    </w:p>
    <w:p>
      <w:pPr>
        <w:jc w:val="right"/>
      </w:pPr>
      <w:r>
        <w:t>تو سارے مسلمان کنڈیشنڈ ہو گئے ہیں اس میں کہ ہمارے خلاف ظلم ہو رہا ہے، ہمارے ساتھ افسائش کی جا رہی ہے، ہم کو سیکنڈ کارڈ سزن بنا دیا گیا ہے، ہم ہم سیج کی حالت میں ہیں وغیرہ وغیرہ۔</w:t>
      </w:r>
    </w:p>
    <w:p>
      <w:r>
        <w:rPr>
          <w:b/>
        </w:rPr>
        <w:t xml:space="preserve">[38:21] </w:t>
      </w:r>
      <w:r>
        <w:t>yahi sunte hain, yahi charchah gharon mein hai, yahi charchah majlison mein hai, yahi charchah akhbaron mein hai, yahi charchah jalson mein hai, yahi charchah kitabon mein hai.</w:t>
      </w:r>
    </w:p>
    <w:p>
      <w:pPr>
        <w:jc w:val="right"/>
      </w:pPr>
      <w:r>
        <w:t>یہی سنتے ہیں، یہی چرچہ گھروں میں ہے، یہی چرچہ مجلسوں میں ہے، یہی چرچہ اخباروں میں ہے، یہی چرچہ جلسوں میں ہے، یہی چرچہ کتابوں میں ہے۔</w:t>
      </w:r>
    </w:p>
    <w:p>
      <w:r>
        <w:rPr>
          <w:b/>
        </w:rPr>
        <w:t xml:space="preserve">[38:32] </w:t>
      </w:r>
      <w:r>
        <w:t>to bas wohi soch, wohi soch, wohi soch. koi yeh nahi soch raha ke is ka kitna bara nuksan hum khud bhugat rahe hain.</w:t>
      </w:r>
    </w:p>
    <w:p>
      <w:pPr>
        <w:jc w:val="right"/>
      </w:pPr>
      <w:r>
        <w:t>تو بس وہی سوچ، وہی سوچ، وہی سوچ۔ کوئی یہ نہیں سوچ رہا کہ اس کا کتنا بڑا نقصان ہم خود بھگت رہے ہیں۔</w:t>
      </w:r>
    </w:p>
    <w:p>
      <w:r>
        <w:rPr>
          <w:b/>
        </w:rPr>
        <w:t xml:space="preserve">[38:43] </w:t>
      </w:r>
      <w:r>
        <w:t>yani hum nafraton mein jeete hain, hamari thinking negative thinking ban gayi hai. yeh koi sochta nahi aur negative thinking ka mani kya hai, jante hain?</w:t>
      </w:r>
    </w:p>
    <w:p>
      <w:pPr>
        <w:jc w:val="right"/>
      </w:pPr>
      <w:r>
        <w:t>یعنی ہم نفرتوں میں جیتے ہیں، ہماری تھنکنگ نیگیٹیو تھنکنگ بن گئی ہے۔ یہ کوئی سوچتا نہیں اور نیگیٹیو تھنکنگ کا معنی کیا ہے، جانتے ہیں؟</w:t>
      </w:r>
    </w:p>
    <w:p>
      <w:r>
        <w:rPr>
          <w:b/>
        </w:rPr>
        <w:t xml:space="preserve">[38:56] </w:t>
      </w:r>
      <w:r>
        <w:t>negative mani hai ke aap jannat ke liye</w:t>
      </w:r>
    </w:p>
    <w:p>
      <w:pPr>
        <w:jc w:val="right"/>
      </w:pPr>
      <w:r>
        <w:t>نیگیٹیو معنی ہے کہ آپ جنت کے لیے</w:t>
      </w:r>
    </w:p>
    <w:p>
      <w:r>
        <w:rPr>
          <w:b/>
        </w:rPr>
        <w:t xml:space="preserve">[38:59] </w:t>
      </w:r>
      <w:r>
        <w:t>deserve hi nahi kar rahe hain, jannat ke qabil nahi hain. aap dekhiye, bohat hi nazuk baat hai, is ko ghor kijiye. aap yeh duniya jo hai, koi khel tamashe ke liye nahi banayi gayi hai</w:t>
      </w:r>
    </w:p>
    <w:p>
      <w:pPr>
        <w:jc w:val="right"/>
      </w:pPr>
      <w:r>
        <w:t>ڈیزرو ہی نہیں کر رہے ہیں، جنت کے قابل نہیں ہیں۔ آپ دیکھیے، بہت ہی نازک بات ہے، اس کو غور کیجئے۔ آپ یہ دنیا جو ہے، کوئی کھیل تماشے کے لیے نہیں بنائی گئی ہے</w:t>
      </w:r>
    </w:p>
    <w:p>
      <w:r>
        <w:rPr>
          <w:b/>
        </w:rPr>
        <w:t xml:space="preserve">[39:13] </w:t>
      </w:r>
      <w:r>
        <w:t>ke aap khel kood karen, is ke baad duniya se chale jayen, koi pakad na dhakkar, na koi nateeja, na koi anjam. nahi, yeh duniya mein aap ko rakha gaya hai aur farishte aap ko dekh rahe hain, subah sham record bana rahe hain</w:t>
      </w:r>
    </w:p>
    <w:p>
      <w:pPr>
        <w:jc w:val="right"/>
      </w:pPr>
      <w:r>
        <w:t>کہ آپ کھیل کود کریں، اس کے بعد دنیا سے چلے جائیں، کوئی پکڑ نہ دھکڑ، نہ کوئی نتیجہ، نہ کوئی انجام۔ نہیں، یہ دنیا میں آپ کو رکھا گیا ہے اور فرشتے آپ کو دیکھ رہے ہیں، صبح شام ریکارڈ بنا رہے ہیں</w:t>
      </w:r>
    </w:p>
    <w:p>
      <w:r>
        <w:rPr>
          <w:b/>
        </w:rPr>
        <w:t xml:space="preserve">[39:33] </w:t>
      </w:r>
      <w:r>
        <w:t>aur yeh list bana rahe hain ke kaun is qabil hai ke koi jannat mein is ko basaya jaye.</w:t>
      </w:r>
    </w:p>
    <w:p>
      <w:pPr>
        <w:jc w:val="right"/>
      </w:pPr>
      <w:r>
        <w:t>اور یہ لسٹ بنا رہے ہیں کہ کون اس قابل ہے کہ کوئی جنت میں اس کو بسایا جائے۔</w:t>
      </w:r>
    </w:p>
    <w:p>
      <w:r>
        <w:rPr>
          <w:b/>
        </w:rPr>
        <w:t xml:space="preserve">[39:41] </w:t>
      </w:r>
      <w:r>
        <w:t>yeh to ho raha hai, ek unseen fauj hai Allah taala ki jo hamein wash kar rahi hai aur list bana rahi hai ke kaun insan woh hai jo is qabil hai ke is ko jannat mein basaya jaye.</w:t>
      </w:r>
    </w:p>
    <w:p>
      <w:pPr>
        <w:jc w:val="right"/>
      </w:pPr>
      <w:r>
        <w:t>یہ تو ہو رہا ہے، ایک ان سین فوج ہے اللہ تعالی کی جو ہمیں واش کر رہی ہے اور لسٹ بنا رہی ہے کہ کون انسان وہ ہے جو اس قابل ہے کہ اس کو جنت میں بسایا جائے۔</w:t>
      </w:r>
    </w:p>
    <w:p>
      <w:r>
        <w:rPr>
          <w:b/>
        </w:rPr>
        <w:t xml:space="preserve">[39:56] </w:t>
      </w:r>
      <w:r>
        <w:t>aur jannat, jannat kya hai?</w:t>
      </w:r>
    </w:p>
    <w:p>
      <w:pPr>
        <w:jc w:val="right"/>
      </w:pPr>
      <w:r>
        <w:t>اور جنت، جنت کیا ہے؟</w:t>
      </w:r>
    </w:p>
    <w:p>
      <w:r>
        <w:rPr>
          <w:b/>
        </w:rPr>
        <w:t xml:space="preserve">[39:59] </w:t>
      </w:r>
      <w:r>
        <w:t>mukammal taur par positive thinkers ki duniya hogi. jannat ala qila salaman salama la yasmaoona fiha lagwan wala ta'seema ala qila salaman salama yani jannat woh duniya hai</w:t>
      </w:r>
    </w:p>
    <w:p>
      <w:pPr>
        <w:jc w:val="right"/>
      </w:pPr>
      <w:r>
        <w:t>مکمل طور پر پازیٹیو تھنکرز کی دنیا ہوگی۔ جنت الا قیلا سلاما سلاما لا یسمعون فیہا لغوا ولا تعصیما الا قیلا سلاما سلاما یعنی جنت وہ دنیا ہے</w:t>
      </w:r>
    </w:p>
    <w:p>
      <w:r>
        <w:rPr>
          <w:b/>
        </w:rPr>
        <w:t xml:space="preserve">[40:16] </w:t>
      </w:r>
      <w:r>
        <w:t>jahan na nafrat hogi, na inteqam hoga, na shikayat hogi, na protest hoga, na un ke khilaf, un ke khilaf sochna hoga.</w:t>
      </w:r>
    </w:p>
    <w:p>
      <w:pPr>
        <w:jc w:val="right"/>
      </w:pPr>
      <w:r>
        <w:t>جہاں نہ نفرت ہوگی، نہ انتقام ہوگا، نہ شکایت ہوگی، نہ پروٹیسٹ ہوگا، نہ ان کے خلاف، ان کے خلاف سوچنا ہوگا۔</w:t>
      </w:r>
    </w:p>
    <w:p>
      <w:r>
        <w:rPr>
          <w:b/>
        </w:rPr>
        <w:t xml:space="preserve">[40:29] </w:t>
      </w:r>
      <w:r>
        <w:t>aadmi hamd e khwandagi mein jeeyega, insani khair khwahi mein jeeyega,</w:t>
      </w:r>
    </w:p>
    <w:p>
      <w:pPr>
        <w:jc w:val="right"/>
      </w:pPr>
      <w:r>
        <w:t>آدمی ہمد خداوندی میں جیے گا، انسانی خیر خواہی میں جیے گا،</w:t>
      </w:r>
    </w:p>
    <w:p>
      <w:r>
        <w:rPr>
          <w:b/>
        </w:rPr>
        <w:t xml:space="preserve">[40:35] </w:t>
      </w:r>
      <w:r>
        <w:t>mohabbat ke jazbat mein jeeyega. to yahin par chuna ja raha hai ke kaun is qabil hai, kaun yeh saboot de raha hai is baat ka ke woh is jannat mein basaya jaye.</w:t>
      </w:r>
    </w:p>
    <w:p>
      <w:pPr>
        <w:jc w:val="right"/>
      </w:pPr>
      <w:r>
        <w:t>محبت کے جذبات میں جیے گا۔ تو یہیں پر چنا جا رہا ہے کہ کون اس قابل ہے، کون یہ ثبوت دے رہا ہے اس بات کا کہ وہ اس جنت میں بسایا جائے۔</w:t>
      </w:r>
    </w:p>
    <w:p>
      <w:r>
        <w:rPr>
          <w:b/>
        </w:rPr>
        <w:t xml:space="preserve">[40:52] </w:t>
      </w:r>
      <w:r>
        <w:t>har waqt jab aap nafrat ki boli bolte hain to farishton ke farishton mein aap kaat diye jate hain ke yeh aadmi is qabil nahi hai. kaisa ajeeb, kaisi ajeeb ma'roobi hai!</w:t>
      </w:r>
    </w:p>
    <w:p>
      <w:pPr>
        <w:jc w:val="right"/>
      </w:pPr>
      <w:r>
        <w:t>ہر وقت جب آپ نفرت کی بولی بولتے ہیں تو فرشتوں کے فرشت میں آپ کاٹ دیے جاتے ہیں کہ یہ آدمی اس قابل نہیں ہے۔ کیسا عجیب، کیسی عجیب معروبی ہے!</w:t>
      </w:r>
    </w:p>
    <w:p>
      <w:r>
        <w:rPr>
          <w:b/>
        </w:rPr>
        <w:t xml:space="preserve">[41:10] </w:t>
      </w:r>
      <w:r>
        <w:t>main to tarap uthta hoon is ko soch kar ke jab aap nafrat kiya, aap ne jab aap manfi boli bole,</w:t>
      </w:r>
    </w:p>
    <w:p>
      <w:pPr>
        <w:jc w:val="right"/>
      </w:pPr>
      <w:r>
        <w:t>میں تو تڑپ اٹھتا ہوں اس کو سوچ کر کے کہ جب آپ نفرت کیا، آپ نے جب آپ منفی بولی بولے،</w:t>
      </w:r>
    </w:p>
    <w:p>
      <w:r>
        <w:rPr>
          <w:b/>
        </w:rPr>
        <w:t xml:space="preserve">[41:22] </w:t>
      </w:r>
      <w:r>
        <w:t>jab insan ke khilaf aap ne khair khwahi aur tasaddaq ki baatein keen. instantly aap ka indraj ho gaya hai aise logon mein jo jannat mein basaye jane ke qabil nahi hain.</w:t>
      </w:r>
    </w:p>
    <w:p>
      <w:pPr>
        <w:jc w:val="right"/>
      </w:pPr>
      <w:r>
        <w:t>جب انسان کے خلاف آپ نے خیر خواہی اور تصدق کی باتیں کیں۔ انسٹنٹلی آپ کا اندراج ہو گیا ہے ایسے لوگوں میں جو جنت میں بسائے جانے کے قابل نہیں ہیں۔</w:t>
      </w:r>
    </w:p>
    <w:p>
      <w:r>
        <w:rPr>
          <w:b/>
        </w:rPr>
        <w:t xml:space="preserve">[41:34] </w:t>
      </w:r>
      <w:r>
        <w:t>woh phenk diye jayenge idhar udhar.</w:t>
      </w:r>
    </w:p>
    <w:p>
      <w:pPr>
        <w:jc w:val="right"/>
      </w:pPr>
      <w:r>
        <w:t>وہ پھینک دیے جائیں گے ادھر ادھر۔</w:t>
      </w:r>
    </w:p>
    <w:p>
      <w:r>
        <w:rPr>
          <w:b/>
        </w:rPr>
        <w:t xml:space="preserve">[41:39] </w:t>
      </w:r>
      <w:r>
        <w:t>aur yeh baat samajh lijiye ke ke kya saare halaat bilkul achhe hon, gulab ke phool har taraf mehak rahe hon, tab aap theek ho gaye, tab nafraten nahi karenge, tab to shaitan bhi nafrat nahi karega.</w:t>
      </w:r>
    </w:p>
    <w:p>
      <w:pPr>
        <w:jc w:val="right"/>
      </w:pPr>
      <w:r>
        <w:t>اور یہ بات سمجھ لیجئے کہ کہ کیا سارے حالات بالکل اچھے ہوں، گلاب کے پھول ہر طرف مہک رہے ہوں، تب آپ ٹھیک ہو گئے، تب نفرتیں نہیں کریں گے، تب تو شیطان بھی نفرت نہیں کرے گا۔</w:t>
      </w:r>
    </w:p>
    <w:p>
      <w:r>
        <w:rPr>
          <w:b/>
        </w:rPr>
        <w:t xml:space="preserve">[41:59] </w:t>
      </w:r>
      <w:r>
        <w:t>dekhen, kanton ke beech mein rehna padega, nafraton ke mahol mein rehna padega. log aap ko ziyadati karenge, aap ke sath yeh sab hona hoga.</w:t>
      </w:r>
    </w:p>
    <w:p>
      <w:pPr>
        <w:jc w:val="right"/>
      </w:pPr>
      <w:r>
        <w:t>دیکھیں، کانٹوں کے بیچ میں رہنا پڑے گا، نفرتوں کے ماحول میں رہنا پڑے گا۔ لوگ آپ کو زیادتی کریں گے، آپ کے ساتھ یہ سب ہونا ہوگا۔</w:t>
      </w:r>
    </w:p>
    <w:p>
      <w:r>
        <w:rPr>
          <w:b/>
        </w:rPr>
        <w:t xml:space="preserve">[42:10] </w:t>
      </w:r>
      <w:r>
        <w:t>tabhi to yeh pata chalega ke aap waqai ma'non mein nafrat se khali hain.</w:t>
      </w:r>
    </w:p>
    <w:p>
      <w:pPr>
        <w:jc w:val="right"/>
      </w:pPr>
      <w:r>
        <w:t>تبھی تو یہ پتہ چلے گا کہ آپ واقعی معنوں میں نفرت سے خالی ہیں۔</w:t>
      </w:r>
    </w:p>
    <w:p>
      <w:r>
        <w:rPr>
          <w:b/>
        </w:rPr>
        <w:t xml:space="preserve">[42:21] </w:t>
      </w:r>
      <w:r>
        <w:t>ek kitab maine padhi hai, woh fiction hai, woh ek angrezi kitab mein. to us mein yeh bataya hai ke aap logon mein kai log jante honge is ko.</w:t>
      </w:r>
    </w:p>
    <w:p>
      <w:pPr>
        <w:jc w:val="right"/>
      </w:pPr>
      <w:r>
        <w:t>ایک کتاب میں نے پڑھی ہے، وہ فکشن ہے، وہ ایک انگریزی کتاب میں۔ تو اس میں یہ بتایا ہے کہ آپ لوگوں میں کئی لوگ جانتے ہوں گے اس کو۔</w:t>
      </w:r>
    </w:p>
    <w:p>
      <w:r>
        <w:rPr>
          <w:b/>
        </w:rPr>
        <w:t xml:space="preserve">[42:34] </w:t>
      </w:r>
      <w:r>
        <w:t>ab monk who sold his Ferrari to woh woh pahar pe chala gaya.</w:t>
      </w:r>
    </w:p>
    <w:p>
      <w:pPr>
        <w:jc w:val="right"/>
      </w:pPr>
      <w:r>
        <w:t>اب منک ہو سولڈ ہز فرائری تو وہ وہ پہاڑ پہ چلا گیا۔</w:t>
      </w:r>
    </w:p>
    <w:p>
      <w:r>
        <w:rPr>
          <w:b/>
        </w:rPr>
        <w:t xml:space="preserve">[42:40] </w:t>
      </w:r>
      <w:r>
        <w:t>wahan us ne ek ek chhota sa ghar banaya, akhu har taraf gulab ke phool aur yeh phool, woh phool is mein rehne laga. woh yeh woh farzi baat hai lekin ek fiction hai ke isi mahol mein raho to tum tum ko yani nafraten nahi hongi, tension nahi hoga, stress nahi hoga.</w:t>
      </w:r>
    </w:p>
    <w:p>
      <w:pPr>
        <w:jc w:val="right"/>
      </w:pPr>
      <w:r>
        <w:t>وہاں اس نے ایک ایک چھوٹا سا گھر بنایا، اخو ہر طرف گلاب کے پھول اور یہ پھول، وہ پھول اس میں رہنے لگا۔ وہ یہ وہ فرضی بات ہے لیکن ایک فکشن ہے کہ اسی ماحول میں رہو تو تم تم کو یعنی نفرتیں نہیں ہوں گی، ٹینشن نہیں ہوگا، اسٹریس نہیں ہوگا۔</w:t>
      </w:r>
    </w:p>
    <w:p>
      <w:r>
        <w:rPr>
          <w:b/>
        </w:rPr>
        <w:t xml:space="preserve">[43:01] </w:t>
      </w:r>
      <w:r>
        <w:t>lekin yeh Allah taala ka naqsha nahi hai. Allah taala ka naqsha nahi hai, yeh nahi hai. Allah taala ka naqsha hai ke aap kaanton ke beech mein rahen, aise jagah rahen jahan log aap ke khilaf sochen, aap ko takleef den, aap ko ziyarati karen aur</w:t>
      </w:r>
    </w:p>
    <w:p>
      <w:pPr>
        <w:jc w:val="right"/>
      </w:pPr>
      <w:r>
        <w:t>لیکن یہ اللہ تعالی کا نقشہ نہیں ہے۔ اللہ تعالی کا نقشہ نہیں ہے، یہ نہیں ہے۔ اللہ تعالی کا نقشہ ہے کہ آپ کانٹوں کے بیچ میں رہیں، ایسے جگہ رہیں جہاں لوگ آپ کے خلاف سوچیں، آپ کو تکلیف دیں، آپ کو زیادتیاں کریں اور</w:t>
      </w:r>
    </w:p>
    <w:p>
      <w:r>
        <w:rPr>
          <w:b/>
        </w:rPr>
        <w:t xml:space="preserve">[43:19] </w:t>
      </w:r>
      <w:r>
        <w:t>phir bhi aap apne ko bachaye rahen. hadith mein aata hai ke la takunu amata aise na bano ke jo woh kare, wahi tum bhi karo.</w:t>
      </w:r>
    </w:p>
    <w:p>
      <w:pPr>
        <w:jc w:val="right"/>
      </w:pPr>
      <w:r>
        <w:t>پھر بھی آپ اپنے کو بچائے رہیں۔ حدیث میں آتا ہے کہ لا تكونوا اماتا ایسے نہ بنو کہ جو وہ کرے، وہی تم بھی کرو۔</w:t>
      </w:r>
    </w:p>
    <w:p>
      <w:r>
        <w:rPr>
          <w:b/>
        </w:rPr>
        <w:t xml:space="preserve">[43:31] </w:t>
      </w:r>
      <w:r>
        <w:t>aise mat bano. yani doosre zulm karen to tum chalane lago ke o zulm, zulm, zulm.</w:t>
      </w:r>
    </w:p>
    <w:p>
      <w:pPr>
        <w:jc w:val="right"/>
      </w:pPr>
      <w:r>
        <w:t>ایسے مت بنو۔ یعنی دوسرے ظلم کریں تو تم چلانے لگو کہ او ظلم، ظلم، ظلم۔</w:t>
      </w:r>
    </w:p>
    <w:p>
      <w:r>
        <w:rPr>
          <w:b/>
        </w:rPr>
        <w:t xml:space="preserve">[43:40] </w:t>
      </w:r>
      <w:r>
        <w:t>jo saath ziyadati karen to aap chalane lago, ziyadati, ziyadati, ziyadati. doosra discrimination karen to dekho, hum ko second dollar bana diya gaya hai.</w:t>
      </w:r>
    </w:p>
    <w:p>
      <w:pPr>
        <w:jc w:val="right"/>
      </w:pPr>
      <w:r>
        <w:t>جو ساتھ زیادتی کریں تو آپ چلانے لگو، زیادتی، زیادتی، زیادتی۔ دوسرا ڈسکریمینیشن کریں تو دیکھو، ہم کو سیکنڈ ڈالر بنا دیا گیا ہے۔</w:t>
      </w:r>
    </w:p>
    <w:p>
      <w:r>
        <w:rPr>
          <w:b/>
        </w:rPr>
        <w:t xml:space="preserve">[43:52] </w:t>
      </w:r>
      <w:r>
        <w:t>yeh sab ho, yeh sab ho, yeh sab ho, phir bhi tum apne aap ko bacha kar rakho. yahi duniya hamare saath farishte bhi hain, angels bhi hain, yahin aas paas beshumar angels hain,</w:t>
      </w:r>
    </w:p>
    <w:p>
      <w:pPr>
        <w:jc w:val="right"/>
      </w:pPr>
      <w:r>
        <w:t>یہ سب ہو، یہ سب ہو، یہ سب ہو، پھر بھی تم اپنے آپ کو بچا کر رکھو۔ یہی دنیا ہمارے ساتھ فرشتے بھی ہیں، اینجلز بھی ہیں، یہیں اس پاس بے شمار اینجلز ہیں،</w:t>
      </w:r>
    </w:p>
    <w:p>
      <w:r>
        <w:rPr>
          <w:b/>
        </w:rPr>
        <w:t xml:space="preserve">[44:07] </w:t>
      </w:r>
      <w:r>
        <w:t>woh wohi isi tarah rehte hain,</w:t>
      </w:r>
    </w:p>
    <w:p>
      <w:pPr>
        <w:jc w:val="right"/>
      </w:pPr>
      <w:r>
        <w:t>وہ وہی اسی طرح رہتے ہیں،</w:t>
      </w:r>
    </w:p>
    <w:p>
      <w:r>
        <w:rPr>
          <w:b/>
        </w:rPr>
        <w:t xml:space="preserve">[44:10] </w:t>
      </w:r>
      <w:r>
        <w:t>nafrat se khali. unhein is se koi matlab nahi, koi nafrat karta hai, kare. apne ko pyar ka mujassama banaye rehte hain.</w:t>
      </w:r>
    </w:p>
    <w:p>
      <w:pPr>
        <w:jc w:val="right"/>
      </w:pPr>
      <w:r>
        <w:t>نفرت سے خالی۔ انہیں اس سے کوئی مطلب نہیں، کوئی نفرت کرتا ہے، کرے۔ اپنے کو پیار کا مجسمہ بنائے رہتے ہیں۔</w:t>
      </w:r>
    </w:p>
    <w:p>
      <w:r>
        <w:rPr>
          <w:b/>
        </w:rPr>
        <w:t xml:space="preserve">[44:21] </w:t>
      </w:r>
      <w:r>
        <w:t>mohabbat, khair khwahi,</w:t>
      </w:r>
    </w:p>
    <w:p>
      <w:pPr>
        <w:jc w:val="right"/>
      </w:pPr>
      <w:r>
        <w:t>محبت، خیر خواہی،</w:t>
      </w:r>
    </w:p>
    <w:p>
      <w:r>
        <w:rPr>
          <w:b/>
        </w:rPr>
        <w:t xml:space="preserve">[44:26] </w:t>
      </w:r>
      <w:r>
        <w:t>farishton ka culture hai. to saare negative halaat ke bawajood positive ban kar rehna, yeh hai woh certificate jo aap ko jannat mein basaya jaane ke qabil banayega.</w:t>
      </w:r>
    </w:p>
    <w:p>
      <w:pPr>
        <w:jc w:val="right"/>
      </w:pPr>
      <w:r>
        <w:t>فرشتوں کا کلچر ہے۔ تو سارے نیگیٹیو حالات کے باوجود پازیٹیو بن کر رہنا، یہ ہے وہ سرٹیفیکیٹ جو آپ کو جنت میں بسایا جانے کے قابل بنائے گا۔</w:t>
      </w:r>
    </w:p>
    <w:p>
      <w:r>
        <w:rPr>
          <w:b/>
        </w:rPr>
        <w:t xml:space="preserve">[44:42] </w:t>
      </w:r>
      <w:r>
        <w:t>to aap bataiye ke is is scheme, ab Allah taala ki jo scheme hai ke insan ko rakha gaya hai competition mein, na samajhne ki wajah se kya hua?</w:t>
      </w:r>
    </w:p>
    <w:p>
      <w:pPr>
        <w:jc w:val="right"/>
      </w:pPr>
      <w:r>
        <w:t>تو آپ بتائیے کہ اس اس اسکیم، اب اللہ تعالی کی جو اسکیم ہے کہ انسان کو رکھا گیا ہے کمپیٹیشن میں، نہ سمجھنے کی وجہ سے کیا ہوا؟</w:t>
      </w:r>
    </w:p>
    <w:p>
      <w:r>
        <w:rPr>
          <w:b/>
        </w:rPr>
        <w:t xml:space="preserve">[44:55] </w:t>
      </w:r>
      <w:r>
        <w:t>aap nafraton mein pad gaye, manfi soch mein pad gaye. is ka nateeja kya hua?</w:t>
      </w:r>
    </w:p>
    <w:p>
      <w:pPr>
        <w:jc w:val="right"/>
      </w:pPr>
      <w:r>
        <w:t>آپ نفرتوں میں پڑ گئے، منفی سوچ میں پڑ گئے۔ اس کا نتیجہ کیا ہوا؟</w:t>
      </w:r>
    </w:p>
    <w:p>
      <w:r>
        <w:rPr>
          <w:b/>
        </w:rPr>
        <w:t xml:space="preserve">[45:00] </w:t>
      </w:r>
      <w:r>
        <w:t>ke ke khuda na khwasta aap jannat se mehroom ho gaye.</w:t>
      </w:r>
    </w:p>
    <w:p>
      <w:pPr>
        <w:jc w:val="right"/>
      </w:pPr>
      <w:r>
        <w:t>کہ کہ خدانخواستہ آپ جنت سے محروم ہو گئے۔</w:t>
      </w:r>
    </w:p>
    <w:p>
      <w:r>
        <w:rPr>
          <w:b/>
        </w:rPr>
        <w:t xml:space="preserve">[45:05] </w:t>
      </w:r>
      <w:r>
        <w:t>ab ek jo jannat se mehroom ho jaye, abadi mehroomi, adabi abadi mehroomi.</w:t>
      </w:r>
    </w:p>
    <w:p>
      <w:pPr>
        <w:jc w:val="right"/>
      </w:pPr>
      <w:r>
        <w:t>اب ایک جو جنت سے محروم ہو جائے، ابدی محرومی، ادبی ابدی محرومی۔</w:t>
      </w:r>
    </w:p>
    <w:p>
      <w:r>
        <w:rPr>
          <w:b/>
        </w:rPr>
        <w:t xml:space="preserve">[45:13] </w:t>
      </w:r>
      <w:r>
        <w:t>bible mein aata hai ke abad tak rona aur daant پیسna hoga. yani jo aadmi duniya mein apne ko jannat ka ahal sabit na kar saka,</w:t>
      </w:r>
    </w:p>
    <w:p>
      <w:pPr>
        <w:jc w:val="right"/>
      </w:pPr>
      <w:r>
        <w:t>بائبل میں آتا ہے کہ ابد تک رونا اور دانت پیسنا ہوگا۔ یعنی جو آدمی دنیا میں اپنے کو جنت کا اہل ثابت نہ کر سکا،</w:t>
      </w:r>
    </w:p>
    <w:p>
      <w:r>
        <w:rPr>
          <w:b/>
        </w:rPr>
        <w:t xml:space="preserve">[45:28] </w:t>
      </w:r>
      <w:r>
        <w:t>jannat ka woh</w:t>
      </w:r>
    </w:p>
    <w:p>
      <w:pPr>
        <w:jc w:val="right"/>
      </w:pPr>
      <w:r>
        <w:t>جنت کا وہ</w:t>
      </w:r>
    </w:p>
    <w:p>
      <w:r>
        <w:rPr>
          <w:b/>
        </w:rPr>
        <w:t xml:space="preserve">[45:29] </w:t>
      </w:r>
      <w:r>
        <w:t>deserving candidate na ban saka aur mar gaya, mar gaya to kya hoga? abad tak daant پیسna hoga.</w:t>
      </w:r>
    </w:p>
    <w:p>
      <w:pPr>
        <w:jc w:val="right"/>
      </w:pPr>
      <w:r>
        <w:t>ڈیزروونگ کینڈیڈیٹ نہ بن سکا اور مر گیا، مر گیا تو کیا ہوگا؟ ابد تک دانت پیسنا ہوگا۔</w:t>
      </w:r>
    </w:p>
    <w:p>
      <w:r>
        <w:rPr>
          <w:b/>
        </w:rPr>
        <w:t xml:space="preserve">[45:40] </w:t>
      </w:r>
      <w:r>
        <w:t>abad tak yeh sochenga ke mind was a case of missed opportunity.</w:t>
      </w:r>
    </w:p>
    <w:p>
      <w:pPr>
        <w:jc w:val="right"/>
      </w:pPr>
      <w:r>
        <w:t>ابد تک یہ سوچے گا کہ مائنڈ واز ا کیس اف مسڈ اپرچونیٹی۔</w:t>
      </w:r>
    </w:p>
    <w:p>
      <w:r>
        <w:rPr>
          <w:b/>
        </w:rPr>
        <w:t xml:space="preserve">[45:45] </w:t>
      </w:r>
      <w:r>
        <w:t>yani kitni badi! aap sochen ke kitni badi mehroomi tak pahunch raha hai yeh mizaj hamara.</w:t>
      </w:r>
    </w:p>
    <w:p>
      <w:pPr>
        <w:jc w:val="right"/>
      </w:pPr>
      <w:r>
        <w:t>یعنی کتنی بڑی! آپ سوچیے کہ کتنی بڑی محرومی تک پہنچ رہا ہے یہ مزاج ہمارا۔</w:t>
      </w:r>
    </w:p>
    <w:p>
      <w:r>
        <w:rPr>
          <w:b/>
        </w:rPr>
        <w:t xml:space="preserve">[45:57] </w:t>
      </w:r>
      <w:r>
        <w:t>yani duniya mein aap apne ko cheekh chilla rahe hain ke duniya ne hum ko second class season bana diya hai aur nateeja kya nikal raha hai? akhirat mein aap second class season ban rahe hain.</w:t>
      </w:r>
    </w:p>
    <w:p>
      <w:pPr>
        <w:jc w:val="right"/>
      </w:pPr>
      <w:r>
        <w:t>یعنی دنیا میں آپ اپنے کو چیخ چلا رہے ہیں کہ دنیا نے ہم کو سیکنڈ کلاس سیزن بنا دیا ہے اور نتیجہ کیا نکل رہا ہے؟ آخرت میں آپ سیکنڈ کلاس سیزن بن رہے ہیں۔</w:t>
      </w:r>
    </w:p>
    <w:p>
      <w:r>
        <w:rPr>
          <w:b/>
        </w:rPr>
        <w:t xml:space="preserve">[46:09] </w:t>
      </w:r>
      <w:r>
        <w:t>kaisi ajeeb mehroomi hai yeh! kaisi ajeeb mehroomi hai!</w:t>
      </w:r>
    </w:p>
    <w:p>
      <w:pPr>
        <w:jc w:val="right"/>
      </w:pPr>
      <w:r>
        <w:t>کیسی عجیب محرومی ہے یہ! کیسی عجیب محرومی ہے!</w:t>
      </w:r>
    </w:p>
    <w:p>
      <w:r>
        <w:rPr>
          <w:b/>
        </w:rPr>
        <w:t xml:space="preserve">[46:17] </w:t>
      </w:r>
      <w:r>
        <w:t>to main kahunga ke aap ka kalma kya hona chahiye? ke aap bol paden: "we cannot afford hate,</w:t>
      </w:r>
    </w:p>
    <w:p>
      <w:pPr>
        <w:jc w:val="right"/>
      </w:pPr>
      <w:r>
        <w:t>تو میں کہوں گا کہ آپ کا کلمہ کیا ہونا چاہیے؟ کہ آپ بول پڑیں: "وی کین ناٹ افورڈ ہیٹ،</w:t>
      </w:r>
    </w:p>
    <w:p>
      <w:r>
        <w:rPr>
          <w:b/>
        </w:rPr>
        <w:t xml:space="preserve">[46:28] </w:t>
      </w:r>
      <w:r>
        <w:t>we cant afford negativity, we cant afford violence.</w:t>
      </w:r>
    </w:p>
    <w:p>
      <w:pPr>
        <w:jc w:val="right"/>
      </w:pPr>
      <w:r>
        <w:t>وی کینٹ افورڈ نیگیٹیوٹی، وی کینٹ افورڈ وائلنس۔</w:t>
      </w:r>
    </w:p>
    <w:p>
      <w:r>
        <w:rPr>
          <w:b/>
        </w:rPr>
        <w:t xml:space="preserve">[46:36] </w:t>
      </w:r>
      <w:r>
        <w:t>" hum nafrat ko tahammul nahi kar sakte, hum hum tashaddud ko tahammul nahi kar sakte, hum manfi cell ko tahammul nahi kar sakte.</w:t>
      </w:r>
    </w:p>
    <w:p>
      <w:pPr>
        <w:jc w:val="right"/>
      </w:pPr>
      <w:r>
        <w:t>" ہم نفرت کو تحمل نہیں کر سکتے، ہم ہم تشدد کو تحمل نہیں کر سکتے، ہم منفی سیل کو تحمل نہیں کر سکتے۔</w:t>
      </w:r>
    </w:p>
    <w:p>
      <w:r>
        <w:rPr>
          <w:b/>
        </w:rPr>
        <w:t xml:space="preserve">[46:47] </w:t>
      </w:r>
      <w:r>
        <w:t>kyun? jannat khoi jaye gi, abdi mehroomi samne aa jaye gi.</w:t>
      </w:r>
    </w:p>
    <w:p>
      <w:pPr>
        <w:jc w:val="right"/>
      </w:pPr>
      <w:r>
        <w:t>کیوں؟ جنت کھوئی جائے گی، ابدی محرومی سامنے آ جائے گی۔</w:t>
      </w:r>
    </w:p>
    <w:p>
      <w:r>
        <w:rPr>
          <w:b/>
        </w:rPr>
        <w:t xml:space="preserve">[46:58] </w:t>
      </w:r>
      <w:r>
        <w:t>aap sochiye zara, kitna sangin muamla hai, kitna sangin muamla hai, kitna sangin muamla hai,</w:t>
      </w:r>
    </w:p>
    <w:p>
      <w:pPr>
        <w:jc w:val="right"/>
      </w:pPr>
      <w:r>
        <w:t>آپ سوچیے ذرا، کتنا سنگین معاملہ ہے، کتنا سنگین معاملہ ہے، کتنا سنگین معاملہ ہے،</w:t>
      </w:r>
    </w:p>
    <w:p>
      <w:r>
        <w:rPr>
          <w:b/>
        </w:rPr>
        <w:t xml:space="preserve">[47:09] </w:t>
      </w:r>
      <w:r>
        <w:t>kitna sangin muamla hai.</w:t>
      </w:r>
    </w:p>
    <w:p>
      <w:pPr>
        <w:jc w:val="right"/>
      </w:pPr>
      <w:r>
        <w:t>کتنا سنگین معاملہ ہے۔</w:t>
      </w:r>
    </w:p>
    <w:p>
      <w:r>
        <w:rPr>
          <w:b/>
        </w:rPr>
        <w:t xml:space="preserve">[47:16] </w:t>
      </w:r>
      <w:r>
        <w:t>to jo sabak Allah taala ne Adam hi ke zamane mein de diya tha, jo baat Quran majeed mein wazeh ki gayi, jo baat sahaba ki misalon ke zariye se batai gayi, us se aaj tak musalman mehroom hain.</w:t>
      </w:r>
    </w:p>
    <w:p>
      <w:pPr>
        <w:jc w:val="right"/>
      </w:pPr>
      <w:r>
        <w:t>تو جو سبق اللہ تعالی نے آدم ہی کے زمانے میں دے دیا تھا، جو بات قرآن مجید میں واضح کی گئی، جو بات صحابہ کی مثالوں کے ذریعے سے بتائی گئی، اس سے آج تک مسلمان محروم ہیں۔</w:t>
      </w:r>
    </w:p>
    <w:p>
      <w:r>
        <w:rPr>
          <w:b/>
        </w:rPr>
        <w:t xml:space="preserve">[47:35] </w:t>
      </w:r>
      <w:r>
        <w:t>kyunke unhein Quran se apna deen akhaz nahi karna hai, unhein to apne qaumi jazbat par chalna hai. jo qaumi jazbat hain, wahi unka deen hai, wahi unka deen hai.</w:t>
      </w:r>
    </w:p>
    <w:p>
      <w:pPr>
        <w:jc w:val="right"/>
      </w:pPr>
      <w:r>
        <w:t>کیونکہ انہیں قرآن سے اپنا دین اخذ نہیں کرنا ہے، انہیں تو اپنے قومی جذبات پر چلنا ہے۔ جو قومی جذبات ہیں، وہی ان کا دین ہے، وہی ان کا دین ہے۔</w:t>
      </w:r>
    </w:p>
    <w:p>
      <w:r>
        <w:rPr>
          <w:b/>
        </w:rPr>
        <w:t xml:space="preserve">[47:52] </w:t>
      </w:r>
      <w:r>
        <w:t>yeh sab baatein dekhiye, bahut zyada sochne ki hain.</w:t>
      </w:r>
    </w:p>
    <w:p>
      <w:pPr>
        <w:jc w:val="right"/>
      </w:pPr>
      <w:r>
        <w:t>یہ سب باتیں دیکھیے، بہت زیادہ سوچنے کی ہیں۔</w:t>
      </w:r>
    </w:p>
    <w:p>
      <w:r>
        <w:rPr>
          <w:b/>
        </w:rPr>
        <w:t xml:space="preserve">[48:01] </w:t>
      </w:r>
      <w:r>
        <w:t>main jab chalta hoon apne ghar se, yaqeen kijiye ke main har waqt darta hoon ke main ladkhada kar raste mein ladkhada gir jaon, mera khatma ho jaye.</w:t>
      </w:r>
    </w:p>
    <w:p>
      <w:pPr>
        <w:jc w:val="right"/>
      </w:pPr>
      <w:r>
        <w:t>میں جب چلتا ہوں اپنے گھر سے، یقین کیجئے کہ میں ہر وقت ڈرتا ہوں کہ میں لڑکھڑا پر راستے میں لڑکھڑا گر جاؤں، میرا خاتمہ ہو جائے۔</w:t>
      </w:r>
    </w:p>
    <w:p>
      <w:r>
        <w:rPr>
          <w:b/>
        </w:rPr>
        <w:t xml:space="preserve">[48:18] </w:t>
      </w:r>
      <w:r>
        <w:t>mere baap the, unka naam tha Farid Fariduddin Khan. unka intiqal hua 29 December 1929 ko, December 29, 900, 29.</w:t>
      </w:r>
    </w:p>
    <w:p>
      <w:pPr>
        <w:jc w:val="right"/>
      </w:pPr>
      <w:r>
        <w:t>میرے باپ تھے، ان کا نام تھا فرید فرید الدین خان۔ ان کا انتقال ہوا 29 دسمبر 1929 کو، دسمبر 29، 900، 29۔</w:t>
      </w:r>
    </w:p>
    <w:p>
      <w:r>
        <w:rPr>
          <w:b/>
        </w:rPr>
        <w:t xml:space="preserve">[48:37] </w:t>
      </w:r>
      <w:r>
        <w:t>to kya hua? hum log, hamari family ek gaon mein rehti thi. gaon se</w:t>
      </w:r>
    </w:p>
    <w:p>
      <w:pPr>
        <w:jc w:val="right"/>
      </w:pPr>
      <w:r>
        <w:t>تو کیا ہوا؟ ہم لوگ، ہماری فیملی ایک گاؤں میں رہتی تھی۔ گاؤں سے</w:t>
      </w:r>
    </w:p>
    <w:p>
      <w:r>
        <w:rPr>
          <w:b/>
        </w:rPr>
        <w:t xml:space="preserve">[48:47] </w:t>
      </w:r>
      <w:r>
        <w:t>ek deid kilometer ki doori par hamare zaminen thin, us ko chhawni kehte the hum log. wahan zaminen thin, wahan par rozana jate the woh.</w:t>
      </w:r>
    </w:p>
    <w:p>
      <w:pPr>
        <w:jc w:val="right"/>
      </w:pPr>
      <w:r>
        <w:t>ایک ڈیڑھ کلومیٹر کی دوری پر ہمارے زمینیں تھیں، اس کو چھاونی کہتے تھے ہم لوگ۔ وہاں زمینیں تھیں، وہاں پر روزانہ جاتے تھے وہ۔</w:t>
      </w:r>
    </w:p>
    <w:p>
      <w:r>
        <w:rPr>
          <w:b/>
        </w:rPr>
        <w:t xml:space="preserve">[49:00] </w:t>
      </w:r>
      <w:r>
        <w:t>to gaon se wahan gaye chhawni par,</w:t>
      </w:r>
    </w:p>
    <w:p>
      <w:pPr>
        <w:jc w:val="right"/>
      </w:pPr>
      <w:r>
        <w:t>تو گاؤں سے وہاں گئے چھاونی پر،</w:t>
      </w:r>
    </w:p>
    <w:p>
      <w:r>
        <w:rPr>
          <w:b/>
        </w:rPr>
        <w:t xml:space="preserve">[49:05] </w:t>
      </w:r>
      <w:r>
        <w:t>jahan zaminen thin. sham ko, yani maghrib baad, wahan se wapas aa rahe the.</w:t>
      </w:r>
    </w:p>
    <w:p>
      <w:pPr>
        <w:jc w:val="right"/>
      </w:pPr>
      <w:r>
        <w:t>جہاں زمینیں تھیں۔ شام کو، یعنی مغرب بعد، وہاں سے واپس آ رہے تھے۔</w:t>
      </w:r>
    </w:p>
    <w:p>
      <w:r>
        <w:rPr>
          <w:b/>
        </w:rPr>
        <w:t xml:space="preserve">[49:18] </w:t>
      </w:r>
      <w:r>
        <w:t>to abhi raste mein the, yani chhawni aur gaon ke raste mein the ke achanak gir pade.</w:t>
      </w:r>
    </w:p>
    <w:p>
      <w:pPr>
        <w:jc w:val="right"/>
      </w:pPr>
      <w:r>
        <w:t>تو ابھی راستے میں تھے، یعنی چھاونی اور گاؤں کے راستے میں تھے کہ اچانک گر پڑے۔</w:t>
      </w:r>
    </w:p>
    <w:p>
      <w:r>
        <w:rPr>
          <w:b/>
        </w:rPr>
        <w:t xml:space="preserve">[49:28] </w:t>
      </w:r>
      <w:r>
        <w:t>to log batate hain ke Batki ek hota tha, uska naam tha Batki, aur kai log ko dete hain Batki, yani mulazim.</w:t>
      </w:r>
    </w:p>
    <w:p>
      <w:pPr>
        <w:jc w:val="right"/>
      </w:pPr>
      <w:r>
        <w:t>تو لوگ بتاتے ہیں کہ بٹکی ایک ہوتا تھا، اس کا نام تھا بٹکی، اور کئی لوگ کو دیتے ہیں بٹکی، یعنی ملازم۔</w:t>
      </w:r>
    </w:p>
    <w:p>
      <w:r>
        <w:rPr>
          <w:b/>
        </w:rPr>
        <w:t xml:space="preserve">[49:38] </w:t>
      </w:r>
      <w:r>
        <w:t>to apni zuban mein kaha ke chacha gir pade, chacha gir pade.</w:t>
      </w:r>
    </w:p>
    <w:p>
      <w:pPr>
        <w:jc w:val="right"/>
      </w:pPr>
      <w:r>
        <w:t>تو اپنی زبان میں کہا کہ چاچا گر پڑ لے، چاچا گر پڑ لے۔</w:t>
      </w:r>
    </w:p>
    <w:p>
      <w:r>
        <w:rPr>
          <w:b/>
        </w:rPr>
        <w:t xml:space="preserve">[49:46] </w:t>
      </w:r>
      <w:r>
        <w:t>chacha, yani hamare walid ko chacha kehte the woh log. chacha gir pade, chacha, chacha to gir pade.</w:t>
      </w:r>
    </w:p>
    <w:p>
      <w:pPr>
        <w:jc w:val="right"/>
      </w:pPr>
      <w:r>
        <w:t>چاچا، یعنی ہمارے والد کو چاچا کہتے تھے وہ لوگ۔ چاچا گر پڑ لیں، چاچا، چاچا تو گر پڑ گئے۔</w:t>
      </w:r>
    </w:p>
    <w:p>
      <w:r>
        <w:rPr>
          <w:b/>
        </w:rPr>
        <w:t xml:space="preserve">[49:54] </w:t>
      </w:r>
      <w:r>
        <w:t>gir gaye</w:t>
      </w:r>
    </w:p>
    <w:p>
      <w:pPr>
        <w:jc w:val="right"/>
      </w:pPr>
      <w:r>
        <w:t>گر گئے</w:t>
      </w:r>
    </w:p>
    <w:p>
      <w:r>
        <w:rPr>
          <w:b/>
        </w:rPr>
        <w:t xml:space="preserve">[49:58] </w:t>
      </w:r>
      <w:r>
        <w:t>to unko falij hamla hua tha, phir uske baad woh bol nahi sake. woh</w:t>
      </w:r>
    </w:p>
    <w:p>
      <w:pPr>
        <w:jc w:val="right"/>
      </w:pPr>
      <w:r>
        <w:t>تو ان کو فالج حملہ ہوا تھا، پھر اس کے بعد وہ بول نہیں سکے۔ وہ</w:t>
      </w:r>
    </w:p>
    <w:p>
      <w:r>
        <w:rPr>
          <w:b/>
        </w:rPr>
        <w:t xml:space="preserve">[50:05] </w:t>
      </w:r>
      <w:r>
        <w:t>jab woh laye gaye, ghar mein rakhe gaye, ek ek charpai par. to abhi tak mujhe sirf itna hi yaad hai ke maine dekha tha ke woh khamosh pade hue hain, jaan abhi nahi nikli hai, lekin bol nahi rahe hain.</w:t>
      </w:r>
    </w:p>
    <w:p>
      <w:pPr>
        <w:jc w:val="right"/>
      </w:pPr>
      <w:r>
        <w:t>جب وہ لائے گئے، گھر میں رکھے گئے، ایک ایک چارپائی پر۔ تو ابھی تک مجھے صرف اتنا ہی یاد ہے کہ میں نے دیکھا تھا کہ وہ خاموش پڑے ہوئے ہیں، جان ابھی نہیں نکلی ہے، لیکن بول نہیں رہے ہیں۔</w:t>
      </w:r>
    </w:p>
    <w:p>
      <w:r>
        <w:rPr>
          <w:b/>
        </w:rPr>
        <w:t xml:space="preserve">[50:19] </w:t>
      </w:r>
      <w:r>
        <w:t>phir subah tak khatma ho gaya.</w:t>
      </w:r>
    </w:p>
    <w:p>
      <w:pPr>
        <w:jc w:val="right"/>
      </w:pPr>
      <w:r>
        <w:t>پھر صبح تک خاتمہ ہو گیا۔</w:t>
      </w:r>
    </w:p>
    <w:p>
      <w:r>
        <w:rPr>
          <w:b/>
        </w:rPr>
        <w:t xml:space="preserve">[50:22] </w:t>
      </w:r>
      <w:r>
        <w:t>to chacha gir pade, main har waqt sochta hoon ke main gir padun raste mein, hamara khatma ho jaye. aur jante hain, khatma hota hai point of no return par.</w:t>
      </w:r>
    </w:p>
    <w:p>
      <w:pPr>
        <w:jc w:val="right"/>
      </w:pPr>
      <w:r>
        <w:t>تو چاچا گر پڑ لیں، میں ہر وقت سوچتا ہوں کہ میں گر پڑوں راستے میں، ہمارا خاتمہ ہو جائے۔ اور جانتے ہیں، خاتمہ ہوتا ہے پوائنٹ آف نو ریٹرن پر۔</w:t>
      </w:r>
    </w:p>
    <w:p>
      <w:r>
        <w:rPr>
          <w:b/>
        </w:rPr>
        <w:t xml:space="preserve">[50:37] </w:t>
      </w:r>
      <w:r>
        <w:t>khatma jo hai, point of no return par hota hai.</w:t>
      </w:r>
    </w:p>
    <w:p>
      <w:pPr>
        <w:jc w:val="right"/>
      </w:pPr>
      <w:r>
        <w:t>خاتمہ جو ہے، پوائنٹ آف نو ریٹرن پر ہوتا ہے۔</w:t>
      </w:r>
    </w:p>
    <w:p>
      <w:r>
        <w:rPr>
          <w:b/>
        </w:rPr>
        <w:t xml:space="preserve">[50:42] </w:t>
      </w:r>
      <w:r>
        <w:t>yani khatme ke baad agar main chahun ke main yahan wapas aaon, main C 29 mein wapas aaon, main Dilli mein wapas aaon, to it is impossible, impossible, impossible.</w:t>
      </w:r>
    </w:p>
    <w:p>
      <w:pPr>
        <w:jc w:val="right"/>
      </w:pPr>
      <w:r>
        <w:t>یعنی خاتمے کے بعد اگر میں چاہوں کہ میں یہاں واپس آؤں، میں سی 29 میں واپس آؤں، میں دلی میں واپس آؤں، تو اٹ از امپاسیبل، امپاسیبل، امپاسیبل۔</w:t>
      </w:r>
    </w:p>
    <w:p>
      <w:r>
        <w:rPr>
          <w:b/>
        </w:rPr>
        <w:t xml:space="preserve">[50:55] </w:t>
      </w:r>
      <w:r>
        <w:t>dekhein, maut ke baad do cheezein impossible ho jayengi, yaad rakhiye.</w:t>
      </w:r>
    </w:p>
    <w:p>
      <w:pPr>
        <w:jc w:val="right"/>
      </w:pPr>
      <w:r>
        <w:t>دیکھیں، موت کے بعد دو چیزیں امپاسیبل ہو جائیں گی، یاد رکھیے۔</w:t>
      </w:r>
    </w:p>
    <w:p>
      <w:r>
        <w:rPr>
          <w:b/>
        </w:rPr>
        <w:t xml:space="preserve">[51:04] </w:t>
      </w:r>
      <w:r>
        <w:t>maut jo hum mein se har ek ke peeche ki hui hai,</w:t>
      </w:r>
    </w:p>
    <w:p>
      <w:pPr>
        <w:jc w:val="right"/>
      </w:pPr>
      <w:r>
        <w:t>موت جو ہم میں سے ہر ایک کے پیچھے کی ہوئی ہے،</w:t>
      </w:r>
    </w:p>
    <w:p>
      <w:r>
        <w:rPr>
          <w:b/>
        </w:rPr>
        <w:t xml:space="preserve">[51:09] </w:t>
      </w:r>
      <w:r>
        <w:t>do cheezen impossible ho jayengi. number one, wapas aana is duniya mein dobara, apni family mein, apne logon mein wapas aana,</w:t>
      </w:r>
    </w:p>
    <w:p>
      <w:pPr>
        <w:jc w:val="right"/>
      </w:pPr>
      <w:r>
        <w:t>دو چیزیں امپاسیبل ہو جائیں گی۔ نمبر ون، واپس آنا اس دنیا میں دوبارہ، اپنی فیملی میں، اپنے لوگوں میں واپس آنا،</w:t>
      </w:r>
    </w:p>
    <w:p>
      <w:r>
        <w:rPr>
          <w:b/>
        </w:rPr>
        <w:t xml:space="preserve">[51:24] </w:t>
      </w:r>
      <w:r>
        <w:t>yeh</w:t>
      </w:r>
    </w:p>
    <w:p>
      <w:pPr>
        <w:jc w:val="right"/>
      </w:pPr>
      <w:r>
        <w:t>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