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Hadith-e-Rasool (Sayings of The Prophet of Islam) 20 June 2010 - Maulana Wahiduddin Khan</w:t>
      </w:r>
    </w:p>
    <w:p>
      <w:r>
        <w:t>https://www.youtube.com/watch?v=mxGQaBimM_Q</w:t>
      </w:r>
    </w:p>
    <w:p>
      <w:r>
        <w:rPr>
          <w:b/>
        </w:rPr>
        <w:t xml:space="preserve">[00:09] </w:t>
      </w:r>
      <w:r>
        <w:t>bismillah rahman rahim. wa-sallallahu 'ala-n-nabiyyi l-karim.</w:t>
      </w:r>
    </w:p>
    <w:p>
      <w:pPr>
        <w:jc w:val="right"/>
      </w:pPr>
      <w:r>
        <w:t>بسم اللہ الرحمن الرحیم۔ وصلی اللہ علی النبی الکریم۔</w:t>
      </w:r>
    </w:p>
    <w:p>
      <w:r>
        <w:rPr>
          <w:b/>
        </w:rPr>
        <w:t xml:space="preserve">[00:17] </w:t>
      </w:r>
      <w:r>
        <w:t>rabbish-rahli sadri, wa yassir li amri, wah-lul 'uqdatan min lisani, yafqahu qawli.</w:t>
      </w:r>
    </w:p>
    <w:p>
      <w:pPr>
        <w:jc w:val="right"/>
      </w:pPr>
      <w:r>
        <w:t>رب اشرح لی صدری، ویسر لی امری، واحل العقدۃ من لسانی، یفقہ قولی۔</w:t>
      </w:r>
    </w:p>
    <w:p>
      <w:r>
        <w:rPr>
          <w:b/>
        </w:rPr>
        <w:t xml:space="preserve">[00:32] </w:t>
      </w:r>
      <w:r>
        <w:t>aaj ka mauzu hai hadith-e-rasool ya ahadith-e-rasool, yaani "Sayings of the Prophet of Islam".</w:t>
      </w:r>
    </w:p>
    <w:p>
      <w:pPr>
        <w:jc w:val="right"/>
      </w:pPr>
      <w:r>
        <w:t>آج کا موضوع ہے حدیث رسول یا احادیث رسول، یعنی "Sayings of the Prophet of Islam"۔</w:t>
      </w:r>
    </w:p>
    <w:p>
      <w:r>
        <w:rPr>
          <w:b/>
        </w:rPr>
        <w:t xml:space="preserve">[00:47] </w:t>
      </w:r>
      <w:r>
        <w:t>hadith ka literal matlab hai "Saying". islami istilaha mein hadith ka matlab hota hai peghambar-e-islam ki ahadees.</w:t>
      </w:r>
    </w:p>
    <w:p>
      <w:pPr>
        <w:jc w:val="right"/>
      </w:pPr>
      <w:r>
        <w:t>حدیث کا لٹرل مطلب ہے "Saying"۔ اسلامی اصطلاح میں حدیث کا مطلب ہوتا ہے پیغمبر اسلام کی حدیثیں۔</w:t>
      </w:r>
    </w:p>
    <w:p>
      <w:r>
        <w:rPr>
          <w:b/>
        </w:rPr>
        <w:t xml:space="preserve">[01:05] </w:t>
      </w:r>
      <w:r>
        <w:t>ulama ne hadith ki teen qismein batai hain: qaul, amal, aur taqreer.</w:t>
      </w:r>
    </w:p>
    <w:p>
      <w:pPr>
        <w:jc w:val="right"/>
      </w:pPr>
      <w:r>
        <w:t>علماء نے حدیث کی تین قسمیں بتائی ہیں: قول، عمل، اور تقریر۔</w:t>
      </w:r>
    </w:p>
    <w:p>
      <w:r>
        <w:rPr>
          <w:b/>
        </w:rPr>
        <w:t xml:space="preserve">[01:15] </w:t>
      </w:r>
      <w:r>
        <w:t>qaul ka matlab yeh hai ke jo rasoolullah sallallahu 'alayhi wa sallam ne kaha. amal ka matlab hai jo aap ne kiya.</w:t>
      </w:r>
    </w:p>
    <w:p>
      <w:pPr>
        <w:jc w:val="right"/>
      </w:pPr>
      <w:r>
        <w:t>قول کا مطلب یہ ہے کہ جو رسول اللہ صلی اللہ علیہ وسلم نے کہا۔ عمل کا مطلب ہے جو آپ نے کیا۔</w:t>
      </w:r>
    </w:p>
    <w:p>
      <w:r>
        <w:rPr>
          <w:b/>
        </w:rPr>
        <w:t xml:space="preserve">[01:27] </w:t>
      </w:r>
      <w:r>
        <w:t>taqreer ka matlab hai ke aap ke samne koi kaam hua aur aap ne us par khamoshi ikhtiyar kar li, yaani "Silent Consent" diya aap ne.</w:t>
      </w:r>
    </w:p>
    <w:p>
      <w:pPr>
        <w:jc w:val="right"/>
      </w:pPr>
      <w:r>
        <w:t>تقریر کا مطلب ہے کہ آپ کے سامنے کوئی کام ہوا اور آپ نے اس پر خاموشی اختیار کر لی، یعنی "Silent Consent" دیا آپ نے۔</w:t>
      </w:r>
    </w:p>
    <w:p>
      <w:r>
        <w:rPr>
          <w:b/>
        </w:rPr>
        <w:t xml:space="preserve">[01:42] </w:t>
      </w:r>
      <w:r>
        <w:t>yeh hai hadith ka matlab.</w:t>
      </w:r>
    </w:p>
    <w:p>
      <w:pPr>
        <w:jc w:val="right"/>
      </w:pPr>
      <w:r>
        <w:t>یہ ہے حدیث کا مطلب۔</w:t>
      </w:r>
    </w:p>
    <w:p>
      <w:r>
        <w:rPr>
          <w:b/>
        </w:rPr>
        <w:t xml:space="preserve">[01:49] </w:t>
      </w:r>
      <w:r>
        <w:t>to ek islami scholar ne kaha ke "man kana fi baytihi majmu'atu l-ahadith fa-ka-annama fihi nabiyyun yatakallam".</w:t>
      </w:r>
    </w:p>
    <w:p>
      <w:pPr>
        <w:jc w:val="right"/>
      </w:pPr>
      <w:r>
        <w:t>تو ایک اسلامی اسکالر نے کہا کہ "من کان فی بیتہ مجموعۃ الاحادیث فکانما فیہ نبی یتکلم"۔</w:t>
      </w:r>
    </w:p>
    <w:p>
      <w:r>
        <w:rPr>
          <w:b/>
        </w:rPr>
        <w:t xml:space="preserve">[02:10] </w:t>
      </w:r>
      <w:r>
        <w:t>yaani jis ghar mein hadith ka ek collection ho, hadith ka ek majmu'a ho, to goya ke wahan bolta hua peghambar maujud hai.</w:t>
      </w:r>
    </w:p>
    <w:p>
      <w:pPr>
        <w:jc w:val="right"/>
      </w:pPr>
      <w:r>
        <w:t>یعنی جس گھر میں حدیث کا ایک کلیکشن ہو، حدیث کا ایک مجموعہ ہو، تو گویا کہ وہاں بولتا ہوا پیغمبر موجود ہے۔</w:t>
      </w:r>
    </w:p>
    <w:p>
      <w:r>
        <w:rPr>
          <w:b/>
        </w:rPr>
        <w:t xml:space="preserve">[02:29] </w:t>
      </w:r>
      <w:r>
        <w:t>isko doosre dhang se aisa kaha ja sakta hai ke "Hadith is a continuation of prophethood".</w:t>
      </w:r>
    </w:p>
    <w:p>
      <w:pPr>
        <w:jc w:val="right"/>
      </w:pPr>
      <w:r>
        <w:t>اس کو دوسرے ڈھنگ سے ایسا کہا جا سکتا ہے کہ "Hadith is a continuation of prophethood"۔</w:t>
      </w:r>
    </w:p>
    <w:p>
      <w:r>
        <w:rPr>
          <w:b/>
        </w:rPr>
        <w:t xml:space="preserve">[02:43] </w:t>
      </w:r>
      <w:r>
        <w:t>hadith prophethood ka, nubuwwat ka tasalsul hai. yeh bahut zyada important baat hai.</w:t>
      </w:r>
    </w:p>
    <w:p>
      <w:pPr>
        <w:jc w:val="right"/>
      </w:pPr>
      <w:r>
        <w:t>حدیث prophethood کا، نبوت کا تسلسل ہے۔ یہ بہت زیادہ important بات ہے۔</w:t>
      </w:r>
    </w:p>
    <w:p>
      <w:r>
        <w:rPr>
          <w:b/>
        </w:rPr>
        <w:t xml:space="preserve">[02:55] </w:t>
      </w:r>
      <w:r>
        <w:t>dekhiye, hadith quran mein to</w:t>
      </w:r>
    </w:p>
    <w:p>
      <w:pPr>
        <w:jc w:val="right"/>
      </w:pPr>
      <w:r>
        <w:t>دیکھیے، حدیث قرآن میں تو</w:t>
      </w:r>
    </w:p>
    <w:p>
      <w:r>
        <w:rPr>
          <w:b/>
        </w:rPr>
        <w:t xml:space="preserve">[03:02] </w:t>
      </w:r>
      <w:r>
        <w:t>do darjan nabiyon ka zikr hai, lekin hadith se malum hota hai ke ek lakh chobis hazar peghambar aaye, aur hazaron saal ke span mein aa</w:t>
      </w:r>
    </w:p>
    <w:p>
      <w:pPr>
        <w:jc w:val="right"/>
      </w:pPr>
      <w:r>
        <w:t>دو درجن نبیوں کا ذکر ہے، لیکن حدیث سے معلوم ہوتا ہے کہ ایک لاکھ چوبیس ہزار پیغمبر آئے، اور ہزاروں سال کے اسپین میں آ</w:t>
      </w:r>
    </w:p>
    <w:p>
      <w:r>
        <w:rPr>
          <w:b/>
        </w:rPr>
        <w:t xml:space="preserve">[03:13] </w:t>
      </w:r>
      <w:r>
        <w:t>ye. rasoolullah sallallahu 'alayhi wa sallam aakhri peghambar the. to aap ke jo ahadees hain, unka mehfuz taur par jama hona yeh bahut important baat hai.</w:t>
      </w:r>
    </w:p>
    <w:p>
      <w:pPr>
        <w:jc w:val="right"/>
      </w:pPr>
      <w:r>
        <w:t>ئے وہ۔ رسول اللہ صلی اللہ علیہ وسلم آخری پیغمبر تھے۔ تو آپ کے جو حدیثیں ہیں، ان کا محفوظ طور پر جمع ہونا یہ بہت important بات ہے۔</w:t>
      </w:r>
    </w:p>
    <w:p>
      <w:r>
        <w:rPr>
          <w:b/>
        </w:rPr>
        <w:t xml:space="preserve">[03:29] </w:t>
      </w:r>
      <w:r>
        <w:t>yaani islam mein ek taraf authentic text hai, wahi ka, quran ki shakal mein, aur doosri taraf islam mein authentic role model hai,</w:t>
      </w:r>
    </w:p>
    <w:p>
      <w:pPr>
        <w:jc w:val="right"/>
      </w:pPr>
      <w:r>
        <w:t>یعنی اسلام میں ایک طرف authentic text ہے، وحی کا، قرآن کی شکل میں، اور دوسری طرف اسلام میں authentic role model ہے،</w:t>
      </w:r>
    </w:p>
    <w:p>
      <w:r>
        <w:rPr>
          <w:b/>
        </w:rPr>
        <w:t xml:space="preserve">[03:45] </w:t>
      </w:r>
      <w:r>
        <w:t>peghambar ki shakal mein. yeh bahut badi nemat hai insan ke liye. bahut badi nemat hai insan ke liye.</w:t>
      </w:r>
    </w:p>
    <w:p>
      <w:pPr>
        <w:jc w:val="right"/>
      </w:pPr>
      <w:r>
        <w:t>پیغمبر کی شکل میں۔ یہ بہت بڑی نعمت ہے انسان کے لیے۔ بہت بڑی نعمت ہے انسان کے لیے۔</w:t>
      </w:r>
    </w:p>
    <w:p>
      <w:r>
        <w:rPr>
          <w:b/>
        </w:rPr>
        <w:t xml:space="preserve">[03:55] </w:t>
      </w:r>
      <w:r>
        <w:t>to aaj mein hadith ki kitabon se kuch ahadees, kisi khaas tarteeb ke baghair, bayan karunga. dekhiye, hadith ki bahut sari kitabein hain.</w:t>
      </w:r>
    </w:p>
    <w:p>
      <w:pPr>
        <w:jc w:val="right"/>
      </w:pPr>
      <w:r>
        <w:t>تو آج میں حدیث کی کتابوں سے کچھ حدیثیں، کسی خاص ترتیب کے بغیر، بیان کروں گا۔ دیکھیے، حدیث کی بہت ساری کتابیں ہیں۔</w:t>
      </w:r>
    </w:p>
    <w:p>
      <w:r>
        <w:rPr>
          <w:b/>
        </w:rPr>
        <w:t xml:space="preserve">[04:08] </w:t>
      </w:r>
      <w:r>
        <w:t>misalan sahih al-bukhari hai, us mein muqarrarat ko le kar saat hazar se kuch zyada ahadees hain.</w:t>
      </w:r>
    </w:p>
    <w:p>
      <w:pPr>
        <w:jc w:val="right"/>
      </w:pPr>
      <w:r>
        <w:t>مثلاً صحیح البخاری ہے، اس میں مقررات کو لے کر سات ہزار سے کچھ زیادہ حدیثیں ہیں۔</w:t>
      </w:r>
    </w:p>
    <w:p>
      <w:r>
        <w:rPr>
          <w:b/>
        </w:rPr>
        <w:t xml:space="preserve">[04:20] </w:t>
      </w:r>
      <w:r>
        <w:t>aise hi intikhab hai mishkat al-masabih ka, us mein chhe hazar se kuch zyada ahadees hain.</w:t>
      </w:r>
    </w:p>
    <w:p>
      <w:pPr>
        <w:jc w:val="right"/>
      </w:pPr>
      <w:r>
        <w:t>ایسے ہی انتخاب ہے مشکات المساوی کا، اس میں چھ ہزار سے کچھ زیادہ حدیثیں ہیں۔</w:t>
      </w:r>
    </w:p>
    <w:p>
      <w:r>
        <w:rPr>
          <w:b/>
        </w:rPr>
        <w:t xml:space="preserve">[04:30] </w:t>
      </w:r>
      <w:r>
        <w:t>phir musnad imam ahmad hai, us mein taqriban tees hazar ahadees hain. is tarah se bahut sari kitabein hain.</w:t>
      </w:r>
    </w:p>
    <w:p>
      <w:pPr>
        <w:jc w:val="right"/>
      </w:pPr>
      <w:r>
        <w:t>پھر مسند امام احمد ہے، اس میں تقریباً تیس ہزار حدیثیں ہیں۔ اس طرح سے بہت ساری کتابیں ہیں۔</w:t>
      </w:r>
    </w:p>
    <w:p>
      <w:r>
        <w:rPr>
          <w:b/>
        </w:rPr>
        <w:t xml:space="preserve">[04:41] </w:t>
      </w:r>
      <w:r>
        <w:t>to is waqt mein kuch ahadees ko bayan karunga.</w:t>
      </w:r>
    </w:p>
    <w:p>
      <w:pPr>
        <w:jc w:val="right"/>
      </w:pPr>
      <w:r>
        <w:t>تو اس وقت میں کچھ حدیثوں کو بیان کروں گا۔</w:t>
      </w:r>
    </w:p>
    <w:p>
      <w:r>
        <w:rPr>
          <w:b/>
        </w:rPr>
        <w:t xml:space="preserve">[04:49] </w:t>
      </w:r>
      <w:r>
        <w:t>pehli hadith mein bayan karna chahta hoon jo abhi mujhe yaad aayi. abhi mein jab yahan aa raha tha to Mr. Rajat ne ek dream bataya.</w:t>
      </w:r>
    </w:p>
    <w:p>
      <w:pPr>
        <w:jc w:val="right"/>
      </w:pPr>
      <w:r>
        <w:t>پہلی حدیث میں بیان کرنا چاہتا ہوں جو ابھی مجھے یاد آئی۔ ابھی میں جب یہاں آ رہا تھا تو مسٹر رجت نے ایک dream بتایا۔</w:t>
      </w:r>
    </w:p>
    <w:p>
      <w:r>
        <w:rPr>
          <w:b/>
        </w:rPr>
        <w:t xml:space="preserve">[05:01] </w:t>
      </w:r>
      <w:r>
        <w:t>un ke bhai rehte hain singapore mein. un ki choti bachi hai jis ki umar hai chah saal.</w:t>
      </w:r>
    </w:p>
    <w:p>
      <w:pPr>
        <w:jc w:val="right"/>
      </w:pPr>
      <w:r>
        <w:t>ان کے بھائی رہتے ہیں سنگاپور میں۔ ان کی چھوٹی بچی ہے جس کی عمر ہے چھ سال۔</w:t>
      </w:r>
    </w:p>
    <w:p>
      <w:r>
        <w:rPr>
          <w:b/>
        </w:rPr>
        <w:t xml:space="preserve">[05:10] </w:t>
      </w:r>
      <w:r>
        <w:t>to wo</w:t>
      </w:r>
    </w:p>
    <w:p>
      <w:pPr>
        <w:jc w:val="right"/>
      </w:pPr>
      <w:r>
        <w:t>تو وہ</w:t>
      </w:r>
    </w:p>
    <w:p>
      <w:r>
        <w:rPr>
          <w:b/>
        </w:rPr>
        <w:t xml:space="preserve">[05:14] </w:t>
      </w:r>
      <w:r>
        <w:t>raat ko achaanak uth gayi. wo ghabrayi hui thi. is ki maan ne poocha ke kya baat hai?</w:t>
      </w:r>
    </w:p>
    <w:p>
      <w:pPr>
        <w:jc w:val="right"/>
      </w:pPr>
      <w:r>
        <w:t>رات کو اچانک اٹھ گئی۔ وہ گھبرائی ہوئی تھی۔ اس کی ماں نے پوچھا کہ کیا بات ہے؟</w:t>
      </w:r>
    </w:p>
    <w:p>
      <w:r>
        <w:rPr>
          <w:b/>
        </w:rPr>
        <w:t xml:space="preserve">[05:27] </w:t>
      </w:r>
      <w:r>
        <w:t>us ne kaha ke main ne aik drowna khwab dekha hai.</w:t>
      </w:r>
    </w:p>
    <w:p>
      <w:pPr>
        <w:jc w:val="right"/>
      </w:pPr>
      <w:r>
        <w:t>اس نے کہا کہ میں نے ایک ڈراونا خواب دیکھا ہے۔</w:t>
      </w:r>
    </w:p>
    <w:p>
      <w:r>
        <w:rPr>
          <w:b/>
        </w:rPr>
        <w:t xml:space="preserve">[05:32] </w:t>
      </w:r>
      <w:r>
        <w:t>chah saal ki bachi ne kaha. to wo khwab kya tha? us ne kaha ke yeh military story building jis mein hum rehte hain aur aas paas ke building hain, yeh sab gir pari hain.</w:t>
      </w:r>
    </w:p>
    <w:p>
      <w:pPr>
        <w:jc w:val="right"/>
      </w:pPr>
      <w:r>
        <w:t>چھ سال کی بچی نے کہا۔ تو وہ خواب کیا تھا؟ اس نے کہا کہ یہ ملٹری سٹوری بلڈنگ جس میں ہم رہتے ہیں اور آس پاس کے بلڈنگ ہیں، یہ سب گر پڑی ہیں۔</w:t>
      </w:r>
    </w:p>
    <w:p>
      <w:r>
        <w:rPr>
          <w:b/>
        </w:rPr>
        <w:t xml:space="preserve">[05:48] </w:t>
      </w:r>
      <w:r>
        <w:t>aur saare log is mein dab ke mar gaye hain. sirf chote bachhe bachhe hain.</w:t>
      </w:r>
    </w:p>
    <w:p>
      <w:pPr>
        <w:jc w:val="right"/>
      </w:pPr>
      <w:r>
        <w:t>اور سارے لوگ اس میں دب کے مر گئے ہیں۔ صرف چھوٹے بچے بچے ہیں۔</w:t>
      </w:r>
    </w:p>
    <w:p>
      <w:r>
        <w:rPr>
          <w:b/>
        </w:rPr>
        <w:t xml:space="preserve">[05:57] </w:t>
      </w:r>
      <w:r>
        <w:t>yeh khwab mein samajhta hoon ke qayamat ke aanay ki khabar hai. is tarah ke khwab bohat zyada dekh rahe hain log dunya ke mukhtalif hisson mein.</w:t>
      </w:r>
    </w:p>
    <w:p>
      <w:pPr>
        <w:jc w:val="right"/>
      </w:pPr>
      <w:r>
        <w:t>یہ خواب میں سمجھتا ہوں کہ قیامت کے آنے کی خبر ہے۔ اس طرح کے خواب بہت زیادہ دیکھ رہے ہیں لوگ دنیا کے مختلف حصوں میں۔</w:t>
      </w:r>
    </w:p>
    <w:p>
      <w:r>
        <w:rPr>
          <w:b/>
        </w:rPr>
        <w:t xml:space="preserve">[06:10] </w:t>
      </w:r>
      <w:r>
        <w:t>ke qayamat qareeb aa gayi. to is khwab ko sun kar mujhe aik hadith yaad aayi. isi se mein aaj ki apni baat shuru karta hoon.</w:t>
      </w:r>
    </w:p>
    <w:p>
      <w:pPr>
        <w:jc w:val="right"/>
      </w:pPr>
      <w:r>
        <w:t>کہ قیامت قریب آ گئی۔ تو اس خواب کو سن کر مجھے ایک حدیث یاد آئی۔ اسی سے میں آج کی اپنی بات شروع کرتا ہوں۔</w:t>
      </w:r>
    </w:p>
    <w:p>
      <w:r>
        <w:rPr>
          <w:b/>
        </w:rPr>
        <w:t xml:space="preserve">[06:21] </w:t>
      </w:r>
      <w:r>
        <w:t>rasool Allah salallaho alaihi wasallam ne farmaya: "bu'is tu wa sa'atu ka'atain". mein aur qayamat dono bheje gaye hain is tarah jaise do ungliyan.</w:t>
      </w:r>
    </w:p>
    <w:p>
      <w:pPr>
        <w:jc w:val="right"/>
      </w:pPr>
      <w:r>
        <w:t>رسول اللہ صلی اللہ علیہ وسلم نے فرمایا: "بعثت و ساعت کہاتین"۔ میں اور قیامت دونوں بھیجے گئے ہیں اس طرح جیسے دو انگلیاں۔</w:t>
      </w:r>
    </w:p>
    <w:p>
      <w:r>
        <w:rPr>
          <w:b/>
        </w:rPr>
        <w:t xml:space="preserve">[06:35] </w:t>
      </w:r>
      <w:r>
        <w:t>jis do ungliyan paas paas hain, aise mein aur qayamat paas paas hain.</w:t>
      </w:r>
    </w:p>
    <w:p>
      <w:pPr>
        <w:jc w:val="right"/>
      </w:pPr>
      <w:r>
        <w:t>جس دو انگلیاں پاس پاس ہیں، ایسے میں اور قیامت پاس پاس ہیں۔</w:t>
      </w:r>
    </w:p>
    <w:p>
      <w:r>
        <w:rPr>
          <w:b/>
        </w:rPr>
        <w:t xml:space="preserve">[06:41] </w:t>
      </w:r>
      <w:r>
        <w:t>is ka matlab kya hai? rasool Allah aakhri paighambar the. hazaron saal tak paighambar aate rahe yahan tak ke aakhri paighambar Allah taala ne bheje.</w:t>
      </w:r>
    </w:p>
    <w:p>
      <w:pPr>
        <w:jc w:val="right"/>
      </w:pPr>
      <w:r>
        <w:t>اس کا مطلب کیا ہے؟ رسول اللہ آخری پیغمبر تھے۔ ہزاروں سال تک پیغمبر آتے رہے یہاں تک کہ آخری پیغمبر اللہ تعالیٰ نے بھیج دیا۔</w:t>
      </w:r>
    </w:p>
    <w:p>
      <w:r>
        <w:rPr>
          <w:b/>
        </w:rPr>
        <w:t xml:space="preserve">[06:55] </w:t>
      </w:r>
      <w:r>
        <w:t>ab is ke baad jo cheez aani hai wo qayamat hai. ab kisi paighambar ko aana nahi hai. ab koi bhi paighambar na zameen se niklega na aasman se utre ga.</w:t>
      </w:r>
    </w:p>
    <w:p>
      <w:pPr>
        <w:jc w:val="right"/>
      </w:pPr>
      <w:r>
        <w:t>اب اس کے بعد جو چیز آنی ہے وہ قیامت ہے۔ اب کسی پیغمبر کو آنا نہیں ہے۔ اب کوئی بھی پیغمبر نہ زمین سے نکلے گا نہ آسمان سے اترے گا۔</w:t>
      </w:r>
    </w:p>
    <w:p>
      <w:r>
        <w:rPr>
          <w:b/>
        </w:rPr>
        <w:t xml:space="preserve">[07:08] </w:t>
      </w:r>
      <w:r>
        <w:t>ab ab jo cheez aayegi wo surah israfeel hai aur qayamat hai. yeh matlab hai ke mein aur qayamat dono is tarah qareeb hain jaise ke do ungliyan.</w:t>
      </w:r>
    </w:p>
    <w:p>
      <w:pPr>
        <w:jc w:val="right"/>
      </w:pPr>
      <w:r>
        <w:t>اب اب جو چیز آئے گی وہ سورہ اسرافیل ہے اور قیامت ہے۔ یہ مطلب ہے کہ میں اور قیامت دونوں اس طرح قریب ہیں جیسے کہ دو انگلیاں۔</w:t>
      </w:r>
    </w:p>
    <w:p>
      <w:r>
        <w:rPr>
          <w:b/>
        </w:rPr>
        <w:t xml:space="preserve">[07:20] </w:t>
      </w:r>
      <w:r>
        <w:t>to mein samajhta hoon ke saare asbab ab samne aa gaye hain ke qayamat bohat qareeb hai.</w:t>
      </w:r>
    </w:p>
    <w:p>
      <w:pPr>
        <w:jc w:val="right"/>
      </w:pPr>
      <w:r>
        <w:t>تو میں سمجھتا ہوں کہ سارے اسباب اب سامنے آ گئے ہیں کہ قیامت بہت قریب ہے۔</w:t>
      </w:r>
    </w:p>
    <w:p>
      <w:r>
        <w:rPr>
          <w:b/>
        </w:rPr>
        <w:t xml:space="preserve">[07:30] </w:t>
      </w:r>
      <w:r>
        <w:t>is ka matlab kya hai? is ka matlab hai ke humein bohat zyada cautious hona chahiye.</w:t>
      </w:r>
    </w:p>
    <w:p>
      <w:pPr>
        <w:jc w:val="right"/>
      </w:pPr>
      <w:r>
        <w:t>اس کا مطلب کیا ہے؟ اس کا مطلب ہے کہ ہمیں بہت زیادہ cautious ہونا چاہیے۔</w:t>
      </w:r>
    </w:p>
    <w:p>
      <w:r>
        <w:rPr>
          <w:b/>
        </w:rPr>
        <w:t xml:space="preserve">[07:38] </w:t>
      </w:r>
      <w:r>
        <w:t>cautious. chokanna. do pehluon se. aik to yeh ke hum khud apne amal ko durust karein.</w:t>
      </w:r>
    </w:p>
    <w:p>
      <w:pPr>
        <w:jc w:val="right"/>
      </w:pPr>
      <w:r>
        <w:t>Cautious۔ چوکنا۔ دو پہلوؤں سے۔ ایک تو یہ کہ ہم خود اپنے عمل کو درست کریں۔</w:t>
      </w:r>
    </w:p>
    <w:p>
      <w:r>
        <w:rPr>
          <w:b/>
        </w:rPr>
        <w:t xml:space="preserve">[07:50] </w:t>
      </w:r>
      <w:r>
        <w:t>apni zindagi ko durust karein. apne aap ko aisa banayein ke jab Allah taala se samna hamara ho hashr ke maidan mein to wahan hum ko sharminda na hona pare.</w:t>
      </w:r>
    </w:p>
    <w:p>
      <w:pPr>
        <w:jc w:val="right"/>
      </w:pPr>
      <w:r>
        <w:t>اپنی زندگی کو درست کریں۔ اپنے آپ کو ایسا بنائیں کہ جب اللہ تعالیٰ سے سامنا ہمارا ہو حشر کے میدان میں تو وہاں ہم کو شرمندہ نہ ہونا پڑے۔</w:t>
      </w:r>
    </w:p>
    <w:p>
      <w:r>
        <w:rPr>
          <w:b/>
        </w:rPr>
        <w:t xml:space="preserve">[08:07] </w:t>
      </w:r>
      <w:r>
        <w:t>wahan hum ko Allah taala qabool farmaye jannat ke liye.</w:t>
      </w:r>
    </w:p>
    <w:p>
      <w:pPr>
        <w:jc w:val="right"/>
      </w:pPr>
      <w:r>
        <w:t>وہاں ہم کو اللہ تعالیٰ قبول فرمائے جنت کے لیے۔</w:t>
      </w:r>
    </w:p>
    <w:p>
      <w:r>
        <w:rPr>
          <w:b/>
        </w:rPr>
        <w:t xml:space="preserve">[08:12] </w:t>
      </w:r>
      <w:r>
        <w:t>aakhri waqt aa gaya hai ke hum is aitbar se bohat zyada</w:t>
      </w:r>
    </w:p>
    <w:p>
      <w:pPr>
        <w:jc w:val="right"/>
      </w:pPr>
      <w:r>
        <w:t>آخری وقت آ گیا ہے کہ ہم اس اعتبار سے بہت زیادہ</w:t>
      </w:r>
    </w:p>
    <w:p>
      <w:r>
        <w:rPr>
          <w:b/>
        </w:rPr>
        <w:t xml:space="preserve">[08:18] </w:t>
      </w:r>
      <w:r>
        <w:t>bohat zyada active ho jayein. doosri baat hai dawat. dekhiye jo log iman rakhte hain Allah par, rasool par, Quran par, un ka farz hai, farz hai, farz hai ke doosron ko Allah ka paigham pohanchayein.</w:t>
      </w:r>
    </w:p>
    <w:p>
      <w:pPr>
        <w:jc w:val="right"/>
      </w:pPr>
      <w:r>
        <w:t>بہت زیادہ active ہو جائیں۔ دوسری بات ہے دعوت۔ دیکھیے جو لوگ ایمان رکھتے ہیں اللہ پر، رسول پر، قرآن پر، ان کا فرض ہے، فرض ہے، فرض ہے کہ دوسروں کو اللہ کا پیغام پہنچائیں۔</w:t>
      </w:r>
    </w:p>
    <w:p>
      <w:r>
        <w:rPr>
          <w:b/>
        </w:rPr>
        <w:t xml:space="preserve">[08:42] </w:t>
      </w:r>
      <w:r>
        <w:t>to ab humein two point formula par chalna hai. khud Allah ke deen par amal karna.</w:t>
      </w:r>
    </w:p>
    <w:p>
      <w:pPr>
        <w:jc w:val="right"/>
      </w:pPr>
      <w:r>
        <w:t>تو اب ہمیں two point فارمولا پر چلنا ہے۔ خود اللہ کے دین پر عمل کرنا۔</w:t>
      </w:r>
    </w:p>
    <w:p>
      <w:r>
        <w:rPr>
          <w:b/>
        </w:rPr>
        <w:t xml:space="preserve">[08:51] </w:t>
      </w:r>
      <w:r>
        <w:t>khud apne aap ko is tarah banana ke Allah ke haan hum</w:t>
      </w:r>
    </w:p>
    <w:p>
      <w:pPr>
        <w:jc w:val="right"/>
      </w:pPr>
      <w:r>
        <w:t>خود اپنے آپ کو اس طرح بنانا کہ اللہ کے ہاں ہم</w:t>
      </w:r>
    </w:p>
    <w:p>
      <w:r>
        <w:rPr>
          <w:b/>
        </w:rPr>
        <w:t xml:space="preserve">[09:00] </w:t>
      </w:r>
      <w:r>
        <w:t>Allah ki pakad se bach sakein qayamat mein. aur doosri hai ke hum insano ko Allah ka paigham pohanchayein.</w:t>
      </w:r>
    </w:p>
    <w:p>
      <w:pPr>
        <w:jc w:val="right"/>
      </w:pPr>
      <w:r>
        <w:t>اللہ کی پکڑ سے بچ سکیں قیامت میں۔ اور دوسری ہے کہ ہم انسانوں کو اللہ کا پیغام پہنچائیں۔</w:t>
      </w:r>
    </w:p>
    <w:p>
      <w:r>
        <w:rPr>
          <w:b/>
        </w:rPr>
        <w:t xml:space="preserve">[09:12] </w:t>
      </w:r>
      <w:r>
        <w:t>rasool Allah salallaho alaihi wasallam ko Quran ne bataya ke manzar yani warning dene wala. hum sab logon ko warner banna hai.</w:t>
      </w:r>
    </w:p>
    <w:p>
      <w:pPr>
        <w:jc w:val="right"/>
      </w:pPr>
      <w:r>
        <w:t>رسول اللہ صلی اللہ علیہ وسلم کو قرآن نے بتایا کہ منظر یعنی warning دینے والا۔ ہم سب لوگوں کو warner بننا ہے۔</w:t>
      </w:r>
    </w:p>
    <w:p>
      <w:r>
        <w:rPr>
          <w:b/>
        </w:rPr>
        <w:t xml:space="preserve">[09:22] </w:t>
      </w:r>
      <w:r>
        <w:t>yani rasool Allah ke manne wale jo log hain wo sab warner hain. warner.</w:t>
      </w:r>
    </w:p>
    <w:p>
      <w:pPr>
        <w:jc w:val="right"/>
      </w:pPr>
      <w:r>
        <w:t>یعنی رسول اللہ کے ماننے والے جو لوگ ہیں وہ سب warner ہیں۔ Warner۔</w:t>
      </w:r>
    </w:p>
    <w:p>
      <w:r>
        <w:rPr>
          <w:b/>
        </w:rPr>
        <w:t xml:space="preserve">[09:32] </w:t>
      </w:r>
      <w:r>
        <w:t>mein warner banun aur jo log mujhe manne wale hain woh sab bhi warner banen.</w:t>
      </w:r>
    </w:p>
    <w:p>
      <w:pPr>
        <w:jc w:val="right"/>
      </w:pPr>
      <w:r>
        <w:t>میں warner بنوں اور جو لوگ مجھے ماننے والے ہیں وہ سب بھی warner بنیں۔</w:t>
      </w:r>
    </w:p>
    <w:p>
      <w:r>
        <w:rPr>
          <w:b/>
        </w:rPr>
        <w:t xml:space="preserve">[09:38] </w:t>
      </w:r>
      <w:r>
        <w:t>toh ek yeh hai ke hamein follower banna hai aur doosri yeh hai ke hamein warner banna hai. in dono mein se koi bhi cheez aisi nahi hai jis mein hum kami karke hum Allah ke haan pakad se bach saken.</w:t>
      </w:r>
    </w:p>
    <w:p>
      <w:pPr>
        <w:jc w:val="right"/>
      </w:pPr>
      <w:r>
        <w:t>تو ایک یہ ہے کہ ہمیں follower بننا ہے اور دوسری یہ ہے کہ ہمیں warner بننا ہے۔ ان دونوں میں سے کوئی بھی چیز ایسی نہیں ہے جس میں ہم کمی کر کے ہم اللہ کے ہاں پکڑ سے بچ سکیں۔</w:t>
      </w:r>
    </w:p>
    <w:p>
      <w:r>
        <w:rPr>
          <w:b/>
        </w:rPr>
        <w:t xml:space="preserve">[09:55] </w:t>
      </w:r>
      <w:r>
        <w:t>yaad rakhiye dono equally matloob hain. yeh bilkul fareb hai. fareb.</w:t>
      </w:r>
    </w:p>
    <w:p>
      <w:pPr>
        <w:jc w:val="right"/>
      </w:pPr>
      <w:r>
        <w:t>یاد رکھیے دونوں equally مطلوب ہیں۔ یہ بالکل فریب ہے۔ فریب۔</w:t>
      </w:r>
    </w:p>
    <w:p>
      <w:r>
        <w:rPr>
          <w:b/>
        </w:rPr>
        <w:t xml:space="preserve">[10:04] </w:t>
      </w:r>
      <w:r>
        <w:t>koi yeh samjhe ke ek ko karke doosre sab bach jayenge.</w:t>
      </w:r>
    </w:p>
    <w:p>
      <w:pPr>
        <w:jc w:val="right"/>
      </w:pPr>
      <w:r>
        <w:t>کوئی یہ سمجھے کہ ایک کو کر کے دوسرے سب بچ جائیں گے۔</w:t>
      </w:r>
    </w:p>
    <w:p>
      <w:r>
        <w:rPr>
          <w:b/>
        </w:rPr>
        <w:t xml:space="preserve">[10:09] </w:t>
      </w:r>
      <w:r>
        <w:t>yaani hamein follower bhi banna hai aur warner bhi banna hai. aur aaj hi se banna hai. woh qaul yahan par chashma hota hai ke "There is no better time to start than this very minute".</w:t>
      </w:r>
    </w:p>
    <w:p>
      <w:pPr>
        <w:jc w:val="right"/>
      </w:pPr>
      <w:r>
        <w:t>یعنی ہمیں follower بھی بننا ہے اور warner بھی بننا ہے۔ اور آج ہی سے بننا ہے۔ وہ قول یہاں پر چشمہ ہوتا ہے کہ "There is no better time to start than this very minute"۔</w:t>
      </w:r>
    </w:p>
    <w:p>
      <w:r>
        <w:rPr>
          <w:b/>
        </w:rPr>
        <w:t xml:space="preserve">[10:24] </w:t>
      </w:r>
      <w:r>
        <w:t>abhi se shuru kar dijiye. kyun? is liye ke qayamat aaj shaam ko aa sakti hai. kal subah ko aa sakti hai. toh yeh ek hadith yeh hai jo maine aap ke samne rakhi.</w:t>
      </w:r>
    </w:p>
    <w:p>
      <w:pPr>
        <w:jc w:val="right"/>
      </w:pPr>
      <w:r>
        <w:t>ابھی سے شروع کر دیجیے۔ کیوں؟ اس لیے کہ قیامت آج شام کو آ سکتی ہے۔ کل صبح کو آ سکتی ہے۔ تو یہ ایک حدیث یہ ہے جو میں نے آپ کے سامنے رکھی۔</w:t>
      </w:r>
    </w:p>
    <w:p>
      <w:r>
        <w:rPr>
          <w:b/>
        </w:rPr>
        <w:t xml:space="preserve">[10:38] </w:t>
      </w:r>
      <w:r>
        <w:t>ab mein kuch aur hadithain aap ke samne rakhna chahta hoon. ek hadith yeh hai: "man qala la ilaha illallah dakhala al jannah".</w:t>
      </w:r>
    </w:p>
    <w:p>
      <w:pPr>
        <w:jc w:val="right"/>
      </w:pPr>
      <w:r>
        <w:t>اب میں کچھ اور حدیثیں آپ کے سامنے رکھنا چاہتا ہوں۔ ایک حدیث یہ ہے: "من قال لا الہ الا اللہ دخل الجنہ"۔</w:t>
      </w:r>
    </w:p>
    <w:p>
      <w:r>
        <w:rPr>
          <w:b/>
        </w:rPr>
        <w:t xml:space="preserve">[10:54] </w:t>
      </w:r>
      <w:r>
        <w:t>jis aadmi ne kaha ke Allah ke siwa koi aur mabood nahi hai toh woh jannat mein dakhil hoga.</w:t>
      </w:r>
    </w:p>
    <w:p>
      <w:pPr>
        <w:jc w:val="right"/>
      </w:pPr>
      <w:r>
        <w:t>جس آدمی نے کہا کہ اللہ کے سوا کوئی اور معبود نہیں ہے تو وہ جنت میں داخل ہوگا۔</w:t>
      </w:r>
    </w:p>
    <w:p>
      <w:r>
        <w:rPr>
          <w:b/>
        </w:rPr>
        <w:t xml:space="preserve">[11:03] </w:t>
      </w:r>
      <w:r>
        <w:t>dekhiye yahan par lafz qaul hai lekin yeh saada qaul nahi hai. yeh maarfat ka qaul hai. yeh discovery ka qaul hai.</w:t>
      </w:r>
    </w:p>
    <w:p>
      <w:pPr>
        <w:jc w:val="right"/>
      </w:pPr>
      <w:r>
        <w:t>دیکھیے یہاں پر لفظ قول ہے لیکن یہ سادہ قول نہیں ہے۔ یہ معرفت کا قول ہے۔ یہ discovery کا قول ہے۔</w:t>
      </w:r>
    </w:p>
    <w:p>
      <w:r>
        <w:rPr>
          <w:b/>
        </w:rPr>
        <w:t xml:space="preserve">[11:15] </w:t>
      </w:r>
      <w:r>
        <w:t>yeh realization ka qaul hai.</w:t>
      </w:r>
    </w:p>
    <w:p>
      <w:pPr>
        <w:jc w:val="right"/>
      </w:pPr>
      <w:r>
        <w:t>یہ realization کا قول ہے۔</w:t>
      </w:r>
    </w:p>
    <w:p>
      <w:r>
        <w:rPr>
          <w:b/>
        </w:rPr>
        <w:t xml:space="preserve">[11:18] </w:t>
      </w:r>
      <w:r>
        <w:t>jaisa ke saatveen paare ke shuru mein bataya gaya hai. saatveen paare ke shuru mein jo aayatein hain us ko padhiye aap. Quran ke saare saatveen paare ke.</w:t>
      </w:r>
    </w:p>
    <w:p>
      <w:pPr>
        <w:jc w:val="right"/>
      </w:pPr>
      <w:r>
        <w:t>جیسا کہ ساتویں پارے کے شروع میں بتایا گیا ہے۔ ساتویں پارے کے شروع میں جو آیتیں ہیں اس کو پڑھیے آپ۔ قرآن کے سارے ساتویں پارے کے۔</w:t>
      </w:r>
    </w:p>
    <w:p>
      <w:r>
        <w:rPr>
          <w:b/>
        </w:rPr>
        <w:t xml:space="preserve">[11:30] </w:t>
      </w:r>
      <w:r>
        <w:t>ke jab aadmi ko Allah ki daryaft hoti hai. jab woh Allah ko discovery ke darje mein pata hai.</w:t>
      </w:r>
    </w:p>
    <w:p>
      <w:pPr>
        <w:jc w:val="right"/>
      </w:pPr>
      <w:r>
        <w:t>کہ جب آدمی کو اللہ کی دریافت ہوتی ہے۔ جب وہ اللہ کو discovery کے درجے میں پاتا ہے۔</w:t>
      </w:r>
    </w:p>
    <w:p>
      <w:r>
        <w:rPr>
          <w:b/>
        </w:rPr>
        <w:t xml:space="preserve">[11:40] </w:t>
      </w:r>
      <w:r>
        <w:t>jab us ko sachai ka realization hota hai. toh us ke andar ek bhonchal aata hai. us ke seene mein, us ke dil mein, us ki poori rooh mein.</w:t>
      </w:r>
    </w:p>
    <w:p>
      <w:pPr>
        <w:jc w:val="right"/>
      </w:pPr>
      <w:r>
        <w:t>جب اس کو سچائی کا realization ہوتا ہے۔ تو اس کے اندر ایک بھونچال آتا ہے۔ اس کے سینے میں، اس کے دل میں، اس کی پوری روح میں۔</w:t>
      </w:r>
    </w:p>
    <w:p>
      <w:r>
        <w:rPr>
          <w:b/>
        </w:rPr>
        <w:t xml:space="preserve">[11:53] </w:t>
      </w:r>
      <w:r>
        <w:t>toh ek naya inqilab, ek ek revolution aata hai us ki shakhsiyat mein, us ki personality mein.</w:t>
      </w:r>
    </w:p>
    <w:p>
      <w:pPr>
        <w:jc w:val="right"/>
      </w:pPr>
      <w:r>
        <w:t>تو ایک نیا انقلاب، ایک ایک revolution آتا ہے اس کی شخصیت میں، اس کی personality میں۔</w:t>
      </w:r>
    </w:p>
    <w:p>
      <w:r>
        <w:rPr>
          <w:b/>
        </w:rPr>
        <w:t xml:space="preserve">[12:03] </w:t>
      </w:r>
      <w:r>
        <w:t>toh yeh la ilaha illallah isi ka ek izhaar hai. yeh lip lip service nahi hai.</w:t>
      </w:r>
    </w:p>
    <w:p>
      <w:pPr>
        <w:jc w:val="right"/>
      </w:pPr>
      <w:r>
        <w:t>تو یہ لا الہ الا اللہ اسی کا ایک اظہار ہے۔ یہ lip lip service نہیں ہے۔</w:t>
      </w:r>
    </w:p>
    <w:p>
      <w:r>
        <w:rPr>
          <w:b/>
        </w:rPr>
        <w:t xml:space="preserve">[12:13] </w:t>
      </w:r>
      <w:r>
        <w:t>balkeh dil ki pukaar hai, rooh ki pukaar hai, dimaagh ki pukaar hai.</w:t>
      </w:r>
    </w:p>
    <w:p>
      <w:pPr>
        <w:jc w:val="right"/>
      </w:pPr>
      <w:r>
        <w:t>بلکہ دل کی پکار ہے، روح کی پکار ہے، دماغ کی پکار ہے۔</w:t>
      </w:r>
    </w:p>
    <w:p>
      <w:r>
        <w:rPr>
          <w:b/>
        </w:rPr>
        <w:t xml:space="preserve">[12:20] </w:t>
      </w:r>
      <w:r>
        <w:t>toh ek baat yeh hai ke jo aadmi is tarah duniya mein raha ke us ko creator ki discovery hui.</w:t>
      </w:r>
    </w:p>
    <w:p>
      <w:pPr>
        <w:jc w:val="right"/>
      </w:pPr>
      <w:r>
        <w:t>تو ایک بات یہ ہے کہ جو آدمی اس طرح دنیا میں رہا کہ اس کو creator کی discovery ہوئی۔</w:t>
      </w:r>
    </w:p>
    <w:p>
      <w:r>
        <w:rPr>
          <w:b/>
        </w:rPr>
        <w:t xml:space="preserve">[12:32] </w:t>
      </w:r>
      <w:r>
        <w:t>us ki shakhsiyat mein, us ki personality mein ek revolution aaya. ek bhonchal aaya. aur woh us ne is baat ka acknowledge kiya Khuda ke, Khuda ka, ke wajood ka, Khuda ke Lord of the universe hone ka.</w:t>
      </w:r>
    </w:p>
    <w:p>
      <w:pPr>
        <w:jc w:val="right"/>
      </w:pPr>
      <w:r>
        <w:t>اس کی شخصیت میں، اس کی personality میں ایک revolution آیا۔ ایک بھونچال آیا۔ اور وہ اس نے اس بات کا acknowledge کیا خدا کے، خدا کا، کے وجود کا، خدا کے Lord of the universe ہونے کا۔</w:t>
      </w:r>
    </w:p>
    <w:p>
      <w:r>
        <w:rPr>
          <w:b/>
        </w:rPr>
        <w:t xml:space="preserve">[12:53] </w:t>
      </w:r>
      <w:r>
        <w:t>aur jo bhi Khuda ki attributes hain ko maana. aur phir apni zabaan se iqraar kiya.</w:t>
      </w:r>
    </w:p>
    <w:p>
      <w:pPr>
        <w:jc w:val="right"/>
      </w:pPr>
      <w:r>
        <w:t>اور جو بھی خدا کی attributes ہیں کو مانا۔ اور پھر اپنی زبان سے اقرار کیا۔</w:t>
      </w:r>
    </w:p>
    <w:p>
      <w:r>
        <w:rPr>
          <w:b/>
        </w:rPr>
        <w:t xml:space="preserve">[13:02] </w:t>
      </w:r>
      <w:r>
        <w:t>maanna bhi zaroori hai aur us ko acknowledge karna zabaan se woh bhi zaroori hai. toh jo aadmi is tarah se kahe la ilaha illallah jis mein jo jis ke liye Allah la ilaha illallah dil ki pukaar ho.</w:t>
      </w:r>
    </w:p>
    <w:p>
      <w:pPr>
        <w:jc w:val="right"/>
      </w:pPr>
      <w:r>
        <w:t>ماننا بھی ضروری ہے اور اس کو acknowledge کرنا زبان سے وہ بھی ضروری ہے۔ تو جو آدمی اس طرح سے کہے لا الہ الا اللہ جس میں جو جس کے لیے اللہ لا الہ الا اللہ دل کی پکار ہو۔</w:t>
      </w:r>
    </w:p>
    <w:p>
      <w:r>
        <w:rPr>
          <w:b/>
        </w:rPr>
        <w:t xml:space="preserve">[13:19] </w:t>
      </w:r>
      <w:r>
        <w:t>us ki personality ka izhaar ho. us ke andar jo ek samandar mozan hua hai.</w:t>
      </w:r>
    </w:p>
    <w:p>
      <w:pPr>
        <w:jc w:val="right"/>
      </w:pPr>
      <w:r>
        <w:t>اس کی personality کا اظہار ہو۔ اس کے اندر جو ایک سمندر موزن ہوا ہے۔</w:t>
      </w:r>
    </w:p>
    <w:p>
      <w:r>
        <w:rPr>
          <w:b/>
        </w:rPr>
        <w:t xml:space="preserve">[13:29] </w:t>
      </w:r>
      <w:r>
        <w:t>uska us ki awaaz ho. toh us ke liye jannat hai.</w:t>
      </w:r>
    </w:p>
    <w:p>
      <w:pPr>
        <w:jc w:val="right"/>
      </w:pPr>
      <w:r>
        <w:t>اس کا اس کی آواز ہو۔ تو اس کے لیے جنت ہے۔</w:t>
      </w:r>
    </w:p>
    <w:p>
      <w:r>
        <w:rPr>
          <w:b/>
        </w:rPr>
        <w:t xml:space="preserve">[13:36] </w:t>
      </w:r>
      <w:r>
        <w:t>jannat yaad rakhiye aarifeen ke liye hai. jannat lip service karne walon ke liye nahi hai. jannat un logon ke liye hai jin ko maarfat hui.</w:t>
      </w:r>
    </w:p>
    <w:p>
      <w:pPr>
        <w:jc w:val="right"/>
      </w:pPr>
      <w:r>
        <w:t>جنت یاد رکھیے عارفین کے لیے ہے۔ جنت lip service کرنے والوں کے لیے نہیں ہے۔ جنت ان لوگوں کے لیے ہے جن کو معرفت ہوئی۔</w:t>
      </w:r>
    </w:p>
    <w:p>
      <w:r>
        <w:rPr>
          <w:b/>
        </w:rPr>
        <w:t xml:space="preserve">[13:47] </w:t>
      </w:r>
      <w:r>
        <w:t>jin ko realization hua. jin ko Allah ki discovery hui. aur phir un ki personality, un ki shakhsiyat mein ek revolution aaya, ek inqilab aaya.</w:t>
      </w:r>
    </w:p>
    <w:p>
      <w:pPr>
        <w:jc w:val="right"/>
      </w:pPr>
      <w:r>
        <w:t>جن کو realization ہوا۔ جن کو اللہ کی discovery ہوئی۔ اور پھر ان کی personality، ان کی شخصیت میں ایک revolution آیا، ایک انقلاب آیا۔</w:t>
      </w:r>
    </w:p>
    <w:p>
      <w:r>
        <w:rPr>
          <w:b/>
        </w:rPr>
        <w:t xml:space="preserve">[13:57] </w:t>
      </w:r>
      <w:r>
        <w:t>toh yeh matlab hai is hadith ka.</w:t>
      </w:r>
    </w:p>
    <w:p>
      <w:pPr>
        <w:jc w:val="right"/>
      </w:pPr>
      <w:r>
        <w:t>تو یہ مطلب ہے اس حدیث کا۔</w:t>
      </w:r>
    </w:p>
    <w:p>
      <w:r>
        <w:rPr>
          <w:b/>
        </w:rPr>
        <w:t xml:space="preserve">[14:01] </w:t>
      </w:r>
      <w:r>
        <w:t>aise hi dekhiye ek hadith jo imam bukhari ne sab se pehla badi rivayat jo jama nakl ki hai apni kitab mein wo yahi hai ke "inma al aamal bil niyyat".</w:t>
      </w:r>
    </w:p>
    <w:p>
      <w:pPr>
        <w:jc w:val="right"/>
      </w:pPr>
      <w:r>
        <w:t>ایسے ہی دیکھیے ایک حدیث جو امام بخاری نے سب سے پہلا بڑی روایت جو جمع نقل کی ہے اپنی کتاب میں وہ یہی ہے کہ "انما الاعمال بالنیات"۔</w:t>
      </w:r>
    </w:p>
    <w:p>
      <w:r>
        <w:rPr>
          <w:b/>
        </w:rPr>
        <w:t xml:space="preserve">[14:16] </w:t>
      </w:r>
      <w:r>
        <w:t>amal ka daromadar niyat par hai. yani actions depend on intention.</w:t>
      </w:r>
    </w:p>
    <w:p>
      <w:pPr>
        <w:jc w:val="right"/>
      </w:pPr>
      <w:r>
        <w:t>عمل کا دارومدار نیت پر ہے۔ یعنی actions depend on intention۔</w:t>
      </w:r>
    </w:p>
    <w:p>
      <w:r>
        <w:rPr>
          <w:b/>
        </w:rPr>
        <w:t xml:space="preserve">[14:29] </w:t>
      </w:r>
      <w:r>
        <w:t>duniya mein hum jo kuch bhi karte hain wo is ke zahir ke aitbar se Allah ke haan nahi liya jayega. andar ke intention ke aitbar se liya jayega.</w:t>
      </w:r>
    </w:p>
    <w:p>
      <w:pPr>
        <w:jc w:val="right"/>
      </w:pPr>
      <w:r>
        <w:t>دنیا میں ہم جو کچھ بھی کرتے ہیں وہ اس کے ظاہر کے اعتبار سے اللہ کے ہاں نہیں لیا جائے گا۔ اندر کے intention کے اعتبار سے لیا جائے گا۔</w:t>
      </w:r>
    </w:p>
    <w:p>
      <w:r>
        <w:rPr>
          <w:b/>
        </w:rPr>
        <w:t xml:space="preserve">[14:40] </w:t>
      </w:r>
      <w:r>
        <w:t>yani spirit ke aitbar se.</w:t>
      </w:r>
    </w:p>
    <w:p>
      <w:pPr>
        <w:jc w:val="right"/>
      </w:pPr>
      <w:r>
        <w:t>یعنی spirit کے اعتبار سے۔</w:t>
      </w:r>
    </w:p>
    <w:p>
      <w:r>
        <w:rPr>
          <w:b/>
        </w:rPr>
        <w:t xml:space="preserve">[14:44] </w:t>
      </w:r>
      <w:r>
        <w:t>chahe aap kalma padhein, chahe aap namaz padhein, chahe aap hajj karein, chahe aap apna paisa dein achhe kamon mein, kuch bhi.</w:t>
      </w:r>
    </w:p>
    <w:p>
      <w:pPr>
        <w:jc w:val="right"/>
      </w:pPr>
      <w:r>
        <w:t>چاہے آپ کلمہ پڑھیں، چاہے آپ نماز پڑھیں، چاہے آپ حج کریں، چاہے آپ اپنا پیسہ دیں اچھے کاموں میں، کچھ بھی۔</w:t>
      </w:r>
    </w:p>
    <w:p>
      <w:r>
        <w:rPr>
          <w:b/>
        </w:rPr>
        <w:t xml:space="preserve">[14:55] </w:t>
      </w:r>
      <w:r>
        <w:t>to ek is ka zahir hota hai. lekin khusoosan is ke zahir ke aitbar se Allah ke haan darja nahi banta. kis aap ne kis spirit se diya hai, kis jazbe se diya hai, kis niyat se diya hai.</w:t>
      </w:r>
    </w:p>
    <w:p>
      <w:pPr>
        <w:jc w:val="right"/>
      </w:pPr>
      <w:r>
        <w:t>تو ایک اس کا ظاہر ہوتا ہے۔ لیکن خصوصاً اس کے ظاہر کے اعتبار سے اللہ کے ہاں درجہ نہیں بنتا۔ کس آپ نے کس spirit سے دیا ہے، کس جذبے سے دیا ہے، کس نیت سے دیا ہے۔</w:t>
      </w:r>
    </w:p>
    <w:p>
      <w:r>
        <w:rPr>
          <w:b/>
        </w:rPr>
        <w:t xml:space="preserve">[15:09] </w:t>
      </w:r>
      <w:r>
        <w:t>wo mana jayega.</w:t>
      </w:r>
    </w:p>
    <w:p>
      <w:pPr>
        <w:jc w:val="right"/>
      </w:pPr>
      <w:r>
        <w:t>وہ مانا جائے گا۔</w:t>
      </w:r>
    </w:p>
    <w:p>
      <w:r>
        <w:rPr>
          <w:b/>
        </w:rPr>
        <w:t xml:space="preserve">[15:13] </w:t>
      </w:r>
      <w:r>
        <w:t>jaise misal ke taur par quran majeed mein hai ke "yutoon wa quloob wajilah". yani logon ko dete hain jo dete hain wo.</w:t>
      </w:r>
    </w:p>
    <w:p>
      <w:pPr>
        <w:jc w:val="right"/>
      </w:pPr>
      <w:r>
        <w:t>جیسے مثال کے طور پر قرآن مجید میں ہے کہ "یوتون وقلوب وجلہ"۔ یعنی لوگوں کو دیتے ہیں جو دیتے ہیں وہ۔</w:t>
      </w:r>
    </w:p>
    <w:p>
      <w:r>
        <w:rPr>
          <w:b/>
        </w:rPr>
        <w:t xml:space="preserve">[15:24] </w:t>
      </w:r>
      <w:r>
        <w:t>aur un ke dil kanp rahe hote hain.</w:t>
      </w:r>
    </w:p>
    <w:p>
      <w:pPr>
        <w:jc w:val="right"/>
      </w:pPr>
      <w:r>
        <w:t>اور ان کے دل کانپ رہے ہوتے ہیں۔</w:t>
      </w:r>
    </w:p>
    <w:p>
      <w:r>
        <w:rPr>
          <w:b/>
        </w:rPr>
        <w:t xml:space="preserve">[15:31] </w:t>
      </w:r>
      <w:r>
        <w:t>kaisi ajib baat hai.</w:t>
      </w:r>
    </w:p>
    <w:p>
      <w:pPr>
        <w:jc w:val="right"/>
      </w:pPr>
      <w:r>
        <w:t>کیسی عجیب بات ہے۔</w:t>
      </w:r>
    </w:p>
    <w:p>
      <w:r>
        <w:rPr>
          <w:b/>
        </w:rPr>
        <w:t xml:space="preserve">[15:34] </w:t>
      </w:r>
      <w:r>
        <w:t>"inma nutimo kum li wajilah la nureed minkum jaza sakura". "ana nakhaf min rabbina yawma abusa qamira".</w:t>
      </w:r>
    </w:p>
    <w:p>
      <w:pPr>
        <w:jc w:val="right"/>
      </w:pPr>
      <w:r>
        <w:t>"انما نطعمکم لوجلہ لا نرید منکم جزا سکورا"۔ "انا نخاف من ربنا یوما عبوس قمیرا"۔</w:t>
      </w:r>
    </w:p>
    <w:p>
      <w:r>
        <w:rPr>
          <w:b/>
        </w:rPr>
        <w:t xml:space="preserve">[15:46] </w:t>
      </w:r>
      <w:r>
        <w:t>yani aap ne paisa diya kisi ko. to paisa dene ke waqt aap ka jazba kya tha? ye nahi tha ke maine ghareeb ko, main ameer tha, maine ghareeb ki madad kar di.</w:t>
      </w:r>
    </w:p>
    <w:p>
      <w:pPr>
        <w:jc w:val="right"/>
      </w:pPr>
      <w:r>
        <w:t>یعنی آپ نے پیسہ دیا کسی کو۔ تو پیسہ دینے کے وقت آپ کا جذبہ کیا تھا؟ یہ نہیں تھا کہ میں نے غریب کو، میں امیر تھا، میں نے غریب کی مدد کر دی۔</w:t>
      </w:r>
    </w:p>
    <w:p>
      <w:r>
        <w:rPr>
          <w:b/>
        </w:rPr>
        <w:t xml:space="preserve">[15:58] </w:t>
      </w:r>
      <w:r>
        <w:t>ye nahi.</w:t>
      </w:r>
    </w:p>
    <w:p>
      <w:pPr>
        <w:jc w:val="right"/>
      </w:pPr>
      <w:r>
        <w:t>یہ نہیں۔</w:t>
      </w:r>
    </w:p>
    <w:p>
      <w:r>
        <w:rPr>
          <w:b/>
        </w:rPr>
        <w:t xml:space="preserve">[16:01] </w:t>
      </w:r>
      <w:r>
        <w:t>ye jazba nahi ke ek ek shakhs ghareeb tha, main paise wala tha to maine madad kar di. yani is ko dekh kar aap ko apni wo hasiyat yaad aayi jo Allah taala ke haan aap ki hone wali hai.</w:t>
      </w:r>
    </w:p>
    <w:p>
      <w:pPr>
        <w:jc w:val="right"/>
      </w:pPr>
      <w:r>
        <w:t>یہ جذبہ نہیں کہ ایک ایک شخص غریب تھا، میں پیسے والا تھا تو میں نے مدد کر دی۔ یعنی اس کو دیکھ کر آپ کو اپنی وہ حیثیت یاد آئی جو اللہ تعالیٰ کے ہاں آپ کی ہونے والی ہے۔</w:t>
      </w:r>
    </w:p>
    <w:p>
      <w:r>
        <w:rPr>
          <w:b/>
        </w:rPr>
        <w:t xml:space="preserve">[16:14] </w:t>
      </w:r>
      <w:r>
        <w:t>kyunki wo waqt aata hai ke sab log ghareeb ho jayenge.</w:t>
      </w:r>
    </w:p>
    <w:p>
      <w:pPr>
        <w:jc w:val="right"/>
      </w:pPr>
      <w:r>
        <w:t>کیونکہ وہ وقت آتا ہے کہ سب لوگ غریب ہو جائیں گے۔</w:t>
      </w:r>
    </w:p>
    <w:p>
      <w:r>
        <w:rPr>
          <w:b/>
        </w:rPr>
        <w:t xml:space="preserve">[16:20] </w:t>
      </w:r>
      <w:r>
        <w:t>wo waqt aane wala hai qayamat ke baad jahan sare farq mit jayenge. ameer o ghareeb ka farq mit jayega.</w:t>
      </w:r>
    </w:p>
    <w:p>
      <w:pPr>
        <w:jc w:val="right"/>
      </w:pPr>
      <w:r>
        <w:t>وہ وقت آنے والا ہے قیامت کے بعد جہاں سارے فرق مٹ جائیں گے۔ امیر و غریب کا فرق مٹ جائے گا۔</w:t>
      </w:r>
    </w:p>
    <w:p>
      <w:r>
        <w:rPr>
          <w:b/>
        </w:rPr>
        <w:t xml:space="preserve">[16:31] </w:t>
      </w:r>
      <w:r>
        <w:t>chhote bade ka farq mit jayega. black and white ka farq mit jayega.</w:t>
      </w:r>
    </w:p>
    <w:p>
      <w:pPr>
        <w:jc w:val="right"/>
      </w:pPr>
      <w:r>
        <w:t>چھوٹے بڑے کا فرق مٹ جائے گا۔ بلیک اینڈ وائٹ کا فرق مٹ جائے گا۔</w:t>
      </w:r>
    </w:p>
    <w:p>
      <w:r>
        <w:rPr>
          <w:b/>
        </w:rPr>
        <w:t xml:space="preserve">[16:38] </w:t>
      </w:r>
      <w:r>
        <w:t>jitne farq is duniya mein hain jis ki wajah se log ek dusre se discrimination karte hain wo sab farq mit jayega.</w:t>
      </w:r>
    </w:p>
    <w:p>
      <w:pPr>
        <w:jc w:val="right"/>
      </w:pPr>
      <w:r>
        <w:t>جتنے فرق اس دنیا میں ہیں جس کی وجہ سے لوگ ایک دوسرے سے discrimination کرتے ہیں وہ سب فرق مٹ جائے گا۔</w:t>
      </w:r>
    </w:p>
    <w:p>
      <w:r>
        <w:rPr>
          <w:b/>
        </w:rPr>
        <w:t xml:space="preserve">[16:48] </w:t>
      </w:r>
      <w:r>
        <w:t>to aadmi ne dekha ek ghareeb ko, ek bimar ko, ek apahij ko, ek kamzor ko</w:t>
      </w:r>
    </w:p>
    <w:p>
      <w:pPr>
        <w:jc w:val="right"/>
      </w:pPr>
      <w:r>
        <w:t>تو آدمی نے دیکھا ایک غریب کو، ایک بیمار کو، ایک اپاہج کو، ایک کمزور کو</w:t>
      </w:r>
    </w:p>
    <w:p>
      <w:r>
        <w:rPr>
          <w:b/>
        </w:rPr>
        <w:t xml:space="preserve">[16:57] </w:t>
      </w:r>
      <w:r>
        <w:t>to us ko apna waqt yaad aaya jab wo khud bhi aise hi ho jayega.</w:t>
      </w:r>
    </w:p>
    <w:p>
      <w:pPr>
        <w:jc w:val="right"/>
      </w:pPr>
      <w:r>
        <w:t>تو اس کو اپنا وقت یاد آیا جب وہ خود بھی ایسے ہی ہو جائے گا۔</w:t>
      </w:r>
    </w:p>
    <w:p>
      <w:r>
        <w:rPr>
          <w:b/>
        </w:rPr>
        <w:t xml:space="preserve">[17:04] </w:t>
      </w:r>
      <w:r>
        <w:t>to us ne is jazbe se itna zyada wo mutasir hua ke us ne us ko jaldi se madad ki. kyun? taake Allah taala meri madad kare is din.</w:t>
      </w:r>
    </w:p>
    <w:p>
      <w:pPr>
        <w:jc w:val="right"/>
      </w:pPr>
      <w:r>
        <w:t>تو اس نے اس جذبے سے اتنا زیادہ وہ متاثر ہوا کہ اس نے اس کو جلدی سے مدد کی۔ کیوں؟ تاکہ اللہ تعالیٰ میری مدد کرے اس دن۔</w:t>
      </w:r>
    </w:p>
    <w:p>
      <w:r>
        <w:rPr>
          <w:b/>
        </w:rPr>
        <w:t xml:space="preserve">[17:15] </w:t>
      </w:r>
      <w:r>
        <w:t>is din mujhe khilaye jab main bhooka rahunga. is din mujhe sahara de jab main apahij ho jaunga.</w:t>
      </w:r>
    </w:p>
    <w:p>
      <w:pPr>
        <w:jc w:val="right"/>
      </w:pPr>
      <w:r>
        <w:t>اس دن مجھے کھلائے جب میں بھوکا رہوں گا۔ اس دن مجھے سہارا دے جب میں اپاہج ہو جاؤں گا۔</w:t>
      </w:r>
    </w:p>
    <w:p>
      <w:r>
        <w:rPr>
          <w:b/>
        </w:rPr>
        <w:t xml:space="preserve">[17:23] </w:t>
      </w:r>
      <w:r>
        <w:t>to ye ye ye hai is ka naam hai niyat. is ka naam hai spirit. to "inma al aamal bil niyyat" koi mysterious cheez nahi hai.</w:t>
      </w:r>
    </w:p>
    <w:p>
      <w:pPr>
        <w:jc w:val="right"/>
      </w:pPr>
      <w:r>
        <w:t>تو یہ یہ یہ ہے اس کا نام ہے نیت۔ اس کا نام ہے spirit۔ تو "انما الاعمال بالنیات" کوئی mysterious چیز نہیں ہے۔</w:t>
      </w:r>
    </w:p>
    <w:p>
      <w:r>
        <w:rPr>
          <w:b/>
        </w:rPr>
        <w:t xml:space="preserve">[17:33] </w:t>
      </w:r>
      <w:r>
        <w:t>koi purasarar cheez nahi hai. wo spirit ka naam hai, wo jazbe ka naam hai.</w:t>
      </w:r>
    </w:p>
    <w:p>
      <w:pPr>
        <w:jc w:val="right"/>
      </w:pPr>
      <w:r>
        <w:t>کوئی پراسرار چیز نہیں ہے۔ وہ spirit کا نام ہے، وہ جذبے کا نام ہے۔</w:t>
      </w:r>
    </w:p>
    <w:p>
      <w:r>
        <w:rPr>
          <w:b/>
        </w:rPr>
        <w:t xml:space="preserve">[17:42] </w:t>
      </w:r>
      <w:r>
        <w:t>ke kis kis motivation ke sath aap ne wo kaam kiya us ka naam hai.</w:t>
      </w:r>
    </w:p>
    <w:p>
      <w:pPr>
        <w:jc w:val="right"/>
      </w:pPr>
      <w:r>
        <w:t>کہ کس کس motivation کے ساتھ آپ نے وہ کام کیا اس کا نام ہے۔</w:t>
      </w:r>
    </w:p>
    <w:p>
      <w:r>
        <w:rPr>
          <w:b/>
        </w:rPr>
        <w:t xml:space="preserve">[17:50] </w:t>
      </w:r>
      <w:r>
        <w:t>to hadith mein mazeed yeh hai ke hijrat ko le kar ke ke hijrat jis ne ki to agar hijrat is ne ki hai paisa kamane ke liye to us ko paisa hi mile ga.</w:t>
      </w:r>
    </w:p>
    <w:p>
      <w:pPr>
        <w:jc w:val="right"/>
      </w:pPr>
      <w:r>
        <w:t>تو حدیث میں مزید یہ ہے کہ ہجرت کو لے کر کے کہ ہجرت جس نے کی تو اگر ہجرت اس نے کی ہے پیسہ کمانے کے لیے تو اس کو پیسہ ہی ملے گا۔</w:t>
      </w:r>
    </w:p>
    <w:p>
      <w:r>
        <w:rPr>
          <w:b/>
        </w:rPr>
        <w:t xml:space="preserve">[18:04] </w:t>
      </w:r>
      <w:r>
        <w:t>aur deen ke liye ki hai to us ko deen mile ga.</w:t>
      </w:r>
    </w:p>
    <w:p>
      <w:pPr>
        <w:jc w:val="right"/>
      </w:pPr>
      <w:r>
        <w:t>اور دین کے لیے کی ہے تو اس کو دین ملے گا۔</w:t>
      </w:r>
    </w:p>
    <w:p>
      <w:r>
        <w:rPr>
          <w:b/>
        </w:rPr>
        <w:t xml:space="preserve">[18:08] </w:t>
      </w:r>
      <w:r>
        <w:t>yeh bohat ajeeb baat hai. aaj kal dekhiye bohat log jate hain idhar udhar. apne mulkon ko chhod kar bahir jate hain.</w:t>
      </w:r>
    </w:p>
    <w:p>
      <w:pPr>
        <w:jc w:val="right"/>
      </w:pPr>
      <w:r>
        <w:t>یہ بہت عجیب بات ہے۔ آج کل دیکھیے بہت لوگ جاتے ہیں ادھر ادھر۔ اپنے ملکوں کو چھوڑ کر باہر جاتے ہیں۔</w:t>
      </w:r>
    </w:p>
    <w:p>
      <w:r>
        <w:rPr>
          <w:b/>
        </w:rPr>
        <w:t xml:space="preserve">[18:18] </w:t>
      </w:r>
      <w:r>
        <w:t>to agar woh ja rahe hain paisa kamane ke liye to un ke hisse mein sirf paisa aye ga aur kuch nahi aye ga. agar woh ja rahe hain ke</w:t>
      </w:r>
    </w:p>
    <w:p>
      <w:pPr>
        <w:jc w:val="right"/>
      </w:pPr>
      <w:r>
        <w:t>تو اگر وہ جا رہے ہیں پیسہ کمانے کے لیے تو ان کے حصے میں صرف پیسہ آئے گا اور کچھ نہیں آئے گا۔ اگر وہ جا رہے ہیں کہ</w:t>
      </w:r>
    </w:p>
    <w:p>
      <w:r>
        <w:rPr>
          <w:b/>
        </w:rPr>
        <w:t xml:space="preserve">[18:26] </w:t>
      </w:r>
      <w:r>
        <w:t>doosre bande jo doosre mulkon mein bas rahe hain un ko hum Allah ka paigham pohnchayen to phir woh aur cheez mile gi.</w:t>
      </w:r>
    </w:p>
    <w:p>
      <w:pPr>
        <w:jc w:val="right"/>
      </w:pPr>
      <w:r>
        <w:t>دوسرے بندے جو دوسرے ملکوں میں بس رہے ہیں ان کو ہم اللہ کا پیغام پہنچائیں تو پھر وہ اور چیز ملے گی۔</w:t>
      </w:r>
    </w:p>
    <w:p>
      <w:r>
        <w:rPr>
          <w:b/>
        </w:rPr>
        <w:t xml:space="preserve">[18:46] </w:t>
      </w:r>
      <w:r>
        <w:t>is par ghhor karte hue meri sahib ne farmaya ke do shaklein hain. ya to aap one one one mission banen ya one one two mission banen.</w:t>
      </w:r>
    </w:p>
    <w:p>
      <w:pPr>
        <w:jc w:val="right"/>
      </w:pPr>
      <w:r>
        <w:t>اس پر غور کرتے ہوئے میری صاحب نے فرمایا کہ دو شکلیں ہیں۔ یا تو آپ one one one mission بنیں یا one one two mission بنیں۔</w:t>
      </w:r>
    </w:p>
    <w:p>
      <w:r>
        <w:rPr>
          <w:b/>
        </w:rPr>
        <w:t xml:space="preserve">[18:56] </w:t>
      </w:r>
      <w:r>
        <w:t>jab aap hijrat karte hain, bahir jate hain to ya to aap aap ka sole purpose yeh ho ke bahir ja kar ke aap dawat ka kaam karen ge.</w:t>
      </w:r>
    </w:p>
    <w:p>
      <w:pPr>
        <w:jc w:val="right"/>
      </w:pPr>
      <w:r>
        <w:t>جب آپ ہجرت کرتے ہیں، باہر جاتے ہیں تو یا تو آپ آپ کا sole purpose یہ ہو کہ باہر جا کر کے آپ دعوت کا کام کریں گے۔</w:t>
      </w:r>
    </w:p>
    <w:p>
      <w:r>
        <w:rPr>
          <w:b/>
        </w:rPr>
        <w:t xml:space="preserve">[19:09] </w:t>
      </w:r>
      <w:r>
        <w:t>aur koi maqsad nahi. baqi kya hoga woh Allah par daal den. kya khayen ge, kya piyen ge, kya pehnen ge, kahan rahen ge yeh sab Allah par daal den.</w:t>
      </w:r>
    </w:p>
    <w:p>
      <w:pPr>
        <w:jc w:val="right"/>
      </w:pPr>
      <w:r>
        <w:t>اور کوئی مقصد نہیں۔ باقی کیا ہوگا وہ اللہ پر ڈال دیں۔ کیا کھائیں گے، کیا پیئیں گے، کیا پہنیں گے، کہاں رہیں گے یہ سب اللہ پر ڈال دیں۔</w:t>
      </w:r>
    </w:p>
    <w:p>
      <w:r>
        <w:rPr>
          <w:b/>
        </w:rPr>
        <w:t xml:space="preserve">[19:21] </w:t>
      </w:r>
      <w:r>
        <w:t>jaise sahaba gaye thay. hajjat ul wida ke baad sahaba gaye</w:t>
      </w:r>
    </w:p>
    <w:p>
      <w:pPr>
        <w:jc w:val="right"/>
      </w:pPr>
      <w:r>
        <w:t>جیسے صحابہ گئے تھے۔ حجۃ الوداع کے بعد صحابہ گئے</w:t>
      </w:r>
    </w:p>
    <w:p>
      <w:r>
        <w:rPr>
          <w:b/>
        </w:rPr>
        <w:t xml:space="preserve">[19:27] </w:t>
      </w:r>
      <w:r>
        <w:t>to na kahin kisi hotel mein un ka reservation tha na us mulk ki currency thi un ke paas. hatta ke wahan ki zaban bhi nahi aati thi un ko.</w:t>
      </w:r>
    </w:p>
    <w:p>
      <w:pPr>
        <w:jc w:val="right"/>
      </w:pPr>
      <w:r>
        <w:t>تو نہ کہیں کسی ہوٹل میں ان کا reservation تھا نہ اس ملک کی کرنسی تھی ان کے پاس۔ حتیٰ کہ وہاں کی زبان بھی نہیں آتی تھی ان کو۔</w:t>
      </w:r>
    </w:p>
    <w:p>
      <w:r>
        <w:rPr>
          <w:b/>
        </w:rPr>
        <w:t xml:space="preserve">[19:38] </w:t>
      </w:r>
      <w:r>
        <w:t>bas chale gaye dawat ka jazba le kar ke. ek hai one one one mission.</w:t>
      </w:r>
    </w:p>
    <w:p>
      <w:pPr>
        <w:jc w:val="right"/>
      </w:pPr>
      <w:r>
        <w:t>بس چلے گئے دعوت کا جذبہ لے کر کے۔ ایک ہے one one one mission۔</w:t>
      </w:r>
    </w:p>
    <w:p>
      <w:r>
        <w:rPr>
          <w:b/>
        </w:rPr>
        <w:t xml:space="preserve">[19:44] </w:t>
      </w:r>
      <w:r>
        <w:t>Allah ki madad hoti hai phir woh sara kaam banta hai is ka. doosra hai one one two mission. yani fifty percent apni zindagi aap waqf karen khane kamane mein aur fifty percent kaam karen dawat ke kaam mein.</w:t>
      </w:r>
    </w:p>
    <w:p>
      <w:pPr>
        <w:jc w:val="right"/>
      </w:pPr>
      <w:r>
        <w:t>اللہ کی مدد ہوتی ہے پھر وہ سارا کام بنتا ہے اس کا۔ دوسرا ہے one one two mission۔ یعنی fifty percent اپنی زندگی آپ وقف کریں کھانے کمانے میں اور fifty percent کام کریں دعوت کے کام میں۔</w:t>
      </w:r>
    </w:p>
    <w:p>
      <w:r>
        <w:rPr>
          <w:b/>
        </w:rPr>
        <w:t xml:space="preserve">[19:58] </w:t>
      </w:r>
      <w:r>
        <w:t>fifty fifty ka ratio ho. yeh do third option.</w:t>
      </w:r>
    </w:p>
    <w:p>
      <w:pPr>
        <w:jc w:val="right"/>
      </w:pPr>
      <w:r>
        <w:t>fifty fifty کا ratio ہو۔ یہ دو third option۔</w:t>
      </w:r>
    </w:p>
    <w:p>
      <w:r>
        <w:rPr>
          <w:b/>
        </w:rPr>
        <w:t xml:space="preserve">[20:03] </w:t>
      </w:r>
      <w:r>
        <w:t>yehi do hain. ya to one one one mission ya one one two mission. baqi koi category nahi hai. to yeh hai is ka matlab.</w:t>
      </w:r>
    </w:p>
    <w:p>
      <w:pPr>
        <w:jc w:val="right"/>
      </w:pPr>
      <w:r>
        <w:t>یہی دو ہے۔ یا تو one one one mission یا one one two mission۔ باقی کوئی category نہیں ہے۔ تو یہ ہے اس کا مطلب۔</w:t>
      </w:r>
    </w:p>
    <w:p>
      <w:r>
        <w:rPr>
          <w:b/>
        </w:rPr>
        <w:t xml:space="preserve">[20:20] </w:t>
      </w:r>
      <w:r>
        <w:t>har aadmi ki rooi hai jis ki us ne niyat ki.</w:t>
      </w:r>
    </w:p>
    <w:p>
      <w:pPr>
        <w:jc w:val="right"/>
      </w:pPr>
      <w:r>
        <w:t>ہر آدمی کی روئی ہے جس کی اس نے نیت کی۔</w:t>
      </w:r>
    </w:p>
    <w:p>
      <w:r>
        <w:rPr>
          <w:b/>
        </w:rPr>
        <w:t xml:space="preserve">[20:31] </w:t>
      </w:r>
      <w:r>
        <w:t>yeh har ek ki rooi hai jis ki us ne niyat ki. to us ne jo niyat ki woh us woh jo hijrat ki yani bahir gaya woh apne mulk ko chhod kar.</w:t>
      </w:r>
    </w:p>
    <w:p>
      <w:pPr>
        <w:jc w:val="right"/>
      </w:pPr>
      <w:r>
        <w:t>یہ ہر ایک کی روئی ہے جس کی اس نے نیت کی۔ تو اس نے جو نیت کی وہ اس وہ جو ہجرت کی یعنی باہر گیا وہ اپنے ملک کو چھوڑ کر۔</w:t>
      </w:r>
    </w:p>
    <w:p>
      <w:r>
        <w:rPr>
          <w:b/>
        </w:rPr>
        <w:t xml:space="preserve">[20:42] </w:t>
      </w:r>
      <w:r>
        <w:t>to Allah aur rasool ke liye gaya yani dawat ke liye gaya to dawat ka sawab mile ga. aur kamane ke liye gaya to paisa mile ga us ko.</w:t>
      </w:r>
    </w:p>
    <w:p>
      <w:pPr>
        <w:jc w:val="right"/>
      </w:pPr>
      <w:r>
        <w:t>تو اللہ اور رسول کے لیے گیا یعنی دعوت کے لیے گیا تو دعوت کا ثواب ملے گا۔ اور کمانے کے لیے گیا تو پیسہ ملے گا اس کو۔</w:t>
      </w:r>
    </w:p>
    <w:p>
      <w:r>
        <w:rPr>
          <w:b/>
        </w:rPr>
        <w:t xml:space="preserve">[20:53] </w:t>
      </w:r>
      <w:r>
        <w:t>That's all. yeh hai hadith jo bukhari ne sab se pehle naqal ki hai apni kitab mein. phir dekhiye ek hadith bohat mashhoor hai</w:t>
      </w:r>
    </w:p>
    <w:p>
      <w:pPr>
        <w:jc w:val="right"/>
      </w:pPr>
      <w:r>
        <w:t>That's all۔ یہ ہے حدیث جو بخاری نے سب سے پہلے نقل کی ہے اپنی کتاب میں۔ پھر دیکھیے ایک حدیث بہت مشہور ہے</w:t>
      </w:r>
    </w:p>
    <w:p>
      <w:r>
        <w:rPr>
          <w:b/>
        </w:rPr>
        <w:t xml:space="preserve">[21:06] </w:t>
      </w:r>
      <w:r>
        <w:t>ke</w:t>
      </w:r>
    </w:p>
    <w:p>
      <w:pPr>
        <w:jc w:val="right"/>
      </w:pPr>
      <w:r>
        <w:t>کہ</w:t>
      </w:r>
    </w:p>
    <w:p>
      <w:r>
        <w:rPr>
          <w:b/>
        </w:rPr>
        <w:t xml:space="preserve">[21:12] </w:t>
      </w:r>
      <w:r>
        <w:t>woh hadith yeh hai ke Islam ke paanch arkan hain. bohat mashhoor hadith hai.</w:t>
      </w:r>
    </w:p>
    <w:p>
      <w:pPr>
        <w:jc w:val="right"/>
      </w:pPr>
      <w:r>
        <w:t>وہ حدیث یہ ہے کہ اسلام کے پانچ ارکان ہیں۔ بہت مشہور حدیث ہے۔</w:t>
      </w:r>
    </w:p>
    <w:p>
      <w:r>
        <w:rPr>
          <w:b/>
        </w:rPr>
        <w:t xml:space="preserve">[21:24] </w:t>
      </w:r>
      <w:r>
        <w:t>Islam ke paanch arkan hain. pehla kya hai?</w:t>
      </w:r>
    </w:p>
    <w:p>
      <w:pPr>
        <w:jc w:val="right"/>
      </w:pPr>
      <w:r>
        <w:t>اسلام کے پانچ ارکان ہیں۔ پہلا کیا ہے؟</w:t>
      </w:r>
    </w:p>
    <w:p>
      <w:r>
        <w:rPr>
          <w:b/>
        </w:rPr>
        <w:t xml:space="preserve">[21:32] </w:t>
      </w:r>
      <w:r>
        <w:t>shahadat to Allah la ilaha illallah.</w:t>
      </w:r>
    </w:p>
    <w:p>
      <w:pPr>
        <w:jc w:val="right"/>
      </w:pPr>
      <w:r>
        <w:t>شال تو اللہ لا الہ الا اللہ۔</w:t>
      </w:r>
    </w:p>
    <w:p>
      <w:r>
        <w:rPr>
          <w:b/>
        </w:rPr>
        <w:t xml:space="preserve">[21:41] </w:t>
      </w:r>
      <w:r>
        <w:t>Allah ki gawahi dena. buni al islam ala khams. yahan se shuru hoti hai hadith. buni al islam ala khams.</w:t>
      </w:r>
    </w:p>
    <w:p>
      <w:pPr>
        <w:jc w:val="right"/>
      </w:pPr>
      <w:r>
        <w:t>اللہ کی گواہی دینا۔ بنی الاسلام مولا خمس۔ یہاں سے شروع ہوتی ہے حدیث۔ بنی الاسلام مولا خمس۔</w:t>
      </w:r>
    </w:p>
    <w:p>
      <w:r>
        <w:rPr>
          <w:b/>
        </w:rPr>
        <w:t xml:space="preserve">[21:52] </w:t>
      </w:r>
      <w:r>
        <w:t>Islam ki imarat taameer ki gayi paanch paanch</w:t>
      </w:r>
    </w:p>
    <w:p>
      <w:pPr>
        <w:jc w:val="right"/>
      </w:pPr>
      <w:r>
        <w:t>اسلام کی عمارت تعمیر کی گئی پانچ پانچ</w:t>
      </w:r>
    </w:p>
    <w:p>
      <w:r>
        <w:rPr>
          <w:b/>
        </w:rPr>
        <w:t xml:space="preserve">[21:59] </w:t>
      </w:r>
      <w:r>
        <w:t>paanch pillars par. agar Islam ko agar ek building samjha jaye to paanch pillars par woh building khadi hui hai. buni al islam ala khams.</w:t>
      </w:r>
    </w:p>
    <w:p>
      <w:pPr>
        <w:jc w:val="right"/>
      </w:pPr>
      <w:r>
        <w:t>پانچ پلرز پر۔ اگر اسلام کو اگر ایک بلڈنگ سمجھا جائے تو پانچ پلرز پر وہ بلڈنگ کھڑی ہوئی ہے۔ بنی الاسلام مولا خمس۔</w:t>
      </w:r>
    </w:p>
    <w:p>
      <w:r>
        <w:rPr>
          <w:b/>
        </w:rPr>
        <w:t xml:space="preserve">[22:11] </w:t>
      </w:r>
      <w:r>
        <w:t>shahadat Allah la ilaha illAllah. wa Muhammad abduhu wa rasuluhu.</w:t>
      </w:r>
    </w:p>
    <w:p>
      <w:pPr>
        <w:jc w:val="right"/>
      </w:pPr>
      <w:r>
        <w:t>شہادت اللہ لا الہ الا اللہ۔ وان محمد عبدہ ورسولہ۔</w:t>
      </w:r>
    </w:p>
    <w:p>
      <w:r>
        <w:rPr>
          <w:b/>
        </w:rPr>
        <w:t xml:space="preserve">[22:17] </w:t>
      </w:r>
      <w:r>
        <w:t>wa iqam al-salat wa iqam wa itaa al-zakat wal-hajj wa soum Ramadan. yani Islam ki bunyad panch pillars par hai, panch satunon par hai.</w:t>
      </w:r>
    </w:p>
    <w:p>
      <w:pPr>
        <w:jc w:val="right"/>
      </w:pPr>
      <w:r>
        <w:t>و اقام الصلاۃ و اقام و ایتاء الزکوۃ والحج و صوم رمضان۔ یعنی اسلام کی بنیاد پانچ پلرز پر ہے، پانچ ستونوں پر ہے۔</w:t>
      </w:r>
    </w:p>
    <w:p>
      <w:r>
        <w:rPr>
          <w:b/>
        </w:rPr>
        <w:t xml:space="preserve">[22:30] </w:t>
      </w:r>
      <w:r>
        <w:t>pehla kya hai? Allah ke</w:t>
      </w:r>
    </w:p>
    <w:p>
      <w:pPr>
        <w:jc w:val="right"/>
      </w:pPr>
      <w:r>
        <w:t>پہلا کیا ہے؟ اللہ کے</w:t>
      </w:r>
    </w:p>
    <w:p>
      <w:r>
        <w:rPr>
          <w:b/>
        </w:rPr>
        <w:t xml:space="preserve">[22:35] </w:t>
      </w:r>
      <w:r>
        <w:t>maabood hone ki gawahi dena aur Rasool Allah ke paighambar hone ki gawahi dena. yeh pehla hai. yani is ke baad is ki ideological bunyad hui hai.</w:t>
      </w:r>
    </w:p>
    <w:p>
      <w:pPr>
        <w:jc w:val="right"/>
      </w:pPr>
      <w:r>
        <w:t>معبود ہونے کی گواہی دینا اور رسول اللہ کے پیغمبر ہونے کی گواہی دینا۔ یہ پہلا ہے۔ یعنی اس کے بعد اس کی ideological بنیاد ہوئی ہے۔</w:t>
      </w:r>
    </w:p>
    <w:p>
      <w:r>
        <w:rPr>
          <w:b/>
        </w:rPr>
        <w:t xml:space="preserve">[22:47] </w:t>
      </w:r>
      <w:r>
        <w:t>ideological bunyad. is ke baad kya hai?</w:t>
      </w:r>
    </w:p>
    <w:p>
      <w:pPr>
        <w:jc w:val="right"/>
      </w:pPr>
      <w:r>
        <w:t>ideological بنیاد۔ اس کے بعد کیا ہے؟</w:t>
      </w:r>
    </w:p>
    <w:p>
      <w:r>
        <w:rPr>
          <w:b/>
        </w:rPr>
        <w:t xml:space="preserve">[22:52] </w:t>
      </w:r>
      <w:r>
        <w:t>namaz qaim karna. yeh namaz qaim karna. is ke baad hai zakat ada karna, phir hajj ada karna aur Ramadan ke rozay rakhna.</w:t>
      </w:r>
    </w:p>
    <w:p>
      <w:pPr>
        <w:jc w:val="right"/>
      </w:pPr>
      <w:r>
        <w:t>نماز قائم کرنا۔ یہ نماز قائم کرنا۔ اس کے بعد ہے زکوۃ ادا کرنا، پھر حج ادا کرنا اور رمضان کے روزے رکھنا۔</w:t>
      </w:r>
    </w:p>
    <w:p>
      <w:r>
        <w:rPr>
          <w:b/>
        </w:rPr>
        <w:t xml:space="preserve">[23:07] </w:t>
      </w:r>
      <w:r>
        <w:t>yeh panch cheezen hain.</w:t>
      </w:r>
    </w:p>
    <w:p>
      <w:pPr>
        <w:jc w:val="right"/>
      </w:pPr>
      <w:r>
        <w:t>یہ پانچ چیزیں ہیں۔</w:t>
      </w:r>
    </w:p>
    <w:p>
      <w:r>
        <w:rPr>
          <w:b/>
        </w:rPr>
        <w:t xml:space="preserve">[23:09] </w:t>
      </w:r>
      <w:r>
        <w:t>to pehla jo hai woh samjhiye ke Islam ki ideological bunyad hai. ke nazriati bunyad hai ya fikri bunyad hai. yani yeh hai gehra aqeedah ke aap Allah ko Allah manen,</w:t>
      </w:r>
    </w:p>
    <w:p>
      <w:pPr>
        <w:jc w:val="right"/>
      </w:pPr>
      <w:r>
        <w:t>تو پہلا جو ہے وہ سمجھیے کہ اسلام کی ideological بنیاد ہے۔ کہ نظریاتی بنیاد ہے یا فکری بنیاد ہے۔ یعنی یہ ہے گہرا عقیدہ کہ آپ اللہ کو اللہ مانیں،</w:t>
      </w:r>
    </w:p>
    <w:p>
      <w:r>
        <w:rPr>
          <w:b/>
        </w:rPr>
        <w:t xml:space="preserve">[23:26] </w:t>
      </w:r>
      <w:r>
        <w:t>is ko Lord of the universe manen aur Muhammad sallay Allah alaihi wasallam ko Allah ke Rasool manen. yeh hai nazriati bunyad. fikri bunyad, ideological base.</w:t>
      </w:r>
    </w:p>
    <w:p>
      <w:pPr>
        <w:jc w:val="right"/>
      </w:pPr>
      <w:r>
        <w:t>اس کو Lord of the universe مانیں اور محمد صلی اللہ علیہ وسلم کو اللہ کے رسول مانیں۔ یہ ہے نظریاتی بنیاد۔ فکری بنیاد، ideological base۔</w:t>
      </w:r>
    </w:p>
    <w:p>
      <w:r>
        <w:rPr>
          <w:b/>
        </w:rPr>
        <w:t xml:space="preserve">[23:40] </w:t>
      </w:r>
      <w:r>
        <w:t>is ke baghair</w:t>
      </w:r>
    </w:p>
    <w:p>
      <w:pPr>
        <w:jc w:val="right"/>
      </w:pPr>
      <w:r>
        <w:t>اس کے بغیر</w:t>
      </w:r>
    </w:p>
    <w:p>
      <w:r>
        <w:rPr>
          <w:b/>
        </w:rPr>
        <w:t xml:space="preserve">[23:42] </w:t>
      </w:r>
      <w:r>
        <w:t>aage ki baat shuru nahi ho sakti hai. is ke baad dekhiye char cheezen batai gayi. namaz qaim karna. namaz kya hai?</w:t>
      </w:r>
    </w:p>
    <w:p>
      <w:pPr>
        <w:jc w:val="right"/>
      </w:pPr>
      <w:r>
        <w:t>آگے کی بات شروع نہیں ہو سکتی ہے۔ اس کے بعد دیکھیے چار چیزیں بتائی گئیں۔ نماز قائم کرنا۔ نماز کیا ہے؟</w:t>
      </w:r>
    </w:p>
    <w:p>
      <w:r>
        <w:rPr>
          <w:b/>
        </w:rPr>
        <w:t xml:space="preserve">[23:55] </w:t>
      </w:r>
      <w:r>
        <w:t>namaz yeh hai ke kal koi sahib mujh se pooch rahe the ke namaz kya hai? to main ne kaha ke namaz ki haqeeqat yeh hai</w:t>
      </w:r>
    </w:p>
    <w:p>
      <w:pPr>
        <w:jc w:val="right"/>
      </w:pPr>
      <w:r>
        <w:t>نماز یہ ہے کہ کل کوئی صاحب مجھ سے پوچھ رہے تھے کہ نماز کیا ہے؟ تو میں نے کہا کہ نماز کی حقیقت یہ ہے</w:t>
      </w:r>
    </w:p>
    <w:p>
      <w:r>
        <w:rPr>
          <w:b/>
        </w:rPr>
        <w:t xml:space="preserve">[24:06] </w:t>
      </w:r>
      <w:r>
        <w:t>ke aap ne creator ko socha jis ne itni bari kainat banai hai. ata kainat. aap ke andar aik sense of awe paida hua.</w:t>
      </w:r>
    </w:p>
    <w:p>
      <w:pPr>
        <w:jc w:val="right"/>
      </w:pPr>
      <w:r>
        <w:t>کہ آپ نے creator کو سوچا جس نے اتنی بڑی کائنات بنائی ہے۔ عطا کائنات۔ آپ کے اندر ایک sense of awe پیدا ہوا۔</w:t>
      </w:r>
    </w:p>
    <w:p>
      <w:r>
        <w:rPr>
          <w:b/>
        </w:rPr>
        <w:t xml:space="preserve">[24:19] </w:t>
      </w:r>
      <w:r>
        <w:t>ajeeb ghareeb qism ka hairaan kun taassur paida hua ke kitna bara hoga woh Khuda jis ne itni bari kainat banai.</w:t>
      </w:r>
    </w:p>
    <w:p>
      <w:pPr>
        <w:jc w:val="right"/>
      </w:pPr>
      <w:r>
        <w:t>عجیب غریب قسم کا حیران کن تاثر پیدا ہوا کہ کتنا بڑا ہوگا وہ خدا جس نے اتنی بڑی کائنات بنائی۔</w:t>
      </w:r>
    </w:p>
    <w:p>
      <w:r>
        <w:rPr>
          <w:b/>
        </w:rPr>
        <w:t xml:space="preserve">[24:25] </w:t>
      </w:r>
      <w:r>
        <w:t>The meaningful kainat. itna is ke andar wisdom hai. itni ziyada maanoiyat hai. yeh saare ehsas se aap ke andar aik aik anokha ehsas jaaga.</w:t>
      </w:r>
    </w:p>
    <w:p>
      <w:pPr>
        <w:jc w:val="right"/>
      </w:pPr>
      <w:r>
        <w:t>The meaningful کائنات۔ اتنا اس کے اندر wisdom ہے۔ اتنی زیادہ معنویت ہے۔ یہ سارے احساس سے آپ کے اندر ایک ایک انوکھا احساس جاگا۔</w:t>
      </w:r>
    </w:p>
    <w:p>
      <w:r>
        <w:rPr>
          <w:b/>
        </w:rPr>
        <w:t xml:space="preserve">[24:38] </w:t>
      </w:r>
      <w:r>
        <w:t>jo kehte hain sense of awe. aur Allah ke samne aap gir pade.</w:t>
      </w:r>
    </w:p>
    <w:p>
      <w:pPr>
        <w:jc w:val="right"/>
      </w:pPr>
      <w:r>
        <w:t>جو کہتے ہیں sense of awe۔ اور اللہ کے سامنے آپ گر پڑے۔</w:t>
      </w:r>
    </w:p>
    <w:p>
      <w:r>
        <w:rPr>
          <w:b/>
        </w:rPr>
        <w:t xml:space="preserve">[24:47] </w:t>
      </w:r>
      <w:r>
        <w:t>yeh hai namaz. to namaz ka aik form hai. khare hote hain aap, niyat bandhte hain aap, kuch parhte hain aap, phir ruku, phir sajda, phir Assalamu Alaikum wa Rahmatullahi.</w:t>
      </w:r>
    </w:p>
    <w:p>
      <w:pPr>
        <w:jc w:val="right"/>
      </w:pPr>
      <w:r>
        <w:t>یہ ہے نماز۔ تو نماز کا ایک فارم ہے۔ کھڑے ہوتے ہیں آپ، نیت باندھتے ہیں آپ، کچھ پڑھتے ہیں آپ، پھر رکوع، پھر سجدہ، پھر السلام علیکم ورحمۃ اللہ۔</w:t>
      </w:r>
    </w:p>
    <w:p>
      <w:r>
        <w:rPr>
          <w:b/>
        </w:rPr>
        <w:t xml:space="preserve">[25:01] </w:t>
      </w:r>
      <w:r>
        <w:t>yeh poora jo form hai, yeh wohi andar ki ke spirit jo hai woh</w:t>
      </w:r>
    </w:p>
    <w:p>
      <w:pPr>
        <w:jc w:val="right"/>
      </w:pPr>
      <w:r>
        <w:t>یہ پورا جو فارم ہے، یہ وہی اندر کی کہ spirit جو ہے وہ</w:t>
      </w:r>
    </w:p>
    <w:p>
      <w:r>
        <w:rPr>
          <w:b/>
        </w:rPr>
        <w:t xml:space="preserve">[25:07] </w:t>
      </w:r>
      <w:r>
        <w:t>woh zahir ho jati hai.</w:t>
      </w:r>
    </w:p>
    <w:p>
      <w:pPr>
        <w:jc w:val="right"/>
      </w:pPr>
      <w:r>
        <w:t>وہ ظاہر ہو جاتی ہے۔</w:t>
      </w:r>
    </w:p>
    <w:p>
      <w:r>
        <w:rPr>
          <w:b/>
        </w:rPr>
        <w:t xml:space="preserve">[25:14] </w:t>
      </w:r>
      <w:r>
        <w:t>phir dekhiye zakat. zakat kya hai? zakat yeh hai ke aap ne apne hath paon ko istemal kiya, apne dimagh ko istemal kiya.</w:t>
      </w:r>
    </w:p>
    <w:p>
      <w:pPr>
        <w:jc w:val="right"/>
      </w:pPr>
      <w:r>
        <w:t>پھر دیکھیے زکوۃ۔ زکوۃ کیا ہے؟ زکوۃ یہ ہے کہ آپ نے اپنے ہاتھ پاؤں کو استعمال کیا، اپنے دماغ کو استعمال کیا۔</w:t>
      </w:r>
    </w:p>
    <w:p>
      <w:r>
        <w:rPr>
          <w:b/>
        </w:rPr>
        <w:t xml:space="preserve">[25:30] </w:t>
      </w:r>
      <w:r>
        <w:t>Allah ne jo life support system</w:t>
      </w:r>
    </w:p>
    <w:p>
      <w:pPr>
        <w:jc w:val="right"/>
      </w:pPr>
      <w:r>
        <w:t>اللہ نے جو life support system</w:t>
      </w:r>
    </w:p>
    <w:p>
      <w:r>
        <w:rPr>
          <w:b/>
        </w:rPr>
        <w:t xml:space="preserve">[25:33] </w:t>
      </w:r>
      <w:r>
        <w:t>yahan qaim kiya, us ko istemal kiya. us ko istemal kar ke aap ne paisa kamaya. to yeh ehsas aap ke andar hona chahiye ke is mein mera hissa to one percent se kam hai.</w:t>
      </w:r>
    </w:p>
    <w:p>
      <w:pPr>
        <w:jc w:val="right"/>
      </w:pPr>
      <w:r>
        <w:t>یہاں قائم کیا، اس کو استعمال کیا۔ اس کو استعمال کر کے آپ نے پیسہ کمایا۔ تو یہ احساس آپ کے اندر ہونا چاہیے کہ اس میں میرا حصہ تو one percent سے کم ہے۔</w:t>
      </w:r>
    </w:p>
    <w:p>
      <w:r>
        <w:rPr>
          <w:b/>
        </w:rPr>
        <w:t xml:space="preserve">[25:46] </w:t>
      </w:r>
      <w:r>
        <w:t>Khuda ka hissa ninety nine percent ziyada hai.</w:t>
      </w:r>
    </w:p>
    <w:p>
      <w:pPr>
        <w:jc w:val="right"/>
      </w:pPr>
      <w:r>
        <w:t>خدا کا حصہ ninety nine percent زیادہ ہے۔</w:t>
      </w:r>
    </w:p>
    <w:p>
      <w:r>
        <w:rPr>
          <w:b/>
        </w:rPr>
        <w:t xml:space="preserve">[25:50] </w:t>
      </w:r>
      <w:r>
        <w:t>yeh saare jo factors hain, agar woh na hote to main kaise paisa kamata? to mera apna hissa jo hai woh less than one percent hai.</w:t>
      </w:r>
    </w:p>
    <w:p>
      <w:pPr>
        <w:jc w:val="right"/>
      </w:pPr>
      <w:r>
        <w:t>یہ سارے جو factors ہیں، اگر وہ نہ ہوتے تو میں کیسے پیسہ کماتا؟ تو میرا اپنا حصہ جو ہے وہ less than one percent ہے۔</w:t>
      </w:r>
    </w:p>
    <w:p>
      <w:r>
        <w:rPr>
          <w:b/>
        </w:rPr>
        <w:t xml:space="preserve">[26:02] </w:t>
      </w:r>
      <w:r>
        <w:t>aur is mein Khuda ka jo hissa hai woh more than ninety nine percent hai.</w:t>
      </w:r>
    </w:p>
    <w:p>
      <w:pPr>
        <w:jc w:val="right"/>
      </w:pPr>
      <w:r>
        <w:t>اور اس میں خدا کا جو حصہ ہے وہ more than ninety nine percent ہے۔</w:t>
      </w:r>
    </w:p>
    <w:p>
      <w:r>
        <w:rPr>
          <w:b/>
        </w:rPr>
        <w:t xml:space="preserve">[26:07] </w:t>
      </w:r>
      <w:r>
        <w:t>isi ehsaas ko zahir karne ke liye aap paisa dete hain doosron ko. is ko izafa to zakat ya infaq kaha jata hai. to haqiqatan aap dete hain kisi insaan ko lekin woh hota hai eteraaf e khudaawandi.</w:t>
      </w:r>
    </w:p>
    <w:p>
      <w:pPr>
        <w:jc w:val="right"/>
      </w:pPr>
      <w:r>
        <w:t>اسی احساس کو ظاہر کرنے کے لیے آپ پیسہ دیتے ہیں دوسروں کو۔ اس کو اضافہ تو زکوۃ یا انفاق کہا جاتا ہے۔ تو حقیقتاً آپ دیتے ہیں کسی انسان کو لیکن وہ ہوتا ہے اعتراف خداوندی۔</w:t>
      </w:r>
    </w:p>
    <w:p>
      <w:r>
        <w:rPr>
          <w:b/>
        </w:rPr>
        <w:t xml:space="preserve">[26:24] </w:t>
      </w:r>
      <w:r>
        <w:t>Allah ke inaam ka eteraaf, Allah ke maraym hone ka eteraaf.</w:t>
      </w:r>
    </w:p>
    <w:p>
      <w:pPr>
        <w:jc w:val="right"/>
      </w:pPr>
      <w:r>
        <w:t>اللہ کے انعام کا اعتراف، اللہ کے مریم ہونے کا اعتراف۔</w:t>
      </w:r>
    </w:p>
    <w:p>
      <w:r>
        <w:rPr>
          <w:b/>
        </w:rPr>
        <w:t xml:space="preserve">[26:30] </w:t>
      </w:r>
      <w:r>
        <w:t>aise hi dekhiye ke hajj hai. hajj kya hai? hajj jo hai yaani</w:t>
      </w:r>
    </w:p>
    <w:p>
      <w:pPr>
        <w:jc w:val="right"/>
      </w:pPr>
      <w:r>
        <w:t>ایسے ہی دیکھیے کہ حج ہے۔ حج کیا ہے؟ حج جو ہے یعنی</w:t>
      </w:r>
    </w:p>
    <w:p>
      <w:r>
        <w:rPr>
          <w:b/>
        </w:rPr>
        <w:t xml:space="preserve">[26:42] </w:t>
      </w:r>
      <w:r>
        <w:t>hajj ka matlab hai aalmi ittehad. Global unity ka mazhar hai. saari duniya ke musalmanon ka ek markaz Allah taala ne banaya.</w:t>
      </w:r>
    </w:p>
    <w:p>
      <w:pPr>
        <w:jc w:val="right"/>
      </w:pPr>
      <w:r>
        <w:t>حج کا مطلب ہے عالمی اتحاد۔ Global unity کا مظہر ہے۔ ساری دنیا کے مسلمانوں کا ایک مرکز اللہ تعالیٰ نے بنایا۔</w:t>
      </w:r>
    </w:p>
    <w:p>
      <w:r>
        <w:rPr>
          <w:b/>
        </w:rPr>
        <w:t xml:space="preserve">[26:54] </w:t>
      </w:r>
      <w:r>
        <w:t>kaba ko. woh saari duniya ke</w:t>
      </w:r>
    </w:p>
    <w:p>
      <w:pPr>
        <w:jc w:val="right"/>
      </w:pPr>
      <w:r>
        <w:t>کعبہ کو۔ وہ ساری دنیا کے</w:t>
      </w:r>
    </w:p>
    <w:p>
      <w:r>
        <w:rPr>
          <w:b/>
        </w:rPr>
        <w:t xml:space="preserve">[26:59] </w:t>
      </w:r>
      <w:r>
        <w:t>believers ka ka center hai. to ek khaas mahine mein, ek khaas waqt par duniya bhar ke log wahan aate hain. aur wahan par tawaf karte hain.</w:t>
      </w:r>
    </w:p>
    <w:p>
      <w:pPr>
        <w:jc w:val="right"/>
      </w:pPr>
      <w:r>
        <w:t>believers کا کا center ہے۔ تو ایک خاص مہینے میں، ایک خاص وقت پر دنیا بھر کے لوگ وہاں آتے ہیں۔ اور وہاں پر طواف کرتے ہیں۔</w:t>
      </w:r>
    </w:p>
    <w:p>
      <w:r>
        <w:rPr>
          <w:b/>
        </w:rPr>
        <w:t xml:space="preserve">[27:12] </w:t>
      </w:r>
      <w:r>
        <w:t>aur aur doosre aamaal karte hain.</w:t>
      </w:r>
    </w:p>
    <w:p>
      <w:pPr>
        <w:jc w:val="right"/>
      </w:pPr>
      <w:r>
        <w:t>اور اور دوسرے اعمال کرتے ہیں۔</w:t>
      </w:r>
    </w:p>
    <w:p>
      <w:r>
        <w:rPr>
          <w:b/>
        </w:rPr>
        <w:t xml:space="preserve">[27:17] </w:t>
      </w:r>
      <w:r>
        <w:t>woh kar ke woh apni unity ka establish karte hain. ke khudaaya hum tere liye mutahid hain. apni unity ko, apni solidarity ko woh establish karte hain.</w:t>
      </w:r>
    </w:p>
    <w:p>
      <w:pPr>
        <w:jc w:val="right"/>
      </w:pPr>
      <w:r>
        <w:t>وہ کر کے وہ اپنی unity کا establish کرتے ہیں۔ کہ خدایا ہم تیرے لیے متحد ہیں۔ اپنی unity کو، اپنی solidarity کو وہ establish کرتے ہیں۔</w:t>
      </w:r>
    </w:p>
    <w:p>
      <w:r>
        <w:rPr>
          <w:b/>
        </w:rPr>
        <w:t xml:space="preserve">[27:28] </w:t>
      </w:r>
      <w:r>
        <w:t>woh jo kaba hai, woh woh gaya ek nishani hai, ek symbol hai.</w:t>
      </w:r>
    </w:p>
    <w:p>
      <w:pPr>
        <w:jc w:val="right"/>
      </w:pPr>
      <w:r>
        <w:t>وہ جو کعبہ ہے، وہ وہ گیا ایک علامت ہے، ایک symbol ہے۔</w:t>
      </w:r>
    </w:p>
    <w:p>
      <w:r>
        <w:rPr>
          <w:b/>
        </w:rPr>
        <w:t xml:space="preserve">[27:34] </w:t>
      </w:r>
      <w:r>
        <w:t>ek central unity ka. to wahan par aa kar ke saare log jo hain, jo aamaal karte hain, woh woh kya hain?</w:t>
      </w:r>
    </w:p>
    <w:p>
      <w:pPr>
        <w:jc w:val="right"/>
      </w:pPr>
      <w:r>
        <w:t>ایک central unity کا۔ تو وہاں پر آ کر کے سارے لوگ جو ہیں، جو اعمال کرتے ہیں، وہ وہ کیا ہیں؟</w:t>
      </w:r>
    </w:p>
    <w:p>
      <w:r>
        <w:rPr>
          <w:b/>
        </w:rPr>
        <w:t xml:space="preserve">[27:48] </w:t>
      </w:r>
      <w:r>
        <w:t>woh sab</w:t>
      </w:r>
    </w:p>
    <w:p>
      <w:pPr>
        <w:jc w:val="right"/>
      </w:pPr>
      <w:r>
        <w:t>وہ سب</w:t>
      </w:r>
    </w:p>
    <w:p>
      <w:r>
        <w:rPr>
          <w:b/>
        </w:rPr>
        <w:t xml:space="preserve">[27:50] </w:t>
      </w:r>
      <w:r>
        <w:t>amal ki zabaan mein is baat ka izhaar hain ke khudaaya hum hum ne tere deen, apne aap ko tere deen ke hawale kiya.</w:t>
      </w:r>
    </w:p>
    <w:p>
      <w:pPr>
        <w:jc w:val="right"/>
      </w:pPr>
      <w:r>
        <w:t>عمل کی زبان میں اس بات کا اظہار ہیں کہ خدایا ہم ہم نے تیرے دین، اپنے آپ کو تیرے دین کے حوالے کیا۔</w:t>
      </w:r>
    </w:p>
    <w:p>
      <w:r>
        <w:rPr>
          <w:b/>
        </w:rPr>
        <w:t xml:space="preserve">[28:00] </w:t>
      </w:r>
      <w:r>
        <w:t>hum tere liye mutahid ho gaye. hum tere liye ek ho gaye. hum ne tere liye apne saamne tamam</w:t>
      </w:r>
    </w:p>
    <w:p>
      <w:pPr>
        <w:jc w:val="right"/>
      </w:pPr>
      <w:r>
        <w:t>ہم تیرے لیے متحد ہو گئے۔ ہم تیرے لیے ایک ہو گئے۔ ہم نے تیرے لیے اپنے سامنے تمام</w:t>
      </w:r>
    </w:p>
    <w:p>
      <w:r>
        <w:rPr>
          <w:b/>
        </w:rPr>
        <w:t xml:space="preserve">[28:08] </w:t>
      </w:r>
      <w:r>
        <w:t>controversy ko khatam kar li. ab to hamein qabool farma aur hamein jannat mein jagah de.</w:t>
      </w:r>
    </w:p>
    <w:p>
      <w:pPr>
        <w:jc w:val="right"/>
      </w:pPr>
      <w:r>
        <w:t>controversy کو ختم کر لی۔ اب تو ہمیں قبول کر فرما اور ہمیں جنت میں جگہ دے۔</w:t>
      </w:r>
    </w:p>
    <w:p>
      <w:r>
        <w:rPr>
          <w:b/>
        </w:rPr>
        <w:t xml:space="preserve">[28:19] </w:t>
      </w:r>
      <w:r>
        <w:t>yeh hai hajj ki haqeeqat. aise hi dekhiye ramzan ka mahina hai.</w:t>
      </w:r>
    </w:p>
    <w:p>
      <w:pPr>
        <w:jc w:val="right"/>
      </w:pPr>
      <w:r>
        <w:t>یہ ہے حج کی حقیقت۔ ایسے ہی دیکھیے رمضان کا مہینہ ہے۔</w:t>
      </w:r>
    </w:p>
    <w:p>
      <w:r>
        <w:rPr>
          <w:b/>
        </w:rPr>
        <w:t xml:space="preserve">[28:26] </w:t>
      </w:r>
      <w:r>
        <w:t>ek mahina roza rakha jata hai. woh kya hai? woh bhi sach poochhein to ek discipline life ka ek izhaar hai.</w:t>
      </w:r>
    </w:p>
    <w:p>
      <w:pPr>
        <w:jc w:val="right"/>
      </w:pPr>
      <w:r>
        <w:t>ایک مہینہ روزہ رکھا جاتا ہے۔ وہ کیا ہے؟ وہ بھی سچ پوچھیں تو ایک discipline life کا ایک اظہار ہے۔</w:t>
      </w:r>
    </w:p>
    <w:p>
      <w:r>
        <w:rPr>
          <w:b/>
        </w:rPr>
        <w:t xml:space="preserve">[28:37] </w:t>
      </w:r>
      <w:r>
        <w:t>ke aam taur par aadmi aazadana taur par rehta hai. jab chahe kha liya, jab chahe pi liya,</w:t>
      </w:r>
    </w:p>
    <w:p>
      <w:pPr>
        <w:jc w:val="right"/>
      </w:pPr>
      <w:r>
        <w:t>کہ عام طور پر آدمی آزادانہ طور پر رہتا ہے۔ جب چاہے کھا لیا، جب چاہے پی لیا،</w:t>
      </w:r>
    </w:p>
    <w:p>
      <w:r>
        <w:rPr>
          <w:b/>
        </w:rPr>
        <w:t xml:space="preserve">[28:45] </w:t>
      </w:r>
      <w:r>
        <w:t>jab chahe soya, jab chahe jaaga. lekin ek mahine mein ek khaas discipline rehna padta hai. to discipline life ki woh training hai.</w:t>
      </w:r>
    </w:p>
    <w:p>
      <w:pPr>
        <w:jc w:val="right"/>
      </w:pPr>
      <w:r>
        <w:t>جب چاہے سویا، جب چاہے جاگا۔ لیکن ایک مہینے میں ایک خاص discipline رہنا پڑتا ہے۔ تو discipline life کی وہ training ہے۔</w:t>
      </w:r>
    </w:p>
    <w:p>
      <w:r>
        <w:rPr>
          <w:b/>
        </w:rPr>
        <w:t xml:space="preserve">[28:56] </w:t>
      </w:r>
      <w:r>
        <w:t>yaani Allah ke liye discipline, deen ke liye discipline, sachai ke liye discipline.</w:t>
      </w:r>
    </w:p>
    <w:p>
      <w:pPr>
        <w:jc w:val="right"/>
      </w:pPr>
      <w:r>
        <w:t>یعنی اللہ کے لیے discipline, دین کے لیے discipline, سچائی کے لیے discipline۔</w:t>
      </w:r>
    </w:p>
    <w:p>
      <w:r>
        <w:rPr>
          <w:b/>
        </w:rPr>
        <w:t xml:space="preserve">[29:05] </w:t>
      </w:r>
      <w:r>
        <w:t>yeh hai ek discipline character ka, character ka ke tarbiyat hoti hai woh.</w:t>
      </w:r>
    </w:p>
    <w:p>
      <w:pPr>
        <w:jc w:val="right"/>
      </w:pPr>
      <w:r>
        <w:t>یہ ہے ایک discipline character کا، character کا کہ تربیت ہوتی ہے وہ۔</w:t>
      </w:r>
    </w:p>
    <w:p>
      <w:r>
        <w:rPr>
          <w:b/>
        </w:rPr>
        <w:t xml:space="preserve">[29:14] </w:t>
      </w:r>
      <w:r>
        <w:t>yeh hai paanch cheezein.</w:t>
      </w:r>
    </w:p>
    <w:p>
      <w:pPr>
        <w:jc w:val="right"/>
      </w:pPr>
      <w:r>
        <w:t>یہ ہے پانچ چیزیں۔</w:t>
      </w:r>
    </w:p>
    <w:p>
      <w:r>
        <w:rPr>
          <w:b/>
        </w:rPr>
        <w:t xml:space="preserve">[29:19] </w:t>
      </w:r>
      <w:r>
        <w:t>ab mein kuch aur hadeesein arz karta hoon. dekhiye</w:t>
      </w:r>
    </w:p>
    <w:p>
      <w:pPr>
        <w:jc w:val="right"/>
      </w:pPr>
      <w:r>
        <w:t>اب میں کچھ اور حدیثیں عرض کرتا ہوں۔ دیکھیے</w:t>
      </w:r>
    </w:p>
    <w:p>
      <w:r>
        <w:rPr>
          <w:b/>
        </w:rPr>
        <w:t xml:space="preserve">[29:27] </w:t>
      </w:r>
      <w:r>
        <w:t>Rasool Allah Sal Allah Alayhi Wasallam ke baare mein aata hai ke aap subah ko sawere uthte the. to yaani fajar se pehle to aap dua mein farmate the aksar ke Allahumma Allahumma ashhadu an al ibaad kull ikhwah.</w:t>
      </w:r>
    </w:p>
    <w:p>
      <w:pPr>
        <w:jc w:val="right"/>
      </w:pPr>
      <w:r>
        <w:t>رسول اللہ صلی اللہ علیہ وسلم کے بارے میں آتا ہے کہ آپ صبح کو سویرے اٹھتے تھے۔ تو یعنی فجر سے پہلے تو آپ دعا میں فرماتے تھے اکثر کہ اللہم اللہم اشھد ان العباد کل اخوہ۔</w:t>
      </w:r>
    </w:p>
    <w:p>
      <w:r>
        <w:rPr>
          <w:b/>
        </w:rPr>
        <w:t xml:space="preserve">[29:49] </w:t>
      </w:r>
      <w:r>
        <w:t>Ae Allah mein gawahi deta hoon ke saare bande bhai bhai hain. yeh kitni badi baat hai ke ek hi Adam ki aulaad hain sab ke sab.</w:t>
      </w:r>
    </w:p>
    <w:p>
      <w:pPr>
        <w:jc w:val="right"/>
      </w:pPr>
      <w:r>
        <w:t>اے اللہ میں گواہی دیتا ہوں کہ سارے بندے بھائی بھائی ہیں۔ یہ کتنی بڑی بات ہے کہ ایک ہی آدم کی اولاد ہیں سب کے سب۔</w:t>
      </w:r>
    </w:p>
    <w:p>
      <w:r>
        <w:rPr>
          <w:b/>
        </w:rPr>
        <w:t xml:space="preserve">[30:04] </w:t>
      </w:r>
      <w:r>
        <w:t>jab sab ke ancestor ek hain,</w:t>
      </w:r>
    </w:p>
    <w:p>
      <w:pPr>
        <w:jc w:val="right"/>
      </w:pPr>
      <w:r>
        <w:t>جب سب کے ancestor ایک ہیں،</w:t>
      </w:r>
    </w:p>
    <w:p>
      <w:r>
        <w:rPr>
          <w:b/>
        </w:rPr>
        <w:t xml:space="preserve">[30:08] </w:t>
      </w:r>
      <w:r>
        <w:t>sab ke yani jad aala ek hain, isi se sara insaan phailay hain.</w:t>
      </w:r>
    </w:p>
    <w:p>
      <w:pPr>
        <w:jc w:val="right"/>
      </w:pPr>
      <w:r>
        <w:t>سب کے یعنی جد اعلیٰ ایک ہیں، اسی سے سارا انسان پھیلے ہیں۔</w:t>
      </w:r>
    </w:p>
    <w:p>
      <w:r>
        <w:rPr>
          <w:b/>
        </w:rPr>
        <w:t xml:space="preserve">[30:17] </w:t>
      </w:r>
      <w:r>
        <w:t>is ka matlab kya hua? ke saare insaan jo poore globe par rehte hain, woh sab aapas mein</w:t>
      </w:r>
    </w:p>
    <w:p>
      <w:pPr>
        <w:jc w:val="right"/>
      </w:pPr>
      <w:r>
        <w:t>اس کا مطلب کیا ہوا؟ کہ سارے انسان جو پورے گلوب پر رہتے ہیں، وہ سب آپس میں</w:t>
      </w:r>
    </w:p>
    <w:p>
      <w:r>
        <w:rPr>
          <w:b/>
        </w:rPr>
        <w:t xml:space="preserve">[30:26] </w:t>
      </w:r>
      <w:r>
        <w:t>yani blood sisters aur blood brothers hain. yeh hai unity, ek hai equality, ek hai harmony.</w:t>
      </w:r>
    </w:p>
    <w:p>
      <w:pPr>
        <w:jc w:val="right"/>
      </w:pPr>
      <w:r>
        <w:t>یعنی blood sisters اور blood brothers ہیں۔ یہ ہے unity، ایک ہے equality، ایک ہے harmony۔</w:t>
      </w:r>
    </w:p>
    <w:p>
      <w:r>
        <w:rPr>
          <w:b/>
        </w:rPr>
        <w:t xml:space="preserve">[30:35] </w:t>
      </w:r>
      <w:r>
        <w:t>toh yeh Rasool Allah salallaho alaihe wasallam subah ko is ka ailaan farmate thay. is ka matlab kya hua? har subah jo hum</w:t>
      </w:r>
    </w:p>
    <w:p>
      <w:pPr>
        <w:jc w:val="right"/>
      </w:pPr>
      <w:r>
        <w:t>تو یہ رسول اللہ صلی اللہ علیہ وسلم صبح کو اس کا اعلان فرماتے تھے۔ اس کا مطلب کیا ہوا؟ ہر صبح جو ہم</w:t>
      </w:r>
    </w:p>
    <w:p>
      <w:r>
        <w:rPr>
          <w:b/>
        </w:rPr>
        <w:t xml:space="preserve">[30:43] </w:t>
      </w:r>
      <w:r>
        <w:t>so kar uthte hain, toh isi ehsaas ke saath humein dunya mein dakhil hona chahiye. raat ko aap so gaye thay, subah uthe, phir aap samaj mein aaye, phir maashray mein aaye, logon ke darmiyan aaye.</w:t>
      </w:r>
    </w:p>
    <w:p>
      <w:pPr>
        <w:jc w:val="right"/>
      </w:pPr>
      <w:r>
        <w:t>سو کر اٹھتے ہیں، تو اسی احساس کے ساتھ ہمیں دنیا میں داخل ہونا چاہیے۔ رات کو آپ سو گئے تھے، صبح اٹھے، پھر آپ سماج میں آئے، پھر معاشرے میں آئے، لوگوں کے درمیان آئے۔</w:t>
      </w:r>
    </w:p>
    <w:p>
      <w:r>
        <w:rPr>
          <w:b/>
        </w:rPr>
        <w:t xml:space="preserve">[30:59] </w:t>
      </w:r>
      <w:r>
        <w:t>toh yeh</w:t>
      </w:r>
    </w:p>
    <w:p>
      <w:pPr>
        <w:jc w:val="right"/>
      </w:pPr>
      <w:r>
        <w:t>تو یہ</w:t>
      </w:r>
    </w:p>
    <w:p>
      <w:r>
        <w:rPr>
          <w:b/>
        </w:rPr>
        <w:t xml:space="preserve">[31:00] </w:t>
      </w:r>
      <w:r>
        <w:t>revival hai is ehsaas ka. hum saare log ek hain. hum sab blood sisters, blood brothers hain. hamare jad aala ek hain.</w:t>
      </w:r>
    </w:p>
    <w:p>
      <w:pPr>
        <w:jc w:val="right"/>
      </w:pPr>
      <w:r>
        <w:t>revival ہے اس احساس کا۔ ہم سارے لوگ ایک ہیں۔ ہم سب blood sisters, blood brothers ہیں۔ ہمارے جد اعلیٰ ایک ہیں۔</w:t>
      </w:r>
    </w:p>
    <w:p>
      <w:r>
        <w:rPr>
          <w:b/>
        </w:rPr>
        <w:t xml:space="preserve">[31:10] </w:t>
      </w:r>
      <w:r>
        <w:t>poori insaniyat goya ek family hai. jis dunya mein hum dakhil ho rahe hain, woh greater sense mein ek family hai.</w:t>
      </w:r>
    </w:p>
    <w:p>
      <w:pPr>
        <w:jc w:val="right"/>
      </w:pPr>
      <w:r>
        <w:t>پوری انسانیت گویا ایک family ہے۔ جس دنیا میں ہم داخل ہو رہے ہیں، وہ greater sense میں ایک family ہے۔</w:t>
      </w:r>
    </w:p>
    <w:p>
      <w:r>
        <w:rPr>
          <w:b/>
        </w:rPr>
        <w:t xml:space="preserve">[31:20] </w:t>
      </w:r>
      <w:r>
        <w:t>sab ke sab meri family ke member hain. is ehsaas ke saath dunya mein dakhil hona. toh subah sawere Rasool Allah ka yeh dua karna imaan rakhta hai ke ab subah ke baad jo dunya aap ja rahe hain,</w:t>
      </w:r>
    </w:p>
    <w:p>
      <w:pPr>
        <w:jc w:val="right"/>
      </w:pPr>
      <w:r>
        <w:t>سب کے سب میری family کے ممبر ہیں۔ اس احساس کے ساتھ دنیا میں داخل ہونا۔ تو صبح سویرے رسول اللہ کا یہ دعا کرنا ایمان رکھتا ہے کہ اب صبح کے بعد جو دنیا آپ جا رہے ہیں،</w:t>
      </w:r>
    </w:p>
    <w:p>
      <w:r>
        <w:rPr>
          <w:b/>
        </w:rPr>
        <w:t xml:space="preserve">[31:33] </w:t>
      </w:r>
      <w:r>
        <w:t>is dunya mein aap ko kis jazbe ke saath rehna hai? toh woh yeh jazba hai. sab ko apni family ka member samajhna.</w:t>
      </w:r>
    </w:p>
    <w:p>
      <w:pPr>
        <w:jc w:val="right"/>
      </w:pPr>
      <w:r>
        <w:t>اس دنیا میں آپ کو کس جذبے کے ساتھ رہنا ہے؟ تو وہ یہ جذبہ ہے۔ سب کو اپنی family کا ممبر سمجھنا۔</w:t>
      </w:r>
    </w:p>
    <w:p>
      <w:r>
        <w:rPr>
          <w:b/>
        </w:rPr>
        <w:t xml:space="preserve">[31:42] </w:t>
      </w:r>
      <w:r>
        <w:t>sab ko apna blood sister aur blood brother samajhna. is tarah mil kar rehna.</w:t>
      </w:r>
    </w:p>
    <w:p>
      <w:pPr>
        <w:jc w:val="right"/>
      </w:pPr>
      <w:r>
        <w:t>سب کو اپنا blood sister اور blood brother سمجھنا۔ اس طرح مل کر رہنا۔</w:t>
      </w:r>
    </w:p>
    <w:p>
      <w:r>
        <w:rPr>
          <w:b/>
        </w:rPr>
        <w:t xml:space="preserve">[31:51] </w:t>
      </w:r>
      <w:r>
        <w:t>kitni bari baat hai yeh. bohat hi bari baat hai. phir dekhiye</w:t>
      </w:r>
    </w:p>
    <w:p>
      <w:pPr>
        <w:jc w:val="right"/>
      </w:pPr>
      <w:r>
        <w:t>کتنی بڑی بات ہے یہ۔ بہت ہی بڑی بات ہے۔ پھر دیکھیے</w:t>
      </w:r>
    </w:p>
    <w:p>
      <w:r>
        <w:rPr>
          <w:b/>
        </w:rPr>
        <w:t xml:space="preserve">[32:00] </w:t>
      </w:r>
      <w:r>
        <w:t>ek hadees mein aata hai ke</w:t>
      </w:r>
    </w:p>
    <w:p>
      <w:pPr>
        <w:jc w:val="right"/>
      </w:pPr>
      <w:r>
        <w:t>ایک حدیث میں آتا ہے کہ</w:t>
      </w:r>
    </w:p>
    <w:p>
      <w:r>
        <w:rPr>
          <w:b/>
        </w:rPr>
        <w:t xml:space="preserve">[32:10] </w:t>
      </w:r>
      <w:r>
        <w:t>kullul muslim wal muslim haram damuhu wa maluhu wa 'irduhu.</w:t>
      </w:r>
    </w:p>
    <w:p>
      <w:pPr>
        <w:jc w:val="right"/>
      </w:pPr>
      <w:r>
        <w:t>کل المسلم والمسلم حرام دمہ و مالہ و عرضہ۔</w:t>
      </w:r>
    </w:p>
    <w:p>
      <w:r>
        <w:rPr>
          <w:b/>
        </w:rPr>
        <w:t xml:space="preserve">[32:18] </w:t>
      </w:r>
      <w:r>
        <w:t>muslim ka lafz yeh bas samjhein ke muslim ya insaan ke maani mein hai. yahan muslim ka lafz haqeeqatan insaan ke maani mein hai. apne greater sense mein woh insaan ke maani mein hai.</w:t>
      </w:r>
    </w:p>
    <w:p>
      <w:pPr>
        <w:jc w:val="right"/>
      </w:pPr>
      <w:r>
        <w:t>مسلم کا لفظ یہ بس سمجھیں کہ مسلم یا انسان کے معنی میں ہے۔ یہاں مسلم کا لفظ حقیقتاً انسان کے معنی میں ہے۔ اپنے greater sense میں وہ انسان کے معنی میں ہے۔</w:t>
      </w:r>
    </w:p>
    <w:p>
      <w:r>
        <w:rPr>
          <w:b/>
        </w:rPr>
        <w:t xml:space="preserve">[32:28] </w:t>
      </w:r>
      <w:r>
        <w:t>is ka matlab yeh hai ke har insaan par doosre insaan ki teen cheezein haram hain.</w:t>
      </w:r>
    </w:p>
    <w:p>
      <w:pPr>
        <w:jc w:val="right"/>
      </w:pPr>
      <w:r>
        <w:t>اس کا مطلب یہ ہے کہ ہر انسان پر دوسرے انسان کی تین چیزیں حرام ہیں۔</w:t>
      </w:r>
    </w:p>
    <w:p>
      <w:r>
        <w:rPr>
          <w:b/>
        </w:rPr>
        <w:t xml:space="preserve">[32:37] </w:t>
      </w:r>
      <w:r>
        <w:t>har insaan par doosre insaan ki teen cheezein haram hain. damuhu wa maluhu wa 'irduhu yani khoon, is ka maal, is ki aabroo.</w:t>
      </w:r>
    </w:p>
    <w:p>
      <w:pPr>
        <w:jc w:val="right"/>
      </w:pPr>
      <w:r>
        <w:t>ہر انسان پر دوسرے انسان کی تین چیزیں حرام ہیں۔ دمہ و مالہ و عرضہ یعنی خون، اس کا مال، اس کی ابرو۔</w:t>
      </w:r>
    </w:p>
    <w:p>
      <w:r>
        <w:rPr>
          <w:b/>
        </w:rPr>
        <w:t xml:space="preserve">[32:50] </w:t>
      </w:r>
      <w:r>
        <w:t>yani jin insaanon ke darmiyan aap hain, toh wahan aap ko is tarah rehna hai</w:t>
      </w:r>
    </w:p>
    <w:p>
      <w:pPr>
        <w:jc w:val="right"/>
      </w:pPr>
      <w:r>
        <w:t>یعنی جن انسانوں کے درمیان آپ ہیں، تو وہاں آپ کو اس طرح رہنا ہے</w:t>
      </w:r>
    </w:p>
    <w:p>
      <w:r>
        <w:rPr>
          <w:b/>
        </w:rPr>
        <w:t xml:space="preserve">[32:56] </w:t>
      </w:r>
      <w:r>
        <w:t>ke un ko aap</w:t>
      </w:r>
    </w:p>
    <w:p>
      <w:pPr>
        <w:jc w:val="right"/>
      </w:pPr>
      <w:r>
        <w:t>کہ ان کو آپ</w:t>
      </w:r>
    </w:p>
    <w:p>
      <w:r>
        <w:rPr>
          <w:b/>
        </w:rPr>
        <w:t xml:space="preserve">[32:59] </w:t>
      </w:r>
      <w:r>
        <w:t>maar nahi sakte. maarna haram hai aap ke liye. yani physical harm pahunchana un ko yeh haram hai aap ke liye.</w:t>
      </w:r>
    </w:p>
    <w:p>
      <w:pPr>
        <w:jc w:val="right"/>
      </w:pPr>
      <w:r>
        <w:t>مار نہیں سکتے۔ مارنا حرام ہے آپ کے لیے۔ یعنی physical harm پہنچانا ان کو یہ حرام ہے آپ کے لیے۔</w:t>
      </w:r>
    </w:p>
    <w:p>
      <w:r>
        <w:rPr>
          <w:b/>
        </w:rPr>
        <w:t xml:space="preserve">[33:09] </w:t>
      </w:r>
      <w:r>
        <w:t>physical harm ki aakhri shakal hai qatl karna. toh kisi bhi qism ka physical harm</w:t>
      </w:r>
    </w:p>
    <w:p>
      <w:pPr>
        <w:jc w:val="right"/>
      </w:pPr>
      <w:r>
        <w:t>Physical harm کی آخری شکل ہے قتل کرنا۔ تو کسی بھی قسم کا physical harm</w:t>
      </w:r>
    </w:p>
    <w:p>
      <w:r>
        <w:rPr>
          <w:b/>
        </w:rPr>
        <w:t xml:space="preserve">[33:16] </w:t>
      </w:r>
      <w:r>
        <w:t>pahunchana yeh haram hai doosre insaan ko. maal, doosre insaan ka maal aap sirf tijarti taur par le sakte hain.</w:t>
      </w:r>
    </w:p>
    <w:p>
      <w:pPr>
        <w:jc w:val="right"/>
      </w:pPr>
      <w:r>
        <w:t>پہنچانا یہ حرام ہے دوسرے انسان کو۔ مال، دوسرے انسان کا مال آپ صرف تجارتی طور پر لے سکتے ہیں۔</w:t>
      </w:r>
    </w:p>
    <w:p>
      <w:r>
        <w:rPr>
          <w:b/>
        </w:rPr>
        <w:t xml:space="preserve">[33:25] </w:t>
      </w:r>
      <w:r>
        <w:t>ya woh khush apni khushi se kuch de de aap ko. warna aap se chheenein, exploit kar lein.</w:t>
      </w:r>
    </w:p>
    <w:p>
      <w:pPr>
        <w:jc w:val="right"/>
      </w:pPr>
      <w:r>
        <w:t>یا وہ خوش اپنی خوشی سے کچھ دے دے آپ کو۔ ورنہ آپ سے چھینیں، exploit کر لیں۔</w:t>
      </w:r>
    </w:p>
    <w:p>
      <w:r>
        <w:rPr>
          <w:b/>
        </w:rPr>
        <w:t xml:space="preserve">[33:34] </w:t>
      </w:r>
      <w:r>
        <w:t>kisi bhi aise tareeqay se haasil karein jo shariyat mein, qanoon mein jaiz nahi hai, woh haram hai.</w:t>
      </w:r>
    </w:p>
    <w:p>
      <w:pPr>
        <w:jc w:val="right"/>
      </w:pPr>
      <w:r>
        <w:t>کسی بھی ایسے طریقے سے حاصل کریں جو شریعت میں، قانون میں جائز نہیں ہے، وہ حرام ہے۔</w:t>
      </w:r>
    </w:p>
    <w:p>
      <w:r>
        <w:rPr>
          <w:b/>
        </w:rPr>
        <w:t xml:space="preserve">[33:45] </w:t>
      </w:r>
      <w:r>
        <w:t>yani aazadana taur par aur razaamandee ke saath jo lain dain hota hai, bas woh jaiz hai. baqi sab haram hai. aur 'irz yani aabroo, yeh bhi haram hai ke aap kisi ke aabroo par hamla karein.</w:t>
      </w:r>
    </w:p>
    <w:p>
      <w:pPr>
        <w:jc w:val="right"/>
      </w:pPr>
      <w:r>
        <w:t>یعنی آزادانہ طور پر اور رضامندی کے ساتھ جو لین دین ہوتا ہے، بس وہ جائز ہے۔ باقی سب حرام ہے۔ اور عرض یعنی ابرو، یہ بھی حرام ہے کہ آپ کسی کے ابرو پر حملہ کریں۔</w:t>
      </w:r>
    </w:p>
    <w:p>
      <w:r>
        <w:rPr>
          <w:b/>
        </w:rPr>
        <w:t xml:space="preserve">[34:03] </w:t>
      </w:r>
      <w:r>
        <w:t>yani kisi ke aaj kal zaban mein kehte hain character assassination. Aaj kal zaban mein character assassination.</w:t>
      </w:r>
    </w:p>
    <w:p>
      <w:pPr>
        <w:jc w:val="right"/>
      </w:pPr>
      <w:r>
        <w:t>یعنی کسی کے آج کل زبان میں کہتے ہیں character assassination۔ آج کل زبان میں character assassination۔</w:t>
      </w:r>
    </w:p>
    <w:p>
      <w:r>
        <w:rPr>
          <w:b/>
        </w:rPr>
        <w:t xml:space="preserve">[34:12] </w:t>
      </w:r>
      <w:r>
        <w:t>Yeh haram hai, haram hai, haram hai. Yani kirdaar kashi.</w:t>
      </w:r>
    </w:p>
    <w:p>
      <w:pPr>
        <w:jc w:val="right"/>
      </w:pPr>
      <w:r>
        <w:t>یہ حرام ہے، حرام ہے، حرام ہے۔ یعنی کردار کشی۔</w:t>
      </w:r>
    </w:p>
    <w:p>
      <w:r>
        <w:rPr>
          <w:b/>
        </w:rPr>
        <w:t xml:space="preserve">[34:20] </w:t>
      </w:r>
      <w:r>
        <w:t>Aap kisi doosre ke upar criticize kar sakte hain. Agar aap ke paas daleel hai. Agar aap ke paas daleel hai, valid argument hai, to aap kisi ke upar criticize kar sakte hain.</w:t>
      </w:r>
    </w:p>
    <w:p>
      <w:pPr>
        <w:jc w:val="right"/>
      </w:pPr>
      <w:r>
        <w:t>آپ کسی دوسرے کے اوپر criticize کر سکتے ہیں۔ اگر آپ کے پاس دلیل ہے۔ اگر آپ کے پاس دلیل ہے، valid argument ہے، تو آپ کسی کے اوپر criticize کر سکتے ہیں۔</w:t>
      </w:r>
    </w:p>
    <w:p>
      <w:r>
        <w:rPr>
          <w:b/>
        </w:rPr>
        <w:t xml:space="preserve">[34:33] </w:t>
      </w:r>
      <w:r>
        <w:t>Lekin us ki niyat par hamla karna,</w:t>
      </w:r>
    </w:p>
    <w:p>
      <w:pPr>
        <w:jc w:val="right"/>
      </w:pPr>
      <w:r>
        <w:t>لیکن اس کی نیت پر حملہ کرنا،</w:t>
      </w:r>
    </w:p>
    <w:p>
      <w:r>
        <w:rPr>
          <w:b/>
        </w:rPr>
        <w:t xml:space="preserve">[34:36] </w:t>
      </w:r>
      <w:r>
        <w:t>us ko bura batana, us ko munafiq, fajar, fasaq yeh kehna, us ki jis ko kehte hain taeed, aib-zeni karna, isi ko kehte hain kirdaar kashi ya character assassination.</w:t>
      </w:r>
    </w:p>
    <w:p>
      <w:pPr>
        <w:jc w:val="right"/>
      </w:pPr>
      <w:r>
        <w:t>اس کو برا بتانا، اس کو منافق، فاجر، فاسق یہ کہنا، اس کی جس کو کہتے ہیں تائید، عیب زنی کرنا، اسی کو کہتے ہیں کردار کشی یا character assassination۔</w:t>
      </w:r>
    </w:p>
    <w:p>
      <w:r>
        <w:rPr>
          <w:b/>
        </w:rPr>
        <w:t xml:space="preserve">[34:51] </w:t>
      </w:r>
      <w:r>
        <w:t>Yeh sab haram hai.</w:t>
      </w:r>
    </w:p>
    <w:p>
      <w:pPr>
        <w:jc w:val="right"/>
      </w:pPr>
      <w:r>
        <w:t>یہ سب حرام ہے۔</w:t>
      </w:r>
    </w:p>
    <w:p>
      <w:r>
        <w:rPr>
          <w:b/>
        </w:rPr>
        <w:t xml:space="preserve">[34:54] </w:t>
      </w:r>
      <w:r>
        <w:t>Yeh sab haram hai. To har insaan par doosre insaan ki teen cheezein haram hain. Us ko physical harm pahunchana, us ke maal ko najaaiz taur par lena,</w:t>
      </w:r>
    </w:p>
    <w:p>
      <w:pPr>
        <w:jc w:val="right"/>
      </w:pPr>
      <w:r>
        <w:t>یہ سب حرام ہے۔ تو ہر انسان پر دوسرے انسان کی تین چیزیں حرام ہیں۔ اس کو physical harm پہنچانا، اس کے مال کو ناجائز طور پر لینا،</w:t>
      </w:r>
    </w:p>
    <w:p>
      <w:r>
        <w:rPr>
          <w:b/>
        </w:rPr>
        <w:t xml:space="preserve">[35:09] </w:t>
      </w:r>
      <w:r>
        <w:t>ya us ki abru par hamla karna. Us ki izzat, izzat o abru par hamla karna. Yeh sab haram hai.</w:t>
      </w:r>
    </w:p>
    <w:p>
      <w:pPr>
        <w:jc w:val="right"/>
      </w:pPr>
      <w:r>
        <w:t>یا اس کی ابرو پر حملہ کرنا۔ اس کی عزت، عزت و ابرو پر حملہ کرنا۔ یہ سب حرام ہے۔</w:t>
      </w:r>
    </w:p>
    <w:p>
      <w:r>
        <w:rPr>
          <w:b/>
        </w:rPr>
        <w:t xml:space="preserve">[35:17] </w:t>
      </w:r>
      <w:r>
        <w:t>Aise hi dekhiye</w:t>
      </w:r>
    </w:p>
    <w:p>
      <w:pPr>
        <w:jc w:val="right"/>
      </w:pPr>
      <w:r>
        <w:t>ایسے ہی دیکھیے</w:t>
      </w:r>
    </w:p>
    <w:p>
      <w:r>
        <w:rPr>
          <w:b/>
        </w:rPr>
        <w:t xml:space="preserve">[35:21] </w:t>
      </w:r>
      <w:r>
        <w:t>ek hadith hai wallah la yumino, wallah la yumino, wallah la yumino alladhi la yamano jahruh biwaq.</w:t>
      </w:r>
    </w:p>
    <w:p>
      <w:pPr>
        <w:jc w:val="right"/>
      </w:pPr>
      <w:r>
        <w:t>ایک حدیث ہے واللہ لا یومنو، واللہ لا یومنو، واللہ لا یومنو الذی لا یامنو جارہ پواق۔</w:t>
      </w:r>
    </w:p>
    <w:p>
      <w:r>
        <w:rPr>
          <w:b/>
        </w:rPr>
        <w:t xml:space="preserve">[35:36] </w:t>
      </w:r>
      <w:r>
        <w:t>Is ka matlab yeh hai ke</w:t>
      </w:r>
    </w:p>
    <w:p>
      <w:pPr>
        <w:jc w:val="right"/>
      </w:pPr>
      <w:r>
        <w:t>اس کا مطلب یہ ہے کہ</w:t>
      </w:r>
    </w:p>
    <w:p>
      <w:r>
        <w:rPr>
          <w:b/>
        </w:rPr>
        <w:t xml:space="preserve">[35:41] </w:t>
      </w:r>
      <w:r>
        <w:t>teen baar aap ne farmaya khudaai qasam woh momin nahi hai. Teen baar khudaai qasam woh momin nahi hai.</w:t>
      </w:r>
    </w:p>
    <w:p>
      <w:pPr>
        <w:jc w:val="right"/>
      </w:pPr>
      <w:r>
        <w:t>تین بار آپ نے فرمایا خدائی قسم وہ مومن نہیں ہے۔ تین بار خدائی قسم وہ مومن نہیں ہے۔</w:t>
      </w:r>
    </w:p>
    <w:p>
      <w:r>
        <w:rPr>
          <w:b/>
        </w:rPr>
        <w:t xml:space="preserve">[35:51] </w:t>
      </w:r>
      <w:r>
        <w:t>Khudaai qasam woh momin nahi hai. Khudaai qasam momin nahi hai. Kaun?</w:t>
      </w:r>
    </w:p>
    <w:p>
      <w:pPr>
        <w:jc w:val="right"/>
      </w:pPr>
      <w:r>
        <w:t>خدائی قسم وہ مومن نہیں ہے۔ خدائی قسم مومن نہیں ہے۔ کون؟</w:t>
      </w:r>
    </w:p>
    <w:p>
      <w:r>
        <w:rPr>
          <w:b/>
        </w:rPr>
        <w:t xml:space="preserve">[35:59] </w:t>
      </w:r>
      <w:r>
        <w:t>Jis ke jo doosron ke problem create kare. Jo doosre, jo jis jis ki ziyadati se uska padosi aman mein na ho.</w:t>
      </w:r>
    </w:p>
    <w:p>
      <w:pPr>
        <w:jc w:val="right"/>
      </w:pPr>
      <w:r>
        <w:t>جس کے جو دوسروں کے problem create کرے۔ جو دوسرے، جو جس جس کی زیادتی سے اس کا پڑوسی امن میں نہ ہو۔</w:t>
      </w:r>
    </w:p>
    <w:p>
      <w:r>
        <w:rPr>
          <w:b/>
        </w:rPr>
        <w:t xml:space="preserve">[36:11] </w:t>
      </w:r>
      <w:r>
        <w:t>Jo distance create kare, doosron ke liye ziyadati bane, padosiyon ko takleef pahunchaye.</w:t>
      </w:r>
    </w:p>
    <w:p>
      <w:pPr>
        <w:jc w:val="right"/>
      </w:pPr>
      <w:r>
        <w:t>جو distance create کرے، دوسروں کے لیے زیادتی بنے، پڑوسیوں کو تکلیف پہنچائے۔</w:t>
      </w:r>
    </w:p>
    <w:p>
      <w:r>
        <w:rPr>
          <w:b/>
        </w:rPr>
        <w:t xml:space="preserve">[36:17] </w:t>
      </w:r>
      <w:r>
        <w:t>Yani aap ne farmaya ke woh momin hi nahi hai, woh momin nahi hai, woh momin nahi hai. Ab dekhiye ke is mein kya nikla? Har aadmi har waqt ek pados mein hota hai.</w:t>
      </w:r>
    </w:p>
    <w:p>
      <w:pPr>
        <w:jc w:val="right"/>
      </w:pPr>
      <w:r>
        <w:t>یعنی آپ نے فرمایا کہ وہ مومن ہی نہیں ہے، وہ مومن نہیں ہے، وہ مومن نہیں ہے۔ اب دیکھیے کہ اس میں کیا نکلا؟ ہر آدمی ہر وقت ایک پڑوس میں ہوتا ہے۔</w:t>
      </w:r>
    </w:p>
    <w:p>
      <w:r>
        <w:rPr>
          <w:b/>
        </w:rPr>
        <w:t xml:space="preserve">[36:31] </w:t>
      </w:r>
      <w:r>
        <w:t>Chahe aap mehle mein hon, aap safar kar rahe hon, aap kisi colony mein hon, kahin bhi hon, jo aap ke aas paas hai, woh aap ke padosi hain.</w:t>
      </w:r>
    </w:p>
    <w:p>
      <w:pPr>
        <w:jc w:val="right"/>
      </w:pPr>
      <w:r>
        <w:t>چاہے آپ محلے میں ہوں، آپ سفر کر رہے ہوں، آپ کسی کالونی میں ہوں، کہیں بھی ہوں، جو آپ کے آس پاس ہے، وہ آپ کے پڑوسی ہیں۔</w:t>
      </w:r>
    </w:p>
    <w:p>
      <w:r>
        <w:rPr>
          <w:b/>
        </w:rPr>
        <w:t xml:space="preserve">[36:41] </w:t>
      </w:r>
      <w:r>
        <w:t>Kahin bhi, jahan bhi kuch insaan hain, aap insaanon ke beech mein hain, to jo bhi log aap ke aas paas hain, woh sab aap ke padosi hain.</w:t>
      </w:r>
    </w:p>
    <w:p>
      <w:pPr>
        <w:jc w:val="right"/>
      </w:pPr>
      <w:r>
        <w:t>کہیں بھی، جہاں بھی کچھ انسان ہیں، آپ انسانوں کے بیچ میں ہیں، تو جو بھی لوگ آپ کے آس پاس ہیں، وہ سب آپ کے پڑوسی ہیں۔</w:t>
      </w:r>
    </w:p>
    <w:p>
      <w:r>
        <w:rPr>
          <w:b/>
        </w:rPr>
        <w:t xml:space="preserve">[36:52] </w:t>
      </w:r>
      <w:r>
        <w:t>To in padosiyon ke darmiyan aap ko no problem person ban kar rehna hai.</w:t>
      </w:r>
    </w:p>
    <w:p>
      <w:pPr>
        <w:jc w:val="right"/>
      </w:pPr>
      <w:r>
        <w:t>تو ان پڑوسیوں کے درمیان آپ کو no problem person بن کر رہنا ہے۔</w:t>
      </w:r>
    </w:p>
    <w:p>
      <w:r>
        <w:rPr>
          <w:b/>
        </w:rPr>
        <w:t xml:space="preserve">[37:02] </w:t>
      </w:r>
      <w:r>
        <w:t>Yeh least, yeh kam se kam hai, kam se kam shart hai</w:t>
      </w:r>
    </w:p>
    <w:p>
      <w:pPr>
        <w:jc w:val="right"/>
      </w:pPr>
      <w:r>
        <w:t>یہ least، یہ کم سے کم ہے، کم سے کم شرط ہے</w:t>
      </w:r>
    </w:p>
    <w:p>
      <w:r>
        <w:rPr>
          <w:b/>
        </w:rPr>
        <w:t xml:space="preserve">[37:12] </w:t>
      </w:r>
      <w:r>
        <w:t>ke doosron ko aap se koi takleef na pahunche. Doosron ke liye aap koi problem create na karein. Doosron ke liye koi notions create na karein.</w:t>
      </w:r>
    </w:p>
    <w:p>
      <w:pPr>
        <w:jc w:val="right"/>
      </w:pPr>
      <w:r>
        <w:t>کہ دوسروں کو آپ سے کوئی تکلیف نہ پہنچے۔ دوسروں کے لیے آپ کوئی problem create نہ کریں۔ دوسروں کے لیے کوئی notions create نہ کریں۔</w:t>
      </w:r>
    </w:p>
    <w:p>
      <w:r>
        <w:rPr>
          <w:b/>
        </w:rPr>
        <w:t xml:space="preserve">[37:24] </w:t>
      </w:r>
      <w:r>
        <w:t>Hundred percent aap no problem person ban kar rahen.</w:t>
      </w:r>
    </w:p>
    <w:p>
      <w:pPr>
        <w:jc w:val="right"/>
      </w:pPr>
      <w:r>
        <w:t>ہنڈرڈ پرسنٹ آپ no problem person بن کر رہیں۔</w:t>
      </w:r>
    </w:p>
    <w:p>
      <w:r>
        <w:rPr>
          <w:b/>
        </w:rPr>
        <w:t xml:space="preserve">[37:29] </w:t>
      </w:r>
      <w:r>
        <w:t>Warna Rasool Allah ke in alfaaz ke mutabiq aap ka momin hona mujtaba hai, doubtful hai. Kitni sakht hadith hai yeh.</w:t>
      </w:r>
    </w:p>
    <w:p>
      <w:pPr>
        <w:jc w:val="right"/>
      </w:pPr>
      <w:r>
        <w:t>ورنہ رسول اللہ کے ان الفاظ کے مطابق آپ کا مومن ہونا مجتبیٰ ہے، doubtful ہے۔ کتنی سخت حدیث ہے یہ۔</w:t>
      </w:r>
    </w:p>
    <w:p>
      <w:r>
        <w:rPr>
          <w:b/>
        </w:rPr>
        <w:t xml:space="preserve">[37:41] </w:t>
      </w:r>
      <w:r>
        <w:t>Kitni sakht hadith hai. Ek aur hadith mein hai ke ala tanfa'u fala tadurruhu.</w:t>
      </w:r>
    </w:p>
    <w:p>
      <w:pPr>
        <w:jc w:val="right"/>
      </w:pPr>
      <w:r>
        <w:t>کتنی سخت حدیث ہے۔ ایک اور حدیث میں ہے کہ الا تنفہ فلا تضرہ۔</w:t>
      </w:r>
    </w:p>
    <w:p>
      <w:r>
        <w:rPr>
          <w:b/>
        </w:rPr>
        <w:t xml:space="preserve">[37:52] </w:t>
      </w:r>
      <w:r>
        <w:t>Agar tum doosre ko faida nahi pahuncha sakte to kam se kam us ko nuksaan pahunchao.</w:t>
      </w:r>
    </w:p>
    <w:p>
      <w:pPr>
        <w:jc w:val="right"/>
      </w:pPr>
      <w:r>
        <w:t>اگر تم دوسرے کو فائدہ نہیں پہنچا سکتے تو کم سے کم اس کو نقصان پہنچاؤ۔</w:t>
      </w:r>
    </w:p>
    <w:p>
      <w:r>
        <w:rPr>
          <w:b/>
        </w:rPr>
        <w:t xml:space="preserve">[38:02] </w:t>
      </w:r>
      <w:r>
        <w:t>agar tum is ko nafa nahi pohncha sakte to is ko zarar bhi na pohnchaao. is mein dekhiye do baat mili ke ya to aap apni society mein giver ban kar rahen, giver, ya</w:t>
      </w:r>
    </w:p>
    <w:p>
      <w:pPr>
        <w:jc w:val="right"/>
      </w:pPr>
      <w:r>
        <w:t>اگر تم اس کو نفع نہیں پہنچا سکتے تو اس کو ضرر بھی نہ پہنچاؤ۔ اس میں دیکھیے دو بات ملی کہ یا تو آپ اپنی سوسائٹی میں giver بن کر رہیں، giver، یا</w:t>
      </w:r>
    </w:p>
    <w:p>
      <w:r>
        <w:rPr>
          <w:b/>
        </w:rPr>
        <w:t xml:space="preserve">[38:18] </w:t>
      </w:r>
      <w:r>
        <w:t>no problem person ban kar rahen.</w:t>
      </w:r>
    </w:p>
    <w:p>
      <w:pPr>
        <w:jc w:val="right"/>
      </w:pPr>
      <w:r>
        <w:t>no problem person بن کر رہیں۔</w:t>
      </w:r>
    </w:p>
    <w:p>
      <w:r>
        <w:rPr>
          <w:b/>
        </w:rPr>
        <w:t xml:space="preserve">[38:23] </w:t>
      </w:r>
      <w:r>
        <w:t>bohat hi jame hadees hai yeh. bohat jame ke aap ek samaj mein hain, ek society mein hain, ek muashre mein hain. to wahan aap ko kaise rehna hai?</w:t>
      </w:r>
    </w:p>
    <w:p>
      <w:pPr>
        <w:jc w:val="right"/>
      </w:pPr>
      <w:r>
        <w:t>بہت ہی جامع حدیث ہے یہ۔ بہت جامع کہ آپ ایک سماج میں ہیں، ایک سوسائٹی میں ہیں، ایک معاشرے میں ہیں۔ تو وہاں آپ کو کیسے رہنا ہے؟</w:t>
      </w:r>
    </w:p>
    <w:p>
      <w:r>
        <w:rPr>
          <w:b/>
        </w:rPr>
        <w:t xml:space="preserve">[38:36] </w:t>
      </w:r>
      <w:r>
        <w:t>ya to aap dene wale ban kar rahen.</w:t>
      </w:r>
    </w:p>
    <w:p>
      <w:pPr>
        <w:jc w:val="right"/>
      </w:pPr>
      <w:r>
        <w:t>یا تو آپ دینے والے بن کر رہیے۔</w:t>
      </w:r>
    </w:p>
    <w:p>
      <w:r>
        <w:rPr>
          <w:b/>
        </w:rPr>
        <w:t xml:space="preserve">[38:39] </w:t>
      </w:r>
      <w:r>
        <w:t>ya kam se kam, kam se kam doosron ke liye aap koi notions create na kijiye.</w:t>
      </w:r>
    </w:p>
    <w:p>
      <w:pPr>
        <w:jc w:val="right"/>
      </w:pPr>
      <w:r>
        <w:t>یا کم سے کم، کم سے کم دوسروں کے لیے آپ کوئی notions create نہ کیجیے۔</w:t>
      </w:r>
    </w:p>
    <w:p>
      <w:r>
        <w:rPr>
          <w:b/>
        </w:rPr>
        <w:t xml:space="preserve">[38:48] </w:t>
      </w:r>
      <w:r>
        <w:t>to ya to aap giver person banayein ya no problem person banen. koi teesra, teesra shakal nahi hai.</w:t>
      </w:r>
    </w:p>
    <w:p>
      <w:pPr>
        <w:jc w:val="right"/>
      </w:pPr>
      <w:r>
        <w:t>تو یا تو آپ giver person بنائیں یا no problem person بنیں۔ کوئی تیسرا، تیسرا شکل نہیں ہے۔</w:t>
      </w:r>
    </w:p>
    <w:p>
      <w:r>
        <w:rPr>
          <w:b/>
        </w:rPr>
        <w:t xml:space="preserve">[38:58] </w:t>
      </w:r>
      <w:r>
        <w:t>There is no third position at all.</w:t>
      </w:r>
    </w:p>
    <w:p>
      <w:pPr>
        <w:jc w:val="right"/>
      </w:pPr>
      <w:r>
        <w:t>There is no third position at all۔</w:t>
      </w:r>
    </w:p>
    <w:p>
      <w:r>
        <w:rPr>
          <w:b/>
        </w:rPr>
        <w:t xml:space="preserve">[39:02] </w:t>
      </w:r>
      <w:r>
        <w:t>kitni clear yeh hadees hai. kitni clear hai, is mein koi do raah nahi ho sakti hai. bohat hi clear hai.</w:t>
      </w:r>
    </w:p>
    <w:p>
      <w:pPr>
        <w:jc w:val="right"/>
      </w:pPr>
      <w:r>
        <w:t>کتنی clear یہ حدیث ہے۔ کتنی clear ہے، اس میں کوئی دو راہ نہیں ہو سکتی ہے۔ بہت ہی clear ہے۔</w:t>
      </w:r>
    </w:p>
    <w:p>
      <w:r>
        <w:rPr>
          <w:b/>
        </w:rPr>
        <w:t xml:space="preserve">[39:13] </w:t>
      </w:r>
      <w:r>
        <w:t>aise hi dekhiye ek hadees hai al muslim man salima al nas</w:t>
      </w:r>
    </w:p>
    <w:p>
      <w:pPr>
        <w:jc w:val="right"/>
      </w:pPr>
      <w:r>
        <w:t>ایسے ہی دیکھیے ایک حدیث ہے المسلم من سلم الناس</w:t>
      </w:r>
    </w:p>
    <w:p>
      <w:r>
        <w:rPr>
          <w:b/>
        </w:rPr>
        <w:t xml:space="preserve">[39:19] </w:t>
      </w:r>
      <w:r>
        <w:t>min lisanihi wa yadihi yani muslim is one by whose hands and tongue people are safe.</w:t>
      </w:r>
    </w:p>
    <w:p>
      <w:pPr>
        <w:jc w:val="right"/>
      </w:pPr>
      <w:r>
        <w:t>من لسانہ ویدہ یعنی مسلم is one by whose hands and tongue people are safe۔</w:t>
      </w:r>
    </w:p>
    <w:p>
      <w:r>
        <w:rPr>
          <w:b/>
        </w:rPr>
        <w:t xml:space="preserve">[39:33] </w:t>
      </w:r>
      <w:r>
        <w:t>muslim woh hai jis ki zuban se, jis ke hath se log</w:t>
      </w:r>
    </w:p>
    <w:p>
      <w:pPr>
        <w:jc w:val="right"/>
      </w:pPr>
      <w:r>
        <w:t>مسلم وہ ہے جس کی زبان سے، جس کے ہاتھ سے لوگ</w:t>
      </w:r>
    </w:p>
    <w:p>
      <w:r>
        <w:rPr>
          <w:b/>
        </w:rPr>
        <w:t xml:space="preserve">[39:37] </w:t>
      </w:r>
      <w:r>
        <w:t>mehfooz hon, aman mein hon.</w:t>
      </w:r>
    </w:p>
    <w:p>
      <w:pPr>
        <w:jc w:val="right"/>
      </w:pPr>
      <w:r>
        <w:t>محفوظ ہوں، امن میں ہوں۔</w:t>
      </w:r>
    </w:p>
    <w:p>
      <w:r>
        <w:rPr>
          <w:b/>
        </w:rPr>
        <w:t xml:space="preserve">[39:43] </w:t>
      </w:r>
      <w:r>
        <w:t>yani aap bohat ziyada, is ka matlab yeh hai ke humein samaj mein, society mein bohat soch samajh kar rehna hai.</w:t>
      </w:r>
    </w:p>
    <w:p>
      <w:pPr>
        <w:jc w:val="right"/>
      </w:pPr>
      <w:r>
        <w:t>یعنی آپ بہت زیادہ، اس کا مطلب یہ ہے کہ ہمیں سماج میں، سوسائٹی میں بہت سوچ سمجھ کر رہنا ہے۔</w:t>
      </w:r>
    </w:p>
    <w:p>
      <w:r>
        <w:rPr>
          <w:b/>
        </w:rPr>
        <w:t xml:space="preserve">[39:55] </w:t>
      </w:r>
      <w:r>
        <w:t>na to hum consciously kisi ko takleef den aur na unconsciously kisi, hamara koi amal kisi ke liye takleef ka baais bane. dono cheezon se bachna hai.</w:t>
      </w:r>
    </w:p>
    <w:p>
      <w:pPr>
        <w:jc w:val="right"/>
      </w:pPr>
      <w:r>
        <w:t>نہ تو ہم consciously کسی کو تکلیف دیں اور نہ unconsciously کسی، ہمارا کوئی عمل کسی کے لیے تکلیف کا باعث بنے۔ دونوں چیزوں سے بچنا ہے۔</w:t>
      </w:r>
    </w:p>
    <w:p>
      <w:r>
        <w:rPr>
          <w:b/>
        </w:rPr>
        <w:t xml:space="preserve">[40:05] </w:t>
      </w:r>
      <w:r>
        <w:t>kyun ke Quran mein ek intiha bitaa aamaal ko batam la tashroon yani unconsciously tum ne ek kaam kiya aur is ka nateeja ulta tha to woh bhi, is ka bhi pakad hogi.</w:t>
      </w:r>
    </w:p>
    <w:p>
      <w:pPr>
        <w:jc w:val="right"/>
      </w:pPr>
      <w:r>
        <w:t>کیونکہ قرآن میں ایک انتہا بتاع اعمال کو باتم لا تشرون یعنی unconsciously تم نے ایک کام کیا اور اس کا نتیجہ الٹا تھا تو وہ بھی، اس کا بھی پکڑ ہوگی۔</w:t>
      </w:r>
    </w:p>
    <w:p>
      <w:r>
        <w:rPr>
          <w:b/>
        </w:rPr>
        <w:t xml:space="preserve">[40:16] </w:t>
      </w:r>
      <w:r>
        <w:t>is ki pakad hogi.</w:t>
      </w:r>
    </w:p>
    <w:p>
      <w:pPr>
        <w:jc w:val="right"/>
      </w:pPr>
      <w:r>
        <w:t>اس کی پکڑ ہوگی۔</w:t>
      </w:r>
    </w:p>
    <w:p>
      <w:r>
        <w:rPr>
          <w:b/>
        </w:rPr>
        <w:t xml:space="preserve">[40:21] </w:t>
      </w:r>
      <w:r>
        <w:t>bohat khatarnak baat hai, yeh bohat, bohat bara risk hai. yeh intiha bitaa aamaal ko batam la tashroon yani ek yeh hai ke aap ne intentionally, jaan boojh kar kisi ke liye bura kiya, kisi ko takleef pohanchai.</w:t>
      </w:r>
    </w:p>
    <w:p>
      <w:pPr>
        <w:jc w:val="right"/>
      </w:pPr>
      <w:r>
        <w:t>بہت خطرناک بات ہے، یہ بہت، بہت بڑا رسک ہے۔ یہ انتہا بتاع اعمال کو باتم لا تشرون یعنی ایک یہ ہے کہ آپ نے intentionally، جان بوجھ کر کسی کے لیے برا کیا، کسی کو تکلیف پہنچائی۔</w:t>
      </w:r>
    </w:p>
    <w:p>
      <w:r>
        <w:rPr>
          <w:b/>
        </w:rPr>
        <w:t xml:space="preserve">[40:43] </w:t>
      </w:r>
      <w:r>
        <w:t>Intentionally ek yeh hai ke aap ka intention to nahi tha lekin is ko takleef pohanch gayi. tab bhi aap pakde jayenge. kyun ke intiha bitaa aamaal ko batam la tashroon.</w:t>
      </w:r>
    </w:p>
    <w:p>
      <w:pPr>
        <w:jc w:val="right"/>
      </w:pPr>
      <w:r>
        <w:t>Intentionally ایک یہ ہے کہ آپ کا intention تو نہیں تھا لیکن اس کو تکلیف پہنچ گئی۔ تب بھی آپ پکڑے جائیں گے۔ کیونکہ انتہا بتاع اعمال کو باتم لا تشرون۔</w:t>
      </w:r>
    </w:p>
    <w:p>
      <w:r>
        <w:rPr>
          <w:b/>
        </w:rPr>
        <w:t xml:space="preserve">[40:56] </w:t>
      </w:r>
      <w:r>
        <w:t>is ka matlab hai ke bohat ziyada hoshiyar rehna hai. bohat ziyada chaukana rehna hai.</w:t>
      </w:r>
    </w:p>
    <w:p>
      <w:pPr>
        <w:jc w:val="right"/>
      </w:pPr>
      <w:r>
        <w:t>اس کا مطلب ہے کہ بہت زیادہ ہوشیار رہنا ہے۔ بہت زیادہ چوکنا رہنا ہے۔</w:t>
      </w:r>
    </w:p>
    <w:p>
      <w:r>
        <w:rPr>
          <w:b/>
        </w:rPr>
        <w:t xml:space="preserve">[41:04] </w:t>
      </w:r>
      <w:r>
        <w:t>farz kijiye ke ek ek building hai, aap idhar khade hue hain, aap ek pathar phenk rahe hain. aur is ke pathar ja ke gira kisi ke sar par.</w:t>
      </w:r>
    </w:p>
    <w:p>
      <w:pPr>
        <w:jc w:val="right"/>
      </w:pPr>
      <w:r>
        <w:t>فرض کیجیے کہ ایک ایک بلڈنگ ہے، آپ ادھر کھڑے ہوئے ہیں، آپ ایک پتھر پھینک رہے ہیں۔ اور اس کے پتھر جا کے گرا کسی کے سر پر۔</w:t>
      </w:r>
    </w:p>
    <w:p>
      <w:r>
        <w:rPr>
          <w:b/>
        </w:rPr>
        <w:t xml:space="preserve">[41:12] </w:t>
      </w:r>
      <w:r>
        <w:t>to aap yeh nahi keh sakte ke maine to dekha nahi tha ke wahan aadmi hai. to nahi dekha to aap ne pathar phenka kyun?</w:t>
      </w:r>
    </w:p>
    <w:p>
      <w:pPr>
        <w:jc w:val="right"/>
      </w:pPr>
      <w:r>
        <w:t>تو آپ یہ نہیں کہہ سکتے کہ میں نے تو دیکھا نہیں تھا کہ وہاں آدمی ہے۔ تو نہیں دیکھا تو آپ نے پتھر پھینکا کیوں؟</w:t>
      </w:r>
    </w:p>
    <w:p>
      <w:r>
        <w:rPr>
          <w:b/>
        </w:rPr>
        <w:t xml:space="preserve">[41:22] </w:t>
      </w:r>
      <w:r>
        <w:t>ek building ke idhar aap hain aur pathar phenkte hain doosri taraf. girta hai, girta hai kisi sar par.</w:t>
      </w:r>
    </w:p>
    <w:p>
      <w:pPr>
        <w:jc w:val="right"/>
      </w:pPr>
      <w:r>
        <w:t>ایک بلڈنگ کے ادھر آپ ہیں اور پتھر پھینکتے ہیں دوسری طرف۔ گرتا ہے، گرتا ہے کسی سر پر۔</w:t>
      </w:r>
    </w:p>
    <w:p>
      <w:r>
        <w:rPr>
          <w:b/>
        </w:rPr>
        <w:t xml:space="preserve">[41:34] </w:t>
      </w:r>
      <w:r>
        <w:t>agar sar tootta hai to aap yeh nahi keh sakte ke mujhe pata nahi tha ke idhar insaan hai. aap ko nahi pata tha aap ne pathar phenka kyun? yeh hai intiha bitaa aamaal ko batam la tashroon.</w:t>
      </w:r>
    </w:p>
    <w:p>
      <w:pPr>
        <w:jc w:val="right"/>
      </w:pPr>
      <w:r>
        <w:t>اگر سر ٹوٹتا ہے تو آپ یہ نہیں کہہ سکتے کہ مجھے پتہ نہیں تھا کہ ادھر انسان ہے۔ آپ کو نہیں پتہ تھا آپ نے پتھر پھینکا کیوں؟ یہ ہے انتہا بتاع اعمال کو باتم لا تشرون۔</w:t>
      </w:r>
    </w:p>
    <w:p>
      <w:r>
        <w:rPr>
          <w:b/>
        </w:rPr>
        <w:t xml:space="preserve">[41:49] </w:t>
      </w:r>
      <w:r>
        <w:t>to yaad rakhiye chahe consciously chahe unconsciously</w:t>
      </w:r>
    </w:p>
    <w:p>
      <w:pPr>
        <w:jc w:val="right"/>
      </w:pPr>
      <w:r>
        <w:t>تو یاد رکھیے چاہے consciously چاہے unconsciously</w:t>
      </w:r>
    </w:p>
    <w:p>
      <w:r>
        <w:rPr>
          <w:b/>
        </w:rPr>
        <w:t xml:space="preserve">[41:54] </w:t>
      </w:r>
      <w:r>
        <w:t>aap ki zaat se agar doosron ko takleef pohanchti hai to dono ke liye aap accountable hain. dono ke liye pakde jayenge aap.</w:t>
      </w:r>
    </w:p>
    <w:p>
      <w:pPr>
        <w:jc w:val="right"/>
      </w:pPr>
      <w:r>
        <w:t>آپ کی ذات سے اگر دوسروں کو تکلیف پہنچتی ہے تو دونوں کے لیے آپ accountable ہیں۔ دونوں کے لیے پکڑے جائیں گے آپ۔</w:t>
      </w:r>
    </w:p>
    <w:p>
      <w:r>
        <w:rPr>
          <w:b/>
        </w:rPr>
        <w:t xml:space="preserve">[42:05] </w:t>
      </w:r>
      <w:r>
        <w:t>yeh keh kar aap nahi chhod sakte ke bhai intention to aisa tha nahi. Kyunke quran mein saaf saaf hai. Intahaa bitaa aemaal ko baatum la tashroon.</w:t>
      </w:r>
    </w:p>
    <w:p>
      <w:pPr>
        <w:jc w:val="right"/>
      </w:pPr>
      <w:r>
        <w:t>یہ کہہ کر آپ نہیں چھوڑ سکتے کہ بھائی intention تو ایسا تھا نہیں۔ کیونکہ قرآن میں صاف صاف ہے۔ انتہا بتاع اعمال کو باتم لا تشرون۔</w:t>
      </w:r>
    </w:p>
    <w:p>
      <w:r>
        <w:rPr>
          <w:b/>
        </w:rPr>
        <w:t xml:space="preserve">[42:15] </w:t>
      </w:r>
      <w:r>
        <w:t>Unintentionally bhi agar aap ne aisa kiya jis se doosron ko nuqsaan pahancha. Is maani mein ke hamein bohat zyada sochna chahiye.</w:t>
      </w:r>
    </w:p>
    <w:p>
      <w:pPr>
        <w:jc w:val="right"/>
      </w:pPr>
      <w:r>
        <w:t>Unintentionally بھی اگر آپ نے ایسا کیا جس سے دوسروں کو نقصان پہنچا۔ اس معنی میں کہ ہمیں بہت زیادہ سوچنا چاہیے۔</w:t>
      </w:r>
    </w:p>
    <w:p>
      <w:r>
        <w:rPr>
          <w:b/>
        </w:rPr>
        <w:t xml:space="preserve">[42:24] </w:t>
      </w:r>
      <w:r>
        <w:t>Aise hi kuch nahi kar daalna chahiye.</w:t>
      </w:r>
    </w:p>
    <w:p>
      <w:pPr>
        <w:jc w:val="right"/>
      </w:pPr>
      <w:r>
        <w:t>ایسے ہی کچھ نہیں کر ڈالنا چاہیے۔</w:t>
      </w:r>
    </w:p>
    <w:p>
      <w:r>
        <w:rPr>
          <w:b/>
        </w:rPr>
        <w:t xml:space="preserve">[42:31] </w:t>
      </w:r>
      <w:r>
        <w:t>Kuch bhi aise karein, hangama, uchhal kood, koi dhoom dhaam, is mein kuch log maare jayein, kuch log pakde jayein to woh islam mein haraam hai, bilkul haraam hai.</w:t>
      </w:r>
    </w:p>
    <w:p>
      <w:pPr>
        <w:jc w:val="right"/>
      </w:pPr>
      <w:r>
        <w:t>کچھ بھی ایسے کریں، ہنگامہ، اچھل کود، کوئی دھوم دھام، اس میں کچھ لوگ مارے جائیں، کچھ لوگ پکڑے جائیں تو وہ اسلام میں حرام ہے، بالکل حرام ہے۔</w:t>
      </w:r>
    </w:p>
    <w:p>
      <w:r>
        <w:rPr>
          <w:b/>
        </w:rPr>
        <w:t xml:space="preserve">[42:44] </w:t>
      </w:r>
      <w:r>
        <w:t>Aap yeh nahi keh sakte ke maine to peaceful tha. Aap ko you have to see the result. You have to see the result.</w:t>
      </w:r>
    </w:p>
    <w:p>
      <w:pPr>
        <w:jc w:val="right"/>
      </w:pPr>
      <w:r>
        <w:t>آپ یہ نہیں کہہ سکتے کہ میں نے تو peaceful تھا۔ آپ کو you have to see the result۔ You have to see the result۔</w:t>
      </w:r>
    </w:p>
    <w:p>
      <w:r>
        <w:rPr>
          <w:b/>
        </w:rPr>
        <w:t xml:space="preserve">[42:55] </w:t>
      </w:r>
      <w:r>
        <w:t>Koi bhi fe'l karne se pehle aap ko sochna padega ke is ka result kya niklega. Koi bhi aap step le rahe hain.</w:t>
      </w:r>
    </w:p>
    <w:p>
      <w:pPr>
        <w:jc w:val="right"/>
      </w:pPr>
      <w:r>
        <w:t>کوئی بھی فعل کرنے سے پہلے آپ کو سوچنا پڑے گا کہ اس کا result کیا نکلے گا۔ کوئی بھی آپ step لے رہے ہیں۔</w:t>
      </w:r>
    </w:p>
    <w:p>
      <w:r>
        <w:rPr>
          <w:b/>
        </w:rPr>
        <w:t xml:space="preserve">[43:07] </w:t>
      </w:r>
      <w:r>
        <w:t>Koi bhi step aap le rahe hain society mein, ijtima mein.</w:t>
      </w:r>
    </w:p>
    <w:p>
      <w:pPr>
        <w:jc w:val="right"/>
      </w:pPr>
      <w:r>
        <w:t>کوئی بھی step آپ لے رہے ہیں سوسائٹی میں، اجتماع میں۔</w:t>
      </w:r>
    </w:p>
    <w:p>
      <w:r>
        <w:rPr>
          <w:b/>
        </w:rPr>
        <w:t xml:space="preserve">[43:12] </w:t>
      </w:r>
      <w:r>
        <w:t>Aap akele agar hain kisi island mein to chahe kuch bhi kijiye. Idhar pathar mariye, udhar pathar mariye. Shor kijiye, kuch bhi kijiye. Aap akele island mein hain to aap hi jaanege bas.</w:t>
      </w:r>
    </w:p>
    <w:p>
      <w:pPr>
        <w:jc w:val="right"/>
      </w:pPr>
      <w:r>
        <w:t>آپ اکیلے اگر ہیں کسی آئی لینڈ میں تو چاہے کچھ بھی کیجیے۔ ادھر پتھر میری، ادھر پتھر ماریے۔ شور کیجیے، کچھ بھی کیجیے۔ آپ اکیلے آئی لینڈ میں ہیں تو آپ ہی جانیں گے بس۔</w:t>
      </w:r>
    </w:p>
    <w:p>
      <w:r>
        <w:rPr>
          <w:b/>
        </w:rPr>
        <w:t xml:space="preserve">[43:24] </w:t>
      </w:r>
      <w:r>
        <w:t>Lekin jab aap society mein hain to aap aisa nahi kar sakte</w:t>
      </w:r>
    </w:p>
    <w:p>
      <w:pPr>
        <w:jc w:val="right"/>
      </w:pPr>
      <w:r>
        <w:t>لیکن جب آپ سوسائٹی میں ہیں تو آپ ایسا نہیں کر سکتے</w:t>
      </w:r>
    </w:p>
    <w:p>
      <w:r>
        <w:rPr>
          <w:b/>
        </w:rPr>
        <w:t xml:space="preserve">[43:30] </w:t>
      </w:r>
      <w:r>
        <w:t>Ke aap kuch bhi karein aur jab result ulta nikle to aap kahein ke mera to irada aisa nahi tha, main to peaceful tha. Ya Allah taala kaha pakad jayega, aise log pakad jayenge.</w:t>
      </w:r>
    </w:p>
    <w:p>
      <w:pPr>
        <w:jc w:val="right"/>
      </w:pPr>
      <w:r>
        <w:t>کہ آپ کچھ بھی کریں اور جب result الٹا نکلے تو آپ کہیں کہ میرا تو ارادہ ایسا نہیں تھا، میں تو peaceful تھا۔ یا اللہ تعالیٰ کہا پکڑ جائے گا، ایسے لوگ پکڑ جائیں گے۔</w:t>
      </w:r>
    </w:p>
    <w:p>
      <w:r>
        <w:rPr>
          <w:b/>
        </w:rPr>
        <w:t xml:space="preserve">[43:42] </w:t>
      </w:r>
      <w:r>
        <w:t>Jis step ka, jis qadam ka result negative nikle, bilashubaah woh log pakad jayenge jinhone woh step liya tha.</w:t>
      </w:r>
    </w:p>
    <w:p>
      <w:pPr>
        <w:jc w:val="right"/>
      </w:pPr>
      <w:r>
        <w:t>جس step کا، جس اقدام کا result negative نکلے، بلاشبہ وہ لوگ پکڑ جائیں گے جنہوں نے وہ step لیا تھا۔</w:t>
      </w:r>
    </w:p>
    <w:p>
      <w:r>
        <w:rPr>
          <w:b/>
        </w:rPr>
        <w:t xml:space="preserve">[43:52] </w:t>
      </w:r>
      <w:r>
        <w:t>Chaahe shuru mein unhone aisa na socha ho. Yeh bohat zyada sochne ki baat hai. Bohat zyada sochne ki baat hai.</w:t>
      </w:r>
    </w:p>
    <w:p>
      <w:pPr>
        <w:jc w:val="right"/>
      </w:pPr>
      <w:r>
        <w:t>چاہے شروع میں انہوں نے ایسا نہ سوچا ہو۔ یہ بہت زیادہ سوچنے کی بات ہے۔ بہت زیادہ سوچنے کی بات ہے۔</w:t>
      </w:r>
    </w:p>
    <w:p>
      <w:r>
        <w:rPr>
          <w:b/>
        </w:rPr>
        <w:t xml:space="preserve">[44:02] </w:t>
      </w:r>
      <w:r>
        <w:t>Ek hadees hai ke ad deen ul ma'amlah, deen dealing ka naam hai.</w:t>
      </w:r>
    </w:p>
    <w:p>
      <w:pPr>
        <w:jc w:val="right"/>
      </w:pPr>
      <w:r>
        <w:t>ایک حدیث ہے کہ الدین المعاملہ، دین dealing کا نام ہے۔</w:t>
      </w:r>
    </w:p>
    <w:p>
      <w:r>
        <w:rPr>
          <w:b/>
        </w:rPr>
        <w:t xml:space="preserve">[44:08] </w:t>
      </w:r>
      <w:r>
        <w:t>Yeh zor dene ke liye kaha gaya hai. Is ka matlab nahi ke Allah ko maano ya na maano, paighambar ko maano ya na maano, but dealing achhi ho, yeh matlab hai is ka nahi.</w:t>
      </w:r>
    </w:p>
    <w:p>
      <w:pPr>
        <w:jc w:val="right"/>
      </w:pPr>
      <w:r>
        <w:t>یہ زور دینے کے لیے کہا گیا ہے۔ اس کا مطلب نہیں کہ اللہ کو مانو یا نہ مانو، پیغمبر کو مانو یا نہ مانو، but dealing اچھی ہو، یہ مطلب ہے اس کا نہیں۔</w:t>
      </w:r>
    </w:p>
    <w:p>
      <w:r>
        <w:rPr>
          <w:b/>
        </w:rPr>
        <w:t xml:space="preserve">[44:20] </w:t>
      </w:r>
      <w:r>
        <w:t>Yeh tumhara imaan, tumhari ibaadat judge ki jayegi is baat se ke dealing mein tum kaise ho.</w:t>
      </w:r>
    </w:p>
    <w:p>
      <w:pPr>
        <w:jc w:val="right"/>
      </w:pPr>
      <w:r>
        <w:t>یہ تمہارا ایمان، تمہاری عبادت judge کی جائے گی اس بات سے کہ dealing میں تم کیسے ہو۔</w:t>
      </w:r>
    </w:p>
    <w:p>
      <w:r>
        <w:rPr>
          <w:b/>
        </w:rPr>
        <w:t xml:space="preserve">[44:26] </w:t>
      </w:r>
      <w:r>
        <w:t>Yeh matlab hai is ka.</w:t>
      </w:r>
    </w:p>
    <w:p>
      <w:pPr>
        <w:jc w:val="right"/>
      </w:pPr>
      <w:r>
        <w:t>یہ مطلب ہے اس کا۔</w:t>
      </w:r>
    </w:p>
    <w:p>
      <w:r>
        <w:rPr>
          <w:b/>
        </w:rPr>
        <w:t xml:space="preserve">[44:32] </w:t>
      </w:r>
      <w:r>
        <w:t>Yaani tumhara deen, tumhara imaan, tumhari ibaadat sab jaanchi jayegi is baat se ke tum logon ke darmiyan tumhari dealing kaisi hai. Yaani Hazrat Umar (R.A.) se ek shakhs hai, us ki tareef ki gayi ke falan aadmi bada achha hai, falan aadmi bohat khoobiyon wala hai.</w:t>
      </w:r>
    </w:p>
    <w:p>
      <w:pPr>
        <w:jc w:val="right"/>
      </w:pPr>
      <w:r>
        <w:t>یعنی تمہارا دین، تمہارا ایمان، تمہاری عبادت سب جانچی جائے گی اس بات سے کہ تم لوگوں کے درمیان تمہاری dealing کیسی ہے۔ یعنی حضرت عمر رضی اللہ عنہ سے ایک شخص ہے، اس کی تعریف کی گئی کہ فلاں آدمی بڑا اچھا ہے، فلاں آدمی بہت خوبیوں والا ہے۔</w:t>
      </w:r>
    </w:p>
    <w:p>
      <w:r>
        <w:rPr>
          <w:b/>
        </w:rPr>
        <w:t xml:space="preserve">[44:49] </w:t>
      </w:r>
      <w:r>
        <w:t>To Hazrat Umar ne poocha un se ke kya tumhari koi dealing hui hai un se? Koi lain dain hua hai? To kaha ke nahi.</w:t>
      </w:r>
    </w:p>
    <w:p>
      <w:pPr>
        <w:jc w:val="right"/>
      </w:pPr>
      <w:r>
        <w:t>تو حضرت عمر نے پوچھا ان سے کہ کیا تمہاری کوئی dealing ہوئی ہے ان سے؟ کوئی لین دین ہوا ہے؟ تو کہا کہ نہیں۔</w:t>
      </w:r>
    </w:p>
    <w:p>
      <w:r>
        <w:rPr>
          <w:b/>
        </w:rPr>
        <w:t xml:space="preserve">[44:59] </w:t>
      </w:r>
      <w:r>
        <w:t>Kaha kabhi tum ne un ke saath safar kiya hai? To kaha ke nahi. To Hazrat Umar ne kya kaha?</w:t>
      </w:r>
    </w:p>
    <w:p>
      <w:pPr>
        <w:jc w:val="right"/>
      </w:pPr>
      <w:r>
        <w:t>کہا کبھی تم نے ان کے ساتھ سفر کیا ہے؟ تو کہا کہ نہیں۔ تو حضرت عمر نے کیا کہا؟</w:t>
      </w:r>
    </w:p>
    <w:p>
      <w:r>
        <w:rPr>
          <w:b/>
        </w:rPr>
        <w:t xml:space="preserve">[45:06] </w:t>
      </w:r>
      <w:r>
        <w:t>Phir tum ne un ko masjid mein uthte baithte dekha hoga.</w:t>
      </w:r>
    </w:p>
    <w:p>
      <w:pPr>
        <w:jc w:val="right"/>
      </w:pPr>
      <w:r>
        <w:t>پھر تم نے ان کو مسجد میں اٹھتے بیٹھتے دیکھا ہوگا۔</w:t>
      </w:r>
    </w:p>
    <w:p>
      <w:r>
        <w:rPr>
          <w:b/>
        </w:rPr>
        <w:t xml:space="preserve">[45:14] </w:t>
      </w:r>
      <w:r>
        <w:t>Ghaur kijiye is par ke phir tum ne un ko masjid mein uthte baithte dekha hoga. Is maani hai ke masjid ki jo namaz hai, us ko jaanchne ka jo me'yaar kya hai?</w:t>
      </w:r>
    </w:p>
    <w:p>
      <w:pPr>
        <w:jc w:val="right"/>
      </w:pPr>
      <w:r>
        <w:t>غور کیجیے اس پر کہ پھر تم نے ان کو مسجد میں اٹھتے بیٹھتے دیکھا ہوگا۔ اس معنی ہے کہ مسجد کی جو نماز ہے، اس کو جانچنے کا جو معیار کیا ہے؟</w:t>
      </w:r>
    </w:p>
    <w:p>
      <w:r>
        <w:rPr>
          <w:b/>
        </w:rPr>
        <w:t xml:space="preserve">[45:28] </w:t>
      </w:r>
      <w:r>
        <w:t>Dealing hai. Logon ke saath aap kaise hain?</w:t>
      </w:r>
    </w:p>
    <w:p>
      <w:pPr>
        <w:jc w:val="right"/>
      </w:pPr>
      <w:r>
        <w:t>Dealing ہے۔ لوگوں کے ساتھ آپ کیسے ہیں؟</w:t>
      </w:r>
    </w:p>
    <w:p>
      <w:r>
        <w:rPr>
          <w:b/>
        </w:rPr>
        <w:t xml:space="preserve">[45:33] </w:t>
      </w:r>
      <w:r>
        <w:t>Agar aap logon ke saath achhe nahi hain to is maani mein aap ki namaz jo thi, woh ek ritual thi, ek rasam thi, ek be rooh form tha.</w:t>
      </w:r>
    </w:p>
    <w:p>
      <w:pPr>
        <w:jc w:val="right"/>
      </w:pPr>
      <w:r>
        <w:t>اگر آپ لوگوں کے ساتھ اچھے نہیں ہیں تو اس معنی میں آپ کی نماز جو تھی، وہ ایک ritual تھی، ایک رسم تھی، ایک بے روح فارم تھا۔</w:t>
      </w:r>
    </w:p>
    <w:p>
      <w:r>
        <w:rPr>
          <w:b/>
        </w:rPr>
        <w:t xml:space="preserve">[45:44] </w:t>
      </w:r>
      <w:r>
        <w:t>Aur be rooh form ki koi qeemat nahi hai.</w:t>
      </w:r>
    </w:p>
    <w:p>
      <w:pPr>
        <w:jc w:val="right"/>
      </w:pPr>
      <w:r>
        <w:t>اور بے روح فارم کی کوئی قیمت نہیں ہے۔</w:t>
      </w:r>
    </w:p>
    <w:p>
      <w:r>
        <w:rPr>
          <w:b/>
        </w:rPr>
        <w:t xml:space="preserve">[45:51] </w:t>
      </w:r>
      <w:r>
        <w:t>To dunya mein bohat zyada, bohat zyada soch samajh kar rehna yaad rakhiye. Har waqt chaukanna rehna, har waqt conscious rehna hai.</w:t>
      </w:r>
    </w:p>
    <w:p>
      <w:pPr>
        <w:jc w:val="right"/>
      </w:pPr>
      <w:r>
        <w:t>تو دنیا میں بہت زیادہ، بہت زیادہ سوچ سمجھ کر رہنا یاد رکھیے۔ ہر وقت چوکنا رہنا، ہر وقت conscious رہنا ہے۔</w:t>
      </w:r>
    </w:p>
    <w:p>
      <w:r>
        <w:rPr>
          <w:b/>
        </w:rPr>
        <w:t xml:space="preserve">[46:00] </w:t>
      </w:r>
      <w:r>
        <w:t>agar koi aadmi island mein ho akele, tab us ko jaise chahe waise rahe woh.</w:t>
      </w:r>
    </w:p>
    <w:p>
      <w:pPr>
        <w:jc w:val="right"/>
      </w:pPr>
      <w:r>
        <w:t>اگر کوئی آدمی آئی لینڈ میں ہو اکیلے، تب اس کو جیسے چاہے ویسے رہے وہ۔</w:t>
      </w:r>
    </w:p>
    <w:p>
      <w:r>
        <w:rPr>
          <w:b/>
        </w:rPr>
        <w:t xml:space="preserve">[46:08] </w:t>
      </w:r>
      <w:r>
        <w:t>lekin jab aap society mein hain to har waqt aap ko sochna hai.</w:t>
      </w:r>
    </w:p>
    <w:p>
      <w:pPr>
        <w:jc w:val="right"/>
      </w:pPr>
      <w:r>
        <w:t>لیکن جب آپ سوسائٹی میں ہیں تو ہر وقت آپ کو سوچنا ہے۔</w:t>
      </w:r>
    </w:p>
    <w:p>
      <w:r>
        <w:rPr>
          <w:b/>
        </w:rPr>
        <w:t xml:space="preserve">[46:16] </w:t>
      </w:r>
      <w:r>
        <w:t>isi ka, isi ka naam taqwa hai. isi mahat't zindagi ka naam taqwa hai.</w:t>
      </w:r>
    </w:p>
    <w:p>
      <w:pPr>
        <w:jc w:val="right"/>
      </w:pPr>
      <w:r>
        <w:t>اسی کا، اسی کا نام تقویٰ ہے۔ اسی محتاط زندگی کا نام تقویٰ ہے۔</w:t>
      </w:r>
    </w:p>
    <w:p>
      <w:r>
        <w:rPr>
          <w:b/>
        </w:rPr>
        <w:t xml:space="preserve">[46:24] </w:t>
      </w:r>
      <w:r>
        <w:t>taqwa kya hai? mahat't zindagi. ehtiyat ke sath dunya mein rehna. chunancha dekhiye</w:t>
      </w:r>
    </w:p>
    <w:p>
      <w:pPr>
        <w:jc w:val="right"/>
      </w:pPr>
      <w:r>
        <w:t>تقویٰ کیا ہے؟ محتاط زندگی۔ احتیاط کے ساتھ دنیا میں رہنا۔ چنانچہ دیکھیے</w:t>
      </w:r>
    </w:p>
    <w:p>
      <w:r>
        <w:rPr>
          <w:b/>
        </w:rPr>
        <w:t xml:space="preserve">[46:36] </w:t>
      </w:r>
      <w:r>
        <w:t>ek riwayat hai ke Hazrat Umar Farooq R.A. jo thay, second khaleefa thay, unhon ne ek sahabi se poocha, ek aalim sahabi se ke taqwa kya hai?</w:t>
      </w:r>
    </w:p>
    <w:p>
      <w:pPr>
        <w:jc w:val="right"/>
      </w:pPr>
      <w:r>
        <w:t>ایک روایت ہے کہ حضرت عمر فاروق رضی اللہ عنہ جو تھے، سیکنڈ خلیفہ تھے، انہوں نے ایک صحابی سے پوچھا، ایک عالم صحابی سے کہ تقویٰ کیا ہے؟</w:t>
      </w:r>
    </w:p>
    <w:p>
      <w:r>
        <w:rPr>
          <w:b/>
        </w:rPr>
        <w:t xml:space="preserve">[46:54] </w:t>
      </w:r>
      <w:r>
        <w:t>taqwa kya hai? to unhon ne ek misaal, ek tamseel ke zariye is ki wazahat ki.</w:t>
      </w:r>
    </w:p>
    <w:p>
      <w:pPr>
        <w:jc w:val="right"/>
      </w:pPr>
      <w:r>
        <w:t>تقویٰ کیا ہے؟ تو انہوں نے ایک مثال، ایک تمثیل کے ذریعے اس کی وضاحت کی۔</w:t>
      </w:r>
    </w:p>
    <w:p>
      <w:r>
        <w:rPr>
          <w:b/>
        </w:rPr>
        <w:t xml:space="preserve">[47:05] </w:t>
      </w:r>
      <w:r>
        <w:t>"ya amir al momineen, har sarak tareeqa tha shouqan." is waqt Hazrat Umar khaleefa thay to unhon ne kaha ke: "ae amir al momineen, ke aap aise rastay par chalay hain jis mein dono taraf kaantay daar jhaariyan hon."</w:t>
      </w:r>
    </w:p>
    <w:p>
      <w:pPr>
        <w:jc w:val="right"/>
      </w:pPr>
      <w:r>
        <w:t>انہوں نے کہا: "یا امیرالمومنین، ہر سرک طریقا ذا شوقن۔" اس وقت حضرت عمر خلیفہ تھے تو انہوں نے کہا کہ: "اے امیرالمومنین، کہ آپ ایسے راستے پر چلے ہیں جس میں دونوں طرف کاٹے دار جھاڑیاں ہوں۔"</w:t>
      </w:r>
    </w:p>
    <w:p>
      <w:r>
        <w:rPr>
          <w:b/>
        </w:rPr>
        <w:t xml:space="preserve">[47:23] </w:t>
      </w:r>
      <w:r>
        <w:t>kyun ke Arab mein kaantay daar jhaariyan hua karti theen.</w:t>
      </w:r>
    </w:p>
    <w:p>
      <w:pPr>
        <w:jc w:val="right"/>
      </w:pPr>
      <w:r>
        <w:t>کیونکہ عرب میں کاٹے دار جھاڑیاں ہوا کرتی تھیں۔</w:t>
      </w:r>
    </w:p>
    <w:p>
      <w:r>
        <w:rPr>
          <w:b/>
        </w:rPr>
        <w:t xml:space="preserve">[47:29] </w:t>
      </w:r>
      <w:r>
        <w:t>"al sarak tareeqa tha shouqan." aap aise rastay mein chalay hain ke idhar bhi kaantay daar jhaari, idhar bhi kaantay daar jhaari. to unhon ne kaha ke: "haan." to unhon ne poocha ke: "aap ne kya kiya is waqt?" to Hazrat Umar ne farmaya ke:</w:t>
      </w:r>
    </w:p>
    <w:p>
      <w:pPr>
        <w:jc w:val="right"/>
      </w:pPr>
      <w:r>
        <w:t>"السرک طریقہ ذا شوقن۔" آپ ایسے راستے میں چلے ہیں کہ ادھر بھی کاٹے دار جھاڑی، ادھر بھی کاٹے دار جھاڑی۔ تو انہوں نے کہا کہ: "ہاں۔" تو انہوں نے پوچھا کہ: "آپ نے کیا کیا اس وقت؟" تو حضرت عمر نے فرمایا کہ:</w:t>
      </w:r>
    </w:p>
    <w:p>
      <w:r>
        <w:rPr>
          <w:b/>
        </w:rPr>
        <w:t xml:space="preserve">[47:48] </w:t>
      </w:r>
      <w:r>
        <w:t>"shimr to wishtat." yaani mein ne apne kapray sameyt liye aur bachta hua guzar gaya. to unhon ne kaha ke: "zhalik al taqwa." yahi taqwa hai.</w:t>
      </w:r>
    </w:p>
    <w:p>
      <w:pPr>
        <w:jc w:val="right"/>
      </w:pPr>
      <w:r>
        <w:t>"شمر تو وشتہت۔" یعنی میں نے اپنے کپڑے سمیٹ لیے اور بچتا ہوا گزر گیا۔ تو انہوں نے کہا کہ: "ذالک التقویٰ۔" یہی تقویٰ ہے۔</w:t>
      </w:r>
    </w:p>
    <w:p>
      <w:r>
        <w:rPr>
          <w:b/>
        </w:rPr>
        <w:t xml:space="preserve">[48:03] </w:t>
      </w:r>
      <w:r>
        <w:t>is mein saari baat aa jati hai. ek hi hadees agar pakar le aadmi,</w:t>
      </w:r>
    </w:p>
    <w:p>
      <w:pPr>
        <w:jc w:val="right"/>
      </w:pPr>
      <w:r>
        <w:t>اس میں ساری بات آ جاتی ہے۔ ایک ہی حدیث اگر پکڑ لے آدمی،</w:t>
      </w:r>
    </w:p>
    <w:p>
      <w:r>
        <w:rPr>
          <w:b/>
        </w:rPr>
        <w:t xml:space="preserve">[48:07] </w:t>
      </w:r>
      <w:r>
        <w:t>saari baat aa jati hai.</w:t>
      </w:r>
    </w:p>
    <w:p>
      <w:pPr>
        <w:jc w:val="right"/>
      </w:pPr>
      <w:r>
        <w:t>ساری بات آ جاتی ہے۔</w:t>
      </w:r>
    </w:p>
    <w:p>
      <w:r>
        <w:rPr>
          <w:b/>
        </w:rPr>
        <w:t xml:space="preserve">[48:12] </w:t>
      </w:r>
      <w:r>
        <w:t>yaani kaantay hamari zindagi dunya mein kaantay daar jhaariyon ke beech se guzarti hai. yaani koi aap ko provoke kar raha hai, koi aap ko bura bura keh raha hai, koi aap se koi nuqsan pohncha deta hai, koi aap ko dhakka de deta hai,</w:t>
      </w:r>
    </w:p>
    <w:p>
      <w:pPr>
        <w:jc w:val="right"/>
      </w:pPr>
      <w:r>
        <w:t>یعنی کاٹے ہماری زندگی دنیا میں کاٹے دار جھاڑیوں کے بیچ سے گزرتی ہے۔ یعنی کوئی آپ کو پرووک کر رہا ہے، کوئی آپ کو برا برا کہہ رہا ہے، کوئی آپ سے کوئی نقصان پہنچا دیتا ہے، کوئی آپ کو دھکا دے دیتا ہے،</w:t>
      </w:r>
    </w:p>
    <w:p>
      <w:r>
        <w:rPr>
          <w:b/>
        </w:rPr>
        <w:t xml:space="preserve">[48:32] </w:t>
      </w:r>
      <w:r>
        <w:t>koi aap ko inspire karna chahta hai, koi aap ko ghussa dila deta hai. yeh hona hi hona hai. aisi koi dunya aap nahi pa sakte jahan bilkul smooth life ho, kuch bhi na ho raha ho.</w:t>
      </w:r>
    </w:p>
    <w:p>
      <w:pPr>
        <w:jc w:val="right"/>
      </w:pPr>
      <w:r>
        <w:t>کوئی آپ کو انسپائر کرنا چاہتا ہے، کوئی آپ کو غصہ دلا دیتا ہے۔ یہ ہونا ہی ہونا ہے۔ ایسی کوئی دنیا آپ نہیں پا سکتے جہاں بالکل smooth life ہو، کچھ بھی نہ ہو رہا ہو۔</w:t>
      </w:r>
    </w:p>
    <w:p>
      <w:r>
        <w:rPr>
          <w:b/>
        </w:rPr>
        <w:t xml:space="preserve">[48:46] </w:t>
      </w:r>
      <w:r>
        <w:t>woh to sirf island mein mumkin hai.</w:t>
      </w:r>
    </w:p>
    <w:p>
      <w:pPr>
        <w:jc w:val="right"/>
      </w:pPr>
      <w:r>
        <w:t>وہ تو صرف آئی لینڈ میں ممکن ہے۔</w:t>
      </w:r>
    </w:p>
    <w:p>
      <w:r>
        <w:rPr>
          <w:b/>
        </w:rPr>
        <w:t xml:space="preserve">[48:49] </w:t>
      </w:r>
      <w:r>
        <w:t>yeh dunya mein to yeh hona hi hona hai ke aap ko bar bar unpleasant situation pesh aye gi. matlab bar bar kaantay daar jhaariyan aap ko lagen gi.</w:t>
      </w:r>
    </w:p>
    <w:p>
      <w:pPr>
        <w:jc w:val="right"/>
      </w:pPr>
      <w:r>
        <w:t>یہ دنیا میں تو یہ ہونا ہی ہونا ہے کہ آپ کو بار بار unpleasant situation پیش آئے گی۔ مطلب بار بار کاٹے دار جھاڑیاں آپ کو لگیں گی۔</w:t>
      </w:r>
    </w:p>
    <w:p>
      <w:r>
        <w:rPr>
          <w:b/>
        </w:rPr>
        <w:t xml:space="preserve">[49:04] </w:t>
      </w:r>
      <w:r>
        <w:t>to is waqt kya hoga? aap react karein ge, aap ko ghussa aa jaye ga, aap ko aap bhark uthein ge aur riven bharkay ga, inteqaam aaye ga aap ke andar.</w:t>
      </w:r>
    </w:p>
    <w:p>
      <w:pPr>
        <w:jc w:val="right"/>
      </w:pPr>
      <w:r>
        <w:t>تو اس وقت کیا ہوگا؟ آپ react کریں گے، آپ غصہ آ جائے گا، آپ کو آپ بھڑک اٹھیں گے اور riven بھڑکے گا، انتقام آئے گا آپ کے اندر۔</w:t>
      </w:r>
    </w:p>
    <w:p>
      <w:r>
        <w:rPr>
          <w:b/>
        </w:rPr>
        <w:t xml:space="preserve">[49:16] </w:t>
      </w:r>
      <w:r>
        <w:t>yeh yeh nahi karna hai, yeh sab Islam mein haram hai.</w:t>
      </w:r>
    </w:p>
    <w:p>
      <w:pPr>
        <w:jc w:val="right"/>
      </w:pPr>
      <w:r>
        <w:t>یہ یہ نہیں کرنا ہے، یہ سب اسلام میں حرام ہے۔</w:t>
      </w:r>
    </w:p>
    <w:p>
      <w:r>
        <w:rPr>
          <w:b/>
        </w:rPr>
        <w:t xml:space="preserve">[49:22] </w:t>
      </w:r>
      <w:r>
        <w:t>jo karna hai woh yeh hai ke bharknay walay halaat mein bhi na bharkain, ghussa dilanay walay halaat mein bhi sabr kar ke rahain.</w:t>
      </w:r>
    </w:p>
    <w:p>
      <w:pPr>
        <w:jc w:val="right"/>
      </w:pPr>
      <w:r>
        <w:t>جو کرنا ہے وہ یہ ہے کہ بھڑکنے والے حالات میں بھی نہ بھڑکیں، غصہ دلانے والے حالات میں بھی صبر کر کے رہیں۔</w:t>
      </w:r>
    </w:p>
    <w:p>
      <w:r>
        <w:rPr>
          <w:b/>
        </w:rPr>
        <w:t xml:space="preserve">[49:34] </w:t>
      </w:r>
      <w:r>
        <w:t>negative experience ke darmiyan bhi positive banay banay rahain. yeh karna hai,</w:t>
      </w:r>
    </w:p>
    <w:p>
      <w:pPr>
        <w:jc w:val="right"/>
      </w:pPr>
      <w:r>
        <w:t>Negative experience کے درمیان بھی positive بنے بنے رہیں۔ یہ کرنا ہے،</w:t>
      </w:r>
    </w:p>
    <w:p>
      <w:r>
        <w:rPr>
          <w:b/>
        </w:rPr>
        <w:t xml:space="preserve">[49:39] </w:t>
      </w:r>
      <w:r>
        <w:t>yeh hai taqwa. aur Quran mein bataya gaya hai ke jannat muttaqiyon ke liye hai. Quran mein bataya gaya hai ke jannat jo hai muttaqiyon ke liye hai.</w:t>
      </w:r>
    </w:p>
    <w:p>
      <w:pPr>
        <w:jc w:val="right"/>
      </w:pPr>
      <w:r>
        <w:t>یہ ہے تقویٰ۔ اور قرآن میں بتایا گیا ہے کہ جنت متقیوں کے لیے ہے۔ قرآن میں بتایا گیا ہے کہ جنت جو ہے متقیوں کے لیے ہے۔</w:t>
      </w:r>
    </w:p>
    <w:p>
      <w:r>
        <w:rPr>
          <w:b/>
        </w:rPr>
        <w:t xml:space="preserve">[49:55] </w:t>
      </w:r>
      <w:r>
        <w:t>to muttaqi banna, is is yeh jo misaal di unhon ne, bohat achi misaal hai yeh ke dunya mein jhaariyan hi jhaariyan hain, har taraf yaani hamari marzi ke khilaaf baatein hain.</w:t>
      </w:r>
    </w:p>
    <w:p>
      <w:pPr>
        <w:jc w:val="right"/>
      </w:pPr>
      <w:r>
        <w:t>تو متقی بننا، اس اس یہ جو مثال دی انہوں نے، بہت اچھی مثال ہے یہ کہ دنیا میں جھاڑیاں ہی جھاڑیاں ہیں، ہر طرف یعنی ہماری مرضی کے خلاف باتیں ہیں۔</w:t>
      </w:r>
    </w:p>
    <w:p>
      <w:r>
        <w:rPr>
          <w:b/>
        </w:rPr>
        <w:t xml:space="preserve">[50:13] </w:t>
      </w:r>
      <w:r>
        <w:t>to reaction ke baghair rehna, radd-e-amal ke baghair rehna, isi ka naam zindagi, isi ka naam Islami zindagi hai, isi ka naam taqwa hai.</w:t>
      </w:r>
    </w:p>
    <w:p>
      <w:pPr>
        <w:jc w:val="right"/>
      </w:pPr>
      <w:r>
        <w:t>تو reaction کے بغیر رہنا، ردعمل کے بغیر رہنا، اسی کا نام زندگی، اسی کا نام اسلامی زندگی ہے، اسی کا نام تقویٰ ہے۔</w:t>
      </w:r>
    </w:p>
    <w:p>
      <w:r>
        <w:rPr>
          <w:b/>
        </w:rPr>
        <w:t xml:space="preserve">[50:29] </w:t>
      </w:r>
      <w:r>
        <w:t>to jo aadmi</w:t>
      </w:r>
    </w:p>
    <w:p>
      <w:pPr>
        <w:jc w:val="right"/>
      </w:pPr>
      <w:r>
        <w:t>تو جو آدمی</w:t>
      </w:r>
    </w:p>
    <w:p>
      <w:r>
        <w:rPr>
          <w:b/>
        </w:rPr>
        <w:t xml:space="preserve">[50:32] </w:t>
      </w:r>
      <w:r>
        <w:t>halaat se react na karay, jaise Quran majeed mein hai ke: "wa izaa ghadaboohum yaghfiroon."</w:t>
      </w:r>
    </w:p>
    <w:p>
      <w:pPr>
        <w:jc w:val="right"/>
      </w:pPr>
      <w:r>
        <w:t>حالات سے react نہ کرے، جیسے قرآن مجید میں ہے کہ: "وَإِذَا غَضَبُوهُمْ يَغْفِرُونَ"۔</w:t>
      </w:r>
    </w:p>
    <w:p>
      <w:r>
        <w:rPr>
          <w:b/>
        </w:rPr>
        <w:t xml:space="preserve">[50:43] </w:t>
      </w:r>
      <w:r>
        <w:t>aise aaya hai ke: "walgazibeen alghayza wal aafina anin naas".</w:t>
      </w:r>
    </w:p>
    <w:p>
      <w:pPr>
        <w:jc w:val="right"/>
      </w:pPr>
      <w:r>
        <w:t>ایسے آیا ہے کہ: "وَالْكَاذِبِينَ الْغَيْظَ وَالْعَافِينَ عَنِ النَّاسِ"۔</w:t>
      </w:r>
    </w:p>
    <w:p>
      <w:r>
        <w:rPr>
          <w:b/>
        </w:rPr>
        <w:t xml:space="preserve">[50:53] </w:t>
      </w:r>
      <w:r>
        <w:t>yani ghusay ke waqt maaf kar denay walay,</w:t>
      </w:r>
    </w:p>
    <w:p>
      <w:pPr>
        <w:jc w:val="right"/>
      </w:pPr>
      <w:r>
        <w:t>یعنی غصے کے وقت معاف کر دینے والے،</w:t>
      </w:r>
    </w:p>
    <w:p>
      <w:r>
        <w:rPr>
          <w:b/>
        </w:rPr>
        <w:t xml:space="preserve">[50:59] </w:t>
      </w:r>
      <w:r>
        <w:t>ghusay ke waqt maaf kar denay walay.</w:t>
      </w:r>
    </w:p>
    <w:p>
      <w:pPr>
        <w:jc w:val="right"/>
      </w:pPr>
      <w:r>
        <w:t>غصے کے وقت معاف کر دینے والے۔</w:t>
      </w:r>
    </w:p>
    <w:p>
      <w:r>
        <w:rPr>
          <w:b/>
        </w:rPr>
        <w:t xml:space="preserve">[51:06] </w:t>
      </w:r>
      <w:r>
        <w:t>kyunke ghusa to zaroor aayega,</w:t>
      </w:r>
    </w:p>
    <w:p>
      <w:pPr>
        <w:jc w:val="right"/>
      </w:pPr>
      <w:r>
        <w:t>کیونکہ غصہ تو ضرور آئے گا،</w:t>
      </w:r>
    </w:p>
    <w:p>
      <w:r>
        <w:rPr>
          <w:b/>
        </w:rPr>
        <w:t xml:space="preserve">[51:12] </w:t>
      </w:r>
      <w:r>
        <w:t>ghusa to aanay hi aana hai.</w:t>
      </w:r>
    </w:p>
    <w:p>
      <w:pPr>
        <w:jc w:val="right"/>
      </w:pPr>
      <w:r>
        <w:t>غصہ تو آنے ہی آنا ہے۔</w:t>
      </w:r>
    </w:p>
    <w:p>
      <w:r>
        <w:rPr>
          <w:b/>
        </w:rPr>
        <w:t xml:space="preserve">[51:18] </w:t>
      </w:r>
      <w:r>
        <w:t>aise hi dekhiye, ek hadith mein hai ek shakhs aata hai rasool Allah ke paas, woh kehta hai ke: "ya rasool Allah, allimni kalimaat aisha bayna wa la tuksir alayya fa ansā".</w:t>
      </w:r>
    </w:p>
    <w:p>
      <w:pPr>
        <w:jc w:val="right"/>
      </w:pPr>
      <w:r>
        <w:t>ایسے ہی دیکھیے، ایک حدیث میں ہے ایک شخص آتا ہے رسول اللہ کے پاس، وہ کہتا ہے کہ: "یا رسول اللہ، علّمنی کلمات عائشہ بینا ولا تُكْسِرْ عَلَيَّ فَأَنْسَى"۔</w:t>
      </w:r>
    </w:p>
    <w:p>
      <w:r>
        <w:rPr>
          <w:b/>
        </w:rPr>
        <w:t xml:space="preserve">[51:35] </w:t>
      </w:r>
      <w:r>
        <w:t>yani ay Allah ke rasool, mujhe ek bohat hi</w:t>
      </w:r>
    </w:p>
    <w:p>
      <w:pPr>
        <w:jc w:val="right"/>
      </w:pPr>
      <w:r>
        <w:t>یعنی اے اللہ کے رسول، مجھے ایک بہت ہی</w:t>
      </w:r>
    </w:p>
    <w:p>
      <w:r>
        <w:rPr>
          <w:b/>
        </w:rPr>
        <w:t xml:space="preserve">[51:39] </w:t>
      </w:r>
      <w:r>
        <w:t>jami naseehat kijiye, aisi naseehat jo poori life ko cover kar rahi ho</w:t>
      </w:r>
    </w:p>
    <w:p>
      <w:pPr>
        <w:jc w:val="right"/>
      </w:pPr>
      <w:r>
        <w:t>جامع نصیحت کیجیے، ایسی نصیحت جو پوری life کو cover کر رہی ہو</w:t>
      </w:r>
    </w:p>
    <w:p>
      <w:r>
        <w:rPr>
          <w:b/>
        </w:rPr>
        <w:t xml:space="preserve">[51:48] </w:t>
      </w:r>
      <w:r>
        <w:t>aur bohat choti si ho taake mujhe yaad rahe. wa la tuksir alayya fa ansā. kaisi ajeeb baat hai ke woh maang raha hai aap se ek jami naseehat jo poori zindagi ko cover kar raha ho aur woh choti bhi ho taake yaad rahe us ko.</w:t>
      </w:r>
    </w:p>
    <w:p>
      <w:pPr>
        <w:jc w:val="right"/>
      </w:pPr>
      <w:r>
        <w:t>اور بہت چھوٹی سی ہو تاکہ مجھے یاد رہے۔ ولا تُكْسِرْ عَلَيَّ فَأَنْسَى۔ کیسی عجیب بات ہے کہ وہ مانگ رہا ہے آپ سے ایک جامع نصیحت جو پوری زندگی کو cover کر رہا ہو اور وہ چھوٹی بھی ہو تاکہ یاد رہے اس کو۔</w:t>
      </w:r>
    </w:p>
    <w:p>
      <w:r>
        <w:rPr>
          <w:b/>
        </w:rPr>
        <w:t xml:space="preserve">[52:06] </w:t>
      </w:r>
      <w:r>
        <w:t>kyunke yeh log jo hai baat karne ke liye baat nahi karte thay balkeh amal karne ke liye karte thay. to aap ne kya bataya us ko? "la taghzab".</w:t>
      </w:r>
    </w:p>
    <w:p>
      <w:pPr>
        <w:jc w:val="right"/>
      </w:pPr>
      <w:r>
        <w:t>کیونکہ یہ لوگ جو ہے بات کرنے کے لیے بات نہیں کرتے تھے بلکہ عمل کرنے کے لیے کرتے تھے۔ تو آپ نے کیا بتایا اس کو؟ "لا تغضب"۔</w:t>
      </w:r>
    </w:p>
    <w:p>
      <w:r>
        <w:rPr>
          <w:b/>
        </w:rPr>
        <w:t xml:space="preserve">[52:16] </w:t>
      </w:r>
      <w:r>
        <w:t>to ghusa mat karo. aur ghusa kab karta hai aadmi? jab koi bharkaye,</w:t>
      </w:r>
    </w:p>
    <w:p>
      <w:pPr>
        <w:jc w:val="right"/>
      </w:pPr>
      <w:r>
        <w:t>تو غصہ مت کرو۔ اور غصہ کب کرتا ہے آدمی؟ جب کوئی بھڑکائے،</w:t>
      </w:r>
    </w:p>
    <w:p>
      <w:r>
        <w:rPr>
          <w:b/>
        </w:rPr>
        <w:t xml:space="preserve">[52:25] </w:t>
      </w:r>
      <w:r>
        <w:t>lekin koi na bharkaye to ghusa bhi nahi hai. is ka matlab kya hua? "Don't be angry even when provoked".</w:t>
      </w:r>
    </w:p>
    <w:p>
      <w:pPr>
        <w:jc w:val="right"/>
      </w:pPr>
      <w:r>
        <w:t>لیکن کوئی نہ بھڑکائے تو غصہ بھی نہیں ہے۔ اس کا مطلب کیا ہوا؟ "Don't be angry even when provoked"۔</w:t>
      </w:r>
    </w:p>
    <w:p>
      <w:r>
        <w:rPr>
          <w:b/>
        </w:rPr>
        <w:t xml:space="preserve">[52:35] </w:t>
      </w:r>
      <w:r>
        <w:t>yani koi bharkaye tab bhi ghusa na ho, koi mushtael kare tab bhi ghusa na ho.</w:t>
      </w:r>
    </w:p>
    <w:p>
      <w:pPr>
        <w:jc w:val="right"/>
      </w:pPr>
      <w:r>
        <w:t>یعنی کوئی بھڑکائے تب بھی غصہ نہ ہو، کوئی مشتعل کرے تب بھی غصہ نہ ہو۔</w:t>
      </w:r>
    </w:p>
    <w:p>
      <w:r>
        <w:rPr>
          <w:b/>
        </w:rPr>
        <w:t xml:space="preserve">[52:43] </w:t>
      </w:r>
      <w:r>
        <w:t>yeh matlab hai is ka. ab dekhiye to is mein saari baat aa gayi, saari baat aa gayi.</w:t>
      </w:r>
    </w:p>
    <w:p>
      <w:pPr>
        <w:jc w:val="right"/>
      </w:pPr>
      <w:r>
        <w:t>یہ مطلب ہے اس کا۔ اب دیکھیے تو اس میں ساری بات آ گئی، ساری بات آ گئی۔</w:t>
      </w:r>
    </w:p>
    <w:p>
      <w:r>
        <w:rPr>
          <w:b/>
        </w:rPr>
        <w:t xml:space="preserve">[52:54] </w:t>
      </w:r>
      <w:r>
        <w:t>dekhiye, aadmi jo hai hamesha jab bhi koi ghalat kaam karta hai to ishteaal ki haalat mein karta hai.</w:t>
      </w:r>
    </w:p>
    <w:p>
      <w:pPr>
        <w:jc w:val="right"/>
      </w:pPr>
      <w:r>
        <w:t>دیکھیے، آدمی جو ہے ہمیشہ جب بھی کوئی غلط کام کرتا ہے تو اشتعال کی حالت میں کرتا ہے۔</w:t>
      </w:r>
    </w:p>
    <w:p>
      <w:r>
        <w:rPr>
          <w:b/>
        </w:rPr>
        <w:t xml:space="preserve">[53:07] </w:t>
      </w:r>
      <w:r>
        <w:t>koi baat us ko provoke kar deti hai, us waqt woh bhadak kar koi ghalat kaam kar baithta hai.</w:t>
      </w:r>
    </w:p>
    <w:p>
      <w:pPr>
        <w:jc w:val="right"/>
      </w:pPr>
      <w:r>
        <w:t>کوئی بات اس کو provoke کر دیتی ہے، اس وقت وہ بھڑک کر کوئی غلط کام کر بیٹھتا ہے۔</w:t>
      </w:r>
    </w:p>
    <w:p>
      <w:r>
        <w:rPr>
          <w:b/>
        </w:rPr>
        <w:t xml:space="preserve">[53:13] </w:t>
      </w:r>
      <w:r>
        <w:t>hamesha normal haalat mein koi ghalat kaam nahi karta, normal haalat mein us ki woh fitrat se govern ho raha hota hai.</w:t>
      </w:r>
    </w:p>
    <w:p>
      <w:pPr>
        <w:jc w:val="right"/>
      </w:pPr>
      <w:r>
        <w:t>ہمیشہ نارمل حالت میں کوئی غلط کام نہیں کرتا، نارمل حالت میں اس کی وہ فطرت سے govern ہو رہا ہوتا ہے۔</w:t>
      </w:r>
    </w:p>
    <w:p>
      <w:r>
        <w:rPr>
          <w:b/>
        </w:rPr>
        <w:t xml:space="preserve">[53:26] </w:t>
      </w:r>
      <w:r>
        <w:t>lekin ek hai insaan ki fitrat aur ek hai ke woh uska ego bhadak uthe.</w:t>
      </w:r>
    </w:p>
    <w:p>
      <w:pPr>
        <w:jc w:val="right"/>
      </w:pPr>
      <w:r>
        <w:t>لیکن ایک ہے انسان کی فطرت اور ایک ہے کہ وہ اس کا ego بھڑک اٹھے۔</w:t>
      </w:r>
    </w:p>
    <w:p>
      <w:r>
        <w:rPr>
          <w:b/>
        </w:rPr>
        <w:t xml:space="preserve">[53:33] </w:t>
      </w:r>
      <w:r>
        <w:t>to agar normal haalat ho, bilkul normal haalat, to us ki fitrat active rahegi, uska nature active rahega jo Allah ne banaya hai.</w:t>
      </w:r>
    </w:p>
    <w:p>
      <w:pPr>
        <w:jc w:val="right"/>
      </w:pPr>
      <w:r>
        <w:t>تو اگر نارمل حالت ہو، بالکل نارمل حالت، تو اس کی فطرت active رہے گی، اس کا nature active رہے گا جو اللہ نے بنایا ہے۔</w:t>
      </w:r>
    </w:p>
    <w:p>
      <w:r>
        <w:rPr>
          <w:b/>
        </w:rPr>
        <w:t xml:space="preserve">[53:45] </w:t>
      </w:r>
      <w:r>
        <w:t>lekin jab woh us ne react kiya, bhadak utha to kya hoga? woh shaitan aa jayega.</w:t>
      </w:r>
    </w:p>
    <w:p>
      <w:pPr>
        <w:jc w:val="right"/>
      </w:pPr>
      <w:r>
        <w:t>لیکن جب وہ اس نے react کیا، بھڑک اٹھا تو کیا ہوگا؟ وہ شیطان آ جائے گا۔</w:t>
      </w:r>
    </w:p>
    <w:p>
      <w:r>
        <w:rPr>
          <w:b/>
        </w:rPr>
        <w:t xml:space="preserve">[53:53] </w:t>
      </w:r>
      <w:r>
        <w:t>us waqt aadmi shaitan ke influence mein chala jata hai. to sach much do hi haalatain hain insaan ki: ya to woh angel ke influence mein rahega ya woh shaitan ke influence mein rahega.</w:t>
      </w:r>
    </w:p>
    <w:p>
      <w:pPr>
        <w:jc w:val="right"/>
      </w:pPr>
      <w:r>
        <w:t>اس وقت آدمی شیطان کے influence میں چلا جاتا ہے۔ تو سچ مچ دو ہی حالتیں ہیں انسان کی: یا تو وہ angel کے influence میں رہے گا یا وہ شیطان کے influence میں رہے گا۔</w:t>
      </w:r>
    </w:p>
    <w:p>
      <w:r>
        <w:rPr>
          <w:b/>
        </w:rPr>
        <w:t xml:space="preserve">[54:09] </w:t>
      </w:r>
      <w:r>
        <w:t>do hi haalatain hain bas.</w:t>
      </w:r>
    </w:p>
    <w:p>
      <w:pPr>
        <w:jc w:val="right"/>
      </w:pPr>
      <w:r>
        <w:t>دو ہی حالتیں ہیں بس۔</w:t>
      </w:r>
    </w:p>
    <w:p>
      <w:r>
        <w:rPr>
          <w:b/>
        </w:rPr>
        <w:t xml:space="preserve">[54:11] </w:t>
      </w:r>
      <w:r>
        <w:t>aadmi ke andar dekhiye, do hain: ek hai zameer, ek hai ego. ego jo hai, kya hai? ego shaitan ka entry point hai aur zameer jo hai, woh angels ka entry point hai.</w:t>
      </w:r>
    </w:p>
    <w:p>
      <w:pPr>
        <w:jc w:val="right"/>
      </w:pPr>
      <w:r>
        <w:t>آدمی کے اندر دیکھیے، دو ہیں: ایک ہے ضمیر، ایک ہے ego۔ ego جو ہے، کیا ہے؟ ego شیطان کا entry point ہے اور ضمیر جو ہے، وہ angels کا entry point ہے۔</w:t>
      </w:r>
    </w:p>
    <w:p>
      <w:r>
        <w:rPr>
          <w:b/>
        </w:rPr>
        <w:t xml:space="preserve">[54:29] </w:t>
      </w:r>
      <w:r>
        <w:t>isi ka naam insani personality hai. to jab aap na bhadkein to is ka maani hai ke aap ne farishton ko apne andar aanay diya.</w:t>
      </w:r>
    </w:p>
    <w:p>
      <w:pPr>
        <w:jc w:val="right"/>
      </w:pPr>
      <w:r>
        <w:t>اسی کا نام انسانی personality ہے۔ تو جب آپ نہ بھڑکیں تو اس کا معنی ہے کہ آپ نے فرشتوں کو اپنے اندر آنے دیا۔</w:t>
      </w:r>
    </w:p>
    <w:p>
      <w:r>
        <w:rPr>
          <w:b/>
        </w:rPr>
        <w:t xml:space="preserve">[54:41] </w:t>
      </w:r>
      <w:r>
        <w:t>jab aap ghusa na hon, na bhadkein, negative na banein,</w:t>
      </w:r>
    </w:p>
    <w:p>
      <w:pPr>
        <w:jc w:val="right"/>
      </w:pPr>
      <w:r>
        <w:t>جب آپ غصہ نہ ہوں، نہ بھڑکیں، negative نہ بنیں،</w:t>
      </w:r>
    </w:p>
    <w:p>
      <w:r>
        <w:rPr>
          <w:b/>
        </w:rPr>
        <w:t xml:space="preserve">[54:47] </w:t>
      </w:r>
      <w:r>
        <w:t>react nah karen to is waqt ka matlab yeh hua ke woh ek sign hai, sign ke aap ne apna woh darwaza khol rakha hai jo nature ka darwaza hai, jo consciousness ka darwaza hai.</w:t>
      </w:r>
    </w:p>
    <w:p>
      <w:pPr>
        <w:jc w:val="right"/>
      </w:pPr>
      <w:r>
        <w:t>react نہ کریں تو اس وقت کا مطلب یہ ہوا کہ وہ ایک sign ہے، sign کہ آپ نے اپنا وہ دروازہ کھول رکھا ہے جو nature کا دروازہ ہے، جو consciousness کا دروازہ ہے۔</w:t>
      </w:r>
    </w:p>
    <w:p>
      <w:r>
        <w:rPr>
          <w:b/>
        </w:rPr>
        <w:t xml:space="preserve">[55:03] </w:t>
      </w:r>
      <w:r>
        <w:t>aur wahan se aap ke andar farishtay aa gaye hain</w:t>
      </w:r>
    </w:p>
    <w:p>
      <w:pPr>
        <w:jc w:val="right"/>
      </w:pPr>
      <w:r>
        <w:t>اور وہاں سے آپ کے اندر فرشتے آ گئے ہیں</w:t>
      </w:r>
    </w:p>
    <w:p>
      <w:r>
        <w:rPr>
          <w:b/>
        </w:rPr>
        <w:t xml:space="preserve">[55:06] </w:t>
      </w:r>
      <w:r>
        <w:t>aur farishtay aap ko keh rahe hain ke forgive karo, bhula do, mat react karo. Yeh bohat ziyada sochne ki baat hai, yaad rakhiye ke agar aap ne, agar aap bharkay, aap ne</w:t>
      </w:r>
    </w:p>
    <w:p>
      <w:pPr>
        <w:jc w:val="right"/>
      </w:pPr>
      <w:r>
        <w:t>اور فرشتے آپ کو کہہ رہے ہیں کہ forgive کرو، بھلا دو، مت react کرو۔ یہ بہت زیادہ سوچنے کی بات ہے، یاد رکھیے کہ اگر آپ نے، اگر آپ بھڑکے، آپ نے</w:t>
      </w:r>
    </w:p>
    <w:p>
      <w:r>
        <w:rPr>
          <w:b/>
        </w:rPr>
        <w:t xml:space="preserve">[55:24] </w:t>
      </w:r>
      <w:r>
        <w:t>react kiya, aap negative mood mein aa gaye, revenge ka aap ke andar jazba bhark utha, aap ghussa ho gaye waghera waghera, to is ka matlab hai ke aap ne apna woh entry point khol diya jis se shaitan dakhil hota hai aadmi ke andar.</w:t>
      </w:r>
    </w:p>
    <w:p>
      <w:pPr>
        <w:jc w:val="right"/>
      </w:pPr>
      <w:r>
        <w:t>react کیا، آپ negative mood میں آ گئے، revenge کا آپ کے اندر جذبہ بھڑک اٹھا، آپ غصہ ہو گئے وغیرہ وغیرہ، تو اس کا مطلب ہے کہ آپ نے اپنا وہ entry point کھول دیا جس سے شیطان داخل ہوتا ہے آدمی کے اندر۔</w:t>
      </w:r>
    </w:p>
    <w:p>
      <w:r>
        <w:rPr>
          <w:b/>
        </w:rPr>
        <w:t xml:space="preserve">[55:43] </w:t>
      </w:r>
      <w:r>
        <w:t>woh phir aap ko bharkayega: "yeh karo, woh karo, yeh karo, woh karo".</w:t>
      </w:r>
    </w:p>
    <w:p>
      <w:pPr>
        <w:jc w:val="right"/>
      </w:pPr>
      <w:r>
        <w:t>وہ پھر آپ کو بھڑکائے گا: "یہ کرو، وہ کرو، یہ کرو، وہ کرو"۔</w:t>
      </w:r>
    </w:p>
    <w:p>
      <w:r>
        <w:rPr>
          <w:b/>
        </w:rPr>
        <w:t xml:space="preserve">[55:49] </w:t>
      </w:r>
      <w:r>
        <w:t>agar aap ne is ko band rakha, matlab kisi ko ghussa dilaya to aap aap ne is ko bardasht kar liya.</w:t>
      </w:r>
    </w:p>
    <w:p>
      <w:pPr>
        <w:jc w:val="right"/>
      </w:pPr>
      <w:r>
        <w:t>اگر آپ نے اس کو بند رکھا، مطلب کسی کو غصہ دلایا تو آپ آپ نے اس کو برداشت کر لیا۔</w:t>
      </w:r>
    </w:p>
    <w:p>
      <w:r>
        <w:rPr>
          <w:b/>
        </w:rPr>
        <w:t xml:space="preserve">[56:00] </w:t>
      </w:r>
      <w:r>
        <w:t>kisi ne koi negative kaam kiya to aap phir bhi aap ne mind ko manage kiya, manage kar ke aap positive banay rahay.</w:t>
      </w:r>
    </w:p>
    <w:p>
      <w:pPr>
        <w:jc w:val="right"/>
      </w:pPr>
      <w:r>
        <w:t>کسی نے کوئی negative کام کیا تو آپ پھر بھی آپ نے mind کو manage کیا، manage کر کے آپ positive بنے رہے۔</w:t>
      </w:r>
    </w:p>
    <w:p>
      <w:r>
        <w:rPr>
          <w:b/>
        </w:rPr>
        <w:t xml:space="preserve">[56:09] </w:t>
      </w:r>
      <w:r>
        <w:t>kisi ne koi aap ko takleef pohanchai tab bhi aap is ko apne Allah taala ke hawale kar diya aur khud apna normal, normal banay rahay. Is ka matlab hai ke aap ne apna woh entry point khol rakha hai jahan se farishtay aap ke andar aa rahay hain,</w:t>
      </w:r>
    </w:p>
    <w:p>
      <w:pPr>
        <w:jc w:val="right"/>
      </w:pPr>
      <w:r>
        <w:t>کسی نے کوئی آپ کو تکلیف پہنچائی تب بھی آپ اس کو اپنے اللہ تعالیٰ کے حوالے کر دیا اور خود اپنا نارمل، نارمل بنے رہے۔ اس کا مطلب ہے کہ آپ نے اپنا وہ entry point کھول رکھا ہے جہاں سے فرشتے آپ کے اندر آ رہے ہیں،</w:t>
      </w:r>
    </w:p>
    <w:p>
      <w:r>
        <w:rPr>
          <w:b/>
        </w:rPr>
        <w:t xml:space="preserve">[56:25] </w:t>
      </w:r>
      <w:r>
        <w:t>woh aap ko yeh sab baatein sikha rahay hain.</w:t>
      </w:r>
    </w:p>
    <w:p>
      <w:pPr>
        <w:jc w:val="right"/>
      </w:pPr>
      <w:r>
        <w:t>وہ آپ کو یہ سب باتیں سکھا رہے ہیں۔</w:t>
      </w:r>
    </w:p>
    <w:p>
      <w:r>
        <w:rPr>
          <w:b/>
        </w:rPr>
        <w:t xml:space="preserve">[56:27] </w:t>
      </w:r>
      <w:r>
        <w:t>yani yeh do cheezon ka naam zindagi hai, yaad rakhiye. Yani farishtay ke sath agar aap ki zindagi beet rahi hai to aap positive rahengay aur shaitan ke sath ke paros mein agar aap pohanch gaye hain to aap negative rahengay.</w:t>
      </w:r>
    </w:p>
    <w:p>
      <w:pPr>
        <w:jc w:val="right"/>
      </w:pPr>
      <w:r>
        <w:t>یعنی یہ دو چیزوں کا نام زندگی ہے، یاد رکھیے۔ یعنی فرشتوں کے ساتھ اگر آپ کی زندگی بیت رہی ہے تو آپ positive رہیں گے اور شیطان کے ساتھ کے پڑوس میں اگر آپ پہنچ گئے ہیں تو آپ negative رہیں گے۔</w:t>
      </w:r>
    </w:p>
    <w:p>
      <w:r>
        <w:rPr>
          <w:b/>
        </w:rPr>
        <w:t xml:space="preserve">[56:44] </w:t>
      </w:r>
      <w:r>
        <w:t>aur negativity sari buraiyon ki jar hai aur positivity sari achaiyon ki jar hai.</w:t>
      </w:r>
    </w:p>
    <w:p>
      <w:pPr>
        <w:jc w:val="right"/>
      </w:pPr>
      <w:r>
        <w:t>اور negativity ساری برائیوں کی جڑ ہے اور positivity ساری اچھائیوں کی جڑ ہے۔</w:t>
      </w:r>
    </w:p>
    <w:p>
      <w:r>
        <w:rPr>
          <w:b/>
        </w:rPr>
        <w:t xml:space="preserve">[56:53] </w:t>
      </w:r>
      <w:r>
        <w:t>yaad rakhiye, yani positive thinking se sari achaiyan paida hoti hain aur negative thinking se sari buraiyan paida hoti hain.</w:t>
      </w:r>
    </w:p>
    <w:p>
      <w:pPr>
        <w:jc w:val="right"/>
      </w:pPr>
      <w:r>
        <w:t>یاد رکھیے، یعنی positive thinking سے ساری اچھائیاں پیدا ہوتی ہیں اور negative thinking سے ساری برائیاں پیدا ہوتی ہیں۔</w:t>
      </w:r>
    </w:p>
    <w:p>
      <w:r>
        <w:rPr>
          <w:b/>
        </w:rPr>
        <w:t xml:space="preserve">[57:03] </w:t>
      </w:r>
      <w:r>
        <w:t>yehi do lafz mein insaan ki kahani hai. Ek hadith mein hai ke: "la imaan liman la ahdalah". "la imaan liman la ahdalah".</w:t>
      </w:r>
    </w:p>
    <w:p>
      <w:pPr>
        <w:jc w:val="right"/>
      </w:pPr>
      <w:r>
        <w:t>یہی دو لفظ میں انسان کی کہانی ہے۔ ایک حدیث میں ہے کہ: "لا ایمان لمن لا احدلہ"۔ "لا ایمان لمن لا احدلہ"۔</w:t>
      </w:r>
    </w:p>
    <w:p>
      <w:r>
        <w:rPr>
          <w:b/>
        </w:rPr>
        <w:t xml:space="preserve">[57:18] </w:t>
      </w:r>
      <w:r>
        <w:t>is ke andar imaan nahi hai jis ke andar</w:t>
      </w:r>
    </w:p>
    <w:p>
      <w:pPr>
        <w:jc w:val="right"/>
      </w:pPr>
      <w:r>
        <w:t>اس کے اندر ایمان نہیں ہے جس کے اندر</w:t>
      </w:r>
    </w:p>
    <w:p>
      <w:r>
        <w:rPr>
          <w:b/>
        </w:rPr>
        <w:t xml:space="preserve">[57:20] </w:t>
      </w:r>
      <w:r>
        <w:t>ahad ko poora karne ka madah nahi hai.</w:t>
      </w:r>
    </w:p>
    <w:p>
      <w:pPr>
        <w:jc w:val="right"/>
      </w:pPr>
      <w:r>
        <w:t>عہد کو پورا کرنے کا مادہ نہیں ہے۔</w:t>
      </w:r>
    </w:p>
    <w:p>
      <w:r>
        <w:rPr>
          <w:b/>
        </w:rPr>
        <w:t xml:space="preserve">[57:27] </w:t>
      </w:r>
      <w:r>
        <w:t>"wala deen liman la amanatlah". Yani imaan ki pehchan yeh hai ke aadmi, aadmi jo hai, qaul o iqrar ka paband ho.</w:t>
      </w:r>
    </w:p>
    <w:p>
      <w:pPr>
        <w:jc w:val="right"/>
      </w:pPr>
      <w:r>
        <w:t>"ولا دین لمن لا امانتلہ"۔ یعنی ایمان کی پہچان یہ ہے کہ آدمی، آدمی جو ہے، قول و اقرار کا پابند ہو۔</w:t>
      </w:r>
    </w:p>
    <w:p>
      <w:r>
        <w:rPr>
          <w:b/>
        </w:rPr>
        <w:t xml:space="preserve">[57:38] </w:t>
      </w:r>
      <w:r>
        <w:t>deen ki pehchan yeh hai ke woh dealing mein acha ho, woh honest, honest aadmi ho.</w:t>
      </w:r>
    </w:p>
    <w:p>
      <w:pPr>
        <w:jc w:val="right"/>
      </w:pPr>
      <w:r>
        <w:t>دین کی پہچان یہ ہے کہ وہ dealing میں اچھا ہو، وہ honest، honest آدمی ہو۔</w:t>
      </w:r>
    </w:p>
    <w:p>
      <w:r>
        <w:rPr>
          <w:b/>
        </w:rPr>
        <w:t xml:space="preserve">[57:47] </w:t>
      </w:r>
      <w:r>
        <w:t>ab yeh kitni bari baat hai yeh.</w:t>
      </w:r>
    </w:p>
    <w:p>
      <w:pPr>
        <w:jc w:val="right"/>
      </w:pPr>
      <w:r>
        <w:t>اب یہ کتنی بڑی بات ہے یہ۔</w:t>
      </w:r>
    </w:p>
    <w:p>
      <w:r>
        <w:rPr>
          <w:b/>
        </w:rPr>
        <w:t xml:space="preserve">[57:52] </w:t>
      </w:r>
      <w:r>
        <w:t>to yehi sab cheezein hain jin ke sath dunyaavi zindagi guzarna aya hai. Main rasool Allah sallallahu alaihi wasallam is ke liye role model hain. Aisi kitabein chhapi hui hain, misal ke tor par "Hayat al-Sahaba", woh arabi mein bhi hai, urdu mein bhi hai, angrezi mein bhi hai.</w:t>
      </w:r>
    </w:p>
    <w:p>
      <w:pPr>
        <w:jc w:val="right"/>
      </w:pPr>
      <w:r>
        <w:t>تو یہی سب چیزیں ہیں جن کے ساتھ دنیاوی زندگی گزارنا آیا ہے۔ میں رسول اللہ صلی اللہ علیہ وسلم اس کے لیے role model ہیں۔ ایسی کتابیں چھپی ہوئی ہیں، مثال کے طور پر "حیات الصحابہ"، وہ عربی میں بھی ہے، اردو میں بھی ہے، انگریزی میں بھی ہے۔</w:t>
      </w:r>
    </w:p>
    <w:p>
      <w:r>
        <w:rPr>
          <w:b/>
        </w:rPr>
        <w:t xml:space="preserve">[58:08] </w:t>
      </w:r>
      <w:r>
        <w:t>sahaba ki zindagiyaan hain, rasool Allah par bohat si kitabein chhapi hui hain, un ko aap parhiye. Aap apne aqeeday ko, apne nazariye ko, apni ideology ko quran se lenge.</w:t>
      </w:r>
    </w:p>
    <w:p>
      <w:pPr>
        <w:jc w:val="right"/>
      </w:pPr>
      <w:r>
        <w:t>صحابہ کی زندگیاں ہیں، رسول اللہ پر بہت سی کتابیں چھپی ہوئی ہیں، ان کو آپ پڑھیے۔ آپ اپنے عقیدے کو، اپنے نظریے کو، اپنی ideology کو قرآن سے لیں گے۔</w:t>
      </w:r>
    </w:p>
    <w:p>
      <w:r>
        <w:rPr>
          <w:b/>
        </w:rPr>
        <w:t xml:space="preserve">[58:21] </w:t>
      </w:r>
      <w:r>
        <w:t>lekin</w:t>
      </w:r>
    </w:p>
    <w:p>
      <w:pPr>
        <w:jc w:val="right"/>
      </w:pPr>
      <w:r>
        <w:t>لیکن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