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Phenomenon of Degeneration 15 May, 2014 - Maulana Wahiduddin Khan</w:t>
      </w:r>
    </w:p>
    <w:p>
      <w:r>
        <w:t>https://www.youtube.com/watch?v=BI4leBDDLaI</w:t>
      </w:r>
    </w:p>
    <w:p>
      <w:r>
        <w:rPr>
          <w:b/>
        </w:rPr>
        <w:t xml:space="preserve">[00:10] </w:t>
      </w:r>
      <w:r>
        <w:t>surah al baqarah, ayat number 79. "fawailun lil lazina yaktubunal kitaba bi ayydihim, thumma yaquluna hadha min indillah liyastaru bihi thamanan qalila."</w:t>
      </w:r>
    </w:p>
    <w:p>
      <w:pPr>
        <w:jc w:val="right"/>
      </w:pPr>
      <w:r>
        <w:t>سورہ البقرہ، آیت نمبر 79۔ فويل للذين يكتبون الكتاب بأيديهم، ثم يقولون: هذا من عند الله ليشتروا به ثمناً قليلاً.</w:t>
      </w:r>
    </w:p>
    <w:p>
      <w:r>
        <w:rPr>
          <w:b/>
        </w:rPr>
        <w:t xml:space="preserve">[00:24] </w:t>
      </w:r>
      <w:r>
        <w:t>"fawailun lahum mimma katabat ayydihim, wailun lahum mimma yaksibun."</w:t>
      </w:r>
    </w:p>
    <w:p>
      <w:pPr>
        <w:jc w:val="right"/>
      </w:pPr>
      <w:r>
        <w:t>فويل لهم مما كتبت أيديهم، وويل لهم مما يكسبون.</w:t>
      </w:r>
    </w:p>
    <w:p>
      <w:r>
        <w:rPr>
          <w:b/>
        </w:rPr>
        <w:t xml:space="preserve">[00:30] </w:t>
      </w:r>
      <w:r>
        <w:t>pas kharabi hai un logon ke liye jo apne hath se kitab likhte hain, phir kehte hain ke yeh allah ki janib se hai, taake is ke zariye thodi si pooji hasil karein.</w:t>
      </w:r>
    </w:p>
    <w:p>
      <w:pPr>
        <w:jc w:val="right"/>
      </w:pPr>
      <w:r>
        <w:t>پس خرابی ہے ان لوگوں کے لیے جو اپنے ہاتھ سے کتاب لکھتے ہیں، پھر کہتے ہیں کہ یہ اللہ کی جانب سے ہے، تاکہ اس کے ذریعے تھوڑی سی پوجی حاصل کریں۔</w:t>
      </w:r>
    </w:p>
    <w:p>
      <w:r>
        <w:rPr>
          <w:b/>
        </w:rPr>
        <w:t xml:space="preserve">[00:44] </w:t>
      </w:r>
      <w:r>
        <w:t>pas kharabi hai un cheez ki badolat jo un ke hathon ne likhi, aur un ke liye kharabi hai apni us kamai se.</w:t>
      </w:r>
    </w:p>
    <w:p>
      <w:pPr>
        <w:jc w:val="right"/>
      </w:pPr>
      <w:r>
        <w:t>پس خرابی ہے ان چیز کی بدولت جو ان کے ہاتھوں نے لکھی، اور ان کے لیے خرابی ہے اپنی اس کمائی سے۔</w:t>
      </w:r>
    </w:p>
    <w:p>
      <w:r>
        <w:rPr>
          <w:b/>
        </w:rPr>
        <w:t xml:space="preserve">[00:55] </w:t>
      </w:r>
      <w:r>
        <w:t>maulana, is ayat ki wazahat farmayein.</w:t>
      </w:r>
    </w:p>
    <w:p>
      <w:pPr>
        <w:jc w:val="right"/>
      </w:pPr>
      <w:r>
        <w:t>مولانا، اس آیت کی وضاحت فرمائیں۔</w:t>
      </w:r>
    </w:p>
    <w:p>
      <w:r>
        <w:rPr>
          <w:b/>
        </w:rPr>
        <w:t xml:space="preserve">[00:59] </w:t>
      </w:r>
      <w:r>
        <w:t>bismillah rahman rahim.</w:t>
      </w:r>
    </w:p>
    <w:p>
      <w:pPr>
        <w:jc w:val="right"/>
      </w:pPr>
      <w:r>
        <w:t>بسم اللہ الرحمن الرحیم۔</w:t>
      </w:r>
    </w:p>
    <w:p>
      <w:r>
        <w:rPr>
          <w:b/>
        </w:rPr>
        <w:t xml:space="preserve">[01:06] </w:t>
      </w:r>
      <w:r>
        <w:t>quran ki is ayat ko ya is mazmoon ki doosri ayaton ko samajhne ke liye zaroori hai ke is ke poore background ko zehan mein rakha jaye.</w:t>
      </w:r>
    </w:p>
    <w:p>
      <w:pPr>
        <w:jc w:val="right"/>
      </w:pPr>
      <w:r>
        <w:t>قرآن کی اس آیت کو یا اس مضمون کی دوسری آیتوں کو سمجھنے کے لیے ضروری ہے کہ اس کے پورے بیک گراؤنڈ کو ذہن میں رکھا جائے۔</w:t>
      </w:r>
    </w:p>
    <w:p>
      <w:r>
        <w:rPr>
          <w:b/>
        </w:rPr>
        <w:t xml:space="preserve">[01:18] </w:t>
      </w:r>
      <w:r>
        <w:t>jab tak poora background zehan mein na ho, yeh ayat samajh mein nahi aa sakti. dekhiye, is mein yahood ka zikr hai.</w:t>
      </w:r>
    </w:p>
    <w:p>
      <w:pPr>
        <w:jc w:val="right"/>
      </w:pPr>
      <w:r>
        <w:t>جب تک پورا بیک گراؤنڈ ذہن میں نہ ہو، یہ آیت سمجھ میں نہیں آ سکتی۔ دیکھیں، اس میں یہود کا ذکر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