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and The Laws of Nature I 1 April 2012 - Maulana Wahiduddin Khan</w:t>
      </w:r>
    </w:p>
    <w:p>
      <w:r>
        <w:t>https://www.youtube.com/watch?v=pXgCS3J0VkU</w:t>
      </w:r>
    </w:p>
    <w:p>
      <w:r>
        <w:rPr>
          <w:b/>
        </w:rPr>
        <w:t xml:space="preserve">[00:14] </w:t>
      </w:r>
      <w:r>
        <w:t>bismillah rahman rahim, wa sallallaho ala nabiyyil karim. rabbi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[00:34] </w:t>
      </w:r>
      <w:r>
        <w:t>aaj ka topic hai: "man and the law of nature".</w:t>
      </w:r>
    </w:p>
    <w:p>
      <w:pPr>
        <w:jc w:val="right"/>
      </w:pPr>
      <w:r>
        <w:t>آج کا ٹاپک ہے: "مین اینڈ دی لا آف نیچر"۔</w:t>
      </w:r>
    </w:p>
    <w:p>
      <w:r>
        <w:rPr>
          <w:b/>
        </w:rPr>
        <w:t xml:space="preserve">[00:42] </w:t>
      </w:r>
      <w:r>
        <w:t>insan aur qanoon fitrat.</w:t>
      </w:r>
    </w:p>
    <w:p>
      <w:pPr>
        <w:jc w:val="right"/>
      </w:pPr>
      <w:r>
        <w:t>انسان اور قانون فطرت۔</w:t>
      </w:r>
    </w:p>
    <w:p>
      <w:r>
        <w:rPr>
          <w:b/>
        </w:rPr>
        <w:t xml:space="preserve">[00:49] </w:t>
      </w:r>
      <w:r>
        <w:t>yeh main samajhta hoon ke shayad zindagi ka starting point hai, hum yeh jaanein ke hum jis duniya mein hain, is duniya ke laws kya hain.</w:t>
      </w:r>
    </w:p>
    <w:p>
      <w:pPr>
        <w:jc w:val="right"/>
      </w:pPr>
      <w:r>
        <w:t>یہ میں سمجھتا ہوں کہ شاید زندگی کا اسٹارٹنگ پوائنٹ ہے، ہم یہ جانیں کہ ہم جس دنیا میں ہیں، اس دنیا کے لاز کیا ہیں۔</w:t>
      </w:r>
    </w:p>
    <w:p>
      <w:r>
        <w:rPr>
          <w:b/>
        </w:rPr>
        <w:t xml:space="preserve">[01:06] </w:t>
      </w:r>
      <w:r>
        <w:t>here is the starting point. agar ek aadmi</w:t>
      </w:r>
    </w:p>
    <w:p>
      <w:pPr>
        <w:jc w:val="right"/>
      </w:pPr>
      <w:r>
        <w:t>ہیر از دی اسٹارٹنگ پوائنٹ۔ اگر ایک آدمی</w:t>
      </w:r>
    </w:p>
    <w:p>
      <w:r>
        <w:rPr>
          <w:b/>
        </w:rPr>
        <w:t xml:space="preserve">[01:11] </w:t>
      </w:r>
      <w:r>
        <w:t>is baat ko na jaane to bilashuba woh atlandam karrawaiyan karega, aakhir mein fail ho jayega. is silsile mein jo ek basic ayat quran majeed mein hai, woh yeh hai:</w:t>
      </w:r>
    </w:p>
    <w:p>
      <w:pPr>
        <w:jc w:val="right"/>
      </w:pPr>
      <w:r>
        <w:t>اس بات کو نہ جانے تو بلاشبہ وہ اٹلینڈم کارروائیاں کرے گا، آخر میں فیل ہو جائے گا۔ اس سلسلے میں جو ایک بیسک آیت قرآن مجید میں ہے، وہ یہ ہے:</w:t>
      </w:r>
    </w:p>
    <w:p>
      <w:r>
        <w:rPr>
          <w:b/>
        </w:rPr>
        <w:t xml:space="preserve">[01:25] </w:t>
      </w:r>
      <w:r>
        <w:t>surah al imran,</w:t>
      </w:r>
    </w:p>
    <w:p>
      <w:pPr>
        <w:jc w:val="right"/>
      </w:pPr>
      <w:r>
        <w:t>سورہ آل عمران،</w:t>
      </w:r>
    </w:p>
    <w:p>
      <w:r>
        <w:rPr>
          <w:b/>
        </w:rPr>
        <w:t xml:space="preserve">[01:27] </w:t>
      </w:r>
      <w:r>
        <w:t>ayat number 83. "afa ghaira dinal lahi yabghuna, wa lahu aslama man fis samawati wal ardi taw'an wa karhan, wa ilaihi yurja'un."</w:t>
      </w:r>
    </w:p>
    <w:p>
      <w:pPr>
        <w:jc w:val="right"/>
      </w:pPr>
      <w:r>
        <w:t>آیت نمبر 83۔ "أفَغَيْرَ دِينِ اللَّهِ يَبْعُونَ، وَلَهُ أَسْلَمَ مَنْ فِي السَّمٰوَاتِ وَالْأَرْضِ، تَوْنْ وَكَرْهَا وَإِلَيْهِ يَرْجَعُونَ" ۔</w:t>
      </w:r>
    </w:p>
    <w:p>
      <w:r>
        <w:rPr>
          <w:b/>
        </w:rPr>
        <w:t xml:space="preserve">[01:42] </w:t>
      </w:r>
      <w:r>
        <w:t>dekhiye, is ka translation yeh hai</w:t>
      </w:r>
    </w:p>
    <w:p>
      <w:pPr>
        <w:jc w:val="right"/>
      </w:pPr>
      <w:r>
        <w:t>دیکھیے، اس کا ٹرانسلیشن یہ ہے</w:t>
      </w:r>
    </w:p>
    <w:p>
      <w:r>
        <w:rPr>
          <w:b/>
        </w:rPr>
        <w:t xml:space="preserve">[01:46] </w:t>
      </w:r>
      <w:r>
        <w:t>keh kya woh Allah ke deen ke siwa koi aur deen chahte hain, haalankeh zameen o aasman sab ke sab isi deen par qaim hain.</w:t>
      </w:r>
    </w:p>
    <w:p>
      <w:pPr>
        <w:jc w:val="right"/>
      </w:pPr>
      <w:r>
        <w:t>کہ کیا وہ اللہ کے دین کے سوا کوئی اور دین چاہتے ہیں، حالانکہ زمین و آسمان سب کے سب اسی دین پر قائم ہیں۔</w:t>
      </w:r>
    </w:p>
    <w:p>
      <w:r>
        <w:rPr>
          <w:b/>
        </w:rPr>
        <w:t xml:space="preserve">[01:59] </w:t>
      </w:r>
      <w:r>
        <w:t>dekhiye, yahan deen ka lafz jo hai, religion ke maane mein nahin hai,</w:t>
      </w:r>
    </w:p>
    <w:p>
      <w:pPr>
        <w:jc w:val="right"/>
      </w:pPr>
      <w:r>
        <w:t>دیکھیے، یہاں دین کا لفظ جو ہے، ریلیجن کے معنی میں نہیں ہے،</w:t>
      </w:r>
    </w:p>
    <w:p>
      <w:r>
        <w:rPr>
          <w:b/>
        </w:rPr>
        <w:t xml:space="preserve">[02:04] </w:t>
      </w:r>
      <w:r>
        <w:t>yeh law of nature ke maane mein hai.</w:t>
      </w:r>
    </w:p>
    <w:p>
      <w:pPr>
        <w:jc w:val="right"/>
      </w:pPr>
      <w:r>
        <w:t>یہ لا آف نیچر کے معنی میں ہے۔</w:t>
      </w:r>
    </w:p>
    <w:p>
      <w:r>
        <w:rPr>
          <w:b/>
        </w:rPr>
        <w:t xml:space="preserve">[02:10] </w:t>
      </w:r>
      <w:r>
        <w:t>yaani is poori kainat mein jis ko banaya, jis khalique ne, jis creator ne, usi ka law chal raha hai, usi ka hukum chal raha hai, usi ne jo jo us ki jo uski schema of things hai, us ke mutabiq chal raha hai.</w:t>
      </w:r>
    </w:p>
    <w:p>
      <w:pPr>
        <w:jc w:val="right"/>
      </w:pPr>
      <w:r>
        <w:t>یعنی اس پوری کائنات میں جس کو بنایا، جس خالق نے، جس کریٹر نے، اسی کا لا چل رہا ہے، اسی کا حکم چل رہا ہے، اسی نے جو جو اس کی جو اسکیما آف تھنگز ہے، اس کے مطابق چل رہا ہے۔</w:t>
      </w:r>
    </w:p>
    <w:p>
      <w:r>
        <w:rPr>
          <w:b/>
        </w:rPr>
        <w:t xml:space="preserve">[02:30] </w:t>
      </w:r>
      <w:r>
        <w:t>lekin ek farq hai, woh yeh hai keh rest of the universe jo hai, us mein to under compulsion Khuda ke laws jo hain, woh chal rahe hain, jis ko kaha jata hai natural laws.</w:t>
      </w:r>
    </w:p>
    <w:p>
      <w:pPr>
        <w:jc w:val="right"/>
      </w:pPr>
      <w:r>
        <w:t>لیکن ایک فرق ہے، وہ یہ ہے کہ ریسٹ آف دا یونیورس جو ہے، اس میں تو انڈر کمپلشن خدا کے لاز جو ہیں، وہ چل رہے ہیں، جس کو کہا جاتا ہے نیچرل لاز۔</w:t>
      </w:r>
    </w:p>
    <w:p>
      <w:r>
        <w:rPr>
          <w:b/>
        </w:rPr>
        <w:t xml:space="preserve">[02:49] </w:t>
      </w:r>
      <w:r>
        <w:t>yaani law of nature poori poori universe ko govern kar rahe hain aur universe ke liye, yaani material world ke liye, koi choice nahin hai.</w:t>
      </w:r>
    </w:p>
    <w:p>
      <w:pPr>
        <w:jc w:val="right"/>
      </w:pPr>
      <w:r>
        <w:t>یعنی لا آف نیچر پوری پوری یونیورس کو گورن کر رہے ہیں اور یونیورس کے لیے، یعنی مٹیریل ورلڈ کے لیے، کوئی چوائس نہیں ہے۔</w:t>
      </w:r>
    </w:p>
    <w:p>
      <w:r>
        <w:rPr>
          <w:b/>
        </w:rPr>
        <w:t xml:space="preserve">[03:01] </w:t>
      </w:r>
      <w:r>
        <w:t>is vast universe mein sirf insaan ka exception hai.</w:t>
      </w:r>
    </w:p>
    <w:p>
      <w:pPr>
        <w:jc w:val="right"/>
      </w:pPr>
      <w:r>
        <w:t>اس واسٹ یونیورس میں صرف انسان کا ایکسیپشن ہے۔</w:t>
      </w:r>
    </w:p>
    <w:p>
      <w:r>
        <w:rPr>
          <w:b/>
        </w:rPr>
        <w:t xml:space="preserve">[03:07] </w:t>
      </w:r>
      <w:r>
        <w:t>insaan ko freedom of choice mila hua hai. insaan ko yeh ikhtiyar hai keh khud apni soch, apni khwahish ke tehat koi decision le aur us ko follow kare.</w:t>
      </w:r>
    </w:p>
    <w:p>
      <w:pPr>
        <w:jc w:val="right"/>
      </w:pPr>
      <w:r>
        <w:t>انسان کو فریڈم آف چوائس ملا ہوا ہے۔ انسان کو یہ اختیار ہے کہ خود اپنی سوچ، اپنی خواہش کے تحت کوئی ڈیسیژن لے اور اس کو فالو کرے۔</w:t>
      </w:r>
    </w:p>
    <w:p>
      <w:r>
        <w:rPr>
          <w:b/>
        </w:rPr>
        <w:t xml:space="preserve">[03:24] </w:t>
      </w:r>
      <w:r>
        <w:t>lekin</w:t>
      </w:r>
    </w:p>
    <w:p>
      <w:pPr>
        <w:jc w:val="right"/>
      </w:pPr>
      <w:r>
        <w:t>لیکن</w:t>
      </w:r>
    </w:p>
    <w:p>
      <w:r>
        <w:rPr>
          <w:b/>
        </w:rPr>
        <w:t xml:space="preserve">[03:26] </w:t>
      </w:r>
      <w:r>
        <w:t>jo sahi baat hai, woh kya? sahi baat yeh hai keh jis laws ko baqi jo universe hai, under compulsion follow kar rahi hai,</w:t>
      </w:r>
    </w:p>
    <w:p>
      <w:pPr>
        <w:jc w:val="right"/>
      </w:pPr>
      <w:r>
        <w:t>جو صحیح بات ہے، وہ کیا؟ صحیح بات یہ ہے کہ جس لاز کو بقیہ جو یونیورس ہے، انڈر کمپلشن فالو کر رہی ہے،</w:t>
      </w:r>
    </w:p>
    <w:p>
      <w:r>
        <w:rPr>
          <w:b/>
        </w:rPr>
        <w:t xml:space="preserve">[03:42] </w:t>
      </w:r>
      <w:r>
        <w:t>isi ko</w:t>
      </w:r>
    </w:p>
    <w:p>
      <w:pPr>
        <w:jc w:val="right"/>
      </w:pPr>
      <w:r>
        <w:t>اسی کو</w:t>
      </w:r>
    </w:p>
    <w:p>
      <w:r>
        <w:rPr>
          <w:b/>
        </w:rPr>
        <w:t xml:space="preserve">[03:44] </w:t>
      </w:r>
      <w:r>
        <w:t>chahiye insaan ko keh isi ko woh, yaani azadana choice ke sath, us ko ikhtiyar kare.</w:t>
      </w:r>
    </w:p>
    <w:p>
      <w:pPr>
        <w:jc w:val="right"/>
      </w:pPr>
      <w:r>
        <w:t>چاہیے انسان کو کہ اسی کو وہ، یعنی آزادانہ چوائس کے ساتھ، اس کو اختیار کرے۔</w:t>
      </w:r>
    </w:p>
    <w:p>
      <w:r>
        <w:rPr>
          <w:b/>
        </w:rPr>
        <w:t xml:space="preserve">[03:56] </w:t>
      </w:r>
      <w:r>
        <w:t>isi par insaan ki kamyabi ka raaz hai.</w:t>
      </w:r>
    </w:p>
    <w:p>
      <w:pPr>
        <w:jc w:val="right"/>
      </w:pPr>
      <w:r>
        <w:t>اسی پر انسان کی کامیابی کا راز ہے۔</w:t>
      </w:r>
    </w:p>
    <w:p>
      <w:r>
        <w:rPr>
          <w:b/>
        </w:rPr>
        <w:t xml:space="preserve">[04:02] </w:t>
      </w:r>
      <w:r>
        <w:t>ab jo baat main kehna chahta hoon, us waqt is ke liye ek misaal deta hoon main. dekhiye, yeh jo insaan ka body hai, to hamesha insaan janta tha keh body ke andar ek soul hai.</w:t>
      </w:r>
    </w:p>
    <w:p>
      <w:pPr>
        <w:jc w:val="right"/>
      </w:pPr>
      <w:r>
        <w:t>اب جو بات میں کہنا چاہتا ہوں، اس وقت اس کے لیے ایک مثال دیتا ہوں میں۔ دیکھیے، یہ جو انسان کا باڈی ہے، تو ہمیشہ انسان جانتا تھا کہ باڈی کے اندر ایک سول ہے۔</w:t>
      </w:r>
    </w:p>
    <w:p>
      <w:r>
        <w:rPr>
          <w:b/>
        </w:rPr>
        <w:t xml:space="preserve">[04:15] </w:t>
      </w:r>
      <w:r>
        <w:t>lekin ek baat bohat hi</w:t>
      </w:r>
    </w:p>
    <w:p>
      <w:pPr>
        <w:jc w:val="right"/>
      </w:pPr>
      <w:r>
        <w:t>لیکن ایک بات بہت ہی</w:t>
      </w:r>
    </w:p>
    <w:p>
      <w:r>
        <w:rPr>
          <w:b/>
        </w:rPr>
        <w:t xml:space="preserve">[04:19] </w:t>
      </w:r>
      <w:r>
        <w:t>abhi jald hi discover hui hai keh body hamesha badalte rehta, lekin aadmi ka soul badalta nahin.</w:t>
      </w:r>
    </w:p>
    <w:p>
      <w:pPr>
        <w:jc w:val="right"/>
      </w:pPr>
      <w:r>
        <w:t>ابھی جلد ہی ڈسکور ہوئی ہے کہ باڈی ہمیشہ بدلتے رہتا، لیکن آدمی کا سول بدلتا نہیں۔</w:t>
      </w:r>
    </w:p>
    <w:p>
      <w:r>
        <w:rPr>
          <w:b/>
        </w:rPr>
        <w:t xml:space="preserve">[04:33] </w:t>
      </w:r>
      <w:r>
        <w:t>yaani yeh body jo hai, insaan ka, is mein</w:t>
      </w:r>
    </w:p>
    <w:p>
      <w:pPr>
        <w:jc w:val="right"/>
      </w:pPr>
      <w:r>
        <w:t>یعنی یہ باڈی جو ہے، انسان کا، اس میں</w:t>
      </w:r>
    </w:p>
    <w:p>
      <w:r>
        <w:rPr>
          <w:b/>
        </w:rPr>
        <w:t xml:space="preserve">[04:39] </w:t>
      </w:r>
      <w:r>
        <w:t>sab living cells kahe jate hain, living cells par bana hua hai. aur woh itne zyada hain, itne zyada hain keh woh kai trillion un ki ginti hai.</w:t>
      </w:r>
    </w:p>
    <w:p>
      <w:pPr>
        <w:jc w:val="right"/>
      </w:pPr>
      <w:r>
        <w:t>سب لیونگ سیلز کہے جاتے ہیں، لیونگ سیلز پر بنا ہوا ہے۔ اور وہ اتنے زیادہ ہیں، اتنے زیادہ ہیں کہ وہ کئی ٹریلین ان کی گنتی ہے۔</w:t>
      </w:r>
    </w:p>
    <w:p>
      <w:r>
        <w:rPr>
          <w:b/>
        </w:rPr>
        <w:t xml:space="preserve">[04:54] </w:t>
      </w:r>
      <w:r>
        <w:t>yaani million nahin, billion nahin, balkeh trillion,</w:t>
      </w:r>
    </w:p>
    <w:p>
      <w:pPr>
        <w:jc w:val="right"/>
      </w:pPr>
      <w:r>
        <w:t>یعنی ملین نہیں، بلین نہیں، بلکہ ٹریلین،</w:t>
      </w:r>
    </w:p>
    <w:p>
      <w:r>
        <w:rPr>
          <w:b/>
        </w:rPr>
        <w:t xml:space="preserve">[04:59] </w:t>
      </w:r>
      <w:r>
        <w:t>several trillions. to woh bohat hi chhote hain, jo aap dekh sakte hain, to woh har waqt tootate rehte hain, har waqt tootate rehte hain.</w:t>
      </w:r>
    </w:p>
    <w:p>
      <w:pPr>
        <w:jc w:val="right"/>
      </w:pPr>
      <w:r>
        <w:t>سورل ٹریلینز۔ تو وہ بہت ہی چھوٹے ہیں، جو آپ دیکھ سکتے ہیں، تو وہ ہر وقت ٹوٹتے رہتے ہیں، ہر وقت ٹوٹتے رہتے ہیں۔</w:t>
      </w:r>
    </w:p>
    <w:p>
      <w:r>
        <w:rPr>
          <w:b/>
        </w:rPr>
        <w:t xml:space="preserve">[05:10] </w:t>
      </w:r>
      <w:r>
        <w:t>aur jo hum khana khate hain, us se woh replacement hota rehta hai. to yeh tootna aur replacement hona,</w:t>
      </w:r>
    </w:p>
    <w:p>
      <w:pPr>
        <w:jc w:val="right"/>
      </w:pPr>
      <w:r>
        <w:t>اور جو ہم کھانا کھاتے ہیں، اس سے وہ ریپلیسمنٹ ہوتا رہتا ہے۔ تو یہ ٹوٹنا اور ریپلیسمنٹ ہونا،</w:t>
      </w:r>
    </w:p>
    <w:p>
      <w:r>
        <w:rPr>
          <w:b/>
        </w:rPr>
        <w:t xml:space="preserve">[05:20] </w:t>
      </w:r>
      <w:r>
        <w:t>yeh barabar raat din jari rehta hai. aur woh is tarah hota hai keh aadmi ka body poora ka poora badal jata hai.</w:t>
      </w:r>
    </w:p>
    <w:p>
      <w:pPr>
        <w:jc w:val="right"/>
      </w:pPr>
      <w:r>
        <w:t>یہ برابر رات دن جاری رہتا ہے۔ اور وہ اس طرح ہوتا ہے کہ آدمی کا باڈی پورا کا پورا بدل جاتا ہے۔</w:t>
      </w:r>
    </w:p>
    <w:p>
      <w:r>
        <w:rPr>
          <w:b/>
        </w:rPr>
        <w:t xml:space="preserve">[05:31] </w:t>
      </w:r>
      <w:r>
        <w:t>yaani bachpan mein</w:t>
      </w:r>
    </w:p>
    <w:p>
      <w:pPr>
        <w:jc w:val="right"/>
      </w:pPr>
      <w:r>
        <w:t>یعنی بچپن میں</w:t>
      </w:r>
    </w:p>
    <w:p>
      <w:r>
        <w:rPr>
          <w:b/>
        </w:rPr>
        <w:t xml:space="preserve">[05:36] </w:t>
      </w:r>
      <w:r>
        <w:t>badalne ki speed kam hoti hai aur barhape mein speed badh jati hai. yaani agar average dekha jaye, average to taqreeban 10 saal mein hamara body badal jata hai.</w:t>
      </w:r>
    </w:p>
    <w:p>
      <w:pPr>
        <w:jc w:val="right"/>
      </w:pPr>
      <w:r>
        <w:t>بدلنے کی سپیڈ کم ہوتی ہے اور بڑھاپے میں سپیڈ بڑھ جاتی ہے۔ یعنی اگر ایوریج دیکھا جائے، ایوریج تو تقریباً 10 سال میں ہمارا باڈی بدل جاتا ہے۔</w:t>
      </w:r>
    </w:p>
    <w:p>
      <w:r>
        <w:rPr>
          <w:b/>
        </w:rPr>
        <w:t xml:space="preserve">[05:49] </w:t>
      </w:r>
      <w:r>
        <w:t>yani meri umar agar 90 saal hai to mera body ko 90 baar dead ho chuka hai, 90 baar naya body mujhe mila hai.</w:t>
      </w:r>
    </w:p>
    <w:p>
      <w:pPr>
        <w:jc w:val="right"/>
      </w:pPr>
      <w:r>
        <w:t>یعنی میری عمر اگر 90 سال ہے تو میرا باڈی کو 90 بار ڈیڈ ہو چکا ہے، 90 بار نیا باڈی مجھے ملا ہے۔</w:t>
      </w:r>
    </w:p>
    <w:p>
      <w:r>
        <w:rPr>
          <w:b/>
        </w:rPr>
        <w:t xml:space="preserve">[05:59] </w:t>
      </w:r>
      <w:r>
        <w:t>to isi ko ek scientist ne kaha ke "personality is changeless in change". insaan ki jo shakhsiyat hai, wo badalte hue ke andar na badalta hua ek waqia hai.</w:t>
      </w:r>
    </w:p>
    <w:p>
      <w:pPr>
        <w:jc w:val="right"/>
      </w:pPr>
      <w:r>
        <w:t>تو اسی کو ایک سائنٹسٹ نے کہا کہ "پرسنالٹی از چینج لیسس ان چینج"۔ انسان کی جو شخصیت ہے، وہ بدلتے ہوئے کے اندر نہ بدلتا ہوا ایک واقعہ ہے۔</w:t>
      </w:r>
    </w:p>
    <w:p>
      <w:r>
        <w:rPr>
          <w:b/>
        </w:rPr>
        <w:t xml:space="preserve">[06:18] </w:t>
      </w:r>
      <w:r>
        <w:t>"personality is changeless in change". is mein kya hai? is mein hum ko ek ek law of nature mila ke is duniya mein kuch cheezein hain jo subject of change hain, har waqt badalti hain, har waqt badalti hain.</w:t>
      </w:r>
    </w:p>
    <w:p>
      <w:pPr>
        <w:jc w:val="right"/>
      </w:pPr>
      <w:r>
        <w:t>"پرسنالٹی از چینج لیسس ان چینج"۔ اس میں کیا ہے؟ اس میں ہم کو ایک ایک لا آف نیچر ملا کہ اس دنیا میں کچھ چیزیں ہیں جو سبجیکٹ آف چینج ہیں، ہر وقت بدلتی ہیں، ہر وقت بدلتی ہیں۔</w:t>
      </w:r>
    </w:p>
    <w:p>
      <w:r>
        <w:rPr>
          <w:b/>
        </w:rPr>
        <w:t xml:space="preserve">[06:34] </w:t>
      </w:r>
      <w:r>
        <w:t>kuch aise hain jo subject of change nahin hain,</w:t>
      </w:r>
    </w:p>
    <w:p>
      <w:pPr>
        <w:jc w:val="right"/>
      </w:pPr>
      <w:r>
        <w:t>کچھ ایسے ہیں جو سبجیکٹ آف چینج نہیں ہیں،</w:t>
      </w:r>
    </w:p>
    <w:p>
      <w:r>
        <w:rPr>
          <w:b/>
        </w:rPr>
        <w:t xml:space="preserve">[06:37] </w:t>
      </w:r>
      <w:r>
        <w:t>wo badalti nahin hain.</w:t>
      </w:r>
    </w:p>
    <w:p>
      <w:pPr>
        <w:jc w:val="right"/>
      </w:pPr>
      <w:r>
        <w:t>وہ بدلتی نہیں ہیں۔</w:t>
      </w:r>
    </w:p>
    <w:p>
      <w:r>
        <w:rPr>
          <w:b/>
        </w:rPr>
        <w:t xml:space="preserve">[06:41] </w:t>
      </w:r>
      <w:r>
        <w:t>ye sab se bari cheez hai jise jo insaan ko janna chahiye. to is ko hum apply kar rahe hain, yani insaan ki zindagi mein.</w:t>
      </w:r>
    </w:p>
    <w:p>
      <w:pPr>
        <w:jc w:val="right"/>
      </w:pPr>
      <w:r>
        <w:t>یہ سب سے بڑی چیز ہے جسے جو انسان کو جاننا چاہیے۔ تو اس کو ہم اپلائی کر رہے ہیں، یعنی انسان کی زندگی میں۔</w:t>
      </w:r>
    </w:p>
    <w:p>
      <w:r>
        <w:rPr>
          <w:b/>
        </w:rPr>
        <w:t xml:space="preserve">[06:52] </w:t>
      </w:r>
      <w:r>
        <w:t>to quran mein dekhiye, bataya gaya hai ke quran mein ek ayat hai "وتلك الأيام نداو لوحا بين الناس"</w:t>
      </w:r>
    </w:p>
    <w:p>
      <w:pPr>
        <w:jc w:val="right"/>
      </w:pPr>
      <w:r>
        <w:t>تو قرآن میں دیکھیے، بتایا گیا ہے کہ قرآن میں ایک آیت ہے "وتلك الأيام نداو لوحا بين الناس"</w:t>
      </w:r>
    </w:p>
    <w:p>
      <w:r>
        <w:rPr>
          <w:b/>
        </w:rPr>
        <w:t xml:space="preserve">[07:02] </w:t>
      </w:r>
      <w:r>
        <w:t>. yani insaan ki jo wo hai, ye ye ayat aayi hai political power ke silsile mein. political power ke insaan ke andar jo insaan, insaan ko jo political power diya jata hai,</w:t>
      </w:r>
    </w:p>
    <w:p>
      <w:pPr>
        <w:jc w:val="right"/>
      </w:pPr>
      <w:r>
        <w:t>۔ یعنی انسان کی جو وہ ہے، یہ یہ آیت آئی ہے پولیٹیکل پاور کے سلسلے میں۔ پولیٹیکل پاور کہ انسان کے اندر جو انسان، انسان کو جو پولیٹیکل پاور دیا جاتا ہے،</w:t>
      </w:r>
    </w:p>
    <w:p>
      <w:r>
        <w:rPr>
          <w:b/>
        </w:rPr>
        <w:t xml:space="preserve">[07:16] </w:t>
      </w:r>
      <w:r>
        <w:t>to wo kisi ek ki monopoly nahin hai.</w:t>
      </w:r>
    </w:p>
    <w:p>
      <w:pPr>
        <w:jc w:val="right"/>
      </w:pPr>
      <w:r>
        <w:t>تو وہ کسی ایک کی مناپلی نہیں ہے۔</w:t>
      </w:r>
    </w:p>
    <w:p>
      <w:r>
        <w:rPr>
          <w:b/>
        </w:rPr>
        <w:t xml:space="preserve">[07:21] </w:t>
      </w:r>
      <w:r>
        <w:t>ye mera jo personality hai, andar wali, wo to meri monopoly hai, wo badlegi nahin. lekin ye body meri monopoly nahin hai.</w:t>
      </w:r>
    </w:p>
    <w:p>
      <w:pPr>
        <w:jc w:val="right"/>
      </w:pPr>
      <w:r>
        <w:t>یہ میرا جو پرسنیلٹی ہے، اندر والی، وہ تو میری مناپلی ہے، وہ بدلے گی نہیں۔ لیکن یہ باڈی میری مناپلی نہیں ہے۔</w:t>
      </w:r>
    </w:p>
    <w:p>
      <w:r>
        <w:rPr>
          <w:b/>
        </w:rPr>
        <w:t xml:space="preserve">[07:32] </w:t>
      </w:r>
      <w:r>
        <w:t>body jo hai, wo to toot'ta rahega, khatam hota rahega. koi body mera body nahin hai. kisi body par meri monopoly nahin hai.</w:t>
      </w:r>
    </w:p>
    <w:p>
      <w:pPr>
        <w:jc w:val="right"/>
      </w:pPr>
      <w:r>
        <w:t>باڈی جو ہے، وہ تو ٹوٹتا رہے گا، ختم ہوتا رہے گا۔ کوئی باڈی میرا باڈی نہیں ہے۔ کسی باڈی پر میری مناپلی نہیں ہے۔</w:t>
      </w:r>
    </w:p>
    <w:p>
      <w:r>
        <w:rPr>
          <w:b/>
        </w:rPr>
        <w:t xml:space="preserve">[07:42] </w:t>
      </w:r>
      <w:r>
        <w:t>meri monopoly jo hai, wo mere andar ke soul par, andar ke mind par, us par hai. wo badlegi nahin, wo mera hamesha rahega.</w:t>
      </w:r>
    </w:p>
    <w:p>
      <w:pPr>
        <w:jc w:val="right"/>
      </w:pPr>
      <w:r>
        <w:t>میری مناپلی جو ہے، وہ میرے اندر کے سول پر، اندر کے مائنڈ پر، اس پر ہے۔ وہ بدلے گی نہیں، وہ میرا ہمیشہ رہے گا۔</w:t>
      </w:r>
    </w:p>
    <w:p>
      <w:r>
        <w:rPr>
          <w:b/>
        </w:rPr>
        <w:t xml:space="preserve">[07:51] </w:t>
      </w:r>
      <w:r>
        <w:t>to yahi cheez, yani human history ke bare mein hai. human history jo hai, is mein ek cheez badalti rehti hai, wo hai political power.</w:t>
      </w:r>
    </w:p>
    <w:p>
      <w:pPr>
        <w:jc w:val="right"/>
      </w:pPr>
      <w:r>
        <w:t>تو یہی چیز، یعنی ہیومن ہسٹری کے بارے میں ہے۔ ہیومن ہسٹری جو ہے، اس میں ایک چیز بدلتی رہتی ہے، وہ ہے پولیٹیکل پاور۔</w:t>
      </w:r>
    </w:p>
    <w:p>
      <w:r>
        <w:rPr>
          <w:b/>
        </w:rPr>
        <w:t xml:space="preserve">[08:04] </w:t>
      </w:r>
      <w:r>
        <w:t>ye mumkin nahin hai ke political power par kisi ki</w:t>
      </w:r>
    </w:p>
    <w:p>
      <w:pPr>
        <w:jc w:val="right"/>
      </w:pPr>
      <w:r>
        <w:t>یہ ممکن نہیں ہے کہ پولیٹیکل پاور پر کسی کی</w:t>
      </w:r>
    </w:p>
    <w:p>
      <w:r>
        <w:rPr>
          <w:b/>
        </w:rPr>
        <w:t xml:space="preserve">[08:07] </w:t>
      </w:r>
      <w:r>
        <w:t>kisi ki monopoly qaim ho jaye.</w:t>
      </w:r>
    </w:p>
    <w:p>
      <w:pPr>
        <w:jc w:val="right"/>
      </w:pPr>
      <w:r>
        <w:t>کسی کی مناپلی قائم ہو جائے۔</w:t>
      </w:r>
    </w:p>
    <w:p>
      <w:r>
        <w:rPr>
          <w:b/>
        </w:rPr>
        <w:t xml:space="preserve">[08:12] </w:t>
      </w:r>
      <w:r>
        <w:t>isi ko quran mein bataya gaya hai ke "وتلك الأيام نداو لوحا بين الناس" . ke political power kabhi un ke hath mein, kabhi un ke hath mein.</w:t>
      </w:r>
    </w:p>
    <w:p>
      <w:pPr>
        <w:jc w:val="right"/>
      </w:pPr>
      <w:r>
        <w:t>اسی کو قرآن میں بتایا گیا ہے کہ "وتلك الأيام نداو لوحا بين الناس" ۔ کہ پولیٹیکل پاور کبھی ان کے ہاتھ میں، کبھی ان کے ہاتھ میں۔</w:t>
      </w:r>
    </w:p>
    <w:p>
      <w:r>
        <w:rPr>
          <w:b/>
        </w:rPr>
        <w:t xml:space="preserve">[08:21] </w:t>
      </w:r>
      <w:r>
        <w:t>jaise india mein dekhiye, ek zamana tha</w:t>
      </w:r>
    </w:p>
    <w:p>
      <w:pPr>
        <w:jc w:val="right"/>
      </w:pPr>
      <w:r>
        <w:t>جیسے انڈیا میں دیکھیے، ایک زمانہ تھا</w:t>
      </w:r>
    </w:p>
    <w:p>
      <w:r>
        <w:rPr>
          <w:b/>
        </w:rPr>
        <w:t xml:space="preserve">[08:24] </w:t>
      </w:r>
      <w:r>
        <w:t>ke raja log rule karte thay. phir zamana aaya hai ke mughal rule karne lagay. phir ek zamana aaya hai ke britishs ne rule kiya yahan.</w:t>
      </w:r>
    </w:p>
    <w:p>
      <w:pPr>
        <w:jc w:val="right"/>
      </w:pPr>
      <w:r>
        <w:t>کہ راجہ لوگ رول کرتے تھے۔ پھر زمانہ آیا ہے کہ مغل رول کرنے لگے۔ پھر ایک زمانہ آیا ہے کہ برٹشز نے رول کیا یہاں۔</w:t>
      </w:r>
    </w:p>
    <w:p>
      <w:r>
        <w:rPr>
          <w:b/>
        </w:rPr>
        <w:t xml:space="preserve">[08:36] </w:t>
      </w:r>
      <w:r>
        <w:t>is ke baad zamana aaya hai ke tahir ne rule kiya. phir zamana aaya hai ke doosri partyon ne rule kiya.</w:t>
      </w:r>
    </w:p>
    <w:p>
      <w:pPr>
        <w:jc w:val="right"/>
      </w:pPr>
      <w:r>
        <w:t>اس کے بعد زمانہ آیا ہے کہ طاہر نے رول کیا۔ پھر زمانہ آیا ہے کہ دوسری پارٹیوں نے رول کیا۔</w:t>
      </w:r>
    </w:p>
    <w:p>
      <w:r>
        <w:rPr>
          <w:b/>
        </w:rPr>
        <w:t xml:space="preserve">[08:43] </w:t>
      </w:r>
      <w:r>
        <w:t>ye hai, yani ye ye ye change ka subject hai. political power change ka subject badalta rahega, badalta rahega, badalta rahega.</w:t>
      </w:r>
    </w:p>
    <w:p>
      <w:pPr>
        <w:jc w:val="right"/>
      </w:pPr>
      <w:r>
        <w:t>یہ ہے، یعنی یہ یہ یہ چینج کا سبجیکٹ ہے۔ پولیٹیکل پاور چینج کا سبجیکٹ بدلتا رہے گا، بدلتا رہے گا، بدلتا رہے گا۔</w:t>
      </w:r>
    </w:p>
    <w:p>
      <w:r>
        <w:rPr>
          <w:b/>
        </w:rPr>
        <w:t xml:space="preserve">[08:54] </w:t>
      </w:r>
      <w:r>
        <w:t>to phir ab ye sawal hai janna ke jo</w:t>
      </w:r>
    </w:p>
    <w:p>
      <w:pPr>
        <w:jc w:val="right"/>
      </w:pPr>
      <w:r>
        <w:t>تو پھر اب یہ سوال ہے جاننا کہ جو</w:t>
      </w:r>
    </w:p>
    <w:p>
      <w:r>
        <w:rPr>
          <w:b/>
        </w:rPr>
        <w:t xml:space="preserve">[09:02] </w:t>
      </w:r>
      <w:r>
        <w:t>kya cheez hai human life mein jo change nahin hoti, us ko janna hai. main samajhta hoon ke pichlay do sau saal ki jo musalmanon ki history hai, wo isi nuqtay ko na jannay ka nateeja hai.</w:t>
      </w:r>
    </w:p>
    <w:p>
      <w:pPr>
        <w:jc w:val="right"/>
      </w:pPr>
      <w:r>
        <w:t>کیا چیز ہے ہیومن لائف میں جو چینج نہیں ہوتی، اس کو جاننا ہے۔ میں سمجھتا ہوں کہ پچھلے دو سو سال کی جو مسلمانوں کی ہسٹری ہے، وہ اسی نقطے کو نہ جاننے کا نتیجہ ہے۔</w:t>
      </w:r>
    </w:p>
    <w:p>
      <w:r>
        <w:rPr>
          <w:b/>
        </w:rPr>
        <w:t xml:space="preserve">[09:20] </w:t>
      </w:r>
      <w:r>
        <w:t>yani jo cheez</w:t>
      </w:r>
    </w:p>
    <w:p>
      <w:pPr>
        <w:jc w:val="right"/>
      </w:pPr>
      <w:r>
        <w:t>یعنی جو چیز</w:t>
      </w:r>
    </w:p>
    <w:p>
      <w:r>
        <w:rPr>
          <w:b/>
        </w:rPr>
        <w:t xml:space="preserve">[09:22] </w:t>
      </w:r>
      <w:r>
        <w:t>badalne wali thi, wo badli to isi ko le kar shor karne lagay. un ko chahiye tha ke jo cheez unchangeable hai, us ko jannay. yani har baar jab koi badlao aata hai to political power mein, to humein ye janna parta hai ke wo kya cheez hai, abhi bhi change nahin hui.</w:t>
      </w:r>
    </w:p>
    <w:p>
      <w:pPr>
        <w:jc w:val="right"/>
      </w:pPr>
      <w:r>
        <w:t>بدلنے والی تھی، وہ بدلی تو اسی کو لے کر شور کرنے لگے۔ ان کو چاہیے تھا کہ جو چیز ان چینجیبل ہے، اس کو جانیں۔ یعنی ہر بار جب کوئی بدلاؤ آتا ہے تو پولیٹیکل پاور میں، تو ہمیں یہ جاننا پڑتا ہے کہ وہ کیا چیز ہے، ابھی بھی چینج نہیں ہوئی۔</w:t>
      </w:r>
    </w:p>
    <w:p>
      <w:r>
        <w:rPr>
          <w:b/>
        </w:rPr>
        <w:t xml:space="preserve">[09:42] </w:t>
      </w:r>
      <w:r>
        <w:t>kyun ke wo to chala gaya, wo lotay ga nahin. rajaon ki hukoomat duniya mein aa nahin sakti. mughalon ka rule duniya mein lot nahin sakta. burser ka rule duniya mein lot nahin sakta.</w:t>
      </w:r>
    </w:p>
    <w:p>
      <w:pPr>
        <w:jc w:val="right"/>
      </w:pPr>
      <w:r>
        <w:t>کیونکہ وہ تو چلا گیا، وہ لوٹے گا نہیں۔ راجہؤں کی حکومت دنیا میں آ نہیں سکتی۔ مغلوں کا رول دنیا میں لوٹ نہیں سکتا۔ برسر کا رول دنیا میں لوٹ نہیں سکتا۔</w:t>
      </w:r>
    </w:p>
    <w:p>
      <w:r>
        <w:rPr>
          <w:b/>
        </w:rPr>
        <w:t xml:space="preserve">[09:54] </w:t>
      </w:r>
      <w:r>
        <w:t>to yeh yeh maamla zindagi mein baar baar hota rehta hai.</w:t>
      </w:r>
    </w:p>
    <w:p>
      <w:pPr>
        <w:jc w:val="right"/>
      </w:pPr>
      <w:r>
        <w:t>تو یہ یہ معاملہ زندگی میں بار بار ہوتا رہتا ہے۔</w:t>
      </w:r>
    </w:p>
    <w:p>
      <w:r>
        <w:rPr>
          <w:b/>
        </w:rPr>
        <w:t xml:space="preserve">[10:00] </w:t>
      </w:r>
      <w:r>
        <w:t>to</w:t>
      </w:r>
    </w:p>
    <w:p>
      <w:pPr>
        <w:jc w:val="right"/>
      </w:pPr>
      <w:r>
        <w:t>تو</w:t>
      </w:r>
    </w:p>
    <w:p>
      <w:r>
        <w:rPr>
          <w:b/>
        </w:rPr>
        <w:t xml:space="preserve">[10:03] </w:t>
      </w:r>
      <w:r>
        <w:t>ab is ko aap rasool Allah sal Allah alaihi wasallam ki misaal mein dekhiye. Rasool Allah sal Allah alaihi wasallam jab makka mein, aap ne 610 eesvi mein apna mission shuru kiya, to makka mein sab se jo holiest place tha, woh kaha tha kaba,</w:t>
      </w:r>
    </w:p>
    <w:p>
      <w:pPr>
        <w:jc w:val="right"/>
      </w:pPr>
      <w:r>
        <w:t>اب اس کو آپ رسول اللہ صلی اللہ علیہ وسلم کی مثال میں دیکھیے۔ رسول اللہ صلی اللہ علیہ وسلم جب مکہ میں، آپ نے 610 عیسوی میں اپنا مشن شروع کیا، تو مکہ میں سب سے جو ہولیسٹ پلیس تھا، وہ کہا تھا کعبہ،</w:t>
      </w:r>
    </w:p>
    <w:p>
      <w:r>
        <w:rPr>
          <w:b/>
        </w:rPr>
        <w:t xml:space="preserve">[10:21] </w:t>
      </w:r>
      <w:r>
        <w:t>jis ko Hazrat Ibrahim ne banaya tha, ab se chaar hazar saal pehle. To kaba kya tha? Woh masjid thi. Hazrat Ibrahim ne, Hazrat Ismail ne, us ko masjid ke taur par banaya tha.</w:t>
      </w:r>
    </w:p>
    <w:p>
      <w:pPr>
        <w:jc w:val="right"/>
      </w:pPr>
      <w:r>
        <w:t>جس کو حضرت ابراہیم نے بنایا تھا، اب سے چار ہزار سال پہلے۔ تو کعبہ کیا تھا؟ وہ مسجد تھی۔ حضرت ابراہیم نے، حضرت اسماعیل نے، اس کو مسجد کے طور پر بنایا تھا۔</w:t>
      </w:r>
    </w:p>
    <w:p>
      <w:r>
        <w:rPr>
          <w:b/>
        </w:rPr>
        <w:t xml:space="preserve">[10:35] </w:t>
      </w:r>
      <w:r>
        <w:t>yaani ek Allah ki ibaadat ke liye, ek Allah ki worship ke liye.</w:t>
      </w:r>
    </w:p>
    <w:p>
      <w:pPr>
        <w:jc w:val="right"/>
      </w:pPr>
      <w:r>
        <w:t>یعنی ایک اللہ کی عبادت کے لیے، ایک اللہ کی ورشپ کے لیے۔</w:t>
      </w:r>
    </w:p>
    <w:p>
      <w:r>
        <w:rPr>
          <w:b/>
        </w:rPr>
        <w:t xml:space="preserve">[10:42] </w:t>
      </w:r>
      <w:r>
        <w:t>lekin dheere dheere wahan log aate gaye, aate gaye, aate to dheere dheere wahan par aisa hua ke wahan par shirk aa gaya, idol worship aa gayi.</w:t>
      </w:r>
    </w:p>
    <w:p>
      <w:pPr>
        <w:jc w:val="right"/>
      </w:pPr>
      <w:r>
        <w:t>لیکن دھیرے دھیرے وہاں لوگ آتے گئے، آتے گئے، آتے تو دھیرے دھیرے وہاں پر ایسا ہوا کہ وہاں پر شرک آ گیا، ائیڈل ورشپ آ گئی۔</w:t>
      </w:r>
    </w:p>
    <w:p>
      <w:r>
        <w:rPr>
          <w:b/>
        </w:rPr>
        <w:t xml:space="preserve">[10:55] </w:t>
      </w:r>
      <w:r>
        <w:t>to dheere dheere unhon ne kya kiya ke apna but wahan la ke rakhne lage.</w:t>
      </w:r>
    </w:p>
    <w:p>
      <w:pPr>
        <w:jc w:val="right"/>
      </w:pPr>
      <w:r>
        <w:t>تو دھیرے دھیرے انہوں نے کیا کیا کہ اپنا بت وہاں لا کے رکھنے لگے۔</w:t>
      </w:r>
    </w:p>
    <w:p>
      <w:r>
        <w:rPr>
          <w:b/>
        </w:rPr>
        <w:t xml:space="preserve">[11:00] </w:t>
      </w:r>
      <w:r>
        <w:t>to hote hote un ki ginti jo hai, taqreeban 360 pahunch gayi. Jab rasool Allah sal Allah alaihi wasallam aaye to kaba mein 360 but rakhe hue the.</w:t>
      </w:r>
    </w:p>
    <w:p>
      <w:pPr>
        <w:jc w:val="right"/>
      </w:pPr>
      <w:r>
        <w:t>تو ہوتے ہوتے ان کی گنتی جو ہے، تقریباً 360 پہنچ گئی۔ جب رسول اللہ صلی اللہ علیہ وسلم آئے تو کعبہ میں 360 بت رکھے ہوئے تھے۔</w:t>
      </w:r>
    </w:p>
    <w:p>
      <w:r>
        <w:rPr>
          <w:b/>
        </w:rPr>
        <w:t xml:space="preserve">[11:11] </w:t>
      </w:r>
      <w:r>
        <w:t>woh kaba jo banaya gaya tha, Allah wahid ki ibaadat ke liye.</w:t>
      </w:r>
    </w:p>
    <w:p>
      <w:pPr>
        <w:jc w:val="right"/>
      </w:pPr>
      <w:r>
        <w:t>وہ کعبہ جو بنایا گیا تھا، اللہ واحد کی عبادت کے لیے۔</w:t>
      </w:r>
    </w:p>
    <w:p>
      <w:r>
        <w:rPr>
          <w:b/>
        </w:rPr>
        <w:t xml:space="preserve">[11:18] </w:t>
      </w:r>
      <w:r>
        <w:t>ab rasool Allah sal Allah alaihi wasallam ne kya kiya? Allah ki rehnumai mein aap ne ek bohat hi revolutionary faisla kiya.</w:t>
      </w:r>
    </w:p>
    <w:p>
      <w:pPr>
        <w:jc w:val="right"/>
      </w:pPr>
      <w:r>
        <w:t>اب رسول اللہ صلی اللہ علیہ وسلم نے کیا کیا؟ اللہ کی رہنمائی میں آپ نے ایک بہت ہی ریولوشنری فیصلہ کیا۔</w:t>
      </w:r>
    </w:p>
    <w:p>
      <w:r>
        <w:rPr>
          <w:b/>
        </w:rPr>
        <w:t xml:space="preserve">[11:27] </w:t>
      </w:r>
      <w:r>
        <w:t>revolutionary faisla ke woh jo jo jo change ho gaya, jo changeable tha, us ko alag kiya unchangeable se.</w:t>
      </w:r>
    </w:p>
    <w:p>
      <w:pPr>
        <w:jc w:val="right"/>
      </w:pPr>
      <w:r>
        <w:t>ریولوشنری فیصلہ کہ وہ جو جو جو چینج ہو گیا، جو چینجیبل تھا، اس کو الگ کیا ان چینجیبل سے۔</w:t>
      </w:r>
    </w:p>
    <w:p>
      <w:r>
        <w:rPr>
          <w:b/>
        </w:rPr>
        <w:t xml:space="preserve">[11:38] </w:t>
      </w:r>
      <w:r>
        <w:t>to is ko aap, yaani is ko agar aap samajh jayen to poori hikmat Islam ki samajh aa jati hai. Jo wisdom hai Islam ki, woh poori poori samajh aa jati hai.</w:t>
      </w:r>
    </w:p>
    <w:p>
      <w:pPr>
        <w:jc w:val="right"/>
      </w:pPr>
      <w:r>
        <w:t>تو اس کو آپ، یعنی اس کو اگر آپ سمجھ جائیں تو پوری حکمت اسلام کی سمجھ آ جاتی ہے۔ جو وزڈم ہے اسلام کی، وہ پوری پوری سمجھ آ جاتی ہے۔</w:t>
      </w:r>
    </w:p>
    <w:p>
      <w:r>
        <w:rPr>
          <w:b/>
        </w:rPr>
        <w:t xml:space="preserve">[11:49] </w:t>
      </w:r>
      <w:r>
        <w:t>woh kya tha? Dekhiye, Hazrat Ibrahim ke zamane mein koi but nahi tha kaba mein,</w:t>
      </w:r>
    </w:p>
    <w:p>
      <w:pPr>
        <w:jc w:val="right"/>
      </w:pPr>
      <w:r>
        <w:t>وہ کیا تھا؟ دیکھیے، حضرت ابراہیم کے زمانے میں کوئی بت نہیں تھا کعبہ میں،</w:t>
      </w:r>
    </w:p>
    <w:p>
      <w:r>
        <w:rPr>
          <w:b/>
        </w:rPr>
        <w:t xml:space="preserve">[11:56] </w:t>
      </w:r>
      <w:r>
        <w:t>ek bhi but nahi tha. Rasool Allah ke zamane mein wahan bohat se but aa gaye to yeh change ho gaya. Yaani jo structure without idols tha, wahan par idols aa gaye, yeh change hua.</w:t>
      </w:r>
    </w:p>
    <w:p>
      <w:pPr>
        <w:jc w:val="right"/>
      </w:pPr>
      <w:r>
        <w:t>ایک بھی بت نہیں تھا۔ رسول اللہ کے زمانے میں وہاں بہت سے بت آ گئے تو یہ چینج ہو گیا۔ یعنی جو سٹرکچر ودا آؤٹ ائیڈلز تھا، وہاں پر ائیڈلز آ گئے، یہ چینج ہوا۔</w:t>
      </w:r>
    </w:p>
    <w:p>
      <w:r>
        <w:rPr>
          <w:b/>
        </w:rPr>
        <w:t xml:space="preserve">[12:10] </w:t>
      </w:r>
      <w:r>
        <w:t>lekin abhi bhi ek cheez wahan par yeh thi jo unchangeable thi, us ko aap ne discover kiya.</w:t>
      </w:r>
    </w:p>
    <w:p>
      <w:pPr>
        <w:jc w:val="right"/>
      </w:pPr>
      <w:r>
        <w:t>لیکن ابھی بھی ایک چیز وہاں پر یہ تھی جو ان چینجیبل تھی، اس کو آپ نے ڈسکور کیا۔</w:t>
      </w:r>
    </w:p>
    <w:p>
      <w:r>
        <w:rPr>
          <w:b/>
        </w:rPr>
        <w:t xml:space="preserve">[12:16] </w:t>
      </w:r>
      <w:r>
        <w:t>woh kya tha? Opportunity. Opportunity kis tarah? Ke in yeh jo but the, wahan par in buton ki, in buton ki ziyarat ke liye, in ko charhawa charhane ke liye, in se</w:t>
      </w:r>
    </w:p>
    <w:p>
      <w:pPr>
        <w:jc w:val="right"/>
      </w:pPr>
      <w:r>
        <w:t>وہ کیا تھا؟ اپرچونیٹی۔ اپرچونیٹی کس طرح؟ کہ ان یہ جو بت تھے، وہاں پر ان بتوں کی، ان بتوں کی زیارت کے لیے، ان کو چڑھاوا چڑھانے کے لیے، ان سے</w:t>
      </w:r>
    </w:p>
    <w:p>
      <w:r>
        <w:rPr>
          <w:b/>
        </w:rPr>
        <w:t xml:space="preserve">[12:33] </w:t>
      </w:r>
      <w:r>
        <w:t>barkat lene ke liye, daily aate the log. Azmat 360 but jo the, woh saare Arab qabeelon ke but the. Har qabeelay ka but wahan la ke unhon ne rakh diya tha.</w:t>
      </w:r>
    </w:p>
    <w:p>
      <w:pPr>
        <w:jc w:val="right"/>
      </w:pPr>
      <w:r>
        <w:t>برکت لینے کے لیے، ڈیلی آتے تھے لوگ۔ عظمت 360 بت جو تھے، وہ سارے عرب قبیلوں کے بت تھے۔ ہر قبیلے کا بت وہاں لا کے انہوں نے رکھ دیا تھا۔</w:t>
      </w:r>
    </w:p>
    <w:p>
      <w:r>
        <w:rPr>
          <w:b/>
        </w:rPr>
        <w:t xml:space="preserve">[12:45] </w:t>
      </w:r>
      <w:r>
        <w:t>to saare Arab ke jo qabeelay the, woh onton par baith kar ke oont, oont ki sawari woh karti thi, aate the wahan daily.</w:t>
      </w:r>
    </w:p>
    <w:p>
      <w:pPr>
        <w:jc w:val="right"/>
      </w:pPr>
      <w:r>
        <w:t>تو سارے عرب کے جو قبیلے تھے، وہ اونٹوں پر بیٹھ کر کے اونٹ، اونٹ کی سواری وہ کرتی تھی، آتے تھے وہاں ڈیلی۔</w:t>
      </w:r>
    </w:p>
    <w:p>
      <w:r>
        <w:rPr>
          <w:b/>
        </w:rPr>
        <w:t xml:space="preserve">[12:55] </w:t>
      </w:r>
      <w:r>
        <w:t>to</w:t>
      </w:r>
    </w:p>
    <w:p>
      <w:pPr>
        <w:jc w:val="right"/>
      </w:pPr>
      <w:r>
        <w:t>تو</w:t>
      </w:r>
    </w:p>
    <w:p>
      <w:r>
        <w:rPr>
          <w:b/>
        </w:rPr>
        <w:t xml:space="preserve">[12:56] </w:t>
      </w:r>
      <w:r>
        <w:t>wahan par ek gathering hoti thi. Is gathering ko rasool Allah ne audience mein convert kiya. To kya hua? Yaani woh status jo tha kaba ka, us mein to badlao aaya,</w:t>
      </w:r>
    </w:p>
    <w:p>
      <w:pPr>
        <w:jc w:val="right"/>
      </w:pPr>
      <w:r>
        <w:t>وہاں پر ایک گیدرنگ ہوتی تھی۔ اس گیدرنگ کو رسول اللہ نے اڈینس میں کنورٹ کیا۔ تو کیا ہوا؟ یعنی وہ سٹیٹس جو تھا کعبہ کا، اس میں تو بدلاؤ آیا،</w:t>
      </w:r>
    </w:p>
    <w:p>
      <w:r>
        <w:rPr>
          <w:b/>
        </w:rPr>
        <w:t xml:space="preserve">[13:10] </w:t>
      </w:r>
      <w:r>
        <w:t>lekin opportunity mein badlao nahi aaya.</w:t>
      </w:r>
    </w:p>
    <w:p>
      <w:pPr>
        <w:jc w:val="right"/>
      </w:pPr>
      <w:r>
        <w:t>لیکن اپرچونیٹی میں بدلاؤ نہیں آیا۔</w:t>
      </w:r>
    </w:p>
    <w:p>
      <w:r>
        <w:rPr>
          <w:b/>
        </w:rPr>
        <w:t xml:space="preserve">[13:14] </w:t>
      </w:r>
      <w:r>
        <w:t>opportunity jaise pehle thi, ab bhi rahi, us mein koi badlao nahi aaya. To aap ne kya kiya? Aap ne takrao nahi kiya jo is cheez se jo badal chuki thi ke aap buton ko todte, aap but shikan bante,</w:t>
      </w:r>
    </w:p>
    <w:p>
      <w:pPr>
        <w:jc w:val="right"/>
      </w:pPr>
      <w:r>
        <w:t>اپرچونیٹی جیسے پہلے تھی، اب بھی رہی، اس میں کوئی بدلاؤ نہیں آیا۔ تو آپ نے کیا کیا؟ آپ نے ٹکراؤ نہیں کیا جو اس چیز سے جو بدل چکی تھی کہ آپ بتوں کو توڑتے، آپ بت شکن بنتے،</w:t>
      </w:r>
    </w:p>
    <w:p>
      <w:r>
        <w:rPr>
          <w:b/>
        </w:rPr>
        <w:t xml:space="preserve">[13:34] </w:t>
      </w:r>
      <w:r>
        <w:t>aap buton ke khilaaf wahan par protest karte, jaloos nikalte, yeh sab karte. Aisa nahi kiya aap ne. Buton ko simply kya kiya?</w:t>
      </w:r>
    </w:p>
    <w:p>
      <w:pPr>
        <w:jc w:val="right"/>
      </w:pPr>
      <w:r>
        <w:t>آپ بتوں کے خلاف وہاں پر پروٹیسٹ کرتے، جلوس نکالتے، یہ سب کرتے۔ ایسا نہیں کیا آپ نے۔ بتوں کو سمپلی کیا کیا؟</w:t>
      </w:r>
    </w:p>
    <w:p>
      <w:r>
        <w:rPr>
          <w:b/>
        </w:rPr>
        <w:t xml:space="preserve">[13:43] </w:t>
      </w:r>
      <w:r>
        <w:t>unhon ne ignore kiya. Aur aap ne dekha ke but agarche rakhe hue hain, lekin but kya hai? Woh temporary phase hain.</w:t>
      </w:r>
    </w:p>
    <w:p>
      <w:pPr>
        <w:jc w:val="right"/>
      </w:pPr>
      <w:r>
        <w:t>انہوں نے اگنور کیا۔ اور آپ نے دیکھا کہ بت اگرچہ رکھے ہوئے ہیں، لیکن بت کیا ہے؟ وہ ٹیمپریری فیز ہیں۔</w:t>
      </w:r>
    </w:p>
    <w:p>
      <w:r>
        <w:rPr>
          <w:b/>
        </w:rPr>
        <w:t xml:space="preserve">[13:52] </w:t>
      </w:r>
      <w:r>
        <w:t>kyun ke woh to is is ka hissa hain jo jo cheez badalti rehti hai. To woh temporary phase hai. Jo cheez permanent thi, woh kya thi?</w:t>
      </w:r>
    </w:p>
    <w:p>
      <w:pPr>
        <w:jc w:val="right"/>
      </w:pPr>
      <w:r>
        <w:t>کیونکہ وہ تو اس اس کا حصہ ہیں جو جو چیز بدلتی رہتی ہے۔ تو وہ ٹیمپریری فیز ہے۔ جو چیز پرماننٹ تھی، وہ کیا تھی؟</w:t>
      </w:r>
    </w:p>
    <w:p>
      <w:r>
        <w:rPr>
          <w:b/>
        </w:rPr>
        <w:t xml:space="preserve">[14:01] </w:t>
      </w:r>
      <w:r>
        <w:t>aparchooniti. yeh hikmat thi. to aap ne yahi kiya ke bulton ko ignore karte hue, bulton ke presence ko ignore karte hue,</w:t>
      </w:r>
    </w:p>
    <w:p>
      <w:pPr>
        <w:jc w:val="right"/>
      </w:pPr>
      <w:r>
        <w:t>اپرچونیٹی۔ یہ حکمت تھی۔ تو آپ نے یہی کیا کہ بتوں کو اگنور کرتے ہوئے، بتوں کے پریزنس کو اگنور کرتے ہوئے،</w:t>
      </w:r>
    </w:p>
    <w:p>
      <w:r>
        <w:rPr>
          <w:b/>
        </w:rPr>
        <w:t xml:space="preserve">[14:13] </w:t>
      </w:r>
      <w:r>
        <w:t>wahan jo daily gathering hoti thi, us ko aap ne audience ke taur par istemal kiya. chunancha kitabon mein aata hai ke aap jate the wahan par aur logon ko quran parh kar sunate the.</w:t>
      </w:r>
    </w:p>
    <w:p>
      <w:pPr>
        <w:jc w:val="right"/>
      </w:pPr>
      <w:r>
        <w:t>وہاں جو ڈیلی گیدرنگ ہوتی تھی، اس کو آپ نے اڈینس کے طور پر استعمال کیا۔ چنانچہ کتابوں میں آتا ہے کہ آپ جاتے تھے وہاں پر اور لوگوں کو قرآن پڑھ کر سناتے تھے۔</w:t>
      </w:r>
    </w:p>
    <w:p>
      <w:r>
        <w:rPr>
          <w:b/>
        </w:rPr>
        <w:t xml:space="preserve">[14:26] </w:t>
      </w:r>
      <w:r>
        <w:t>is zamane mein jo dawat thi, woh yahi thi. kitabon mein aata hai ke</w:t>
      </w:r>
    </w:p>
    <w:p>
      <w:pPr>
        <w:jc w:val="right"/>
      </w:pPr>
      <w:r>
        <w:t>اس زمانے میں جو دعوت تھی، وہ یہی تھی۔ کتابوں میں آتا ہے کہ</w:t>
      </w:r>
    </w:p>
    <w:p>
      <w:r>
        <w:rPr>
          <w:b/>
        </w:rPr>
        <w:t xml:space="preserve">[14:33] </w:t>
      </w:r>
      <w:r>
        <w:t>araza alayhimul islam wa tal alayhimul quran. aap ne logon ke samne islam pesh kiya aur quran ko parh kar sunaya. yeh dekhiye ke jo cheez change hone wali hai,</w:t>
      </w:r>
    </w:p>
    <w:p>
      <w:pPr>
        <w:jc w:val="right"/>
      </w:pPr>
      <w:r>
        <w:t>أَرَزَ عَلَيْهِمُ الْإِسْلَامَ وَطَلَى عَلَيْهِمُ الْقُرْآنَ ۔ آپ نے لوگوں کے سامنے اسلام پیش کیا اور قرآن کو پڑھ کر سنایا۔ یہ دیکھیے کہ جو چیز چینج ہونے والی ہے،</w:t>
      </w:r>
    </w:p>
    <w:p>
      <w:r>
        <w:rPr>
          <w:b/>
        </w:rPr>
        <w:t xml:space="preserve">[14:48] </w:t>
      </w:r>
      <w:r>
        <w:t>us ko ignore kar ke jo unchangeable hai, us par stick karna.</w:t>
      </w:r>
    </w:p>
    <w:p>
      <w:pPr>
        <w:jc w:val="right"/>
      </w:pPr>
      <w:r>
        <w:t>اس کو اگنور کر کے جو ان چینجیبل ہے، اس پر اسٹک کرنا۔</w:t>
      </w:r>
    </w:p>
    <w:p>
      <w:r>
        <w:rPr>
          <w:b/>
        </w:rPr>
        <w:t xml:space="preserve">[14:54] </w:t>
      </w:r>
      <w:r>
        <w:t>yeh hai hikmat-e-islam. yeh hai hikmat, yeh hai wisdom. isi ko follow kiya aap ne. aur natija kya hua?</w:t>
      </w:r>
    </w:p>
    <w:p>
      <w:pPr>
        <w:jc w:val="right"/>
      </w:pPr>
      <w:r>
        <w:t>یہ ہے حکمت اسلام کی۔ یہ ہے حکمت، یہ ہے وزڈم۔ اسی کو فالو کیا آپ نے۔ اور نتیجہ کیا ہوا؟</w:t>
      </w:r>
    </w:p>
    <w:p>
      <w:r>
        <w:rPr>
          <w:b/>
        </w:rPr>
        <w:t xml:space="preserve">[15:03] </w:t>
      </w:r>
      <w:r>
        <w:t>aap jante hain ke natija hua ke sirf 23 saal mein poora arab Islamize ho gaya. poora arab Islamize ho gaya. ek hi formula agar batana ho</w:t>
      </w:r>
    </w:p>
    <w:p>
      <w:pPr>
        <w:jc w:val="right"/>
      </w:pPr>
      <w:r>
        <w:t>آپ جانتے ہیں کہ نتیجہ ہوا کہ صرف 23 سال میں پورا عرب اسلامائز ہو گیا۔ پورا عرب اسلامائز ہو گیا۔ ایک ہی فارمولا اگر بتانا ہو</w:t>
      </w:r>
    </w:p>
    <w:p>
      <w:r>
        <w:rPr>
          <w:b/>
        </w:rPr>
        <w:t xml:space="preserve">[15:14] </w:t>
      </w:r>
      <w:r>
        <w:t>ke Rasool Allah ko itni bari kamyabi kaise hui, to yahi bataya jayega. aap jante hain ke America mein ek kitab chhapi hai, "The Hundred".</w:t>
      </w:r>
    </w:p>
    <w:p>
      <w:pPr>
        <w:jc w:val="right"/>
      </w:pPr>
      <w:r>
        <w:t>کہ رسول اللہ کو اتنی بڑی کامیابی کیسے ہوئی، تو یہی بتایا جائے گا۔ آپ جانتے ہیں کہ امریکہ میں ایک کتاب چھپی ہے، "دا ہنڈرڈ"۔</w:t>
      </w:r>
    </w:p>
    <w:p>
      <w:r>
        <w:rPr>
          <w:b/>
        </w:rPr>
        <w:t xml:space="preserve">[15:23] </w:t>
      </w:r>
      <w:r>
        <w:t>is mein unhon ne sari history ke ek sau aise log chune hain jo toppers the,</w:t>
      </w:r>
    </w:p>
    <w:p>
      <w:pPr>
        <w:jc w:val="right"/>
      </w:pPr>
      <w:r>
        <w:t>اس میں انہوں نے ساری ہسٹری کے ایک سو ایسے لوگ چنے ہیں جو ٹاپرز تھے،</w:t>
      </w:r>
    </w:p>
    <w:p>
      <w:r>
        <w:rPr>
          <w:b/>
        </w:rPr>
        <w:t xml:space="preserve">[15:30] </w:t>
      </w:r>
      <w:r>
        <w:t>different field ke. lekin unhon ne yeh to bataya ke woh kaise successful rahe. lekin yeh nahi bata saka author ke what was the formula of success. Rasool Allah ke liye ke Rasool Allah ko top par rakha is number one par.</w:t>
      </w:r>
    </w:p>
    <w:p>
      <w:pPr>
        <w:jc w:val="right"/>
      </w:pPr>
      <w:r>
        <w:t>ڈفرنٹ فیلڈ کے۔ لیکن انہوں نے یہ تو بتایا کہ وہ کہ کیسے وہ سکسیس فل رہے۔ لیکن یہ نہیں بتا سکا اتھر کہ واٹ واز دا فارمولا اف سکسیس رسول اللہ کے لیے کہ رسول اللہ کو ٹاپ پر رکھا اس نمبر ون پر۔</w:t>
      </w:r>
    </w:p>
    <w:p>
      <w:r>
        <w:rPr>
          <w:b/>
        </w:rPr>
        <w:t xml:space="preserve">[15:46] </w:t>
      </w:r>
      <w:r>
        <w:t>lekin Rasool Allah ka formula kya tha? yeh aap is kitab mein nahi payenge. yeh formula poori history mein khud musalmanon ke haan unknown raha,</w:t>
      </w:r>
    </w:p>
    <w:p>
      <w:pPr>
        <w:jc w:val="right"/>
      </w:pPr>
      <w:r>
        <w:t>لیکن رسول اللہ کا فارمولا کیا تھا؟ یہ آپ اس کتاب میں نہیں پائیں گے۔ یہ فارمولا پوری ہسٹری میں خود مسلمانوں کے ہاں ان نون رہا،</w:t>
      </w:r>
    </w:p>
    <w:p>
      <w:r>
        <w:rPr>
          <w:b/>
        </w:rPr>
        <w:t xml:space="preserve">[15:55] </w:t>
      </w:r>
      <w:r>
        <w:t>unknown. aur yahi isi ki wajah se musalman is waqt har jagah lad rahe hain, zaleel ho rahe hain, unke business tabah ho rahe hain, unko jo mila woh bhi chhin raha hai.</w:t>
      </w:r>
    </w:p>
    <w:p>
      <w:pPr>
        <w:jc w:val="right"/>
      </w:pPr>
      <w:r>
        <w:t>ان نون۔ اور یہی اسی کی وجہ سے مسلمان اس وقت ہر جگہ لڑ رہے ہیں، ذلیل ہو رہے ہیں، ان کے بزنس تباہ ہو رہے ہیں، ان کو جو ملا وہ بھی چھن رہا ہے۔</w:t>
      </w:r>
    </w:p>
    <w:p>
      <w:r>
        <w:rPr>
          <w:b/>
        </w:rPr>
        <w:t xml:space="preserve">[16:09] </w:t>
      </w:r>
      <w:r>
        <w:t>kyun ke is formula ko nahi jante</w:t>
      </w:r>
    </w:p>
    <w:p>
      <w:pPr>
        <w:jc w:val="right"/>
      </w:pPr>
      <w:r>
        <w:t>کیونکہ اس فارمولے کو نہیں جانتے</w:t>
      </w:r>
    </w:p>
    <w:p>
      <w:r>
        <w:rPr>
          <w:b/>
        </w:rPr>
        <w:t xml:space="preserve">[16:12] </w:t>
      </w:r>
      <w:r>
        <w:t>ke jo cheez change ho gayi, us ko chhoro, jo unchangeable hai, us par stick karo. misal ke taur par dekhiye, aap mein chand misalein deta hoon aap ko.</w:t>
      </w:r>
    </w:p>
    <w:p>
      <w:pPr>
        <w:jc w:val="right"/>
      </w:pPr>
      <w:r>
        <w:t>کہ جو چیز چینج ہو گئی، اس کو چھوڑو، جو ان چینجیبل ہے، اس پر اسٹک کرو۔ مثال کے اوپر دیکھیے، آپ میں چند مثالیں دیتا ہوں آپ کو۔</w:t>
      </w:r>
    </w:p>
    <w:p>
      <w:r>
        <w:rPr>
          <w:b/>
        </w:rPr>
        <w:t xml:space="preserve">[16:25] </w:t>
      </w:r>
      <w:r>
        <w:t>Palestine mein dekhiye, 1948 mein</w:t>
      </w:r>
    </w:p>
    <w:p>
      <w:pPr>
        <w:jc w:val="right"/>
      </w:pPr>
      <w:r>
        <w:t>پیلسٹائن میں دیکھیے، 1948 میں</w:t>
      </w:r>
    </w:p>
    <w:p>
      <w:r>
        <w:rPr>
          <w:b/>
        </w:rPr>
        <w:t xml:space="preserve">[16:30] </w:t>
      </w:r>
      <w:r>
        <w:t>Balfour Declaration ke tehat Palestine ka partition kiya gaya. roughly adha de diya gaya Israel ko, adha de diya gaya Arab ko.</w:t>
      </w:r>
    </w:p>
    <w:p>
      <w:pPr>
        <w:jc w:val="right"/>
      </w:pPr>
      <w:r>
        <w:t>بالفور وارڈ کے تحت پیلسٹائن کا پارٹیشن کیا گیا۔ رفلی ادھا دے دیا گیا اسرائیل کو، ادھا دے دیا گیا عرب کو۔</w:t>
      </w:r>
    </w:p>
    <w:p>
      <w:r>
        <w:rPr>
          <w:b/>
        </w:rPr>
        <w:t xml:space="preserve">[16:40] </w:t>
      </w:r>
      <w:r>
        <w:t>to dekhiye, Rasool Allah ki sunnat kya thi ke aap jo jo cheez</w:t>
      </w:r>
    </w:p>
    <w:p>
      <w:pPr>
        <w:jc w:val="right"/>
      </w:pPr>
      <w:r>
        <w:t>تو دیکھیے، رسول اللہ کی سنت کیا تھی کہ آپ جو جو چیز</w:t>
      </w:r>
    </w:p>
    <w:p>
      <w:r>
        <w:rPr>
          <w:b/>
        </w:rPr>
        <w:t xml:space="preserve">[16:48] </w:t>
      </w:r>
      <w:r>
        <w:t>subject to change thi, us ko chhoro, jo unchangeable hai, us ko lo. yahan mein ek arz karunga ke ek hai Quran mein kaha gaya hai ke laqad kana lakum fi rasoolillahi uswatun hasanah.</w:t>
      </w:r>
    </w:p>
    <w:p>
      <w:pPr>
        <w:jc w:val="right"/>
      </w:pPr>
      <w:r>
        <w:t>سبجیکٹ ٹو چینج تھی، اس کو چھوڑو، جو ان چینجیبل ہے، اس کو لو۔ یہاں میں ایک عرض کروں گا کہ ایک ہے قرآن میں کہا گیا ہے کہ لَقَدْ كَانَ لَكُمْ فِي رَسُولِ اللّٰهِ عُسْوَةٌ حَسَنَةٌ ۔</w:t>
      </w:r>
    </w:p>
    <w:p>
      <w:r>
        <w:rPr>
          <w:b/>
        </w:rPr>
        <w:t xml:space="preserve">[17:02] </w:t>
      </w:r>
      <w:r>
        <w:t>tumhare liye Rasool Allah ki zindagi mein behtareen uswa hai. uswa ka matlab hai example, model.</w:t>
      </w:r>
    </w:p>
    <w:p>
      <w:pPr>
        <w:jc w:val="right"/>
      </w:pPr>
      <w:r>
        <w:t>تمہارے لیے رسول اللہ کی زندگی میں بہترین اسوہ ہے۔ اسوہ کا معنی ہے ایگزیمپل، ماڈل۔</w:t>
      </w:r>
    </w:p>
    <w:p>
      <w:r>
        <w:rPr>
          <w:b/>
        </w:rPr>
        <w:t xml:space="preserve">[17:08] </w:t>
      </w:r>
      <w:r>
        <w:t>to ek hai ek uswa, ek hai hikmat-e-uswa. yani ek hai example, ek hai wisdom of example, wisdom of model.</w:t>
      </w:r>
    </w:p>
    <w:p>
      <w:pPr>
        <w:jc w:val="right"/>
      </w:pPr>
      <w:r>
        <w:t>تو ایک ہے ایک اسوہ، ایک ہے حکمت اسوہ۔ یعنی ایک ہے ایگزیمپل، ایک ہے وزڈم اف ایگزیمپل، وزڈم اف ماڈل۔</w:t>
      </w:r>
    </w:p>
    <w:p>
      <w:r>
        <w:rPr>
          <w:b/>
        </w:rPr>
        <w:t xml:space="preserve">[17:20] </w:t>
      </w:r>
      <w:r>
        <w:t>to uswa ko mahdood maanon mein logon ne jaana hai, lekin hikmat-e-uswa se bilkul bekhabar rahe ke kyun Rasool Allah sallallahu alaihi wasallam ne</w:t>
      </w:r>
    </w:p>
    <w:p>
      <w:pPr>
        <w:jc w:val="right"/>
      </w:pPr>
      <w:r>
        <w:t>تو اسوہ کو محدود معنوں میں لوگوں نے جانا ہے، لیکن حکمت اسوہ سے بالکل بے خبر رہے کہ کیوں رسول اللہ صلی اللہ علیہ وسلم نے</w:t>
      </w:r>
    </w:p>
    <w:p>
      <w:r>
        <w:rPr>
          <w:b/>
        </w:rPr>
        <w:t xml:space="preserve">[17:30] </w:t>
      </w:r>
      <w:r>
        <w:t>Makke mein takrao nahi kiya bulton se aur dawat dete rahe, dawat dete rahe. to yeh yeh jo hikmat thi us ke peeche, woh us ko nahi, us ko discover nahi kar sake.</w:t>
      </w:r>
    </w:p>
    <w:p>
      <w:pPr>
        <w:jc w:val="right"/>
      </w:pPr>
      <w:r>
        <w:t>مکے میں ٹکراؤ نہیں کیا بتوں سے اور دعوت دیتے رہے، دعوت دیتے رہے۔ تو یہ یہ جو حکمت تھی اس کے پیچھے، وہ اس کو نہیں، اس کو ڈسکور نہیں کر سکے۔</w:t>
      </w:r>
    </w:p>
    <w:p>
      <w:r>
        <w:rPr>
          <w:b/>
        </w:rPr>
        <w:t xml:space="preserve">[17:42] </w:t>
      </w:r>
      <w:r>
        <w:t>hikmat yahi thi ke jo cheez badalti rehti hai, us ko nazar andaz karo, jo unchangeable hai, us ko us ko le kar ke us ke mutabiq apni planning karo, apne mission ki,</w:t>
      </w:r>
    </w:p>
    <w:p>
      <w:pPr>
        <w:jc w:val="right"/>
      </w:pPr>
      <w:r>
        <w:t>حکمت یہی تھی کہ جو چیز بدلتی رہتی ہے، اس کو نظر انداز کرو، جو ان چینجیبل ہے، اس کو اس کو لے کر کے اس کے مطابق اپنی پلاننگ کرو، اپنے مشن کی،</w:t>
      </w:r>
    </w:p>
    <w:p>
      <w:r>
        <w:rPr>
          <w:b/>
        </w:rPr>
        <w:t xml:space="preserve">[17:56] </w:t>
      </w:r>
      <w:r>
        <w:t>apni mission ki planning. to ab jo jo hua wahan par Palestine mein, to yeh ek subject to change tha, yeh mamla ke Palestine pe rule kaun kare.</w:t>
      </w:r>
    </w:p>
    <w:p>
      <w:pPr>
        <w:jc w:val="right"/>
      </w:pPr>
      <w:r>
        <w:t>اپنی مشن کی پلاننگ۔ تو اب جو جو ہوا وہاں پر فلسطین میں، تو یہ ایک سبجیکٹ ٹو چینج تھا، یہ معاملہ کہ فلسطین پہ رول کون کرے۔</w:t>
      </w:r>
    </w:p>
    <w:p>
      <w:r>
        <w:rPr>
          <w:b/>
        </w:rPr>
        <w:t xml:space="preserve">[18:09] </w:t>
      </w:r>
      <w:r>
        <w:t>aap jante hain ke Second Caliphate ke zamane mein musalman wahan gaye, us se pehle wahan Roman hukumat karte the, wahan par musalmanon ki hukumat qaim hui. us ke baad taqreeban hazar saal tak musalmanon ka rule wahan raha.</w:t>
      </w:r>
    </w:p>
    <w:p>
      <w:pPr>
        <w:jc w:val="right"/>
      </w:pPr>
      <w:r>
        <w:t>آپ جانتے ہیں کہ سیکنڈ کلیف کے زمانے میں مسلمان وہاں گئے، اس سے پہلے وہاں رومن حکومت کرتے تھے، وہاں پر مسلمانوں کی حکومت قائم ہوئی۔ اس کے بعد تقریباً ہزار سال تک مسلمانوں کا رول وہاں رہا۔</w:t>
      </w:r>
    </w:p>
    <w:p>
      <w:r>
        <w:rPr>
          <w:b/>
        </w:rPr>
        <w:t xml:space="preserve">[18:21] </w:t>
      </w:r>
      <w:r>
        <w:t>ab agar balfour wardect ne wahan par ek change laya, yani adha un ko diya, adha un ko, to woh hone wali cheez thi, woh hone wali cheez thi.</w:t>
      </w:r>
    </w:p>
    <w:p>
      <w:pPr>
        <w:jc w:val="right"/>
      </w:pPr>
      <w:r>
        <w:t>اب اگر بالفور وارڈکٹ نے وہاں پر ایک چینج لایا، یعنی ادھا ان کو دیا، ادھا ان کو، تو وہ ہونے والی چیز تھی، وہ ہونے والی چیز تھی۔</w:t>
      </w:r>
    </w:p>
    <w:p>
      <w:r>
        <w:rPr>
          <w:b/>
        </w:rPr>
        <w:t xml:space="preserve">[18:31] </w:t>
      </w:r>
      <w:r>
        <w:t>is se ladna kya? is ko accept kar liya, is ko accept kar liya. to agar accept karte musalman, yani arab, to kya hota?</w:t>
      </w:r>
    </w:p>
    <w:p>
      <w:pPr>
        <w:jc w:val="right"/>
      </w:pPr>
      <w:r>
        <w:t>اس سے لڑنا کیا؟ اس کو ایکسیپٹ کر لیا، اس کو ایکسیپٹ کر لیا۔ تو اگر ایکسیپٹ کرتے مسلمان، یعنی عرب، تو کیا ہوتا؟</w:t>
      </w:r>
    </w:p>
    <w:p>
      <w:r>
        <w:rPr>
          <w:b/>
        </w:rPr>
        <w:t xml:space="preserve">[18:43] </w:t>
      </w:r>
      <w:r>
        <w:t>adha falasteen un ke paas hota, yerushalayim un ke paas hoti. kal mein ek parh raha tha akhbar mein ke bohat bara jalos nikala gaya hai, tahaffuz aqsa,</w:t>
      </w:r>
    </w:p>
    <w:p>
      <w:pPr>
        <w:jc w:val="right"/>
      </w:pPr>
      <w:r>
        <w:t>ادھا فلسطین ان کے پاس ہوتا، یروشلم ان کے پاس ہوتی۔ کل میں ایک پڑھ رہا تھا اخبار میں کہ بہت بڑا جلوس نکالا گیا ہے، تحفظ اقصی،</w:t>
      </w:r>
    </w:p>
    <w:p>
      <w:r>
        <w:rPr>
          <w:b/>
        </w:rPr>
        <w:t xml:space="preserve">[18:57] </w:t>
      </w:r>
      <w:r>
        <w:t>tahaffuz masjid aqsa. to tahaffuz ke tahaffuz kyun pesh aya? aap ne hikmat nabvi ko nahi samjha aur takra gaye, takra kar ke use kho diya.</w:t>
      </w:r>
    </w:p>
    <w:p>
      <w:pPr>
        <w:jc w:val="right"/>
      </w:pPr>
      <w:r>
        <w:t>تحفظ مسجد اقصی۔ تو تحفظ کے تحفظ کیوں پیش آیا؟ آپ نے حکمت نبوی کو نہیں سمجھا اور ٹکرا گئے، ٹکرا کر کے اسے کھو دیا۔</w:t>
      </w:r>
    </w:p>
    <w:p>
      <w:r>
        <w:rPr>
          <w:b/>
        </w:rPr>
        <w:t xml:space="preserve">[19:09] </w:t>
      </w:r>
      <w:r>
        <w:t>yani masjid aqsa to is partition mein jo balfour ne kiya tha, woh to arbon ke paas thi. tahaffuz kya? woh to un ki treaty mein thi, un ki treaty mein.</w:t>
      </w:r>
    </w:p>
    <w:p>
      <w:pPr>
        <w:jc w:val="right"/>
      </w:pPr>
      <w:r>
        <w:t>یعنی مسجد اقصی تو اس پارٹیشن میں جو بالفور نے کیا تھا، وہ تو عربوں کے پاس تھی۔ تحفظ کیا؟ وہ تو ان کی ٹریٹی میں تھی، ان کی ٹریٹی میں۔</w:t>
      </w:r>
    </w:p>
    <w:p>
      <w:r>
        <w:rPr>
          <w:b/>
        </w:rPr>
        <w:t xml:space="preserve">[19:20] </w:t>
      </w:r>
      <w:r>
        <w:t>yani roughly jo mein ne kaha ke roughly partition kiya gaya tha, is mein poori woh treaty jo bait ul maqdas hai, jo yerushalayim hai, jo masjid aqsa ka area hai, woh sab ka sab arbon ke paas tha.</w:t>
      </w:r>
    </w:p>
    <w:p>
      <w:pPr>
        <w:jc w:val="right"/>
      </w:pPr>
      <w:r>
        <w:t>یعنی رفلی جو میں نے کہا کہ رفلی پارٹیشن کیا گیا تھا، اس میں پوری وہ ٹریٹی جو بیت المقدس ہے، جو یروشلم ہے، جو مسجد اقصی کا ایریا ہے، وہ سب کا سب عربوں کے پاس تھا۔</w:t>
      </w:r>
    </w:p>
    <w:p>
      <w:r>
        <w:rPr>
          <w:b/>
        </w:rPr>
        <w:t xml:space="preserve">[19:31] </w:t>
      </w:r>
      <w:r>
        <w:t>to tahaffuz kya?</w:t>
      </w:r>
    </w:p>
    <w:p>
      <w:pPr>
        <w:jc w:val="right"/>
      </w:pPr>
      <w:r>
        <w:t>تو تحفظ کیا؟</w:t>
      </w:r>
    </w:p>
    <w:p>
      <w:r>
        <w:rPr>
          <w:b/>
        </w:rPr>
        <w:t xml:space="preserve">[19:34] </w:t>
      </w:r>
      <w:r>
        <w:t>ab jo tahaffuz masjid aqsa ke naam par jalos nikal rahe hain, woh to sirf yeh hai ke apni apni, yani stepped policies ki price de rahe hain, bas aur kuch nahi.</w:t>
      </w:r>
    </w:p>
    <w:p>
      <w:pPr>
        <w:jc w:val="right"/>
      </w:pPr>
      <w:r>
        <w:t>اب جو تحفظ مسجد اقصی کے نام پر جلوس نکال رہے ہیں، وہ تو صرف یہ ہے کہ اپنی اپنی، یعنی اسٹیپڈ پالیسیز کی پرائس دے رہے ہیں، بس اور کچھ نہیں۔</w:t>
      </w:r>
    </w:p>
    <w:p>
      <w:r>
        <w:rPr>
          <w:b/>
        </w:rPr>
        <w:t xml:space="preserve">[19:45] </w:t>
      </w:r>
      <w:r>
        <w:t>to yeh jo hikmat nabvi thi, jo hikmat uswa tha, yani wisdom of practice tha,</w:t>
      </w:r>
    </w:p>
    <w:p>
      <w:pPr>
        <w:jc w:val="right"/>
      </w:pPr>
      <w:r>
        <w:t>تو یہ جو حکمت نبوی تھی، جو حکمت اسوہ تھا، یعنی وزڈم اف پریکٹس تھا،</w:t>
      </w:r>
    </w:p>
    <w:p>
      <w:r>
        <w:rPr>
          <w:b/>
        </w:rPr>
        <w:t xml:space="preserve">[19:53] </w:t>
      </w:r>
      <w:r>
        <w:t>is ke mutabiq unhon ko kya karna chahiye tha? bad qismati se woh na discover kiya the hundred ke author ne aur na musalmanon ne ke political power kis ka raha hai falasteen mein.</w:t>
      </w:r>
    </w:p>
    <w:p>
      <w:pPr>
        <w:jc w:val="right"/>
      </w:pPr>
      <w:r>
        <w:t>اس کے مطابق انہوں کو کیا کرنا چاہیے تھا؟ بدقسمتی سے وہ نہ ڈسکور کیا دا ہنڈرڈ کے اتھر نے اور نہ مسلمانوں نے کہ پولیٹیکل پاور کس کا رہا ہے فلسطین میں۔</w:t>
      </w:r>
    </w:p>
    <w:p>
      <w:r>
        <w:rPr>
          <w:b/>
        </w:rPr>
        <w:t xml:space="preserve">[20:08] </w:t>
      </w:r>
      <w:r>
        <w:t>woh to peechay peechay pehle bhi kai bar badla hai,</w:t>
      </w:r>
    </w:p>
    <w:p>
      <w:pPr>
        <w:jc w:val="right"/>
      </w:pPr>
      <w:r>
        <w:t>وہ تو پیچھے پیچھے پہلے بھی کئی بار بدلا ہے،</w:t>
      </w:r>
    </w:p>
    <w:p>
      <w:r>
        <w:rPr>
          <w:b/>
        </w:rPr>
        <w:t xml:space="preserve">[20:11] </w:t>
      </w:r>
      <w:r>
        <w:t>ab badla hai to isi ke tehat dalo is ko isi khane mein, yani change ke khane mein dalo is ko. ab jo tum ko mila hua hai, us ko le kar apni planning karo, apni planning karo.</w:t>
      </w:r>
    </w:p>
    <w:p>
      <w:pPr>
        <w:jc w:val="right"/>
      </w:pPr>
      <w:r>
        <w:t>اب بدلا ہے تو اسی کے تحت ڈالو اس کو اسی خانے میں، یعنی چینج کے خانے میں ڈالو اس کو۔ اب جو تم کو ملا ہوا ہے، اس کو لے کر اپنی پلاننگ کرو، اپنی پلاننگ کرو۔</w:t>
      </w:r>
    </w:p>
    <w:p>
      <w:r>
        <w:rPr>
          <w:b/>
        </w:rPr>
        <w:t xml:space="preserve">[20:24] </w:t>
      </w:r>
      <w:r>
        <w:t>to arab logon ne kya kiya ke bajaye is ke ke</w:t>
      </w:r>
    </w:p>
    <w:p>
      <w:pPr>
        <w:jc w:val="right"/>
      </w:pPr>
      <w:r>
        <w:t>تو عرب لوگوں نے کیا کیا کہ بجائے اس کے کہ</w:t>
      </w:r>
    </w:p>
    <w:p>
      <w:r>
        <w:rPr>
          <w:b/>
        </w:rPr>
        <w:t xml:space="preserve">[20:29] </w:t>
      </w:r>
      <w:r>
        <w:t>jo ab jo un ko mila hua tha, us ko le kar planning karte, lad gaye aur kaha ke sun army ko phir bahar, yani ay yahudiyon, tum ko samdham dhak dein ge.</w:t>
      </w:r>
    </w:p>
    <w:p>
      <w:pPr>
        <w:jc w:val="right"/>
      </w:pPr>
      <w:r>
        <w:t>جو اب جو ان کو ملا ہوا تھا، اس کو لے کر پلاننگ کرتے، لڑ گئے اور کہا کہ سن آرمی کو پھر باہر، یعنی اے یہودیوں، تم کو سمڈم ڈھک کر دیں گے۔</w:t>
      </w:r>
    </w:p>
    <w:p>
      <w:r>
        <w:rPr>
          <w:b/>
        </w:rPr>
        <w:t xml:space="preserve">[20:40] </w:t>
      </w:r>
      <w:r>
        <w:t>that was a stepped policy aur isi stepped policy ka yeh price hai</w:t>
      </w:r>
    </w:p>
    <w:p>
      <w:pPr>
        <w:jc w:val="right"/>
      </w:pPr>
      <w:r>
        <w:t>دیٹ واز ا اسٹیپڈ پالیسی اور اسی اسٹیپڈ پالیسی کا یہ پرائس ہے</w:t>
      </w:r>
    </w:p>
    <w:p>
      <w:r>
        <w:rPr>
          <w:b/>
        </w:rPr>
        <w:t xml:space="preserve">[20:47] </w:t>
      </w:r>
      <w:r>
        <w:t>ke jo tha, woh bhi khoya gaya. ab jo un ke paas hai, yani west bank ka area aur aur woh area, do chotay se area hain, do do chotay se town samajh liye hain un par.</w:t>
      </w:r>
    </w:p>
    <w:p>
      <w:pPr>
        <w:jc w:val="right"/>
      </w:pPr>
      <w:r>
        <w:t>کہ جو تھا، وہ بھی کھویا گیا۔ اب جو ان کے پاس ہے، یعنی ویسٹ بینک کا ایریا اور اور وہ ایریا، دو چھوٹے سے ایریا ہیں، دو دو چھوٹے سے ٹاؤن سمجھ لیے ہیں ان پر۔</w:t>
      </w:r>
    </w:p>
    <w:p>
      <w:r>
        <w:rPr>
          <w:b/>
        </w:rPr>
        <w:t xml:space="preserve">[21:07] </w:t>
      </w:r>
      <w:r>
        <w:t>yani adha falasteen poora tha, ab woh jo is ka jo best part hai, woh woh un ke paas tha, woh sab khoya gaya.</w:t>
      </w:r>
    </w:p>
    <w:p>
      <w:pPr>
        <w:jc w:val="right"/>
      </w:pPr>
      <w:r>
        <w:t>یعنی ادھا پیلسٹائن پورا تھا، اب وہ جو اس کا جو بیسٹ پارٹ ہے، وہ وہ ان کے پاس تھا، وہ سب کھویا گیا۔</w:t>
      </w:r>
    </w:p>
    <w:p>
      <w:r>
        <w:rPr>
          <w:b/>
        </w:rPr>
        <w:t xml:space="preserve">[21:16] </w:t>
      </w:r>
      <w:r>
        <w:t>to yeh bohat bari hikmat hai, yeh janna ke history mein hamesha ek cheez hoti hai jo subject to change hoti hai, ek cheez woh hai jo unchangeable hoti hai.</w:t>
      </w:r>
    </w:p>
    <w:p>
      <w:pPr>
        <w:jc w:val="right"/>
      </w:pPr>
      <w:r>
        <w:t>تو یہ بہت بڑی حکمت ہے، یہ جاننا کہ ہسٹری میں ہمیشہ ایک چیز ہوتی ہے جو سبجیکٹ ٹو چینج ہوتی ہے، ایک چیز وہ ہے جو ان چینجیبل ہوتی ہے۔</w:t>
      </w:r>
    </w:p>
    <w:p>
      <w:r>
        <w:rPr>
          <w:b/>
        </w:rPr>
        <w:t xml:space="preserve">[21:31] </w:t>
      </w:r>
      <w:r>
        <w:t>to Allah taala ne ek is ka dimension diya hai hamari apni body mein, hamari personality mein. hamari personality mein ek cheez hai jo badalti hai, badalti hai, badalti hai, ek cheez nahi badalti.</w:t>
      </w:r>
    </w:p>
    <w:p>
      <w:pPr>
        <w:jc w:val="right"/>
      </w:pPr>
      <w:r>
        <w:t>تو اللہ تعالی نے ایک اس کا ڈائمنشن دیا ہے ہماری اپنی باڈی میں، ہماری پرسنیلٹی میں۔ ہماری پرسنیلٹی میں ایک چیز ہے جو بدلتی ہے، بدلتی ہے، بدلتی ہے، ایک چیز نہیں بدلتی۔</w:t>
      </w:r>
    </w:p>
    <w:p>
      <w:r>
        <w:rPr>
          <w:b/>
        </w:rPr>
        <w:t xml:space="preserve">[21:43] </w:t>
      </w:r>
      <w:r>
        <w:t>phir jaisa ke hamare kya scientist ne kaha ke personality is change less in change, is ko history pe apply kijiye. yani history bhi, history bhi yeh isi ka naam hai.</w:t>
      </w:r>
    </w:p>
    <w:p>
      <w:pPr>
        <w:jc w:val="right"/>
      </w:pPr>
      <w:r>
        <w:t>پھر جیسا کہ ہمارے کیا سائنسدان نے کہا کہ پرسنیلٹی از چینج لیس ان چینج، اس کو ہسٹری پہ اپلائی کیجئے۔ یعنی ہسٹری بھی، ہسٹری بھی یہ اسی کا نام ہے۔</w:t>
      </w:r>
    </w:p>
    <w:p>
      <w:r>
        <w:rPr>
          <w:b/>
        </w:rPr>
        <w:t xml:space="preserve">[21:55] </w:t>
      </w:r>
      <w:r>
        <w:t>history mein kuch cheezein badalti rehti hain, kuch cheezein baqi rehti hain.</w:t>
      </w:r>
    </w:p>
    <w:p>
      <w:pPr>
        <w:jc w:val="right"/>
      </w:pPr>
      <w:r>
        <w:t>ہسٹری میں کچھ چیزیں بدلتی رہتی ہیں، کچھ چیزیں باقی رہتی ہیں۔</w:t>
      </w:r>
    </w:p>
    <w:p>
      <w:r>
        <w:rPr>
          <w:b/>
        </w:rPr>
        <w:t xml:space="preserve">[22:00] </w:t>
      </w:r>
      <w:r>
        <w:t>to jo cheez baqi rehti hai, us ko mein kahunga ke opportunity. jo badalti rehti hai, us ko mein kahunga ke political power. yani political power badalta rahe ga, badalta rahe ga, badalta rahe ga.</w:t>
      </w:r>
    </w:p>
    <w:p>
      <w:pPr>
        <w:jc w:val="right"/>
      </w:pPr>
      <w:r>
        <w:t>تو جو چیز باقی رہتی ہے، اس کو میں کہوں گا کہ اپرچونیٹی۔ جو بدلتی رہتی ہے، اس کو میں کہوں گا کہ پولیٹیکل پاور۔ یعنی پولیٹیکل پاور بدلتا رہے گا، بدلتا رہے گا، بدلتا رہے گا۔</w:t>
      </w:r>
    </w:p>
    <w:p>
      <w:r>
        <w:rPr>
          <w:b/>
        </w:rPr>
        <w:t xml:space="preserve">[22:11] </w:t>
      </w:r>
      <w:r>
        <w:t>yeh impossible hai ke ek bar jo aap paas se chala jaye, political power, us ko dobara qabza karen. aap</w:t>
      </w:r>
    </w:p>
    <w:p>
      <w:pPr>
        <w:jc w:val="right"/>
      </w:pPr>
      <w:r>
        <w:t>یہ امپاسیبل ہے کہ ایک بار جو آپ پاس سے چلا جائے، پولیٹیکل پاور، اس کو دوبارہ قبضہ کریں۔ آپ</w:t>
      </w:r>
    </w:p>
    <w:p>
      <w:r>
        <w:rPr>
          <w:b/>
        </w:rPr>
        <w:t xml:space="preserve">[22:19] </w:t>
      </w:r>
      <w:r>
        <w:t>woh aise hi hoga jaise india mein raja log phir se hukoomat qaim karna chahein ya mughalon ki jo family hai, woh phir se qabza karna chahein lal qile par ya burjisters aa kar ke phir se yahan rule karna chahein.</w:t>
      </w:r>
    </w:p>
    <w:p>
      <w:pPr>
        <w:jc w:val="right"/>
      </w:pPr>
      <w:r>
        <w:t>وہ ایسے ہی ہوگا جیسے انڈیا میں راجہ لوگ پھر سے حکومت قائم کرنا چاہیں یا مغلوں کی جو فیملی ہے، وہ پھر سے قبضہ کرنا چاہیں لال قلعے پر یا برسٹرز آ کر کے پھر سے یہاں رول کرنا چاہیں۔</w:t>
      </w:r>
    </w:p>
    <w:p>
      <w:r>
        <w:rPr>
          <w:b/>
        </w:rPr>
        <w:t xml:space="preserve">[22:31] </w:t>
      </w:r>
      <w:r>
        <w:t>yeh impossible hai, yeh impossible hai. to jo opportunity hai,</w:t>
      </w:r>
    </w:p>
    <w:p>
      <w:pPr>
        <w:jc w:val="right"/>
      </w:pPr>
      <w:r>
        <w:t>یہ امپاسیبل ہے، یہ امپاسیبل ہے۔ تو جو اپرچونیٹی ہے،</w:t>
      </w:r>
    </w:p>
    <w:p>
      <w:r>
        <w:rPr>
          <w:b/>
        </w:rPr>
        <w:t xml:space="preserve">[22:38] </w:t>
      </w:r>
      <w:r>
        <w:t>is ko aweil ki jiye jo abhi baqi rehti hai hamesha. to saare yeh yeh jo do so saal ki tareekh hai musalmanon ki, is poore do so saal mein yahi ho raha hai.</w:t>
      </w:r>
    </w:p>
    <w:p>
      <w:pPr>
        <w:jc w:val="right"/>
      </w:pPr>
      <w:r>
        <w:t>اس کو اویل کیجئے جو ابھی باقی رہتی ہے ہمیشہ۔ تو سارے یہ یہ جو دو سو سال کی تاریخ ہے مسلمانوں کی، اس پورے دو سو سال میں یہی ہو رہا ہے۔</w:t>
      </w:r>
    </w:p>
    <w:p>
      <w:r>
        <w:rPr>
          <w:b/>
        </w:rPr>
        <w:t xml:space="preserve">[22:50] </w:t>
      </w:r>
      <w:r>
        <w:t>misal ke ooper dekhiye, kashmir. kashmir mein</w:t>
      </w:r>
    </w:p>
    <w:p>
      <w:pPr>
        <w:jc w:val="right"/>
      </w:pPr>
      <w:r>
        <w:t>مثال کے اوپر دیکھیے، کشمیر۔ کشمیر میں</w:t>
      </w:r>
    </w:p>
    <w:p>
      <w:r>
        <w:rPr>
          <w:b/>
        </w:rPr>
        <w:t xml:space="preserve">[22:55] </w:t>
      </w:r>
      <w:r>
        <w:t>musalman 60 baras lad rahe hain. kyun lad rahe hain? jo political power in se ja chuka tha, us ke liye ladna.</w:t>
      </w:r>
    </w:p>
    <w:p>
      <w:pPr>
        <w:jc w:val="right"/>
      </w:pPr>
      <w:r>
        <w:t>مسلمان 60 برس لڑ رہے ہیں۔ کیوں لڑ رہے ہیں؟ جو پولیٹیکل پاور ان سے جا چکا تھا، اس کے لیے لڑنا۔</w:t>
      </w:r>
    </w:p>
    <w:p>
      <w:r>
        <w:rPr>
          <w:b/>
        </w:rPr>
        <w:t xml:space="preserve">[23:06] </w:t>
      </w:r>
      <w:r>
        <w:t>yani ab jo wahan par jo political political states ko bana tha,</w:t>
      </w:r>
    </w:p>
    <w:p>
      <w:pPr>
        <w:jc w:val="right"/>
      </w:pPr>
      <w:r>
        <w:t>یعنی اب جو وہاں پر جو پولیٹیکل پولیٹیکل اسٹیٹس کو بنا تھا،</w:t>
      </w:r>
    </w:p>
    <w:p>
      <w:r>
        <w:rPr>
          <w:b/>
        </w:rPr>
        <w:t xml:space="preserve">[23:12] </w:t>
      </w:r>
      <w:r>
        <w:t>us ko accept karna tha musalmanon ko. yani political states ko yeh bana tha ke india ka part ban gaya kashmir, jaise up, maharashtra, bihar, yeh part hain india ke.</w:t>
      </w:r>
    </w:p>
    <w:p>
      <w:pPr>
        <w:jc w:val="right"/>
      </w:pPr>
      <w:r>
        <w:t>اس کو ایکسیپٹ کرنا تھا مسلمانوں کو۔ یعنی پولیٹیکل اسٹیٹس کو یہ بنا تھا کہ انڈیا کا پارٹ بن گیا کشمیر، جیسے یو پی، مہاراشٹر، بہار، یہ پارٹ ہیں انڈیا کے۔</w:t>
      </w:r>
    </w:p>
    <w:p>
      <w:r>
        <w:rPr>
          <w:b/>
        </w:rPr>
        <w:t xml:space="preserve">[23:25] </w:t>
      </w:r>
      <w:r>
        <w:t>aise hi kashmir bhi india ka part ban gaya.</w:t>
      </w:r>
    </w:p>
    <w:p>
      <w:pPr>
        <w:jc w:val="right"/>
      </w:pPr>
      <w:r>
        <w:t>ایسے ہی کشمیر بھی انڈیا کا پارٹ بن گیا۔</w:t>
      </w:r>
    </w:p>
    <w:p>
      <w:r>
        <w:rPr>
          <w:b/>
        </w:rPr>
        <w:t xml:space="preserve">[23:28] </w:t>
      </w:r>
      <w:r>
        <w:t>yeh tha, yani is kashmir ki political geography, us ko accept karna tha, us ko aap change nahi kar sakte. us ko accept kar ke jo opportunity hai, us ko aweil kijiye.</w:t>
      </w:r>
    </w:p>
    <w:p>
      <w:pPr>
        <w:jc w:val="right"/>
      </w:pPr>
      <w:r>
        <w:t>یہ تھا، یعنی اس کشمیر کی پولیٹیکل جیوگرافی، اس کو ایکسیپٹ کرنا تھا، اس کو آپ چینج نہیں کر سکتے۔ اس کو ایکسیپٹ کر کے جو اپرچونیٹی ہے، اس کو اویل کیجئے۔</w:t>
      </w:r>
    </w:p>
    <w:p>
      <w:r>
        <w:rPr>
          <w:b/>
        </w:rPr>
        <w:t xml:space="preserve">[23:39] </w:t>
      </w:r>
      <w:r>
        <w:t>misalan education mein sab darwaze khule hue hain, business mein saare darwaze khule hain, da'o work kijiye, wahan tourist aate hain, un mein da'o work kijiye.</w:t>
      </w:r>
    </w:p>
    <w:p>
      <w:pPr>
        <w:jc w:val="right"/>
      </w:pPr>
      <w:r>
        <w:t>مثلاً ایجوکیشن میں سب دروازے کھلے ہوئے ہیں، بزنس میں سارے دروازے کھلے ہیں، داؤ ورک کیجئے، وہاں ٹورسٹ آتے ہیں، ان میں داؤ ورک کیجئے۔</w:t>
      </w:r>
    </w:p>
    <w:p>
      <w:r>
        <w:rPr>
          <w:b/>
        </w:rPr>
        <w:t xml:space="preserve">[23:49] </w:t>
      </w:r>
      <w:r>
        <w:t>khud jo army hai, us mein aap da'o work kijiye. yani saari opportunities khuli hui hain</w:t>
      </w:r>
    </w:p>
    <w:p>
      <w:pPr>
        <w:jc w:val="right"/>
      </w:pPr>
      <w:r>
        <w:t>خود جو آرمی ہے، اس میں آپ داؤ ورک کیجئے۔ یعنی ساری اپرچونیٹیز کھلی ہوئی ہیں</w:t>
      </w:r>
    </w:p>
    <w:p>
      <w:r>
        <w:rPr>
          <w:b/>
        </w:rPr>
        <w:t xml:space="preserve">[23:55] </w:t>
      </w:r>
      <w:r>
        <w:t>kyun ke woh woh to kabhi badlen gi nahi. dekhiye, koi bhi aadmi, koi bhi hukoomat, koi bhi bade se bada king, aap se opportunity chheen nahi sakta kyun ke woh to un changeable hai.</w:t>
      </w:r>
    </w:p>
    <w:p>
      <w:pPr>
        <w:jc w:val="right"/>
      </w:pPr>
      <w:r>
        <w:t>کیونکہ وہ وہ تو کبھی بدلیں گی نہیں۔ دیکھیں، کوئی بھی آدمی، کوئی بھی حکومت، کوئی بھی بڑے سے بڑا کنگ، آپ سے اپرچونیٹی چھین نہیں سکتا کیونکہ وہ تو ان چینجیبل ہے۔</w:t>
      </w:r>
    </w:p>
    <w:p>
      <w:r>
        <w:rPr>
          <w:b/>
        </w:rPr>
        <w:t xml:space="preserve">[24:09] </w:t>
      </w:r>
      <w:r>
        <w:t>to rasool Allah salallaho alaihi wasallam ki jo sunnat hai,</w:t>
      </w:r>
    </w:p>
    <w:p>
      <w:pPr>
        <w:jc w:val="right"/>
      </w:pPr>
      <w:r>
        <w:t>تو رسول اللہ صلی اللہ علیہ وسلم کی جو سنت ہے،</w:t>
      </w:r>
    </w:p>
    <w:p>
      <w:r>
        <w:rPr>
          <w:b/>
        </w:rPr>
        <w:t xml:space="preserve">[24:12] </w:t>
      </w:r>
      <w:r>
        <w:t>us ne aap ne ek bahut badi wisdom diya, wisdom zindagi ki ke zindagi mein ek cheez hoti hai jo badalti rehti hai, ek cheez woh jo badalti nahi.</w:t>
      </w:r>
    </w:p>
    <w:p>
      <w:pPr>
        <w:jc w:val="right"/>
      </w:pPr>
      <w:r>
        <w:t>اس نے آپ نے ایک بہت بڑی وزڈم دیا، وزڈم زندگی کی کہ زندگی میں ایک چیز ہوتی ہے جو بدلتی رہتی ہے، ایک چیز وہ جو بدلتی نہیں۔</w:t>
      </w:r>
    </w:p>
    <w:p>
      <w:r>
        <w:rPr>
          <w:b/>
        </w:rPr>
        <w:t xml:space="preserve">[24:25] </w:t>
      </w:r>
      <w:r>
        <w:t>to jo badalti rehti hai, jab badal jaye to use accept kar lo</w:t>
      </w:r>
    </w:p>
    <w:p>
      <w:pPr>
        <w:jc w:val="right"/>
      </w:pPr>
      <w:r>
        <w:t>تو جو بدلتی رہتی ہے، جب بدل جائے تو اسے ایکسیپٹ کر لو</w:t>
      </w:r>
    </w:p>
    <w:p>
      <w:r>
        <w:rPr>
          <w:b/>
        </w:rPr>
        <w:t xml:space="preserve">[24:30] </w:t>
      </w:r>
      <w:r>
        <w:t>aur jo nahi badalti hai, us ko discover kar ke us ko aweil karo, us ko aweil karo. ab dekhiye, is waqt jahan jahan takrao ho raha hai, jahan jahan ladai ho rahi hai,</w:t>
      </w:r>
    </w:p>
    <w:p>
      <w:pPr>
        <w:jc w:val="right"/>
      </w:pPr>
      <w:r>
        <w:t>اور جو نہیں بدلتی ہے، اس کو ڈسکور کر کے اس کو اویل کرو، اس کو اویل کرو۔ اب دیکھیے، اس وقت جہاں جہاں ٹکراؤ ہو رہا ہے، جہاں جہاں لڑائی ہو رہی ہے،</w:t>
      </w:r>
    </w:p>
    <w:p>
      <w:r>
        <w:rPr>
          <w:b/>
        </w:rPr>
        <w:t xml:space="preserve">[24:47] </w:t>
      </w:r>
      <w:r>
        <w:t>wahan yeh ek hissa hai ke jo cheez badalne wali thi, woh badli to isi ko phir se regair karne ki lad rahe hain musalman.</w:t>
      </w:r>
    </w:p>
    <w:p>
      <w:pPr>
        <w:jc w:val="right"/>
      </w:pPr>
      <w:r>
        <w:t>وہاں یہ ایک حصہ ہے کہ جو چیز بدلنے والی تھی، وہ بدلی تو اسی کو پھر سے ریگیئر کرنے کی لڑ رہے ہیں مسلمان۔</w:t>
      </w:r>
    </w:p>
    <w:p>
      <w:r>
        <w:rPr>
          <w:b/>
        </w:rPr>
        <w:t xml:space="preserve">[24:56] </w:t>
      </w:r>
      <w:r>
        <w:t>ab jo opportunity thi, us ko aweil nahi kar sake. misal ke taur par dekhiye, pakistan.</w:t>
      </w:r>
    </w:p>
    <w:p>
      <w:pPr>
        <w:jc w:val="right"/>
      </w:pPr>
      <w:r>
        <w:t>اب جو اپرچونیٹی تھی، اس کو اویل نہیں کر سکے۔ مثال کے طور پر دیکھیے، پاکستان۔</w:t>
      </w:r>
    </w:p>
    <w:p>
      <w:r>
        <w:rPr>
          <w:b/>
        </w:rPr>
        <w:t xml:space="preserve">[25:04] </w:t>
      </w:r>
      <w:r>
        <w:t>pakistan se bangladesh chhin gaya, pakistan se kashmir chhin gaya, woh chhinne hi wala tha, woh chhinne hi wala tha.</w:t>
      </w:r>
    </w:p>
    <w:p>
      <w:pPr>
        <w:jc w:val="right"/>
      </w:pPr>
      <w:r>
        <w:t>پاکستان سے بنگلہ دیش چھن گیا، پاکستان سے کشمیر چھن گیا، وہ چھننے ہی والا تھا، وہ چھننے ہی والا تھا۔</w:t>
      </w:r>
    </w:p>
    <w:p>
      <w:r>
        <w:rPr>
          <w:b/>
        </w:rPr>
        <w:t xml:space="preserve">[25:13] </w:t>
      </w:r>
      <w:r>
        <w:t>us ko bhulao, us ko bhula do aur us ko bhula kar ke jo aap ke paas opportunity hai, us ko aweil karo.</w:t>
      </w:r>
    </w:p>
    <w:p>
      <w:pPr>
        <w:jc w:val="right"/>
      </w:pPr>
      <w:r>
        <w:t>اس کو بھلاؤ، اس کو بھلا دو اور اس کو بھلا کر کے جو آپ کے پاس اپرچونیٹی ہے، اس کو اویل کرو۔</w:t>
      </w:r>
    </w:p>
    <w:p>
      <w:r>
        <w:rPr>
          <w:b/>
        </w:rPr>
        <w:t xml:space="preserve">[25:21] </w:t>
      </w:r>
      <w:r>
        <w:t>aaj pakistan agar yeh yeh yeh kya hota, us ne ke bangladesh ko bhula diya, kashmir ko bhula diya to kya hota?</w:t>
      </w:r>
    </w:p>
    <w:p>
      <w:pPr>
        <w:jc w:val="right"/>
      </w:pPr>
      <w:r>
        <w:t>آج پاکستان اگر یہ یہ یہ کیا ہوتا، اس نے کہ بنگلہ دیش کو بھلا دیا، کشمیر کو بھلا دیا تو کیا ہوتا؟</w:t>
      </w:r>
    </w:p>
    <w:p>
      <w:r>
        <w:rPr>
          <w:b/>
        </w:rPr>
        <w:t xml:space="preserve">[25:30] </w:t>
      </w:r>
      <w:r>
        <w:t>aaj pakistan is poore area mein shayad number ek mulk hota. bahut zabardast taraqqi hoti,</w:t>
      </w:r>
    </w:p>
    <w:p>
      <w:pPr>
        <w:jc w:val="right"/>
      </w:pPr>
      <w:r>
        <w:t>آج پاکستان اس پورے ایریا میں شاید نمبر ایک ملک ہوتا۔ بہت زبردست ترقی ہوتی،</w:t>
      </w:r>
    </w:p>
    <w:p>
      <w:r>
        <w:rPr>
          <w:b/>
        </w:rPr>
        <w:t xml:space="preserve">[25:39] </w:t>
      </w:r>
      <w:r>
        <w:t>bahut zabardast taraqqi hoti. us ko mein ne likha hai apni kitab mein, hind pak diary mein. lekin unhon ne aisa nahi kiya.</w:t>
      </w:r>
    </w:p>
    <w:p>
      <w:pPr>
        <w:jc w:val="right"/>
      </w:pPr>
      <w:r>
        <w:t>بہت زبردست ترقی ہوتی۔ اس کو میں نے لکھا ہے اپنی کتاب میں، ہند پاک ڈائری میں۔ لیکن انہوں نے ایسا نہیں کیا۔</w:t>
      </w:r>
    </w:p>
    <w:p>
      <w:r>
        <w:rPr>
          <w:b/>
        </w:rPr>
        <w:t xml:space="preserve">[25:50] </w:t>
      </w:r>
      <w:r>
        <w:t>unhon ne jo policy ikhtiyar ki ke jo jo jo jo cheez badal badalne wali thi, jis yani woh us ko chhanna mat kijiye ke chhan gaya tha, nahi, badalne wala tha,</w:t>
      </w:r>
    </w:p>
    <w:p>
      <w:pPr>
        <w:jc w:val="right"/>
      </w:pPr>
      <w:r>
        <w:t>انہوں نے جو پالیسی اختیار کی کہ جو جو جو جو چیز بدل بدلنے والی تھی، جس یعنی وہ اس کو چھننا مت کیجئے کہ چھن گیا تھا، نہیں، بدلنے والا تھا،</w:t>
      </w:r>
    </w:p>
    <w:p>
      <w:r>
        <w:rPr>
          <w:b/>
        </w:rPr>
        <w:t xml:space="preserve">[26:02] </w:t>
      </w:r>
      <w:r>
        <w:t>koi change hone wali cheez thi. to isi ke peeche lad ke pad gaye, isi pe ladte rahe. aur aaj pakistan jo hai, us ko duniya ne failed state declare kar diya hai,</w:t>
      </w:r>
    </w:p>
    <w:p>
      <w:pPr>
        <w:jc w:val="right"/>
      </w:pPr>
      <w:r>
        <w:t>کوئی چینج ہونے والی چیز تھی۔ تو اسی کے پیچھے لڑ کے پڑے رہ گئے، اسی پہ لڑتے رہے۔ اور آج پاکستان جو ہے، اس کو دنیا نے فیلڈ اسٹیٹ ڈیکلیئر کر دیا ہے،</w:t>
      </w:r>
    </w:p>
    <w:p>
      <w:r>
        <w:rPr>
          <w:b/>
        </w:rPr>
        <w:t xml:space="preserve">[26:15] </w:t>
      </w:r>
      <w:r>
        <w:t>failed state. aap ghor kijiye ke kaisi ajeeb baat hai.</w:t>
      </w:r>
    </w:p>
    <w:p>
      <w:pPr>
        <w:jc w:val="right"/>
      </w:pPr>
      <w:r>
        <w:t>فیلڈ اسٹیٹ۔ آپ غور کیجئے کہ کیسی عجیب بات ہے۔</w:t>
      </w:r>
    </w:p>
    <w:p>
      <w:r>
        <w:rPr>
          <w:b/>
        </w:rPr>
        <w:t xml:space="preserve">[26:21] </w:t>
      </w:r>
      <w:r>
        <w:t>bahut dinon ke tajrube ke baad kya hua ke ab unhon ne india se taluq ko banana shuru kiya hai, india ko most favored state nation mein shamil kiya hai.</w:t>
      </w:r>
    </w:p>
    <w:p>
      <w:pPr>
        <w:jc w:val="right"/>
      </w:pPr>
      <w:r>
        <w:t>بہت دنوں کے تجربے کے بعد کیا ہوا کہ اب انہوں نے انڈیا سے تعلق کو بنانا شروع کیا ہے، انڈیا کو موسٹ فیورڈ اسٹیٹ نیشن میں شامل کیا ہے۔</w:t>
      </w:r>
    </w:p>
    <w:p>
      <w:r>
        <w:rPr>
          <w:b/>
        </w:rPr>
        <w:t xml:space="preserve">[26:33] </w:t>
      </w:r>
      <w:r>
        <w:t>lekin abhi aik aap ne dekha hoga, kal parson aik report aai hai amreeka ki, amreeka ke hawale se.</w:t>
      </w:r>
    </w:p>
    <w:p>
      <w:pPr>
        <w:jc w:val="right"/>
      </w:pPr>
      <w:r>
        <w:t>لیکن ابھی ایک آپ نے دیکھا ہوگا، کل پرسوں ایک رپورٹ آئی ہے امریکہ کی، امریکہ کے حوالے سے۔</w:t>
      </w:r>
    </w:p>
    <w:p>
      <w:r>
        <w:rPr>
          <w:b/>
        </w:rPr>
        <w:t xml:space="preserve">[26:40] </w:t>
      </w:r>
      <w:r>
        <w:t>is ne bataya hai ke india, unhon ne bataya ke pakistan se heat aur violence ko khatm nahi kiya ja sakta kyunke wo to is ki, is ki wo yani wo ban gai hai, addiction ho gaya wahan ka.</w:t>
      </w:r>
    </w:p>
    <w:p>
      <w:pPr>
        <w:jc w:val="right"/>
      </w:pPr>
      <w:r>
        <w:t>اس نے بتایا ہے کہ انڈیا، انہوں نے بتایا کہ پاکستان سے ہیٹ اور وائیلنس کو ختم نہیں کیا سکتا کیونکہ وہ تو اس کی، اس کی وہ یعنی وہ بن گئی ہے، ایڈکشن ہو گیا وہاں کا۔</w:t>
      </w:r>
    </w:p>
    <w:p>
      <w:r>
        <w:rPr>
          <w:b/>
        </w:rPr>
        <w:t xml:space="preserve">[26:53] </w:t>
      </w:r>
      <w:r>
        <w:t>wo addict ho gaye hain heat india mein,</w:t>
      </w:r>
    </w:p>
    <w:p>
      <w:pPr>
        <w:jc w:val="right"/>
      </w:pPr>
      <w:r>
        <w:t>وہ ایڈکٹ ہو گئے ہیں ہیٹ انڈیا میں،</w:t>
      </w:r>
    </w:p>
    <w:p>
      <w:r>
        <w:rPr>
          <w:b/>
        </w:rPr>
        <w:t xml:space="preserve">[26:58] </w:t>
      </w:r>
      <w:r>
        <w:t>india ki nafrat ko nikal nahi sakte. jab nafrat nahi nikalna, nahi nikalenge to violence jari rahega. to is ne kaha hai american report mein ke pakistan wale heat india ki psychology mein addict ho gaye hain, addiction ho gaya un ko.</w:t>
      </w:r>
    </w:p>
    <w:p>
      <w:pPr>
        <w:jc w:val="right"/>
      </w:pPr>
      <w:r>
        <w:t>انڈیا کی نفرت کو نکال نہیں سکتے۔ جب نفرت نہیں نکالنا، نہیں نکالیں گے تو وائیلنس جاری رہے گا۔ تو اس نے کہا ہے امریکن رپورٹ میں کہ پاکستان والے ہیٹ انڈیا کی سائیکالوجی میں ایڈکٹ ہو گئے ہیں، ایڈکشن ہو گیا ان کو۔</w:t>
      </w:r>
    </w:p>
    <w:p>
      <w:r>
        <w:rPr>
          <w:b/>
        </w:rPr>
        <w:t xml:space="preserve">[27:15] </w:t>
      </w:r>
      <w:r>
        <w:t>ye kyun ho gaya hai ke is mein zikr nahi hai is baat ka report mein? main kehta hoon kyun addiction ho gaya? kyunke jo cheez badalne wali thi, to us ko samajh, us ko unhon ne reign karne ki koshish karne lage.</w:t>
      </w:r>
    </w:p>
    <w:p>
      <w:pPr>
        <w:jc w:val="right"/>
      </w:pPr>
      <w:r>
        <w:t>یہ کیوں ہو گیا ہے کہ اس میں ذکر نہیں ہے اس بات کا رپورٹ میں؟ میں کہتا ہوں کیوں ایڈکشن ہو گیا؟ کیونکہ جو چیز بدلنے والی تھی، تو اس کو سمجھ، اس کو انہوں نے ریگن کرنے کی کوشش کرنے لگے۔</w:t>
      </w:r>
    </w:p>
    <w:p>
      <w:r>
        <w:rPr>
          <w:b/>
        </w:rPr>
        <w:t xml:space="preserve">[27:31] </w:t>
      </w:r>
      <w:r>
        <w:t>jo cheez badalne wali thi, us ko bhula bhulana chahiye tha ke ye to badalne wali thi, badal gai. ab is ka, us ko chodo, us ko ignore karo aur jo cheez ab bhi mili hui hai, jo opportunities ab bhi mili hui hain, wo is is</w:t>
      </w:r>
    </w:p>
    <w:p>
      <w:pPr>
        <w:jc w:val="right"/>
      </w:pPr>
      <w:r>
        <w:t>جو چیز بدلنے والی تھی، اس کو بھلا بھلانا چاہیے تھا کہ یہ تو بدلنے والی تھی، بدل گئی۔ اب اس کا، اس کو چھوڑو، اس کو اگنور کرو اور جو چیز اب بھی ملی ہوئی ہے، جو اپرچونیٹیز اب بھی ملی ہوئی ہیں، وہ اس اس</w:t>
      </w:r>
    </w:p>
    <w:p>
      <w:r>
        <w:rPr>
          <w:b/>
        </w:rPr>
        <w:t xml:space="preserve">[27:46] </w:t>
      </w:r>
      <w:r>
        <w:t>ko le kar ke apni planning karo. to itni enormous opportunities thi pakistan mein, itni enormous opportunities.</w:t>
      </w:r>
    </w:p>
    <w:p>
      <w:pPr>
        <w:jc w:val="right"/>
      </w:pPr>
      <w:r>
        <w:t>کو لے کر کے اپنی پلاننگ کرو۔ تو اتنی انارمس اپرچونیٹیز تھی پاکستان میں، اتنی انارمس اپرچونیٹیز۔</w:t>
      </w:r>
    </w:p>
    <w:p>
      <w:r>
        <w:rPr>
          <w:b/>
        </w:rPr>
        <w:t xml:space="preserve">[27:55] </w:t>
      </w:r>
      <w:r>
        <w:t>natija hai ke wahan par main kai pakistanion se mila hoon jo bahar mulkon mein rehte hain, bohat hi zaheen, bohat hi educated log pakistan ke bahar rehte hain.</w:t>
      </w:r>
    </w:p>
    <w:p>
      <w:pPr>
        <w:jc w:val="right"/>
      </w:pPr>
      <w:r>
        <w:t>نتیجہ ہے کہ وہاں پر میں کئی پاکستانیوں سے ملا ہوں جو باہر ملکوں میں رہتے ہیں، بہت ہی ذہین، بہت ہی ایجوکیٹڈ لوگ پاکستان کے باہر رہتے ہیں۔</w:t>
      </w:r>
    </w:p>
    <w:p>
      <w:r>
        <w:rPr>
          <w:b/>
        </w:rPr>
        <w:t xml:space="preserve">[28:03] </w:t>
      </w:r>
      <w:r>
        <w:t>un se main ne poocha ke aap apne mulk ko chhod ke kahan kyun chale aaye? har aik ka aik hi jawab tha ke sahib, wahan to peace nahi hai, har waqt, har waqt andesha hai koi gun le ke ghus jaye hamare ghar mein.</w:t>
      </w:r>
    </w:p>
    <w:p>
      <w:pPr>
        <w:jc w:val="right"/>
      </w:pPr>
      <w:r>
        <w:t>ان سے میں نے پوچھا کہ آپ اپنے ملک کو چھوڑ کے کہاں کیوں چلے آئے؟ ہر ایک کا ایک ہی جواب تھا کہ صاحب، وہاں تو پیس نہیں ہے، ہر وقت، ہر وقت اندیشہ ہے کوئی گن لے کے گھس جائے ہمارے گھر میں۔</w:t>
      </w:r>
    </w:p>
    <w:p>
      <w:r>
        <w:rPr>
          <w:b/>
        </w:rPr>
        <w:t xml:space="preserve">[28:18] </w:t>
      </w:r>
      <w:r>
        <w:t>to aap ghor kijiye ke khud pakistan ke behtareen brain jo hai, bhag bhag ke bahar chale gaye.</w:t>
      </w:r>
    </w:p>
    <w:p>
      <w:pPr>
        <w:jc w:val="right"/>
      </w:pPr>
      <w:r>
        <w:t>تو آپ غور کیجئے کہ خود پاکستان کے بہترین برین جو ہے، بھاگ بھاگ کے باہر چلے گئے۔</w:t>
      </w:r>
    </w:p>
    <w:p>
      <w:r>
        <w:rPr>
          <w:b/>
        </w:rPr>
        <w:t xml:space="preserve">[28:24] </w:t>
      </w:r>
      <w:r>
        <w:t>aap jante hain, behtareen brain asset hote hain, kisi bhi qaum ke asset jo hote hain, behtareen brain hote hain. main ne bohat se logon ko paya ke bohat hi highly educated log, bohat hi brilliant qism ke log pakistan chhod ke bahar chale gaye</w:t>
      </w:r>
    </w:p>
    <w:p>
      <w:pPr>
        <w:jc w:val="right"/>
      </w:pPr>
      <w:r>
        <w:t>آپ جانتے ہیں، بہترین برین ایسٹ ہوتے ہیں، کسی بھی قوم کے ایسٹ جو ہوتے ہیں، بہترین برین ہوتے ہیں۔ میں نے بہت سے لوگوں کو پایا کہ بہت ہی ہائیلی ایجوکیٹڈ لوگ، بہت ہی بریلین قسم کے لوگ پاکستان چھوڑ کے باہر چلے گئے</w:t>
      </w:r>
    </w:p>
    <w:p>
      <w:r>
        <w:rPr>
          <w:b/>
        </w:rPr>
        <w:t xml:space="preserve">[28:40] </w:t>
      </w:r>
      <w:r>
        <w:t>kyunke wahan par har waqt khatra hai koi aa jaye gun le kar ke, threat milta rehta hai, koi dissent ko bardasht nahi karte.</w:t>
      </w:r>
    </w:p>
    <w:p>
      <w:pPr>
        <w:jc w:val="right"/>
      </w:pPr>
      <w:r>
        <w:t>کیونکہ وہاں پر ہر وقت خطرہ ہے کوئی آ جائے گن لے کر کے، تھریٹ ملتا رہتا ہے، کوئی ڈیسنٹ کو برداشت نہیں کرتے۔</w:t>
      </w:r>
    </w:p>
    <w:p>
      <w:r>
        <w:rPr>
          <w:b/>
        </w:rPr>
        <w:t xml:space="preserve">[28:51] </w:t>
      </w:r>
      <w:r>
        <w:t>to wo addict, addict ho gaye, wo addict heat, heat mein. ab un ka heat hi un ka culture hai,</w:t>
      </w:r>
    </w:p>
    <w:p>
      <w:pPr>
        <w:jc w:val="right"/>
      </w:pPr>
      <w:r>
        <w:t>تو وہ ایڈکٹ، ایڈکٹ ہو گئے، وہ ایڈکٹ ہیٹ، ہیٹ میں۔ اب ان کا ہیٹ ہی ان کا کلچر ہے،</w:t>
      </w:r>
    </w:p>
    <w:p>
      <w:r>
        <w:rPr>
          <w:b/>
        </w:rPr>
        <w:t xml:space="preserve">[28:58] </w:t>
      </w:r>
      <w:r>
        <w:t>heat culture mein jee rahe hain. abhi kal parson, kal aap ne dekha hoga news mein ke wahan ke parliament ko ghar ka, yani attack kar diya, pakistan ke parliament ko attack kar diya, khud pakistanion ne.</w:t>
      </w:r>
    </w:p>
    <w:p>
      <w:pPr>
        <w:jc w:val="right"/>
      </w:pPr>
      <w:r>
        <w:t>ہیٹ کلچر میں جی رہے ہیں۔ ابھی کل پرسوں، کل آپ نے دیکھا ہوگا نیوز میں کہ وہاں کے پارلیمنٹ کو گھر کا، یعنی اٹیک کر دیا، پاکستان کے پارلیمنٹ کو اٹیک کر دیا، خود پاکستانیوں نے۔</w:t>
      </w:r>
    </w:p>
    <w:p>
      <w:r>
        <w:rPr>
          <w:b/>
        </w:rPr>
        <w:t xml:space="preserve">[29:12] </w:t>
      </w:r>
      <w:r>
        <w:t>kaisi ajeeb culture wahan ka hai,</w:t>
      </w:r>
    </w:p>
    <w:p>
      <w:pPr>
        <w:jc w:val="right"/>
      </w:pPr>
      <w:r>
        <w:t>کیسی عجیب کلچر وہاں کا ہے،</w:t>
      </w:r>
    </w:p>
    <w:p>
      <w:r>
        <w:rPr>
          <w:b/>
        </w:rPr>
        <w:t xml:space="preserve">[29:15] </w:t>
      </w:r>
      <w:r>
        <w:t>heat culture aakhir kar violence culture banta hai. heat kabhi bhi yaad rakhiye, heat ruka nahi rahega. heat aaya to bohat aasani se wo tashaddud ban jayega, violence ban jayega.</w:t>
      </w:r>
    </w:p>
    <w:p>
      <w:pPr>
        <w:jc w:val="right"/>
      </w:pPr>
      <w:r>
        <w:t>ہیٹ کلچر آخر کار وائیلنس کلچر بنتا ہے۔ ہیٹ کبھی بھی یاد رکھیے، ہیٹ رکا نہیں رہے گا۔ ہیٹ آیا تو بہت آسانی سے وہ تشدد بن جائے گا، وائیلنس بن جائے گا۔</w:t>
      </w:r>
    </w:p>
    <w:p>
      <w:r>
        <w:rPr>
          <w:b/>
        </w:rPr>
        <w:t xml:space="preserve">[29:29] </w:t>
      </w:r>
      <w:r>
        <w:t>to pakistan mein pehle heat aaya aur us ke baad wo violence ban gaya. ab poora country jahan heat, heat mein pehle jeeta tha, ab violence mein jee raha hai.</w:t>
      </w:r>
    </w:p>
    <w:p>
      <w:pPr>
        <w:jc w:val="right"/>
      </w:pPr>
      <w:r>
        <w:t>تو پاکستان میں پہلے ہیٹ آیا اور اس کے بعد وہ وائیلنس بن گیا۔ اب پورا کنٹری جہاں ہیٹ، ہیٹ میں پہلے جیتا تھا، اب وائیلنس میں جی رہا ہے۔</w:t>
      </w:r>
    </w:p>
    <w:p>
      <w:r>
        <w:rPr>
          <w:b/>
        </w:rPr>
        <w:t xml:space="preserve">[29:39] </w:t>
      </w:r>
      <w:r>
        <w:t>ye poore mulk ki dunya ka haal hai aur wo yehi musalman jo hai, subah sham rasool Allah ki naat padhte hain, rasool Allah ke sajde padhte hain aur khoob tareefen karte hain, hamara nabi ye, hamara nabi wo.</w:t>
      </w:r>
    </w:p>
    <w:p>
      <w:pPr>
        <w:jc w:val="right"/>
      </w:pPr>
      <w:r>
        <w:t>یہ پورے ملک کی دنیا کا حال ہے اور وہ یہی مسلمان جو ہے، صبح شام رسول اللہ کی نعت پڑھتے ہیں، رسول اللہ کے سجدے پڑھتے ہیں اور خوب تعریفیں کرتے ہیں، ہمارا نبی یہ، ہمارا نبی وہ۔</w:t>
      </w:r>
    </w:p>
    <w:p>
      <w:r>
        <w:rPr>
          <w:b/>
        </w:rPr>
        <w:t xml:space="preserve">[29:54] </w:t>
      </w:r>
      <w:r>
        <w:t>lekin wo jante nahi ke nabi ne kya uswa diya hai, kya example diya hai, kya model diya hai.</w:t>
      </w:r>
    </w:p>
    <w:p>
      <w:pPr>
        <w:jc w:val="right"/>
      </w:pPr>
      <w:r>
        <w:t>لیکن وہ جانتے نہیں کہ نبی نے کیا اسوہ دیا ہے، کیا ایگزامپل دیا ہے، کیا ماڈل دیا ہے۔</w:t>
      </w:r>
    </w:p>
    <w:p>
      <w:r>
        <w:rPr>
          <w:b/>
        </w:rPr>
        <w:t xml:space="preserve">[30:00] </w:t>
      </w:r>
      <w:r>
        <w:t>ye bohat hi bada, yani ye bari wisdom hai jo rasool Allah ne batayi ke hamesha zindagi mein aisa hoga ke kuch cheezen tum ko tumhare hath se chali jayengi, lekin wo changeable cheezen hongi, unhein change hona hi hona tha.</w:t>
      </w:r>
    </w:p>
    <w:p>
      <w:pPr>
        <w:jc w:val="right"/>
      </w:pPr>
      <w:r>
        <w:t>یہ بہت ہی بڑا، یعنی یہ بڑی وزڈم ہے جو رسول اللہ نے بتائی کہ ہمیشہ زندگی میں ایسا ہوگا کہ کچھ چیزیں تم کو تمہارے ہاتھ سے چلی جائیں گی، لیکن وہ چینجیبل چیزیں ہوں گی، انہیں چینج ہونا ہی ہونا تھا۔</w:t>
      </w:r>
    </w:p>
    <w:p>
      <w:r>
        <w:rPr>
          <w:b/>
        </w:rPr>
        <w:t xml:space="preserve">[30:16] </w:t>
      </w:r>
      <w:r>
        <w:t>aap talash karo ke in changeable item wo kya hai jo abhi baqi hai tumhare paas, us ko talash karo.</w:t>
      </w:r>
    </w:p>
    <w:p>
      <w:pPr>
        <w:jc w:val="right"/>
      </w:pPr>
      <w:r>
        <w:t>آپ تلاش کرو کہ کہ ان چینجیبل آئٹم وہ کیا ہے جو ابھی باقی ہے تمہارے پاس، اس کو تلاش کرو۔</w:t>
      </w:r>
    </w:p>
    <w:p>
      <w:r>
        <w:rPr>
          <w:b/>
        </w:rPr>
        <w:t xml:space="preserve">[30:25] </w:t>
      </w:r>
      <w:r>
        <w:t>to ye, ye jis ko main is waqt kehna chahta hoon ke hum aap ko, yani is se bachna hai aur musalmanon ko is se bachana hai ke kyunke is, is ke, is ke nateeje mein kya hota hai?</w:t>
      </w:r>
    </w:p>
    <w:p>
      <w:pPr>
        <w:jc w:val="right"/>
      </w:pPr>
      <w:r>
        <w:t>تو یہ، یہ جس کو میں اس وقت کہنا چاہتا ہوں کہ ہم آپ کو، یعنی اس سے بچنا ہے اور مسلمانوں کو اس سے بچانا ہے کہ کیونکہ اس، اس کے، اس کے نتیجے میں کیا ہوتا ہے؟</w:t>
      </w:r>
    </w:p>
    <w:p>
      <w:r>
        <w:rPr>
          <w:b/>
        </w:rPr>
        <w:t xml:space="preserve">[30:45] </w:t>
      </w:r>
      <w:r>
        <w:t>negative thinking aata hai. ye negative thinking aadmi defeats mentality mein jeeta hai ke mujh se, yani sab ko user par samajhne lagta hai, sab ko enemy samajhne lagta hai, sab ko conspirator samajhne lagta hai.</w:t>
      </w:r>
    </w:p>
    <w:p>
      <w:pPr>
        <w:jc w:val="right"/>
      </w:pPr>
      <w:r>
        <w:t>نیگیٹیو تھنکنگ آتا ہے۔ یہ نیگیٹیو تھنکنگ آدمی ڈیفیٹس مینٹیلیٹی میں جیتا ہے کہ مجھ سے، یعنی سب کو یوزر پر سمجھنے لگتا ہے، سب کو اینمی سمجھنے لگتا ہے، سب کو کانسپریٹر سمجھنے لگتا ہے۔</w:t>
      </w:r>
    </w:p>
    <w:p>
      <w:r>
        <w:rPr>
          <w:b/>
        </w:rPr>
        <w:t xml:space="preserve">[31:00] </w:t>
      </w:r>
      <w:r>
        <w:t>aur is ke nateeje mein jo personality banti hai, wo bohat hi zyada negative personality hoti hai.</w:t>
      </w:r>
    </w:p>
    <w:p>
      <w:pPr>
        <w:jc w:val="right"/>
      </w:pPr>
      <w:r>
        <w:t>اور اس کے نتیجے میں جو پرسنیلٹی بنتی ہے، وہ بہت ہی زیادہ نیگیٹیو پرسنیلٹی ہوتی ہے۔</w:t>
      </w:r>
    </w:p>
    <w:p>
      <w:r>
        <w:rPr>
          <w:b/>
        </w:rPr>
        <w:t xml:space="preserve">[31:06] </w:t>
      </w:r>
      <w:r>
        <w:t>ye poora obsession hai sari muslim world mein isi cheez ka. is ka nuksan dekhen kya hai, bohat bada ke wo daao work nahi kar paate.</w:t>
      </w:r>
    </w:p>
    <w:p>
      <w:pPr>
        <w:jc w:val="right"/>
      </w:pPr>
      <w:r>
        <w:t>یہ پورا ابسیشن ہے ساری مسلم ورلڈ میں اسی چیز کا۔ اس کا نقصان دیکھیں کیا ہے، بہت بڑا کہ وہ داؤ ورک نہیں کر پاتے۔</w:t>
      </w:r>
    </w:p>
    <w:p>
      <w:r>
        <w:rPr>
          <w:b/>
        </w:rPr>
        <w:t xml:space="preserve">[31:18] </w:t>
      </w:r>
      <w:r>
        <w:t>abhi kuch log hamare paas aaye, turki ke.</w:t>
      </w:r>
    </w:p>
    <w:p>
      <w:pPr>
        <w:jc w:val="right"/>
      </w:pPr>
      <w:r>
        <w:t>ابھی کچھ لوگ ہمارے پاس آئے، ترکی کے۔</w:t>
      </w:r>
    </w:p>
    <w:p>
      <w:r>
        <w:rPr>
          <w:b/>
        </w:rPr>
        <w:t xml:space="preserve">[31:22] </w:t>
      </w:r>
      <w:r>
        <w:t>turki, maine unse poocha ke turki mein da'wah work ho raha hai ke nahi? to unko yeh baat, yeh sawal aaj nahi bhi laga. woh samajhte hain ke turki to muslim mulk hai, wahan to overwhelming majority musalmanon ki hai, to da'wah work kya hai wahan par?</w:t>
      </w:r>
    </w:p>
    <w:p>
      <w:pPr>
        <w:jc w:val="right"/>
      </w:pPr>
      <w:r>
        <w:t>ترکی، میں نے ان سے پوچھا کہ ترکی میں داؤ ورک ہو رہا ہے کہ نہیں؟ تو ان کو یہ بات، یہ سوال آج نہیں بھی لگا۔ وہ سمجھتے ہیں کہ ترکی تو مسلم ملک ہے، وہاں تو اوور ویلنگ میجورٹی مسلمانوں کی ہے، تو داؤ ورک کیا ہے وہاں پر؟</w:t>
      </w:r>
    </w:p>
    <w:p>
      <w:r>
        <w:rPr>
          <w:b/>
        </w:rPr>
        <w:t xml:space="preserve">[31:38] </w:t>
      </w:r>
      <w:r>
        <w:t>ab anokha yeh sawal laga. to maine kaha ke turki mein dekhiye,</w:t>
      </w:r>
    </w:p>
    <w:p>
      <w:pPr>
        <w:jc w:val="right"/>
      </w:pPr>
      <w:r>
        <w:t>اب انوکھا یہ سوال لگا۔ تو میں نے کہا کہ ترکی میں دیکھیے،</w:t>
      </w:r>
    </w:p>
    <w:p>
      <w:r>
        <w:rPr>
          <w:b/>
        </w:rPr>
        <w:t xml:space="preserve">[31:42] </w:t>
      </w:r>
      <w:r>
        <w:t>different reasons se bohat zyada tourist aate hain, daily wahan millions, millions tourist aate hain. woh mad'u to hain, woh unko dawat dijiye, unko quran pahunchaiye, unko rasool Allah seerat ke bare mein bataiye.</w:t>
      </w:r>
    </w:p>
    <w:p>
      <w:pPr>
        <w:jc w:val="right"/>
      </w:pPr>
      <w:r>
        <w:t>ڈفرنٹ ریزنز سے بہت زیادہ ٹورسٹ آتے ہیں، ڈیلی وہاں ملینز، ملینز ٹورسٹ آتے ہیں۔ وہ مدعو تو ہیں، وہ ان کو دعوت دیجئے، ان کو قرآن پہنچائیے، ان کو رسول اللہ سیرت کے بارے میں بتائیے۔</w:t>
      </w:r>
    </w:p>
    <w:p>
      <w:r>
        <w:rPr>
          <w:b/>
        </w:rPr>
        <w:t xml:space="preserve">[31:58] </w:t>
      </w:r>
      <w:r>
        <w:t>aap jante hain ke wahan par ek bohat lambi muddat tak empire tha, muslim empire, usko kehte hain Ottoman Empire.</w:t>
      </w:r>
    </w:p>
    <w:p>
      <w:pPr>
        <w:jc w:val="right"/>
      </w:pPr>
      <w:r>
        <w:t>آپ جانتے ہیں کہ وہاں پر ایک بہت لمبی مدت تک ایمپائر تھا، مسلم ایمپائر، اس کو کہتے ہیں اٹمان ایمپائر۔</w:t>
      </w:r>
    </w:p>
    <w:p>
      <w:r>
        <w:rPr>
          <w:b/>
        </w:rPr>
        <w:t xml:space="preserve">[32:05] </w:t>
      </w:r>
      <w:r>
        <w:t>to wahan par historical monument bohat zyada hain, historical spot bohat zyada hain. to aaj kal jo tourist industry hai, woh base karti hai zyada tar isi par.</w:t>
      </w:r>
    </w:p>
    <w:p>
      <w:pPr>
        <w:jc w:val="right"/>
      </w:pPr>
      <w:r>
        <w:t>تو وہاں پر ہسٹوریکل مونومنٹ بہت زیادہ ہیں، ہسٹوریکل اسپاٹ بہت زیادہ ہیں۔ تو آج کل جو ٹورسٹ انڈسٹری ہے، وہ بیس کرتی ہے زیادہ تر اسی پر۔</w:t>
      </w:r>
    </w:p>
    <w:p>
      <w:r>
        <w:rPr>
          <w:b/>
        </w:rPr>
        <w:t xml:space="preserve">[32:17] </w:t>
      </w:r>
      <w:r>
        <w:t>india mein aap dekhiye, jo aate hain, kya taj mahal dekhne ke liye, red fort dekhne ke liye, qutub minar dekhne ke liye, kyunke historical spot hai yeh.</w:t>
      </w:r>
    </w:p>
    <w:p>
      <w:pPr>
        <w:jc w:val="right"/>
      </w:pPr>
      <w:r>
        <w:t>انڈیا میں آپ دیکھیے، جو آتے ہیں، کیا تاج محل دیکھنے کے لیے، ریڈ فورٹ دیکھنے کے لیے، قطب نار دیکھنے کے لیے، کیونکہ ہسٹوریکل اسپاٹ ہے یہ۔</w:t>
      </w:r>
    </w:p>
    <w:p>
      <w:r>
        <w:rPr>
          <w:b/>
        </w:rPr>
        <w:t xml:space="preserve">[32:26] </w:t>
      </w:r>
      <w:r>
        <w:t>to is tarah ke monument turki mein bohat zyada hain, to wahan par bohat zyada aate hain tourist. to maine kaha ke yeh tourist jo hain, unko aap dawat dijiye, yeh to baithe padhaye aap ko apne, yani apne mulk mein chala raha hai, mad'u aap ka.</w:t>
      </w:r>
    </w:p>
    <w:p>
      <w:pPr>
        <w:jc w:val="right"/>
      </w:pPr>
      <w:r>
        <w:t>تو اس طرح کے مونومنٹ ترکی میں بہت زیادہ ہیں، تو وہاں پر بہت زیادہ آتے ہیں ٹورسٹ۔ تو میں نے کہا کہ یہ ٹورسٹ جو ہیں، ان کو آپ دعوت دیجئے، یہ تو بیٹھے پڑھائے آپ کو اپنے، یعنی اپنے ملک میں چلا رہا ہے، مدعو آپ کا۔</w:t>
      </w:r>
    </w:p>
    <w:p>
      <w:r>
        <w:rPr>
          <w:b/>
        </w:rPr>
        <w:t xml:space="preserve">[32:45] </w:t>
      </w:r>
      <w:r>
        <w:t>lekin yeh soch ajnabi hai,</w:t>
      </w:r>
    </w:p>
    <w:p>
      <w:pPr>
        <w:jc w:val="right"/>
      </w:pPr>
      <w:r>
        <w:t>لیکن یہ سوچ اجنبی ہے،</w:t>
      </w:r>
    </w:p>
    <w:p>
      <w:r>
        <w:rPr>
          <w:b/>
        </w:rPr>
        <w:t xml:space="preserve">[32:48] </w:t>
      </w:r>
      <w:r>
        <w:t>yeh soch ajnabi hai. kyun? logon ko wahi jo cheez chali gayi, us par dhyan laga rehta hai. abhi bhi poori muslim dunya mein yeh soch abhi baqi hai ke Ottoman Empire ko western</w:t>
      </w:r>
    </w:p>
    <w:p>
      <w:pPr>
        <w:jc w:val="right"/>
      </w:pPr>
      <w:r>
        <w:t>یہ سوچ اجنبی ہے۔ کیوں؟ لوگوں کو وہی جو چیز چلی گئی، اس پر دھیان لگا رہتا ہے۔ ابھی بھی پورے مسلم دنیا میں یہ سوچ ابھی باقی ہے کہ اٹمان ایمپائر کو ویسٹرن</w:t>
      </w:r>
    </w:p>
    <w:p>
      <w:r>
        <w:rPr>
          <w:b/>
        </w:rPr>
        <w:t xml:space="preserve">[33:04] </w:t>
      </w:r>
      <w:r>
        <w:t>nations ne conspiracy kar ke khatm kar diya. is soch mein jeete hain, hamari kitabein bhari hui hain is soch se. aur yeh jo gayi hui cheez hai, isi par hamari soch chalti hai.</w:t>
      </w:r>
    </w:p>
    <w:p>
      <w:pPr>
        <w:jc w:val="right"/>
      </w:pPr>
      <w:r>
        <w:t>نیشنز نے کانسپریٹی کر کے ختم کر دیا۔ اس سوچ میں جیتے ہیں، ہماری کتابیں بھری ہوئی ہیں اس سوچ سے۔ اور یہ جو گئی ہوئی چیز ہے، اسی پر ہماری سوچ چلتی ہے۔</w:t>
      </w:r>
    </w:p>
    <w:p>
      <w:r>
        <w:rPr>
          <w:b/>
        </w:rPr>
        <w:t xml:space="preserve">[33:19] </w:t>
      </w:r>
      <w:r>
        <w:t>jo jo abhi bhi jo opportunity maujood hai, us par soch nahi chalti.</w:t>
      </w:r>
    </w:p>
    <w:p>
      <w:pPr>
        <w:jc w:val="right"/>
      </w:pPr>
      <w:r>
        <w:t>جو جو ابھی بھی جو اپرچونیٹی موجود ہے، اس پر سوچ نہیں چلتی۔</w:t>
      </w:r>
    </w:p>
    <w:p>
      <w:r>
        <w:rPr>
          <w:b/>
        </w:rPr>
        <w:t xml:space="preserve">[33:25] </w:t>
      </w:r>
      <w:r>
        <w:t>to main samajhta hoon ke maine seerat rasool Allah sallallahu alaihi wasallam ki seerat ka bohat gehra mutala kiya hai aur samajhta hoon ke yeh bohat bari wisdom jo aap ne di hai, woh yahi hai ke zindagi mein wahi jo jo hamari, yani law of nature kehta tha, hamari body mein hai ke personality is a change, justice in change.</w:t>
      </w:r>
    </w:p>
    <w:p>
      <w:pPr>
        <w:jc w:val="right"/>
      </w:pPr>
      <w:r>
        <w:t>تو میں سمجھتا ہوں کہ میں نے سیرت رسول اللہ صلی اللہ علیہ وسلم کی سیرت کا بہت گہرا مطالعہ کیا ہے اور سمجھتا ہوں کہ یہ بہت بڑی وزڈم جو آپ نے دی ہے، وہ یہی ہے کہ زندگی میں وہی جو جو ہماری، یعنی لاء آف نیچر کہتا تھا، ہماری باڈی میں ہے کہ پرسنیلٹی از ا چینج، جسٹس ان چینج۔</w:t>
      </w:r>
    </w:p>
    <w:p>
      <w:r>
        <w:rPr>
          <w:b/>
        </w:rPr>
        <w:t xml:space="preserve">[33:48] </w:t>
      </w:r>
      <w:r>
        <w:t>to history bhi aisi hi hai</w:t>
      </w:r>
    </w:p>
    <w:p>
      <w:pPr>
        <w:jc w:val="right"/>
      </w:pPr>
      <w:r>
        <w:t>تو ہسٹری بھی ایسی ہی ہے</w:t>
      </w:r>
    </w:p>
    <w:p>
      <w:r>
        <w:rPr>
          <w:b/>
        </w:rPr>
        <w:t xml:space="preserve">[33:51] </w:t>
      </w:r>
      <w:r>
        <w:t>ke history mein kuch cheezein jaati rehti hain, jaati rehti hain, jaati rehti hain. iska kaam na karo, usko phir se, yani regain karne ke liye takrao mat karo, balkeh abhi jo baqi reh gaya hai, usko le kar kaam karo.</w:t>
      </w:r>
    </w:p>
    <w:p>
      <w:pPr>
        <w:jc w:val="right"/>
      </w:pPr>
      <w:r>
        <w:t>کہ ہسٹری میں کچھ چیزیں جاتی رہتی ہیں، جاتی رہتی ہیں، جاتی رہتی ہیں۔ اس کا کام نہ کرو، اس کو پھر سے، یعنی ریگن کرنے کے لیے ٹکراؤ مت کرو، بلکہ ابھی جو باقی رہ گیا ہے، اس کو لے کر کام کرو۔</w:t>
      </w:r>
    </w:p>
    <w:p>
      <w:r>
        <w:rPr>
          <w:b/>
        </w:rPr>
        <w:t xml:space="preserve">[34:04] </w:t>
      </w:r>
      <w:r>
        <w:t>ek baat mention karna chahta hoon ke</w:t>
      </w:r>
    </w:p>
    <w:p>
      <w:pPr>
        <w:jc w:val="right"/>
      </w:pPr>
      <w:r>
        <w:t>ایک بات میر کرنا چاہتا ہوں کہ</w:t>
      </w:r>
    </w:p>
    <w:p>
      <w:r>
        <w:rPr>
          <w:b/>
        </w:rPr>
        <w:t xml:space="preserve">[34:07] </w:t>
      </w:r>
      <w:r>
        <w:t>zindagi mein sab se bari cheez kya hai? positive thinking. main samajhta hoon ke sab se bara jo hamara asset hai, woh hai positive thinking, kyunke positive thinking hi se sari achhi cheezein generate hoti hain</w:t>
      </w:r>
    </w:p>
    <w:p>
      <w:pPr>
        <w:jc w:val="right"/>
      </w:pPr>
      <w:r>
        <w:t>زندگی میں سب سے بڑی چیز کیا ہے؟ پازیٹیو تھنکنگ۔ میں سمجھتا ہوں کہ سب سے بڑا جو ہمارا ایسٹ ہے، وہ ہے پازیٹیو تھنکنگ، کیونکہ پازیٹیو تھنکنگ ہی سے ساری اچھی چیزیں جنریٹ ہوتی ہیں</w:t>
      </w:r>
    </w:p>
    <w:p>
      <w:r>
        <w:rPr>
          <w:b/>
        </w:rPr>
        <w:t xml:space="preserve">[34:24] </w:t>
      </w:r>
      <w:r>
        <w:t>aur negative thinking uska ulta hai. yani negative thinking jo hai, sari evils is se aati hain. yani negative thinking is the source of all kinds of evils aur positive thinking is the source of all kinds of good.</w:t>
      </w:r>
    </w:p>
    <w:p>
      <w:pPr>
        <w:jc w:val="right"/>
      </w:pPr>
      <w:r>
        <w:t>اور نیگیٹیو تھنکنگ اس کا الٹا ہے۔ یعنی نیگیٹیو تھنکنگ جو ہے، ساری ایولز اس سے آتی ہیں۔ یعنی نیگیٹیو تھنکنگ از دا سورس آف آل کائنڈ آف ایولز اور پازیٹیو تھنکنگ از دا سورس آف آل کائنڈ آف گڈ۔</w:t>
      </w:r>
    </w:p>
    <w:p>
      <w:r>
        <w:rPr>
          <w:b/>
        </w:rPr>
        <w:t xml:space="preserve">[34:40] </w:t>
      </w:r>
      <w:r>
        <w:t>tamam achhi cheezein aati hain positive thinking se</w:t>
      </w:r>
    </w:p>
    <w:p>
      <w:pPr>
        <w:jc w:val="right"/>
      </w:pPr>
      <w:r>
        <w:t>تمام اچھی چیزیں آتی ہیں پازیٹیو تھنکنگ سے</w:t>
      </w:r>
    </w:p>
    <w:p>
      <w:r>
        <w:rPr>
          <w:b/>
        </w:rPr>
        <w:t xml:space="preserve">[34:43] </w:t>
      </w:r>
      <w:r>
        <w:t>aur tamam buri cheezein aati hain negative thinking se. to Islam mein ek bohat bari deen yeh hai ke ek aisa goal diya Islam mein, goal jo jis goal mein aap kabhi negative na hon, hamesha positive bane rahen.</w:t>
      </w:r>
    </w:p>
    <w:p>
      <w:pPr>
        <w:jc w:val="right"/>
      </w:pPr>
      <w:r>
        <w:t>اور تمام بری چیزیں آتی ہیں نیگیٹیو تھنکنگ سے۔ تو اسلام میں ایک بہت بڑی دین یہ ہے کہ ایک ایسا گول دیا اسلام میں، گول جو جس گول میں آپ کبھی نیگیٹیو نہ ہوں، ہمیشہ پازیٹیو بنے رہیں۔</w:t>
      </w:r>
    </w:p>
    <w:p>
      <w:r>
        <w:rPr>
          <w:b/>
        </w:rPr>
        <w:t xml:space="preserve">[35:03] </w:t>
      </w:r>
      <w:r>
        <w:t>jaise ke agar aap ka goal yeh ho ke aap aage party jo hai, parliament mein pahunche, woh rule kare mulk mein, to aap ki party agar haar jaye election mein to aap negative ho jayenge aur jeet jaye to aap fakhr karenge.</w:t>
      </w:r>
    </w:p>
    <w:p>
      <w:pPr>
        <w:jc w:val="right"/>
      </w:pPr>
      <w:r>
        <w:t>جیسے کہ اگر آپ کا گول یہ ہو کہ آپ آگے پارٹی جو ہے، پارلیمنٹ میں پہنچے، وہ رول کرے ملک میں، تو آپ کی پارٹی اگر ہار جائے الیکشن میں تو آپ نیگیٹیو ہو جائیں گے اور جیت جائے تو آپ فخر کریں گے۔</w:t>
      </w:r>
    </w:p>
    <w:p>
      <w:r>
        <w:rPr>
          <w:b/>
        </w:rPr>
        <w:t xml:space="preserve">[35:18] </w:t>
      </w:r>
      <w:r>
        <w:t>Islam mein jo goal diya gaya hai, woh yeh sab nahi hai, woh hai da'wah work, da'wah Allah. to yeh ek aisa goal hai</w:t>
      </w:r>
    </w:p>
    <w:p>
      <w:pPr>
        <w:jc w:val="right"/>
      </w:pPr>
      <w:r>
        <w:t>اسلام میں جو گول دیا گیا ہے، وہ یہ سب نہیں ہے، وہ ہے داؤ ورک، داؤ دعوت اللہ۔ تو یہ ایک ایسا گول ہے</w:t>
      </w:r>
    </w:p>
    <w:p>
      <w:r>
        <w:rPr>
          <w:b/>
        </w:rPr>
        <w:t xml:space="preserve">[35:27] </w:t>
      </w:r>
      <w:r>
        <w:t>jo aap ko hamesha positive thinking ko qaim rakhta hai. kyunke dekhiye, da'wah concept kya karta hai? aap ko doosron ke liye aap ko welfare banata hai, welfare hai.</w:t>
      </w:r>
    </w:p>
    <w:p>
      <w:pPr>
        <w:jc w:val="right"/>
      </w:pPr>
      <w:r>
        <w:t>جو آپ کو ہمیشہ پازیٹیو تھنکنگ کو قائم رکھتا ہے۔ کیونکہ دیکھیں، دعوت کانسیپٹ کیا کرتا ہے؟ آپ کو دوسروں کے لیے آپ کو ویلفیئر بناتا ہے، ویلفیئر ہے۔</w:t>
      </w:r>
    </w:p>
    <w:p>
      <w:r>
        <w:rPr>
          <w:b/>
        </w:rPr>
        <w:t xml:space="preserve">[35:40] </w:t>
      </w:r>
      <w:r>
        <w:t>kyunke da'wah ka kaam jo hai, is ka jo</w:t>
      </w:r>
    </w:p>
    <w:p>
      <w:pPr>
        <w:jc w:val="right"/>
      </w:pPr>
      <w:r>
        <w:t>کیونکہ دعوت کا کام جو ہے، اس کا جو</w:t>
      </w:r>
    </w:p>
    <w:p>
      <w:r>
        <w:rPr>
          <w:b/>
        </w:rPr>
        <w:t xml:space="preserve">[35:44] </w:t>
      </w:r>
      <w:r>
        <w:t>is se jo mizaj banta hai, mizaj woh hota hai mad'u friendly behavior, mad'u friendly behavior ya insan friendly behavior. to pehla tohfa yeh mila ke aap insan ke bare mein khair khwah ho gaye.</w:t>
      </w:r>
    </w:p>
    <w:p>
      <w:pPr>
        <w:jc w:val="right"/>
      </w:pPr>
      <w:r>
        <w:t>اس سے جو مزاج بنتا ہے، مزاج وہ ہوتا ہے مدعو فرینڈلی بیہیویئر، مدعو فرینڈلی بیہیویئر یا انسان فرینڈلی بیہیویئر۔ تو پہلا تحفہ یہ ملا کہ آپ انسان کے بارے میں خیر خواہ ہو گئے۔</w:t>
      </w:r>
    </w:p>
    <w:p>
      <w:r>
        <w:rPr>
          <w:b/>
        </w:rPr>
        <w:t xml:space="preserve">[35:59] </w:t>
      </w:r>
      <w:r>
        <w:t>doosra tohfa kya kya mila? ke peaceful da'wah work ke liye kabhi rasta band nahin.</w:t>
      </w:r>
    </w:p>
    <w:p>
      <w:pPr>
        <w:jc w:val="right"/>
      </w:pPr>
      <w:r>
        <w:t>دوسرا تحفہ کیا کیا ملا؟ کہ پیس فل داؤ ورک کے لیے کبھی راستہ بند نہیں۔</w:t>
      </w:r>
    </w:p>
    <w:p>
      <w:r>
        <w:rPr>
          <w:b/>
        </w:rPr>
        <w:t xml:space="preserve">[36:06] </w:t>
      </w:r>
      <w:r>
        <w:t>to aap ko ek aisa goal mil jata hai jo koi bhi, kisi ki hukoomat ho, kisi ka rule ho, kuch bhi ho, woh is ka mauqa baqi hai.</w:t>
      </w:r>
    </w:p>
    <w:p>
      <w:pPr>
        <w:jc w:val="right"/>
      </w:pPr>
      <w:r>
        <w:t>تو آپ کو ایک ایسا گول مل جاتا ہے جو کوئی بھی، کسی کی حکومت ہو، کسی کا رول ہو، کچھ بھی ہو، وہ اس کا موقع باقی ہے۔</w:t>
      </w:r>
    </w:p>
    <w:p>
      <w:r>
        <w:rPr>
          <w:b/>
        </w:rPr>
        <w:t xml:space="preserve">[36:15] </w:t>
      </w:r>
      <w:r>
        <w:t>aap ko aap quran ka tarjuma chupa lijiye, rasool Allah ki seerat pe</w:t>
      </w:r>
    </w:p>
    <w:p>
      <w:pPr>
        <w:jc w:val="right"/>
      </w:pPr>
      <w:r>
        <w:t>آپ کو آپ قرآن کا ترجمہ چھپا لیجئے، رسول اللہ کی سیرت پہ</w:t>
      </w:r>
    </w:p>
    <w:p>
      <w:r>
        <w:rPr>
          <w:b/>
        </w:rPr>
        <w:t xml:space="preserve">[36:23] </w:t>
      </w:r>
      <w:r>
        <w:t>kitaab tayyar kar lijiye aur islami kitaabein tayyar kar lijiye aur jahan chahein wahan parhte rahiye. har jagah aap ko mad'u milayenge, park mein, hotel mein, airport par, station par, jahan bhi jaiye.</w:t>
      </w:r>
    </w:p>
    <w:p>
      <w:pPr>
        <w:jc w:val="right"/>
      </w:pPr>
      <w:r>
        <w:t>کتاب تیار کر لیجئے اور اسلامی کتابیں تیار کر لیجئے اور جہاں چاہیں وہاں پڑھتے رہیے۔ ہر جگہ آپ کو مدعو ملائیں گے، پارک میں، ہوٹل میں، ایئرپورٹ پر، اسٹیشن پر، جہاں بھی جائیے۔</w:t>
      </w:r>
    </w:p>
    <w:p>
      <w:r>
        <w:rPr>
          <w:b/>
        </w:rPr>
        <w:t xml:space="preserve">[36:38] </w:t>
      </w:r>
      <w:r>
        <w:t>to is mein koi rukawat hi nahin.</w:t>
      </w:r>
    </w:p>
    <w:p>
      <w:pPr>
        <w:jc w:val="right"/>
      </w:pPr>
      <w:r>
        <w:t>تو اس میں کوئی رکاوٹ ہی نہیں۔</w:t>
      </w:r>
    </w:p>
    <w:p>
      <w:r>
        <w:rPr>
          <w:b/>
        </w:rPr>
        <w:t xml:space="preserve">[36:40] </w:t>
      </w:r>
      <w:r>
        <w:t>to yeh da'wah Allah ek aisa goal hai jo yaani non-stop tor par jaari rehta hai.</w:t>
      </w:r>
    </w:p>
    <w:p>
      <w:pPr>
        <w:jc w:val="right"/>
      </w:pPr>
      <w:r>
        <w:t>تو یہ دعوت اللہ ایک ایسا گول ہے جو یعنی نان اسٹاپ طور پر جاری رہتا ہے۔</w:t>
      </w:r>
    </w:p>
    <w:p>
      <w:r>
        <w:rPr>
          <w:b/>
        </w:rPr>
        <w:t xml:space="preserve">[36:50] </w:t>
      </w:r>
      <w:r>
        <w:t>kahin bhi aap ko ehsas nahin hota ke dekhiye hamara to kaam ruk gaya, ab kya karein? aage doosri tamam cheezon mein kahin na kahin</w:t>
      </w:r>
    </w:p>
    <w:p>
      <w:pPr>
        <w:jc w:val="right"/>
      </w:pPr>
      <w:r>
        <w:t>کہیں بھی آپ کو احساس نہیں ہوتا کہ دیکھیں ہمارا تو کام رک گیا، اب کیا کریں؟ آگے دوسری تمام چیزوں میں کہیں نہ کہیں</w:t>
      </w:r>
    </w:p>
    <w:p>
      <w:r>
        <w:rPr>
          <w:b/>
        </w:rPr>
        <w:t xml:space="preserve">[36:57] </w:t>
      </w:r>
      <w:r>
        <w:t>rukawat aa jati hai, is mein koi rukawat nahin aati. phir dekhiye, yeh is se bhi badi badi cheezein is se juri hui hain.</w:t>
      </w:r>
    </w:p>
    <w:p>
      <w:pPr>
        <w:jc w:val="right"/>
      </w:pPr>
      <w:r>
        <w:t>رکاوٹ آ جاتی ہے، اس میں کوئی رکاوٹ نہیں آتی۔ پھر دیکھیے، یہ اس سے بھی بڑی بڑی چیزیں اس سے جڑی ہوئی ہیں۔</w:t>
      </w:r>
    </w:p>
    <w:p>
      <w:r>
        <w:rPr>
          <w:b/>
        </w:rPr>
        <w:t xml:space="preserve">[37:08] </w:t>
      </w:r>
      <w:r>
        <w:t>dekhiye, jab aap da'wah work karte hain to kya hai? kisi insaan se aap ko saabiqa pesh aata hai, is se aap interaction karte hain, is se aap discussion karte hain, is ke sawal ka jawab de dene dena parta hai aap ko.</w:t>
      </w:r>
    </w:p>
    <w:p>
      <w:pPr>
        <w:jc w:val="right"/>
      </w:pPr>
      <w:r>
        <w:t>دیکھیے، جب آپ داؤ ورک کرتے ہیں تو کیا ہے؟ کسی انسان سے آپ کو سابقہ پیش آتا ہے، اس سے آپ انٹریکشن کرتے ہیں، اس سے آپ ڈسکشن کرتے ہیں، اس کے سوال کا جواب دے دینے دینا پڑتا ہے آپ کو۔</w:t>
      </w:r>
    </w:p>
    <w:p>
      <w:r>
        <w:rPr>
          <w:b/>
        </w:rPr>
        <w:t xml:space="preserve">[37:20] </w:t>
      </w:r>
      <w:r>
        <w:t>is yaani har lamha aap ko intellectual challenge ko pesh karna, ko face karna parta hai. da'wah work ek aisa kaam hai jis mein aap ko bar bar intellectual challenge pesh aata hai, un ke sawal ka jawab dena.</w:t>
      </w:r>
    </w:p>
    <w:p>
      <w:pPr>
        <w:jc w:val="right"/>
      </w:pPr>
      <w:r>
        <w:t>اس یعنی ہر لمحہ آپ کو انٹلیکچول چیلنج کو پیش کرنا، کو فیس کرنا پڑتا ہے۔ داؤ ورک ایک ایسا کام ہے جس میں آپ کو بار بار انٹلیکچول چیلنج پیش آتا ہے، ان کے سوال کا جواب دینا۔</w:t>
      </w:r>
    </w:p>
    <w:p>
      <w:r>
        <w:rPr>
          <w:b/>
        </w:rPr>
        <w:t xml:space="preserve">[37:36] </w:t>
      </w:r>
      <w:r>
        <w:t>to is ka matlab kya hai?</w:t>
      </w:r>
    </w:p>
    <w:p>
      <w:pPr>
        <w:jc w:val="right"/>
      </w:pPr>
      <w:r>
        <w:t>تو اس کا مطلب کیا ہے؟</w:t>
      </w:r>
    </w:p>
    <w:p>
      <w:r>
        <w:rPr>
          <w:b/>
        </w:rPr>
        <w:t xml:space="preserve">[37:38] </w:t>
      </w:r>
      <w:r>
        <w:t>ke da'wah work ka aap ko continuously aap ke andar intellectual development ka process jaari kar deta hai.</w:t>
      </w:r>
    </w:p>
    <w:p>
      <w:pPr>
        <w:jc w:val="right"/>
      </w:pPr>
      <w:r>
        <w:t>کہ داؤ ورک کا آپ کو کنٹینیوسلی آپ کے اندر انٹلیکچول ڈیویلپمنٹ کا پراسیس جاری کر دیتا ہے۔</w:t>
      </w:r>
    </w:p>
    <w:p>
      <w:r>
        <w:rPr>
          <w:b/>
        </w:rPr>
        <w:t xml:space="preserve">[37:48] </w:t>
      </w:r>
      <w:r>
        <w:t>musalsal aap ka soch barhti hai, musalsal aap ka intellectual development hota rehta hai. yeh kitni badi nemat hai!</w:t>
      </w:r>
    </w:p>
    <w:p>
      <w:pPr>
        <w:jc w:val="right"/>
      </w:pPr>
      <w:r>
        <w:t>مسلسل آپ کا سوچ بڑھتی ہے، مسلسل آپ کا انٹلیکچول ڈیویلپمنٹ ہوتا رہتا ہے۔ یہ کتنی بڑی نعمت ہے!</w:t>
      </w:r>
    </w:p>
    <w:p>
      <w:r>
        <w:rPr>
          <w:b/>
        </w:rPr>
        <w:t xml:space="preserve">[37:58] </w:t>
      </w:r>
      <w:r>
        <w:t>mera apna tajruba hai ke maine adhi adha ilm mera kitaabon ki study se mila hai, mujhe adha ilm mujhe mila hai logon se exchange karne se.</w:t>
      </w:r>
    </w:p>
    <w:p>
      <w:pPr>
        <w:jc w:val="right"/>
      </w:pPr>
      <w:r>
        <w:t>میرا اپنا تجربہ ہے کہ میں نے ادھی ادھا علم میرا کتابوں کی سٹڈی سے ملا ہے، مجھے ادھا علم مجھے ملا ہے لوگوں سے ایکسچینج کرنے سے۔</w:t>
      </w:r>
    </w:p>
    <w:p>
      <w:r>
        <w:rPr>
          <w:b/>
        </w:rPr>
        <w:t xml:space="preserve">[38:09] </w:t>
      </w:r>
      <w:r>
        <w:t>main bohat zyada logon se sawal karta hoon, un se un ka experience poochta hoon, un se un ke sawalat invite karta hoon ke aap batayein kya sawal aap ko hai.</w:t>
      </w:r>
    </w:p>
    <w:p>
      <w:pPr>
        <w:jc w:val="right"/>
      </w:pPr>
      <w:r>
        <w:t>میں بہت زیادہ لوگوں سے سوال کرتا ہوں، ان سے ان کا ایکسپیرینس پوچھتا ہوں، ان سے ان کے سوالات انوائٹ کرتا ہوں کہ آپ بتائیں کیا سوال آپ کو ہے۔</w:t>
      </w:r>
    </w:p>
    <w:p>
      <w:r>
        <w:rPr>
          <w:b/>
        </w:rPr>
        <w:t xml:space="preserve">[38:18] </w:t>
      </w:r>
      <w:r>
        <w:t>to barabar mein exchange karta rehta hoon, barabar discuss karta rehta hoon. to mera ilm adha to hasil hua mujhe kitaabon ki study se,</w:t>
      </w:r>
    </w:p>
    <w:p>
      <w:pPr>
        <w:jc w:val="right"/>
      </w:pPr>
      <w:r>
        <w:t>تو برابر میں ایکسچینج کرتا رہتا ہوں، برابر ڈسکس کرتا رہتا ہوں۔ تو میرا علم ادھا تو حاصل ہوا مجھے کتابوں کی سٹڈی سے،</w:t>
      </w:r>
    </w:p>
    <w:p>
      <w:r>
        <w:rPr>
          <w:b/>
        </w:rPr>
        <w:t xml:space="preserve">[38:28] </w:t>
      </w:r>
      <w:r>
        <w:t>adha ilm hasil hua hai logon se exchange karne se. to yeh kitni badi cheez hai ke da'wah work jo hai, aap ko ek aisa maidan de deta hai jahan har lamha aap ko intellectual challenge darpesh rahe.</w:t>
      </w:r>
    </w:p>
    <w:p>
      <w:pPr>
        <w:jc w:val="right"/>
      </w:pPr>
      <w:r>
        <w:t>ادھا علم حاصل ہوا ہے لوگوں سے ایکسچینج کرنے سے۔ تو یہ کتنی بڑی چیز ہے کہ داؤ ورک جو ہے، آپ کو ایک ایسا میدان دے دیتا ہے جہاں ہر لمحہ آپ کو انٹلیکچول چیلنج درپیش رہے۔</w:t>
      </w:r>
    </w:p>
    <w:p>
      <w:r>
        <w:rPr>
          <w:b/>
        </w:rPr>
        <w:t xml:space="preserve">[38:43] </w:t>
      </w:r>
      <w:r>
        <w:t>aur phir woh intellectual challenge ko jab aap meet karenge to barah musalsal aap ka barhta rahega, aap ka</w:t>
      </w:r>
    </w:p>
    <w:p>
      <w:pPr>
        <w:jc w:val="right"/>
      </w:pPr>
      <w:r>
        <w:t>اور پھر وہ انٹلیکچول چیلنج کو جب آپ میٹ کریں گے تو براہ مسلسل آپ کا بڑھتا رہے گا، آپ کا</w:t>
      </w:r>
    </w:p>
    <w:p>
      <w:r>
        <w:rPr>
          <w:b/>
        </w:rPr>
        <w:t xml:space="preserve">[38:52] </w:t>
      </w:r>
      <w:r>
        <w:t>yaani aap ka aap ka irtaqa hota rahega, zehni irtaqa hota rahega. is ek non-stop chalta rahega aap ka zehni irtaqa.</w:t>
      </w:r>
    </w:p>
    <w:p>
      <w:pPr>
        <w:jc w:val="right"/>
      </w:pPr>
      <w:r>
        <w:t>یعنی آپ کا آپ کا ارتقاء ہوتا رہے گا، ذہنی ارتقاء ہوتا رہے گا۔ اس ایک نان اسٹاپ چلتا رہے گا آپ کا ذہنی ارتقاء۔</w:t>
      </w:r>
    </w:p>
    <w:p>
      <w:r>
        <w:rPr>
          <w:b/>
        </w:rPr>
        <w:t xml:space="preserve">[39:03] </w:t>
      </w:r>
      <w:r>
        <w:t>kaisi ajeeb cheez hai!</w:t>
      </w:r>
    </w:p>
    <w:p>
      <w:pPr>
        <w:jc w:val="right"/>
      </w:pPr>
      <w:r>
        <w:t>کیسی عجیب چیز ہے!</w:t>
      </w:r>
    </w:p>
    <w:p>
      <w:r>
        <w:rPr>
          <w:b/>
        </w:rPr>
        <w:t xml:space="preserve">[39:05] </w:t>
      </w:r>
      <w:r>
        <w:t>phir dekhiye, ek baat: da'wah work mein kabhi frustration nahin aata. aap dekhiye, dekhiye ke dono ko jo goal doosre log hote hain, goal to kahin na kahin un ko ja kar ke frustration aa jata hai.</w:t>
      </w:r>
    </w:p>
    <w:p>
      <w:pPr>
        <w:jc w:val="right"/>
      </w:pPr>
      <w:r>
        <w:t>پھر دیکھیے، ایک بات: داؤ ورک میں کبھی فرسٹریشن نہیں آتا۔ آپ دیکھیں، دیکھیں کہ دونوں کو جو گول دوسرے لوگ ہوتے ہیں، گول تو کہیں نہ کہیں ان کو جا کر کے فرسٹریشن آ جاتا ہے۔</w:t>
      </w:r>
    </w:p>
    <w:p>
      <w:r>
        <w:rPr>
          <w:b/>
        </w:rPr>
        <w:t xml:space="preserve">[39:20] </w:t>
      </w:r>
      <w:r>
        <w:t>ek aisi cheez ko woh goal banate hain jo kabhi milti hai, kabhi nahin milti.</w:t>
      </w:r>
    </w:p>
    <w:p>
      <w:pPr>
        <w:jc w:val="right"/>
      </w:pPr>
      <w:r>
        <w:t>ایک ایسی چیز کو وہ گول بناتے ہیں جو کبھی ملتی ہے، کبھی نہیں ملتی۔</w:t>
      </w:r>
    </w:p>
    <w:p>
      <w:r>
        <w:rPr>
          <w:b/>
        </w:rPr>
        <w:t xml:space="preserve">[39:25] </w:t>
      </w:r>
      <w:r>
        <w:t>misal ke taur par election mein, election mein aap party kabhi jeetti hai, kabhi haarti hai, business mein kabhi kabhi faida hota hai, kabhi loss hota hai.</w:t>
      </w:r>
    </w:p>
    <w:p>
      <w:pPr>
        <w:jc w:val="right"/>
      </w:pPr>
      <w:r>
        <w:t>مثلاً الیکشن میں، الیکشن میں آپ پارٹی کبھی جیتتی ہے، کبھی ہارتی ہے، بزنس میں کبھی کبھی فائدہ ہوتا ہے، کبھی لاس ہوتا ہے۔</w:t>
      </w:r>
    </w:p>
    <w:p>
      <w:r>
        <w:rPr>
          <w:b/>
        </w:rPr>
        <w:t xml:space="preserve">[39:34] </w:t>
      </w:r>
      <w:r>
        <w:t>har cheez mein kahin na kahin aa kar ke aap ko aisa hota hai ke kabhi nuqsan, kabhi faida, kabhi</w:t>
      </w:r>
    </w:p>
    <w:p>
      <w:pPr>
        <w:jc w:val="right"/>
      </w:pPr>
      <w:r>
        <w:t>ہر چیز میں کہیں نہ کہیں آ کر کے آپ کو ایسا ہوتا ہے کہ کبھی نقصان، کبھی فائدہ، کبھی</w:t>
      </w:r>
    </w:p>
    <w:p>
      <w:r>
        <w:rPr>
          <w:b/>
        </w:rPr>
        <w:t xml:space="preserve">[39:42] </w:t>
      </w:r>
      <w:r>
        <w:t>in har maidan mein utaar charhaao. da'wah work aisi cheez hai aur is ki wajah se logon ke andar frustration aata hai. da'wah work ek aisi cheez hai jahan is qism ka experience hota hi nahin da'i ko.</w:t>
      </w:r>
    </w:p>
    <w:p>
      <w:pPr>
        <w:jc w:val="right"/>
      </w:pPr>
      <w:r>
        <w:t>ان ہر میدان میں اتار چڑھاؤ۔ داؤ ورک ایسی چیز ہے اور اس کی وجہ سے لوگوں کے اندر فرسٹریشن آتا ہے۔ داؤ ورک ایک ایسی چیز ہے جہاں اس قسم کا ایکسپیرینس ہوتا ہی نہیں داعی کو۔</w:t>
      </w:r>
    </w:p>
    <w:p>
      <w:r>
        <w:rPr>
          <w:b/>
        </w:rPr>
        <w:t xml:space="preserve">[39:57] </w:t>
      </w:r>
      <w:r>
        <w:t>kyun?</w:t>
      </w:r>
    </w:p>
    <w:p>
      <w:pPr>
        <w:jc w:val="right"/>
      </w:pPr>
      <w:r>
        <w:t>کیوں؟</w:t>
      </w:r>
    </w:p>
    <w:p>
      <w:r>
        <w:rPr>
          <w:b/>
        </w:rPr>
        <w:t xml:space="preserve">[39:59] </w:t>
      </w:r>
      <w:r>
        <w:t>quran mein hai ke dawat ki jati hai allah ke liye, insan ke liye nahin. jis se darmian aap dawat kar rahe hain, woh agar qabool kar le aap ki baat ko, tab bhi aap faiday mein hain, na qabool kare, tab bhi aap faiday mein hain.</w:t>
      </w:r>
    </w:p>
    <w:p>
      <w:pPr>
        <w:jc w:val="right"/>
      </w:pPr>
      <w:r>
        <w:t>قرآن میں ہے کہ دعوت کی جاتی ہے اللہ کے لیے، انسان کے لیے نہیں۔ جس سے درمیان آپ دعوت کر رہے ہیں، وہ اگر قبول کر لے آپ کی بات کو، تب بھی آپ فائدے میں ہیں، نہ قبول کرے، تب بھی آپ فائدے میں ہیں۔</w:t>
      </w:r>
    </w:p>
    <w:p>
      <w:r>
        <w:rPr>
          <w:b/>
        </w:rPr>
        <w:t xml:space="preserve">[40:16] </w:t>
      </w:r>
      <w:r>
        <w:t>kyunki aap to allah ke ambassador hain, allah ki taraf se logon ko baat pohncha rahe hain.</w:t>
      </w:r>
    </w:p>
    <w:p>
      <w:pPr>
        <w:jc w:val="right"/>
      </w:pPr>
      <w:r>
        <w:t>کیونکہ آپ تو اللہ کے ایمبیسڈر ہیں، اللہ کی طرف سے لوگوں کو بات پہنچا رہے ہیں۔</w:t>
      </w:r>
    </w:p>
    <w:p>
      <w:r>
        <w:rPr>
          <w:b/>
        </w:rPr>
        <w:t xml:space="preserve">[40:22] </w:t>
      </w:r>
      <w:r>
        <w:t>to woh to aap pohnchate rahenge, pohnchate rahenge. dunya mein seven billion insan hain, to aap ki umar poori ho jayegi, aap aur pohncha nahin payenge. aap kaisi ajeeb baat hai!</w:t>
      </w:r>
    </w:p>
    <w:p>
      <w:pPr>
        <w:jc w:val="right"/>
      </w:pPr>
      <w:r>
        <w:t>تو وہ تو آپ پہنچاتے رہیں گے، پہنچاتے رہیں گے۔ دنیا میں سیون بلین انسان ہیں، تو آپ کی عمر پوری ہو جائے گی، آپ اور پہنچا نہیں پائیں گے۔ آپ کیسی عجیب بات ہے!</w:t>
      </w:r>
    </w:p>
    <w:p>
      <w:r>
        <w:rPr>
          <w:b/>
        </w:rPr>
        <w:t xml:space="preserve">[40:34] </w:t>
      </w:r>
      <w:r>
        <w:t>da'wah work hota hai for the sake of god, for the sake of god. to is ma'ne hai ke kabhi apne frustration ka point nahin aata. doosri har cheez mein frustration hota hai.</w:t>
      </w:r>
    </w:p>
    <w:p>
      <w:pPr>
        <w:jc w:val="right"/>
      </w:pPr>
      <w:r>
        <w:t>داؤ ورک ہوتا ہے فار دا سیک آف گاڈ، فار دا سیک آف گاڈ۔ تو اس معنی ہے کہ کبھی اپنے فرسٹریشن کا پوائنٹ نہیں آتا۔ دوسری ہر چیز میں فرسٹریشن ہوتا ہے۔</w:t>
      </w:r>
    </w:p>
    <w:p>
      <w:r>
        <w:rPr>
          <w:b/>
        </w:rPr>
        <w:t xml:space="preserve">[40:47] </w:t>
      </w:r>
      <w:r>
        <w:t>main allah ke fazl se dawat ke field mein hoon, mujhe kabhi bhi frustration nahin, ek lamhe ke liye nahin.</w:t>
      </w:r>
    </w:p>
    <w:p>
      <w:pPr>
        <w:jc w:val="right"/>
      </w:pPr>
      <w:r>
        <w:t>میں اللہ کے فضل سے دعوت کے فیلڈ میں ہوں، مجھے کبھی بھی فرسٹریشن نہیں، ایک لمحے کے لیے نہیں۔</w:t>
      </w:r>
    </w:p>
    <w:p>
      <w:r>
        <w:rPr>
          <w:b/>
        </w:rPr>
        <w:t xml:space="preserve">[40:56] </w:t>
      </w:r>
      <w:r>
        <w:t>aur doosre jitne bhi goal hote hain, doosre jitne bhi nishane hote hain, kahin na kahin is mein frustration aa jata hai. to yeh yeh dawat allah</w:t>
      </w:r>
    </w:p>
    <w:p>
      <w:pPr>
        <w:jc w:val="right"/>
      </w:pPr>
      <w:r>
        <w:t>اور دوسرے جتنے بھی گول ہوتے ہیں، دوسرے جتنے بھی نشانے ہوتے ہیں، کہیں نہ کہیں اس میں فرسٹریشن آ جاتا ہے۔ تو یہ یہ دعوت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