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 xml:space="preserve">Life of the Prophet of Islam </w:t>
        <w:br/>
        <w:t>March 15, 2009</w:t>
      </w:r>
    </w:p>
    <w:p>
      <w:r>
        <w:t>https://youtu.be/qk9NiFqVwoo</w:t>
      </w:r>
    </w:p>
    <w:p>
      <w:r>
        <w:rPr>
          <w:b/>
        </w:rPr>
        <w:t xml:space="preserve">[00:13] </w:t>
      </w:r>
      <w:r>
        <w:t>bismillah hir rahman nir rahim. wa sallallahu ala an nabiyyil karim.</w:t>
      </w:r>
    </w:p>
    <w:p>
      <w:pPr>
        <w:jc w:val="right"/>
      </w:pPr>
      <w:r>
        <w:t>بسم اللہ الرحمن الرحیم۔ وصلی اللہ علی النبی الکریم۔</w:t>
      </w:r>
    </w:p>
    <w:p>
      <w:r>
        <w:rPr>
          <w:b/>
        </w:rPr>
        <w:t xml:space="preserve">[00:23] </w:t>
      </w:r>
      <w:r>
        <w:t>Rabbi shrah li sadri, wa yassir li amri, wah lul uqdata min lisani, yafqahu qawli.</w:t>
      </w:r>
    </w:p>
    <w:p>
      <w:pPr>
        <w:jc w:val="right"/>
      </w:pPr>
      <w:r>
        <w:t>رب اشرح لی صدری، ویسر لی امری، واحل العقدۃ من لسانی، یفقہ قولی۔</w:t>
      </w:r>
    </w:p>
    <w:p>
      <w:r>
        <w:rPr>
          <w:b/>
        </w:rPr>
        <w:t xml:space="preserve">[00:38] </w:t>
      </w:r>
      <w:r>
        <w:t>aaj ka topic hai: life of the prophet of Islam. yani paighambar Islam ki seerat.</w:t>
      </w:r>
    </w:p>
    <w:p>
      <w:pPr>
        <w:jc w:val="right"/>
      </w:pPr>
      <w:r>
        <w:t>آج کا ٹاپک ہے: لائف آف دا پرافٹ آف اسلام۔ یعنی پیغمبر اسلام کی سیرت۔</w:t>
      </w:r>
    </w:p>
    <w:p>
      <w:r>
        <w:rPr>
          <w:b/>
        </w:rPr>
        <w:t xml:space="preserve">[00:53] </w:t>
      </w:r>
      <w:r>
        <w:t>aap jante hain ke yeh mahina jo hai, Rabi' al-Awwal ka mahina hai. Rabi' al-Awwal mein Rasool Allah ki paidaish hui.</w:t>
      </w:r>
    </w:p>
    <w:p>
      <w:pPr>
        <w:jc w:val="right"/>
      </w:pPr>
      <w:r>
        <w:t>آپ جانتے ہیں کہ یہ مہینہ جو ہے، ربیع الاول کا مہینہ ہے۔ ربیع الاول میں رسول اللہ کی پیدائش ہوئی۔</w:t>
      </w:r>
    </w:p>
    <w:p>
      <w:r>
        <w:rPr>
          <w:b/>
        </w:rPr>
        <w:t xml:space="preserve">[01:09] </w:t>
      </w:r>
      <w:r>
        <w:t>aam taur par samjha jata hai ke 12 Rabi' al-Awwal jo hai, woh aap ka janam din hai. lekin yeh historically yeh bahut zyada sabit nahi hai, yeh.</w:t>
      </w:r>
    </w:p>
    <w:p>
      <w:pPr>
        <w:jc w:val="right"/>
      </w:pPr>
      <w:r>
        <w:t>عام طور پر سمجھا جاتا ہے کہ 12 ربیع الاول جو ہے، وہ آپ کا جنم دن ہے۔ لیکن یہ ہسٹوریکلی یہ بہت زیادہ ثابت نہیں ہے، یہ۔</w:t>
      </w:r>
    </w:p>
    <w:p>
      <w:r>
        <w:rPr>
          <w:b/>
        </w:rPr>
        <w:t xml:space="preserve">[01:19] </w:t>
      </w:r>
      <w:r>
        <w:t>ismein kai raaye hain. ek baat mein aap ko bata doon ke is zamane mein na to Hijri calendar tha, na Christian calendar tha Arab mein.</w:t>
      </w:r>
    </w:p>
    <w:p>
      <w:pPr>
        <w:jc w:val="right"/>
      </w:pPr>
      <w:r>
        <w:t>اس میں کئی رائے ہیں۔ ایک بات میں آپ کو بتا دوں کہ اس زمانے میں نہ تو ہجری کیلنڈر تھا، نہ کرسچن کیلنڈر تھا عرب میں۔</w:t>
      </w:r>
    </w:p>
    <w:p>
      <w:r>
        <w:rPr>
          <w:b/>
        </w:rPr>
        <w:t xml:space="preserve">[01:34] </w:t>
      </w:r>
      <w:r>
        <w:t>jisko hum kehte hain Hijri calendar, woh shuru hua Hazrat Umar ke zamane mein.</w:t>
      </w:r>
    </w:p>
    <w:p>
      <w:pPr>
        <w:jc w:val="right"/>
      </w:pPr>
      <w:r>
        <w:t>جس کو ہم کہتے ہیں ہجرہ کیلنڈر، وہ شروع ہوا حضرت عمر کے زمانے میں۔</w:t>
      </w:r>
    </w:p>
    <w:p>
      <w:r>
        <w:rPr>
          <w:b/>
        </w:rPr>
        <w:t xml:space="preserve">[01:39] </w:t>
      </w:r>
      <w:r>
        <w:t>to is waqt jo chalta tha, woh aam ul feel hota tha. aam ul feel kehte hain month, yani year of elephant.</w:t>
      </w:r>
    </w:p>
    <w:p>
      <w:pPr>
        <w:jc w:val="right"/>
      </w:pPr>
      <w:r>
        <w:t>تو اس وقت جو چلتا تھا، وہ عام الفیل ہوتا تھا۔ عام الفیل کہتے ہیں منتھ، یعنی ایئر آف ایلیفنٹ۔</w:t>
      </w:r>
    </w:p>
    <w:p>
      <w:r>
        <w:rPr>
          <w:b/>
        </w:rPr>
        <w:t xml:space="preserve">[01:50] </w:t>
      </w:r>
      <w:r>
        <w:t>to rasool Allah ki paidaish se 50 saal pehle, abraha ek king tha jo hathioun ki fauj le kar aaya makkah par hamla karne ke liye, attack karne ke liye.</w:t>
      </w:r>
    </w:p>
    <w:p>
      <w:pPr>
        <w:jc w:val="right"/>
      </w:pPr>
      <w:r>
        <w:t>تو رسول اللہ کی پیدائش سے 50 سال پہلے، ابرہا ایک کنگ تھا جو ہاتھیوں کی فوج لے کر آیا مکہ پر حملہ کرنے کے لیے، اٹیک کرنے کے لیے۔</w:t>
      </w:r>
    </w:p>
    <w:p>
      <w:r>
        <w:rPr>
          <w:b/>
        </w:rPr>
        <w:t xml:space="preserve">[02:04] </w:t>
      </w:r>
      <w:r>
        <w:t>tab se kaha jaane laga aam ul feel. yani hathioun wale saal ke itne din baad, itne din baad.</w:t>
      </w:r>
    </w:p>
    <w:p>
      <w:pPr>
        <w:jc w:val="right"/>
      </w:pPr>
      <w:r>
        <w:t>تب سے کہا جانے لگا عام الفیل۔ یعنی ہاتھیوں والے سال کے اتنے دن بعد، اتنے دن بعد۔</w:t>
      </w:r>
    </w:p>
    <w:p>
      <w:r>
        <w:rPr>
          <w:b/>
        </w:rPr>
        <w:t xml:space="preserve">[02:16] </w:t>
      </w:r>
      <w:r>
        <w:t>is wajah se kuch ek differences hain is mein. ek kitaab chhapi hai, ek the Maulana Abdussalam Nadvi.</w:t>
      </w:r>
    </w:p>
    <w:p>
      <w:pPr>
        <w:jc w:val="right"/>
      </w:pPr>
      <w:r>
        <w:t>اس وجہ سے کچھ ایک ڈیفرنسز ہیں اس میں۔ ایک کتاب چھپی ہے، ایک تھے مولانا عبدالسلام ندوی۔</w:t>
      </w:r>
    </w:p>
    <w:p>
      <w:r>
        <w:rPr>
          <w:b/>
        </w:rPr>
        <w:t xml:space="preserve">[02:23] </w:t>
      </w:r>
      <w:r>
        <w:t>isi pe research kiya unhon ne. to unhon ne jo differences the, yani tareekhon mein, dates jo hain, us ko sahi sahi bataya hai unhon ne.</w:t>
      </w:r>
    </w:p>
    <w:p>
      <w:pPr>
        <w:jc w:val="right"/>
      </w:pPr>
      <w:r>
        <w:t>اسی پہ ریسرچ کیا انہوں نے۔ تو انہوں نے جو ڈیفرنسز تھے، یعنی تاریخوں میں، ڈیٹس جو ہیں، اس کو صحیح صحیح بتایا ہے انہوں نے۔</w:t>
      </w:r>
    </w:p>
    <w:p>
      <w:r>
        <w:rPr>
          <w:b/>
        </w:rPr>
        <w:t xml:space="preserve">[02:36] </w:t>
      </w:r>
      <w:r>
        <w:t>to khair, hamein is is detail mein nahi jaana hai. is waqt mein rasool Allah ke bare mein kuch bohat hi</w:t>
      </w:r>
    </w:p>
    <w:p>
      <w:pPr>
        <w:jc w:val="right"/>
      </w:pPr>
      <w:r>
        <w:t>تو خیر، ہمیں اس اس ڈیٹیل میں نہیں جانا ہے۔ اس وقت میں رسول اللہ کے بارے میں کچھ بہت ہی</w:t>
      </w:r>
    </w:p>
    <w:p>
      <w:r>
        <w:rPr>
          <w:b/>
        </w:rPr>
        <w:t xml:space="preserve">[02:45] </w:t>
      </w:r>
      <w:r>
        <w:t>simple qism ki kuch baatein karna chahta hoon, bohat hi saada.</w:t>
      </w:r>
    </w:p>
    <w:p>
      <w:pPr>
        <w:jc w:val="right"/>
      </w:pPr>
      <w:r>
        <w:t>سمپل قسم کی کچھ باتیں کرنا چاہتا ہوں، بہت ہی سادہ۔</w:t>
      </w:r>
    </w:p>
    <w:p>
      <w:r>
        <w:rPr>
          <w:b/>
        </w:rPr>
        <w:t xml:space="preserve">[02:50] </w:t>
      </w:r>
      <w:r>
        <w:t>abhi recently mere paas ek sahib ka telephone aaya. to unhon ne kaha ke mere doston mein paanch din se ek discussion ho raha hai, abhi tak woh discussion kisi end par nahi pahuncha.</w:t>
      </w:r>
    </w:p>
    <w:p>
      <w:pPr>
        <w:jc w:val="right"/>
      </w:pPr>
      <w:r>
        <w:t>ابھی ریسنٹلی میرے پاس ایک صاحب کا ٹیلی فون آیا۔ تو انہوں نے کہا کہ میرے دوستوں میں پانچ دن سے ایک ڈسکشن ہو رہا ہے، ابھی تک وہ ڈسکشن کسی اینڈ پر نہیں پہنچا۔</w:t>
      </w:r>
    </w:p>
    <w:p>
      <w:r>
        <w:rPr>
          <w:b/>
        </w:rPr>
        <w:t xml:space="preserve">[03:05] </w:t>
      </w:r>
      <w:r>
        <w:t>to unhon ne bataya ke hum log is par behas kar rahe hain ke rasool Allah zyada beautiful the ke Hazrat Yusuf zyada beautiful the. maine kaha astaghfirullah, yahi aap ne paaya hai rasool Allah se?</w:t>
      </w:r>
    </w:p>
    <w:p>
      <w:pPr>
        <w:jc w:val="right"/>
      </w:pPr>
      <w:r>
        <w:t>تو انہوں نے بتایا کہ ہم لوگ اس پر بحث کر رہے ہیں کہ رسول اللہ زیادہ بیوٹی فل تھے کہ حضرت یوسف زیادہ بیوٹی فل تھے۔ میں نے کہا استغفراللہ، یہی آپ نے پایا ہے رسول اللہ سے؟</w:t>
      </w:r>
    </w:p>
    <w:p>
      <w:r>
        <w:rPr>
          <w:b/>
        </w:rPr>
        <w:t xml:space="preserve">[03:19] </w:t>
      </w:r>
      <w:r>
        <w:t>is qism ke behasien karna to gunaah hai, illegal a sin. lekin yeh is is bechare naujawan ke qusoor nahi hain.</w:t>
      </w:r>
    </w:p>
    <w:p>
      <w:pPr>
        <w:jc w:val="right"/>
      </w:pPr>
      <w:r>
        <w:t>اس قسم کے بحثیں کرنا تو گناہ ہے، الیک اے سن۔ لیکن یہ اس اس بیچارے نوجوان کے قصور نہیں ہے۔</w:t>
      </w:r>
    </w:p>
    <w:p>
      <w:r>
        <w:rPr>
          <w:b/>
        </w:rPr>
        <w:t xml:space="preserve">[03:28] </w:t>
      </w:r>
      <w:r>
        <w:t>saare log isi mein pade hue hain. baray baray ulama, baray baray log, sab</w:t>
      </w:r>
    </w:p>
    <w:p>
      <w:pPr>
        <w:jc w:val="right"/>
      </w:pPr>
      <w:r>
        <w:t>سارے لوگ اسی میں پڑے ہوئے ہیں۔ بڑے بڑے علماء، بڑے بڑے لوگ، سب</w:t>
      </w:r>
    </w:p>
    <w:p>
      <w:r>
        <w:rPr>
          <w:b/>
        </w:rPr>
        <w:t xml:space="preserve">[03:35] </w:t>
      </w:r>
      <w:r>
        <w:t>. yani sadiyon se yahi mind hai ke rasool Allah ko sab se ooncha dikhao. superior nabee dikhao un ko. ek shair hai ke:</w:t>
      </w:r>
    </w:p>
    <w:p>
      <w:pPr>
        <w:jc w:val="right"/>
      </w:pPr>
      <w:r>
        <w:t>۔ یعنی صدیوں سے یہی مائنڈ ہے کہ رسول اللہ کو سب سے اونچا دکھاؤ۔ سپیریئر نبی دکھاؤ ان کو۔ ایک شعر ہے کہ:</w:t>
      </w:r>
    </w:p>
    <w:p>
      <w:r>
        <w:rPr>
          <w:b/>
        </w:rPr>
        <w:t xml:space="preserve">[03:48] </w:t>
      </w:r>
      <w:r>
        <w:t>"husn Yusuf dam eisa". yeh Arab Persian mein eisa nahi padhaya jaata, eisa padhaya jaata hai. Arabic mein ya Urdu mein eisa kehte hain, lekin Persian mein eisa pad</w:t>
      </w:r>
    </w:p>
    <w:p>
      <w:pPr>
        <w:jc w:val="right"/>
      </w:pPr>
      <w:r>
        <w:t>"حسن یوسف دم عیسیٰ"۔ یہ عرب پرشین میں عیسیٰ نہیں پڑھایا جاتا، عیسیٰ پڑھایا جاتا ہے۔ عربک میں یا اردو میں عیسیٰ کہتے ہیں، لیکن پرشین میں عیسیٰ پڑ</w:t>
      </w:r>
    </w:p>
    <w:p>
      <w:r>
        <w:rPr>
          <w:b/>
        </w:rPr>
        <w:t xml:space="preserve">[04:00] </w:t>
      </w:r>
      <w:r>
        <w:t>haya jaata hai. "husn Yusuf dam eisa, yad bizadari, hajj khuba hamdar to tanhadari".</w:t>
      </w:r>
    </w:p>
    <w:p>
      <w:pPr>
        <w:jc w:val="right"/>
      </w:pPr>
      <w:r>
        <w:t>ھایا جاتا ہے۔ "حسن یوسف دم عیسیٰ،ید بیزاداری، حاج خوبہ ہمدار تو تنہاداری"۔</w:t>
      </w:r>
    </w:p>
    <w:p>
      <w:r>
        <w:rPr>
          <w:b/>
        </w:rPr>
        <w:t xml:space="preserve">[04:09] </w:t>
      </w:r>
      <w:r>
        <w:t>matlab yeh hai ke saare prophet jo the, un mein jo jo baatein thin, woh sab ikatthe rasool Allah mein jama hain. yeh sab bilkul bidat hai, zalaalat hai.</w:t>
      </w:r>
    </w:p>
    <w:p>
      <w:pPr>
        <w:jc w:val="right"/>
      </w:pPr>
      <w:r>
        <w:t>مطلب یہ ہے کہ سارے پرافٹ جو تھے، ان میں جو جو باتیں تھیں، وہ سب اکٹھے رسول اللہ میں جمع ہیں۔ یہ سب بالکل بدعت ہے، ذلالت ہے۔</w:t>
      </w:r>
    </w:p>
    <w:p>
      <w:r>
        <w:rPr>
          <w:b/>
        </w:rPr>
        <w:t xml:space="preserve">[04:21] </w:t>
      </w:r>
      <w:r>
        <w:t>iska koi Islam se koi ta'alluq nahi hai.</w:t>
      </w:r>
    </w:p>
    <w:p>
      <w:pPr>
        <w:jc w:val="right"/>
      </w:pPr>
      <w:r>
        <w:t>اس کا کوئی اسلام سے کوئی تعلق نہیں ہے۔</w:t>
      </w:r>
    </w:p>
    <w:p>
      <w:r>
        <w:rPr>
          <w:b/>
        </w:rPr>
        <w:t xml:space="preserve">[04:24] </w:t>
      </w:r>
      <w:r>
        <w:t>is liye ke ek hadith mein, bohat si hadithien hain, saaf saaf aaya hai: "la tufaddalu baina al anbiya". ek nabee ko doosre nabiyon par superior na batao.</w:t>
      </w:r>
    </w:p>
    <w:p>
      <w:pPr>
        <w:jc w:val="right"/>
      </w:pPr>
      <w:r>
        <w:t>اس لیے کہ ایک حدیث میں، بہت سی حدیثیں ہیں، صاف صاف آیا ہے: "لا تفضلوا بین الانبیاء"۔ ایک نبی کو دوسرے نبیوں پر سپیریئر نہ بتاؤ۔</w:t>
      </w:r>
    </w:p>
    <w:p>
      <w:r>
        <w:rPr>
          <w:b/>
        </w:rPr>
        <w:t xml:space="preserve">[04:38] </w:t>
      </w:r>
      <w:r>
        <w:t>yeh concept apne aap mein bilkul hi baseless hai ke koi nabee doosre nabiyon par superior hai. na Quran se saabit hota hai, na hadith se saabit hota hai.</w:t>
      </w:r>
    </w:p>
    <w:p>
      <w:pPr>
        <w:jc w:val="right"/>
      </w:pPr>
      <w:r>
        <w:t>یہ کانسیپٹ اپنے آپ میں بالکل ہی بیس لیس ہے کہ کوئی نبی دوسرے نبیوں پر سپیریئر ہے۔ نہ قرآن سے ثابت ہوتا ہے، نہ حدیث سے ثابت ہوتا ہے۔</w:t>
      </w:r>
    </w:p>
    <w:p>
      <w:r>
        <w:rPr>
          <w:b/>
        </w:rPr>
        <w:t xml:space="preserve">[04:49] </w:t>
      </w:r>
      <w:r>
        <w:t>sahaba aur tabeen ke zamane mein yeh sab nahi tha.</w:t>
      </w:r>
    </w:p>
    <w:p>
      <w:pPr>
        <w:jc w:val="right"/>
      </w:pPr>
      <w:r>
        <w:t>صحابہ اور تابعین کے زمانے میں یہ سب نہیں تھا۔</w:t>
      </w:r>
    </w:p>
    <w:p>
      <w:r>
        <w:rPr>
          <w:b/>
        </w:rPr>
        <w:t xml:space="preserve">[04:52] </w:t>
      </w:r>
      <w:r>
        <w:t>yeh to ab baad ke zamane mein yeh sab nikla hai. to ek baar mein seerat ka jalsa har saal hota hai, aap jante hain.</w:t>
      </w:r>
    </w:p>
    <w:p>
      <w:pPr>
        <w:jc w:val="right"/>
      </w:pPr>
      <w:r>
        <w:t>یہ تو اب بعد کے زمانے میں یہ سب نکلا ہے۔ تو ایک بار میں سیرت کا جلسہ ہر سال ہوتا ہے، آپ جانتے ہیں۔</w:t>
      </w:r>
    </w:p>
    <w:p>
      <w:r>
        <w:rPr>
          <w:b/>
        </w:rPr>
        <w:t xml:space="preserve">[05:05] </w:t>
      </w:r>
      <w:r>
        <w:t>to ek baar mujhe seerat ke ek jalse mein, seerat kehte hain rasool Allah ki life ke liye seerat bola jaata hai.</w:t>
      </w:r>
    </w:p>
    <w:p>
      <w:pPr>
        <w:jc w:val="right"/>
      </w:pPr>
      <w:r>
        <w:t>تو ایک بار مجھے سیرت کے ایک جلسے میں، سیرت کہتے ہیں رسول اللہ کی لائف کے لیے سیرت بولا جاتا ہے۔</w:t>
      </w:r>
    </w:p>
    <w:p>
      <w:r>
        <w:rPr>
          <w:b/>
        </w:rPr>
        <w:t xml:space="preserve">[05:14] </w:t>
      </w:r>
      <w:r>
        <w:t>yani aam logon ke liye hum kahein ke ke un ki life, un ki zindagi, un ki jeevan ke halaat.</w:t>
      </w:r>
    </w:p>
    <w:p>
      <w:pPr>
        <w:jc w:val="right"/>
      </w:pPr>
      <w:r>
        <w:t>یعنی عام لوگوں کے لیے ہم کہیں کہ کہ ان کی لائف، ان کی زندگی، ان کی جیون کے حالات۔</w:t>
      </w:r>
    </w:p>
    <w:p>
      <w:r>
        <w:rPr>
          <w:b/>
        </w:rPr>
        <w:t xml:space="preserve">[05:23] </w:t>
      </w:r>
      <w:r>
        <w:t>rasool Allah ke liye jo lafz bola jaata hai, woh seerat. yani life of the prophet. to main wahan gaya to apni samajh se main ne bilkul theek seerat par bola main.</w:t>
      </w:r>
    </w:p>
    <w:p>
      <w:pPr>
        <w:jc w:val="right"/>
      </w:pPr>
      <w:r>
        <w:t>رسول اللہ کے لیے جو لفظ بولا جاتا ہے، وہ سیرت۔ یعنی لائف آف دا پرافٹ۔ تو میں وہاں گیا تو اپنی سمجھ سے میں نے بالکل ٹھیک سیرت پر بولا میں۔</w:t>
      </w:r>
    </w:p>
    <w:p>
      <w:r>
        <w:rPr>
          <w:b/>
        </w:rPr>
        <w:t xml:space="preserve">[05:37] </w:t>
      </w:r>
      <w:r>
        <w:t>main ne woh hadithien sunayin, rasool Allah ke kuch baatein bataayin.</w:t>
      </w:r>
    </w:p>
    <w:p>
      <w:pPr>
        <w:jc w:val="right"/>
      </w:pPr>
      <w:r>
        <w:t>میں نے وہ حدیثیں سنائیں، رسول اللہ کے کچھ باتیں بتائیں۔</w:t>
      </w:r>
    </w:p>
    <w:p>
      <w:r>
        <w:rPr>
          <w:b/>
        </w:rPr>
        <w:t xml:space="preserve">[05:42] </w:t>
      </w:r>
      <w:r>
        <w:t>to jab main stage se utra to ek senior buzurg aaye, unhon ne kaha ke aap ne to seerat par kuch bole nahi.</w:t>
      </w:r>
    </w:p>
    <w:p>
      <w:pPr>
        <w:jc w:val="right"/>
      </w:pPr>
      <w:r>
        <w:t>تو جب میں اسٹیج سے اترا تو ایک سینئر بزرگ آئے، انہوں نے کہا کہ آپ نے تو سیرت پر کچھ بولے نہیں۔</w:t>
      </w:r>
    </w:p>
    <w:p>
      <w:r>
        <w:rPr>
          <w:b/>
        </w:rPr>
        <w:t xml:space="preserve">[05:54] </w:t>
      </w:r>
      <w:r>
        <w:t>aap sirat par to kuch bolay nahin. maine kaha bhai sirat hi par to bola main. maine hadiseen sunain, maine rasool Allah ki baatein bataeen, to yahi to sirat hai?</w:t>
      </w:r>
    </w:p>
    <w:p>
      <w:pPr>
        <w:jc w:val="right"/>
      </w:pPr>
      <w:r>
        <w:t>آپ سیرت پر تو کچھ بولے نہیں۔ میں نے کہا بھئی سیرت ہی پر تو بولا میں۔ میں نے حدیثیں سنائیں، میں نے رسول اللہ کی باتیں بتائیں، تو یہی تو سیرت ہے؟</w:t>
      </w:r>
    </w:p>
    <w:p>
      <w:r>
        <w:rPr>
          <w:b/>
        </w:rPr>
        <w:t xml:space="preserve">[06:03] </w:t>
      </w:r>
      <w:r>
        <w:t>nahin nahin, yeh sab nahin. kamalat aur moajzaat aur yeh sab baatein batana hai.</w:t>
      </w:r>
    </w:p>
    <w:p>
      <w:pPr>
        <w:jc w:val="right"/>
      </w:pPr>
      <w:r>
        <w:t>نہیں نہیں، یہ سب نہیں۔ کمالات اور معجزات اور یہ سب باتیں بتانا ہے۔</w:t>
      </w:r>
    </w:p>
    <w:p>
      <w:r>
        <w:rPr>
          <w:b/>
        </w:rPr>
        <w:t xml:space="preserve">[06:10] </w:t>
      </w:r>
      <w:r>
        <w:t>to choonke rasool Allah ko maan rakha hai ke sab se superior thay woh, to un ko seedhi saadi baatein hain, un ko kam lagti hain. un ko laga ke yeh oont, woh pathar ko, pahar ko phaar dala aur samandar ko hila diya, to laga haan, yeh baat hai.</w:t>
      </w:r>
    </w:p>
    <w:p>
      <w:pPr>
        <w:jc w:val="right"/>
      </w:pPr>
      <w:r>
        <w:t>تو چونکہ رسول اللہ کو مان رکھا ہے کہ سب سے سپیریئر تھے وہ، تو ان کو سیدھی سادی باتیں ہیں، ان کو کم لگتی ہیں۔ ان کو لگا کہ یہ اونٹ، وہ پتھر کو، پہاڑ کو پھاڑ ڈالا اور سمندر کو ہلا دیا، تو لگا ہاں، یہ بات ہے۔</w:t>
      </w:r>
    </w:p>
    <w:p>
      <w:r>
        <w:rPr>
          <w:b/>
        </w:rPr>
        <w:t xml:space="preserve">[06:28] </w:t>
      </w:r>
      <w:r>
        <w:t>yaad rakhiye, yeh sab sirat nahin hai. yeh sab baseless kahaniyan hain.</w:t>
      </w:r>
    </w:p>
    <w:p>
      <w:pPr>
        <w:jc w:val="right"/>
      </w:pPr>
      <w:r>
        <w:t>یاد رکھیے، یہ سب سیرت نہیں ہے۔ یہ سب بیس لیس کہانیاں ہیں۔</w:t>
      </w:r>
    </w:p>
    <w:p>
      <w:r>
        <w:rPr>
          <w:b/>
        </w:rPr>
        <w:t xml:space="preserve">[06:33] </w:t>
      </w:r>
      <w:r>
        <w:t>ek baat mein arz kar doon ke pehle zamanay mein jab ke printing press nahin aaya tha, us waqt ka ek phenomenon hota tha, us ko kehte hain story telling.</w:t>
      </w:r>
    </w:p>
    <w:p>
      <w:pPr>
        <w:jc w:val="right"/>
      </w:pPr>
      <w:r>
        <w:t>ایک بات میں عرض کر دوں کہ پہلے زمانے میں جب کہ پرنٹنگ پریس نہیں آیا تھا، اس وقت کا ایک فیناومینا ہوتا تھا، اس کو کہتے ہیں سٹوری ٹیلنگ۔</w:t>
      </w:r>
    </w:p>
    <w:p>
      <w:r>
        <w:rPr>
          <w:b/>
        </w:rPr>
        <w:t xml:space="preserve">[06:46] </w:t>
      </w:r>
      <w:r>
        <w:t>saari duniya mein story teller hua karte thay. jise kehte hain aap English mein story teller. to Persian mein kehte thay qissa go.</w:t>
      </w:r>
    </w:p>
    <w:p>
      <w:pPr>
        <w:jc w:val="right"/>
      </w:pPr>
      <w:r>
        <w:t>ساری دنیا میں سٹوری ٹیلر ہوا کرتے تھے۔ جسے کہتے ہیں آپ انگلش میں سٹوری ٹیلر۔ تو پرشین میں کہتے تھے قصہ گو۔</w:t>
      </w:r>
    </w:p>
    <w:p>
      <w:r>
        <w:rPr>
          <w:b/>
        </w:rPr>
        <w:t xml:space="preserve">[06:58] </w:t>
      </w:r>
      <w:r>
        <w:t>Arabi ke mein kehte thay qassas.</w:t>
      </w:r>
    </w:p>
    <w:p>
      <w:pPr>
        <w:jc w:val="right"/>
      </w:pPr>
      <w:r>
        <w:t>عربی کے میں کہتے تھے قصاص۔</w:t>
      </w:r>
    </w:p>
    <w:p>
      <w:r>
        <w:rPr>
          <w:b/>
        </w:rPr>
        <w:t xml:space="preserve">[07:01] </w:t>
      </w:r>
      <w:r>
        <w:t>to yeh ek kahaniyan banate thay, koi sir na paray in kahaniyon ka. to us zamanay mein yeh sab kahaniyan bani hain.</w:t>
      </w:r>
    </w:p>
    <w:p>
      <w:pPr>
        <w:jc w:val="right"/>
      </w:pPr>
      <w:r>
        <w:t>تو یہ ایک کہانیاں بناتے تھے، کوئی سر نہ پڑے ان کہانیوں کا۔ تو اس زمانے میں یہ سب کہانیاں بنی ہیں۔</w:t>
      </w:r>
    </w:p>
    <w:p>
      <w:r>
        <w:rPr>
          <w:b/>
        </w:rPr>
        <w:t xml:space="preserve">[07:12] </w:t>
      </w:r>
      <w:r>
        <w:t>jinka talluq na Islam se hai, na Quran se hai, na hadith se hai. to khair, aaj mein aap ko kuch saada andaaz mein rasool Allah ki zindagi ke baray mein kuch kehna chahta hoon.</w:t>
      </w:r>
    </w:p>
    <w:p>
      <w:pPr>
        <w:jc w:val="right"/>
      </w:pPr>
      <w:r>
        <w:t>جن کا تعلق نہ اسلام سے ہے، نہ قرآن سے ہے، نہ حدیث سے ہے۔ تو خیر، آج میں آپ کو کچھ سادہ انداز میں رسول اللہ کی زندگی کے بارے میں کچھ کہنا چاہتا ہوں۔</w:t>
      </w:r>
    </w:p>
    <w:p>
      <w:r>
        <w:rPr>
          <w:b/>
        </w:rPr>
        <w:t xml:space="preserve">[07:23] </w:t>
      </w:r>
      <w:r>
        <w:t>to rasool Allah ki paidaish aam ul feel ke pachaswein saal, yaani Christian calendar ke hisab se chhay so das Isvi mein hui.</w:t>
      </w:r>
    </w:p>
    <w:p>
      <w:pPr>
        <w:jc w:val="right"/>
      </w:pPr>
      <w:r>
        <w:t>تو رسول اللہ کی پیدائش عام الف عام الفیل کے پچاسویں سال، یعنی کرسچن کیلنڈر کے حساب سے چھ سو دس عیسوی میں ہوئی۔</w:t>
      </w:r>
    </w:p>
    <w:p>
      <w:r>
        <w:rPr>
          <w:b/>
        </w:rPr>
        <w:t xml:space="preserve">[07:34] </w:t>
      </w:r>
      <w:r>
        <w:t>six hundred ten AD mein hui. Makkah mein aap paida hue.</w:t>
      </w:r>
    </w:p>
    <w:p>
      <w:pPr>
        <w:jc w:val="right"/>
      </w:pPr>
      <w:r>
        <w:t>سکس ہنڈرڈ ٹین اے ڈی میں ہوئی۔ مکہ میں آپ پیدا ہوئے۔</w:t>
      </w:r>
    </w:p>
    <w:p>
      <w:r>
        <w:rPr>
          <w:b/>
        </w:rPr>
        <w:t xml:space="preserve">[07:42] </w:t>
      </w:r>
      <w:r>
        <w:t>aap ka jo qabeela tha, yaani tribe, woh wahan ka ek bohat hi acha qabeela mana jata tha, izzat wala.</w:t>
      </w:r>
    </w:p>
    <w:p>
      <w:pPr>
        <w:jc w:val="right"/>
      </w:pPr>
      <w:r>
        <w:t>آپ کا جو قبیلہ تھا، یعنی ٹرائب، وہ وہاں کا ایک بہت ہی اچھا قبیلہ مانا جاتا تھا، عزت والا۔</w:t>
      </w:r>
    </w:p>
    <w:p>
      <w:r>
        <w:rPr>
          <w:b/>
        </w:rPr>
        <w:t xml:space="preserve">[07:52] </w:t>
      </w:r>
      <w:r>
        <w:t>Abu Hashim. to abhi aap maa ke pait mein thay, aap ki maa ka naam tha Amina, aap ke walid ka naam tha Abdullah.</w:t>
      </w:r>
    </w:p>
    <w:p>
      <w:pPr>
        <w:jc w:val="right"/>
      </w:pPr>
      <w:r>
        <w:t>ابو ہاشم۔ تو ابھی آپ ماں کے پیٹ میں تھے، آپ کی ماں کا نام تھا آمنہ، آپ کے والد کا نام تھا عبداللہ۔</w:t>
      </w:r>
    </w:p>
    <w:p>
      <w:r>
        <w:rPr>
          <w:b/>
        </w:rPr>
        <w:t xml:space="preserve">[08:05] </w:t>
      </w:r>
      <w:r>
        <w:t>to abhi maa ke pait mein thay ke baap ka intiqal ho gaya, paidaish se pehle.</w:t>
      </w:r>
    </w:p>
    <w:p>
      <w:pPr>
        <w:jc w:val="right"/>
      </w:pPr>
      <w:r>
        <w:t>تو ابھی ماں کے پیٹ میں تھے کہ باپ کا انتقال ہو گیا، پیدائش سے پہلے۔</w:t>
      </w:r>
    </w:p>
    <w:p>
      <w:r>
        <w:rPr>
          <w:b/>
        </w:rPr>
        <w:t xml:space="preserve">[08:12] </w:t>
      </w:r>
      <w:r>
        <w:t>phir aap ki paidaish hui to maa ka bhi intiqal chand saal ke baad ho gaya. is ka matlab hai ke aap maa baap dono taraf se yateem ho gaye.</w:t>
      </w:r>
    </w:p>
    <w:p>
      <w:pPr>
        <w:jc w:val="right"/>
      </w:pPr>
      <w:r>
        <w:t>پھر آپ کی پیدائش ہوئی تو ماں کا بھی انتقال چند سال کے بعد ہو گیا۔ اس کا معنی ہے کہ آپ ماں باپ دونوں طرف سے یتیم ہو گئے۔</w:t>
      </w:r>
    </w:p>
    <w:p>
      <w:r>
        <w:rPr>
          <w:b/>
        </w:rPr>
        <w:t xml:space="preserve">[08:25] </w:t>
      </w:r>
      <w:r>
        <w:t>us waqt aap ke dada zinda thay, un ka naam tha Abdul Muttalib.</w:t>
      </w:r>
    </w:p>
    <w:p>
      <w:pPr>
        <w:jc w:val="right"/>
      </w:pPr>
      <w:r>
        <w:t>اس وقت آپ کے دادا زندہ تھے، ان کا نام تھا عبدالمطلب۔</w:t>
      </w:r>
    </w:p>
    <w:p>
      <w:r>
        <w:rPr>
          <w:b/>
        </w:rPr>
        <w:t xml:space="preserve">[08:31] </w:t>
      </w:r>
      <w:r>
        <w:t>Abdul Muttalib bohat zabardast aadmi thay. yaani bohat hi personality walay aadmi thay.</w:t>
      </w:r>
    </w:p>
    <w:p>
      <w:pPr>
        <w:jc w:val="right"/>
      </w:pPr>
      <w:r>
        <w:t>عبدالمطلب بہت زبردست آدمی تھے۔ یعنی بہت ہی پرسنیلٹی والے آدمی تھے۔</w:t>
      </w:r>
    </w:p>
    <w:p>
      <w:r>
        <w:rPr>
          <w:b/>
        </w:rPr>
        <w:t xml:space="preserve">[08:40] </w:t>
      </w:r>
      <w:r>
        <w:t>un ka bara dabdaba tha. aur woh sardar thay. to</w:t>
      </w:r>
    </w:p>
    <w:p>
      <w:pPr>
        <w:jc w:val="right"/>
      </w:pPr>
      <w:r>
        <w:t>ان کا بڑا دبدبہ تھا۔ اور وہ سردار تھے۔ تو</w:t>
      </w:r>
    </w:p>
    <w:p>
      <w:r>
        <w:rPr>
          <w:b/>
        </w:rPr>
        <w:t xml:space="preserve">[08:51] </w:t>
      </w:r>
      <w:r>
        <w:t>un ka ek waqia arz karoon jis se andaza hoga ke woh kis dhang ke aadmi thay woh.</w:t>
      </w:r>
    </w:p>
    <w:p>
      <w:pPr>
        <w:jc w:val="right"/>
      </w:pPr>
      <w:r>
        <w:t>ان کا ایک واقعہ عرض کروں جس سے اندازہ ہوگا کہ وہ کس ڈھنگ کے آدمی تھے وہ۔</w:t>
      </w:r>
    </w:p>
    <w:p>
      <w:r>
        <w:rPr>
          <w:b/>
        </w:rPr>
        <w:t xml:space="preserve">[08:56] </w:t>
      </w:r>
      <w:r>
        <w:t>jab Abraha ne Makkah par hamla kiya tha, attack kiya tha hathioun ko le kar. to yeh Abraha ke paas gaye.</w:t>
      </w:r>
    </w:p>
    <w:p>
      <w:pPr>
        <w:jc w:val="right"/>
      </w:pPr>
      <w:r>
        <w:t>جب ابرہا نے مکہ پر حملہ کیا تھا، اٹیک کیا تھا ہاتھیوں کو لے کر۔ تو یہ ابرہا کے پاس گئے۔</w:t>
      </w:r>
    </w:p>
    <w:p>
      <w:r>
        <w:rPr>
          <w:b/>
        </w:rPr>
        <w:t xml:space="preserve">[09:07] </w:t>
      </w:r>
      <w:r>
        <w:t>to Abraha ne samjha ke yeh mujh se aaye hain baat karne ke liye ke tum Makkah par attack na karo. to unhon ne aisi baat nahin ki. unhon ne kaha ke mere oont jo hain, tumharay fauji mere oont pakar ke le gaye hain.</w:t>
      </w:r>
    </w:p>
    <w:p>
      <w:pPr>
        <w:jc w:val="right"/>
      </w:pPr>
      <w:r>
        <w:t>تو ابرہا نے سمجھا کہ یہ مجھ سے آئے ہیں بات کرنے کے لیے کہ تم مکہ پر اٹیک نہ کرو۔ تو انہوں نے ایسی بات نہیں کی۔ انہوں نے کہا کہ میرے اونٹ جو ہیں، تمہارے فوجی میرے اونٹ پکڑ کے لے گئے ہیں۔</w:t>
      </w:r>
    </w:p>
    <w:p>
      <w:r>
        <w:rPr>
          <w:b/>
        </w:rPr>
        <w:t xml:space="preserve">[09:22] </w:t>
      </w:r>
      <w:r>
        <w:t>kuch oont pakar le gaye thay woh log</w:t>
      </w:r>
    </w:p>
    <w:p>
      <w:pPr>
        <w:jc w:val="right"/>
      </w:pPr>
      <w:r>
        <w:t>کچھ اونٹ پکڑ لے گئے تھے وہ لوگ</w:t>
      </w:r>
    </w:p>
    <w:p>
      <w:r>
        <w:rPr>
          <w:b/>
        </w:rPr>
        <w:t xml:space="preserve">[09:25] </w:t>
      </w:r>
      <w:r>
        <w:t>. is zamanay mein oont jo thay, bahar aista charnay ke liye chhod diye jatay thay. ke band ghar mein nahin rehtay thay woh. to mein un ke liye aaya hoon ke mere oonton ko to wapas karo.</w:t>
      </w:r>
    </w:p>
    <w:p>
      <w:pPr>
        <w:jc w:val="right"/>
      </w:pPr>
      <w:r>
        <w:t>۔ اس زمانے میں اونٹ جو تھے، باہر آہستہ چڑھنے کے لیے چھوڑ دیے جاتے تھے۔ کہ بند گھر میں نہیں رہتے تھے وہ۔ تو میں ان کے لیے آیا ہوں کہ میرے اونٹوں کو تو واپس کرو۔</w:t>
      </w:r>
    </w:p>
    <w:p>
      <w:r>
        <w:rPr>
          <w:b/>
        </w:rPr>
        <w:t xml:space="preserve">[09:37] </w:t>
      </w:r>
      <w:r>
        <w:t>to Abraha ne kaha ke mein tumharay Kaaba par attack karne ja raha hoon aur tum oont mang rahay ho? to unhon ne kaha ke</w:t>
      </w:r>
    </w:p>
    <w:p>
      <w:pPr>
        <w:jc w:val="right"/>
      </w:pPr>
      <w:r>
        <w:t>تو ابرہا نے کہا کہ میں تمہارے کعبہ پر اٹیک کرنے جا رہا ہوں اور تم اونٹ مانگ رہے ہو؟ تو انہوں نے کہا کہ</w:t>
      </w:r>
    </w:p>
    <w:p>
      <w:r>
        <w:rPr>
          <w:b/>
        </w:rPr>
        <w:t xml:space="preserve">[09:49] </w:t>
      </w:r>
      <w:r>
        <w:t>ana rabb ul bait, wal bait rabb yahmih.</w:t>
      </w:r>
    </w:p>
    <w:p>
      <w:pPr>
        <w:jc w:val="right"/>
      </w:pPr>
      <w:r>
        <w:t>انا رب البیت، والبیت رب یحمیہ۔</w:t>
      </w:r>
    </w:p>
    <w:p>
      <w:r>
        <w:rPr>
          <w:b/>
        </w:rPr>
        <w:t xml:space="preserve">[09:55] </w:t>
      </w:r>
      <w:r>
        <w:t>oont ka malik mein hoon to is liye mein aaya hoon. mein kaba ka malik to khuda hai, woh bacha le ga is ko. to waqatan aise hi hua aur abraha kaba par attack nahi kar saka.</w:t>
      </w:r>
    </w:p>
    <w:p>
      <w:pPr>
        <w:jc w:val="right"/>
      </w:pPr>
      <w:r>
        <w:t>اونٹ کا مالک میں ہوں تو اس لیے میں آیا ہوں۔ میں کعبہ کا مالک تو خدا ہے، وہ بچا لے گا اس کو۔ تو واقعتا ایسے ہی ہوا اور ابرہا کعبہ پر اٹیک نہیں کر سکا۔</w:t>
      </w:r>
    </w:p>
    <w:p>
      <w:r>
        <w:rPr>
          <w:b/>
        </w:rPr>
        <w:t xml:space="preserve">[10:08] </w:t>
      </w:r>
      <w:r>
        <w:t>aur wapas jana para is ko. mar gaye bohat sare log. is ki alag qissa hai, woh aap kitabon mein parh sakte hain. to abdul muttalib jo thay, aap ke dada thay.</w:t>
      </w:r>
    </w:p>
    <w:p>
      <w:pPr>
        <w:jc w:val="right"/>
      </w:pPr>
      <w:r>
        <w:t>اور واپس جانا پڑا اس کو۔ مر گئے بہت سارے لوگ۔ اس کی الگ قصہ ہے، وہ آپ کتابوں میں پڑھ سکتے ہیں۔ تو عبدالمطلب جو تھے، آپ کے دادا تھے۔</w:t>
      </w:r>
    </w:p>
    <w:p>
      <w:r>
        <w:rPr>
          <w:b/>
        </w:rPr>
        <w:t xml:space="preserve">[10:20] </w:t>
      </w:r>
      <w:r>
        <w:t>aur hamesha aap ko apne sath rakhte thay.</w:t>
      </w:r>
    </w:p>
    <w:p>
      <w:pPr>
        <w:jc w:val="right"/>
      </w:pPr>
      <w:r>
        <w:t>اور ہمیشہ آپ کو اپنے ساتھ رکھتے تھے۔</w:t>
      </w:r>
    </w:p>
    <w:p>
      <w:r>
        <w:rPr>
          <w:b/>
        </w:rPr>
        <w:t xml:space="preserve">[10:25] </w:t>
      </w:r>
      <w:r>
        <w:t>to is zamane mein makka mein wahan ki aik yani tribal parliament hua karti thi.</w:t>
      </w:r>
    </w:p>
    <w:p>
      <w:pPr>
        <w:jc w:val="right"/>
      </w:pPr>
      <w:r>
        <w:t>تو اس زمانے میں مکہ میں وہاں کی ایک یعنی ٹرائبل پارلیمنٹ ہوا کرتی تھی۔</w:t>
      </w:r>
    </w:p>
    <w:p>
      <w:r>
        <w:rPr>
          <w:b/>
        </w:rPr>
        <w:t xml:space="preserve">[10:34] </w:t>
      </w:r>
      <w:r>
        <w:t>jis ka naam tha daral nadwah. to is ke yeh senior member thay abdul muttalib. to jab wahan is ka is ki meeting hoti to yeh rasool Allah ko le ate thay.</w:t>
      </w:r>
    </w:p>
    <w:p>
      <w:pPr>
        <w:jc w:val="right"/>
      </w:pPr>
      <w:r>
        <w:t>جس کا نام تھا دارالندوہ۔ تو اس کے یہ سینئر ممبر تھے عبدالمطلب۔ تو جب وہاں اس کا اس کی میٹنگ ہوتی تو یہ رسول اللہ کو لے آتے تھے۔</w:t>
      </w:r>
    </w:p>
    <w:p>
      <w:r>
        <w:rPr>
          <w:b/>
        </w:rPr>
        <w:t xml:space="preserve">[10:47] </w:t>
      </w:r>
      <w:r>
        <w:t>un ka naam rakha tha aap ne muhammad. yeh muhammad ka naam jo hai, yeh abdul muttalib ne rakha tha.</w:t>
      </w:r>
    </w:p>
    <w:p>
      <w:pPr>
        <w:jc w:val="right"/>
      </w:pPr>
      <w:r>
        <w:t>ان کا نام رکھا تھا آپ نے محمد۔ یہ محمد کا نام جو ہے، یہ عبدالمطلب نے رکھا تھا۔</w:t>
      </w:r>
    </w:p>
    <w:p>
      <w:r>
        <w:rPr>
          <w:b/>
        </w:rPr>
        <w:t xml:space="preserve">[10:54] </w:t>
      </w:r>
      <w:r>
        <w:t>to un dosre log kehte thay ke bhai tum bache ko late ho, yeh to senior logon ki meeting hai. to unhon ne kaha ke mera beta jo hai, exception hai.</w:t>
      </w:r>
    </w:p>
    <w:p>
      <w:pPr>
        <w:jc w:val="right"/>
      </w:pPr>
      <w:r>
        <w:t>تو ان دوسرے لوگ کہتے تھے کہ بھئی تم بچے کو لاتے ہو، یہ تو سینئر لوگوں کی میٹنگ ہے۔ تو انہوں نے کہا کہ میرا بیٹا جو ہے، ایکسیپشن ہے۔</w:t>
      </w:r>
    </w:p>
    <w:p>
      <w:r>
        <w:rPr>
          <w:b/>
        </w:rPr>
        <w:t xml:space="preserve">[11:07] </w:t>
      </w:r>
      <w:r>
        <w:t>exception hai yeh.</w:t>
      </w:r>
    </w:p>
    <w:p>
      <w:pPr>
        <w:jc w:val="right"/>
      </w:pPr>
      <w:r>
        <w:t>ایکسیپشن ہے یہ۔</w:t>
      </w:r>
    </w:p>
    <w:p>
      <w:r>
        <w:rPr>
          <w:b/>
        </w:rPr>
        <w:t xml:space="preserve">[11:11] </w:t>
      </w:r>
      <w:r>
        <w:t>kehte thay ke ana lahza al ghulam lishaan. dekho is bache ko, is ka aik aik aur hi is ka chehra dekho, is ka is ki har cheez ko dekho.</w:t>
      </w:r>
    </w:p>
    <w:p>
      <w:pPr>
        <w:jc w:val="right"/>
      </w:pPr>
      <w:r>
        <w:t>کہتے تھے کہ انا لہذا الغلام لشان۔ دیکھو اس بچے کو، اس کا ایک ایک اور ہی اس کا چہرہ دیکھو، اس کا اس کی ہر چیز کو دیکھو۔</w:t>
      </w:r>
    </w:p>
    <w:p>
      <w:r>
        <w:rPr>
          <w:b/>
        </w:rPr>
        <w:t xml:space="preserve">[11:23] </w:t>
      </w:r>
      <w:r>
        <w:t>he is a boy with a difference.</w:t>
      </w:r>
    </w:p>
    <w:p>
      <w:pPr>
        <w:jc w:val="right"/>
      </w:pPr>
      <w:r>
        <w:t>ہی از اے بوائے ود اے ڈیفرنس۔</w:t>
      </w:r>
    </w:p>
    <w:p>
      <w:r>
        <w:rPr>
          <w:b/>
        </w:rPr>
        <w:t xml:space="preserve">[11:25] </w:t>
      </w:r>
      <w:r>
        <w:t>to beharhal woh le ate thay. is tarah se rasool Allah ka experience jo hai, woh aap bachpan se shuru ho gaya. barhon se milna julna un ka apne dada ki wajah se hota raha.</w:t>
      </w:r>
    </w:p>
    <w:p>
      <w:pPr>
        <w:jc w:val="right"/>
      </w:pPr>
      <w:r>
        <w:t>تو بہرحال وہ لے آتے تھے۔ اس طرح سے رسول اللہ کا ایکسپیرینس جو ہے، وہ آپ بچپن سے شروع ہو گیا۔ بڑوں سے ملنا جلنا ان کا اپنے دادا کی وجہ سے ہوتا رہا۔</w:t>
      </w:r>
    </w:p>
    <w:p>
      <w:r>
        <w:rPr>
          <w:b/>
        </w:rPr>
        <w:t xml:space="preserve">[11:37] </w:t>
      </w:r>
      <w:r>
        <w:t>to aap ka experience is tarah se hua. aur aik baat mein yeh arz kar doon ke jab aap paida hue to is zamane mein riwaj tha ke bachon ko bhi bhej dete thay bad</w:t>
      </w:r>
    </w:p>
    <w:p>
      <w:pPr>
        <w:jc w:val="right"/>
      </w:pPr>
      <w:r>
        <w:t>تو آپ کا ایکسپیرینس اس طرح سے ہوا۔ اور ایک بات میں یہ عرض کر دوں کہ جب آپ پیدا ہوئے تو اس زمانے میں رواج تھا کہ بچوں کو بھیج دیتے تھے بد</w:t>
      </w:r>
    </w:p>
    <w:p>
      <w:r>
        <w:rPr>
          <w:b/>
        </w:rPr>
        <w:t xml:space="preserve">[11:53] </w:t>
      </w:r>
      <w:r>
        <w:t>o mein. badu un ko kaha jata tha jo shahar ke bahir rehte thay, tent mein. apna yeh bheer bakri paalte thay. isi se un ka kaam chalta tha.</w:t>
      </w:r>
    </w:p>
    <w:p>
      <w:pPr>
        <w:jc w:val="right"/>
      </w:pPr>
      <w:r>
        <w:t>و میں۔ بدو ان کو کہا جاتا تھا جو شہر کے باہر رہتے تھے، ٹینٹ میں۔ اپنا یہ بھیڑ بکری پالتے تھے۔ اسی سے ان کا کام چلتا تھا۔</w:t>
      </w:r>
    </w:p>
    <w:p>
      <w:r>
        <w:rPr>
          <w:b/>
        </w:rPr>
        <w:t xml:space="preserve">[12:04] </w:t>
      </w:r>
      <w:r>
        <w:t>to language jo thi is zamane mein, shaharoon mein language kuch badal jati hai, aap jante hain. lekin wahan ki jo language hoti thi, jo desert mein rehte thay, un ki language bilkul waisi ki waisi thi.</w:t>
      </w:r>
    </w:p>
    <w:p>
      <w:pPr>
        <w:jc w:val="right"/>
      </w:pPr>
      <w:r>
        <w:t>تو لینگویج جو تھی اس زمانے میں، شہروں میں لینگویج کچھ بدل جاتی ہے، آپ جانتے ہیں۔ لیکن وہاں کی جو لینگویج ہوتی تھی، جو ڈیزرٹ میں رہتے تھے، ان کی لینگویج بالکل ویسی کی ویسی تھی۔</w:t>
      </w:r>
    </w:p>
    <w:p>
      <w:r>
        <w:rPr>
          <w:b/>
        </w:rPr>
        <w:t xml:space="preserve">[12:18] </w:t>
      </w:r>
      <w:r>
        <w:t>to woh log itna zyada chahte thay ke jo arabic language hai, yani is ki jo pure, to is ki purity baqi rahe.</w:t>
      </w:r>
    </w:p>
    <w:p>
      <w:pPr>
        <w:jc w:val="right"/>
      </w:pPr>
      <w:r>
        <w:t>تو وہ لوگ اتنا زیادہ چاہتے تھے کہ جو عربک لینگویج ہے، یعنی اس کی جو پیور، تو اس کی پیورٹی باقی رہے۔</w:t>
      </w:r>
    </w:p>
    <w:p>
      <w:r>
        <w:rPr>
          <w:b/>
        </w:rPr>
        <w:t xml:space="preserve">[12:31] </w:t>
      </w:r>
      <w:r>
        <w:t>to bache ko bhej dete thay wahan. to wahan par woh bhej diya gaya un ko. aur halimah aik khatoon theen. woh le gayeen.</w:t>
      </w:r>
    </w:p>
    <w:p>
      <w:pPr>
        <w:jc w:val="right"/>
      </w:pPr>
      <w:r>
        <w:t>تو بچے کو بھیج دیتے تھے وہاں۔ تو وہاں پر وہ بھیج دیا گیا ان کو۔ اور حلیمہ ایک خاتون تھیں۔ وہ لے گئیں۔</w:t>
      </w:r>
    </w:p>
    <w:p>
      <w:r>
        <w:rPr>
          <w:b/>
        </w:rPr>
        <w:t xml:space="preserve">[12:42] </w:t>
      </w:r>
      <w:r>
        <w:t>to is tarah se kuch un ko paisa waghera de dete thay. woh un ko paalti theen.</w:t>
      </w:r>
    </w:p>
    <w:p>
      <w:pPr>
        <w:jc w:val="right"/>
      </w:pPr>
      <w:r>
        <w:t>تو اس طرح سے کچھ ان کو پیسہ وغیرہ دے دیتے تھے۔ وہ ان کو پالتی تھیں۔</w:t>
      </w:r>
    </w:p>
    <w:p>
      <w:r>
        <w:rPr>
          <w:b/>
        </w:rPr>
        <w:t xml:space="preserve">[12:49] </w:t>
      </w:r>
      <w:r>
        <w:t>yani aaj kal zuban mein keh sakte hain aap governance. woh kaha governance thi rasool Allah ki. jab thora bare hue to wapas aaye woh.</w:t>
      </w:r>
    </w:p>
    <w:p>
      <w:pPr>
        <w:jc w:val="right"/>
      </w:pPr>
      <w:r>
        <w:t>یعنی آج کل زبان میں کہہ سکتے ہیں آپ گورننس۔ وہ کہا گورننس تھی رسول اللہ کی۔ جب تھوڑا بڑے ہوئے تو واپس آئے وہ۔</w:t>
      </w:r>
    </w:p>
    <w:p>
      <w:r>
        <w:rPr>
          <w:b/>
        </w:rPr>
        <w:t xml:space="preserve">[12:58] </w:t>
      </w:r>
      <w:r>
        <w:t>is tarah se aap ki jo aap ka jo yani uthan hui, desert mein hui bilkul bachpan mein.</w:t>
      </w:r>
    </w:p>
    <w:p>
      <w:pPr>
        <w:jc w:val="right"/>
      </w:pPr>
      <w:r>
        <w:t>اس طرح سے آپ کی جو آپ کا جو یعنی اٹھان ہوئی، ڈیزرٹ میں ہوئی بالکل بچپن میں۔</w:t>
      </w:r>
    </w:p>
    <w:p>
      <w:r>
        <w:rPr>
          <w:b/>
        </w:rPr>
        <w:t xml:space="preserve">[13:09] </w:t>
      </w:r>
      <w:r>
        <w:t>aap desert jante hain, aap wahan nature hota hai. nature. nature mein aap pale barhe.</w:t>
      </w:r>
    </w:p>
    <w:p>
      <w:pPr>
        <w:jc w:val="right"/>
      </w:pPr>
      <w:r>
        <w:t>آپ ڈیزرٹ جانتے ہیں، آپ وہاں نیچر ہوتا ہے۔ نیچر۔ نیچر میں آپ پلے بڑھے۔</w:t>
      </w:r>
    </w:p>
    <w:p>
      <w:r>
        <w:rPr>
          <w:b/>
        </w:rPr>
        <w:t xml:space="preserve">[13:16] </w:t>
      </w:r>
      <w:r>
        <w:t>phir jab aap wapas aaye to kya hua ke aap ki maan ka bhi intqal ho gaya. phir aap ke dada ka bhi death ho gaya.</w:t>
      </w:r>
    </w:p>
    <w:p>
      <w:pPr>
        <w:jc w:val="right"/>
      </w:pPr>
      <w:r>
        <w:t>پھر جب آپ واپس آئے تو کیا ہوا کہ آپ کی ماں کا بھی انتقال ہو گیا۔ پھر آپ کے دادا کا بھی ڈیتھ ہو گئی۔</w:t>
      </w:r>
    </w:p>
    <w:p>
      <w:r>
        <w:rPr>
          <w:b/>
        </w:rPr>
        <w:t xml:space="preserve">[13:28] </w:t>
      </w:r>
      <w:r>
        <w:t>is ke baad aap ke chacha thay, un ka naam tha abu talib. abu talib ne aap ko apne is mein le liya.</w:t>
      </w:r>
    </w:p>
    <w:p>
      <w:pPr>
        <w:jc w:val="right"/>
      </w:pPr>
      <w:r>
        <w:t>اس کے بعد آپ کے چچا تھے، ان کا نام تھا ابو طالب۔ ابو طالب نے آپ کو اپنے اس میں لے لیا۔</w:t>
      </w:r>
    </w:p>
    <w:p>
      <w:r>
        <w:rPr>
          <w:b/>
        </w:rPr>
        <w:t xml:space="preserve">[13:38] </w:t>
      </w:r>
      <w:r>
        <w:t>yani un ke sarparast ban gaye woh aap.</w:t>
      </w:r>
    </w:p>
    <w:p>
      <w:pPr>
        <w:jc w:val="right"/>
      </w:pPr>
      <w:r>
        <w:t>یعنی ان کے سرپرست بن گئے وہ آپ۔</w:t>
      </w:r>
    </w:p>
    <w:p>
      <w:r>
        <w:rPr>
          <w:b/>
        </w:rPr>
        <w:t xml:space="preserve">[13:43] </w:t>
      </w:r>
      <w:r>
        <w:t>to abu talib ke sath rehne lagay. phir kya hua ke aap abu talib jo thay, woh business karte thay.</w:t>
      </w:r>
    </w:p>
    <w:p>
      <w:pPr>
        <w:jc w:val="right"/>
      </w:pPr>
      <w:r>
        <w:t>تو ابو طالب کے ساتھ رہنے لگے۔ پھر کیا ہوا کہ آپ ابو طالب جو تھے، وہ بزنس کرتے تھے۔</w:t>
      </w:r>
    </w:p>
    <w:p>
      <w:r>
        <w:rPr>
          <w:b/>
        </w:rPr>
        <w:t xml:space="preserve">[13:53] </w:t>
      </w:r>
      <w:r>
        <w:t>is zamane ka business yeh tha ke kuch saman le ate thay syria yani sham. aur wahan se kuch saman late thay. is tarah ka aaj kal ke zamane se hua import export business tha woh</w:t>
      </w:r>
    </w:p>
    <w:p>
      <w:pPr>
        <w:jc w:val="right"/>
      </w:pPr>
      <w:r>
        <w:t>اس زمانے کا بزنس یہ تھا کہ کچھ سامان لے آتے تھے سیریا یعنی شام۔ اور وہاں سے کچھ سامان لاتے تھے۔ اس طرح کا آج کل کے زمانے سے ہوا امپورٹ ایکسپورٹ بزنس تھا وہ</w:t>
      </w:r>
    </w:p>
    <w:p>
      <w:r>
        <w:rPr>
          <w:b/>
        </w:rPr>
        <w:t xml:space="preserve">[14:08] </w:t>
      </w:r>
      <w:r>
        <w:t>to rasool Allah ko woh apnay sath le atay thay wahan. yani le le jana chaha to rastay mein aik mila, aik harbit tha, uska naam tha buhaira.</w:t>
      </w:r>
    </w:p>
    <w:p>
      <w:pPr>
        <w:jc w:val="right"/>
      </w:pPr>
      <w:r>
        <w:t>۔ تو رسول اللہ کو وہ اپنے ساتھ لے آتے تھے وہاں۔ یعنی لے لے جانا چاہا تو راستے میں ایک ملا، ایک ہربٹ تھا، اس کا نام تھا بحیرہ۔</w:t>
      </w:r>
    </w:p>
    <w:p>
      <w:r>
        <w:rPr>
          <w:b/>
        </w:rPr>
        <w:t xml:space="preserve">[14:24] </w:t>
      </w:r>
      <w:r>
        <w:t>buhaira. yeh christian tha woh, jis ko kehtay hain harbit. to uss nay dekha rasool Allah ko.</w:t>
      </w:r>
    </w:p>
    <w:p>
      <w:pPr>
        <w:jc w:val="right"/>
      </w:pPr>
      <w:r>
        <w:t>بحیرہ۔ یہ کرسچن تھا وہ، جس کو کہتے ہیں ہربٹ۔ تو اس نے دیکھا رسول اللہ کو۔</w:t>
      </w:r>
    </w:p>
    <w:p>
      <w:r>
        <w:rPr>
          <w:b/>
        </w:rPr>
        <w:t xml:space="preserve">[14:33] </w:t>
      </w:r>
      <w:r>
        <w:t>to uss nay kaha kay dekho yeh iss iss bachay ko tum kahin mat le jao.</w:t>
      </w:r>
    </w:p>
    <w:p>
      <w:pPr>
        <w:jc w:val="right"/>
      </w:pPr>
      <w:r>
        <w:t>تو اس نے کہا کہ دیکھو یہ اس اس بچے کو تم کہیں مت لے جاؤ۔</w:t>
      </w:r>
    </w:p>
    <w:p>
      <w:r>
        <w:rPr>
          <w:b/>
        </w:rPr>
        <w:t xml:space="preserve">[14:39] </w:t>
      </w:r>
      <w:r>
        <w:t>uss nay kaha kay mein iss bachay mein jo dekh raha hoon, to mein nay kitabon mein parha hai kay aik aik prophet aanay wala hai. mujhe lagta hai kay yeh wohi prophet hai.</w:t>
      </w:r>
    </w:p>
    <w:p>
      <w:pPr>
        <w:jc w:val="right"/>
      </w:pPr>
      <w:r>
        <w:t>اس نے کہا کہ میں اس بچے میں جو دیکھ رہا ہوں، تو میں نے کتابوں میں پڑھا ہے کہ ایک ایک پرافٹ آنے والا ہے۔ مجھے لگتا ہے کہ یہ وہی پرافٹ ہے۔</w:t>
      </w:r>
    </w:p>
    <w:p>
      <w:r>
        <w:rPr>
          <w:b/>
        </w:rPr>
        <w:t xml:space="preserve">[14:50] </w:t>
      </w:r>
      <w:r>
        <w:t>yeh woh harbit bohat scholar tha, apni kitabon mein parhi thi uss nay. abhi bhi aap dekh saktay hain kay bible mein yeh hai kay aik aanay wala aaye ga. uss ka naam hai paraclete likha hua hai aur kuch naam.</w:t>
      </w:r>
    </w:p>
    <w:p>
      <w:pPr>
        <w:jc w:val="right"/>
      </w:pPr>
      <w:r>
        <w:t>یہ وہ ہربٹ بہت اسکالر تھا، اپنی کتابوں میں پڑھی تھی اس نے۔ ابھی بھی آپ دیکھ سکتے ہیں کہ بائبل میں یہ ہے کہ ایک آنے والا آئے گا۔ اس کا نام ہے پیریکلیٹ لکھا ہوا ہے اور کچھ نام۔</w:t>
      </w:r>
    </w:p>
    <w:p>
      <w:r>
        <w:rPr>
          <w:b/>
        </w:rPr>
        <w:t xml:space="preserve">[15:05] </w:t>
      </w:r>
      <w:r>
        <w:t>to aanay wala aik aaye ga</w:t>
      </w:r>
    </w:p>
    <w:p>
      <w:pPr>
        <w:jc w:val="right"/>
      </w:pPr>
      <w:r>
        <w:t>تو آنے والا ایک آئے گ</w:t>
      </w:r>
    </w:p>
    <w:p>
      <w:r>
        <w:rPr>
          <w:b/>
        </w:rPr>
        <w:t xml:space="preserve">[15:07] </w:t>
      </w:r>
      <w:r>
        <w:t>a. to baharhaal unhon nay samjha kay woh aanay wala yahi hai. to unhon nay kaha kay aap idhar udhar mat le jao in ko, in ko makkah hi mein rakho. aur yeh bhi aap search karoon kay sab say pehla insan jis say aap nay yani nabuwat milnay kay baad, woh bhi christian tha.</w:t>
      </w:r>
    </w:p>
    <w:p>
      <w:pPr>
        <w:jc w:val="right"/>
      </w:pPr>
      <w:r>
        <w:t>ا۔ تو بہرحال انہوں نے سمجھا کہ وہ آنے والا یہی ہے۔ تو انہوں نے کہا کہ آپ ادھر ادھر مت لے جاؤ ان کو، ان کو مکہ ہی میں رکھو۔ اور یہ بھی آپ سرچ کروں کہ سب سے پہلا انسان جس سے آپ نے یعنی نبوت ملنے کے بعد، وہ بھی کرسچن تھا۔</w:t>
      </w:r>
    </w:p>
    <w:p>
      <w:r>
        <w:rPr>
          <w:b/>
        </w:rPr>
        <w:t xml:space="preserve">[15:26] </w:t>
      </w:r>
      <w:r>
        <w:t>jab aap ko nabuwat mili to aap ki biwi khadija jo theen, woh aap ko le gayeen makkah mein aik shakhs tha, un ka naam tha warqa bin nafal.</w:t>
      </w:r>
    </w:p>
    <w:p>
      <w:pPr>
        <w:jc w:val="right"/>
      </w:pPr>
      <w:r>
        <w:t>جب آپ کو نبوت ملی تو آپ کی بیوی خدیجہ جو تھیں، وہ آپ کو لے گئیں مکہ میں ایک شخص تھا، ان کا نام تھا ورقہ بن نوفل۔</w:t>
      </w:r>
    </w:p>
    <w:p>
      <w:r>
        <w:rPr>
          <w:b/>
        </w:rPr>
        <w:t xml:space="preserve">[15:36] </w:t>
      </w:r>
      <w:r>
        <w:t>woh christian ho gaye thay un kay paas. to warqa bin nafal iss waqt un ki umer nawway saal ziyada ho</w:t>
      </w:r>
    </w:p>
    <w:p>
      <w:pPr>
        <w:jc w:val="right"/>
      </w:pPr>
      <w:r>
        <w:t>وہ کرسچن ہو گئے تھے ان کے پاس۔ تو ورقہ بن نوفل اس وقت ان کی عمر نوے سال زیادہ ہو</w:t>
      </w:r>
    </w:p>
    <w:p>
      <w:r>
        <w:rPr>
          <w:b/>
        </w:rPr>
        <w:t xml:space="preserve">[15:43] </w:t>
      </w:r>
      <w:r>
        <w:t>chuki thi. to warqa nay dekha to kaha kay batao. to unhon nay bataya to unhon nay kaha kay yeh jo tumharay paas aaya tha, woh wohi namoos akbar hai.</w:t>
      </w:r>
    </w:p>
    <w:p>
      <w:pPr>
        <w:jc w:val="right"/>
      </w:pPr>
      <w:r>
        <w:t>چکی تھی۔ تو ورقہ نے دیکھا تو کہا کہ بتاؤ۔ تو انہوں نے بتایا تو انہوں نے کہا کہ یہ جو تمہارے پاس آیا تھا، وہ وہی ناموس اکبر ہے۔</w:t>
      </w:r>
    </w:p>
    <w:p>
      <w:r>
        <w:rPr>
          <w:b/>
        </w:rPr>
        <w:t xml:space="preserve">[15:54] </w:t>
      </w:r>
      <w:r>
        <w:t>yani wohi angel, bara angel, jo iss say pehlay aa chuka hai moosa kay paas aur doosray prophet kay paas. woh yeh hai. to pehla yeh maana jata hai kay pehla jo believer tha aap kay oopar, woh warqa tha.</w:t>
      </w:r>
    </w:p>
    <w:p>
      <w:pPr>
        <w:jc w:val="right"/>
      </w:pPr>
      <w:r>
        <w:t>یعنی وہی اینجل، بڑا اینجل، جو اس سے پہلے آ چکا ہے موسیٰ کے پاس اور دوسرے پرافٹ کے پاس۔ وہ یہ ہے۔ تو پہلا یہ مانا جاتا ہے کہ پہلا جو بیلیور تھا آپ کے اوپر، وہ ورقہ تھا۔</w:t>
      </w:r>
    </w:p>
    <w:p>
      <w:r>
        <w:rPr>
          <w:b/>
        </w:rPr>
        <w:t xml:space="preserve">[16:11] </w:t>
      </w:r>
      <w:r>
        <w:t>hamaray jo baray baray scholar hain, woh mantay hain kay pehla sahabi, pehla believer jab aap par eman laya, woh warqa bin nafal tha.</w:t>
      </w:r>
    </w:p>
    <w:p>
      <w:pPr>
        <w:jc w:val="right"/>
      </w:pPr>
      <w:r>
        <w:t>ہمارے جو بڑے بڑے سکالر ہیں، وہ مانتے ہیں کہ پہلا صحابی، پہلا بیلیور جب آپ پر ایمان لایا، وہ ورقہ بن نوفل تھا۔</w:t>
      </w:r>
    </w:p>
    <w:p>
      <w:r>
        <w:rPr>
          <w:b/>
        </w:rPr>
        <w:t xml:space="preserve">[16:22] </w:t>
      </w:r>
      <w:r>
        <w:t>to baqi log baad ko eman laye. to mein historical order mein nahin baatein bata raha hoon aap ko, thora sa tarteeb badal rahi hai.</w:t>
      </w:r>
    </w:p>
    <w:p>
      <w:pPr>
        <w:jc w:val="right"/>
      </w:pPr>
      <w:r>
        <w:t>تو باقی لوگ بعد کو ایمان لائے۔ تو میں ہسٹوریکل آرڈر میں نہیں باتیں بتا رہا ہوں آپ کو، تھوڑا سا ترتیب بدل رہی ہے۔</w:t>
      </w:r>
    </w:p>
    <w:p>
      <w:r>
        <w:rPr>
          <w:b/>
        </w:rPr>
        <w:t xml:space="preserve">[16:33] </w:t>
      </w:r>
      <w:r>
        <w:t>to rasool Allah jab thora aur baray huay, nojawan huay to chuki wahan par koi aur cheez nahin thi, yani local business nahin tha, agriculture nahin tha, horticulture nahin tha,</w:t>
      </w:r>
    </w:p>
    <w:p>
      <w:pPr>
        <w:jc w:val="right"/>
      </w:pPr>
      <w:r>
        <w:t>تو رسول اللہ جب تھوڑا اور بڑے ہوئے، نوجوان ہوئے تو چونکہ وہاں پر کوئی اور چیز نہیں تھی، یعنی لوکل بزنس نہیں تھا، ایگریکلچر نہیں تھا، ہارٹیکلچر نہیں تھا،</w:t>
      </w:r>
    </w:p>
    <w:p>
      <w:r>
        <w:rPr>
          <w:b/>
        </w:rPr>
        <w:t xml:space="preserve">[16:47] </w:t>
      </w:r>
      <w:r>
        <w:t>aik hi kaam tha to yahan say jatay thay, syria, syria say jatay thay saman aur bechtay thay. iss waqt aik khadija theen, aik lady, jo bohat rich lady theen, kyun kay un ki shadi iss say pehlay hui thi kisi aur say,</w:t>
      </w:r>
    </w:p>
    <w:p>
      <w:pPr>
        <w:jc w:val="right"/>
      </w:pPr>
      <w:r>
        <w:t>ایک ہی کام تھا تو یہاں سے جاتے تھے، سیریا، سیریا سے جاتے تھے سامان اور بیچتے تھے۔ اس وقت ایک خدیجہ تھیں، ایک لیڈی، جو بہت رچ لیڈی تھیں، کیونکہ ان کی شادی اس سے پہلے ہوئی تھی کسی اور سے،</w:t>
      </w:r>
    </w:p>
    <w:p>
      <w:r>
        <w:rPr>
          <w:b/>
        </w:rPr>
        <w:t xml:space="preserve">[17:02] </w:t>
      </w:r>
      <w:r>
        <w:t>woh bohat hi rich aadmi tha. to uss ki death ho gayi. to uss waqt widow theen woh. kaha jata hai kay do say shadi hui thi, dono ki death ho gayi.</w:t>
      </w:r>
    </w:p>
    <w:p>
      <w:pPr>
        <w:jc w:val="right"/>
      </w:pPr>
      <w:r>
        <w:t>وہ بہت ہی رچ آدمی تھا۔ تو اس کی ڈیتھ ہو گئی۔ تو اس وقت ویڈو تھیں وہ۔ کہا جاتا ہے کہ دو سے شادی ہوئی تھی، دونوں کی ڈیتھ ہو گئی۔</w:t>
      </w:r>
    </w:p>
    <w:p>
      <w:r>
        <w:rPr>
          <w:b/>
        </w:rPr>
        <w:t xml:space="preserve">[17:12] </w:t>
      </w:r>
      <w:r>
        <w:t>to dono ko do ki rich unhein mili thi, un ko. yani do taraf say unhein dolat mili thi.</w:t>
      </w:r>
    </w:p>
    <w:p>
      <w:pPr>
        <w:jc w:val="right"/>
      </w:pPr>
      <w:r>
        <w:t>تو دونوں کو دو کی رچ انہیں ملی تھی، ان کو۔ یعنی دو طرف سے انہیں دولت ملی تھی۔</w:t>
      </w:r>
    </w:p>
    <w:p>
      <w:r>
        <w:rPr>
          <w:b/>
        </w:rPr>
        <w:t xml:space="preserve">[17:21] </w:t>
      </w:r>
      <w:r>
        <w:t>to bohat hi rich, richest lady kaha jata hai kay makkah ki thi woh.</w:t>
      </w:r>
    </w:p>
    <w:p>
      <w:pPr>
        <w:jc w:val="right"/>
      </w:pPr>
      <w:r>
        <w:t>تو بہت ہی رچ، رچسٹ لیڈی کہا جاتا ہے کہ مکہ کی تھی وہ۔</w:t>
      </w:r>
    </w:p>
    <w:p>
      <w:r>
        <w:rPr>
          <w:b/>
        </w:rPr>
        <w:t xml:space="preserve">[17:26] </w:t>
      </w:r>
      <w:r>
        <w:t>to unhon nay apna business jari rakha tha iss tarah say kay kisi ko bhejtay thi woh syria, oont par saman le kar kay.</w:t>
      </w:r>
    </w:p>
    <w:p>
      <w:pPr>
        <w:jc w:val="right"/>
      </w:pPr>
      <w:r>
        <w:t>تو انہوں نے اپنا بزنس جاری رکھا تھا اس طریقے سے کہ کسی کو بھیجتی تھی وہ سیریا، اونٹ پر سامان لے کر کے۔</w:t>
      </w:r>
    </w:p>
    <w:p>
      <w:r>
        <w:rPr>
          <w:b/>
        </w:rPr>
        <w:t xml:space="preserve">[17:37] </w:t>
      </w:r>
      <w:r>
        <w:t>jata tha aur aata tha woh.</w:t>
      </w:r>
    </w:p>
    <w:p>
      <w:pPr>
        <w:jc w:val="right"/>
      </w:pPr>
      <w:r>
        <w:t>جاتا تھا اور آتا تھا وہ۔</w:t>
      </w:r>
    </w:p>
    <w:p>
      <w:r>
        <w:rPr>
          <w:b/>
        </w:rPr>
        <w:t xml:space="preserve">[17:40] </w:t>
      </w:r>
      <w:r>
        <w:t>to uss ko woh aik oont deti theen bashor, yani uss kay uss zamanay mein yahi sab hota tha.</w:t>
      </w:r>
    </w:p>
    <w:p>
      <w:pPr>
        <w:jc w:val="right"/>
      </w:pPr>
      <w:r>
        <w:t>تو اس کو وہ ایک اونٹ دیتی تھیں بطور، یعنی اس کے اس زمانے میں یہی سب ہوتا تھا۔</w:t>
      </w:r>
    </w:p>
    <w:p>
      <w:r>
        <w:rPr>
          <w:b/>
        </w:rPr>
        <w:t xml:space="preserve">[17:49] </w:t>
      </w:r>
      <w:r>
        <w:t>to aik oont diya unhon nay to woh gaya uss ka, yani woh ho gaya badla hua. bajaye yani iss kuch aur denay kay, oont diya karti thi woh.</w:t>
      </w:r>
    </w:p>
    <w:p>
      <w:pPr>
        <w:jc w:val="right"/>
      </w:pPr>
      <w:r>
        <w:t>تو ایک اونٹ دیا انہوں نے تو وہ گیا اس کا، یعنی وہ ہو گیا بدلہ ہوا۔ بجائے یعنی اس کچھ اور دینے کے، اونٹ دیا کرتی تھی وہ۔</w:t>
      </w:r>
    </w:p>
    <w:p>
      <w:r>
        <w:rPr>
          <w:b/>
        </w:rPr>
        <w:t xml:space="preserve">[18:03] </w:t>
      </w:r>
      <w:r>
        <w:t>har aadmi ko aik oont deti theen, aik trip par. yani aik trip par aik oont.</w:t>
      </w:r>
    </w:p>
    <w:p>
      <w:pPr>
        <w:jc w:val="right"/>
      </w:pPr>
      <w:r>
        <w:t>ہر آدمی کو ایک اونٹ دیتی تھیں، ایک ٹرپ پر۔ یعنی ایک ٹرپ پر ایک اونٹ۔</w:t>
      </w:r>
    </w:p>
    <w:p>
      <w:r>
        <w:rPr>
          <w:b/>
        </w:rPr>
        <w:t xml:space="preserve">[18:08] </w:t>
      </w:r>
      <w:r>
        <w:t>to rasool Allah jab gaye to bohat achhay tarah say unhon nay kaam kiya aur double faida hua khadija ko. to aap nay un ko aik trip par do oont diye rasool Allah ko.</w:t>
      </w:r>
    </w:p>
    <w:p>
      <w:pPr>
        <w:jc w:val="right"/>
      </w:pPr>
      <w:r>
        <w:t>تو رسول اللہ جب گئے تو بہت اچھے طریقے سے انہوں نے کام کیا اور ڈبل فائدہ ہوا خدیجہ کو۔ تو آپ نے ان کو ایک ٹرپ پر دو اونٹ دیے رسول اللہ کو۔</w:t>
      </w:r>
    </w:p>
    <w:p>
      <w:r>
        <w:rPr>
          <w:b/>
        </w:rPr>
        <w:t xml:space="preserve">[18:21] </w:t>
      </w:r>
      <w:r>
        <w:t>yani aik trip par do oont. iss silsilay kuch din chala. to uss kay baad rasool Allah ko aata hai hadith mein kay aap ko seclusion say dilchaspi ho gayi, alag alag thalug rehna.</w:t>
      </w:r>
    </w:p>
    <w:p>
      <w:pPr>
        <w:jc w:val="right"/>
      </w:pPr>
      <w:r>
        <w:t>یعنی ایک ٹرپ پر دو اونٹ۔ اس سلسلہ کچھ دن چلا۔ تو اس کے بعد رسول اللہ کو آتا ہے حدیث میں کہ آپ کو سیکلوژن سے دلچسپی ہو گئی، الگ الگ تھلگ رہنا۔</w:t>
      </w:r>
    </w:p>
    <w:p>
      <w:r>
        <w:rPr>
          <w:b/>
        </w:rPr>
        <w:t xml:space="preserve">[18:38] </w:t>
      </w:r>
      <w:r>
        <w:t>to aap yeh sab chhod diya aap ne aur aap jaane lagay. wahan par ek mountain tha, heera, us ke q mein.</w:t>
      </w:r>
    </w:p>
    <w:p>
      <w:pPr>
        <w:jc w:val="right"/>
      </w:pPr>
      <w:r>
        <w:t>تو آپ یہ سب چھوڑ دیا آپ نے اور آپ جانے لگے۔ وہاں پر ایک ماؤنٹن تھا، ہیرا، اس کے کیو میں۔</w:t>
      </w:r>
    </w:p>
    <w:p>
      <w:r>
        <w:rPr>
          <w:b/>
        </w:rPr>
        <w:t xml:space="preserve">[18:48] </w:t>
      </w:r>
      <w:r>
        <w:t>is zamane mein riwaj tha, herbat log aisa raha karte thay q mein. to abhi bhi jis ko kehte hain ghufa, kehte hain ghufa, koi q hota hai.</w:t>
      </w:r>
    </w:p>
    <w:p>
      <w:pPr>
        <w:jc w:val="right"/>
      </w:pPr>
      <w:r>
        <w:t>اس زمانے میں رواج تھا، ہربٹ لوگ ایسا رہا کرتے تھے کیو میں۔ تو ابھی بھی جس کو کہتے ہیں گھفا، کہتے ہیں گھفا، کوئی کیو ہوتا ہے۔</w:t>
      </w:r>
    </w:p>
    <w:p>
      <w:r>
        <w:rPr>
          <w:b/>
        </w:rPr>
        <w:t xml:space="preserve">[18:58] </w:t>
      </w:r>
      <w:r>
        <w:t>to wahan jate thay. to is ka koi kitabon mein kuch nahi hai ke kya karte thay wahan ja kar ke.</w:t>
      </w:r>
    </w:p>
    <w:p>
      <w:pPr>
        <w:jc w:val="right"/>
      </w:pPr>
      <w:r>
        <w:t>تو وہاں جاتے تھے۔ تو اس کا کوئی کتابوں میں کچھ نہیں ہے کہ کیا کرتے تھے وہاں جا کر کے۔</w:t>
      </w:r>
    </w:p>
    <w:p>
      <w:r>
        <w:rPr>
          <w:b/>
        </w:rPr>
        <w:t xml:space="preserve">[19:05] </w:t>
      </w:r>
      <w:r>
        <w:t>aap samajhte thay, sochte thay ke meditation karte hon gay. main samajhta hoon ke sochte thay. kyunke quran majeed mein hai ke yani bachpan se aap ka jo mizaj tha, woh sochne ka tha.</w:t>
      </w:r>
    </w:p>
    <w:p>
      <w:pPr>
        <w:jc w:val="right"/>
      </w:pPr>
      <w:r>
        <w:t>آپ سمجھتے تھے، سوچتے تھے کہ میڈیٹیشن کرتے ہوں گے۔ میں سمجھتا ہوں کہ سوچتے تھے۔ کیونکہ قرآن مجید میں ہے کہ یعنی بچپن سے آپ کا جو مزاج تھا، وہ سوچنے کا تھا۔</w:t>
      </w:r>
    </w:p>
    <w:p>
      <w:r>
        <w:rPr>
          <w:b/>
        </w:rPr>
        <w:t xml:space="preserve">[19:19] </w:t>
      </w:r>
      <w:r>
        <w:t>main kya hoon? yeh duniya kya hai? zameen kya hai? aasman kya hai? zindagi kya hai? maut kya hai?</w:t>
      </w:r>
    </w:p>
    <w:p>
      <w:pPr>
        <w:jc w:val="right"/>
      </w:pPr>
      <w:r>
        <w:t>میں کیا ہوں؟ یہ دنیا کیا ہے؟ زمین کیا ہے؟ آسمان کیا ہے؟ زندگی کیا ہے؟ موت کیا ہے؟</w:t>
      </w:r>
    </w:p>
    <w:p>
      <w:r>
        <w:rPr>
          <w:b/>
        </w:rPr>
        <w:t xml:space="preserve">[19:29] </w:t>
      </w:r>
      <w:r>
        <w:t>to aap ke andar sochne ka bohat ziyada tha.</w:t>
      </w:r>
    </w:p>
    <w:p>
      <w:pPr>
        <w:jc w:val="right"/>
      </w:pPr>
      <w:r>
        <w:t>تو آپ کے اندر سوچنے کا بہت زیادہ تھا۔</w:t>
      </w:r>
    </w:p>
    <w:p>
      <w:r>
        <w:rPr>
          <w:b/>
        </w:rPr>
        <w:t xml:space="preserve">[19:32] </w:t>
      </w:r>
      <w:r>
        <w:t>to kuch log samajhte hain ke wahan ja kar ke woh meditation karte thay. main samajhta hoon meditation wali baat mujhe theek nahi lagti. ya sahi baat yeh hai ke wahan ja kar sochte thay, sochte thay, sochte thay.</w:t>
      </w:r>
    </w:p>
    <w:p>
      <w:pPr>
        <w:jc w:val="right"/>
      </w:pPr>
      <w:r>
        <w:t>تو کچھ لوگ سمجھتے ہیں کہ وہاں جا کر کے وہ میڈیٹیشن کرتے تھے۔ میں سمجھتا ہوں میڈیٹیشن والی بات مجھے ٹھیک نہیں لگتی۔ یا صحیح بات یہ ہے کہ وہاں جا کر سوچتے تھے، سوچتے تھے، سوچتے تھے۔</w:t>
      </w:r>
    </w:p>
    <w:p>
      <w:r>
        <w:rPr>
          <w:b/>
        </w:rPr>
        <w:t xml:space="preserve">[19:46] </w:t>
      </w:r>
      <w:r>
        <w:t>to wohin par aisa hua ke ek din woh jibril aaye, achaanak. aur phir unhon ne aap ko bataya ke khuda ne aap ko peghambar chuna hai.</w:t>
      </w:r>
    </w:p>
    <w:p>
      <w:pPr>
        <w:jc w:val="right"/>
      </w:pPr>
      <w:r>
        <w:t>تو وہیں پر ایسا ہوا کہ ایک دن وہ جبرائیل آئے، اچانک۔ اور پھر انہوں نے آپ کو بتایا کہ خدا نے آپ کو پیغمبر چنا ہے۔</w:t>
      </w:r>
    </w:p>
    <w:p>
      <w:r>
        <w:rPr>
          <w:b/>
        </w:rPr>
        <w:t xml:space="preserve">[19:59] </w:t>
      </w:r>
      <w:r>
        <w:t>aur pehli ayat jo utri, iqra bismi rabbika allazi khalaq, khalaqa al insana min alaq, iqra rabbuka al akram allazi allama bil qalam. yahan se wahi shuru hui.</w:t>
      </w:r>
    </w:p>
    <w:p>
      <w:pPr>
        <w:jc w:val="right"/>
      </w:pPr>
      <w:r>
        <w:t>اور پہلی آیت جو اتری، اقراء بسم ربک الذی خلق، خلق الانسان من علق، اقراء ربک الاکرم الذی علم بالقلم۔ یہاں سے وحی شروع ہوئی۔</w:t>
      </w:r>
    </w:p>
    <w:p>
      <w:r>
        <w:rPr>
          <w:b/>
        </w:rPr>
        <w:t xml:space="preserve">[20:10] </w:t>
      </w:r>
      <w:r>
        <w:t>to jab wahi shuru hui to aap aaye khadija ke paas aur kaha ke mujhe ek anokha experience hua, aisa kuch. to khadija jo theen, woh le gayeen aap ko warqa ke sath, warqa bin nawfal ke paas.</w:t>
      </w:r>
    </w:p>
    <w:p>
      <w:pPr>
        <w:jc w:val="right"/>
      </w:pPr>
      <w:r>
        <w:t>تو جب وحی شروع ہوئی تو آپ آئے خدیجہ کے پاس اور کہا کہ مجھے ایک انوکھا ایکسپیرینس ہوا، ایسا کچھ۔ تو خدیجہ جو تھیں، وہ لے گئیں آپ کو ورقہ کے ساتھ، ورقہ بن نوفل کے پاس۔</w:t>
      </w:r>
    </w:p>
    <w:p>
      <w:r>
        <w:rPr>
          <w:b/>
        </w:rPr>
        <w:t xml:space="preserve">[20:23] </w:t>
      </w:r>
      <w:r>
        <w:t>to unhon ne mana baatein sun kar aap ki. to isi liye un ko mana jata hai ke sab se pehle believer, sab se pehle sahabi, warqa bin nawfal hain.</w:t>
      </w:r>
    </w:p>
    <w:p>
      <w:pPr>
        <w:jc w:val="right"/>
      </w:pPr>
      <w:r>
        <w:t>تو انہوں نے مانا باتیں سن کر آپ کی۔ تو اسی لیے ان کو مانا جاتا ہے کہ سب سے پہلے بیلیور، سب سے پہلے صحابی، ورقہ بن نوفل ہیں۔</w:t>
      </w:r>
    </w:p>
    <w:p>
      <w:r>
        <w:rPr>
          <w:b/>
        </w:rPr>
        <w:t xml:space="preserve">[20:35] </w:t>
      </w:r>
      <w:r>
        <w:t>to yahan se aap ka daawti kaam shuru hua.</w:t>
      </w:r>
    </w:p>
    <w:p>
      <w:pPr>
        <w:jc w:val="right"/>
      </w:pPr>
      <w:r>
        <w:t>تو یہاں سے آپ کا دعوتی کام شروع ہوا۔</w:t>
      </w:r>
    </w:p>
    <w:p>
      <w:r>
        <w:rPr>
          <w:b/>
        </w:rPr>
        <w:t xml:space="preserve">[20:40] </w:t>
      </w:r>
      <w:r>
        <w:t>to daawti kaam ke liye kya kya aap ne? sab se pehle yani wahan ka jo ek platform tha, us ko kehte thay safa.</w:t>
      </w:r>
    </w:p>
    <w:p>
      <w:pPr>
        <w:jc w:val="right"/>
      </w:pPr>
      <w:r>
        <w:t>تو دعوتی کام کے لیے کیا کیا آپ نے؟ سب سے پہلے یعنی وہاں کا جو ایک پلیٹ فارم تھا، اس کو کہتے تھے صفا۔</w:t>
      </w:r>
    </w:p>
    <w:p>
      <w:r>
        <w:rPr>
          <w:b/>
        </w:rPr>
        <w:t xml:space="preserve">[20:51] </w:t>
      </w:r>
      <w:r>
        <w:t>ek choti si, ek aap keh sakte hain, ek rock thi. to us par charh kar ke log address kiya karte thay. to aap us par charhay, charh kar aap awaz dete thay, inna al nadheer, aap ne awaz di, inna al nadheer al uryan,</w:t>
      </w:r>
    </w:p>
    <w:p>
      <w:pPr>
        <w:jc w:val="right"/>
      </w:pPr>
      <w:r>
        <w:t>ایک چھوٹی سی، ایک آپ کہہ سکتے ہیں، ایک راک تھی۔ تو اس پر چڑھ کر کے لوگ ایڈریس کیا کرتے تھے۔ تو آپ اس پر چڑھے، چڑھ کر آپ آواز دیتے تھے، لوگ ان النذیر، آپ نے آواز دی، ان النذیر العریان،</w:t>
      </w:r>
    </w:p>
    <w:p>
      <w:r>
        <w:rPr>
          <w:b/>
        </w:rPr>
        <w:t xml:space="preserve">[21:08] </w:t>
      </w:r>
      <w:r>
        <w:t>sab log aao. to log ikhatta hue. is zamane mein makka ek chota sa town tha, koi koi bara shehar to tha nahi.</w:t>
      </w:r>
    </w:p>
    <w:p>
      <w:pPr>
        <w:jc w:val="right"/>
      </w:pPr>
      <w:r>
        <w:t>سب لوگ آؤ۔ تو لوگ اکٹھا ہوئے۔ اس زمانے میں مکہ ایک چھوٹا سا ٹاؤن تھا، کوئی کوئی بڑا شہر تو تھا نہیں۔</w:t>
      </w:r>
    </w:p>
    <w:p>
      <w:r>
        <w:rPr>
          <w:b/>
        </w:rPr>
        <w:t xml:space="preserve">[21:18] </w:t>
      </w:r>
      <w:r>
        <w:t>to log ikhatta hue. to aap ne un ko message diya.</w:t>
      </w:r>
    </w:p>
    <w:p>
      <w:pPr>
        <w:jc w:val="right"/>
      </w:pPr>
      <w:r>
        <w:t>تو لوگ اکٹھا ہوئے۔ تو آپ نے ان کو میسج دیا۔</w:t>
      </w:r>
    </w:p>
    <w:p>
      <w:r>
        <w:rPr>
          <w:b/>
        </w:rPr>
        <w:t xml:space="preserve">[21:25] </w:t>
      </w:r>
      <w:r>
        <w:t>aur message kya tha? ek bohat hi simple message tha.</w:t>
      </w:r>
    </w:p>
    <w:p>
      <w:pPr>
        <w:jc w:val="right"/>
      </w:pPr>
      <w:r>
        <w:t>اور میسج کیا تھا؟ ایک بہت ہی سمپل میسج تھا۔</w:t>
      </w:r>
    </w:p>
    <w:p>
      <w:r>
        <w:rPr>
          <w:b/>
        </w:rPr>
        <w:t xml:space="preserve">[21:30] </w:t>
      </w:r>
      <w:r>
        <w:t>woh yeh tha ke jis tarah tum sote ho, usi tarah tum maro gay. aur jis tarah tum jaagte ho, usi tarah tum dobara ek nayi duniya mein utho gay.</w:t>
      </w:r>
    </w:p>
    <w:p>
      <w:pPr>
        <w:jc w:val="right"/>
      </w:pPr>
      <w:r>
        <w:t>وہ یہ تھا کہ جس طرح تم سوتے ہو، اسی طرح تم مرو گے۔ اور جس طرح تم جاگتے ہو، اسی طرح تم دوبارہ ایک نئی دنیا میں اٹھو گے۔</w:t>
      </w:r>
    </w:p>
    <w:p>
      <w:r>
        <w:rPr>
          <w:b/>
        </w:rPr>
        <w:t xml:space="preserve">[21:44] </w:t>
      </w:r>
      <w:r>
        <w:t>aur is ke baad kya hai? is ke baad ya to hell hai ya paradise. yeh message diya.</w:t>
      </w:r>
    </w:p>
    <w:p>
      <w:pPr>
        <w:jc w:val="right"/>
      </w:pPr>
      <w:r>
        <w:t>اور اس کے بعد کیا ہے؟ اس کے بعد یا تو ہیل ہے یا پیراڈائز۔ یہ میسج دیا۔</w:t>
      </w:r>
    </w:p>
    <w:p>
      <w:r>
        <w:rPr>
          <w:b/>
        </w:rPr>
        <w:t xml:space="preserve">[21:55] </w:t>
      </w:r>
      <w:r>
        <w:t>to yeh message un logon ke liye kuch koi bari baat nahi dikhai di.</w:t>
      </w:r>
    </w:p>
    <w:p>
      <w:pPr>
        <w:jc w:val="right"/>
      </w:pPr>
      <w:r>
        <w:t>تو یہ میسج ان لوگوں کے لیے کچھ کوئی بڑی بات نہیں دکھائی دی۔</w:t>
      </w:r>
    </w:p>
    <w:p>
      <w:r>
        <w:rPr>
          <w:b/>
        </w:rPr>
        <w:t xml:space="preserve">[22:00] </w:t>
      </w:r>
      <w:r>
        <w:t>to un ke chacha ek thay, abu lahab un ka naam tha. to woh aap ke sath nahi diya, unhon ne aap ke khilaf thay woh.</w:t>
      </w:r>
    </w:p>
    <w:p>
      <w:pPr>
        <w:jc w:val="right"/>
      </w:pPr>
      <w:r>
        <w:t>تو ان کے چچا ایک تھے، ابو لہب ان کا نام تھا۔ تو وہ آپ کے ساتھ نہیں دیا، انہوں نے آپ کے خلاف تھے وہ۔</w:t>
      </w:r>
    </w:p>
    <w:p>
      <w:r>
        <w:rPr>
          <w:b/>
        </w:rPr>
        <w:t xml:space="preserve">[22:11] </w:t>
      </w:r>
      <w:r>
        <w:t>to abu lahab ne yeh sunne ke baad kaha, "taballaka sairan lialyoom, ama jama'atana illa lihaza." tumhara bura ho, usi baat ko batane ke liye hum ko yahan bulaya tha.</w:t>
      </w:r>
    </w:p>
    <w:p>
      <w:pPr>
        <w:jc w:val="right"/>
      </w:pPr>
      <w:r>
        <w:t>تو ابو لہب نے یہ سننے کے بعد کہا، "تبلک سائر الیوم، اما جماعتنا الا لہذا۔" تمہارا برا ہو، اسی بات کو بتانے کے لیے ہم کو یہاں بلایا تھا۔</w:t>
      </w:r>
    </w:p>
    <w:p>
      <w:r>
        <w:rPr>
          <w:b/>
        </w:rPr>
        <w:t xml:space="preserve">[22:25] </w:t>
      </w:r>
      <w:r>
        <w:t>us ko bohat choti si baat lagi un ko.</w:t>
      </w:r>
    </w:p>
    <w:p>
      <w:pPr>
        <w:jc w:val="right"/>
      </w:pPr>
      <w:r>
        <w:t>اس کو بہت چھوٹی سی بات لگی ان کو۔</w:t>
      </w:r>
    </w:p>
    <w:p>
      <w:r>
        <w:rPr>
          <w:b/>
        </w:rPr>
        <w:t xml:space="preserve">[22:29] </w:t>
      </w:r>
      <w:r>
        <w:t>isi tarah is zamane mein jo tareeqay aap ne ikhtiyar kiye dawat dene ke, to ek yeh tha ke aap ne apni family ko, yani bani hashim ko ikhatta kiya.</w:t>
      </w:r>
    </w:p>
    <w:p>
      <w:pPr>
        <w:jc w:val="right"/>
      </w:pPr>
      <w:r>
        <w:t>اسی طرح اس زمانے میں جو طریقے آپ نے اختیار کیے دعوت دینے کے، تو ایک یہ تھا کہ آپ نے اپنی فیملی کو، یعنی بنو ہاشم کو اکٹھا کیا۔</w:t>
      </w:r>
    </w:p>
    <w:p>
      <w:r>
        <w:rPr>
          <w:b/>
        </w:rPr>
        <w:t xml:space="preserve">[22:42] </w:t>
      </w:r>
      <w:r>
        <w:t>aur wahan par aap ne arrange kiya kuch un ke liye, kuch lunch ya dinner type ki cheez. to woh simple sa tha, woh sirf doodh tha, bas aur kuch nahi.</w:t>
      </w:r>
    </w:p>
    <w:p>
      <w:pPr>
        <w:jc w:val="right"/>
      </w:pPr>
      <w:r>
        <w:t>اور وہاں پر آپ نے ارینج کیا کچھ ان کے لیے، کچھ لنچ یا ڈنر ٹائپ کی چیز۔ تو وہ سمپل سا تھا، وہ صرف دودھ تھا، بس اور کچھ نہیں۔</w:t>
      </w:r>
    </w:p>
    <w:p>
      <w:r>
        <w:rPr>
          <w:b/>
        </w:rPr>
        <w:t xml:space="preserve">[22:53] </w:t>
      </w:r>
      <w:r>
        <w:t>doodh matlab oont ka doodh. aur koi khana nahi tha, woh sirf doodh</w:t>
      </w:r>
    </w:p>
    <w:p>
      <w:pPr>
        <w:jc w:val="right"/>
      </w:pPr>
      <w:r>
        <w:t>دودھ مطلب اونٹ کا دودھ۔ اور کوئی کھانا نہیں تھا، وہ صرف دودھ</w:t>
      </w:r>
    </w:p>
    <w:p>
      <w:r>
        <w:rPr>
          <w:b/>
        </w:rPr>
        <w:t xml:space="preserve">[22:58] </w:t>
      </w:r>
      <w:r>
        <w:t>. to logon ne is zamane mein jo yani pyale hote the, zyada tar lakri ke pyale hote the, to logon ne piya, jab pi liya, pi kar ke sab sab ko yani poora ho gaya.</w:t>
      </w:r>
    </w:p>
    <w:p>
      <w:pPr>
        <w:jc w:val="right"/>
      </w:pPr>
      <w:r>
        <w:t>۔ تو لوگوں نے اس زمانے میں جو یعنی پیالے ہوتے تھے، زیادہ تر لکڑی کے پیالے ہوتے تھے، تو لوگوں نے پیا، جب پی لیا، پی کر کے سب سب کو یعنی پورا ہو گیا۔</w:t>
      </w:r>
    </w:p>
    <w:p>
      <w:r>
        <w:rPr>
          <w:b/>
        </w:rPr>
        <w:t xml:space="preserve">[23:16] </w:t>
      </w:r>
      <w:r>
        <w:t>to aap ne yeh sab aap ki family ke log the.</w:t>
      </w:r>
    </w:p>
    <w:p>
      <w:pPr>
        <w:jc w:val="right"/>
      </w:pPr>
      <w:r>
        <w:t>تو آپ نے یہ سب آپ کی فیملی کے لوگ تھے۔</w:t>
      </w:r>
    </w:p>
    <w:p>
      <w:r>
        <w:rPr>
          <w:b/>
        </w:rPr>
        <w:t xml:space="preserve">[23:21] </w:t>
      </w:r>
      <w:r>
        <w:t>aap ne kaha ke dekho, mujhe khuda ne peghambar banaya hai. aur mujhe yeh yeh responsibility di hai ke main khuda ki baat ko logon tak pahunchaun.</w:t>
      </w:r>
    </w:p>
    <w:p>
      <w:pPr>
        <w:jc w:val="right"/>
      </w:pPr>
      <w:r>
        <w:t>آپ نے کہا کہ دیکھو، مجھے خدا نے پیغمبر بنایا ہے۔ اور مجھے یہ یہ ریسپانسبیلٹی دی ہے کہ میں خدا کی بات کو لوگوں تک پہنچاؤں۔</w:t>
      </w:r>
    </w:p>
    <w:p>
      <w:r>
        <w:rPr>
          <w:b/>
        </w:rPr>
        <w:t xml:space="preserve">[23:33] </w:t>
      </w:r>
      <w:r>
        <w:t>to tum mujhe saath do. apni family walon se kaha ke tum mera saath do. to kitab mein aata hai ke ek aadmi ne bhi kuch haan nahi nahi kiya, sab sir jhukaye baithe rahe.</w:t>
      </w:r>
    </w:p>
    <w:p>
      <w:pPr>
        <w:jc w:val="right"/>
      </w:pPr>
      <w:r>
        <w:t>تو تم مجھے ساتھ دو۔ اپنی فیملی والوں سے کہا کہ تم میرا ساتھ دو۔ تو کتاب میں آتا ہے کہ ایک آدمی نے بھی کچھ ہاں نہیں نہیں کیا، سب سر جھکائے بیٹھے رہے۔</w:t>
      </w:r>
    </w:p>
    <w:p>
      <w:r>
        <w:rPr>
          <w:b/>
        </w:rPr>
        <w:t xml:space="preserve">[23:46] </w:t>
      </w:r>
      <w:r>
        <w:t>jo senior log the, senior. to phir ek bachcha khada hua.</w:t>
      </w:r>
    </w:p>
    <w:p>
      <w:pPr>
        <w:jc w:val="right"/>
      </w:pPr>
      <w:r>
        <w:t>جو سینئر لوگ تھے، سینئر۔ تو پھر ایک بچہ کھڑا ہوا۔</w:t>
      </w:r>
    </w:p>
    <w:p>
      <w:r>
        <w:rPr>
          <w:b/>
        </w:rPr>
        <w:t xml:space="preserve">[23:52] </w:t>
      </w:r>
      <w:r>
        <w:t>woh unki umar is waqt ghaliban gyarah saal ki thi. yeh wahi shakhs the jo unko hum ali ibn abi talib kehte hain, yani abu talib ke bete.</w:t>
      </w:r>
    </w:p>
    <w:p>
      <w:pPr>
        <w:jc w:val="right"/>
      </w:pPr>
      <w:r>
        <w:t>وہ ان کی عمر اس وقت غالباً گیارہ سال کی تھی۔ یہ وہی شخص تھے جو ان کو ہم علی ابن ابی طالب کہتے ہیں، یعنی ابو طالب کے بیٹے۔</w:t>
      </w:r>
    </w:p>
    <w:p>
      <w:r>
        <w:rPr>
          <w:b/>
        </w:rPr>
        <w:t xml:space="preserve">[24:01] </w:t>
      </w:r>
      <w:r>
        <w:t>to woh khade hue, apna paaon yani ooncha kar ke, jaise panje par paaon ooncha karte hain na, taake woh thoda sa bade dikhai dein woh.</w:t>
      </w:r>
    </w:p>
    <w:p>
      <w:pPr>
        <w:jc w:val="right"/>
      </w:pPr>
      <w:r>
        <w:t>تو وہ کھڑے ہوئے، اپنا پاؤں یعنی اونچا کر کے، جیسے پنجے پر پاؤں اونچا کرتے ہیں نا، تاکہ وہ تھوڑا سا بڑے دکھائی دیں وہ۔</w:t>
      </w:r>
    </w:p>
    <w:p>
      <w:r>
        <w:rPr>
          <w:b/>
        </w:rPr>
        <w:t xml:space="preserve">[24:13] </w:t>
      </w:r>
      <w:r>
        <w:t>to unhone kaha ke ke koi nahi bol raha hai, to chalen main aap ko saath dunga.</w:t>
      </w:r>
    </w:p>
    <w:p>
      <w:pPr>
        <w:jc w:val="right"/>
      </w:pPr>
      <w:r>
        <w:t>تو انہوں نے کہا کہ کہ کوئی نہیں بول رہا ہے، تو چلیں میں آپ کو ساتھ دوں گا۔</w:t>
      </w:r>
    </w:p>
    <w:p>
      <w:r>
        <w:rPr>
          <w:b/>
        </w:rPr>
        <w:t xml:space="preserve">[24:20] </w:t>
      </w:r>
      <w:r>
        <w:t>to aap ne kaha ke "ant ya ali, ant ya ali, aey ali tum, aey ali tum, phir tum to bachche ho abhi." to senior logon mein se koi ek bhi aadmi nahi utha jis ne kahe ke main aap ka saath hoon.</w:t>
      </w:r>
    </w:p>
    <w:p>
      <w:pPr>
        <w:jc w:val="right"/>
      </w:pPr>
      <w:r>
        <w:t>تو آپ نے کہا کہ "انت یا علی، انت یا علی، اے علی تم، اے علی تم، پھر تم تو بچے ہو ابھی۔" تو سینئر لوگوں میں سے کوئی ایک بھی آدمی نہیں اٹھا جس نے کہے کہ میں آپ کا ساتھ ہوں۔</w:t>
      </w:r>
    </w:p>
    <w:p>
      <w:r>
        <w:rPr>
          <w:b/>
        </w:rPr>
        <w:t xml:space="preserve">[24:35] </w:t>
      </w:r>
      <w:r>
        <w:t>unhone saath diya aap ka.</w:t>
      </w:r>
    </w:p>
    <w:p>
      <w:pPr>
        <w:jc w:val="right"/>
      </w:pPr>
      <w:r>
        <w:t>انہوں نے ساتھ دیا آپ کا۔</w:t>
      </w:r>
    </w:p>
    <w:p>
      <w:r>
        <w:rPr>
          <w:b/>
        </w:rPr>
        <w:t xml:space="preserve">[24:38] </w:t>
      </w:r>
      <w:r>
        <w:t>to isi liye mana jata hai ke shuru ke douran jo log aap par iman laye, jo shuru ke jo believers the, un mein warqa bin nofil, jo christian the, bachchon mein ali ibn abi talib,</w:t>
      </w:r>
    </w:p>
    <w:p>
      <w:pPr>
        <w:jc w:val="right"/>
      </w:pPr>
      <w:r>
        <w:t>تو اسی لیے مانا جاتا ہے کہ شروع کے دوران جو لوگ آپ پر ایمان لائے، جو شروع کے جو بیلیورز تھے، ان میں ورقہ بن نوفل، جو کرسچن تھے، بچوں میں علی ابن ابی طالب،</w:t>
      </w:r>
    </w:p>
    <w:p>
      <w:r>
        <w:rPr>
          <w:b/>
        </w:rPr>
        <w:t xml:space="preserve">[24:54] </w:t>
      </w:r>
      <w:r>
        <w:t>khawateen mein khadija. to is tarah se aap ka mission shuru hua.</w:t>
      </w:r>
    </w:p>
    <w:p>
      <w:pPr>
        <w:jc w:val="right"/>
      </w:pPr>
      <w:r>
        <w:t>خواتین میں خدیجہ۔ تو اس طریقے سے آپ کا مشن شروع ہوا۔</w:t>
      </w:r>
    </w:p>
    <w:p>
      <w:r>
        <w:rPr>
          <w:b/>
        </w:rPr>
        <w:t xml:space="preserve">[25:05] </w:t>
      </w:r>
      <w:r>
        <w:t>to aap jante hain ke makkah mein is zamane mein shirk tha, yani idol worship thi, beton ko poojte the. aur makkah mein kaaba tha, jo hazrat ibrahim ke zamane se chala aa raha tha.</w:t>
      </w:r>
    </w:p>
    <w:p>
      <w:pPr>
        <w:jc w:val="right"/>
      </w:pPr>
      <w:r>
        <w:t>تو آپ جانتے ہیں کہ مکہ میں اس زمانے میں شرک تھا، یعنی آئیڈول ورشپ تھی، بتوں کو پوجتے تھے۔ اور مکہ میں کعبہ تھا، جو حضرت ابراہیم کے زمانے سے چلا آ رہا تھا۔</w:t>
      </w:r>
    </w:p>
    <w:p>
      <w:r>
        <w:rPr>
          <w:b/>
        </w:rPr>
        <w:t xml:space="preserve">[25:20] </w:t>
      </w:r>
      <w:r>
        <w:t>kaaba ka matlab tha most sacred place. to in logon ka chunke woh qabza tha kaaba par, to kaaba ke andar unhone but rakh diya tha unhone.</w:t>
      </w:r>
    </w:p>
    <w:p>
      <w:pPr>
        <w:jc w:val="right"/>
      </w:pPr>
      <w:r>
        <w:t>کعبہ کا معنی تھا موسٹ سیکرٹ پلیس۔ تو ان لوگوں کا چونکہ وہ قبضہ تھا کعبہ پر، تو کعبہ کے اندر انہوں نے بت رکھ دیا تھا انہوں نے۔</w:t>
      </w:r>
    </w:p>
    <w:p>
      <w:r>
        <w:rPr>
          <w:b/>
        </w:rPr>
        <w:t xml:space="preserve">[25:29] </w:t>
      </w:r>
      <w:r>
        <w:t>agarche woh allah ko mante the, lafz allah jo hai islam se pehle arab mein maujood tha.</w:t>
      </w:r>
    </w:p>
    <w:p>
      <w:pPr>
        <w:jc w:val="right"/>
      </w:pPr>
      <w:r>
        <w:t>اگرچہ وہ اللہ کو مانتے تھے، لفظ اللہ جو ہے اسلام سے پہلے عرب میں موجود تھا۔</w:t>
      </w:r>
    </w:p>
    <w:p>
      <w:r>
        <w:rPr>
          <w:b/>
        </w:rPr>
        <w:t xml:space="preserve">[25:36] </w:t>
      </w:r>
      <w:r>
        <w:t>aisa nahi ke lafz allah baad ko aaya hai. in logon ke haan bhi allah ka lafz bola jata tha. lekin allah ke sath woh partner mante the, partner.</w:t>
      </w:r>
    </w:p>
    <w:p>
      <w:pPr>
        <w:jc w:val="right"/>
      </w:pPr>
      <w:r>
        <w:t>ایسا نہیں کہ لفظ اللہ بعد کو آیا ہے۔ ان لوگوں کے ہاں بھی اللہ کا لفظ بولا جاتا تھا۔ لیکن اللہ کے ساتھ وہ پارٹنر مانتے تھے، پارٹنر۔</w:t>
      </w:r>
    </w:p>
    <w:p>
      <w:r>
        <w:rPr>
          <w:b/>
        </w:rPr>
        <w:t xml:space="preserve">[25:47] </w:t>
      </w:r>
      <w:r>
        <w:t>to unka but jo tha, woh sach woh tha partner, khuda ka partner. to kaha jata hai ke 360 idols the kaaba mein.</w:t>
      </w:r>
    </w:p>
    <w:p>
      <w:pPr>
        <w:jc w:val="right"/>
      </w:pPr>
      <w:r>
        <w:t>تو ان کا بت جو تھا، وہ سچ وہ تھا پارٹنر، خدا کا پارٹنر۔ تو کہا جاتا ہے کہ 360 آئیڈلز تھے کعبہ میں۔</w:t>
      </w:r>
    </w:p>
    <w:p>
      <w:r>
        <w:rPr>
          <w:b/>
        </w:rPr>
        <w:t xml:space="preserve">[25:57] </w:t>
      </w:r>
      <w:r>
        <w:t>yeh teen 360 tribes ke woh but the.</w:t>
      </w:r>
    </w:p>
    <w:p>
      <w:pPr>
        <w:jc w:val="right"/>
      </w:pPr>
      <w:r>
        <w:t>یہ تین 360 ٹرائبز کے وہ بت تھے۔</w:t>
      </w:r>
    </w:p>
    <w:p>
      <w:r>
        <w:rPr>
          <w:b/>
        </w:rPr>
        <w:t xml:space="preserve">[26:03] </w:t>
      </w:r>
      <w:r>
        <w:t>wahan par yeh tha ke har qabile ka, har tribe ka alag alag but hua karta tha. jo haal hi ne kaha ke qabile qabile ka but ek juda tha.</w:t>
      </w:r>
    </w:p>
    <w:p>
      <w:pPr>
        <w:jc w:val="right"/>
      </w:pPr>
      <w:r>
        <w:t>وہاں پر یہ تھا کہ ہر قبیلے کا، ہر ٹرائب کا الگ الگ بت ہوا کرتا تھا۔ جو حال ہی نے کہا کہ قبیلے قبیلے کا بت ایک جدا تھا۔</w:t>
      </w:r>
    </w:p>
    <w:p>
      <w:r>
        <w:rPr>
          <w:b/>
        </w:rPr>
        <w:t xml:space="preserve">[26:12] </w:t>
      </w:r>
      <w:r>
        <w:t>kisi ka hubal tha, kisi ka sufa tha. to sab qabile ke idol ya but unhone kaaba mein ikhatta kar diye the.</w:t>
      </w:r>
    </w:p>
    <w:p>
      <w:pPr>
        <w:jc w:val="right"/>
      </w:pPr>
      <w:r>
        <w:t>کسی کا حبل تھا، کسی کا صفا تھا۔ تو سب قبیلے کے آئیڈل یا بت انہوں نے کعبہ میں اکٹھا کر دیے تھے۔</w:t>
      </w:r>
    </w:p>
    <w:p>
      <w:r>
        <w:rPr>
          <w:b/>
        </w:rPr>
        <w:t xml:space="preserve">[26:24] </w:t>
      </w:r>
      <w:r>
        <w:t>kyun? is se unka business chalta tha. kyunke makkah mein koi aur cheez thi nahi. koi source tha nahi aur.</w:t>
      </w:r>
    </w:p>
    <w:p>
      <w:pPr>
        <w:jc w:val="right"/>
      </w:pPr>
      <w:r>
        <w:t>کیوں؟ اس سے ان کا بزنس چلتا تھا۔ کیونکہ مکہ میں کوئی اور چیز تھی نہیں۔ کوئی سورس تھا نہیں اور۔</w:t>
      </w:r>
    </w:p>
    <w:p>
      <w:r>
        <w:rPr>
          <w:b/>
        </w:rPr>
        <w:t xml:space="preserve">[26:33] </w:t>
      </w:r>
      <w:r>
        <w:t>to ab saal bhar log aate the wahan. to ek tarah ki ek aur tourist industry thi. yani religious tourism keh sakte hain aap.</w:t>
      </w:r>
    </w:p>
    <w:p>
      <w:pPr>
        <w:jc w:val="right"/>
      </w:pPr>
      <w:r>
        <w:t>تو اب سال بھر لوگ آتے تھے وہاں۔ تو ایک طرح کی ایک اور ٹورسٹ انڈسٹری تھی۔ یعنی ریلیجس ٹورزم کہہ سکتے ہیں آپ۔</w:t>
      </w:r>
    </w:p>
    <w:p>
      <w:r>
        <w:rPr>
          <w:b/>
        </w:rPr>
        <w:t xml:space="preserve">[26:42] </w:t>
      </w:r>
      <w:r>
        <w:t>unke aane se wahan par aamdani hoti thi, market lagte the. woh over charrhawa charhate the, woh bhi unki aamdani is se hoti thi.</w:t>
      </w:r>
    </w:p>
    <w:p>
      <w:pPr>
        <w:jc w:val="right"/>
      </w:pPr>
      <w:r>
        <w:t>ان کے آنے سے وہاں پر آمدنی ہوتی تھی، مارکیٹ لگتے تھے۔ وہ اوور چڑھاوا چڑھاتے تھے، وہ بھی ان کی آمدنی اس سے ہوتی تھی۔</w:t>
      </w:r>
    </w:p>
    <w:p>
      <w:r>
        <w:rPr>
          <w:b/>
        </w:rPr>
        <w:t xml:space="preserve">[26:52] </w:t>
      </w:r>
      <w:r>
        <w:t>to unka jo idol worship thi unki, woh haqeeqat mein ek business thi.</w:t>
      </w:r>
    </w:p>
    <w:p>
      <w:pPr>
        <w:jc w:val="right"/>
      </w:pPr>
      <w:r>
        <w:t>تو ان کا جو آئیڈل ورشپ تھی ان کی، وہ حقیقت میں ایک بزنس تھی۔</w:t>
      </w:r>
    </w:p>
    <w:p>
      <w:r>
        <w:rPr>
          <w:b/>
        </w:rPr>
        <w:t xml:space="preserve">[26:59] </w:t>
      </w:r>
      <w:r>
        <w:t>to wahan par jo jagah thi makka mein assemble hone ki, wahi wahi jagah thi. koi aur jagah nahi thi jahan log assemble hote thay.</w:t>
      </w:r>
    </w:p>
    <w:p>
      <w:pPr>
        <w:jc w:val="right"/>
      </w:pPr>
      <w:r>
        <w:t>تو وہاں پر جو جگہ تھی مکہ میں اسمبل ہونے کی، وہی وہی جگہ تھی۔ کوئی اور جگہ نہیں تھی جہاں لوگ اسمبل ہوتے ہوں۔</w:t>
      </w:r>
    </w:p>
    <w:p>
      <w:r>
        <w:rPr>
          <w:b/>
        </w:rPr>
        <w:t xml:space="preserve">[27:10] </w:t>
      </w:r>
      <w:r>
        <w:t>to rasool Allah dekhiye, wahan jatay thay to wahan par but rakhe hue hain har taraf. buton ke muamle ko chheda nahi unhon ne.</w:t>
      </w:r>
    </w:p>
    <w:p>
      <w:pPr>
        <w:jc w:val="right"/>
      </w:pPr>
      <w:r>
        <w:t>تو رسول اللہ دیکھیے، وہاں جاتے تھے تو وہاں پر بت رکھے ہوئے ہیں ہر طرف۔ بتوں کے معاملے کو چھڑا نہیں انہوں نے۔</w:t>
      </w:r>
    </w:p>
    <w:p>
      <w:r>
        <w:rPr>
          <w:b/>
        </w:rPr>
        <w:t xml:space="preserve">[27:21] </w:t>
      </w:r>
      <w:r>
        <w:t>upar khamosh rahe. is zamane mein jo quran mein ayat utri thi, us mein tha ke "wasayab ka fath"</w:t>
      </w:r>
    </w:p>
    <w:p>
      <w:pPr>
        <w:jc w:val="right"/>
      </w:pPr>
      <w:r>
        <w:t>اوپر خاموش رہے۔ اس زمانے میں جو قرآن میں آیت اتری تھی، اس میں تھا کہ "وصیاب کا فتح"</w:t>
      </w:r>
    </w:p>
    <w:p>
      <w:r>
        <w:rPr>
          <w:b/>
        </w:rPr>
        <w:t xml:space="preserve">[27:30] </w:t>
      </w:r>
      <w:r>
        <w:t>yani apne aap ko purify karo. yeh nahi aya ke "watohir, watohir al kaaba min al islam" yani kaaba ko purify karo, yeh nahi aya.</w:t>
      </w:r>
    </w:p>
    <w:p>
      <w:pPr>
        <w:jc w:val="right"/>
      </w:pPr>
      <w:r>
        <w:t>یعنی اپنے آپ کو پیوریفائی کرو۔ یہ نہیں آیا کہ "وطاہر، وطاہر الکعبۃ من الاسلام" یعنی کعبہ کو پیوریفائی کرو، یہ نہیں آیا۔</w:t>
      </w:r>
    </w:p>
    <w:p>
      <w:r>
        <w:rPr>
          <w:b/>
        </w:rPr>
        <w:t xml:space="preserve">[27:40] </w:t>
      </w:r>
      <w:r>
        <w:t>yeh hukum nahi aya. apne aap ko pak karo. yeh bohat important baat hai samajhna ke islam, islami dawat ka starting point jo hai, woh kya hai.</w:t>
      </w:r>
    </w:p>
    <w:p>
      <w:pPr>
        <w:jc w:val="right"/>
      </w:pPr>
      <w:r>
        <w:t>یہ حکم نہیں آیا۔ اپنے آپ کو پاک کرو۔ یہ بہت امپورٹنٹ بات ہے سمجھنا کہ اسلام، اسلامی دعوت کا سٹارٹنگ پوائنٹ جو ہے، وہ کیا ہے۔</w:t>
      </w:r>
    </w:p>
    <w:p>
      <w:r>
        <w:rPr>
          <w:b/>
        </w:rPr>
        <w:t xml:space="preserve">[27:51] </w:t>
      </w:r>
      <w:r>
        <w:t>yeh ayat nahi utri ke kaaba mein but bhar rahe hain tum, to tum "watohir al kaaba min al islam" kaaba ko buton se pak karo</w:t>
      </w:r>
    </w:p>
    <w:p>
      <w:pPr>
        <w:jc w:val="right"/>
      </w:pPr>
      <w:r>
        <w:t>یہ آیت نہیں اتری کہ کعبہ میں بت بھر رہے ہیں تم، تو تم "وطاہر الکعبۃ من الاسلام" کعبہ کو بتوں سے پاک کرو</w:t>
      </w:r>
    </w:p>
    <w:p>
      <w:r>
        <w:rPr>
          <w:b/>
        </w:rPr>
        <w:t xml:space="preserve">[27:59] </w:t>
      </w:r>
      <w:r>
        <w:t>. aisi ayat koi nahi utri. "wasayab ka fath" yani apne aap ko purify karo, apne aap ko pak karo. to chunancha aap wahan jatay thay aur kaaba mein jo but thay, kabhi un ko aap ne touch nahi kiya.</w:t>
      </w:r>
    </w:p>
    <w:p>
      <w:pPr>
        <w:jc w:val="right"/>
      </w:pPr>
      <w:r>
        <w:t>۔ ایسی آیت کوئی نہیں اتری۔ "وصیاب کا فتح" یعنی اپنے آپ کو پیوریفائی کرو، اپنے آپ کو پاک کرو۔ تو چنانچہ آپ وہاں جاتے تھے اور کعبہ میں جو بت تھے، کبھی ان کو آپ نے ٹچ نہیں کیا۔</w:t>
      </w:r>
    </w:p>
    <w:p>
      <w:r>
        <w:rPr>
          <w:b/>
        </w:rPr>
        <w:t xml:space="preserve">[28:15] </w:t>
      </w:r>
      <w:r>
        <w:t>iska koi question nahi uthaya unhon ne. is ko ignore karte hue, is ko avoid karte hue, aap ne apni dawat di.</w:t>
      </w:r>
    </w:p>
    <w:p>
      <w:pPr>
        <w:jc w:val="right"/>
      </w:pPr>
      <w:r>
        <w:t>اس کا کوئی کوئسچن نہیں اٹھایا انہوں نے۔ اس کو اگنور کرتے ہوئے، اس کو اوائڈ کرتے ہوئے، آپ نے اپنی دعوت دی۔</w:t>
      </w:r>
    </w:p>
    <w:p>
      <w:r>
        <w:rPr>
          <w:b/>
        </w:rPr>
        <w:t xml:space="preserve">[28:25] </w:t>
      </w:r>
      <w:r>
        <w:t>aap ki dawat is zamane mein kya thi?</w:t>
      </w:r>
    </w:p>
    <w:p>
      <w:pPr>
        <w:jc w:val="right"/>
      </w:pPr>
      <w:r>
        <w:t>آپ کی دعوت اس زمانے میں کیا تھی؟</w:t>
      </w:r>
    </w:p>
    <w:p>
      <w:r>
        <w:rPr>
          <w:b/>
        </w:rPr>
        <w:t xml:space="preserve">[28:28] </w:t>
      </w:r>
      <w:r>
        <w:t>quran ka jo hissa utarta tha, us ko ja kar parh kar sunana. kitaab mein ata hai ke "alayhim al islam wa tal'a alayhim al quran" yani islam ko pesh karne ka jo tareeqa tha is zamane mein, woh kya tha?</w:t>
      </w:r>
    </w:p>
    <w:p>
      <w:pPr>
        <w:jc w:val="right"/>
      </w:pPr>
      <w:r>
        <w:t>قرآن کا جو حصہ اترتا تھا، اس کو جا کر پڑھ کر سنانا۔ کتاب میں آتا ہے کہ "علیہم الاسلام وطلع علیہم القرآن" یعنی اسلام کو پیش کرنے کا جو طریقہ تھا اس زمانے میں، وہ کیا تھا؟</w:t>
      </w:r>
    </w:p>
    <w:p>
      <w:r>
        <w:rPr>
          <w:b/>
        </w:rPr>
        <w:t xml:space="preserve">[28:44] </w:t>
      </w:r>
      <w:r>
        <w:t>hum keh sakte hain ke literature quran kya tha? is zamane ka literature tha. jis cheez ko aaj hum kehte hain literature, wahi to tha quran.</w:t>
      </w:r>
    </w:p>
    <w:p>
      <w:pPr>
        <w:jc w:val="right"/>
      </w:pPr>
      <w:r>
        <w:t>ہم کہہ سکتے ہیں کہ لٹریچر قرآن کیا تھا؟ اس زمانے کا لٹریچر تھا۔ جس چیز کو آج ہم کہتے ہیں لٹریچر، وہی تو تھا قرآن۔</w:t>
      </w:r>
    </w:p>
    <w:p>
      <w:r>
        <w:rPr>
          <w:b/>
        </w:rPr>
        <w:t xml:space="preserve">[28:55] </w:t>
      </w:r>
      <w:r>
        <w:t>to quran ko parh kar sunana aur buton ke bare mein khamosh rehna. is tarah se aap dawat aage barhatay rahe. to phir kya hua ke aap ke saathi hone lage, aap ki tadad barhne lagi.</w:t>
      </w:r>
    </w:p>
    <w:p>
      <w:pPr>
        <w:jc w:val="right"/>
      </w:pPr>
      <w:r>
        <w:t>تو قرآن کو پڑھ کر سنانا اور بتوں کے بارے میں خاموش رہنا۔ اس طرح سے آپ دعوت آگے بڑھاتے رہے۔ تو پھر کیا ہوا کہ آپ کے ساتھی ہونے لگے، آپ کی تعداد بڑھنے لگی۔</w:t>
      </w:r>
    </w:p>
    <w:p>
      <w:r>
        <w:rPr>
          <w:b/>
        </w:rPr>
        <w:t xml:space="preserve">[29:12] </w:t>
      </w:r>
      <w:r>
        <w:t>tab ja kar ke wahan ke jo sardar thay, woh thora chaukannay ho gaye.</w:t>
      </w:r>
    </w:p>
    <w:p>
      <w:pPr>
        <w:jc w:val="right"/>
      </w:pPr>
      <w:r>
        <w:t>تب جا کر کے وہاں کے جو سردار تھے، وہ تھوڑا چوکنے ہو گئے۔</w:t>
      </w:r>
    </w:p>
    <w:p>
      <w:r>
        <w:rPr>
          <w:b/>
        </w:rPr>
        <w:t xml:space="preserve">[29:19] </w:t>
      </w:r>
      <w:r>
        <w:t>yeh to hamara yani ab apna deen in ko khatre mein dikhai dene laga. to phir woh aap ke khilaf ho gaye.</w:t>
      </w:r>
    </w:p>
    <w:p>
      <w:pPr>
        <w:jc w:val="right"/>
      </w:pPr>
      <w:r>
        <w:t>یہ تو ہمارا یعنی اب اپنا دین ان کو خطرے میں دکھائی دینے لگا۔ تو پھر وہ آپ کے خلاف ہو گئے۔</w:t>
      </w:r>
    </w:p>
    <w:p>
      <w:r>
        <w:rPr>
          <w:b/>
        </w:rPr>
        <w:t xml:space="preserve">[29:32] </w:t>
      </w:r>
      <w:r>
        <w:t>aur is zamane mein jo culture tha tribes mein, to woh culture ke mutabiq woh aap ko maar peet nahi sakte thay.</w:t>
      </w:r>
    </w:p>
    <w:p>
      <w:pPr>
        <w:jc w:val="right"/>
      </w:pPr>
      <w:r>
        <w:t>اور اس زمانے میں جو کلچر تھا ٹرائبز میں، تو وہ کلچر کے مطابق وہ آپ کو مار پیٹ نہیں سکتے تھے۔</w:t>
      </w:r>
    </w:p>
    <w:p>
      <w:r>
        <w:rPr>
          <w:b/>
        </w:rPr>
        <w:t xml:space="preserve">[29:42] </w:t>
      </w:r>
      <w:r>
        <w:t>lekin aur har tareeqay se mukhalifat karte thay</w:t>
      </w:r>
    </w:p>
    <w:p>
      <w:pPr>
        <w:jc w:val="right"/>
      </w:pPr>
      <w:r>
        <w:t>لیکن اور ہر طریقے سے مخالفت کرتے تھے</w:t>
      </w:r>
    </w:p>
    <w:p>
      <w:r>
        <w:rPr>
          <w:b/>
        </w:rPr>
        <w:t xml:space="preserve">[29:46] </w:t>
      </w:r>
      <w:r>
        <w:t>woh. jaisay misaal ke tor par wahan shairi hoti thi. to unhon ne aap ka naam, aap ka naam jo aap ke dada ne rakha tha, woh to Muhammad tha.</w:t>
      </w:r>
    </w:p>
    <w:p>
      <w:pPr>
        <w:jc w:val="right"/>
      </w:pPr>
      <w:r>
        <w:t>وہ۔ جیسے مثال کے طور پر وہاں شاعری ہوتی تھی۔ تو انہوں نے آپ کا نام، آپ کا نام جو آپ کا نام جو آپ کے دادا نے رکھا تھا، وہ تو محمد تھا۔</w:t>
      </w:r>
    </w:p>
    <w:p>
      <w:r>
        <w:rPr>
          <w:b/>
        </w:rPr>
        <w:t xml:space="preserve">[29:57] </w:t>
      </w:r>
      <w:r>
        <w:t>yani parhezgari. Muhammad ke mani hotay hain parhezgari, yani tareef ke qabil. unhon ne keh diya aap ka Muzammim. Muzammim mani yani bura, yani mazammat wala aadmi, condemn karne wala, condemn karne ke qabil.</w:t>
      </w:r>
    </w:p>
    <w:p>
      <w:pPr>
        <w:jc w:val="right"/>
      </w:pPr>
      <w:r>
        <w:t>یعنی پرہیزوردی۔ محمد کے معنی ہوتے ہیں پرہیزوردی، یعنی تعریف کے قابل۔ انہوں نے کہہ دیا آپ کا مذمم۔ مذمم معنی یعنی برا، یعنی مذمت والا آدمی، کنڈم کرنے والا، کنڈم کرنے کے قابل۔</w:t>
      </w:r>
    </w:p>
    <w:p>
      <w:r>
        <w:rPr>
          <w:b/>
        </w:rPr>
        <w:t xml:space="preserve">[30:17] </w:t>
      </w:r>
      <w:r>
        <w:t>to Muzammim kehne lage un ko. rasool Allah ne kabhi is par objection nahi kiya. aik baar aisa hua ke aap bethe thay kaaba mein to aik shayar aya, us ne aap ke samne hi parha "Muzammiman wa deenahu wa amrahu wa sina" ke tum to Muzammim ho.</w:t>
      </w:r>
    </w:p>
    <w:p>
      <w:pPr>
        <w:jc w:val="right"/>
      </w:pPr>
      <w:r>
        <w:t>تو مذمم کہنے لگے ان کو۔ رسول اللہ نے کبھی اس پر ابجیکشن نہیں کیا۔ ایک بار ایسا ہوا کہ آپ بیٹھے تھے کعبہ میں تو ایک شاعر آیا، اس نے آپ کے سامنے ہی پڑھا "مذممنا ودینہ وامرہ وسینا" کہ تم تو مذمم ہو۔</w:t>
      </w:r>
    </w:p>
    <w:p>
      <w:r>
        <w:rPr>
          <w:b/>
        </w:rPr>
        <w:t xml:space="preserve">[30:41] </w:t>
      </w:r>
      <w:r>
        <w:t>to rasool Allah muskuraye is par.</w:t>
      </w:r>
    </w:p>
    <w:p>
      <w:pPr>
        <w:jc w:val="right"/>
      </w:pPr>
      <w:r>
        <w:t>تو رسول اللہ مسکرائے اس پر۔</w:t>
      </w:r>
    </w:p>
    <w:p>
      <w:r>
        <w:rPr>
          <w:b/>
        </w:rPr>
        <w:t xml:space="preserve">[30:44] </w:t>
      </w:r>
      <w:r>
        <w:t>to us waqt aap ke sath Hazrat Abu Bakr thay, jo Hazrat Abu Bakr shuru mein iman laye thay, bilkul shuru ke zamane mein.</w:t>
      </w:r>
    </w:p>
    <w:p>
      <w:pPr>
        <w:jc w:val="right"/>
      </w:pPr>
      <w:r>
        <w:t>تو اس وقت آپ کے ساتھ حضرت ابوبکر تھے، جو حضرت ابوبکر شروع میں ایمان لائے تھے، بالکل شروع کے زمانے میں۔</w:t>
      </w:r>
    </w:p>
    <w:p>
      <w:r>
        <w:rPr>
          <w:b/>
        </w:rPr>
        <w:t xml:space="preserve">[30:53] </w:t>
      </w:r>
      <w:r>
        <w:t>to rasool Allah ne se unhon ne kaha ke yeh aadmi aap ko Muzammim keh raha hai, aap kuch aur muskara rahe hain aap. to aap ne kaha ke Muzammim mera to naam hai nahi.</w:t>
      </w:r>
    </w:p>
    <w:p>
      <w:pPr>
        <w:jc w:val="right"/>
      </w:pPr>
      <w:r>
        <w:t>تو رسول اللہ نے سے انہوں نے کہا کہ یہ آدمی آپ کو مذمم کہہ رہا ہے، آپ کچھ اور مسکرا رہے ہیں آپ۔ تو آپ نے کہا کہ مذمم میرا تو نام ہے نہیں۔</w:t>
      </w:r>
    </w:p>
    <w:p>
      <w:r>
        <w:rPr>
          <w:b/>
        </w:rPr>
        <w:t xml:space="preserve">[31:06] </w:t>
      </w:r>
      <w:r>
        <w:t>jis ka naam hai, us par parhe gi yeh baat us ki.</w:t>
      </w:r>
    </w:p>
    <w:p>
      <w:pPr>
        <w:jc w:val="right"/>
      </w:pPr>
      <w:r>
        <w:t>جس کا نام ہے، اس پر پڑھے گی یہ بات اس کی۔</w:t>
      </w:r>
    </w:p>
    <w:p>
      <w:r>
        <w:rPr>
          <w:b/>
        </w:rPr>
        <w:t xml:space="preserve">[31:09] </w:t>
      </w:r>
      <w:r>
        <w:t>yani jo parh raha hai, woh sab woh baatein us par parhein gi jo jis ka naam ho Muzammim. mera naam to Muhammad hai.</w:t>
      </w:r>
    </w:p>
    <w:p>
      <w:pPr>
        <w:jc w:val="right"/>
      </w:pPr>
      <w:r>
        <w:t>یعنی جو پڑھ رہا ہے، وہ سب وہ باتیں اس پر پڑھیں گی جو جس کا نام ہو مذمم۔ میرا نام تو محمد ہے۔</w:t>
      </w:r>
    </w:p>
    <w:p>
      <w:r>
        <w:rPr>
          <w:b/>
        </w:rPr>
        <w:t xml:space="preserve">[31:19] </w:t>
      </w:r>
      <w:r>
        <w:t>yani koi yeh kahe ke Muzammim aisa aadmi hai, Muzammim waisa aadmi hai, to jo Muzammim jis ka naam hoga, us se parhe gi yeh baatein. mera naam to Muhammad hai, to mere upar to parhne wali hai hi nahi baatein.</w:t>
      </w:r>
    </w:p>
    <w:p>
      <w:pPr>
        <w:jc w:val="right"/>
      </w:pPr>
      <w:r>
        <w:t>یعنی کوئی یہ کہے کہ مذمم ایسا آدمی ہے، مذمم ویسا آدمی ہے، تو جو مذمم جس کا نام ہوگا، اس سے پڑھے گی یہ باتیں۔ میرا نام تو محمد ہے، تو میرے اوپر تو پڑھنے والی ہے ہی نہیں باتیں۔</w:t>
      </w:r>
    </w:p>
    <w:p>
      <w:r>
        <w:rPr>
          <w:b/>
        </w:rPr>
        <w:t xml:space="preserve">[31:31] </w:t>
      </w:r>
      <w:r>
        <w:t>is tarah avoid karte rahe aap. yeh hai avoid karne ka tareeqa.</w:t>
      </w:r>
    </w:p>
    <w:p>
      <w:pPr>
        <w:jc w:val="right"/>
      </w:pPr>
      <w:r>
        <w:t>اس طرح اوائڈ کرتے رہے آپ۔ یہ ہے اوائڈ کرنے کا طریقہ۔</w:t>
      </w:r>
    </w:p>
    <w:p>
      <w:r>
        <w:rPr>
          <w:b/>
        </w:rPr>
        <w:t xml:space="preserve">[31:38] </w:t>
      </w:r>
      <w:r>
        <w:t>lekin jab tadad barhti gayi to itne un ki un ka jo hospitality thi, wahi barhti chali gayi. barhti chali gayi.</w:t>
      </w:r>
    </w:p>
    <w:p>
      <w:pPr>
        <w:jc w:val="right"/>
      </w:pPr>
      <w:r>
        <w:t>لیکن جب تعداد بڑھتی گئی تو اتنے ان کی ان کا جو ہاسٹیلٹی تھی، وہی بڑھتی چلی گئی۔ بڑھتی چلی گئی۔</w:t>
      </w:r>
    </w:p>
    <w:p>
      <w:r>
        <w:rPr>
          <w:b/>
        </w:rPr>
        <w:t xml:space="preserve">[31:48] </w:t>
      </w:r>
      <w:r>
        <w:t>aur unhon ne koshish ki ke aap se interaction na hone paye logon ka. jaise ek sahab aaye, yaani bahar se aate the log, aur aap ja kar un ko quran sunate the.</w:t>
      </w:r>
    </w:p>
    <w:p>
      <w:pPr>
        <w:jc w:val="right"/>
      </w:pPr>
      <w:r>
        <w:t>اور انہوں نے کوشش کی کہ آپ سے انٹریکشن نہ ہونے پائے لوگوں کا۔ جیسے ایک صاحب آئے، یعنی باہر سے آتے تھے لوگ، اور آپ جا کر ان کو قرآن سناتے تھے۔</w:t>
      </w:r>
    </w:p>
    <w:p>
      <w:r>
        <w:rPr>
          <w:b/>
        </w:rPr>
        <w:t xml:space="preserve">[32:02] </w:t>
      </w:r>
      <w:r>
        <w:t>ek sahab aaye to quraish ke kuch sardar jo the, wahan pahunche, un se kaha ke dekho bhai, yeh aadmi jo hai, is ke paas mat jana.</w:t>
      </w:r>
    </w:p>
    <w:p>
      <w:pPr>
        <w:jc w:val="right"/>
      </w:pPr>
      <w:r>
        <w:t>ایک صاحب آئے تو قریش کے کچھ سردار جو تھے، وہاں پہنچے، ان سے کہا کہ دیکھو بھئی، یہ آدمی جو ہے، اس کے پاس مت جانا۔</w:t>
      </w:r>
    </w:p>
    <w:p>
      <w:r>
        <w:rPr>
          <w:b/>
        </w:rPr>
        <w:t xml:space="preserve">[32:14] </w:t>
      </w:r>
      <w:r>
        <w:t>yeh magician hai, magician. yeh tum ko behka de ga.</w:t>
      </w:r>
    </w:p>
    <w:p>
      <w:pPr>
        <w:jc w:val="right"/>
      </w:pPr>
      <w:r>
        <w:t>یہ میجیشن ہے، میجیشن۔ یہ تم کو بہکا دے گا۔</w:t>
      </w:r>
    </w:p>
    <w:p>
      <w:r>
        <w:rPr>
          <w:b/>
        </w:rPr>
        <w:t xml:space="preserve">[32:20] </w:t>
      </w:r>
      <w:r>
        <w:t>to kitab mein aata hai ke unhon ne apne kaan mein rooi daal li, is ki baat mere kaan mein na paray. aur kaaba jaate the, woh rasool Allah bhi the, hote the kaaba mein kisi corner mein, woh us corner mein chalay gaye, apna jo karna tha kar ke wapas gaye.</w:t>
      </w:r>
    </w:p>
    <w:p>
      <w:pPr>
        <w:jc w:val="right"/>
      </w:pPr>
      <w:r>
        <w:t>تو کتاب میں آتا ہے کہ انہوں نے اپنے کان میں روئی ڈال لی، اس کی بات میرے کان میں نہ پڑے۔ اور کعبہ جاتے تھے، وہ رسول اللہ بھی تھے، ہوتے تھے کعبہ میں کسی کارنر میں، وہ اس کارنر میں چلے گئے، اپنا جو کرنا تھا کر کے واپس گئے۔</w:t>
      </w:r>
    </w:p>
    <w:p>
      <w:r>
        <w:rPr>
          <w:b/>
        </w:rPr>
        <w:t xml:space="preserve">[32:34] </w:t>
      </w:r>
      <w:r>
        <w:t>to kai din woh makkah mein rahe, is tareeqay se silsila raha. to ek din woh kehte hain ke ek din mere dimaagh mein aaya ke main bhi samajhdaar hoon, senior hoon, to aisi kya baat hai ke woh mujhe beh</w:t>
      </w:r>
    </w:p>
    <w:p>
      <w:pPr>
        <w:jc w:val="right"/>
      </w:pPr>
      <w:r>
        <w:t>تو کئی دن وہ مکہ میں رہے، اس طریقے سے سلسلہ رہا۔ تو ایک دن وہ کہتے ہیں کہ ایک دن میرے دماغ میں آیا کہ میں بھی سمجھدار ہوں، سینئر ہوں، تو ایسی کیا بات ہے کہ وہ مجھے بہ</w:t>
      </w:r>
    </w:p>
    <w:p>
      <w:r>
        <w:rPr>
          <w:b/>
        </w:rPr>
        <w:t xml:space="preserve">[32:47] </w:t>
      </w:r>
      <w:r>
        <w:t>ka de? to rooi phenk diya unhon ne aur gaye ke bhai tum kon ho? kya message tumhara hai? to rasool Allah ne aap ko surah fatiha parh kar sunai, jo abhi bhi aap quran ke pehla chapter hai, aap sab log ko yaad hoga.</w:t>
      </w:r>
    </w:p>
    <w:p>
      <w:pPr>
        <w:jc w:val="right"/>
      </w:pPr>
      <w:r>
        <w:t>کا دے؟ تو روئی پھینک دیا انہوں نے اور گئے کہ بھئی تم کون ہو؟ کیا میسج تمہارا ہے؟ تو رسول اللہ نے آپ کو سورہ فاتحہ پڑھ کر سنائی، جو ابھی بھی آپ قرآن کے پہلا چیپٹر ہے، آپ سب لوگ کو یاد ہوگا۔</w:t>
      </w:r>
    </w:p>
    <w:p>
      <w:r>
        <w:rPr>
          <w:b/>
        </w:rPr>
        <w:t xml:space="preserve">[33:05] </w:t>
      </w:r>
      <w:r>
        <w:t>bohat dhiyan se suna unhon ne. sun kar woh kehte hain, kya hai woh?</w:t>
      </w:r>
    </w:p>
    <w:p>
      <w:pPr>
        <w:jc w:val="right"/>
      </w:pPr>
      <w:r>
        <w:t>بہت دھیان سے سنا انہوں نے۔ سن کر وہ کہتے ہیں، کیا ہے وہ؟</w:t>
      </w:r>
    </w:p>
    <w:p>
      <w:r>
        <w:rPr>
          <w:b/>
        </w:rPr>
        <w:t xml:space="preserve">[33:13] </w:t>
      </w:r>
      <w:r>
        <w:t>ke yeh to, yeh to, yeh to kalam kiya hai? yeh to samandar hai.</w:t>
      </w:r>
    </w:p>
    <w:p>
      <w:pPr>
        <w:jc w:val="right"/>
      </w:pPr>
      <w:r>
        <w:t>کہ یہ تو، یہ تو، یہ تو کلام کیا ہے؟ یہ تو سمندر ہے۔</w:t>
      </w:r>
    </w:p>
    <w:p>
      <w:r>
        <w:rPr>
          <w:b/>
        </w:rPr>
        <w:t xml:space="preserve">[33:20] </w:t>
      </w:r>
      <w:r>
        <w:t>yeh samandar hai, is ke andar to yaani itni wisdom hai. isi waqt woh aap ke momin ban gaye. is waqay se andaaza kar sakte hain ke woh jo log the, woh kitna zyada nature pe hua karte the.</w:t>
      </w:r>
    </w:p>
    <w:p>
      <w:pPr>
        <w:jc w:val="right"/>
      </w:pPr>
      <w:r>
        <w:t>یہ سمندر ہے، اس کے اندر تو یعنی اتنی وزڈم ہے۔ اسی وقت وہ آپ کے مومن بن گئے۔ اس واقعے سے اندازہ کر سکتے ہیں کہ وہ جو لوگ تھے، وہ کتنا زیادہ نیچر پہ ہوا کرتے تھے۔</w:t>
      </w:r>
    </w:p>
    <w:p>
      <w:r>
        <w:rPr>
          <w:b/>
        </w:rPr>
        <w:t xml:space="preserve">[33:35] </w:t>
      </w:r>
      <w:r>
        <w:t>yahan main aap ko yaad dilaoon ke is zamanay mein ek bohat word use hota tha, almarwah. almarwah. almarwah ke maani hote hain mindfulness.</w:t>
      </w:r>
    </w:p>
    <w:p>
      <w:pPr>
        <w:jc w:val="right"/>
      </w:pPr>
      <w:r>
        <w:t>یہاں میں آپ کو یاد دلاؤں کہ اس زمانے میں ایک بہت ورڈ یوز ہوتا تھا، المروہ۔ المروہ۔ المروہ کے معنی ہوتے ہیں مائنڈلینس۔</w:t>
      </w:r>
    </w:p>
    <w:p>
      <w:r>
        <w:rPr>
          <w:b/>
        </w:rPr>
        <w:t xml:space="preserve">[33:46] </w:t>
      </w:r>
      <w:r>
        <w:t>mindfulness. yaani insani qualities. insaan ke andar by nature jo qualities hain, woh kisi mein pai jayen to woh us ko kehte the ke us ke andar almarwah hai.</w:t>
      </w:r>
    </w:p>
    <w:p>
      <w:pPr>
        <w:jc w:val="right"/>
      </w:pPr>
      <w:r>
        <w:t>مائنڈلینس۔ یعنی انسانی کوالٹیز۔ انسان کے اندر بائی نیچر جو کوالٹیز ہیں، وہ کسی میں پائی جائیں تو وہ اس کو کہتے تھے کہ اس کے اندر المروہ ہے۔</w:t>
      </w:r>
    </w:p>
    <w:p>
      <w:r>
        <w:rPr>
          <w:b/>
        </w:rPr>
        <w:t xml:space="preserve">[33:58] </w:t>
      </w:r>
      <w:r>
        <w:t>aaj kal insaan jo hai, aap jante hain ke sab artificial ho gaya hai. logon ki jo qualities jo hain, nature wali hain, woh sab badal gayi hain.</w:t>
      </w:r>
    </w:p>
    <w:p>
      <w:pPr>
        <w:jc w:val="right"/>
      </w:pPr>
      <w:r>
        <w:t>آج کل انسان جو ہے، آپ جانتے ہیں کہ سب آرٹیفیشل ہو گیا ہے۔ لوگوں کی جو کوالٹیز جو ہیں، نیچر والی ہیں، وہ سب بدل گئی ہیں۔</w:t>
      </w:r>
    </w:p>
    <w:p>
      <w:r>
        <w:rPr>
          <w:b/>
        </w:rPr>
        <w:t xml:space="preserve">[34:09] </w:t>
      </w:r>
      <w:r>
        <w:t>itna mahaul bigra hua hai. lekin arab makkah ka jo mahaul tha, woh to desert tha, woh har taraf charon taraf desert. wahan par abhi woh sab cheezain nahi aayi thi, woh culture aur woh civilization aur woh sab cheezain wahan nahi</w:t>
      </w:r>
    </w:p>
    <w:p>
      <w:pPr>
        <w:jc w:val="right"/>
      </w:pPr>
      <w:r>
        <w:t>اتنا ماحول بگڑا ہوا ہے۔ لیکن عرب مکہ کا جو ماحول تھا، وہ تو ڈیزرٹ تھا، وہ ہر طرف چاروں طرف ڈیزرٹ۔ وہاں پر ابھی وہ سب چیزیں نہیں آئی تھیں، وہ کلچر اور وہ سویلائزیشن اور وہ سب چیزیں وہاں نہیں</w:t>
      </w:r>
    </w:p>
    <w:p>
      <w:r>
        <w:rPr>
          <w:b/>
        </w:rPr>
        <w:t xml:space="preserve">[34:25] </w:t>
      </w:r>
      <w:r>
        <w:t>aayi thi. to log nature pe hua karte the is zamanay mein. nature par. to un mein saadgi thi, simplicity thi, almarwah tha, yaani yaani insani qualities thi un ke andar.</w:t>
      </w:r>
    </w:p>
    <w:p>
      <w:pPr>
        <w:jc w:val="right"/>
      </w:pPr>
      <w:r>
        <w:t>آئی تھیں۔ تو لوگ نیچر پہ ہوا کرتے تھے اس زمانے میں۔ نیچر پر۔ تو ان میں سادگی تھی، سمپلیسٹی تھی، المروہ تھا، یعنی یعنی انسانی کوالٹیز تھیں ان کے اندر۔</w:t>
      </w:r>
    </w:p>
    <w:p>
      <w:r>
        <w:rPr>
          <w:b/>
        </w:rPr>
        <w:t xml:space="preserve">[34:38] </w:t>
      </w:r>
      <w:r>
        <w:t>to ek surah fatiha parh kar ke un ki samajh mein aa gayi sari baat. aur isi waqt unhon ne maan liya aap ko peghambar.</w:t>
      </w:r>
    </w:p>
    <w:p>
      <w:pPr>
        <w:jc w:val="right"/>
      </w:pPr>
      <w:r>
        <w:t>تو ایک سورہ فاتحہ پڑھ کر کے ان کی سمجھ میں آ گئی ساری بات۔ اور اسی وقت انہوں نے مان لیا آپ کو پیغمبر۔</w:t>
      </w:r>
    </w:p>
    <w:p>
      <w:r>
        <w:rPr>
          <w:b/>
        </w:rPr>
        <w:t xml:space="preserve">[34:48] </w:t>
      </w:r>
      <w:r>
        <w:t>lekin yahan pe log ek sawal karte hain ke jab itna zyada woh log almarwah حوالے se to itni mukhalifat kyun kiya unhon ne?</w:t>
      </w:r>
    </w:p>
    <w:p>
      <w:pPr>
        <w:jc w:val="right"/>
      </w:pPr>
      <w:r>
        <w:t>لیکن یہاں پہ لوگ ایک سوال کرتے ہیں کہ جب اتنا زیادہ وہ لوگ البرو حوالے سے تو اتنی مخالفت کیوں کیا انہوں نے؟</w:t>
      </w:r>
    </w:p>
    <w:p>
      <w:r>
        <w:rPr>
          <w:b/>
        </w:rPr>
        <w:t xml:space="preserve">[34:58] </w:t>
      </w:r>
      <w:r>
        <w:t>to is baat ko samjhiye ke aap in comparison that we understand, aap is compare kijiye makkah ka madine ka.</w:t>
      </w:r>
    </w:p>
    <w:p>
      <w:pPr>
        <w:jc w:val="right"/>
      </w:pPr>
      <w:r>
        <w:t>تو اس بات کو سمجھیے کہ آپ ان کمپیریزن دیٹ وی انڈرسٹینڈ، آپ اس کمپیئر کیجئے مکہ کا مدینے کا۔</w:t>
      </w:r>
    </w:p>
    <w:p>
      <w:r>
        <w:rPr>
          <w:b/>
        </w:rPr>
        <w:t xml:space="preserve">[35:08] </w:t>
      </w:r>
      <w:r>
        <w:t>ke makkah mein log aap ke itna hostile ho gaye, madine wale nahi hue. unhon ne welcome kiya.</w:t>
      </w:r>
    </w:p>
    <w:p>
      <w:pPr>
        <w:jc w:val="right"/>
      </w:pPr>
      <w:r>
        <w:t>کہ مکہ میں لوگ آپ کے اتنا ہاسٹائل ہو گئے، مدینے والے نہیں ہوئے۔ انہوں نے ویلکم کیا۔</w:t>
      </w:r>
    </w:p>
    <w:p>
      <w:r>
        <w:rPr>
          <w:b/>
        </w:rPr>
        <w:t xml:space="preserve">[35:18] </w:t>
      </w:r>
      <w:r>
        <w:t>is se samajh mein aati hai yeh baat ke makkah mein idol worship jo thi, un ka business tha. woh makkah mein kuch bhi nahi tha, na pani tha, na agriculture tha, na horticulture tha.</w:t>
      </w:r>
    </w:p>
    <w:p>
      <w:pPr>
        <w:jc w:val="right"/>
      </w:pPr>
      <w:r>
        <w:t>اس سے سمجھ میں آتی ہے یہ بات کہ مکہ میں آئیڈل ورشپ جو تھی، ان کا بزنس تھا۔ وہ مکہ میں کچھ بھی نہیں تھا، نہ پانی تھا، نہ ایگریکلچر تھا، نہ ہارٹیکلچر تھا۔</w:t>
      </w:r>
    </w:p>
    <w:p>
      <w:r>
        <w:rPr>
          <w:b/>
        </w:rPr>
        <w:t xml:space="preserve">[35:32] </w:t>
      </w:r>
      <w:r>
        <w:t>to is is batoon ki wajah se to wahan wahan tourism chalta tha. isi ki wajah se to wahan paisa aata tha. wahi usi wahi un ka source of income tha.</w:t>
      </w:r>
    </w:p>
    <w:p>
      <w:pPr>
        <w:jc w:val="right"/>
      </w:pPr>
      <w:r>
        <w:t>تو اس اس بتوں کی وجہ سے تو وہاں وہاں ٹورزم چلتا تھا۔ اسی کی وجہ سے تو وہاں پیسہ آتا تھا۔ وہی اسی وہی ان کا سورس آف انکم تھا۔</w:t>
      </w:r>
    </w:p>
    <w:p>
      <w:r>
        <w:rPr>
          <w:b/>
        </w:rPr>
        <w:t xml:space="preserve">[35:42] </w:t>
      </w:r>
      <w:r>
        <w:t>to woh samajhte the agar yahan par shirk khatam ho jaye to hamara business khatam. hum to bhookay maren ge phir.</w:t>
      </w:r>
    </w:p>
    <w:p>
      <w:pPr>
        <w:jc w:val="right"/>
      </w:pPr>
      <w:r>
        <w:t>تو وہ سمجھتے تھے اگر یہاں پر شرک ختم ہو جائے تو ہمارا بزنس ختم۔ ہم تو بھوکے مریں گے پھر۔</w:t>
      </w:r>
    </w:p>
    <w:p>
      <w:r>
        <w:rPr>
          <w:b/>
        </w:rPr>
        <w:t xml:space="preserve">[35:51] </w:t>
      </w:r>
      <w:r>
        <w:t>achha, madine ka mamla yeh tha ke wahan par pani tha, wahan horticulture bhi tha, agriculture bhi tha, business bhi wahan par tha.</w:t>
      </w:r>
    </w:p>
    <w:p>
      <w:pPr>
        <w:jc w:val="right"/>
      </w:pPr>
      <w:r>
        <w:t>اچھا، مدینے کا معاملہ یہ تھا کہ وہاں پر پانی تھا، وہاں ہارٹیکلچر بھی تھا، ایگریکلچر بھی تھا، بزنس بھی وہاں پر تھا۔</w:t>
      </w:r>
    </w:p>
    <w:p>
      <w:r>
        <w:rPr>
          <w:b/>
        </w:rPr>
        <w:t xml:space="preserve">[36:00] </w:t>
      </w:r>
      <w:r>
        <w:t>to un un ka jo tha, wahan bhi agarche shirk tha, lekin un ka superficial qism ka shirk tha. wahan koi gehrai mein nahi tha un ka shirk.</w:t>
      </w:r>
    </w:p>
    <w:p>
      <w:pPr>
        <w:jc w:val="right"/>
      </w:pPr>
      <w:r>
        <w:t>تو ان ان کا جو تھا، وہاں بھی اگرچہ شرک تھا، لیکن ان کا سپرفیشل قسم کا شرک تھا۔ وہاں کوئی گہرائی میں نہیں تھا ان کا شرک۔</w:t>
      </w:r>
    </w:p>
    <w:p>
      <w:r>
        <w:rPr>
          <w:b/>
        </w:rPr>
        <w:t xml:space="preserve">[36:09] </w:t>
      </w:r>
      <w:r>
        <w:t>to nihayat aasani se unhon ne shirk ko chhod diya aur tauheed ko maan liya. makkah wale jo hain, woh woh is maamle mein standard ho gaye.</w:t>
      </w:r>
    </w:p>
    <w:p>
      <w:pPr>
        <w:jc w:val="right"/>
      </w:pPr>
      <w:r>
        <w:t>تو نہایت آسانی سے انہوں نے شرک کو چھوڑ دیا اور توحید کو مان لیا۔ مکہ والے جو ہیں، وہ وہ اس معاملے میں سٹبرڈ ہو گئے۔</w:t>
      </w:r>
    </w:p>
    <w:p>
      <w:r>
        <w:rPr>
          <w:b/>
        </w:rPr>
        <w:t xml:space="preserve">[36:18] </w:t>
      </w:r>
      <w:r>
        <w:t>kyunke unka interest juda hua tha. aap jante hain ke jisse aadmi ka interest juda hua ho, wahan par aadmi bahut hi yaani uska sakht behaviour ho jata hai.</w:t>
      </w:r>
    </w:p>
    <w:p>
      <w:pPr>
        <w:jc w:val="right"/>
      </w:pPr>
      <w:r>
        <w:t>کیونکہ ان کا انٹرسٹ جڑا ہوا تھا۔ آپ جانتے ہیں کہ جس سے آدمی کا انٹرسٹ جڑا ہوا ہو، وہاں پر آدمی بہت ہی یعنی اس کا سخت بیہیویئر ہو جاتا ہے۔</w:t>
      </w:r>
    </w:p>
    <w:p>
      <w:r>
        <w:rPr>
          <w:b/>
        </w:rPr>
        <w:t xml:space="preserve">[36:32] </w:t>
      </w:r>
      <w:r>
        <w:t>to behal is tarah se chalta raha. aur jo makkah mein jo log the, jin mein zyada nature unka jaaga hua tha, woh aap ke saath hote gaye.</w:t>
      </w:r>
    </w:p>
    <w:p>
      <w:pPr>
        <w:jc w:val="right"/>
      </w:pPr>
      <w:r>
        <w:t>تو بہرحال اس طرح سے چلتا رہا۔ اور جو مکہ میں جو لوگ تھے، جن میں زیادہ نیچر ان کا جاگا ہوا تھا، وہ آپ کے ساتھ ہوتے گئے۔</w:t>
      </w:r>
    </w:p>
    <w:p>
      <w:r>
        <w:rPr>
          <w:b/>
        </w:rPr>
        <w:t xml:space="preserve">[36:48] </w:t>
      </w:r>
      <w:r>
        <w:t>yahan main ek waqia arz karoon. main main ne arz kiya ke main historical order mein baatein nahin bata raha hoon aap ko, balke doosre dhang se bata raha hoon. to</w:t>
      </w:r>
    </w:p>
    <w:p>
      <w:pPr>
        <w:jc w:val="right"/>
      </w:pPr>
      <w:r>
        <w:t>یہاں میں ایک واقعہ عرض کروں۔ میں میں نے عرض کیا کہ میں ہسٹوریکل آرڈر میں باتیں نہیں بتا رہا ہوں آپ کو، بلکہ دوسرے ڈھنگ سے بتا رہا ہوں۔ تو</w:t>
      </w:r>
    </w:p>
    <w:p>
      <w:r>
        <w:rPr>
          <w:b/>
        </w:rPr>
        <w:t xml:space="preserve">[36:58] </w:t>
      </w:r>
      <w:r>
        <w:t>wahan par ek khalid the, khalid ibn waleed, woh bahut baad ko woh imaan laye the. to woh jab jab rasool Allah hijrat kar ke madinah ja chuke the, tab ki baat hai.</w:t>
      </w:r>
    </w:p>
    <w:p>
      <w:pPr>
        <w:jc w:val="right"/>
      </w:pPr>
      <w:r>
        <w:t>وہاں پر ایک خالد تھے، خالد ابن ولید، وہ بہت بعد کو وہ ایمان لائے تھے۔ تو وہ جب جب رسول اللہ ہجرت کر کے مدینہ جا چکے تھے، تب کی بات ہے۔</w:t>
      </w:r>
    </w:p>
    <w:p>
      <w:r>
        <w:rPr>
          <w:b/>
        </w:rPr>
        <w:t xml:space="preserve">[37:12] </w:t>
      </w:r>
      <w:r>
        <w:t>to yeh makkah se gaye aur madinah ke border par pahunche to ek aur aadmi se mulaqaat hui.</w:t>
      </w:r>
    </w:p>
    <w:p>
      <w:pPr>
        <w:jc w:val="right"/>
      </w:pPr>
      <w:r>
        <w:t>تو یہ مکہ سے گئے اور مدینہ کے بارڈر پر پہنچے تو ایک اور آدمی سے ملاقات ہوئی۔</w:t>
      </w:r>
    </w:p>
    <w:p>
      <w:r>
        <w:rPr>
          <w:b/>
        </w:rPr>
        <w:t xml:space="preserve">[37:21] </w:t>
      </w:r>
      <w:r>
        <w:t>unka naam tha umar ibn al-aas. to unhon ne khalid se poocha, "abhi kahan ja rahe ho?"</w:t>
      </w:r>
    </w:p>
    <w:p>
      <w:pPr>
        <w:jc w:val="right"/>
      </w:pPr>
      <w:r>
        <w:t>ان کا نام تھا عمر ابن العاص۔ تو انہوں نے خالد سے پوچھا، "ابھی کہاں جا رہے ہو؟"</w:t>
      </w:r>
    </w:p>
    <w:p>
      <w:r>
        <w:rPr>
          <w:b/>
        </w:rPr>
        <w:t xml:space="preserve">[37:27] </w:t>
      </w:r>
      <w:r>
        <w:t>to ek jumla unhon ne kaha tha us ko sunane ke liye, main ne aap se yeh baat kahi. woh tha, unhon ne kaha ke "dalal nas fil islam falam yakad bihi taam" ke saare log to mohabbat ke saath ho gaye, jo jo man of taste the, jo people of taste the.</w:t>
      </w:r>
    </w:p>
    <w:p>
      <w:pPr>
        <w:jc w:val="right"/>
      </w:pPr>
      <w:r>
        <w:t>تو ایک جملہ انہوں نے کہا تھا اس کو سنانے کے لیے، میں نے آپ سے یہ بات کہی۔ وہ تھا، انہوں نے کہا کہ "دخل الناس فی الاسلام فلم یکاحد بہی طعام" کہ سارے لوگ تو محبت کے ساتھ ہو گئے، جو جو من آف ٹیسٹ تھے، جو پیپل آف ٹیسٹ تھے۔</w:t>
      </w:r>
    </w:p>
    <w:p>
      <w:r>
        <w:rPr>
          <w:b/>
        </w:rPr>
        <w:t xml:space="preserve">[37:44] </w:t>
      </w:r>
      <w:r>
        <w:t>ab to wahan kooda kabaad reh gaya hai. "dalal nas fil islam falam yaka</w:t>
      </w:r>
    </w:p>
    <w:p>
      <w:pPr>
        <w:jc w:val="right"/>
      </w:pPr>
      <w:r>
        <w:t>اب تو وہاں کوڑا کباڑ رہ گیا ہے۔ "دخل الناس فی الاسلام فلم یکا</w:t>
      </w:r>
    </w:p>
    <w:p>
      <w:r>
        <w:rPr>
          <w:b/>
        </w:rPr>
        <w:t xml:space="preserve">[37:50] </w:t>
      </w:r>
      <w:r>
        <w:t>had bihi taam" is ka translation yeh hai ke log dakhil ho gaye islam mein aur makkah mein koi man of taste nahin raha. is se aap samajh sakte hain ke kitna zabardast kaam tha rasool Allah ka.</w:t>
      </w:r>
    </w:p>
    <w:p>
      <w:pPr>
        <w:jc w:val="right"/>
      </w:pPr>
      <w:r>
        <w:t>حد بہی طعام" اس کا ٹرانسلیشن یہ ہے کہ لوگ داخل ہو گئے اسلام میں اور مکہ میں کوئی من آف ٹیسٹ نہیں رہا۔ اس سے آپ سمجھ سکتے ہیں کہ کتنا زبردست کام تھا رسول اللہ کا۔</w:t>
      </w:r>
    </w:p>
    <w:p>
      <w:r>
        <w:rPr>
          <w:b/>
        </w:rPr>
        <w:t xml:space="preserve">[38:03] </w:t>
      </w:r>
      <w:r>
        <w:t>yeh jo jo log crowd ikattha karte hain, is mein bheed ikattha hoti hai, yaani black and white sab is mein ikattha ho jate hain. woh tareeqa nahin tha aap ka. aap ka tareeqa tha ke aap logon ko tareeqa ke maani aap ka jo jo mission ka jo andaaz tha, to chhat chhat kar log aate the.</w:t>
      </w:r>
    </w:p>
    <w:p>
      <w:pPr>
        <w:jc w:val="right"/>
      </w:pPr>
      <w:r>
        <w:t>یہ جو جو لوگ کراؤڈ اکٹھا کرتے ہیں، اس میں بھیڑ اکٹھا ہوتی ہے، یعنی بلیک اینڈ وائٹ سب اس میں اکٹھا ہو جاتے ہیں۔ وہ طریقہ نہیں تھا آپ کا۔ آپ کا طریقہ تھا کہ آپ لوگوں کو طریقہ کے معنی آپ کا جو جو مشن کا جو انداز تھا، تو چھٹ چھٹ کر لوگ آتے تھے۔</w:t>
      </w:r>
    </w:p>
    <w:p>
      <w:r>
        <w:rPr>
          <w:b/>
        </w:rPr>
        <w:t xml:space="preserve">[38:20] </w:t>
      </w:r>
      <w:r>
        <w:t>aaj kal jo movement chalate hain log, is mein bheed ki bheed, crowd ki crowd ikattha ho jati hai, har qism ke log. isi liye aap dekhen ke ke woh violence bhi karte hain, loot maar bhi karte hain, aag lagate hain, sab kuch karte hain woh.</w:t>
      </w:r>
    </w:p>
    <w:p>
      <w:pPr>
        <w:jc w:val="right"/>
      </w:pPr>
      <w:r>
        <w:t>آج کل جو موومنٹ چلاتے ہیں لوگ، اس میں بھیڑ کی بھیڑ، کراؤڈ کی کراؤڈ اکٹھا ہو جاتی ہے، ہر قسم کے لوگ۔ اسی لیے آپ دیکھیں کہ کہ وہ وائلینس بھی کرتے ہیں، لوٹ مار بھی کرتے ہیں، آگ لگاتے ہیں، سب کچھ کرتے ہیں وہ۔</w:t>
      </w:r>
    </w:p>
    <w:p>
      <w:r>
        <w:rPr>
          <w:b/>
        </w:rPr>
        <w:t xml:space="preserve">[38:35] </w:t>
      </w:r>
      <w:r>
        <w:t>to rasool Allah ka jo tareeqa tha, woh aisa tha ke bahut hi selected, bahut hi yaani selected log aate the aap ke paas.</w:t>
      </w:r>
    </w:p>
    <w:p>
      <w:pPr>
        <w:jc w:val="right"/>
      </w:pPr>
      <w:r>
        <w:t>تو رسول اللہ کا جو طریقہ تھا، وہ ایسا تھا کہ بہت ہی سلیکٹڈ، بہت ہی یعنی سلیکٹڈ لوگ آتے تھے آپ کے پاس۔</w:t>
      </w:r>
    </w:p>
    <w:p>
      <w:r>
        <w:rPr>
          <w:b/>
        </w:rPr>
        <w:t xml:space="preserve">[38:43] </w:t>
      </w:r>
      <w:r>
        <w:t>isi ko main ne yeh sunaya aap ko ke unhon ne kaha ke "dalal nas fil islam falam yakad bihi taam" ke makkah ki society hamari thi, is mein jitne achhe log the, woh to chale gaye mohabbat ke saath, jo man of taste the.</w:t>
      </w:r>
    </w:p>
    <w:p>
      <w:pPr>
        <w:jc w:val="right"/>
      </w:pPr>
      <w:r>
        <w:t>اسی کو میں نے یہ سنایا آپ کو کہ انہوں نے کہا کہ "دخل الناس فی الاسلام فلم یکاحد بہی طعام" کہ مکہ کی سوسائٹی ہماری تھی، اس میں جتنے اچھے لوگ تھے، وہ تو چلے گئے محبت کے ساتھ، جو من آف ٹیسٹ تھے۔</w:t>
      </w:r>
    </w:p>
    <w:p>
      <w:r>
        <w:rPr>
          <w:b/>
        </w:rPr>
        <w:t xml:space="preserve">[38:57] </w:t>
      </w:r>
      <w:r>
        <w:t>ab wahan raah kahan gaya hai is ke ke is ke saath hum jeen? to hum ja rahe hain, hum bhi unhi ke saath ja rahe hain. to is tarah se chalta raha,</w:t>
      </w:r>
    </w:p>
    <w:p>
      <w:pPr>
        <w:jc w:val="right"/>
      </w:pPr>
      <w:r>
        <w:t>اب وہاں راہ کہاں گیا ہے اس کے کہ اس کے ساتھ ہم جیئیں؟ تو ہم جا رہے ہیں، ہم بھی انہی کے ساتھ جا رہے ہیں۔ تو اس طرح سے چلتا رہا،</w:t>
      </w:r>
    </w:p>
    <w:p>
      <w:r>
        <w:rPr>
          <w:b/>
        </w:rPr>
        <w:t xml:space="preserve">[39:07] </w:t>
      </w:r>
      <w:r>
        <w:t>yehahan tak ke jab unhon ne dekha, unhon ne ke aap ke followers ki ginti badh rahi hai aur un ko gaya, un ke liye ek ek risk ban gayi aap ke hamara jo culture hai, wohi khatam ho jayega, shirk culture, business khatam ho jayega.</w:t>
      </w:r>
    </w:p>
    <w:p>
      <w:pPr>
        <w:jc w:val="right"/>
      </w:pPr>
      <w:r>
        <w:t>یہاں تک کہ جب انہوں نے دیکھا، انہوں نے کہ آپ کے فالوورز کی گنتی بڑھ رہی ہے اور ان کو گیا، ان کے لیے ایک ایک رسک بن گئی آپ کہ ہمارا جو کلچر ہے، وہی ختم ہو جائے گا، شرک کلچر، بزنس ختم ہو جائے گا۔</w:t>
      </w:r>
    </w:p>
    <w:p>
      <w:r>
        <w:rPr>
          <w:b/>
        </w:rPr>
        <w:t xml:space="preserve">[39:27] </w:t>
      </w:r>
      <w:r>
        <w:t>to unhon ne faisla kiya ke aap ko maar dalen, yaani qatl ka faisla kiya.</w:t>
      </w:r>
    </w:p>
    <w:p>
      <w:pPr>
        <w:jc w:val="right"/>
      </w:pPr>
      <w:r>
        <w:t>تو انہوں نے فیصلہ کیا کہ آپ کو مار ڈالیں، یعنی قتل کا فیصلہ کیا۔</w:t>
      </w:r>
    </w:p>
    <w:p>
      <w:r>
        <w:rPr>
          <w:b/>
        </w:rPr>
        <w:t xml:space="preserve">[39:33] </w:t>
      </w:r>
      <w:r>
        <w:t>aisa wahan par hota nahin tha. yeh pehla waqia tha ke kisi ko is tarah se qatl kiya jaye. yeh arab ke tribal culture jo tha, us ke khilaf tha.</w:t>
      </w:r>
    </w:p>
    <w:p>
      <w:pPr>
        <w:jc w:val="right"/>
      </w:pPr>
      <w:r>
        <w:t>ایسا وہاں پر ہوتا نہیں تھا۔ یہ پہلا واقعہ تھا کہ کسی کو اس طرح سے قتل کیا جائے۔ یہ عرب کے ٹرائبل کلچر جو تھا، اس کے خلاف تھا۔</w:t>
      </w:r>
    </w:p>
    <w:p>
      <w:r>
        <w:rPr>
          <w:b/>
        </w:rPr>
        <w:t xml:space="preserve">[39:42] </w:t>
      </w:r>
      <w:r>
        <w:t>yeh isi liye unhon ne tay kiya ke sab log ikatthe mil kar aap pe talwar maaren. ek aadmi maarega to woh us ko log pakdenge ke tum ne kyun maara un ko?</w:t>
      </w:r>
    </w:p>
    <w:p>
      <w:pPr>
        <w:jc w:val="right"/>
      </w:pPr>
      <w:r>
        <w:t>یہ اسی لیے انہوں نے طے کیا کہ سب لوگ اکٹھے مل کر آپ پہ تلوار ماریں۔ ایک آدمی مارے گا تو وہ اس کو لوگ پکڑیں گے کہ تم نے کیوں مارا ان کو؟</w:t>
      </w:r>
    </w:p>
    <w:p>
      <w:r>
        <w:rPr>
          <w:b/>
        </w:rPr>
        <w:t xml:space="preserve">[39:53] </w:t>
      </w:r>
      <w:r>
        <w:t>kyunke arab culture ke khilaf kaam tum ne kyun kiya? lekin sab trib tribe ke log ikatthe hi maare hain un ko, to kis ko ab kaun pakdega?</w:t>
      </w:r>
    </w:p>
    <w:p>
      <w:pPr>
        <w:jc w:val="right"/>
      </w:pPr>
      <w:r>
        <w:t>کیونکہ عرب کلچر کے خلاف کام تم نے کیوں کیا؟ لیکن سب ٹرب ٹرائب کے لوگ اکٹھے ہی مارے ہیں ان کو، تو کس کو اب کون پکڑے گا؟</w:t>
      </w:r>
    </w:p>
    <w:p>
      <w:r>
        <w:rPr>
          <w:b/>
        </w:rPr>
        <w:t xml:space="preserve">[40:03] </w:t>
      </w:r>
      <w:r>
        <w:t>is tarah unhon ne dawood nadwah mein tay kiya. to Allah taala ke farishte ne aa ke bataya aap ko aur us waqt hukum ho gaya ke aap makkah chhod kar chale jayen.</w:t>
      </w:r>
    </w:p>
    <w:p>
      <w:pPr>
        <w:jc w:val="right"/>
      </w:pPr>
      <w:r>
        <w:t>اس طرح انہوں نے داؤد ندوہ میں طے کیا۔ تو اللہ تعالی کے فرشتے نے آ کے بتایا آپ کو اور اس وقت حکم ہو گیا کہ آپ مکہ چھوڑ کر چلے جائیں۔</w:t>
      </w:r>
    </w:p>
    <w:p>
      <w:r>
        <w:rPr>
          <w:b/>
        </w:rPr>
        <w:t xml:space="preserve">[40:17] </w:t>
      </w:r>
      <w:r>
        <w:t>to raat ke waqt aap nikle makkah se. yahan main ek baat aur arz kar doon ke jab hijrat jo hua thi, hui thi to is mein rasool Allah bhi gaye aur sahaba bhi gaye.</w:t>
      </w:r>
    </w:p>
    <w:p>
      <w:pPr>
        <w:jc w:val="right"/>
      </w:pPr>
      <w:r>
        <w:t>تو رات کے وقت آپ نکلے مکہ سے۔ یہاں میں ایک بات اور عرض کر دوں کہ جب ہجرت جو ہوا تھی، ہوئی تھی تو اس میں رسول اللہ بھی گئے اور صحابہ بھی گئے۔</w:t>
      </w:r>
    </w:p>
    <w:p>
      <w:r>
        <w:rPr>
          <w:b/>
        </w:rPr>
        <w:t xml:space="preserve">[40:29] </w:t>
      </w:r>
      <w:r>
        <w:t>to rasool Allah to raat ke andhere mein nikal ke chale gaye the,</w:t>
      </w:r>
    </w:p>
    <w:p>
      <w:pPr>
        <w:jc w:val="right"/>
      </w:pPr>
      <w:r>
        <w:t>تو رسول اللہ تو رات کے اندھیرے میں نکل کے چلے گئے تھے،</w:t>
      </w:r>
    </w:p>
    <w:p>
      <w:r>
        <w:rPr>
          <w:b/>
        </w:rPr>
        <w:t xml:space="preserve">[40:33] </w:t>
      </w:r>
      <w:r>
        <w:t>kisi ko khabar nahin hui. yahan yeh bhi aap ko arz kar doon ke is zamane mein jo jo culture tha, ghar mein ghuste nahin the woh, yaani bahar woh aaye maarne ke liye raat ke waqt, lekin ghuse nahin ghar mein.</w:t>
      </w:r>
    </w:p>
    <w:p>
      <w:pPr>
        <w:jc w:val="right"/>
      </w:pPr>
      <w:r>
        <w:t>کسی کو خبر نہیں ہوئی۔ یہاں یہ بھی آپ کو عرض کر دوں کہ اس زمانے میں جو جو کلچر تھا، گھر میں گھستے نہیں تھے وہ، یعنی باہر وہ آئے مارنے کے لیے رات کے وقت، لیکن گھسے نہیں گھر میں۔</w:t>
      </w:r>
    </w:p>
    <w:p>
      <w:r>
        <w:rPr>
          <w:b/>
        </w:rPr>
        <w:t xml:space="preserve">[40:50] </w:t>
      </w:r>
      <w:r>
        <w:t>ab to koi culture nahin hai, koi tehzeeb nahin hai, ghus jayenge. woh tha ke jab yeh niklenge bahar, tab hamein maarna hai un ko. ghus kar nahin maar sakte, jahan ladies hoti hain, koi bhi hota hai.</w:t>
      </w:r>
    </w:p>
    <w:p>
      <w:pPr>
        <w:jc w:val="right"/>
      </w:pPr>
      <w:r>
        <w:t>اب تو کوئی کلچر نہیں ہے، کوئی تہذیب نہیں ہے، گھس جائیں گے۔ وہ تھا کہ جب یہ نکلیں گے باہر، تب ہمیں مارنا ہے ان کو۔ گھس کر نہیں مار سکتے، جہاں لیڈیز ہوتی ہیں، کوئی بھی ہوتا ہے۔</w:t>
      </w:r>
    </w:p>
    <w:p>
      <w:r>
        <w:rPr>
          <w:b/>
        </w:rPr>
        <w:t xml:space="preserve">[41:03] </w:t>
      </w:r>
      <w:r>
        <w:t>yeh tha ke jab yeh niklenge subah ko, tab un ko marenge. to aap jab raat ke andhere mein, woh zamane aaj kal ke street light to hoti nahi thi, to aap ghar ke pichle darwaze se nikal kar ke makkah se madinah chale gae.</w:t>
      </w:r>
    </w:p>
    <w:p>
      <w:pPr>
        <w:jc w:val="right"/>
      </w:pPr>
      <w:r>
        <w:t>یہ تھا کہ جب یہ نکلیں گے صبح کو، تب ان کو ماریں گے۔ تو آپ جب رات کے اندھیرے میں، وہ زمانے آج کل کے اسٹریٹ لائٹ تو ہوتی نہیں تھی، تو آپ گھر کے پچھلے دروازے سے نکل کر کے مکہ سے مدینہ چلے گئے۔</w:t>
      </w:r>
    </w:p>
    <w:p>
      <w:r>
        <w:rPr>
          <w:b/>
        </w:rPr>
        <w:t xml:space="preserve">[41:20] </w:t>
      </w:r>
      <w:r>
        <w:t>lekin hazrat umar jo the, woh islam qabool kar chuke the, unhein bhi hijrat karna tha. to ka'bah mein gae, unhon ne kaha ke main kal makkah chhod kar madinah ja raha hoon,</w:t>
      </w:r>
    </w:p>
    <w:p>
      <w:pPr>
        <w:jc w:val="right"/>
      </w:pPr>
      <w:r>
        <w:t>لیکن حضرت عمر جو تھے، وہ اسلام قبول کر چکے تھے، انہیں بھی ہجرت کرنا تھا۔ تو کعبہ میں گئے، انہوں نے کہا کہ میں کل مکہ چھوڑ کر مدینہ جا رہا ہوں،</w:t>
      </w:r>
    </w:p>
    <w:p>
      <w:r>
        <w:rPr>
          <w:b/>
        </w:rPr>
        <w:t xml:space="preserve">[41:32] </w:t>
      </w:r>
      <w:r>
        <w:t>yani unhon ne baqaydah announce kiya is ko. aur jis ko apne bete ko yateem banana ho aur apni biwiyon ko be woh karna ho, to woh aaye phir rokne ke liye mujhe.</w:t>
      </w:r>
    </w:p>
    <w:p>
      <w:pPr>
        <w:jc w:val="right"/>
      </w:pPr>
      <w:r>
        <w:t>یعنی انہوں نے باقاعدہ اناؤنس کیا اس کو۔ اور جس کو اپنے بیٹے کو یتیم بنانا ہو اور اپنی بیویوں کو بیوہ کرنا ہو، تو وہ آئے پھر روکنے کے لیے مجھے۔</w:t>
      </w:r>
    </w:p>
    <w:p>
      <w:r>
        <w:rPr>
          <w:b/>
        </w:rPr>
        <w:t xml:space="preserve">[41:45] </w:t>
      </w:r>
      <w:r>
        <w:t>is tarah se woh gaya, announce kar ke, ailan kar ke woh nikle makkah se. lekin main yahan arz karunga aap ko ke yeh un ka ek personal mamla tha, yeh koi principle nahi hai.</w:t>
      </w:r>
    </w:p>
    <w:p>
      <w:pPr>
        <w:jc w:val="right"/>
      </w:pPr>
      <w:r>
        <w:t>اس طرح سے وہ گیا، اناؤنس کر کے، اعلان کر کے وہ نکلے مکہ سے۔ لیکن میں یہاں عرض کروں گا آپ کو کہ یہ ان کا ایک پرسنل معاملہ تھا، یہ کوئی پرنسپل نہیں ہے۔</w:t>
      </w:r>
    </w:p>
    <w:p>
      <w:r>
        <w:rPr>
          <w:b/>
        </w:rPr>
        <w:t xml:space="preserve">[41:59] </w:t>
      </w:r>
      <w:r>
        <w:t>principle dekhen, woh banega jo rasool Allah ne kiya.</w:t>
      </w:r>
    </w:p>
    <w:p>
      <w:pPr>
        <w:jc w:val="right"/>
      </w:pPr>
      <w:r>
        <w:t>پرنسپل دیکھیں، وہ بنے گا جو رسول اللہ نے کیا۔</w:t>
      </w:r>
    </w:p>
    <w:p>
      <w:r>
        <w:rPr>
          <w:b/>
        </w:rPr>
        <w:t xml:space="preserve">[42:02] </w:t>
      </w:r>
      <w:r>
        <w:t>is tarah ke mamle mein aap hikmat ke sath, khamoshi ke sath karen, woh rasool Allah ka tareeqa tha. hazrat umar ne jo kaam kiya, woh un ka personal mamla tha, is se koi president nahi banega, is se misaal nahi qaim hogi.</w:t>
      </w:r>
    </w:p>
    <w:p>
      <w:pPr>
        <w:jc w:val="right"/>
      </w:pPr>
      <w:r>
        <w:t>اس طرح کے معاملے میں آپ حکمت کے ساتھ، خاموشی کے ساتھ کریں، وہ رسول اللہ کا طریقہ تھا۔ حضرت عمر نے جو کام کیا، وہ ان کا پرسنل معاملہ تھا، اس سے کوئی پریزیڈنٹ نہیں بنے گا، اس سے مثال نہیں قائم ہوگی۔</w:t>
      </w:r>
    </w:p>
    <w:p>
      <w:r>
        <w:rPr>
          <w:b/>
        </w:rPr>
        <w:t xml:space="preserve">[42:19] </w:t>
      </w:r>
      <w:r>
        <w:t>to is tareeqe se woh acha, yahan par main yeh arz kar doon ke achaanak rasool Allah nahi chale gae the makkah se, Allah taala ki taraf se ishara kiya gaya tha ke aap ko makkah chhodna padega.</w:t>
      </w:r>
    </w:p>
    <w:p>
      <w:pPr>
        <w:jc w:val="right"/>
      </w:pPr>
      <w:r>
        <w:t>تو اس طریقے سے وہ اچھا، یہاں پر میں یہ عرض کر دوں کہ اچانک رسول اللہ نہیں چلے گئے تھے مکہ سے، اللہ تعالی کی طرف سے اشارہ کیا گیا تھا کہ آپ کو مکہ چھوڑنا پڑے گا۔</w:t>
      </w:r>
    </w:p>
    <w:p>
      <w:r>
        <w:rPr>
          <w:b/>
        </w:rPr>
        <w:t xml:space="preserve">[42:32] </w:t>
      </w:r>
      <w:r>
        <w:t>to aap ne kya kiya ke apne do saathiyeon ko madinah bheja, yeh bhi dekhen kitni badi is mein planning thi, yani planning se gae aap madinah, achaanak nahi yun chale gae.</w:t>
      </w:r>
    </w:p>
    <w:p>
      <w:pPr>
        <w:jc w:val="right"/>
      </w:pPr>
      <w:r>
        <w:t>تو آپ نے کیا کیا کہ اپنے دو ساتھیوں کو مدینہ بھیجا، یہ بھی دیکھیں کتنی بڑی اس میں پلاننگ تھی، یعنی پلاننگ سے گئے آپ مدینہ، اچانک نہیں یوں چلے گئے۔</w:t>
      </w:r>
    </w:p>
    <w:p>
      <w:r>
        <w:rPr>
          <w:b/>
        </w:rPr>
        <w:t xml:space="preserve">[42:45] </w:t>
      </w:r>
      <w:r>
        <w:t>yani aap andaza karne ke liye ke makkah mein to bohat hi log khilaf ho gae hain madinah walon ka andaza karne ke liye.</w:t>
      </w:r>
    </w:p>
    <w:p>
      <w:pPr>
        <w:jc w:val="right"/>
      </w:pPr>
      <w:r>
        <w:t>یعنی آپ اندازہ کرنے کے لیے کہ مکہ میں تو بہت ہی لوگ خلاف ہو گئے ہیں مدینے والوں کا اندازہ کرنے کے لیے۔</w:t>
      </w:r>
    </w:p>
    <w:p>
      <w:r>
        <w:rPr>
          <w:b/>
        </w:rPr>
        <w:t xml:space="preserve">[42:55] </w:t>
      </w:r>
      <w:r>
        <w:t>to do aadmi gae the, us waqt jo quran utra tha, woh sab un ko memorize kiye hue the, woh yaad tha un ko.</w:t>
      </w:r>
    </w:p>
    <w:p>
      <w:pPr>
        <w:jc w:val="right"/>
      </w:pPr>
      <w:r>
        <w:t>تو دو آدمی گئے تھے، اس وقت جو قرآن اترا تھا، وہ سب ان کو میمورائز کیے ہوئے تھے، وہ یاد تھا ان کو۔</w:t>
      </w:r>
    </w:p>
    <w:p>
      <w:r>
        <w:rPr>
          <w:b/>
        </w:rPr>
        <w:t xml:space="preserve">[43:03] </w:t>
      </w:r>
      <w:r>
        <w:t>to madinah mein ja kar ke jahan dekhte, kuch log hain baithe hue, ja kar sunate the quran. bas yahi kaam tha un ka aur koi kaam nahi tha logon ko quran sunana.</w:t>
      </w:r>
    </w:p>
    <w:p>
      <w:pPr>
        <w:jc w:val="right"/>
      </w:pPr>
      <w:r>
        <w:t>تو مدینے میں جا کر کے جہاں دیکھتے، کچھ لوگ ہیں بیٹھے ہوئے، جا کر سناتے تھے قرآن۔ بس یہی کام تھا ان کا اور کوئی کام نہیں تھا لوگوں کو قرآن سنانا۔</w:t>
      </w:r>
    </w:p>
    <w:p>
      <w:r>
        <w:rPr>
          <w:b/>
        </w:rPr>
        <w:t xml:space="preserve">[43:14] </w:t>
      </w:r>
      <w:r>
        <w:t>is liye un ka naam tha qura. qura ma'ni padh kar sunane wala.</w:t>
      </w:r>
    </w:p>
    <w:p>
      <w:pPr>
        <w:jc w:val="right"/>
      </w:pPr>
      <w:r>
        <w:t>اس لیے ان کا نام تھا قراء۔ قراء معنی پڑھ کر سنانے والا۔</w:t>
      </w:r>
    </w:p>
    <w:p>
      <w:r>
        <w:rPr>
          <w:b/>
        </w:rPr>
        <w:t xml:space="preserve">[43:21] </w:t>
      </w:r>
      <w:r>
        <w:t>woh dono aadmi jo gae the, sahabi makkah se madinah, un ko qura kaha jata tha, yani padh kar sunane wala. to woh quran padh ke sunate the.</w:t>
      </w:r>
    </w:p>
    <w:p>
      <w:pPr>
        <w:jc w:val="right"/>
      </w:pPr>
      <w:r>
        <w:t>وہ دونوں آدمی جو گئے تھے، صحابی مکہ سے مدینہ، ان کو قراء کہا جاتا تھا، یعنی پڑھ کر سنانے والا۔ تو وہ قرآن پڑھ کے سناتے تھے۔</w:t>
      </w:r>
    </w:p>
    <w:p>
      <w:r>
        <w:rPr>
          <w:b/>
        </w:rPr>
        <w:t xml:space="preserve">[43:29] </w:t>
      </w:r>
      <w:r>
        <w:t>woh to bohat jald islam phaila madinah mein. to kitab mein aata hai ke "falam tab ka daarib min door al-ansar illa wadkhala fi al-islam"</w:t>
      </w:r>
    </w:p>
    <w:p>
      <w:pPr>
        <w:jc w:val="right"/>
      </w:pPr>
      <w:r>
        <w:t>وہ تو بہت جلد اسلام پھیل گیا مدینہ میں۔ تو کتاب میں آتا ہے کہ "فلم تب کا دارب من دور الانصار الا ودخل فی الاسلام"</w:t>
      </w:r>
    </w:p>
    <w:p>
      <w:r>
        <w:rPr>
          <w:b/>
        </w:rPr>
        <w:t xml:space="preserve">[43:43] </w:t>
      </w:r>
      <w:r>
        <w:t>ke madinah gharon mein koi ghar bacha nahi jis mein islam dakhil na ho gaya ho, yani ghar ghar islam dakhil ho gaya. tab aap ne faisla kiya ke makkah se madinah chale gae.</w:t>
      </w:r>
    </w:p>
    <w:p>
      <w:pPr>
        <w:jc w:val="right"/>
      </w:pPr>
      <w:r>
        <w:t>کہ مدینے گھروں میں کوئی گھر بچا نہیں جس میں اسلام داخل نہ ہو گیا ہو، یعنی گھر گھر اسلام داخل ہو گیا۔ تب آپ نے فیصلہ کیا کہ مکہ سے مدینے چلے گئے۔</w:t>
      </w:r>
    </w:p>
    <w:p>
      <w:r>
        <w:rPr>
          <w:b/>
        </w:rPr>
        <w:t xml:space="preserve">[43:57] </w:t>
      </w:r>
      <w:r>
        <w:t>aur makkah se jab madinah gae, aap yeh bhi aap dekh len ke is ka tareeqa aap ne kya kiya. aap ne padha hua kitabon mein ke aap makkah se nikal kar seedhe nahi chale gae madinah.</w:t>
      </w:r>
    </w:p>
    <w:p>
      <w:pPr>
        <w:jc w:val="right"/>
      </w:pPr>
      <w:r>
        <w:t>اور مکہ سے جب مدینہ گئے، آپ یہ بھی آپ دیکھ لیں کہ اس کا طریقہ آپ نے کیا کیا۔ آپ نے پڑھا ہوا کتابوں میں کہ آپ مکہ سے نکل کر سیدھے نہیں چلے گئے مدینہ۔</w:t>
      </w:r>
    </w:p>
    <w:p>
      <w:r>
        <w:rPr>
          <w:b/>
        </w:rPr>
        <w:t xml:space="preserve">[44:08] </w:t>
      </w:r>
      <w:r>
        <w:t>aap the aur hazrat abubakar the, do aadmi the,</w:t>
      </w:r>
    </w:p>
    <w:p>
      <w:pPr>
        <w:jc w:val="right"/>
      </w:pPr>
      <w:r>
        <w:t>آپ تھے اور حضرت ابوبکر تھے، دو آدمی تھے،</w:t>
      </w:r>
    </w:p>
    <w:p>
      <w:r>
        <w:rPr>
          <w:b/>
        </w:rPr>
        <w:t xml:space="preserve">[44:12] </w:t>
      </w:r>
      <w:r>
        <w:t>balkeh gae pehle ghar thaur. thaur ek mountain tha, us ke cave mein thehre aur thaur ulti taraf hai, yani makkah se madinah idhar hai aur thaur idhar hai.</w:t>
      </w:r>
    </w:p>
    <w:p>
      <w:pPr>
        <w:jc w:val="right"/>
      </w:pPr>
      <w:r>
        <w:t>بلکہ گئے پہلے غار ثور۔ ثور ایک ماؤنٹین تھا، اس کے کیو میں ٹھہرے اور ثور الٹی طرف ہے، یعنی مکہ سے مدینہ ادھر ہے اور ثور ادھر ہے۔</w:t>
      </w:r>
    </w:p>
    <w:p>
      <w:r>
        <w:rPr>
          <w:b/>
        </w:rPr>
        <w:t xml:space="preserve">[44:28] </w:t>
      </w:r>
      <w:r>
        <w:t>kyun ke aap ne yeh andaza kiya ke jab main niklunga to isi rukh par dhoondhenge hum us ko, log madinah ke rukh par.</w:t>
      </w:r>
    </w:p>
    <w:p>
      <w:pPr>
        <w:jc w:val="right"/>
      </w:pPr>
      <w:r>
        <w:t>کیونکہ آپ نے یہ اندازہ کیا کہ جب میں نکلوں گا تو اسی رخ پر ڈھونڈیں گے ہم اس کو، لوگ مدینے کے رخ پر۔</w:t>
      </w:r>
    </w:p>
    <w:p>
      <w:r>
        <w:rPr>
          <w:b/>
        </w:rPr>
        <w:t xml:space="preserve">[44:35] </w:t>
      </w:r>
      <w:r>
        <w:t>to aap chale gae ulti rukh par ke wahan teen din rahe aap aur phir wahan se nikal kar madinah ke liye rawana hue. tab bhi woh log aap ke peecha kiye hue the aur dhoondhte dhoondhte ek mauqe par pahunch bhi gae.</w:t>
      </w:r>
    </w:p>
    <w:p>
      <w:pPr>
        <w:jc w:val="right"/>
      </w:pPr>
      <w:r>
        <w:t>تو آپ چلے گئے الٹی رخ پر کہ وہاں تین دن رہے آپ اور پھر وہاں سے نکل کر مدینے کے لیے روانہ ہوئے۔ تب بھی وہ لوگ آپ کے پیچھا کیے ہوئے تھے اور ڈھونڈتے ڈھونڈتے ایک موقع پر پہنچ بھی گئے۔</w:t>
      </w:r>
    </w:p>
    <w:p>
      <w:r>
        <w:rPr>
          <w:b/>
        </w:rPr>
        <w:t xml:space="preserve">[44:50] </w:t>
      </w:r>
      <w:r>
        <w:t>woh pahunch bhi gae ek mauqe par, woh is ka naam tha suraqa, lekin woh kuch nahi kar sake.</w:t>
      </w:r>
    </w:p>
    <w:p>
      <w:pPr>
        <w:jc w:val="right"/>
      </w:pPr>
      <w:r>
        <w:t>وہ پہنچ بھی گئے ایک موقع پر، وہ اس کا نام تھا سراکہ، لیکن وہ کچھ نہیں کر سکے۔</w:t>
      </w:r>
    </w:p>
    <w:p>
      <w:r>
        <w:rPr>
          <w:b/>
        </w:rPr>
        <w:t xml:space="preserve">[44:59] </w:t>
      </w:r>
      <w:r>
        <w:t>Allah taala ne madad farmayi aap ki. yahan tak cave jo tha, cave mein pahunch gae. woh</w:t>
      </w:r>
    </w:p>
    <w:p>
      <w:pPr>
        <w:jc w:val="right"/>
      </w:pPr>
      <w:r>
        <w:t>اللہ تعالی نے مدد فرمائی آپ کی۔ یہاں تک کیو جو تھا، کیو میں پہنچ گئے۔ وہ</w:t>
      </w:r>
    </w:p>
    <w:p>
      <w:r>
        <w:rPr>
          <w:b/>
        </w:rPr>
        <w:t xml:space="preserve">[45:05] </w:t>
      </w:r>
      <w:r>
        <w:t>yeh waqea quran majeed mein maujood hai ke jis waqt aap cave mein the, yani thaur wale cave mein, kyun ke charon taraf woh dhoondh dhoondh rahe the.</w:t>
      </w:r>
    </w:p>
    <w:p>
      <w:pPr>
        <w:jc w:val="right"/>
      </w:pPr>
      <w:r>
        <w:t>یہ واقعہ قرآن مجید میں موجود ہے کہ جس وقت آپ کیو میں تھے، یعنی ثور والے کیو میں، کیونکہ چاروں طرف وہ ڈھونڈ ڈھونڈ رہے تھے۔</w:t>
      </w:r>
    </w:p>
    <w:p>
      <w:r>
        <w:rPr>
          <w:b/>
        </w:rPr>
        <w:t xml:space="preserve">[45:15] </w:t>
      </w:r>
      <w:r>
        <w:t>woh to us zamane mein tareeqa yeh tha ke log jo aate jate the, un se poocha karte the.</w:t>
      </w:r>
    </w:p>
    <w:p>
      <w:pPr>
        <w:jc w:val="right"/>
      </w:pPr>
      <w:r>
        <w:t>وہ تو اس زمانے میں طریقہ یہ تھا کہ لوگ جو آتے جاتے تھے، ان سے پوچھا کرتے تھے۔</w:t>
      </w:r>
    </w:p>
    <w:p>
      <w:r>
        <w:rPr>
          <w:b/>
        </w:rPr>
        <w:t xml:space="preserve">[45:24] </w:t>
      </w:r>
      <w:r>
        <w:t>log, log business ke liye ya kisi aur kaam ke liye, log aate jate to rehte the ke bhai idhar koi dekha to jate hue kisi ko to kahe ke bhai haan dua di, jald dekha humein jate hue.</w:t>
      </w:r>
    </w:p>
    <w:p>
      <w:pPr>
        <w:jc w:val="right"/>
      </w:pPr>
      <w:r>
        <w:t>لوگ، لوگ بزنس کے لیے یا کسی اور کام کے لیے، لوگ آتے جاتے تو رہتے تھے کہ بھئی ادھر کوئی دیکھا تو جاتے ہوئے کسی کو تو کہے کہ بھئی ہاں دعا دی، جلد دیکھا ہمیں جاتے ہوئے۔</w:t>
      </w:r>
    </w:p>
    <w:p>
      <w:r>
        <w:rPr>
          <w:b/>
        </w:rPr>
        <w:t xml:space="preserve">[45:35] </w:t>
      </w:r>
      <w:r>
        <w:t>yeh sab pooch pooch ke pohnchte thay. to jab wahan pohnche, woh yaani ghar e thor mein qe jo tha, thor mountain ka, to us ke maut tak pohnche.</w:t>
      </w:r>
    </w:p>
    <w:p>
      <w:pPr>
        <w:jc w:val="right"/>
      </w:pPr>
      <w:r>
        <w:t>یہ سب پوچھ پوچھ کے پہنچتے تھے۔ تو جب وہاں پہنچے، وہ یعنی غار ثور میں کیو جو تھا، ثور ماؤنٹین کا، تو اس کے موت تک پہنچ گئے۔</w:t>
      </w:r>
    </w:p>
    <w:p>
      <w:r>
        <w:rPr>
          <w:b/>
        </w:rPr>
        <w:t xml:space="preserve">[45:49] </w:t>
      </w:r>
      <w:r>
        <w:t>woh us waqt Hazrat Abu Bakr sirf aap ke sath thay aur koi nahi tha. to Abu Bakr ne kaha ke Rasool Allah, woh to yahan bhi aa gaye.</w:t>
      </w:r>
    </w:p>
    <w:p>
      <w:pPr>
        <w:jc w:val="right"/>
      </w:pPr>
      <w:r>
        <w:t>وہ اس وقت حضرت ابوبکر صرف آپ کے ساتھ تھے اور کوئی نہیں تھا۔ تو ابوبکر نے کہا کہ رسول اللہ، وہ تو یہاں بھی آ گئے۔</w:t>
      </w:r>
    </w:p>
    <w:p>
      <w:r>
        <w:rPr>
          <w:b/>
        </w:rPr>
        <w:t xml:space="preserve">[46:02] </w:t>
      </w:r>
      <w:r>
        <w:t>us waqt Quran mein aaya hai ke aap ne farmaya: "La tahzan in Allah ma'ana". aye Abu Bakr, daro mat ke woh Khuda hamare sath hai.</w:t>
      </w:r>
    </w:p>
    <w:p>
      <w:pPr>
        <w:jc w:val="right"/>
      </w:pPr>
      <w:r>
        <w:t>اس وقت قرآن میں آیا ہے کہ آپ نے فرمایا: "لا تہذن ان اللہ معنا"۔ اے ابوبکر، ڈرو مت کہ وہ خدا ہمارے ساتھ ہے۔</w:t>
      </w:r>
    </w:p>
    <w:p>
      <w:r>
        <w:rPr>
          <w:b/>
        </w:rPr>
        <w:t xml:space="preserve">[46:16] </w:t>
      </w:r>
      <w:r>
        <w:t>yaani us waqt jab ke aap ke pas talwar nahi thi, aap ke pas koi fauj nahi thi, kuch bhi nahi tha,</w:t>
      </w:r>
    </w:p>
    <w:p>
      <w:pPr>
        <w:jc w:val="right"/>
      </w:pPr>
      <w:r>
        <w:t>یعنی اس وقت جب کہ آپ کے پاس تلوار نہیں تھی، آپ کے پاس کوئی فوج نہیں تھی، کچھ بھی نہیں تھا،</w:t>
      </w:r>
    </w:p>
    <w:p>
      <w:r>
        <w:rPr>
          <w:b/>
        </w:rPr>
        <w:t xml:space="preserve">[46:25] </w:t>
      </w:r>
      <w:r>
        <w:t>to us waqt aap ne kaha ke "La tahzan in Allah ma'ana". daro mat ke Khuda hamare sath hai.</w:t>
      </w:r>
    </w:p>
    <w:p>
      <w:pPr>
        <w:jc w:val="right"/>
      </w:pPr>
      <w:r>
        <w:t>تو اس وقت آپ نے کہا کہ "لا تہذن ان اللہ معنا"۔ ڈرو مت کہ خدا ہمارے ساتھ ہے۔</w:t>
      </w:r>
    </w:p>
    <w:p>
      <w:r>
        <w:rPr>
          <w:b/>
        </w:rPr>
        <w:t xml:space="preserve">[46:31] </w:t>
      </w:r>
      <w:r>
        <w:t>yeh wording Quran mein aayi hai, hadith mein ek aur wording aayi hai. ho sakta hai kai conversation hua hoga. to ek is mein jo aaya hadith mein woh yeh hai ke "Ya Abu Bakr, ma'azinnaka bisinay Allah salihama".</w:t>
      </w:r>
    </w:p>
    <w:p>
      <w:pPr>
        <w:jc w:val="right"/>
      </w:pPr>
      <w:r>
        <w:t>یہ ورڈنگ قرآن میں آئی ہے، حدیث میں ایک اور ورڈنگ آئی ہے۔ ہو سکتا ہے کئی کنورسیشن ہوا ہوگا۔ تو ایک اس میں جو آیا حدیث میں وہ یہ ہے کہ "یا ابوبکر، ماذنک بسنین اللہ صالحما"۔</w:t>
      </w:r>
    </w:p>
    <w:p>
      <w:r>
        <w:rPr>
          <w:b/>
        </w:rPr>
        <w:t xml:space="preserve">[46:47] </w:t>
      </w:r>
      <w:r>
        <w:t>yeh wording hadith mein hai aur Quran mein woh wording hai "La tahzan in Allah ma'ana". yeh Quran mein hai: "aye Abu Bakr, na daro, Khuda hamare sath hai".</w:t>
      </w:r>
    </w:p>
    <w:p>
      <w:pPr>
        <w:jc w:val="right"/>
      </w:pPr>
      <w:r>
        <w:t>یہ ورڈنگ حدیث میں ہے اور قرآن میں وہ ورڈنگ ہے "لا تہذن ان اللہ معنا"۔ یہ قرآن میں ہے: "اے ابوبکر، نہ ڈرو، خدا ہمارے ساتھ ہے"۔</w:t>
      </w:r>
    </w:p>
    <w:p>
      <w:r>
        <w:rPr>
          <w:b/>
        </w:rPr>
        <w:t xml:space="preserve">[46:58] </w:t>
      </w:r>
      <w:r>
        <w:t>is mein aaya hai hadith mein: "Ya Abu Bakr, ma'azinnaka bisinay Allah salihama". bohat hi ajeeb cheez hai yeh.</w:t>
      </w:r>
    </w:p>
    <w:p>
      <w:pPr>
        <w:jc w:val="right"/>
      </w:pPr>
      <w:r>
        <w:t>اس میں آیا ہے حدیث میں: "یا ابوبکر، ماذنک بسنین اللہ صالحما"۔ بہت ہی عجیب چیز ہے یہ۔</w:t>
      </w:r>
    </w:p>
    <w:p>
      <w:r>
        <w:rPr>
          <w:b/>
        </w:rPr>
        <w:t xml:space="preserve">[47:15] </w:t>
      </w:r>
      <w:r>
        <w:t>aye Abu Bakr, in do ke bare mein tumhara kya khayal hai? yeh likha tha ek teesra Allah ho.</w:t>
      </w:r>
    </w:p>
    <w:p>
      <w:pPr>
        <w:jc w:val="right"/>
      </w:pPr>
      <w:r>
        <w:t>اے ابوبکر، ان دو کے بارے میں تمہارا کیا خیال ہے؟ یہ لکھا تھا ایک تیسرا اللہ ہو۔</w:t>
      </w:r>
    </w:p>
    <w:p>
      <w:r>
        <w:rPr>
          <w:b/>
        </w:rPr>
        <w:t xml:space="preserve">[47:30] </w:t>
      </w:r>
      <w:r>
        <w:t>"Ya Abu Bakr, ma'azinnaka bisinay Allah salih". puri tareekh mein mujhe aisa kehne wala koi nahi mila.</w:t>
      </w:r>
    </w:p>
    <w:p>
      <w:pPr>
        <w:jc w:val="right"/>
      </w:pPr>
      <w:r>
        <w:t>پوری تاریخ میں مجھے ایسا کہنے والا کوئی نہیں ملا۔ "یا ابوبکر، ماذنک بسنین اللہ صالح"۔</w:t>
      </w:r>
    </w:p>
    <w:p>
      <w:r>
        <w:rPr>
          <w:b/>
        </w:rPr>
        <w:t xml:space="preserve">[47:42] </w:t>
      </w:r>
      <w:r>
        <w:t>aye Abu Bakr, in do ke bare mein tumhara kya guman hai</w:t>
      </w:r>
    </w:p>
    <w:p>
      <w:pPr>
        <w:jc w:val="right"/>
      </w:pPr>
      <w:r>
        <w:t>اے ابوبکر، ان دو کے بارے میں تمہارا کیا گمان ہے</w:t>
      </w:r>
    </w:p>
    <w:p>
      <w:r>
        <w:rPr>
          <w:b/>
        </w:rPr>
        <w:t xml:space="preserve">[47:51] </w:t>
      </w:r>
      <w:r>
        <w:t>jin ke sath ek teesra bhi ho? woh Allah hai.</w:t>
      </w:r>
    </w:p>
    <w:p>
      <w:pPr>
        <w:jc w:val="right"/>
      </w:pPr>
      <w:r>
        <w:t>جن کے ساتھ ایک تیسرا بھی ہو؟ وہ اللہ ہے۔</w:t>
      </w:r>
    </w:p>
    <w:p>
      <w:r>
        <w:rPr>
          <w:b/>
        </w:rPr>
        <w:t xml:space="preserve">[47:57] </w:t>
      </w:r>
      <w:r>
        <w:t>dekhein, yeh is is waqe ko log padhte hain kitabon mein to chounke Rasool Allah ko ek superior nabee maane hue hain, unhi ki fazilat mein shumar kar lete hain.</w:t>
      </w:r>
    </w:p>
    <w:p>
      <w:pPr>
        <w:jc w:val="right"/>
      </w:pPr>
      <w:r>
        <w:t>دیکھیں، یہ اس اس واقعے کو لوگ پڑھتے ہیں کتابوں میں تو چونکہ رسول اللہ کو ایک سپیریئر نبی مانے ہوئے ہیں، انہی کی فضیلت میں شمار کر لیتے ہیں۔</w:t>
      </w:r>
    </w:p>
    <w:p>
      <w:r>
        <w:rPr>
          <w:b/>
        </w:rPr>
        <w:t xml:space="preserve">[48:06] </w:t>
      </w:r>
      <w:r>
        <w:t>is ko is se koi lesson nahi milta, koi sabaq nahi milta in ko.</w:t>
      </w:r>
    </w:p>
    <w:p>
      <w:pPr>
        <w:jc w:val="right"/>
      </w:pPr>
      <w:r>
        <w:t>اس کو اس سے کوئی لیسن نہیں ملتا، کوئی سبق نہیں ملتا ان کو۔</w:t>
      </w:r>
    </w:p>
    <w:p>
      <w:r>
        <w:rPr>
          <w:b/>
        </w:rPr>
        <w:t xml:space="preserve">[48:11] </w:t>
      </w:r>
      <w:r>
        <w:t>is se aap ne diya hai puri pure sare insano ko sabaq diya hai ke agar tum Allah par iman rakho to har waqt, har waqt tumhare sath rahega.</w:t>
      </w:r>
    </w:p>
    <w:p>
      <w:pPr>
        <w:jc w:val="right"/>
      </w:pPr>
      <w:r>
        <w:t>اس سے آپ نے دیا ہے پوری پورے سارے انسانوں کو سبق دیا ہے کہ اگر تم اللہ پر ایمان رکھو تو ہر وقت، ہر وقت تمہارے ساتھ رہے گا۔</w:t>
      </w:r>
    </w:p>
    <w:p>
      <w:r>
        <w:rPr>
          <w:b/>
        </w:rPr>
        <w:t xml:space="preserve">[48:21] </w:t>
      </w:r>
      <w:r>
        <w:t>woh Khuda apne believers ke sath hota hai.</w:t>
      </w:r>
    </w:p>
    <w:p>
      <w:pPr>
        <w:jc w:val="right"/>
      </w:pPr>
      <w:r>
        <w:t>وہ خدا اپنے بیلیورز کے ساتھ ہوتا ہے۔</w:t>
      </w:r>
    </w:p>
    <w:p>
      <w:r>
        <w:rPr>
          <w:b/>
        </w:rPr>
        <w:t xml:space="preserve">[48:28] </w:t>
      </w:r>
      <w:r>
        <w:t>wa idha sa'alaka ibadi anni fa'inni qareeb to yeh aam taur par log padhte hain kitabon mein to samajhte hain ke Rasool Allah ke fazail mein shumar kar lete hain is ko ke woh superior nabee thay to Khuda un ke sath tha.</w:t>
      </w:r>
    </w:p>
    <w:p>
      <w:pPr>
        <w:jc w:val="right"/>
      </w:pPr>
      <w:r>
        <w:t>وإذا سالک عبادي عني فإني قريب تو یہ عام طور پر لوگ پڑھتے ہیں کتابوں میں تو سمجھتے ہیں کہ رسول اللہ کے فضائل میں شمار کر لیتے ہیں اس کو کہ وہ سپیریئر نبی تھے تو خدا ان کے ساتھ تھا۔</w:t>
      </w:r>
    </w:p>
    <w:p>
      <w:r>
        <w:rPr>
          <w:b/>
        </w:rPr>
        <w:t xml:space="preserve">[48:42] </w:t>
      </w:r>
      <w:r>
        <w:t>yaani hamare sath bhi Khuda hai.</w:t>
      </w:r>
    </w:p>
    <w:p>
      <w:pPr>
        <w:jc w:val="right"/>
      </w:pPr>
      <w:r>
        <w:t>یعنی ہمارے ساتھ بھی خدا ہے۔</w:t>
      </w:r>
    </w:p>
    <w:p>
      <w:r>
        <w:rPr>
          <w:b/>
        </w:rPr>
        <w:t xml:space="preserve">[48:46] </w:t>
      </w:r>
      <w:r>
        <w:t>woh aap ne ek example qaim kiya, ek sabaq diya ke jab bhi tum do ho to samjho ke teesra Khuda tumhare sath hai.</w:t>
      </w:r>
    </w:p>
    <w:p>
      <w:pPr>
        <w:jc w:val="right"/>
      </w:pPr>
      <w:r>
        <w:t>وہ آپ نے ایک ایگزیمپل قائم کیا، ایک سبق دیا کہ جب بھی تم دو ہو تو سمجھو کہ تیسرا خدا تمہارے ساتھ ہے۔</w:t>
      </w:r>
    </w:p>
    <w:p>
      <w:r>
        <w:rPr>
          <w:b/>
        </w:rPr>
        <w:t xml:space="preserve">[48:55] </w:t>
      </w:r>
      <w:r>
        <w:t>teen ho to samjho chautha Khuda tumhare sath ho. so ho to samjho ke 101 tumhara, tumhare sath Khuda bhi wahan maujood hai. is se aap conviction aayega, yaqeen aayega, trust aayega, zindagi mein azm ke sath jeena aayega, determination aayega.</w:t>
      </w:r>
    </w:p>
    <w:p>
      <w:pPr>
        <w:jc w:val="right"/>
      </w:pPr>
      <w:r>
        <w:t>تین ہو تو سمجھو چوتھا خدا تمہارے ساتھ ہو۔ سو ہو تو سمجھو کہ 101 تمہارا، تمہارے ساتھ خدا بھی وہاں موجود ہے۔ اس سے آپ کنوکشن آئے گا، یقین آئے گا، ٹرسٹ آئے گا، زندگی میں عزم کے ساتھ جینا آئے گا، ڈیٹرمینیشن آئے گا۔</w:t>
      </w:r>
    </w:p>
    <w:p>
      <w:r>
        <w:rPr>
          <w:b/>
        </w:rPr>
        <w:t xml:space="preserve">[49:11] </w:t>
      </w:r>
      <w:r>
        <w:t>yeh</w:t>
      </w:r>
    </w:p>
    <w:p>
      <w:pPr>
        <w:jc w:val="right"/>
      </w:pPr>
      <w:r>
        <w:t>یہ</w:t>
      </w:r>
    </w:p>
    <w:p>
      <w:r>
        <w:rPr>
          <w:b/>
        </w:rPr>
        <w:t xml:space="preserve">[49:12] </w:t>
      </w:r>
      <w:r>
        <w:t>sabaq hai is ka. yeh nahi ke aap is ko sirf Rasool Allah ka ek fazilat samjhein aur bas baat khatam ho gayi. aisa nahi hai.</w:t>
      </w:r>
    </w:p>
    <w:p>
      <w:pPr>
        <w:jc w:val="right"/>
      </w:pPr>
      <w:r>
        <w:t>سبق ہے اس کا۔ یہ نہیں کہ آپ اس کو صرف رسول اللہ کا ایک فضیلت سمجھیں اور بس بات ختم ہو گئی۔ ایسا نہیں ہے۔</w:t>
      </w:r>
    </w:p>
    <w:p>
      <w:r>
        <w:rPr>
          <w:b/>
        </w:rPr>
        <w:t xml:space="preserve">[49:24] </w:t>
      </w:r>
      <w:r>
        <w:t>to wahan se phir aap teesre din nikle aage ke liye to kai qisse aate hain.</w:t>
      </w:r>
    </w:p>
    <w:p>
      <w:pPr>
        <w:jc w:val="right"/>
      </w:pPr>
      <w:r>
        <w:t>تو وہاں سے پھر آپ تیسرے دن نکلے آگے کے لیے تو کئی قصے آتے ہیں۔</w:t>
      </w:r>
    </w:p>
    <w:p>
      <w:r>
        <w:rPr>
          <w:b/>
        </w:rPr>
        <w:t xml:space="preserve">[49:32] </w:t>
      </w:r>
      <w:r>
        <w:t>darmiyan mein</w:t>
      </w:r>
    </w:p>
    <w:p>
      <w:pPr>
        <w:jc w:val="right"/>
      </w:pPr>
      <w:r>
        <w:t>درمیان میں</w:t>
      </w:r>
    </w:p>
    <w:p>
      <w:r>
        <w:rPr>
          <w:b/>
        </w:rPr>
        <w:t xml:space="preserve">[49:36] </w:t>
      </w:r>
      <w:r>
        <w:t>ek qissa yeh hai ke</w:t>
      </w:r>
    </w:p>
    <w:p>
      <w:pPr>
        <w:jc w:val="right"/>
      </w:pPr>
      <w:r>
        <w:t>ایک قصہ یہ ہے کہ</w:t>
      </w:r>
    </w:p>
    <w:p>
      <w:r>
        <w:rPr>
          <w:b/>
        </w:rPr>
        <w:t xml:space="preserve">[49:45] </w:t>
      </w:r>
      <w:r>
        <w:t>keh rastay mein do bhai milay. woh do bhai jo thay, woh us zamanay ke lihaz se, us zamanay mein aap jantay hain keh woh bohat ziyada hua karti thi</w:t>
      </w:r>
    </w:p>
    <w:p>
      <w:pPr>
        <w:jc w:val="right"/>
      </w:pPr>
      <w:r>
        <w:t>کہ راستے میں دو بھائی ملے۔ وہ دو بھائی جو تھے، وہ اس زمانے کے لحاظ سے، اس زمانے میں آپ جانتے ہیں کہ وہ بہت زیادہ ہوا کرتی تھی</w:t>
      </w:r>
    </w:p>
    <w:p>
      <w:r>
        <w:rPr>
          <w:b/>
        </w:rPr>
        <w:t xml:space="preserve">[49:57] </w:t>
      </w:r>
      <w:r>
        <w:t>jis ko kehtay hain piracy. ah, samundaron mein jo kartay thay, piracy kartay thay woh aur jagah jagah loot maar kar kay woh kaam chaltay thay apna.</w:t>
      </w:r>
    </w:p>
    <w:p>
      <w:pPr>
        <w:jc w:val="right"/>
      </w:pPr>
      <w:r>
        <w:t>جس کو کہتے ہیں پائریسی۔ اہ، سمندروں میں جو کرتے تھے، پائریسی کرتے تھے وہ اور جگہ جگہ لوٹ مار کر کے وہ کام چلاتے تھے اپنا۔</w:t>
      </w:r>
    </w:p>
    <w:p>
      <w:r>
        <w:rPr>
          <w:b/>
        </w:rPr>
        <w:t xml:space="preserve">[50:11] </w:t>
      </w:r>
      <w:r>
        <w:t>aaj kal ke zamanay se bohat farq tha us zamanay mein. to do bhai thay, dono yehi kaam kartay thay. rasool Allah se mulaqat hui rastay mein keh tum kon log ho?</w:t>
      </w:r>
    </w:p>
    <w:p>
      <w:pPr>
        <w:jc w:val="right"/>
      </w:pPr>
      <w:r>
        <w:t>آج کل کے زمانے سے بہت فرق تھا اس زمانے میں۔ تو دو بھائی تھے، دونوں یہی کام کرتے تھے۔ رسول اللہ سے ملاقات ہوئی راستے میں کہ تم کون لوگ ہو؟</w:t>
      </w:r>
    </w:p>
    <w:p>
      <w:r>
        <w:rPr>
          <w:b/>
        </w:rPr>
        <w:t xml:space="preserve">[50:23] </w:t>
      </w:r>
      <w:r>
        <w:t>to unhon nay bataya. us zamanay mein jhoot nahi boltay</w:t>
      </w:r>
    </w:p>
    <w:p>
      <w:pPr>
        <w:jc w:val="right"/>
      </w:pPr>
      <w:r>
        <w:t>تو انہوں نے بتایا۔ اس زمانے میں جھوٹ نہیں بولتے</w:t>
      </w:r>
    </w:p>
    <w:p>
      <w:r>
        <w:rPr>
          <w:b/>
        </w:rPr>
        <w:t xml:space="preserve">[50:25] </w:t>
      </w:r>
      <w:r>
        <w:t>thay. khaas baat hai keh arab log jhoot nahi boltay thay kabhi. yeh khaas baat hai. abujahal bhi jhoot nahi bolta tha. yaad rakhiye, abujahal jo keh itna hum log bura samajhtay hain, arab character tha keh jhoot na bolo.</w:t>
      </w:r>
    </w:p>
    <w:p>
      <w:pPr>
        <w:jc w:val="right"/>
      </w:pPr>
      <w:r>
        <w:t>تھے۔ خاص بات ہے کہ عرب لوگ جھوٹ نہیں بولتے تھے کبھی۔ یہ خاص بات ہے۔ ابوجہل بھی جھوٹ نہیں بولتا تھا۔ یاد رکھیے، ابوجہل جو کہ اتنا ہم لوگ برا سمجھتے ہیں، عرب کریکٹر تھا کہ جھوٹ نہ بولو۔</w:t>
      </w:r>
    </w:p>
    <w:p>
      <w:r>
        <w:rPr>
          <w:b/>
        </w:rPr>
        <w:t xml:space="preserve">[50:42] </w:t>
      </w:r>
      <w:r>
        <w:t>yani aik martaba abujahal bohat zabardast sardar tha aur woh rasool Allah ke khilaf ho gaya tha. to aik martaba woh aya kaba mein, rasool Allah wahan maujood thay.</w:t>
      </w:r>
    </w:p>
    <w:p>
      <w:pPr>
        <w:jc w:val="right"/>
      </w:pPr>
      <w:r>
        <w:t>یعنی ایک مرتبہ ابوجہل بہت زبردست سردار تھا اور وہ رسول اللہ کے خلاف ہو گیا تھا۔ تو ایک مرتبہ وہ آیا کعبہ میں، رسول اللہ وہاں موجود تھے۔</w:t>
      </w:r>
    </w:p>
    <w:p>
      <w:r>
        <w:rPr>
          <w:b/>
        </w:rPr>
        <w:t xml:space="preserve">[50:55] </w:t>
      </w:r>
      <w:r>
        <w:t>to us nay bohat bura bhala kaha rasool Allah ko. to aik aik boodhi lady wahan par maujood thi.</w:t>
      </w:r>
    </w:p>
    <w:p>
      <w:pPr>
        <w:jc w:val="right"/>
      </w:pPr>
      <w:r>
        <w:t>تو اس نے بہت برا بھلا کہا رسول اللہ کو۔ تو ایک ایک بوڑھی لیڈی وہاں پر موجود تھی۔</w:t>
      </w:r>
    </w:p>
    <w:p>
      <w:r>
        <w:rPr>
          <w:b/>
        </w:rPr>
        <w:t xml:space="preserve">[51:05] </w:t>
      </w:r>
      <w:r>
        <w:t>to jab woh wapas ho rahi thi to us ko hamza mil gaye. hamza bhi aap ke chacha thay, woh islam nahi laye thay us waqt. woh</w:t>
      </w:r>
    </w:p>
    <w:p>
      <w:pPr>
        <w:jc w:val="right"/>
      </w:pPr>
      <w:r>
        <w:t>تو جب وہ واپس ہو رہی تھی تو اس کو حمزہ مل گئے۔ حمزہ بھی آپ کے چچا تھے، وہ اسلام نہیں لائے تھے اس وقت۔ وہ</w:t>
      </w:r>
    </w:p>
    <w:p>
      <w:r>
        <w:rPr>
          <w:b/>
        </w:rPr>
        <w:t xml:space="preserve">[51:14] </w:t>
      </w:r>
      <w:r>
        <w:t>to unhon nay hamza se kaha keh agar kuch dair pehlay tum yahan hotay to dekhtay keh abujahal, abujahal ka naam masmaron mein hai.</w:t>
      </w:r>
    </w:p>
    <w:p>
      <w:pPr>
        <w:jc w:val="right"/>
      </w:pPr>
      <w:r>
        <w:t>تو انہوں نے حمزہ سے کہا کہ اگر کچھ دیر پہلے تم یہاں ہوتے تو دیکھتے کہ ابوجہل، ابوجہل کا نام مسماروں میں ہے۔</w:t>
      </w:r>
    </w:p>
    <w:p>
      <w:r>
        <w:rPr>
          <w:b/>
        </w:rPr>
        <w:t xml:space="preserve">[51:26] </w:t>
      </w:r>
      <w:r>
        <w:t>asal naam abujahal nahi tha, asal naam tha abdulaziz keh abdulaziz nay kitna bura kaha tumharay bhatijay ko. to hamza ghussa aa gaya.</w:t>
      </w:r>
    </w:p>
    <w:p>
      <w:pPr>
        <w:jc w:val="right"/>
      </w:pPr>
      <w:r>
        <w:t>اصل نام ابوجہل نہیں تھا، اصل نام تھا عبدالعزی کہ عبدالعزی نے کتنا برا کہا تمہارے بھتیجے کو۔ تو حمزہ غصہ آ گیا۔</w:t>
      </w:r>
    </w:p>
    <w:p>
      <w:r>
        <w:rPr>
          <w:b/>
        </w:rPr>
        <w:t xml:space="preserve">[51:39] </w:t>
      </w:r>
      <w:r>
        <w:t>aaye woh un ke, un ke paas aik aik rod tha lamba, us ka lohay ka, mara us ke sar par aur sar par us ke, yani bleeding honay lagi.</w:t>
      </w:r>
    </w:p>
    <w:p>
      <w:pPr>
        <w:jc w:val="right"/>
      </w:pPr>
      <w:r>
        <w:t>آئے وہ ان کے، ان کے پاس ایک ایک راڈ تھا لمبا، اس کا لوہے کا، مارا اس کے سر پر اور سر پر اس کے، یعنی بلیڈنگ ہونے لگی۔</w:t>
      </w:r>
    </w:p>
    <w:p>
      <w:r>
        <w:rPr>
          <w:b/>
        </w:rPr>
        <w:t xml:space="preserve">[51:51] </w:t>
      </w:r>
      <w:r>
        <w:t>bleeding jo abujahal ka ya abu aziz ka jo qabeela tha, us ke log wahan aa gaye. yeh aik charcha hua keh unhon nay maar diya us ko.</w:t>
      </w:r>
    </w:p>
    <w:p>
      <w:pPr>
        <w:jc w:val="right"/>
      </w:pPr>
      <w:r>
        <w:t>بلیڈنگ جو ابوجہل کا یا ابو عزی کا جو قبیلہ تھا، اس کے لوگ وہاں آ گئے۔ یہ ایک چرچا ہوا کہ انہوں نے مار دیا اس کو۔</w:t>
      </w:r>
    </w:p>
    <w:p>
      <w:r>
        <w:rPr>
          <w:b/>
        </w:rPr>
        <w:t xml:space="preserve">[52:01] </w:t>
      </w:r>
      <w:r>
        <w:t>to un logon nay chaha keh hamza ko marain. un ke, un ke tribe ke logon nay chaha keh hamza ko marain.</w:t>
      </w:r>
    </w:p>
    <w:p>
      <w:pPr>
        <w:jc w:val="right"/>
      </w:pPr>
      <w:r>
        <w:t>تو ان لوگوں نے چاہا کہ حمزہ کو ماریں۔ ان کے، ان کے ٹرائب کے لوگوں نے چاہا کہ حمزہ کو ماریں۔</w:t>
      </w:r>
    </w:p>
    <w:p>
      <w:r>
        <w:rPr>
          <w:b/>
        </w:rPr>
        <w:t xml:space="preserve">[52:10] </w:t>
      </w:r>
      <w:r>
        <w:t>lekin dekhen keh abujahal jis ko hum bohat bura samajhtay hain, aaj kal ke logon se bhi woh acha tha. woh aaj kal baray baray logon se acha tha, woh kyunkay chotay bolta tha.</w:t>
      </w:r>
    </w:p>
    <w:p>
      <w:pPr>
        <w:jc w:val="right"/>
      </w:pPr>
      <w:r>
        <w:t>لیکن دیکھیں کہ ابوجہل جس کو ہم بہت برا سمجھتے ہیں، آج کل کے لوگوں سے بھی وہ اچھا تھا۔ وہ آج کل بڑے بڑے لوگوں سے اچھا تھا، وہ کیونکہ چھوٹے بولتا تھا۔</w:t>
      </w:r>
    </w:p>
    <w:p>
      <w:r>
        <w:rPr>
          <w:b/>
        </w:rPr>
        <w:t xml:space="preserve">[52:19] </w:t>
      </w:r>
      <w:r>
        <w:t>woh kabhi us nay kaha keh do aba mara.</w:t>
      </w:r>
    </w:p>
    <w:p>
      <w:pPr>
        <w:jc w:val="right"/>
      </w:pPr>
      <w:r>
        <w:t>وہ کبھی اس نے کہا کہ دو ابا مارا۔</w:t>
      </w:r>
    </w:p>
    <w:p>
      <w:r>
        <w:rPr>
          <w:b/>
        </w:rPr>
        <w:t xml:space="preserve">[52:27] </w:t>
      </w:r>
      <w:r>
        <w:t>yeh bohat ziyada us waqt is qadar sochne ki baat hai jis ko hum chahtay hain. tareekh ka sab se bara kirdaar samajhtay hain hum log abujahal ko.</w:t>
      </w:r>
    </w:p>
    <w:p>
      <w:pPr>
        <w:jc w:val="right"/>
      </w:pPr>
      <w:r>
        <w:t>یہ بہت زیادہ اس وقت اس قدر سوچنے کی بات ہے جس کو ہم چاہتے ہیں۔ تاریخ کا سب سے بڑا کردار سمجھتے ہیں ہم لوگ ابوجہل کو۔</w:t>
      </w:r>
    </w:p>
    <w:p>
      <w:r>
        <w:rPr>
          <w:b/>
        </w:rPr>
        <w:t xml:space="preserve">[52:37] </w:t>
      </w:r>
      <w:r>
        <w:t>to shirk ke aitbar se bilashuba bura tha.</w:t>
      </w:r>
    </w:p>
    <w:p>
      <w:pPr>
        <w:jc w:val="right"/>
      </w:pPr>
      <w:r>
        <w:t>تو شرک کے اعتبار سے بلاشبہ برا تھا۔</w:t>
      </w:r>
    </w:p>
    <w:p>
      <w:r>
        <w:rPr>
          <w:b/>
        </w:rPr>
        <w:t xml:space="preserve">[52:39] </w:t>
      </w:r>
      <w:r>
        <w:t>woh phir bhi us ka aik character tha, arab character. us nay apnay qabeelay ke logon se kaha keh do hawa mara fani wallah qad sabab to ibn akhi qawi.</w:t>
      </w:r>
    </w:p>
    <w:p>
      <w:pPr>
        <w:jc w:val="right"/>
      </w:pPr>
      <w:r>
        <w:t>وہ پھر بھی اس کا ایک کریکٹر تھا، عرب کریکٹر۔ اس نے اپنے قبیلے کے لوگوں سے کہا کہ دو ہوا مارا فانی واللہ قد سبب تو ابن اخی قوی ۔</w:t>
      </w:r>
    </w:p>
    <w:p>
      <w:r>
        <w:rPr>
          <w:b/>
        </w:rPr>
        <w:t xml:space="preserve">[52:56] </w:t>
      </w:r>
      <w:r>
        <w:t>abu amara hamza ka kuniyat thi. wahan pyar ke tor par kaha kartay thay,</w:t>
      </w:r>
    </w:p>
    <w:p>
      <w:pPr>
        <w:jc w:val="right"/>
      </w:pPr>
      <w:r>
        <w:t>ابو عمارہ حمزہ کا کنیت تھی۔ وہاں پیار کے طور پر کہا کرتے تھے،</w:t>
      </w:r>
    </w:p>
    <w:p>
      <w:r>
        <w:rPr>
          <w:b/>
        </w:rPr>
        <w:t xml:space="preserve">[53:05] </w:t>
      </w:r>
      <w:r>
        <w:t>yani baitay ke naam par abu, yani un ka beta amara ka beta, amara ka baap. to yeh wahan par izzat ka, us waqt izzat ke sath naam liya us nay hamza ka.</w:t>
      </w:r>
    </w:p>
    <w:p>
      <w:pPr>
        <w:jc w:val="right"/>
      </w:pPr>
      <w:r>
        <w:t>یعنی بیٹے کے نام پر ابو، یعنی ان کا بیٹا عمارہ کا بیٹا، عمارہ کا باپ۔ تو یہ وہاں پر عزت کا، اس وقت عزت کے ساتھ نام لیا اس نے حمزہ کا۔</w:t>
      </w:r>
    </w:p>
    <w:p>
      <w:r>
        <w:rPr>
          <w:b/>
        </w:rPr>
        <w:t xml:space="preserve">[53:18] </w:t>
      </w:r>
      <w:r>
        <w:t>hamza ke ke baitay ke ke naam par un ka naam tha abu amara. to us nay kaha keh abu amara ko chhod do, yani hamza ko chhod do.</w:t>
      </w:r>
    </w:p>
    <w:p>
      <w:pPr>
        <w:jc w:val="right"/>
      </w:pPr>
      <w:r>
        <w:t>حمزہ کے کے بیٹے کے کے نام پر ان کا نام تھا ابو عمارہ۔ تو اس نے کہا کہ ابو عمارہ کو چھوڑ دو، یعنی حمزہ کو چھوڑ دو۔</w:t>
      </w:r>
    </w:p>
    <w:p>
      <w:r>
        <w:rPr>
          <w:b/>
        </w:rPr>
        <w:t xml:space="preserve">[53:31] </w:t>
      </w:r>
      <w:r>
        <w:t>aaj khuda ki qasam, mein nay un ke bhatijay ko</w:t>
      </w:r>
    </w:p>
    <w:p>
      <w:pPr>
        <w:jc w:val="right"/>
      </w:pPr>
      <w:r>
        <w:t>آج خدا کی قسم، میں نے ان کے بھتیجے کو</w:t>
      </w:r>
    </w:p>
    <w:p>
      <w:r>
        <w:rPr>
          <w:b/>
        </w:rPr>
        <w:t xml:space="preserve">[53:38] </w:t>
      </w:r>
      <w:r>
        <w:t>bohat bura bhala keh diya tha. mein heran hoti hoon is qissay ko parh kar keh abujahal bhi yeh character tha.</w:t>
      </w:r>
    </w:p>
    <w:p>
      <w:pPr>
        <w:jc w:val="right"/>
      </w:pPr>
      <w:r>
        <w:t>بہت برا بھلا کہہ دیا تھا۔ میں حیران ہوتی ہوں اس قصے کو پڑھ کر کے کہ ابوجہل بھی یہ کریکٹر تھا۔</w:t>
      </w:r>
    </w:p>
    <w:p>
      <w:r>
        <w:rPr>
          <w:b/>
        </w:rPr>
        <w:t xml:space="preserve">[53:48] </w:t>
      </w:r>
      <w:r>
        <w:t>aaj to yeh character hum ko achay achay logon mein nahi milta.</w:t>
      </w:r>
    </w:p>
    <w:p>
      <w:pPr>
        <w:jc w:val="right"/>
      </w:pPr>
      <w:r>
        <w:t>آج تو یہ کریکٹر ہم کو اچھے اچھے لوگوں میں نہیں ملتا۔</w:t>
      </w:r>
    </w:p>
    <w:p>
      <w:r>
        <w:rPr>
          <w:b/>
        </w:rPr>
        <w:t xml:space="preserve">[53:53] </w:t>
      </w:r>
      <w:r>
        <w:t>yani woh yeh keh sakta tha keh mein nay to tum ko, yani shabd mein kuch bola tha, mein nay lafzon mein bola tha, tum nay mujhe maar kyun diya? maar kyun diya?</w:t>
      </w:r>
    </w:p>
    <w:p>
      <w:pPr>
        <w:jc w:val="right"/>
      </w:pPr>
      <w:r>
        <w:t>یعنی وہ یہ کہہ سکتا تھا کہ میں نے تو تم کو، یعنی शब्द میں کچھ بولا تھا، میں نے لفظوں میں بولا تھا، تم نے مجھے مار کیوں دیا؟ مار کیوں دیا؟</w:t>
      </w:r>
    </w:p>
    <w:p>
      <w:r>
        <w:rPr>
          <w:b/>
        </w:rPr>
        <w:t xml:space="preserve">[54:03] </w:t>
      </w:r>
      <w:r>
        <w:t>tum bhi mujhe kuch keh lete. to is ne kaha ke abu amara ko, yaani hamza ko chhod do. aaj khuda ki qasam, main ne un bhatije ko bohat bura bhala keh diya tha.</w:t>
      </w:r>
    </w:p>
    <w:p>
      <w:pPr>
        <w:jc w:val="right"/>
      </w:pPr>
      <w:r>
        <w:t>تم بھی مجھے کچھ کہہ لیتے۔ تو اس نے کہا کہ ابو عمارہ کو، یعنی حمزہ کو چھوڑ دو۔ آج خدا کی قسم، میں نے ان بھتیجے کو بہت برا بھلا کہہ دیا تھا۔</w:t>
      </w:r>
    </w:p>
    <w:p>
      <w:r>
        <w:rPr>
          <w:b/>
        </w:rPr>
        <w:t xml:space="preserve">[54:18] </w:t>
      </w:r>
      <w:r>
        <w:t>to main yeh bata raha tha aap ko ke rastay mein do bhai mile jo daka waghera kaam karte the.</w:t>
      </w:r>
    </w:p>
    <w:p>
      <w:pPr>
        <w:jc w:val="right"/>
      </w:pPr>
      <w:r>
        <w:t>تو میں یہ بتا رہا تھا آپ کو کہ راستے میں دو بھائی ملے جو ڈاکہ وغیرہ کام کرتے تھے۔</w:t>
      </w:r>
    </w:p>
    <w:p>
      <w:r>
        <w:rPr>
          <w:b/>
        </w:rPr>
        <w:t xml:space="preserve">[54:29] </w:t>
      </w:r>
      <w:r>
        <w:t>to aap ne un se islam ki koi masjid pahunchaya. allah se daro aur tum marne wale ho.</w:t>
      </w:r>
    </w:p>
    <w:p>
      <w:pPr>
        <w:jc w:val="right"/>
      </w:pPr>
      <w:r>
        <w:t>تو آپ نے ان سے اسلام کی کوئی مسجد پہنچایا۔ اللہ سے ڈرو اور تم مرنے والے ہو۔</w:t>
      </w:r>
    </w:p>
    <w:p>
      <w:r>
        <w:rPr>
          <w:b/>
        </w:rPr>
        <w:t xml:space="preserve">[54:39] </w:t>
      </w:r>
      <w:r>
        <w:t>khuda ke haan tum ko jaana hai, hisab kitab hoga. to dono ke dono aap par iman laye.</w:t>
      </w:r>
    </w:p>
    <w:p>
      <w:pPr>
        <w:jc w:val="right"/>
      </w:pPr>
      <w:r>
        <w:t>خدا کے ہاں تم کو جانا ہے، حساب کتاب ہوگا۔ تو دونوں کے دونوں آپ پر ایمان لائے۔</w:t>
      </w:r>
    </w:p>
    <w:p>
      <w:r>
        <w:rPr>
          <w:b/>
        </w:rPr>
        <w:t xml:space="preserve">[54:47] </w:t>
      </w:r>
      <w:r>
        <w:t>to aap ne poocha ke tumhara naam kya hai? to un ka unhon ne bataya ke hamara naam hai mahanan. mahanan un dono bhaiyon ko log jo hai mahanan kehte the.</w:t>
      </w:r>
    </w:p>
    <w:p>
      <w:pPr>
        <w:jc w:val="right"/>
      </w:pPr>
      <w:r>
        <w:t>تو آپ نے پوچھا کہ تمہارا نام کیا ہے؟ تو ان کا انہوں نے بتایا کہ ہمارا نام ہے مہانان۔ مہانان ان دونوں بھائیوں کو لوگ جو ہے مہانان کہتے تھے۔</w:t>
      </w:r>
    </w:p>
    <w:p>
      <w:r>
        <w:rPr>
          <w:b/>
        </w:rPr>
        <w:t xml:space="preserve">[54:58] </w:t>
      </w:r>
      <w:r>
        <w:t>mahanan hote hain be-izzat aadmi. kyunke woh log aisa kaam karte the, galat kaam. to un ka naam logon ne rakh diya tha mahanan.</w:t>
      </w:r>
    </w:p>
    <w:p>
      <w:pPr>
        <w:jc w:val="right"/>
      </w:pPr>
      <w:r>
        <w:t>مہانان ہوتے ہیں بے عزت آدمی۔ کیونکہ وہ لوگ ایسا کام کرتے تھے، غلط کام۔ تو ان کا نام لوگوں نے رکھ دیا تھا مہانان۔</w:t>
      </w:r>
    </w:p>
    <w:p>
      <w:r>
        <w:rPr>
          <w:b/>
        </w:rPr>
        <w:t xml:space="preserve">[55:08] </w:t>
      </w:r>
      <w:r>
        <w:t>aap ne kaha nahi, aaj se tumhara naam hoga mukarraman. do izzat wale aadmi.</w:t>
      </w:r>
    </w:p>
    <w:p>
      <w:pPr>
        <w:jc w:val="right"/>
      </w:pPr>
      <w:r>
        <w:t>آپ نے کہا نہیں، آج سے تمہارا نام ہوگا مکرمان۔ دو عزت والے آدمی۔</w:t>
      </w:r>
    </w:p>
    <w:p>
      <w:r>
        <w:rPr>
          <w:b/>
        </w:rPr>
        <w:t xml:space="preserve">[55:16] </w:t>
      </w:r>
      <w:r>
        <w:t>to rasool allah ki policy naam badalne ki nahi thi jis tarah aaj kal log naam badalte hain. dharra dhar yeh naam chunke bura naam tha, yaani mahanan ke maani hain be-izzat wala do aadmi.</w:t>
      </w:r>
    </w:p>
    <w:p>
      <w:pPr>
        <w:jc w:val="right"/>
      </w:pPr>
      <w:r>
        <w:t>تو رسول اللہ کی پالیسی نام بدلنے کی نہیں تھی جس طرح آج کل لوگ نام بدلتے ہیں۔ دھڑا دھڑ یہ نام چونکہ برا نام تھا، یعنی مہانان کے معنی ہیں بے عزت والا دو آدمی۔</w:t>
      </w:r>
    </w:p>
    <w:p>
      <w:r>
        <w:rPr>
          <w:b/>
        </w:rPr>
        <w:t xml:space="preserve">[55:27] </w:t>
      </w:r>
      <w:r>
        <w:t>to aap ne kaha nahi, yeh theek nahi hai. tumhara naam aaj se hoga mukarraman. do izzat wale aadmi.</w:t>
      </w:r>
    </w:p>
    <w:p>
      <w:pPr>
        <w:jc w:val="right"/>
      </w:pPr>
      <w:r>
        <w:t>تو آپ نے کہا نہیں، یہ ٹھیک نہیں ہے۔ تمہارا نام آج سے ہوگا مکرمان۔ دو عزت والے آدمی۔</w:t>
      </w:r>
    </w:p>
    <w:p>
      <w:r>
        <w:rPr>
          <w:b/>
        </w:rPr>
        <w:t xml:space="preserve">[55:38] </w:t>
      </w:r>
      <w:r>
        <w:t>aise hi dekhiye, suraqa jo tha, suraqa ek sardar tha. kyunke makkah walon ne ailan kiya tha ke jo muhammad ko pakad kar layega, us ko hum so oont reward denge.</w:t>
      </w:r>
    </w:p>
    <w:p>
      <w:pPr>
        <w:jc w:val="right"/>
      </w:pPr>
      <w:r>
        <w:t>ایسے ہی دیکھیے، سراکہ جو تھا، سراکہ ایک سردار تھا۔ کیونکہ مکہ والوں نے اعلان کیا تھا کہ جو محمد کو پکڑ کر لائے گا، اس کو ہم سو اونٹ ریوارڈ دیں گے۔</w:t>
      </w:r>
    </w:p>
    <w:p>
      <w:r>
        <w:rPr>
          <w:b/>
        </w:rPr>
        <w:t xml:space="preserve">[55:54] </w:t>
      </w:r>
      <w:r>
        <w:t>to woh bohat hi bahadur aadmi tha. woh daudaya, us ne talwar ke sath, aur woh qareeb pahuncha rasool allah ke.</w:t>
      </w:r>
    </w:p>
    <w:p>
      <w:pPr>
        <w:jc w:val="right"/>
      </w:pPr>
      <w:r>
        <w:t>تو وہ بہت ہی بہادر آدمی تھا۔ وہ دوڑایا، اس نے گھوڑے کو، اس نے تلوار کے ساتھ، اور وہ قریب پہنچا رسول اللہ کے۔</w:t>
      </w:r>
    </w:p>
    <w:p>
      <w:r>
        <w:rPr>
          <w:b/>
        </w:rPr>
        <w:t xml:space="preserve">[56:06] </w:t>
      </w:r>
      <w:r>
        <w:t>to uska ghoda badak gaya. rasool allah oont par the, do oont par the. ek oont aap ka tha, ek oont abubakar ka tha. to uska oont, oont, uska ghoda badak gaya aur woh uchhal kood karne laga.</w:t>
      </w:r>
    </w:p>
    <w:p>
      <w:pPr>
        <w:jc w:val="right"/>
      </w:pPr>
      <w:r>
        <w:t>تو اس کا گھوڑا بدک گیا۔ رسول اللہ اونٹ پر تھے، دو اونٹ پر تھے۔ ایک اونٹ آپ کا تھا، ایک اونٹ ابوبکر کا تھا۔ تو اس کا اونٹ، اونٹ، اس کا گھوڑا بدک گیا اور وہ اچھل کود کرنے لگا۔</w:t>
      </w:r>
    </w:p>
    <w:p>
      <w:r>
        <w:rPr>
          <w:b/>
        </w:rPr>
        <w:t xml:space="preserve">[56:20] </w:t>
      </w:r>
      <w:r>
        <w:t>to woh dar gaya ke mamla koi aur hai yahan par. to us ne rasool allah se kaha ke mujhe maafi likh dijiye aur main bare irade se aaya tha lekin main ab main wapas jaunga.</w:t>
      </w:r>
    </w:p>
    <w:p>
      <w:pPr>
        <w:jc w:val="right"/>
      </w:pPr>
      <w:r>
        <w:t>تو وہ ڈر گیا کہ معاملہ کوئی اور ہے یہاں پر۔ تو اس نے رسول اللہ سے کہا کہ مجھے معافی لکھ دیجئے اور میں برے ارادے سے آیا تھا لیکن میں اب میں واپس جاؤ</w:t>
      </w:r>
    </w:p>
    <w:p>
      <w:r>
        <w:rPr>
          <w:b/>
        </w:rPr>
        <w:t xml:space="preserve">[56:34] </w:t>
      </w:r>
      <w:r>
        <w:t>nga. to us ne, us ne kaha ke aap likh kar dijiye mujhe ke aap ne mujhe maaf kar diya. yeh bohat hi ajeeb qissa hai.</w:t>
      </w:r>
    </w:p>
    <w:p>
      <w:pPr>
        <w:jc w:val="right"/>
      </w:pPr>
      <w:r>
        <w:t>ں گا۔ تو اس نے، اس نے کہا کہ آپ لکھ کر دیجئے مجھے کہ آپ نے مجھے معاف کر دیا۔ یہ بہت ہی عجیب قصہ ہے۔</w:t>
      </w:r>
    </w:p>
    <w:p>
      <w:r>
        <w:rPr>
          <w:b/>
        </w:rPr>
        <w:t xml:space="preserve">[56:43] </w:t>
      </w:r>
      <w:r>
        <w:t>us waqt aap ne ab hazrat abubakar se kaha ke is ko likh kar de do. to unhon ne qalam kaghaz nikala aur likh kar diya is ko. is ke maani kya hue ke itna zyada, yaani emergency ka safar tha.</w:t>
      </w:r>
    </w:p>
    <w:p>
      <w:pPr>
        <w:jc w:val="right"/>
      </w:pPr>
      <w:r>
        <w:t>اس وقت آپ نے اب حضرت ابوبکر سے کہا کہ اس کو لکھ کر دے دو۔ تو انہوں نے قلم کاغذ نکالا اور لکھ کر دیا اس کو۔ اس کے معنی کیا ہوئے کہ اتنا زیادہ، یعنی ایمرجنسی کا سفر تھا۔</w:t>
      </w:r>
    </w:p>
    <w:p>
      <w:r>
        <w:rPr>
          <w:b/>
        </w:rPr>
        <w:t xml:space="preserve">[56:57] </w:t>
      </w:r>
      <w:r>
        <w:t>yeh us waqt bhi aap ke paas qalam kaghaz tha.</w:t>
      </w:r>
    </w:p>
    <w:p>
      <w:pPr>
        <w:jc w:val="right"/>
      </w:pPr>
      <w:r>
        <w:t>یہ اس وقت بھی آپ کے پاس قلم کاغذ تھا۔</w:t>
      </w:r>
    </w:p>
    <w:p>
      <w:r>
        <w:rPr>
          <w:b/>
        </w:rPr>
        <w:t xml:space="preserve">[57:03] </w:t>
      </w:r>
      <w:r>
        <w:t>kaisi ajeeb baat hai! itna intezam kiya gaya tha ke rasool allah par koi wahi aaye to likhi jaye.</w:t>
      </w:r>
    </w:p>
    <w:p>
      <w:pPr>
        <w:jc w:val="right"/>
      </w:pPr>
      <w:r>
        <w:t>کیسی عجیب بات ہے! اتنا اہتمام کیا گیا تھا کہ رسول اللہ پر کوئی وحی آئے تو لکھی جائے۔</w:t>
      </w:r>
    </w:p>
    <w:p>
      <w:r>
        <w:rPr>
          <w:b/>
        </w:rPr>
        <w:t xml:space="preserve">[57:14] </w:t>
      </w:r>
      <w:r>
        <w:t>har jaise aap wahi aati thi, farishte le kar aata tha, usi waqt likha jata tha is ko. to quran ko mehfooz kiya gaya itne intezam ke sath. to is safar mein bhi jo itna emergency ka safar tha, aap ke paas qalam kaghaz tha, likh kar ke aap ne is ko kehte hain aman nama suraqa ko diya.</w:t>
      </w:r>
    </w:p>
    <w:p>
      <w:pPr>
        <w:jc w:val="right"/>
      </w:pPr>
      <w:r>
        <w:t>ہر جیسے آپ وحی آتی تھی، فرشتے لے کر آتا تھا، اسی وقت لکھا جاتا تھا اس کو۔ تو قرآن کو محفوظ کیا گیا اتنے اہتمام کے ساتھ۔ تو اس سفر میں بھی جو اتنا ایمرجنسی کا سفر تھا، آپ کے پاس قلم کاغذ تھا، لکھ کر کے آپ نے اس کو کہتے ہیں امان نامہ سراکہ کو دیا۔</w:t>
      </w:r>
    </w:p>
    <w:p>
      <w:r>
        <w:rPr>
          <w:b/>
        </w:rPr>
        <w:t xml:space="preserve">[57:31] </w:t>
      </w:r>
      <w:r>
        <w:t>is tarah se aap pahunche madina to madina mein fiza pehle se tayyar thi. woh log madine ke border par aa gaye the aap ka receive karne ke liye.</w:t>
      </w:r>
    </w:p>
    <w:p>
      <w:pPr>
        <w:jc w:val="right"/>
      </w:pPr>
      <w:r>
        <w:t>اس طرح سے آپ پہنچے مدینہ تو مدینہ میں فضا پہلے سے تیار تھی۔ وہ لوگ مدینے کے بارڈر پر آ گئے تھے آپ کا ریسیو کرنے کے لیے۔</w:t>
      </w:r>
    </w:p>
    <w:p>
      <w:r>
        <w:rPr>
          <w:b/>
        </w:rPr>
        <w:t xml:space="preserve">[57:43] </w:t>
      </w:r>
      <w:r>
        <w:t>to unhon ne kaha ke amreen mutayyan hain, yeh keh ke unhon ne aap ko welcome kiya ke aap, yaani aap, aap the aur abubakar the, do aadmi the ke aaj se aap dono hamare sardar hain.</w:t>
      </w:r>
    </w:p>
    <w:p>
      <w:pPr>
        <w:jc w:val="right"/>
      </w:pPr>
      <w:r>
        <w:t>تو انہوں نے کہا کہ عامرین متعین ہیں، یہ کہہ کے انہوں نے آپ کو ویلکم کیا کہ آپ، یعنی آپ، آپ تھے اور ابوبکر تھے، دو آدمی تھے کہ آج سے آپ دونوں ہمارے سردار ہیں۔</w:t>
      </w:r>
    </w:p>
    <w:p>
      <w:r>
        <w:rPr>
          <w:b/>
        </w:rPr>
        <w:t xml:space="preserve">[57:58] </w:t>
      </w:r>
      <w:r>
        <w:t>yaani makkah se nikale gaye the aur madine mein aaye to pehle din unhon ne kaha ke aap ko hum accept karte hain apne sardar ke taur par. kitna ajeeb ya anokha waqea hai ke khuda ke bharose par aadmi jab kaam kare to kis tarah se us ko mawaqe aur opportunities milti hain.</w:t>
      </w:r>
    </w:p>
    <w:p>
      <w:pPr>
        <w:jc w:val="right"/>
      </w:pPr>
      <w:r>
        <w:t>یعنی مکہ سے نکالے گئے تھے اور مدینے میں آئے تو پہلے دن انہوں نے کہا کہ آپ کو ہم ایکسیپٹ کرتے ہیں اپنے سردار کے طور پر۔ کتنا عجیب یا انوکھا واقعہ ہے کہ خدا کے بھروسے پر آدمی جب کام کرے تو کس طرح سے اس کو مواقع اور اپرچونیٹیز ملتی ہیں۔</w:t>
      </w:r>
    </w:p>
    <w:p>
      <w:r>
        <w:rPr>
          <w:b/>
        </w:rPr>
        <w:t xml:space="preserve">[58:19] </w:t>
      </w:r>
      <w:r>
        <w:t>to phir wahan par log chahte the ke mere ghar thehrein, mere ghar thehrein. aap ne kaha meri oont ko chhod do, jahan jayegi woh.</w:t>
      </w:r>
    </w:p>
    <w:p>
      <w:pPr>
        <w:jc w:val="right"/>
      </w:pPr>
      <w:r>
        <w:t>تو پھر وہاں پر لوگ چاہتے تھے کہ میرے گھر ٹھہریں، میرے گھر ٹھہریں۔ آپ نے کہا میری اونٹ کو چھوڑ دو، جہاں جائے گی وہ۔</w:t>
      </w:r>
    </w:p>
    <w:p>
      <w:r>
        <w:rPr>
          <w:b/>
        </w:rPr>
        <w:t xml:space="preserve">[58:27] </w:t>
      </w:r>
      <w:r>
        <w:t>to ek sahabi the, ek ansari, un ke ghar ja ke oont ruk gayi. aap utre aur un ke ghar thehre.</w:t>
      </w:r>
    </w:p>
    <w:p>
      <w:pPr>
        <w:jc w:val="right"/>
      </w:pPr>
      <w:r>
        <w:t>تو ایک صحابی تھے، ایک انصاری، ان کے گھر جا کے اونٹ رک گئی۔ آپ اترے اور ان کے گھر ٹھہرے۔</w:t>
      </w:r>
    </w:p>
    <w:p>
      <w:r>
        <w:rPr>
          <w:b/>
        </w:rPr>
        <w:t xml:space="preserve">[58:35] </w:t>
      </w:r>
      <w:r>
        <w:t>aap thode dinon par, is ke baad aap ne sab se pehla kaam jo kiya madine mein, woh masjid banayi. aap ne us waqt saare arab mein koi masjid nahi hua karti thi jis ko hum kehte hain masjid nabwi.</w:t>
      </w:r>
    </w:p>
    <w:p>
      <w:pPr>
        <w:jc w:val="right"/>
      </w:pPr>
      <w:r>
        <w:t>آپ تھوڑے دنوں پر، اس کے بعد آپ نے سب سے پہلا کام جو کیا مدینے میں، وہ مسجد بنائی۔ آپ نے اس وقت سارے عرب میں کوئی مسجد نہیں ہوا کرتی تھی جس کو ہم کہتے ہیں مسجد نبوی۔</w:t>
      </w:r>
    </w:p>
    <w:p>
      <w:r>
        <w:rPr>
          <w:b/>
        </w:rPr>
        <w:t xml:space="preserve">[58:47] </w:t>
      </w:r>
      <w:r>
        <w:t>us waqt to chhappar mein thi, ab to ek mahal dikhai deta hai.</w:t>
      </w:r>
    </w:p>
    <w:p>
      <w:pPr>
        <w:jc w:val="right"/>
      </w:pPr>
      <w:r>
        <w:t>اس وقت تو چھپر میں تھی، اب تو ایک محل دکھائی دیتا ہے۔</w:t>
      </w:r>
    </w:p>
    <w:p>
      <w:r>
        <w:rPr>
          <w:b/>
        </w:rPr>
        <w:t xml:space="preserve">[58:53] </w:t>
      </w:r>
      <w:r>
        <w:t>to sab se pehla masjid banai aur koi shikayat ki baat nahi ke unhon ne aap, aap ne makkah walon ki kuch bhi ek na direct reference, na hi direct reference.</w:t>
      </w:r>
    </w:p>
    <w:p>
      <w:pPr>
        <w:jc w:val="right"/>
      </w:pPr>
      <w:r>
        <w:t>تو سب سے پہلا مسجد بنائی اور کوئی شکایت کی بات نہیں کہ انہوں نے آپ، آپ نے مکہ والوں کی کچھ بھی ایک نہ ڈائریکٹ ریفرنس، نہ ہی ڈائریکٹ ریفرنس۔</w:t>
      </w:r>
    </w:p>
    <w:p>
      <w:r>
        <w:rPr>
          <w:b/>
        </w:rPr>
        <w:t xml:space="preserve">[59:04] </w:t>
      </w:r>
      <w:r>
        <w:t>is tarah se madine mein aap ne qayam kiya aur apne mission phailaya. wahan to abhi bohat sari baatein hain, mein inshallah kisi aur mauqe par kahunga.</w:t>
      </w:r>
    </w:p>
    <w:p>
      <w:pPr>
        <w:jc w:val="right"/>
      </w:pPr>
      <w:r>
        <w:t>اس طرح سے مدینے میں آپ نے قیام کیا اور اپنے مشن پھیلایا۔ وہاں تو ابھی بہت ساری باتیں ہیں، میں انشاءاللہ کسی اور موقع پر کہوں گا۔</w:t>
      </w:r>
    </w:p>
    <w:p>
      <w:r>
        <w:rPr>
          <w:b/>
        </w:rPr>
        <w:t xml:space="preserve">[59:16] </w:t>
      </w:r>
      <w:r>
        <w:t>isi par khatam karta hoon. aqool qawli hadha wastaghfirullaha li walakum ajmaeen</w:t>
      </w:r>
    </w:p>
    <w:p>
      <w:pPr>
        <w:jc w:val="right"/>
      </w:pPr>
      <w:r>
        <w:t>اسی پر ختم کرتا ہوں۔ أقول قولي هذا واستغفراللہ لي ولكم اجمعین</w:t>
      </w:r>
    </w:p>
    <w:p>
      <w:r>
        <w:rPr>
          <w:b/>
        </w:rPr>
        <w:t xml:space="preserve">[59:36] </w:t>
      </w:r>
      <w:r>
        <w:t>The guide who accompanied the prophet during his journey to Madina is reported to be a man of high integrity.</w:t>
      </w:r>
    </w:p>
    <w:p>
      <w:pPr>
        <w:jc w:val="right"/>
      </w:pPr>
      <w:r>
        <w:t>دا گائیڈ ہو اکمپنی دا پرافٹ ڈیورنگ ہز جرنی ٹو مدینہ از رپورٹڈ ٹو بی ا مین اف ہائی انٹیگریٹی۔</w:t>
      </w:r>
    </w:p>
    <w:p>
      <w:r>
        <w:rPr>
          <w:b/>
        </w:rPr>
        <w:t xml:space="preserve">[59:45] </w:t>
      </w:r>
      <w:r>
        <w:t>ded hi embraced islam? nahi, wo sirf guide thay, wo koi sardar waghera nahi thay.</w:t>
      </w:r>
    </w:p>
    <w:p>
      <w:pPr>
        <w:jc w:val="right"/>
      </w:pPr>
      <w:r>
        <w:t>ڈیڈ ہی ایمبریسڈ اسلام؟ نہیں، وہ صرف گائیڈ تھے، وہ کوئی سردار وغیرہ نہیں تھے۔</w:t>
      </w:r>
    </w:p>
    <w:p>
      <w:r>
        <w:rPr>
          <w:b/>
        </w:rPr>
        <w:t xml:space="preserve">[59:54] </w:t>
      </w:r>
      <w:r>
        <w:t>un ka naam tha harikat. kitabon mein do naam un ke aate hain: ek arqat, ek harikat. to wo ek professional aadmi thay,</w:t>
      </w:r>
    </w:p>
    <w:p>
      <w:pPr>
        <w:jc w:val="right"/>
      </w:pPr>
      <w:r>
        <w:t>ان کا نام تھا حریقت۔ کتابوں میں دو نام ان کے آتے ہیں: ایک ارقت، ایک حریقت۔ تو وہ ایک پروفیشنل آدمی تھے،</w:t>
      </w:r>
    </w:p>
    <w:p>
      <w:r>
        <w:rPr>
          <w:b/>
        </w:rPr>
        <w:t xml:space="preserve">[1:00:05] </w:t>
      </w:r>
      <w:r>
        <w:t>wo mushrik thay aur mushrik muray wo, lekin bohat hi honest aadmi thay. wo aur professional honesty un mein bohat zyada thi.</w:t>
      </w:r>
    </w:p>
    <w:p>
      <w:pPr>
        <w:jc w:val="right"/>
      </w:pPr>
      <w:r>
        <w:t>وہ مشرک تھے اور مشرکی مرے وہ، لیکن بہت ہی اونسٹ آدمی تھے۔ وہ اور پروفیشنل اونسٹٹی ان میں بہت زیادہ تھی۔</w:t>
      </w:r>
    </w:p>
    <w:p>
      <w:r>
        <w:rPr>
          <w:b/>
        </w:rPr>
        <w:t xml:space="preserve">[1:00:15] </w:t>
      </w:r>
      <w:r>
        <w:t>isi liye mushrik hone ke bawajood aap ne un ko apna guide banaya. kisi se secrecy bohat zaroori thi. is waqt koi bata dete hain agar kisi ko wo to phir wo peecha karte hain aap ka</w:t>
      </w:r>
    </w:p>
    <w:p>
      <w:pPr>
        <w:jc w:val="right"/>
      </w:pPr>
      <w:r>
        <w:t>اسی لیے مشرک ہونے کے باوجود آپ نے ان کو اپنا گائیڈ بنایا۔ کسی سے سیکریسی بہت ضروری تھی۔ اس وقت کوئی بتا دیتے ہیں اگر کسی کو وہ تو پھر وہ پیچھا کرتے ہیں آپ کا</w:t>
      </w:r>
    </w:p>
    <w:p>
      <w:r>
        <w:rPr>
          <w:b/>
        </w:rPr>
        <w:t xml:space="preserve">[1:00:29] </w:t>
      </w:r>
      <w:r>
        <w:t>. kyunke wo aadmi jo tha, agarche mushrik tha aur mushrik mara, wo jahan tak kitabon mein hai to un ka naam tha ya to arqat tha ya harikat tha.</w:t>
      </w:r>
    </w:p>
    <w:p>
      <w:pPr>
        <w:jc w:val="right"/>
      </w:pPr>
      <w:r>
        <w:t>۔ کیونکہ وہ آدمی جو تھا، اگرچہ مشرک تھا اور مشرکی مرا، وہ جہاں تک کتابوں میں ہے تو ان کا نام تھا یا تو ارقت تھا یا حریقت تھا۔</w:t>
      </w:r>
    </w:p>
    <w:p>
      <w:r>
        <w:rPr>
          <w:b/>
        </w:rPr>
        <w:t xml:space="preserve">[1:00:41] </w:t>
      </w:r>
      <w:r>
        <w:t>wo professional guide thay wo aur un ko kuch muawza de kar ke aap ne, yani kuch wages de kar ke aap le gaye thay un ko aur wo madine, madine mein pohancha kar ke wapas aa gaye.</w:t>
      </w:r>
    </w:p>
    <w:p>
      <w:pPr>
        <w:jc w:val="right"/>
      </w:pPr>
      <w:r>
        <w:t>وہ پروفیشنل گائیڈ تھے وہ اور ان کو کچھ معاوضہ دے کر کے آپ نے، یعنی کچھ ویجز دے کر کے آپ لے گئے تھے ان کو اور وہ مدینے، مدینے میں پہنچا کر کے واپس آ گئے۔</w:t>
      </w:r>
    </w:p>
    <w:p>
      <w:r>
        <w:rPr>
          <w:b/>
        </w:rPr>
        <w:t xml:space="preserve">[1:00:54] </w:t>
      </w:r>
      <w:r>
        <w:t>wo</w:t>
      </w:r>
    </w:p>
    <w:p>
      <w:pPr>
        <w:jc w:val="right"/>
      </w:pPr>
      <w:r>
        <w:t>وہ</w:t>
      </w:r>
    </w:p>
    <w:p>
      <w:r>
        <w:rPr>
          <w:b/>
        </w:rPr>
        <w:t xml:space="preserve">[1:00:57] </w:t>
      </w:r>
      <w:r>
        <w:t>das question is from mr my khan. kisi ko naukri dena ya charity dena is mein se kya behtar hai aur kya naukri dene ka bhi sawab hai?</w:t>
      </w:r>
    </w:p>
    <w:p>
      <w:pPr>
        <w:jc w:val="right"/>
      </w:pPr>
      <w:r>
        <w:t>دس کوئسچن از فرام مسٹر ایم وائی خان۔ کسی کو نوکری دینا یا چیریٹی دینا اس میں سے کیا بہتر ہے اور کیا نوکری دینے کا بھی ثواب ہے؟</w:t>
      </w:r>
    </w:p>
    <w:p>
      <w:r>
        <w:rPr>
          <w:b/>
        </w:rPr>
        <w:t xml:space="preserve">[1:01:14] </w:t>
      </w:r>
      <w:r>
        <w:t>dekhein, sawab ka talluq jo hota hai wo intention ka hota hai. inma al a'malu binniyat</w:t>
      </w:r>
    </w:p>
    <w:p>
      <w:pPr>
        <w:jc w:val="right"/>
      </w:pPr>
      <w:r>
        <w:t>دیکھیں، ثواب کا تعلق جو ہوتا ہے وہ انٹینشن کا ہوتا ہے۔ انما الاعمال بالنيات</w:t>
      </w:r>
    </w:p>
    <w:p>
      <w:r>
        <w:rPr>
          <w:b/>
        </w:rPr>
        <w:t xml:space="preserve">[1:01:21] </w:t>
      </w:r>
      <w:r>
        <w:t>namaz ka sawab bhi jab hai ke namaz mein niyat achi ho, dikhawe ki namaz ho to is ka koi sawab nahi milega. hadith mein aata hai ke man salla yura'i faqat ashrak wa man saama yura'i faqat ashrak wa man tasaddaq yura'i faqat ashrak jis ne dikhane ke liye namaz parhi us ne shirk kiya,</w:t>
      </w:r>
    </w:p>
    <w:p>
      <w:pPr>
        <w:jc w:val="right"/>
      </w:pPr>
      <w:r>
        <w:t>نماز کا ثواب بھی جب ہے کہ نماز میں نیت اچھی ہو، دکھاوے کی نماز ہو تو اس کا کوئی ثواب نہیں ملے گا۔ حدیث میں آتا ہے کہ من صلی یورائی فقط اشرک ومن سام یورائی فقط اشرک منتصدق یورائی فقط اشرک جس نے دکھانے کے لیے نماز پڑھی اس نے شرک کیا،</w:t>
      </w:r>
    </w:p>
    <w:p>
      <w:r>
        <w:rPr>
          <w:b/>
        </w:rPr>
        <w:t xml:space="preserve">[1:01:43] </w:t>
      </w:r>
      <w:r>
        <w:t>dikhane ke liye roza rakha us ne shirk kiya, dikhane ke liye khairat kar di us ne shirk kiya.</w:t>
      </w:r>
    </w:p>
    <w:p>
      <w:pPr>
        <w:jc w:val="right"/>
      </w:pPr>
      <w:r>
        <w:t>دکھانے کے لیے روزہ رکھا اس نے شرک کیا، دکھانے کے لیے خیرات کر دی اس نے شرک کیا۔</w:t>
      </w:r>
    </w:p>
    <w:p>
      <w:r>
        <w:rPr>
          <w:b/>
        </w:rPr>
        <w:t xml:space="preserve">[1:01:48] </w:t>
      </w:r>
      <w:r>
        <w:t>to dekhein, yeh islam mein form par koi sawab nahi hota hai. inka jo internal content hai is par sawab hota hai.</w:t>
      </w:r>
    </w:p>
    <w:p>
      <w:pPr>
        <w:jc w:val="right"/>
      </w:pPr>
      <w:r>
        <w:t>تو دیکھیں، یہ اسلام میں فارم پر کوئی ثواب نہیں ہوتا ہے۔ ان کا جو انٹرنل کنٹینٹ ہے اس پر ثواب ہوتا ہے۔</w:t>
      </w:r>
    </w:p>
    <w:p>
      <w:r>
        <w:rPr>
          <w:b/>
        </w:rPr>
        <w:t xml:space="preserve">[1:02:00] </w:t>
      </w:r>
      <w:r>
        <w:t>to service dena bhi sawab hai aur sadqa khairat bhi sawab hai. yeh it depends upon your intention.</w:t>
      </w:r>
    </w:p>
    <w:p>
      <w:pPr>
        <w:jc w:val="right"/>
      </w:pPr>
      <w:r>
        <w:t>تو سروس دینا بھی ثواب ہے اور صدقہ خیرات بھی ثواب ہے۔ یہ اٹ ڈیپینڈز اپون یور انٹینشن۔</w:t>
      </w:r>
    </w:p>
    <w:p>
      <w:r>
        <w:rPr>
          <w:b/>
        </w:rPr>
        <w:t xml:space="preserve">[1:02:11] </w:t>
      </w:r>
      <w:r>
        <w:t>to is is tarah ke itne hi mamlaat hain. har ek mein samajh lijiye ke jo bukhari mein pehli jo hadith hai, pehli wo yahi hai: inma al a'malu binniyat sab se pehli.</w:t>
      </w:r>
    </w:p>
    <w:p>
      <w:pPr>
        <w:jc w:val="right"/>
      </w:pPr>
      <w:r>
        <w:t>تو اس اس طرح کے اتنے ہی معاملات ہیں۔ ہر ایک میں سمجھ لیجئے کہ جو بخاری میں پہلی جو حدیث ہے، پہلی وہ یہی ہے: انما الاعمال بالنيات سب سے پہلی۔</w:t>
      </w:r>
    </w:p>
    <w:p>
      <w:r>
        <w:rPr>
          <w:b/>
        </w:rPr>
        <w:t xml:space="preserve">[1:02:23] </w:t>
      </w:r>
      <w:r>
        <w:t>kyunke is ko kaha jata hai ke sab se zyada, yani jis ko kehte hain wo wo tawatur, sab se zyada tawatur ke sath jo hadith pahunchi wo yahi ek hadith hai:</w:t>
      </w:r>
    </w:p>
    <w:p>
      <w:pPr>
        <w:jc w:val="right"/>
      </w:pPr>
      <w:r>
        <w:t>کیونکہ اس کو کہا جاتا ہے کہ سب سے زیادہ، یعنی جس کو کہتے ہیں وہ وہ تواتر، سب سے زیادہ تواتر کے ساتھ جو حدیث پہنچی وہ یہی ایک حدیث ہے:</w:t>
      </w:r>
    </w:p>
    <w:p>
      <w:r>
        <w:rPr>
          <w:b/>
        </w:rPr>
        <w:t xml:space="preserve">[1:02:42] </w:t>
      </w:r>
      <w:r>
        <w:t>inma al a'malu binniyat yani actions depend on intention. to koi bhi cheez ho, yahan tak ke namaz roza ka mamla bhi ho, agar wo sach much ikhlas ke sath ho, allah ke liye ho, fidesque of god ho, niyat ke maani hain ke fidesque of god to isi ka sawab hai.</w:t>
      </w:r>
    </w:p>
    <w:p>
      <w:pPr>
        <w:jc w:val="right"/>
      </w:pPr>
      <w:r>
        <w:t>انما الاعمال بالنيات یعنی ایکشنز ڈیپینڈ ان انٹینشن۔ تو کوئی بھی چیز ہو، یہاں تک کہ نماز روزہ کا معاملہ بھی ہو، اگر وہ سچ مچ اخلاص کے ساتھ ہو، اللہ کے لیے ہو، فدسک اف گاڈ ہو، نیت کے معنی ہیں کہ فدسک اف گاڈ تو اسی کا ثواب ہے۔</w:t>
      </w:r>
    </w:p>
    <w:p>
      <w:r>
        <w:rPr>
          <w:b/>
        </w:rPr>
        <w:t xml:space="preserve">[1:03:06] </w:t>
      </w:r>
      <w:r>
        <w:t>aur yeh aadmi ya to khud janta hai ya allah taala ko pata hai.</w:t>
      </w:r>
    </w:p>
    <w:p>
      <w:pPr>
        <w:jc w:val="right"/>
      </w:pPr>
      <w:r>
        <w:t>اور یہ آدمی یا تو خود جانتا ہے یا اللہ تعالی کو پتہ ہے۔</w:t>
      </w:r>
    </w:p>
    <w:p>
      <w:r>
        <w:rPr>
          <w:b/>
        </w:rPr>
        <w:t xml:space="preserve">[1:03:10] </w:t>
      </w:r>
      <w:r>
        <w:t>koi teesra aadmi nahi jaan sakta ke is ki intention kya thi is maamle mein. das question is from mr ramesh siddiqui. what is meant by nazeer uryaan?</w:t>
      </w:r>
    </w:p>
    <w:p>
      <w:pPr>
        <w:jc w:val="right"/>
      </w:pPr>
      <w:r>
        <w:t>کوئی تیسرا آدمی نہیں جان سکتا کہ اس کی انٹینشن کیا تھی اس معاملے میں۔ دس کوئسچن از فرام مسٹر رامش صدیقی۔ واٹ از مینٹ بائے نظیر عریان؟</w:t>
      </w:r>
    </w:p>
    <w:p>
      <w:r>
        <w:rPr>
          <w:b/>
        </w:rPr>
        <w:t xml:space="preserve">[1:03:25] </w:t>
      </w:r>
      <w:r>
        <w:t>nazeer uryaan aap ne kaha tha ke in an nazeer al uryaan asal mein yeh wahan par yeh ek maloom word tha.</w:t>
      </w:r>
    </w:p>
    <w:p>
      <w:pPr>
        <w:jc w:val="right"/>
      </w:pPr>
      <w:r>
        <w:t>نظیر عریان آپ نے کہا تھا کہ ان النظیر العریان اصل میں یہ وہاں پر یہ ایک معلوم ورڈ تھا۔</w:t>
      </w:r>
    </w:p>
    <w:p>
      <w:r>
        <w:rPr>
          <w:b/>
        </w:rPr>
        <w:t xml:space="preserve">[1:03:36] </w:t>
      </w:r>
      <w:r>
        <w:t>lafzi maani is ke hote hain, yani naked warner. is ke literal meaning hote hain naked warner, yani burhna ho kar logon ko batane wala.</w:t>
      </w:r>
    </w:p>
    <w:p>
      <w:pPr>
        <w:jc w:val="right"/>
      </w:pPr>
      <w:r>
        <w:t>لفظی معنی اس کے ہوتے ہیں، یعنی نیکڈ وارنر۔ اس کے لٹرل میننگ ہوتے ہیں نیکڈ وارنر، یعنی برہنہ ہو کر لوگوں کو بتانے والا۔</w:t>
      </w:r>
    </w:p>
    <w:p>
      <w:r>
        <w:rPr>
          <w:b/>
        </w:rPr>
        <w:t xml:space="preserve">[1:03:51] </w:t>
      </w:r>
      <w:r>
        <w:t>to wahan ek riwaj tha is zamane mein ke aap jante hain ke is zamane mein koi aaj kal ki tarah government nahi hua karti thi, police aur police ka koi koi intezam nahi tha.</w:t>
      </w:r>
    </w:p>
    <w:p>
      <w:pPr>
        <w:jc w:val="right"/>
      </w:pPr>
      <w:r>
        <w:t>تو وہاں ایک رواج تھا اس زمانے میں کہ آپ جانتے ہیں کہ اس زمانے میں کوئی آج کل کی طرح گورنمنٹ نہیں ہوا کرتی تھی، پولیس اور پولیس کا کوئی کوئی انتظام نہیں تھا۔</w:t>
      </w:r>
    </w:p>
    <w:p>
      <w:r>
        <w:rPr>
          <w:b/>
        </w:rPr>
        <w:t xml:space="preserve">[1:04:05] </w:t>
      </w:r>
      <w:r>
        <w:t>to agar koi aanay janay wala aadmi ne dekha ke idhar se koi qabeela aa raha hai hamare qabeelay par attack karne ke liye, yeh sab hota rehta wahan qabail, yani tribal age mein yeh sab hota rehta tha.</w:t>
      </w:r>
    </w:p>
    <w:p>
      <w:pPr>
        <w:jc w:val="right"/>
      </w:pPr>
      <w:r>
        <w:t>تو اگر کوئی آنے جانے والا آدمی نے دیکھا کہ ادھر سے کوئی قبیلہ آ رہا ہے ہمارے قبیلے پر اٹیک کرنے کے لیے، یہ سب ہوتا رہتا وہاں قبائل، یعنی ٹرائبل ایج میں یہ سب ہوتا رہتا تھا۔</w:t>
      </w:r>
    </w:p>
    <w:p>
      <w:r>
        <w:rPr>
          <w:b/>
        </w:rPr>
        <w:t xml:space="preserve">[1:04:21] </w:t>
      </w:r>
      <w:r>
        <w:t>to agar us ne dekha ke koi aa raha hai idhar attack karne ke liye to apna kapra pharta tha, woh kapra phaar kar ke chalata tha: innal nazeer al-uryan innal nazeer al-uryan</w:t>
      </w:r>
    </w:p>
    <w:p>
      <w:pPr>
        <w:jc w:val="right"/>
      </w:pPr>
      <w:r>
        <w:t>تو اگر اس نے دیکھا کہ کوئی آ رہا ہے ادھر اٹیک کرنے کے لیے تو اپنا کپڑا پھاڑتا تھا، وہ کپڑا پھاڑ کر کے چلاتا تھا: ان النظیر العریان ان النظیر العریان</w:t>
      </w:r>
    </w:p>
    <w:p>
      <w:r>
        <w:rPr>
          <w:b/>
        </w:rPr>
        <w:t xml:space="preserve">[1:04:33] </w:t>
      </w:r>
      <w:r>
        <w:t>i am a, yani naked warner. to rasool Allah ne kapra to nahi phara, is lafz ko istemal kiya aap ne.</w:t>
      </w:r>
    </w:p>
    <w:p>
      <w:pPr>
        <w:jc w:val="right"/>
      </w:pPr>
      <w:r>
        <w:t>آئی ایم اے، یعنی نیکڈ وارنر۔ تو رسول اللہ نے کپڑا تو نہیں پھاڑا، اس لفظ کو استعمال کیا آپ نے۔</w:t>
      </w:r>
    </w:p>
    <w:p>
      <w:r>
        <w:rPr>
          <w:b/>
        </w:rPr>
        <w:t xml:space="preserve">[1:04:43] </w:t>
      </w:r>
      <w:r>
        <w:t>jab aap safa pe charhay thay to aap ne yeh nahi kaha ke kapra phartay ho aap. to yeh istemal kiya tha aap ne, sirf word: innal nazeer al-uryan ke main khula, matlab aap ka matlab tha ke main khula khula daraanay wala hoon.</w:t>
      </w:r>
    </w:p>
    <w:p>
      <w:pPr>
        <w:jc w:val="right"/>
      </w:pPr>
      <w:r>
        <w:t>جب آپ صفا پہ چڑھے تھے تو آپ نے یہ نہیں کہا کہ کپڑا پھاڑتے ہو آپ۔ تو یہ استعمال کیا تھا آپ نے، صرف ورڈ: ان النظیر العریان کہ میں کھلا، مطلب آپ کا مطلب تھا کہ میں کھلا کھلا ڈرانے والا ہوں۔</w:t>
      </w:r>
    </w:p>
    <w:p>
      <w:r>
        <w:rPr>
          <w:b/>
        </w:rPr>
        <w:t xml:space="preserve">[1:04:59] </w:t>
      </w:r>
      <w:r>
        <w:t>ka matlab yeh hai ke main Khuda ne mujhe ilm diya hai ke yeh zindagi khatam hogi, tum sab ko maut aani hai. maut ke baad phir dobara tum ko zinda ho kya jayega, hashar hoga, jannat hai, dozakh hai.</w:t>
      </w:r>
    </w:p>
    <w:p>
      <w:pPr>
        <w:jc w:val="right"/>
      </w:pPr>
      <w:r>
        <w:t>کا مطلب یہ ہے کہ میں خدا نے مجھے علم دیا ہے کہ یہ زندگی ختم ہوگی، تم سب کو موت آنی ہے۔ موت کے بعد پھر دوبارہ تم کو زندہ ہو کیا جائے گا، حشر ہوگا، جنت ہے، دوزخ ہے۔</w:t>
      </w:r>
    </w:p>
    <w:p>
      <w:r>
        <w:rPr>
          <w:b/>
        </w:rPr>
        <w:t xml:space="preserve">[1:05:12] </w:t>
      </w:r>
      <w:r>
        <w:t>isko iski warning denay ke liye Khuda ne mujhe nabi banaya hai. to is sense mein aap ne kaha tha ke i am a, yani warner.</w:t>
      </w:r>
    </w:p>
    <w:p>
      <w:pPr>
        <w:jc w:val="right"/>
      </w:pPr>
      <w:r>
        <w:t>اس کو اس کی وارننگ دینے کے لیے خدا نے مجھے نبی بنایا ہے۔ تو اس سینس میں آپ نے کہا تھا کہ آئی ایم اے، یعنی وارنر۔</w:t>
      </w:r>
    </w:p>
    <w:p>
      <w:r>
        <w:rPr>
          <w:b/>
        </w:rPr>
        <w:t xml:space="preserve">[1:05:28] </w:t>
      </w:r>
      <w:r>
        <w:t>to un ke, un ke, un ke jo jo Arab mein jo riwaj tha, woh to tha ke kapra phaar kar warning denay wala.</w:t>
      </w:r>
    </w:p>
    <w:p>
      <w:pPr>
        <w:jc w:val="right"/>
      </w:pPr>
      <w:r>
        <w:t>تو ان کے، ان کے، ان کے جو جو عرب میں جو رواج تھا، وہ تو تھا کہ کپڑا پھاڑ کر وارننگ دینے والا۔</w:t>
      </w:r>
    </w:p>
    <w:p>
      <w:r>
        <w:rPr>
          <w:b/>
        </w:rPr>
        <w:t xml:space="preserve">[1:05:38] </w:t>
      </w:r>
      <w:r>
        <w:t>to aap ne is ko istemal kiya, lekin kapra phaarne ke bajaye, matlab mein open warner hoon tumhare liye. is ka matlab yeh tha aap, aap ke lehaz se.</w:t>
      </w:r>
    </w:p>
    <w:p>
      <w:pPr>
        <w:jc w:val="right"/>
      </w:pPr>
      <w:r>
        <w:t>تو آپ نے اس کو استعمال کیا، لیکن کپڑا پھاڑنے کے بجائے، مطلب میں اوپن وارنر ہوں تمہارے لیے۔ اس کا مطلب یہ تھا آپ، آپ کے لحاظ سے۔</w:t>
      </w:r>
    </w:p>
    <w:p>
      <w:r>
        <w:rPr>
          <w:b/>
        </w:rPr>
        <w:t xml:space="preserve">[1:05:49] </w:t>
      </w:r>
      <w:r>
        <w:t>this question is from Mr Basit Jamal. when prophet migrated, there was a guide with them</w:t>
      </w:r>
    </w:p>
    <w:p>
      <w:pPr>
        <w:jc w:val="right"/>
      </w:pPr>
      <w:r>
        <w:t>دس کوئسچن از فرام مسٹر باسط جمال۔ وین پرافٹ مائیگریٹڈ، دیر واز ا گائیڈ ود دیم</w:t>
      </w:r>
    </w:p>
    <w:p>
      <w:r>
        <w:rPr>
          <w:b/>
        </w:rPr>
        <w:t xml:space="preserve">[1:05:58] </w:t>
      </w:r>
      <w:r>
        <w:t>. so were they not three people instead of two?</w:t>
      </w:r>
    </w:p>
    <w:p>
      <w:pPr>
        <w:jc w:val="right"/>
      </w:pPr>
      <w:r>
        <w:t>۔ سو وار دے ناٹ تھری پیپل انسٹیڈ اف ٹو؟</w:t>
      </w:r>
    </w:p>
    <w:p>
      <w:r>
        <w:rPr>
          <w:b/>
        </w:rPr>
        <w:t xml:space="preserve">[1:06:04] </w:t>
      </w:r>
      <w:r>
        <w:t>haan, to third wohi tha, third jo tha guide tha. matlab asal jo jo jo janay walay thay, traveler jo thay, woh to do hi thay: rasool Allah aur Abu Bakr.</w:t>
      </w:r>
    </w:p>
    <w:p>
      <w:pPr>
        <w:jc w:val="right"/>
      </w:pPr>
      <w:r>
        <w:t>ہاں، تو تھرڈ وہی تھا، تھرڈ جو تھا گائیڈ تھا۔ مطلب اصل جو جو جو جانے والے تھے، ٹریولر جو تھے، وہ تو دو ہی تھے: رسول اللہ اور ابوبکر۔</w:t>
      </w:r>
    </w:p>
    <w:p>
      <w:r>
        <w:rPr>
          <w:b/>
        </w:rPr>
        <w:t xml:space="preserve">[1:06:14] </w:t>
      </w:r>
      <w:r>
        <w:t>un ko woh guide kar raha tha. to aap guide ko le kar aap kahin to aap keh sakte hain ke woh aik caravan tha, us mein teen aadmi thay.</w:t>
      </w:r>
    </w:p>
    <w:p>
      <w:pPr>
        <w:jc w:val="right"/>
      </w:pPr>
      <w:r>
        <w:t>ان کو وہ گائیڈ کر رہا تھا۔ تو آپ گائیڈ کو لے کر آپ کہیں تو آپ کہہ سکتے ہیں کہ وہ ایک کارواں تھا، اس میں تین آدمی تھے۔</w:t>
      </w:r>
    </w:p>
    <w:p>
      <w:r>
        <w:rPr>
          <w:b/>
        </w:rPr>
        <w:t xml:space="preserve">[1:06:25] </w:t>
      </w:r>
      <w:r>
        <w:t>lekin agar aap sirf is ko lein jo janay walay thay to aap do kahain gay aur is ko guide ke tor par batayen gay. aap to do bhi kehna sahi hai aur teen bhi kehna sahi hai, dono jo sahi hai.</w:t>
      </w:r>
    </w:p>
    <w:p>
      <w:pPr>
        <w:jc w:val="right"/>
      </w:pPr>
      <w:r>
        <w:t>لیکن اگر آپ صرف اس کو لیں جو جانے والے تھے تو آپ دو کہیں گے اور اس کو گائیڈ کے طور پر بتائیں گے۔ آپ تو دو بھی کہنا صحیح ہے اور تین بھی کہنا صحیح ہے، دونوں جو صحیح ہے۔</w:t>
      </w:r>
    </w:p>
    <w:p>
      <w:r>
        <w:rPr>
          <w:b/>
        </w:rPr>
        <w:t xml:space="preserve">[1:06:39] </w:t>
      </w:r>
      <w:r>
        <w:t>this question is from Dr Farida Khanum. there are some people who do social work by way of softening of the heart, which is called talif-e-qalb.</w:t>
      </w:r>
    </w:p>
    <w:p>
      <w:pPr>
        <w:jc w:val="right"/>
      </w:pPr>
      <w:r>
        <w:t>دس کوئسچن از فرام ڈاکٹر فریدہ خانم۔ دیر آر سم پیپل ہو ڈو سوشل ورک بائے وے اف سوفٹننگ اف دی ہارٹ، وچ از کالڈ تالیف قلب۔</w:t>
      </w:r>
    </w:p>
    <w:p>
      <w:r>
        <w:rPr>
          <w:b/>
        </w:rPr>
        <w:t xml:space="preserve">[1:06:51] </w:t>
      </w:r>
      <w:r>
        <w:t>after a rapport is established, then they give them dawah material. is this, is it right to do so?</w:t>
      </w:r>
    </w:p>
    <w:p>
      <w:pPr>
        <w:jc w:val="right"/>
      </w:pPr>
      <w:r>
        <w:t>افٹر ا ریپو از اسٹیبلش، دین دے گیو دیم دعوی مٹیریل۔ از دس، از اٹ رائٹ ٹو ڈو سو؟</w:t>
      </w:r>
    </w:p>
    <w:p>
      <w:r>
        <w:rPr>
          <w:b/>
        </w:rPr>
        <w:t xml:space="preserve">[1:07:01] </w:t>
      </w:r>
      <w:r>
        <w:t>dekhen, yeh</w:t>
      </w:r>
    </w:p>
    <w:p>
      <w:pPr>
        <w:jc w:val="right"/>
      </w:pPr>
      <w:r>
        <w:t>دیکھیں، یہ</w:t>
      </w:r>
    </w:p>
    <w:p>
      <w:r>
        <w:rPr>
          <w:b/>
        </w:rPr>
        <w:t xml:space="preserve">[1:07:05] </w:t>
      </w:r>
      <w:r>
        <w:t>is mein koi haram halal ki baat nahi hai, lekin jahan tak main janta hoon, social work ab aik discipline bana hua hai, aik culture bana hua</w:t>
      </w:r>
    </w:p>
    <w:p>
      <w:pPr>
        <w:jc w:val="right"/>
      </w:pPr>
      <w:r>
        <w:t>اس میں کوئی حرام حلال کی بات نہیں ہے، لیکن جہاں تک میں جانتا ہوں، سوشل ورک اب ایک ڈسپلن بنا ہوا ہے، ایک کلچر بنا ہوا</w:t>
      </w:r>
    </w:p>
    <w:p>
      <w:r>
        <w:rPr>
          <w:b/>
        </w:rPr>
        <w:t xml:space="preserve">[1:07:16] </w:t>
      </w:r>
      <w:r>
        <w:t>hai. jo log social work karte hain, un ka dawah concept un ka nahi hota hai. is ka to aik alag hi dimension hai, alag hi is ka aik soch banti hai.</w:t>
      </w:r>
    </w:p>
    <w:p>
      <w:pPr>
        <w:jc w:val="right"/>
      </w:pPr>
      <w:r>
        <w:t>ہے۔ جو لوگ سوشل ورک کرتے ہیں، ان کا دعوی کانسیپٹ ان کا نہیں ہوتا ہے۔ اس کا تو ایک الگ ہی ڈائمنشن ہے، الگ ہی اس کا ایک سوچ بنتی ہے۔</w:t>
      </w:r>
    </w:p>
    <w:p>
      <w:r>
        <w:rPr>
          <w:b/>
        </w:rPr>
        <w:t xml:space="preserve">[1:07:31] </w:t>
      </w:r>
      <w:r>
        <w:t>rasool Allah ke liye main aap ko aik waqia arz karunga ke social work tha wahan par, aik Makkah mein.</w:t>
      </w:r>
    </w:p>
    <w:p>
      <w:pPr>
        <w:jc w:val="right"/>
      </w:pPr>
      <w:r>
        <w:t>رسول اللہ کے لیے میں آپ کو ایک واقعہ عرض کروں گا کہ سوشل ورک تھا وہاں پر، ایک مکہ میں۔</w:t>
      </w:r>
    </w:p>
    <w:p>
      <w:r>
        <w:rPr>
          <w:b/>
        </w:rPr>
        <w:t xml:space="preserve">[1:07:39] </w:t>
      </w:r>
      <w:r>
        <w:t>woh is tarah se tha ke</w:t>
      </w:r>
    </w:p>
    <w:p>
      <w:pPr>
        <w:jc w:val="right"/>
      </w:pPr>
      <w:r>
        <w:t>وہ اس طرح سے تھا کہ</w:t>
      </w:r>
    </w:p>
    <w:p>
      <w:r>
        <w:rPr>
          <w:b/>
        </w:rPr>
        <w:t xml:space="preserve">[1:07:43] </w:t>
      </w:r>
      <w:r>
        <w:t>Makkah ke kuch log ekatha hue, ab Abdullah Abd al-Jaddan aik sardar tha us ke ghar par, aur unhon ne yeh tay kiya ke hum Makkah walon ki social service karenge, un ke kaam ayenge, un ki zarooraten poori karenge.</w:t>
      </w:r>
    </w:p>
    <w:p>
      <w:pPr>
        <w:jc w:val="right"/>
      </w:pPr>
      <w:r>
        <w:t>مکہ کے کچھ لوگ اکٹھا ہوئے، اب عبداللہ عبدالجدان ایک سردار تھا اس کے گھر پر، اور انہوں نے یہ طے کیا کہ ہم مکہ والوں کی سوشل سروس کریں گے، ان کے کام آئیں گے، ان کی ضرورتیں پوری کریں گے۔</w:t>
      </w:r>
    </w:p>
    <w:p>
      <w:r>
        <w:rPr>
          <w:b/>
        </w:rPr>
        <w:t xml:space="preserve">[1:07:59] </w:t>
      </w:r>
      <w:r>
        <w:t>to is ko kaha jata hai Hilf al-Fudul. Fudul jo hai, matlab yeh hai ke is mein jo log aaye thay, un ko un mein kai logon ke naam Fazl tha, Fazl.</w:t>
      </w:r>
    </w:p>
    <w:p>
      <w:pPr>
        <w:jc w:val="right"/>
      </w:pPr>
      <w:r>
        <w:t>تو اس کو کہا جاتا ہے حلف الفضول۔ فضول جو ہے، مطلب یہ ہے کہ اس میں جو لوگ آئے تھے، ان کو ان میں کئی لوگوں کے نام فضل تھا، فضل۔</w:t>
      </w:r>
    </w:p>
    <w:p>
      <w:r>
        <w:rPr>
          <w:b/>
        </w:rPr>
        <w:t xml:space="preserve">[1:08:09] </w:t>
      </w:r>
      <w:r>
        <w:t>to un ke naam par naam rakh diya gaya, yani Fazl walon ka agreement.</w:t>
      </w:r>
    </w:p>
    <w:p>
      <w:pPr>
        <w:jc w:val="right"/>
      </w:pPr>
      <w:r>
        <w:t>تو ان کے نام پر نام رکھ دیا گیا، یعنی فضل والوں کا ایگریمنٹ۔</w:t>
      </w:r>
    </w:p>
    <w:p>
      <w:r>
        <w:rPr>
          <w:b/>
        </w:rPr>
        <w:t xml:space="preserve">[1:08:17] </w:t>
      </w:r>
      <w:r>
        <w:t>yani Fudul Urdu mein jo parhata hai, woh mani nahi hai is ke yahan par Fudul. to yahan par mani hai ke un logon ka agreement jin ke naam mein Fazl tha.</w:t>
      </w:r>
    </w:p>
    <w:p>
      <w:pPr>
        <w:jc w:val="right"/>
      </w:pPr>
      <w:r>
        <w:t>یعنی فضول اردو میں جو پڑھاتا ہے، وہ معنی نہیں ہے اس کے یہاں پر فضول۔ تو یہاں پر معنی ہے کہ ان لوگوں کا ایگریمنٹ جن کے نام میں فضل تھا۔</w:t>
      </w:r>
    </w:p>
    <w:p>
      <w:r>
        <w:rPr>
          <w:b/>
        </w:rPr>
        <w:t xml:space="preserve">[1:08:27] </w:t>
      </w:r>
      <w:r>
        <w:t>to Hilf al-Fudul mein shareek hue aap, yani us waqt aap bhi maujood thay jab pehli meeting hui thi, to aap maujood thay wahan aur aap is mein shareek thay, is ke aik member thay aap.</w:t>
      </w:r>
    </w:p>
    <w:p>
      <w:pPr>
        <w:jc w:val="right"/>
      </w:pPr>
      <w:r>
        <w:t>تو حلف الفضول میں شریک ہوئے آپ، یعنی اس وقت آپ بھی موجود تھے جب پہلی میٹنگ ہوئی تھی، تو آپ موجود تھے وہاں اور آپ اس میں شریک تھے، اس کے ایک ممبر تھے آپ۔</w:t>
      </w:r>
    </w:p>
    <w:p>
      <w:r>
        <w:rPr>
          <w:b/>
        </w:rPr>
        <w:t xml:space="preserve">[1:08:37] </w:t>
      </w:r>
      <w:r>
        <w:t>lekin jab aap peghambar ban gaye to aap ne woh kaam phir nahin kiya. koi is ka kitabon mein proof nahin milta hai ke phir bhi aap woh kaam chalate rahe.</w:t>
      </w:r>
    </w:p>
    <w:p>
      <w:pPr>
        <w:jc w:val="right"/>
      </w:pPr>
      <w:r>
        <w:t>لیکن جب آپ پیغمبر بن گئے تو آپ نے وہ کام پھر نہیں کیا۔ کوئی اس کا کتابوں میں پروف نہیں ملتا ہے کہ پھر بھی آپ وہ کام چلاتے رہے۔</w:t>
      </w:r>
    </w:p>
    <w:p>
      <w:r>
        <w:rPr>
          <w:b/>
        </w:rPr>
        <w:t xml:space="preserve">[1:08:48] </w:t>
      </w:r>
      <w:r>
        <w:t>to main samajhta hoon ke dono ke alag alag, yaani taqaze hain. is kaam ke alag taqaze hain, is kaam ke alag taqaze</w:t>
      </w:r>
    </w:p>
    <w:p>
      <w:pPr>
        <w:jc w:val="right"/>
      </w:pPr>
      <w:r>
        <w:t>تو میں سمجھتا ہوں کہ دونوں کے الگ الگ، یعنی تقاضے ہیں۔ اس کام کے الگ تقاضے ہیں، اس کام کے الگ تقاضے</w:t>
      </w:r>
    </w:p>
    <w:p>
      <w:r>
        <w:rPr>
          <w:b/>
        </w:rPr>
        <w:t xml:space="preserve">[1:08:58] </w:t>
      </w:r>
      <w:r>
        <w:t>hain. agar aap social work karenge to main mujhe yaqeen nahin ke daawa work kar sakte hain aap, lekin temporarily to par kisi waqt agar aap samjhein ke talif e qalb ke liye aisa mujhe karna chahiye to woh kar sakte hain aap.</w:t>
      </w:r>
    </w:p>
    <w:p>
      <w:pPr>
        <w:jc w:val="right"/>
      </w:pPr>
      <w:r>
        <w:t>ہیں۔ اگر آپ سوشل ورک کریں گے تو میں مجھے یقین نہیں کہ دعوی ورک کر سکتے ہیں آپ، لیکن ٹیمپریری طور پر کسی وقت اگر آپ سمجھیں کہ تالیف قلب کے لیے ایسا مجھے کرنا چاہیے تو وہ کر سکتے ہیں آپ۔</w:t>
      </w:r>
    </w:p>
    <w:p>
      <w:r>
        <w:rPr>
          <w:b/>
        </w:rPr>
        <w:t xml:space="preserve">[1:09:10] </w:t>
      </w:r>
      <w:r>
        <w:t>permanently jo log is mein involve hote hain, is ko to main nahin kahunga ke woh theek kaam hai.</w:t>
      </w:r>
    </w:p>
    <w:p>
      <w:pPr>
        <w:jc w:val="right"/>
      </w:pPr>
      <w:r>
        <w:t>پرماننٹلی جو لوگ اس میں انوالو ہوتے ہیں، اس کو تو میں نہیں کہوں گا کہ وہ ٹھیک کام ہے۔</w:t>
      </w:r>
    </w:p>
    <w:p>
      <w:r>
        <w:rPr>
          <w:b/>
        </w:rPr>
        <w:t xml:space="preserve">[1:09:17] </w:t>
      </w:r>
      <w:r>
        <w:t>theek kaam is maani ke jaiz to hai woh, lekin talif e qalb ke liye waqti to par, temporary to par agar kisi mauqe par aap ko kuch karna pade to bilkul theek hai, woh woh theek hai.</w:t>
      </w:r>
    </w:p>
    <w:p>
      <w:pPr>
        <w:jc w:val="right"/>
      </w:pPr>
      <w:r>
        <w:t>ٹھیک کام اس معنی کہ جائز تو ہے وہ، لیکن تالیف قلب کے لیے وقتی طور پر، ٹیمپریری طور پر اگر کسی موقع پر آپ کو کچھ کرنا پڑے تو بالکل ٹھیک ہے، وہ وہ ٹھیک ہے۔</w:t>
      </w:r>
    </w:p>
    <w:p>
      <w:r>
        <w:rPr>
          <w:b/>
        </w:rPr>
        <w:t xml:space="preserve">[1:09:34] </w:t>
      </w:r>
      <w:r>
        <w:t>to is mein do different aspect is ke hain aur isi lihaaz se meri alag alag raaye hai. das question is from Mr. Zubair Chishti</w:t>
      </w:r>
    </w:p>
    <w:p>
      <w:pPr>
        <w:jc w:val="right"/>
      </w:pPr>
      <w:r>
        <w:t>تو اس میں دو ڈفرنٹ اسپیکٹ اس کے ہیں اور اسی لحاظ سے میری الگ الگ رائے ہے۔ دس کوئسچن از فرام مسٹر زبیر چشتی</w:t>
      </w:r>
    </w:p>
    <w:p>
      <w:r>
        <w:rPr>
          <w:b/>
        </w:rPr>
        <w:t xml:space="preserve">[1:09:46] </w:t>
      </w:r>
      <w:r>
        <w:t>. i asked a shia friend of mine that why do you ask help from the prophet or ali or other?</w:t>
      </w:r>
    </w:p>
    <w:p>
      <w:pPr>
        <w:jc w:val="right"/>
      </w:pPr>
      <w:r>
        <w:t>۔ ائی اسکڈ ا شیعہ فرینڈ اف مائن دیٹ وائی ڈو یو اسک ہیلپ فرام دی پرافٹ اور علی اور ادر؟</w:t>
      </w:r>
    </w:p>
    <w:p>
      <w:r>
        <w:rPr>
          <w:b/>
        </w:rPr>
        <w:t xml:space="preserve">[1:09:56] </w:t>
      </w:r>
      <w:r>
        <w:t>he answered: "you have deviated from the way of your forefathers Moinuddin Chishti. why do we go to a sabzi wala for buying vegetables?</w:t>
      </w:r>
    </w:p>
    <w:p>
      <w:pPr>
        <w:jc w:val="right"/>
      </w:pPr>
      <w:r>
        <w:t>ہی انسرڈ: "یو ہیو ڈیویٹڈ فرام دا وے اف یور فور فادرز معین الدین چشتی۔ وائی ڈو وی گو ٹو ا سبزی والا فار بائنگ ویجیٹیبلز؟</w:t>
      </w:r>
    </w:p>
    <w:p>
      <w:r>
        <w:rPr>
          <w:b/>
        </w:rPr>
        <w:t xml:space="preserve">[1:10:08] </w:t>
      </w:r>
      <w:r>
        <w:t>why don't we directly ask Allah? Allah is holy and pure. we are impure.</w:t>
      </w:r>
    </w:p>
    <w:p>
      <w:pPr>
        <w:jc w:val="right"/>
      </w:pPr>
      <w:r>
        <w:t>وائی ڈونٹ وی ڈائریکٹلی اسک اللہ؟ اللہ از ہولی اینڈ پیور۔ وی ار امپیور۔</w:t>
      </w:r>
    </w:p>
    <w:p>
      <w:r>
        <w:rPr>
          <w:b/>
        </w:rPr>
        <w:t xml:space="preserve">[1:10:16] </w:t>
      </w:r>
      <w:r>
        <w:t>we can't supplicate directly to Allah. we should go through the rightest people. how should one answer such queries?" dekhen, yeh bilkul false argument hai, false reasoning hai, yeh baseless hai.</w:t>
      </w:r>
    </w:p>
    <w:p>
      <w:pPr>
        <w:jc w:val="right"/>
      </w:pPr>
      <w:r>
        <w:t>وی کانٹ سپلیکیٹ ڈائریکٹلی ٹو اللہ۔ وی شوڈ گو تھرو دا رائٹیسٹ پیپل۔ ہاؤ شوڈ ون انسر سچ کوئریز؟" دیکھیں، یہ بالکل فالس ارگیومنٹ ہے، فالس ریزننگ ہے، یہ بیسلیس ہے۔</w:t>
      </w:r>
    </w:p>
    <w:p>
      <w:r>
        <w:rPr>
          <w:b/>
        </w:rPr>
        <w:t xml:space="preserve">[1:10:31] </w:t>
      </w:r>
      <w:r>
        <w:t>bilkul</w:t>
      </w:r>
    </w:p>
    <w:p>
      <w:pPr>
        <w:jc w:val="right"/>
      </w:pPr>
      <w:r>
        <w:t>بالکل</w:t>
      </w:r>
    </w:p>
    <w:p>
      <w:r>
        <w:rPr>
          <w:b/>
        </w:rPr>
        <w:t xml:space="preserve">[1:10:34] </w:t>
      </w:r>
      <w:r>
        <w:t>basic baat kya hai? dekhen, basic baat yeh hai ke deen ke maamle mein sab se pehle jaanna chahiye ke source kya hai.</w:t>
      </w:r>
    </w:p>
    <w:p>
      <w:pPr>
        <w:jc w:val="right"/>
      </w:pPr>
      <w:r>
        <w:t>بیسک بات کیا ہے؟ دیکھیں، بیسک بات یہ ہے کہ دین کے معاملے میں سب سے پہلے جاننا چاہیے کہ سورس کیا ہے۔</w:t>
      </w:r>
    </w:p>
    <w:p>
      <w:r>
        <w:rPr>
          <w:b/>
        </w:rPr>
        <w:t xml:space="preserve">[1:10:43] </w:t>
      </w:r>
      <w:r>
        <w:t>source sirf do hain: Quran aur hadith.</w:t>
      </w:r>
    </w:p>
    <w:p>
      <w:pPr>
        <w:jc w:val="right"/>
      </w:pPr>
      <w:r>
        <w:t>سورس صرف دو ہیں: قرآن اور حدیث۔</w:t>
      </w:r>
    </w:p>
    <w:p>
      <w:r>
        <w:rPr>
          <w:b/>
        </w:rPr>
        <w:t xml:space="preserve">[1:10:46] </w:t>
      </w:r>
      <w:r>
        <w:t>yeh apni in ki reasoning hai. apne aur ek, ek, ek, ek unhone ek misaal de di, sabzi wali ki misaal ya koi bhi misaal. yeh sab koi daleel chalegi nahin yahan par.</w:t>
      </w:r>
    </w:p>
    <w:p>
      <w:pPr>
        <w:jc w:val="right"/>
      </w:pPr>
      <w:r>
        <w:t>یہ اپنی ان کی ریزننگ ہے۔ اپنے اور ایک، ایک، ایک، ایک انہوں نے ایک مثال دے دی، سبزی والی کی مثال یا کوئی بھی مثال۔ یہ سب کوئی دلیل چلے گی نہیں یہاں پر۔</w:t>
      </w:r>
    </w:p>
    <w:p>
      <w:r>
        <w:rPr>
          <w:b/>
        </w:rPr>
        <w:t xml:space="preserve">[1:10:58] </w:t>
      </w:r>
      <w:r>
        <w:t>sab se pehle aap ko batana padega ke kya Quran mein aisa hai ke ya ali kaho ya Muhammad kaho ya ghous kaho?</w:t>
      </w:r>
    </w:p>
    <w:p>
      <w:pPr>
        <w:jc w:val="right"/>
      </w:pPr>
      <w:r>
        <w:t>سب سے پہلے آپ کو بتانا پڑے گا کہ کیا قرآن میں ایسا ہے کہ یا علی کہو یا محمد کہو یا غوث کہو؟</w:t>
      </w:r>
    </w:p>
    <w:p>
      <w:r>
        <w:rPr>
          <w:b/>
        </w:rPr>
        <w:t xml:space="preserve">[1:11:07] </w:t>
      </w:r>
      <w:r>
        <w:t>to Quran mein nahin hai. phir hadith mein dekhen ke wahan kaha aisa hai to wahan bhi nahin hai.</w:t>
      </w:r>
    </w:p>
    <w:p>
      <w:pPr>
        <w:jc w:val="right"/>
      </w:pPr>
      <w:r>
        <w:t>تو قرآن میں نہیں ہے۔ پھر حدیث میں دیکھیں کہ وہاں کہا ایسا ہے تو وہاں بھی نہیں ہے۔</w:t>
      </w:r>
    </w:p>
    <w:p>
      <w:r>
        <w:rPr>
          <w:b/>
        </w:rPr>
        <w:t xml:space="preserve">[1:11:12] </w:t>
      </w:r>
      <w:r>
        <w:t>to nahin hai to phir woh baseless hai, woh baatil hai, woh laiq nahin hai. yeh zaati reasoning se woh nahin justification de sakte hain.</w:t>
      </w:r>
    </w:p>
    <w:p>
      <w:pPr>
        <w:jc w:val="right"/>
      </w:pPr>
      <w:r>
        <w:t>تو نہیں ہے تو پھر وہ بیسلیس ہے، وہ باطل ہے، وہ لائق نہیں ہے۔ یہ ذاتی ریزننگ سے وہ نہیں جسٹیفیکیشن دے سکتے ہیں۔</w:t>
      </w:r>
    </w:p>
    <w:p>
      <w:r>
        <w:rPr>
          <w:b/>
        </w:rPr>
        <w:t xml:space="preserve">[1:11:21] </w:t>
      </w:r>
      <w:r>
        <w:t>is ko aap yeh jo aap kehte hain, jo sahib, woh unhone apni zaati reasoning pesh ki aur woh analogy mein pesh ki. kaha jata hai ke analogy is the weakest form of argument.</w:t>
      </w:r>
    </w:p>
    <w:p>
      <w:pPr>
        <w:jc w:val="right"/>
      </w:pPr>
      <w:r>
        <w:t>اس کو آپ یہ جو آپ کہتے ہیں، جو صاحب، وہ انہوں نے اپنی ذاتی ریزننگ پیش کی اور وہ انالوجی میں پیش کی۔ کہا جاتا ہے کہ انالوجی از دا ویکسٹ فارم اف ارگیومنٹ۔</w:t>
      </w:r>
    </w:p>
    <w:p>
      <w:r>
        <w:rPr>
          <w:b/>
        </w:rPr>
        <w:t xml:space="preserve">[1:11:33] </w:t>
      </w:r>
      <w:r>
        <w:t>analogy se koi baat saabit thori hoti hai, analogy se koi baat saabit nahin hoti.</w:t>
      </w:r>
    </w:p>
    <w:p>
      <w:pPr>
        <w:jc w:val="right"/>
      </w:pPr>
      <w:r>
        <w:t>انالوجی سے کوئی بات ثابت تھوڑی ہوتی ہے، انالوجی سے کوئی بات ثابت نہیں ہوتی۔</w:t>
      </w:r>
    </w:p>
    <w:p>
      <w:r>
        <w:rPr>
          <w:b/>
        </w:rPr>
        <w:t xml:space="preserve">[1:11:39] </w:t>
      </w:r>
      <w:r>
        <w:t>to agar Allah ke siwa kisi aur se madad maangna Islam mein, yaani sahi ho to is ko aap batana padega ke Quran mein kahan hai, hadith mein kahan hai.</w:t>
      </w:r>
    </w:p>
    <w:p>
      <w:pPr>
        <w:jc w:val="right"/>
      </w:pPr>
      <w:r>
        <w:t>تو اگر اللہ کے سوا کسی اور سے مدد مانگنا اسلام میں، یعنی صحیح ہو تو اس کو آپ بتانا پڑے گا کہ قرآن میں کہاں ہے، حدیث میں کہاں ہے۔</w:t>
      </w:r>
    </w:p>
    <w:p>
      <w:r>
        <w:rPr>
          <w:b/>
        </w:rPr>
        <w:t xml:space="preserve">[1:11:50] </w:t>
      </w:r>
      <w:r>
        <w:t>nahin hai to phir bas chhodie is ko.</w:t>
      </w:r>
    </w:p>
    <w:p>
      <w:pPr>
        <w:jc w:val="right"/>
      </w:pPr>
      <w:r>
        <w:t>نہیں ہے تو پھر بس چھوڑیے اس کو۔</w:t>
      </w:r>
    </w:p>
    <w:p>
      <w:r>
        <w:rPr>
          <w:b/>
        </w:rPr>
        <w:t xml:space="preserve">[1:11:54] </w:t>
      </w:r>
      <w:r>
        <w:t>bilkul is mein koi shakk nahin hai ke deeni maamle mein apne dimaagh se koi argument nikaalna ya koi analogy pesh karna, koi tamseeli daleel dena, yeh sab bilkul baatil hai.</w:t>
      </w:r>
    </w:p>
    <w:p>
      <w:pPr>
        <w:jc w:val="right"/>
      </w:pPr>
      <w:r>
        <w:t>بالکل اس میں کوئی شک نہیں ہے کہ دینی معاملے میں اپنے دماغ سے کوئی ارگیومنٹ نکالنا یا کوئی انالوجی پیش کرنا، کوئی تمثیلی دلیل دینا، یہ سب بالکل باطل ہے۔</w:t>
      </w:r>
    </w:p>
    <w:p>
      <w:r>
        <w:rPr>
          <w:b/>
        </w:rPr>
        <w:t xml:space="preserve">[1:12:08] </w:t>
      </w:r>
      <w:r>
        <w:t>aur yeh Khuda ke haan bohat sakht pakad hui hai aise logon ki jo is tarah ki, yaani false argument ko le kar ke yeh sab kaam karte rehte hain.</w:t>
      </w:r>
    </w:p>
    <w:p>
      <w:pPr>
        <w:jc w:val="right"/>
      </w:pPr>
      <w:r>
        <w:t>اور یہ خدا کے ہاں بہت سخت پکڑ ہوئی ہے ایسے لوگوں کی جو اس طرح کی، یعنی فالس ارگیومنٹ کو لے کر کے یہ سب کام کرتے رہتے ہیں۔</w:t>
      </w:r>
    </w:p>
    <w:p>
      <w:r>
        <w:rPr>
          <w:b/>
        </w:rPr>
        <w:t xml:space="preserve">[1:12:18] </w:t>
      </w:r>
      <w:r>
        <w:t>das question is from Mr. Muhammad Adil</w:t>
      </w:r>
    </w:p>
    <w:p>
      <w:pPr>
        <w:jc w:val="right"/>
      </w:pPr>
      <w:r>
        <w:t>دس کوئسچن از فرام مسٹر محمد عادل</w:t>
      </w:r>
    </w:p>
    <w:p>
      <w:r>
        <w:rPr>
          <w:b/>
        </w:rPr>
        <w:t xml:space="preserve">[1:12:22] </w:t>
      </w:r>
      <w:r>
        <w:t>. agar kisi mein koi baat dekhe jo Islam ke khilaaf ho to kya use wohi tok dena sahi hai jabke tokne se inteshaar paida hone ka khatra rehta hai?</w:t>
      </w:r>
    </w:p>
    <w:p>
      <w:pPr>
        <w:jc w:val="right"/>
      </w:pPr>
      <w:r>
        <w:t>۔ اگر کسی میں کوئی بات دیکھے جو اسلام کے خلاف ہو تو کیا اسے وہی ٹوک دینا صحیح ہے جبکہ ٹوکنے سے انتشار پیدا ہونے کا خطرہ رہتا ہے؟</w:t>
      </w:r>
    </w:p>
    <w:p>
      <w:r>
        <w:rPr>
          <w:b/>
        </w:rPr>
        <w:t xml:space="preserve">[1:12:35] </w:t>
      </w:r>
      <w:r>
        <w:t>na tokne se Allah pakar kar sakta hai ke jab maine tumhein aql di thi to tum ne apne saathi ko kyun nahi kaha?</w:t>
      </w:r>
    </w:p>
    <w:p>
      <w:pPr>
        <w:jc w:val="right"/>
      </w:pPr>
      <w:r>
        <w:t>نہ ٹوکنے سے اللہ پکڑ کر سکتا ہے کہ جب میں نے تمہیں عقل دی تھی تو تم نے اپنے ساتھی کو کیوں نہیں کہا؟</w:t>
      </w:r>
    </w:p>
    <w:p>
      <w:r>
        <w:rPr>
          <w:b/>
        </w:rPr>
        <w:t xml:space="preserve">[1:12:44] </w:t>
      </w:r>
      <w:r>
        <w:t>humein kya karna chahiye? dekhein, yeh bohat bari fallacy hai.</w:t>
      </w:r>
    </w:p>
    <w:p>
      <w:pPr>
        <w:jc w:val="right"/>
      </w:pPr>
      <w:r>
        <w:t>ہمیں کیا کرنا چاہیے؟ دیکھیں، یہ بہت بڑی فلیسی ہے۔</w:t>
      </w:r>
    </w:p>
    <w:p>
      <w:r>
        <w:rPr>
          <w:b/>
        </w:rPr>
        <w:t xml:space="preserve">[1:12:49] </w:t>
      </w:r>
      <w:r>
        <w:t>hadees mein aata hai ke man raah minkarankara bil yadi wa man liyusat bilisani wa bilist qalbi is se log nikalte hain aisa.</w:t>
      </w:r>
    </w:p>
    <w:p>
      <w:pPr>
        <w:jc w:val="right"/>
      </w:pPr>
      <w:r>
        <w:t>حدیث میں آتا ہے کہ من راہ منک منکرا یغیر البیدی ومن لوسط بلسانی وبلست قلبی اس سے لوگ نکالتے ہیں ایسا۔</w:t>
      </w:r>
    </w:p>
    <w:p>
      <w:r>
        <w:rPr>
          <w:b/>
        </w:rPr>
        <w:t xml:space="preserve">[1:12:58] </w:t>
      </w:r>
      <w:r>
        <w:t>dekhein, in every situation you have to see the result. man hasan israil mar taraka balayani. result dekhe baghair jo log is mein jump karte hain, woh bilashubah woh gunah ka kaam karte hain.</w:t>
      </w:r>
    </w:p>
    <w:p>
      <w:pPr>
        <w:jc w:val="right"/>
      </w:pPr>
      <w:r>
        <w:t>دیکھیں، ان ایوری سچوئیشن یو ہیو ٹو سی دا رزلٹ۔ من حسن اسرائیل مر ترکہ بالایانی۔ رزلٹ دیکھے بغیر جو لوگ اس میں جمپ کرتے ہیں، وہ بلاشبہ وہ گناہ کا کام کرتے ہیں۔</w:t>
      </w:r>
    </w:p>
    <w:p>
      <w:r>
        <w:rPr>
          <w:b/>
        </w:rPr>
        <w:t xml:space="preserve">[1:13:15] </w:t>
      </w:r>
      <w:r>
        <w:t>main zindagi mein bohat dekhta raha hoon logon ko ke jump kiya unhone aur baat ko bigaad diya aur jhagda badha aur fasad badha. yeh bilkul hi Islam ke khilaaf hai, bilkul baseless hai.</w:t>
      </w:r>
    </w:p>
    <w:p>
      <w:pPr>
        <w:jc w:val="right"/>
      </w:pPr>
      <w:r>
        <w:t>میں زندگی میں بہت دیکھتا رہا ہوں لوگوں کو کہ جمپ کیا انہوں نے اور بات کو بگاڑ دیا اور جھگڑا بڑھا اور فساد بڑھا۔ یہ بالکل ہی اسلام کے خلاف ہے، بالکل بیسلیس ہے۔</w:t>
      </w:r>
    </w:p>
    <w:p>
      <w:r>
        <w:rPr>
          <w:b/>
        </w:rPr>
        <w:t xml:space="preserve">[1:13:26] </w:t>
      </w:r>
      <w:r>
        <w:t>is hadees se yeh nikalna har har har practice ke upar, yaani har koi bhi, koi bhi aap karne ja rahe hon to so you have to see result.</w:t>
      </w:r>
    </w:p>
    <w:p>
      <w:pPr>
        <w:jc w:val="right"/>
      </w:pPr>
      <w:r>
        <w:t>اس حدیث سے یہ نکالنا ہر ہر ہر پریکٹس کے اوپر، یعنی ہر کوئی بھی، کوئی بھی آپ کرنے جا رہے ہوں تو سو یو ہیو ٹو سی رزلٹ۔</w:t>
      </w:r>
    </w:p>
    <w:p>
      <w:r>
        <w:rPr>
          <w:b/>
        </w:rPr>
        <w:t xml:space="preserve">[1:13:38] </w:t>
      </w:r>
      <w:r>
        <w:t>agar woh positive result nikalta ho to aap is mein intervene kijiye.</w:t>
      </w:r>
    </w:p>
    <w:p>
      <w:pPr>
        <w:jc w:val="right"/>
      </w:pPr>
      <w:r>
        <w:t>اگر وہ پازیٹیو رزلٹ نکلتا ہو تو آپ اس میں انٹروین کیجئے۔</w:t>
      </w:r>
    </w:p>
    <w:p>
      <w:r>
        <w:rPr>
          <w:b/>
        </w:rPr>
        <w:t xml:space="preserve">[1:13:45] </w:t>
      </w:r>
      <w:r>
        <w:t>positive result nahi nikalta hai to dua kijiye, ja kar masjid mein khade ho ke dua kijiye.</w:t>
      </w:r>
    </w:p>
    <w:p>
      <w:pPr>
        <w:jc w:val="right"/>
      </w:pPr>
      <w:r>
        <w:t>پازیٹیو رزلٹ نہیں نکلتا ہے تو دعا کیجئے، جا کر مسجد میں کھڑے ہو کے دعا کیجئے۔</w:t>
      </w:r>
    </w:p>
    <w:p>
      <w:r>
        <w:rPr>
          <w:b/>
        </w:rPr>
        <w:t xml:space="preserve">[1:13:51] </w:t>
      </w:r>
      <w:r>
        <w:t>Islam mein dekhein, har cheez mein yeh result laga hua hai. har cheez mein, jaise Rasool Allah jab Makah mein thay to wahan par Hazrat Umar jo hain, bohat bahadur aadmi thay.</w:t>
      </w:r>
    </w:p>
    <w:p>
      <w:pPr>
        <w:jc w:val="right"/>
      </w:pPr>
      <w:r>
        <w:t>اسلام میں دیکھیں، ہر چیز میں یہ رزلٹ لگا ہوا ہے۔ ہر چیز میں، جیسے رسول اللہ جب مکہ میں تھے تو وہاں پر حضرت عمر جو ہیں، بہت بہادر آدمی تھے۔</w:t>
      </w:r>
    </w:p>
    <w:p>
      <w:r>
        <w:rPr>
          <w:b/>
        </w:rPr>
        <w:t xml:space="preserve">[1:14:05] </w:t>
      </w:r>
      <w:r>
        <w:t>Hazrat Umar bohat pehalwan aadmi thay, woh bohat lambe oonche thay.</w:t>
      </w:r>
    </w:p>
    <w:p>
      <w:pPr>
        <w:jc w:val="right"/>
      </w:pPr>
      <w:r>
        <w:t>حضرت عمر بہت پہلوان آدمی تھے، وہ بہت لمبے اونچے تھے۔</w:t>
      </w:r>
    </w:p>
    <w:p>
      <w:r>
        <w:rPr>
          <w:b/>
        </w:rPr>
        <w:t xml:space="preserve">[1:14:09] </w:t>
      </w:r>
      <w:r>
        <w:t>jab Masjid Nabwi bani thi Madinah mein to jab woh dakhil hue to unka sar takra gaya kyunke bohat oonche darwaze nahi thay. yeh itne lambe oonche aadmi thay ke unka sar takra gaya is se, Masjid Nabwi ke darwaze se.</w:t>
      </w:r>
    </w:p>
    <w:p>
      <w:pPr>
        <w:jc w:val="right"/>
      </w:pPr>
      <w:r>
        <w:t>جب مسجد نبوی بنی تھی مدینہ میں تو جب وہ داخل ہوئے تو ان کا سر ٹکرا گیا کیونکہ بہت اونچے دروازے نہیں تھے۔ یہ اتنے لمبے اونچے آدمی تھے کہ ان کا سر ٹکرا گیا اس سے، مسجد نبوی کے دروازے سے۔</w:t>
      </w:r>
    </w:p>
    <w:p>
      <w:r>
        <w:rPr>
          <w:b/>
        </w:rPr>
        <w:t xml:space="preserve">[1:14:25] </w:t>
      </w:r>
      <w:r>
        <w:t>to unhone kaha Rasool Allah se ke hum jihad karenge, pareshan karte hain Makah wale, hum se ladenge. to aap ne kya farmaya? ya Umar ana qaleel aey Umar, hum thode hain.</w:t>
      </w:r>
    </w:p>
    <w:p>
      <w:pPr>
        <w:jc w:val="right"/>
      </w:pPr>
      <w:r>
        <w:t>تو انہوں نے کہا رسول اللہ سے کہ ہم جہاد کریں گے، پریشان کرتے ہیں مکہ والے، ہم سے لڑیں گے۔ تو آپ نے کیا فرمایا؟ یا عمر انا قلیل اے عمر، ہم تھوڑے ہیں۔</w:t>
      </w:r>
    </w:p>
    <w:p>
      <w:r>
        <w:rPr>
          <w:b/>
        </w:rPr>
        <w:t xml:space="preserve">[1:14:37] </w:t>
      </w:r>
      <w:r>
        <w:t>dekhein, aap ne result ko dekha, hum thode hain, woh zyada hain. lad jayenge to wahi hum ko marenge. aap ne farmaya ya Umar ana qaleel to koi bhi cheez ho, yaad rakhiye, chahe woh jihad ho, chahe tokna ho ya kahin koi kisi ki islaah karna ho,</w:t>
      </w:r>
    </w:p>
    <w:p>
      <w:pPr>
        <w:jc w:val="right"/>
      </w:pPr>
      <w:r>
        <w:t>دیکھیں، آپ نے رزلٹ کو دیکھا، ہم تھوڑے ہیں، وہ زیادہ ہیں۔ لڑ جائیں گے تو وہی ہم کو ماریں گے۔ آپ نے فرمایا یا عمر انا قلیل تو کوئی بھی چیز ہو، یاد رکھیے، چاہے وہ جہاد ہو، چاہے ٹوکنا ہو یا کہیں کوئی کسی کی اصلاح کرنا ہو،</w:t>
      </w:r>
    </w:p>
    <w:p>
      <w:r>
        <w:rPr>
          <w:b/>
        </w:rPr>
        <w:t xml:space="preserve">[1:14:59] </w:t>
      </w:r>
      <w:r>
        <w:t>to sab se pehle sochiye ke kya main is mein agar intervene karta hoon to main koi positive result nikaal sakta hoon? nahi to haram hai is mein kudna.</w:t>
      </w:r>
    </w:p>
    <w:p>
      <w:pPr>
        <w:jc w:val="right"/>
      </w:pPr>
      <w:r>
        <w:t>تو سب سے پہلے سوچیے کہ کیا میں اس میں اگر انٹروین کرتا ہوں تو میں کوئی پازیٹیو رزلٹ نکال سکتا ہوں؟ نہیں تو حرام ہے اس میں کودنا۔</w:t>
      </w:r>
    </w:p>
    <w:p>
      <w:r>
        <w:rPr>
          <w:b/>
        </w:rPr>
        <w:t xml:space="preserve">[1:15:10] </w:t>
      </w:r>
      <w:r>
        <w:t>yaad rakhiye, aap ja ke dua kijiye, masjid mein baith kar ke, apne ghar baith kar ke dua kijiye. kuch is mein jump kyun karte hain aap? main baat is liye keh raha hoon ke bar bar maine dekha apni zindagi mein ke log jump karte hain aur baat ko bigaad dete hain.</w:t>
      </w:r>
    </w:p>
    <w:p>
      <w:pPr>
        <w:jc w:val="right"/>
      </w:pPr>
      <w:r>
        <w:t>یاد رکھیے، آپ جا کے دعا کیجئے، مسجد میں بیٹھ کر کے، اپنے گھر بیٹھ کر کے دعا کیجئے۔ کچھ اس میں جمپ کیوں کرتے ہیں آپ؟ میں بات اس لیے کہہ رہا ہوں کہ بار بار میں نے دیکھا اپنی زندگی میں کہ لوگ جمپ کرتے ہیں اور بات کو بگاڑ دیتے ہیں۔</w:t>
      </w:r>
    </w:p>
    <w:p>
      <w:r>
        <w:rPr>
          <w:b/>
        </w:rPr>
        <w:t xml:space="preserve">[1:15:26] </w:t>
      </w:r>
      <w:r>
        <w:t>baat ko bigaad dete hain. yeh ho raha hai Kashmir mein, yeh ho raha hai Falasteen mein, har jagah yeh ho raha hai. abhi jo, abhi, abhi jo fasad hua tha</w:t>
      </w:r>
    </w:p>
    <w:p>
      <w:pPr>
        <w:jc w:val="right"/>
      </w:pPr>
      <w:r>
        <w:t>بات کو بگاڑ دیتے ہیں۔ یہ ہو رہا ہے کشمیر میں، یہ ہو رہا ہے فلسطین میں، ہر جگہ یہ ہو رہا ہے۔ ابھی جو، ابھی، ابھی جو فساد ہوا تھا</w:t>
      </w:r>
    </w:p>
    <w:p>
      <w:r>
        <w:rPr>
          <w:b/>
        </w:rPr>
        <w:t xml:space="preserve">[1:15:35] </w:t>
      </w:r>
      <w:r>
        <w:t>ke kahin Holi ka rang pad gaya, ab jump kar ke pahunche wahan, koi rok dra tum ne? aur bohat hi galat qism ka bana rakha hai ke Holi Holi ka rang padne se koi shirk ho gaya.</w:t>
      </w:r>
    </w:p>
    <w:p>
      <w:pPr>
        <w:jc w:val="right"/>
      </w:pPr>
      <w:r>
        <w:t>کہ کہیں روح حولی کا رنگ پڑ گیا، اب جمپ کر کے پہنچے وہاں، کوئی روک ڈرا تم نے؟ اور بہت ہی غلط قسم کا بنا رکھا ہے کہ ہولی ہولی کا رنگ پڑنے سے کوئی شرک ہو گیا۔</w:t>
      </w:r>
    </w:p>
    <w:p>
      <w:r>
        <w:rPr>
          <w:b/>
        </w:rPr>
        <w:t xml:space="preserve">[1:15:46] </w:t>
      </w:r>
      <w:r>
        <w:t>sab jhooti baatein hain yeh sab, kya Islam se koi ta'alluq nahi hai? yaad rakhiye ke jo log yeh kehte hon ke Holi ka rang padne se aap ka Islam khatre mein pad gaya, yeh shirk hai, yeh bilkul jhooti baat bolte hain.</w:t>
      </w:r>
    </w:p>
    <w:p>
      <w:pPr>
        <w:jc w:val="right"/>
      </w:pPr>
      <w:r>
        <w:t>سب جھوٹی باتیں ہیں یہ سب، کیا اسلام سے کوئی تعلق نہیں ہے؟ یاد رکھیے کہ جو لوگ یہ کہتے ہوں کہ ہولی کا رنگ پڑنے سے آپ کا اسلام خطرے میں پڑ گیا، یہ شرک ہے، یہ بالکل جھوٹی بات بولتے ہیں۔</w:t>
      </w:r>
    </w:p>
    <w:p>
      <w:r>
        <w:rPr>
          <w:b/>
        </w:rPr>
        <w:t xml:space="preserve">[1:15:59] </w:t>
      </w:r>
      <w:r>
        <w:t>Khuda ke haan bohat zyada pakad hogi in ki. kuch bhi nahi, is ki koi haqeeqat nahi hai. bas</w:t>
      </w:r>
    </w:p>
    <w:p>
      <w:pPr>
        <w:jc w:val="right"/>
      </w:pPr>
      <w:r>
        <w:t>خدا کے ہاں بہت زیادہ پکڑ ہوگی ان کی۔ کچھ بھی نہیں، اس کی کوئی حقیقت نہیں ہے۔ بس</w:t>
      </w:r>
    </w:p>
    <w:p>
      <w:r>
        <w:rPr>
          <w:b/>
        </w:rPr>
        <w:t xml:space="preserve">[1:16:05] </w:t>
      </w:r>
      <w:r>
        <w:t>pad gaya to pad gaya. Rasool Allah ke zamane mein Masjid Nabwi mein ek aadmi ne aaya, woh ganda kar diya to log us ko marna chahte thay.</w:t>
      </w:r>
    </w:p>
    <w:p>
      <w:pPr>
        <w:jc w:val="right"/>
      </w:pPr>
      <w:r>
        <w:t>پڑ گیا تو پڑ گیا۔ رسول اللہ کے زمانے میں مسجد نبوی میں ایک آدمی نے آیا، وہ گندا کر دیا تو لوگ اس کو مارنا چاہتے تھے۔</w:t>
      </w:r>
    </w:p>
    <w:p>
      <w:r>
        <w:rPr>
          <w:b/>
        </w:rPr>
        <w:t xml:space="preserve">[1:16:14] </w:t>
      </w:r>
      <w:r>
        <w:t>Rasool Allah ne kaha ke pani lao, daal do, sab baqi saaf ho jayega. Rasool Allah ne gandagi ko Masjid mein nahi, nahi, is ke liye kuch karne diya.</w:t>
      </w:r>
    </w:p>
    <w:p>
      <w:pPr>
        <w:jc w:val="right"/>
      </w:pPr>
      <w:r>
        <w:t>رسول اللہ نے کہا کہ پانی لاؤ، ڈال دو، سب باقی صاف ہو جائے گا۔ رسول اللہ نے گندگی کو مسجد میں نہیں، نہیں، اس کے لیے کچھ کرنے دیا۔</w:t>
      </w:r>
    </w:p>
    <w:p>
      <w:r>
        <w:rPr>
          <w:b/>
        </w:rPr>
        <w:t xml:space="preserve">[1:16:25] </w:t>
      </w:r>
      <w:r>
        <w:t>aur yahan aap rang par aap shor machate hain aur ladte hain, aur jab fasad hota hai to bura bhala kehte hain doosron ko.</w:t>
      </w:r>
    </w:p>
    <w:p>
      <w:pPr>
        <w:jc w:val="right"/>
      </w:pPr>
      <w:r>
        <w:t>اور یہاں آپ رنگ پر آپ شور مچاتے ہیں اور لڑتے ہیں، اور جب فساد ہوتا ہے تو برا بھلا کہتے ہیں دوسروں کو۔</w:t>
      </w:r>
    </w:p>
    <w:p>
      <w:r>
        <w:rPr>
          <w:b/>
        </w:rPr>
        <w:t xml:space="preserve">[1:16:33] </w:t>
      </w:r>
      <w:r>
        <w:t>bilashubah yeh baatil hai, baatil hai, baatil hai. to behal main yeh kahunga ke chahe tokna ho, chahe ladna ho ya koi aur qism ka intervention ho, first of all you have to see the result.</w:t>
      </w:r>
    </w:p>
    <w:p>
      <w:pPr>
        <w:jc w:val="right"/>
      </w:pPr>
      <w:r>
        <w:t>بلاشبہ یہ باطل ہے، باطل ہے، باطل ہے۔ تو بہرحال میں یہ کہوں گا کہ چاہے ٹوکنا ہو، چاہے لڑنا ہو یا کوئی اور قسم کا انٹروینشن ہو، فرسٹ اف آل یو ہیو ٹو سی دا رزلٹ۔</w:t>
      </w:r>
    </w:p>
    <w:p>
      <w:r>
        <w:rPr>
          <w:b/>
        </w:rPr>
        <w:t xml:space="preserve">[1:16:48] </w:t>
      </w:r>
      <w:r>
        <w:t>agar positive result nikaal sakte hon aap to aap wahan dakhal dijiye, nahi to chup chap ghar baithiye, dua kijiye, masjid mein ja kar ke namaz padh ke dua kijiye.</w:t>
      </w:r>
    </w:p>
    <w:p>
      <w:pPr>
        <w:jc w:val="right"/>
      </w:pPr>
      <w:r>
        <w:t>اگر پازیٹیو رزلٹ نکال سکتے ہوں آپ تو آپ وہاں دخل دیجئے، نہیں تو چپ چاپ گھر بیٹھیے، دعا کیجئے، مسجد میں جا کر کے نماز پڑھ کے دعا کیجئے۔</w:t>
      </w:r>
    </w:p>
    <w:p>
      <w:r>
        <w:rPr>
          <w:b/>
        </w:rPr>
        <w:t xml:space="preserve">[1:17:00] </w:t>
      </w:r>
      <w:r>
        <w:t>Khuda ke haan pakad us waqt hogi jab ke aap jump karein aur maamle ko bigaad dein. is mein pakad hogi, is mein pakad nahi hogi ke aap, aap ko, aap ko yeh taqat nahi thi ke aap kuch wahan kar sakein to aap kyun nahi kiya?</w:t>
      </w:r>
    </w:p>
    <w:p>
      <w:pPr>
        <w:jc w:val="right"/>
      </w:pPr>
      <w:r>
        <w:t>خدا کے ہاں پکڑ اس وقت ہوگی جب کہ آپ جمپ کریں اور معاملے کو بگاڑ دیں۔ اس میں پکڑ ہوگی، اس میں پکڑ نہیں ہوگی کہ آپ، آپ کو، آپ کو یہ طاقت نہیں تھی کہ آپ کچھ وہاں کر سکیں تو آپ کیوں نہیں کیا؟</w:t>
      </w:r>
    </w:p>
    <w:p>
      <w:r>
        <w:rPr>
          <w:b/>
        </w:rPr>
        <w:t xml:space="preserve">[1:17:14] </w:t>
      </w:r>
      <w:r>
        <w:t>dekhiye, ek ek aur baat sun lijiye: ittaqullah ma istata'tum yeh usool hai, ek bohat hi basic usool hai.</w:t>
      </w:r>
    </w:p>
    <w:p>
      <w:pPr>
        <w:jc w:val="right"/>
      </w:pPr>
      <w:r>
        <w:t>دیکھیے، ایک ایک اور بات سن لیجئے: اتقوا اللہ ما استطعتم یہ اصول ہے، ایک بہت ہی بیسک اصول ہے۔</w:t>
      </w:r>
    </w:p>
    <w:p>
      <w:r>
        <w:rPr>
          <w:b/>
        </w:rPr>
        <w:t xml:space="preserve">[1:17:24] </w:t>
      </w:r>
      <w:r>
        <w:t>do aayatein hain Quran majeed mein:</w:t>
      </w:r>
    </w:p>
    <w:p>
      <w:pPr>
        <w:jc w:val="right"/>
      </w:pPr>
      <w:r>
        <w:t>دو آیتیں ہیں قرآن مجید میں:</w:t>
      </w:r>
    </w:p>
    <w:p>
      <w:r>
        <w:rPr>
          <w:b/>
        </w:rPr>
        <w:t xml:space="preserve">[1:17:26] </w:t>
      </w:r>
      <w:r>
        <w:t>ittaqullah ma istata'tum aur ek aur aayat hai: la yukallifullah nafsan illa wus'aha yaani jitni capacity hai, utni pakad hai aap ki.</w:t>
      </w:r>
    </w:p>
    <w:p>
      <w:pPr>
        <w:jc w:val="right"/>
      </w:pPr>
      <w:r>
        <w:t>اتقوا اللہ ما استطعتم اور ایک اور آیت ہے: لا يكلف الله نفسا الا وسعا یعنی جتنی کیپیسٹی ہے، اتنی پکڑ ہے آپ کی۔</w:t>
      </w:r>
    </w:p>
    <w:p>
      <w:r>
        <w:rPr>
          <w:b/>
        </w:rPr>
        <w:t xml:space="preserve">[1:17:38] </w:t>
      </w:r>
      <w:r>
        <w:t>capacity kam hai to zyada pakad nahi hogi aap ke haan.</w:t>
      </w:r>
    </w:p>
    <w:p>
      <w:pPr>
        <w:jc w:val="right"/>
      </w:pPr>
      <w:r>
        <w:t>کیپیسٹی کم ہے تو زیادہ پکڑ نہیں ہوگی آپ کے ہاں۔</w:t>
      </w:r>
    </w:p>
    <w:p>
      <w:r>
        <w:rPr>
          <w:b/>
        </w:rPr>
        <w:t xml:space="preserve">[1:17:46] </w:t>
      </w:r>
      <w:r>
        <w:t>so, responsibility is according to your your capacity. hamesha is ko sochna chahiye.</w:t>
      </w:r>
    </w:p>
    <w:p>
      <w:pPr>
        <w:jc w:val="right"/>
      </w:pPr>
      <w:r>
        <w:t>سو، ریسپانسبیلٹی از اکارڈنگ ٹو یور یور کیپیسٹی۔ ہمیشہ اس کو سوچنا چاہیے۔</w:t>
      </w:r>
    </w:p>
    <w:p>
      <w:r>
        <w:rPr>
          <w:b/>
        </w:rPr>
        <w:t xml:space="preserve">[1:17:54] </w:t>
      </w:r>
      <w:r>
        <w:t>main main batata hoon ke so do sau saal se jo nayi nayi duniya aayi hai hamare samne, saare ulama ne yahi galti ki hai, saare leader ne yahi galti ki hai ke jump kar ke kood padte hain aur mamlaat bigaad kar ke is baat ja kar, yaani apne ko khatam kar lete hain.</w:t>
      </w:r>
    </w:p>
    <w:p>
      <w:pPr>
        <w:jc w:val="right"/>
      </w:pPr>
      <w:r>
        <w:t>میں میں بتاتا ہوں کہ سو دو سو سال سے جو نئی نئی دنیا آئی ہے ہمارے سامنے، سارے علماء نے یہی غلطی کی ہے، سارے لیڈر نے یہی غلطی کی ہے کہ جمپ کر کے کود پڑتے ہیں اور معاملات بگاڑ کر کے اس بات جا کر، یعنی اپنے کو ختم کر لیتے ہیں۔</w:t>
      </w:r>
    </w:p>
    <w:p>
      <w:r>
        <w:rPr>
          <w:b/>
        </w:rPr>
        <w:t xml:space="preserve">[1:18:10] </w:t>
      </w:r>
      <w:r>
        <w:t>mar jaate hain, maut to aati hai sab ko, yaani khud to mar gaye aur shaheed ban kar ke aur mamlaat bigaad ke chale gaye. in ko doosri naslein bhugti hain is ki museebat ko.</w:t>
      </w:r>
    </w:p>
    <w:p>
      <w:pPr>
        <w:jc w:val="right"/>
      </w:pPr>
      <w:r>
        <w:t>مر جاتے ہیں، موت تو آتی ہے سب کو، یعنی خود تو مر گئے اور شہید بن کر کے اور معاملات بگاڑ کے چلے گئے۔ ان کو دوسری نسلیں بھگتی ہیں اس کی مصیبت کو۔</w:t>
      </w:r>
    </w:p>
    <w:p>
      <w:r>
        <w:rPr>
          <w:b/>
        </w:rPr>
        <w:t xml:space="preserve">[1:18:22] </w:t>
      </w:r>
      <w:r>
        <w:t>yeh aaj hazaar baar yahi galti ki gayi hai aur ab kam se kam hamein is ko dead stop kar dena chahiye. aisi galti ko hamein repeat karna ab jaiz nahi hai.</w:t>
      </w:r>
    </w:p>
    <w:p>
      <w:pPr>
        <w:jc w:val="right"/>
      </w:pPr>
      <w:r>
        <w:t>یہ آج ہزار بار یہی غلطی کی گئی ہے اور اب کم سے کم ہمیں اس کو ڈیڈ سٹاپ کر دینا چاہیے۔ ایسی غلطی کو ہمیں ریپیٹ کرنا اب جائز نہیں ہے۔</w:t>
      </w:r>
    </w:p>
    <w:p>
      <w:r>
        <w:rPr>
          <w:b/>
        </w:rPr>
        <w:t xml:space="preserve">[1:18:32] </w:t>
      </w:r>
      <w:r>
        <w:t>khair, haraam se zyada bura hai yeh baat. ab yeh itne baar hadees mein aata hai ke al momin la yughraqu min jurrin marratayn momin ek bil se do baar nahi disa jaata</w:t>
      </w:r>
    </w:p>
    <w:p>
      <w:pPr>
        <w:jc w:val="right"/>
      </w:pPr>
      <w:r>
        <w:t>خیر، حرام سے زیادہ برا ہے یہ بات۔ اب یہ اتنے بار حدیث میں آتا ہے کہ المومن لا یغرق من جره مرتین مومن ایک بل سے دو بار نہیں ڈسا جاتا</w:t>
      </w:r>
    </w:p>
    <w:p>
      <w:r>
        <w:rPr>
          <w:b/>
        </w:rPr>
        <w:t xml:space="preserve">[1:18:44] </w:t>
      </w:r>
      <w:r>
        <w:t>. yahan to hazaar baar dise gaye hain ke taqat nahi hai, capacity nahi hai aur kood pade aur mamla bigad gaya aur museebatein aa gayin.</w:t>
      </w:r>
    </w:p>
    <w:p>
      <w:pPr>
        <w:jc w:val="right"/>
      </w:pPr>
      <w:r>
        <w:t>۔ یہاں تو ہزار بار ڈسے گئے ہیں کہ طاقت نہیں ہے، کیپیسٹی نہیں ہے اور کود پڑے اور معاملہ بگڑ گیا اور مصیبتیں آ گئیں۔</w:t>
      </w:r>
    </w:p>
    <w:p>
      <w:r>
        <w:rPr>
          <w:b/>
        </w:rPr>
        <w:t xml:space="preserve">[1:18:55] </w:t>
      </w:r>
      <w:r>
        <w:t>yaani abhi to rang pada tha holi ka, abhi abhi khoon ke chheente pad rahe hain. aap ghor kijiye, yeh yeh jaiz hai, yeh to haraam se buri cheez hai. yeh to aisa main is liye keh raha hoon ke bohat zyada maine dekha hai yeh baat aur yeh is se musalmanon ko bilkul chhod dena chahiye kaam.</w:t>
      </w:r>
    </w:p>
    <w:p>
      <w:pPr>
        <w:jc w:val="right"/>
      </w:pPr>
      <w:r>
        <w:t>یعنی ابھی تو رنگ پڑا تھا ہولی کا، ابھی ابھی خون کے چھینٹے پڑ رہے ہیں۔ آپ غور کیجئے، یہ یہ جائز ہے، یہ تو حرام سے بری چیز ہے۔ یہ تو ایسا میں اس لیے کہہ رہا ہوں کہ بہت زیادہ میں نے دیکھا ہے یہ بات اور یہ اس سے مسلمانوں کو بالکل چھوڑ دینا چاہیے کام۔</w:t>
      </w:r>
    </w:p>
    <w:p>
      <w:r>
        <w:rPr>
          <w:b/>
        </w:rPr>
        <w:t xml:space="preserve">[1:19:13] </w:t>
      </w:r>
      <w:r>
        <w:t>is ko main kahunga over reaction. over reaction bhi ek haraam hai, yaad rakhiye. log samajhte hain ke sirf sharab haraam hai</w:t>
      </w:r>
    </w:p>
    <w:p>
      <w:pPr>
        <w:jc w:val="right"/>
      </w:pPr>
      <w:r>
        <w:t>اس کو میں کہوں گا اوور ری ایکشن۔ اوور ری ایکشن بھی ایک حرام ہے، یاد رکھیے۔ لوگ سمجھتے ہیں کہ صرف شراب حرام ہے</w:t>
      </w:r>
    </w:p>
    <w:p>
      <w:r>
        <w:rPr>
          <w:b/>
        </w:rPr>
        <w:t xml:space="preserve">[1:19:20] </w:t>
      </w:r>
      <w:r>
        <w:t>aur khinzir haraam hai. nahi, over reaction bhi haraam hai. apne aap ko over reaction se bachaiye.</w:t>
      </w:r>
    </w:p>
    <w:p>
      <w:pPr>
        <w:jc w:val="right"/>
      </w:pPr>
      <w:r>
        <w:t>اور خنزیر حرام ہے۔ نہیں، اوور ری ایکشن بھی حرام ہے۔ اپنے آپ کو اوور ری ایکشن سے بچائیے۔</w:t>
      </w:r>
    </w:p>
    <w:p>
      <w:r>
        <w:rPr>
          <w:b/>
        </w:rPr>
        <w:t xml:space="preserve">[1:19:29] </w:t>
      </w:r>
      <w:r>
        <w:t>das question is from miss raziya: when quran tells us not to differentiate among the prophets, then how have muslims come to hold prophet muhammad superior to other prophets?</w:t>
      </w:r>
    </w:p>
    <w:p>
      <w:pPr>
        <w:jc w:val="right"/>
      </w:pPr>
      <w:r>
        <w:t>دس کوئسچن از فرام مس راضیہ: وین قرآن ٹیلز اس ناٹ ٹو ڈیفرنشیٹ امنگ دا پرافٹس، دین ہاؤ ہیو مسلمز کم ٹو ہولڈ پرافٹ محمد سپیریئر ٹو ادر پرافٹس؟</w:t>
      </w:r>
    </w:p>
    <w:p>
      <w:r>
        <w:rPr>
          <w:b/>
        </w:rPr>
        <w:t xml:space="preserve">[1:19:43] </w:t>
      </w:r>
      <w:r>
        <w:t>bid'at hai yeh.</w:t>
      </w:r>
    </w:p>
    <w:p>
      <w:pPr>
        <w:jc w:val="right"/>
      </w:pPr>
      <w:r>
        <w:t>بدعت ہے یہ۔</w:t>
      </w:r>
    </w:p>
    <w:p>
      <w:r>
        <w:rPr>
          <w:b/>
        </w:rPr>
        <w:t xml:space="preserve">[1:19:46] </w:t>
      </w:r>
      <w:r>
        <w:t>har woh cheez yaad rakhiye jis ko Quran o Hadees mein na bataya gaya ho aur woh is ko kya karein, aap to woh bid'at hai. bilashuba bid'at hai yeh.</w:t>
      </w:r>
    </w:p>
    <w:p>
      <w:pPr>
        <w:jc w:val="right"/>
      </w:pPr>
      <w:r>
        <w:t>ہر وہ چیز یاد رکھیے جس کو قرآن و حدیث میں نہ بتایا گیا ہو اور وہ اس کو کیا کریں، آپ تو وہ بدعت ہے۔ بلاشبہ بدعت ہے یہ۔</w:t>
      </w:r>
    </w:p>
    <w:p>
      <w:r>
        <w:rPr>
          <w:b/>
        </w:rPr>
        <w:t xml:space="preserve">[1:19:57] </w:t>
      </w:r>
      <w:r>
        <w:t>koi bhi aayat Quran majeed mein nahi hai, koi bhi hadees nahi hai.</w:t>
      </w:r>
    </w:p>
    <w:p>
      <w:pPr>
        <w:jc w:val="right"/>
      </w:pPr>
      <w:r>
        <w:t>کوئی بھی آیت قرآن مجید میں نہیں ہے، کوئی بھی حدیث نہیں ہے۔</w:t>
      </w:r>
    </w:p>
    <w:p>
      <w:r>
        <w:rPr>
          <w:b/>
        </w:rPr>
        <w:t xml:space="preserve">[1:20:02] </w:t>
      </w:r>
      <w:r>
        <w:t>main ek waqia arz karoon: madine mein ek baar ek yahudi aur ek musalman ke darmiyan jhagda hua. yahudi ne kaha ke sab se bade paighambar Moosa hain.</w:t>
      </w:r>
    </w:p>
    <w:p>
      <w:pPr>
        <w:jc w:val="right"/>
      </w:pPr>
      <w:r>
        <w:t>میں ایک واقعہ عرض کروں: مدینے میں ایک بار ایک یہودی اور ایک مسلمان کے درمیان جھگڑا ہوا۔ یہودی نے کہا کہ سب سے بڑے پیغمبر موسیٰ ہیں۔</w:t>
      </w:r>
    </w:p>
    <w:p>
      <w:r>
        <w:rPr>
          <w:b/>
        </w:rPr>
        <w:t xml:space="preserve">[1:20:15] </w:t>
      </w:r>
      <w:r>
        <w:t>musalman ne kaha: "tum jhoot bolte ho, sab se bade paighambar Muhammad hain." ab dono mein jhagda hua. woh keh rahe hain ke Muhammad sab se superior hain. kehte hain: "Moosa sab se superior hain." Rasool Allah ko pata chala to aap ne bulaya.</w:t>
      </w:r>
    </w:p>
    <w:p>
      <w:pPr>
        <w:jc w:val="right"/>
      </w:pPr>
      <w:r>
        <w:t>مسلمان نے کہا: "تم جھوٹ بولتے ہو، سب سے بڑے پیغمبر محمد ہیں۔" اب دونوں میں جھگڑا ہوا۔ وہ کہہ رہے ہیں کہ محمد سب سے سپیریئر ہیں۔ کہتے ہیں: "موسیٰ سب سے سپیریئر ہیں۔" رسول اللہ کو پتہ چلا تو آپ نے بلایا۔</w:t>
      </w:r>
    </w:p>
    <w:p>
      <w:r>
        <w:rPr>
          <w:b/>
        </w:rPr>
        <w:t xml:space="preserve">[1:20:31] </w:t>
      </w:r>
      <w:r>
        <w:t>us waqt aap ne yeh kaha tha jo maine aap hadees sunayi thi, abhi aap ko la tafadalu bayn al anbiya nabiyon ke darmiyan yeh mat karo ke ek ko superior batao, doosre ko inferior batao.</w:t>
      </w:r>
    </w:p>
    <w:p>
      <w:pPr>
        <w:jc w:val="right"/>
      </w:pPr>
      <w:r>
        <w:t>اس وقت آپ نے یہ کہا تھا جو میں نے آپ حدیث سنائی تھی، ابھی آپ کو لا تفضلوا بين الانبیاء نبیوں کے درمیان یہ مت کرو کہ ایک کو سپیریئر بتاؤ، دوسرے کو انفیریئر بتاؤ۔</w:t>
      </w:r>
    </w:p>
    <w:p>
      <w:r>
        <w:rPr>
          <w:b/>
        </w:rPr>
        <w:t xml:space="preserve">[1:20:42] </w:t>
      </w:r>
      <w:r>
        <w:t>us waqt aap ne farmaya tha ke suniye aap</w:t>
      </w:r>
    </w:p>
    <w:p>
      <w:pPr>
        <w:jc w:val="right"/>
      </w:pPr>
      <w:r>
        <w:t>اس وقت آپ نے فرمایا تھا کہ سنیے آپ</w:t>
      </w:r>
    </w:p>
    <w:p>
      <w:r>
        <w:rPr>
          <w:b/>
        </w:rPr>
        <w:t xml:space="preserve">[1:20:48] </w:t>
      </w:r>
      <w:r>
        <w:t>ke hashr ke din jab sur phoonka jayega aur sab log behosh ho jayenge, saare ke saare insaan behosh ho kar gir padenge, to phir dheere dheere log uthenge.</w:t>
      </w:r>
    </w:p>
    <w:p>
      <w:pPr>
        <w:jc w:val="right"/>
      </w:pPr>
      <w:r>
        <w:t>کہ حشر کے دن جب سور پھونکا جائے گا اور سب لوگ بے ہوش ہو جائیں گے، سارے کے سارے انسان بے ہوش ہو کر گر پڑیں گے، تو پھر دھیرے دھیرے لوگ اٹھیں گے۔</w:t>
      </w:r>
    </w:p>
    <w:p>
      <w:r>
        <w:rPr>
          <w:b/>
        </w:rPr>
        <w:t xml:space="preserve">[1:21:02] </w:t>
      </w:r>
      <w:r>
        <w:t>to aap ne farmaya ke main uthunga, jab hosh mein aaunga to main badhunga arsh ki taraf,</w:t>
      </w:r>
    </w:p>
    <w:p>
      <w:pPr>
        <w:jc w:val="right"/>
      </w:pPr>
      <w:r>
        <w:t>تو آپ نے فرمایا کہ میں اٹھوں گا، جب ہوش میں آؤں گا تو میں بڑھوں گا عرش کی طرف،</w:t>
      </w:r>
    </w:p>
    <w:p>
      <w:r>
        <w:rPr>
          <w:b/>
        </w:rPr>
        <w:t xml:space="preserve">[1:21:12] </w:t>
      </w:r>
      <w:r>
        <w:t>arsh ilahi ki taraf.</w:t>
      </w:r>
    </w:p>
    <w:p>
      <w:pPr>
        <w:jc w:val="right"/>
      </w:pPr>
      <w:r>
        <w:t>عرش الہی کی طرف۔</w:t>
      </w:r>
    </w:p>
    <w:p>
      <w:r>
        <w:rPr>
          <w:b/>
        </w:rPr>
        <w:t xml:space="preserve">[1:21:17] </w:t>
      </w:r>
      <w:r>
        <w:t>to main kahunga: "Moosa mujh se pehle pahunche hue hain."</w:t>
      </w:r>
    </w:p>
    <w:p>
      <w:pPr>
        <w:jc w:val="right"/>
      </w:pPr>
      <w:r>
        <w:t>تو میں کہوں گا: "موسیٰ مجھ سے پہلے پہنچے ہوئے ہیں۔"</w:t>
      </w:r>
    </w:p>
    <w:p>
      <w:r>
        <w:rPr>
          <w:b/>
        </w:rPr>
        <w:t xml:space="preserve">[1:21:24] </w:t>
      </w:r>
      <w:r>
        <w:t>yeh hadith sahih hai, kitab aap dekh sakte hain.</w:t>
      </w:r>
    </w:p>
    <w:p>
      <w:pPr>
        <w:jc w:val="right"/>
      </w:pPr>
      <w:r>
        <w:t>یہ حدیث صحیح ہے، کتاب آپ دیکھ سکتے ہیں۔</w:t>
      </w:r>
    </w:p>
    <w:p>
      <w:r>
        <w:rPr>
          <w:b/>
        </w:rPr>
        <w:t xml:space="preserve">[1:21:29] </w:t>
      </w:r>
      <w:r>
        <w:t>rasool Allah ne farmaya ke hashar ke din jab log hosh mein ayenge to mein uthunga, uth kar ke arsh ilahi ki taraf jaunga.</w:t>
      </w:r>
    </w:p>
    <w:p>
      <w:pPr>
        <w:jc w:val="right"/>
      </w:pPr>
      <w:r>
        <w:t>رسول اللہ نے فرمایا کہ حشر کے دن جب لوگ ہوش میں آئیں گے تو میں اٹھوں گا، اٹھ کر کے عرش الہی کی طرف جاؤں گا۔</w:t>
      </w:r>
    </w:p>
    <w:p>
      <w:r>
        <w:rPr>
          <w:b/>
        </w:rPr>
        <w:t xml:space="preserve">[1:21:39] </w:t>
      </w:r>
      <w:r>
        <w:t>to mein kahunga: "Musa mujh se pehle wahan pohnche hue hain."</w:t>
      </w:r>
    </w:p>
    <w:p>
      <w:pPr>
        <w:jc w:val="right"/>
      </w:pPr>
      <w:r>
        <w:t>تو میں کہوں گا: "موسیٰ مجھ سے پہلے وہاں پہنچے ہوئے ہیں۔"</w:t>
      </w:r>
    </w:p>
    <w:p>
      <w:r>
        <w:rPr>
          <w:b/>
        </w:rPr>
        <w:t xml:space="preserve">[1:21:45] </w:t>
      </w:r>
      <w:r>
        <w:t>nabiyon ke darmiyan yeh sab karna, yeh sab batil hai, batil hai, batil hai. Sab gunah ke kaam hain. Allah ka har nabi, har nabi hai, har nabi Allah ka bheja hua hai.</w:t>
      </w:r>
    </w:p>
    <w:p>
      <w:pPr>
        <w:jc w:val="right"/>
      </w:pPr>
      <w:r>
        <w:t>نبیوں کے درمیان یہ سب کرنا، یہ سب باطل ہے، باطل ہے، باطل ہے۔ سب گناہ کے کام ہیں۔ اللہ کا ہر نبی، ہر نبی ہے، ہر نبی اللہ کا بھیجا ہوا ہے۔</w:t>
      </w:r>
    </w:p>
    <w:p>
      <w:r>
        <w:rPr>
          <w:b/>
        </w:rPr>
        <w:t xml:space="preserve">[1:21:55] </w:t>
      </w:r>
      <w:r>
        <w:t>har nabi ka hamein ehtiram karna hai.</w:t>
      </w:r>
    </w:p>
    <w:p>
      <w:pPr>
        <w:jc w:val="right"/>
      </w:pPr>
      <w:r>
        <w:t>ہر نبی کا ہمیں احترام کرنا ہے۔</w:t>
      </w:r>
    </w:p>
    <w:p>
      <w:r>
        <w:rPr>
          <w:b/>
        </w:rPr>
        <w:t xml:space="preserve">[1:22:00] </w:t>
      </w:r>
      <w:r>
        <w:t>is mamle mein Quran o hadith bilkul saaf hain. Hum ne khud se bana rakha hai. Is aap ne ek sahab ne apni zaati reasoning se nikala, waisi zaati reasoning se nikal nikal kar logon ne bana rakha hai.</w:t>
      </w:r>
    </w:p>
    <w:p>
      <w:pPr>
        <w:jc w:val="right"/>
      </w:pPr>
      <w:r>
        <w:t>اس معاملے میں قرآن و حدیث بالکل صاف ہے۔ ہم نے خود سے بنا رکھا ہے۔ اس آپ نے ایک صاحب نے اپنی ذاتی ریزننگ سے نکالا، ویسی ذاتی ریزننگ سے نکال نکال کر لوگوں نے بنا رکھا ہے۔</w:t>
      </w:r>
    </w:p>
    <w:p>
      <w:r>
        <w:rPr>
          <w:b/>
        </w:rPr>
        <w:t xml:space="preserve">[1:22:17] </w:t>
      </w:r>
      <w:r>
        <w:t>ek hi ayat Quran majeed mein hai, ise nikalte hain yeh log galat taur par. Woh ayat hai ke tilka rusul fadlna baazhum ala baaz. Is par mufassir Ibn Kathir ne behs ki hai.</w:t>
      </w:r>
    </w:p>
    <w:p>
      <w:pPr>
        <w:jc w:val="right"/>
      </w:pPr>
      <w:r>
        <w:t>ایک ہی آیت قرآن مجید میں ہے، اسے نکالتے ہیں یہ لوگ غلط طور پر۔ وہ آیت ہے کہ تلک رسل فضلنا بعضہم علی بعض اس پر مفسر ابن کثیر نے بحث کی ہے۔</w:t>
      </w:r>
    </w:p>
    <w:p>
      <w:r>
        <w:rPr>
          <w:b/>
        </w:rPr>
        <w:t xml:space="preserve">[1:22:26] </w:t>
      </w:r>
      <w:r>
        <w:t>aap padh lijiye,</w:t>
      </w:r>
    </w:p>
    <w:p>
      <w:pPr>
        <w:jc w:val="right"/>
      </w:pPr>
      <w:r>
        <w:t>آپ پڑھ لیجئے،</w:t>
      </w:r>
    </w:p>
    <w:p>
      <w:r>
        <w:rPr>
          <w:b/>
        </w:rPr>
        <w:t xml:space="preserve">[1:22:30] </w:t>
      </w:r>
      <w:r>
        <w:t>bahut mashhoor tafsir hai. Is mein unhon ne behs kar ke nikala hai ke is se to sabit hi nahi hota. Is ayat se sabit nahi hota ke rasool Allah sal Allah alaih wasallam abdul anbiya the.</w:t>
      </w:r>
    </w:p>
    <w:p>
      <w:pPr>
        <w:jc w:val="right"/>
      </w:pPr>
      <w:r>
        <w:t>بہت مشہور تفسیر ہے۔ اس میں انہوں نے بحث کر کے نکالا ہے کہ اس سے تو ثابت ہی نہیں ہوتا۔ اس آیت سے ثابت نہیں ہوتا کہ رسول اللہ صلی اللہ علیہ وسلم عبدالانبیاء تھے۔</w:t>
      </w:r>
    </w:p>
    <w:p>
      <w:r>
        <w:rPr>
          <w:b/>
        </w:rPr>
        <w:t xml:space="preserve">[1:22:42] </w:t>
      </w:r>
      <w:r>
        <w:t>aap ko shakk ho to mere paas tafsir maujood hai, aa kar dekh sakte hain. Aap yeh musalmanon ka apna bana hua aqeedah hai, ghada hua aqeedah hai,</w:t>
      </w:r>
    </w:p>
    <w:p>
      <w:pPr>
        <w:jc w:val="right"/>
      </w:pPr>
      <w:r>
        <w:t>آپ کو شک ہو تو میرے پاس تفسیر موجود ہے، آ کر دیکھ سکتے ہیں۔ آپ یہ مسلمانوں کا اپنا بنا ہوا عقیدہ ہے، گھڑا ہوا عقیدہ ہے،</w:t>
      </w:r>
    </w:p>
    <w:p>
      <w:r>
        <w:rPr>
          <w:b/>
        </w:rPr>
        <w:t xml:space="preserve">[1:22:52] </w:t>
      </w:r>
      <w:r>
        <w:t>be daleel, bila saboot, bila reference. Deen mein bidat nikal rakhi hai aur jo is ke khilaf bole, kehte hain: "Gustakhi kar raha hai, is ko maar dalo." Yeh bhi musibat hai, koi bol nahi sakta.</w:t>
      </w:r>
    </w:p>
    <w:p>
      <w:pPr>
        <w:jc w:val="right"/>
      </w:pPr>
      <w:r>
        <w:t>بے دلیل، بلا ثبوت، بلا ریفرنس۔ دین میں بدعت نکال رکھی ہے اور جو اس کے خلاف بولے، کہتے ہیں: "گستاخی کر رہا ہے، اس کو مار ڈالو۔" یہ بھی مصیبت ہے، کوئی بول نہیں سکتا۔</w:t>
      </w:r>
    </w:p>
    <w:p>
      <w:r>
        <w:rPr>
          <w:b/>
        </w:rPr>
        <w:t xml:space="preserve">[1:23:07] </w:t>
      </w:r>
      <w:r>
        <w:t>agar koi bole to kahein ke: "Gustakh e rasool hai, is ko maro, is ko qatal karo." Yeh double crime hai, double crime hai. Yaad rakhein, hum mein se har ek ko marna hai, har ek ko Khuda ke samne jana hai.</w:t>
      </w:r>
    </w:p>
    <w:p>
      <w:pPr>
        <w:jc w:val="right"/>
      </w:pPr>
      <w:r>
        <w:t>اگر کوئی بولے تو کہیں کہ: "گستاخ رسول ہے، اس کو مارو، اس کو قتل کرو۔" یہ ڈبل کرائم ہے، ڈبل کرائم ہے۔ یاد رکھیں، ہم میں سے ہر ایک کو مرنا ہے، ہر ایک کو خدا کے سامنے جانا ہے۔</w:t>
      </w:r>
    </w:p>
    <w:p>
      <w:r>
        <w:rPr>
          <w:b/>
        </w:rPr>
        <w:t xml:space="preserve">[1:23:21] </w:t>
      </w:r>
      <w:r>
        <w:t>agar Khuda keh de ke: "Dekho, maine paygambar ki zuban se kahwaya tha la tafadalu baina al anbiya to tum ne kis kis right se tum ne aisa kiya?" La nufarriqu baina ahadin min ar rusul.</w:t>
      </w:r>
    </w:p>
    <w:p>
      <w:pPr>
        <w:jc w:val="right"/>
      </w:pPr>
      <w:r>
        <w:t>اگر خدا کہہ دے کہ: "دیکھو، میں نے پیغمبر کی زبان سے کہلوایا تھا لا تفضلوا بين الانبیاء تو تم نے کس کس رائٹ سے تم نے ایسا کیا؟" لا نفرق بین احد من الرسل۔</w:t>
      </w:r>
    </w:p>
    <w:p>
      <w:r>
        <w:rPr>
          <w:b/>
        </w:rPr>
        <w:t xml:space="preserve">[1:23:33] </w:t>
      </w:r>
      <w:r>
        <w:t>Quran majeed mein hai, Quran mein saaf saaf ayat hai la nufarriqu baina ahadin min ar rusul. Yeh aqeedah bataya gaya, aqeedah ke hamara aqeedah yeh hai ke hum nabiyon ke darmiyan farq nahi karte.</w:t>
      </w:r>
    </w:p>
    <w:p>
      <w:pPr>
        <w:jc w:val="right"/>
      </w:pPr>
      <w:r>
        <w:t>قرآن مجید میں ہے، قرآن میں صاف صاف آیت ہے لا نفرق بین احد من الرسل یہ عقیدہ بتایا گیا، عقیدہ کہ ہمارا عقیدہ یہ ہے کہ ہم نبیوں کے درمیان فرق نہیں کرتے۔</w:t>
      </w:r>
    </w:p>
    <w:p>
      <w:r>
        <w:rPr>
          <w:b/>
        </w:rPr>
        <w:t xml:space="preserve">[1:23:49] </w:t>
      </w:r>
      <w:r>
        <w:t>ab Khuda agar kahe ke Quran mein yeh likha hua tha aur hadith mein bata diya gaya, tum ko kis right se tum ne nabiyon mein farq karna shuru kar diya? To kis ke paas jawab hoga?</w:t>
      </w:r>
    </w:p>
    <w:p>
      <w:pPr>
        <w:jc w:val="right"/>
      </w:pPr>
      <w:r>
        <w:t>اب خدا اگر کہے کہ قرآن میں یہ لکھا ہوا تھا اور حدیث میں بتا دیا گیا، تم کو کس رائٹ سے تم نے نبیوں میں فرق کرنا شروع کر دیا؟ تو کس کے پاس جواب ہوگا؟</w:t>
      </w:r>
    </w:p>
    <w:p>
      <w:r>
        <w:rPr>
          <w:b/>
        </w:rPr>
        <w:t xml:space="preserve">[1:23:59] </w:t>
      </w:r>
      <w:r>
        <w:t>mujhe bataiye, kaun wahan Khuda ke samne bolega?</w:t>
      </w:r>
    </w:p>
    <w:p>
      <w:pPr>
        <w:jc w:val="right"/>
      </w:pPr>
      <w:r>
        <w:t>مجھے بتائیے، کون وہاں خدا کے سامنے بولے گا؟</w:t>
      </w:r>
    </w:p>
    <w:p>
      <w:r>
        <w:rPr>
          <w:b/>
        </w:rPr>
        <w:t xml:space="preserve">[1:24:05] </w:t>
      </w:r>
      <w:r>
        <w:t>bol, bilkul is se apne ko bachana chahiye kyun ke aakhir kar hum responsible hain Khuda ke samne. Aakhir kar hamein Khuda ke samne jawab dena hai.</w:t>
      </w:r>
    </w:p>
    <w:p>
      <w:pPr>
        <w:jc w:val="right"/>
      </w:pPr>
      <w:r>
        <w:t>بول، بالکل اس سے اپنے کو بچانا چاہیے کیونکہ آخر کار ہم ریسپانسبل ہیں خدا کے سامنے۔ آخر کار ہمیں خدا کے سامنے جواب دینا ہے۔</w:t>
      </w:r>
    </w:p>
    <w:p>
      <w:r>
        <w:rPr>
          <w:b/>
        </w:rPr>
        <w:t xml:space="preserve">[1:24:15] </w:t>
      </w:r>
      <w:r>
        <w:t>bilashubah yeh baseless aqeedah hai.</w:t>
      </w:r>
    </w:p>
    <w:p>
      <w:pPr>
        <w:jc w:val="right"/>
      </w:pPr>
      <w:r>
        <w:t>بلاشبہ یہ بے بیسلیس عقیدہ ہے۔</w:t>
      </w:r>
    </w:p>
    <w:p>
      <w:r>
        <w:rPr>
          <w:b/>
        </w:rPr>
        <w:t xml:space="preserve">[1:24:20] </w:t>
      </w:r>
      <w:r>
        <w:t>ji haan, Quran mein hai ke la la nufarriqu baina ahadin min ar rusul. Hadith mein aaya hai ke la tafadalu baina al anbiya. Ab kis ko right hai ke khud se ek nikale, ek aqeedah aur kahe ke yeh sahih aqeedah hai?</w:t>
      </w:r>
    </w:p>
    <w:p>
      <w:pPr>
        <w:jc w:val="right"/>
      </w:pPr>
      <w:r>
        <w:t>جی ہاں، قرآن میں ہے کہ لا لا نفرق بین احد من الرسل حدیث میں آیا ہے کہ لا تفضلوا بين الانبیاء اب کس کو رائٹ ہے کہ خود سے ایک نکالے، ایک عقیدہ اور کہے کہ یہ صحیح عقیدہ ہے؟</w:t>
      </w:r>
    </w:p>
    <w:p>
      <w:r>
        <w:rPr>
          <w:b/>
        </w:rPr>
        <w:t xml:space="preserve">[1:24:35] </w:t>
      </w:r>
      <w:r>
        <w:t>bilkul batil hai, baseless hai, koi is ka koi buniyad nahi hai. Bilashubah aise logon ko pakad hogi Allah taala ke haan.</w:t>
      </w:r>
    </w:p>
    <w:p>
      <w:pPr>
        <w:jc w:val="right"/>
      </w:pPr>
      <w:r>
        <w:t>بالکل باطل ہے، بیسلیس ہے، کوئی اس کا کوئی بنیاد نہیں ہے۔ بلاشبہ ایسے لوگوں کو پکڑ ہوگی اللہ تعالی کے ہاں۔</w:t>
      </w:r>
    </w:p>
    <w:p>
      <w:r>
        <w:rPr>
          <w:b/>
        </w:rPr>
        <w:t xml:space="preserve">[1:24:47] </w:t>
      </w:r>
      <w:r>
        <w:t>das question is from Mr. Idrees</w:t>
      </w:r>
    </w:p>
    <w:p>
      <w:pPr>
        <w:jc w:val="right"/>
      </w:pPr>
      <w:r>
        <w:t>دس کوئسچن از فرام مسٹر ادریس</w:t>
      </w:r>
    </w:p>
    <w:p>
      <w:r>
        <w:rPr>
          <w:b/>
        </w:rPr>
        <w:t xml:space="preserve">[1:24:51] </w:t>
      </w:r>
      <w:r>
        <w:t>some of religious extremist are violent and some are non violent people. What is the view of Islam on being extremist so long as one is non violent?</w:t>
      </w:r>
    </w:p>
    <w:p>
      <w:pPr>
        <w:jc w:val="right"/>
      </w:pPr>
      <w:r>
        <w:t>: سم اف ریلیجیس ایکسٹریمسٹ ار وائلنٹ اینڈ سم ار نان وائلنٹ پیپل۔ واٹ از دا ویو اف اسلام ان بینگ ایکسٹریمسٹ سو لانگ ایز ون از نان وائلنٹ؟</w:t>
      </w:r>
    </w:p>
    <w:p>
      <w:r>
        <w:rPr>
          <w:b/>
        </w:rPr>
        <w:t xml:space="preserve">[1:25:04] </w:t>
      </w:r>
      <w:r>
        <w:t>dekhein, extremism bhi galat hai aur violence bhi galat, dono galat hain.</w:t>
      </w:r>
    </w:p>
    <w:p>
      <w:pPr>
        <w:jc w:val="right"/>
      </w:pPr>
      <w:r>
        <w:t>دیکھیں، ایکسٹریمزم بھی غلط ہے اور وائلنس بھی غلط، دونوں غلط ہیں۔</w:t>
      </w:r>
    </w:p>
    <w:p>
      <w:r>
        <w:rPr>
          <w:b/>
        </w:rPr>
        <w:t xml:space="preserve">[1:25:10] </w:t>
      </w:r>
      <w:r>
        <w:t>yani ek violence to usi ke agla woh hai, agla phase hai ke sab se pehle aap insaan se hate karte hain, jis ko aap samajhte hain ke koi galat kaam kar raha hai, use hate karte hain.</w:t>
      </w:r>
    </w:p>
    <w:p>
      <w:pPr>
        <w:jc w:val="right"/>
      </w:pPr>
      <w:r>
        <w:t>یعنی ایک وائلنس تو اسی کے اگلا وہ ہے، اگلا فیز ہے کہ سب سے پہلے آپ انسان سے ہیٹ کرتے ہیں، جس کو آپ سمجھتے ہیں کہ کوئی غلط کام کر رہا ہے، اسے ہیٹ کرتے ہیں۔</w:t>
      </w:r>
    </w:p>
    <w:p>
      <w:r>
        <w:rPr>
          <w:b/>
        </w:rPr>
        <w:t xml:space="preserve">[1:25:23] </w:t>
      </w:r>
      <w:r>
        <w:t>us ke baad aap extremist ban jate hain, us ke baad phir violent ban jate hain. Ek ke baad ek aata hai, nafrat pehle aati hai, extremist us ke baad aata hai, violence us ke baad aata hai,</w:t>
      </w:r>
    </w:p>
    <w:p>
      <w:pPr>
        <w:jc w:val="right"/>
      </w:pPr>
      <w:r>
        <w:t>اس کے بعد آپ ایکسٹریمسٹ بن جاتے ہیں، اس کے بعد پھر وائلنٹ بن جاتے ہیں۔ ایک کے بعد ایک آتا ہے، نفرت پہلے آتی ہے، ایکسٹریمسٹ اس کے بعد آتا ہے، وائلنس اس کے بعد آتا ہے،</w:t>
      </w:r>
    </w:p>
    <w:p>
      <w:r>
        <w:rPr>
          <w:b/>
        </w:rPr>
        <w:t xml:space="preserve">[1:25:37] </w:t>
      </w:r>
      <w:r>
        <w:t>apni larai is ke aglay marhalay</w:t>
      </w:r>
    </w:p>
    <w:p>
      <w:pPr>
        <w:jc w:val="right"/>
      </w:pPr>
      <w:r>
        <w:t>اپنی لڑائی اس کے اگلے مرحلے</w:t>
      </w:r>
    </w:p>
    <w:p>
      <w:r>
        <w:rPr>
          <w:b/>
        </w:rPr>
        <w:t xml:space="preserve">[1:25:39] </w:t>
      </w:r>
      <w:r>
        <w:t>mein aa jati hai. yeh sab ke sab ghalat hain, yahan se wahan tak. aap ko haq nahi hai kisi se nafrat karen. aap dua kijiye, bhai, agar koi ghalati hai to aap us ko dua kijiye.</w:t>
      </w:r>
    </w:p>
    <w:p>
      <w:pPr>
        <w:jc w:val="right"/>
      </w:pPr>
      <w:r>
        <w:t>میں آ جاتی ہے۔ یہ سب کے سب غلط ہیں، یہاں سے وہاں تک۔ آپ کو حق نہیں ہے کسی سے نفرت کریں۔ آپ دعا کیجئے، بھئی، اگر کوئی غلطی ہے تو آپ اس کو دعا کیجئے۔</w:t>
      </w:r>
    </w:p>
    <w:p>
      <w:r>
        <w:rPr>
          <w:b/>
        </w:rPr>
        <w:t xml:space="preserve">[1:25:47] </w:t>
      </w:r>
      <w:r>
        <w:t>nafrat kyun karte hain aap is se? ya to is ko persuade kijiye, samjhaiye, nahi to dua kijiye, nahi to indifferent ho jaiye, kam se kam.</w:t>
      </w:r>
    </w:p>
    <w:p>
      <w:pPr>
        <w:jc w:val="right"/>
      </w:pPr>
      <w:r>
        <w:t>نفرت کیوں کرتے ہیں آپ اس سے؟ یا تو اس کو پرسویٹ کیجئے، سمجھائیے، نہیں تو دعا کیجئے، نہیں تو انڈیفرنٹ ہو جائیے، کم سے کم۔</w:t>
      </w:r>
    </w:p>
    <w:p>
      <w:r>
        <w:rPr>
          <w:b/>
        </w:rPr>
        <w:t xml:space="preserve">[1:26:01] </w:t>
      </w:r>
      <w:r>
        <w:t>ya to ya to nermi se samjhaiye ya ya is ke liye dua kijiye.</w:t>
      </w:r>
    </w:p>
    <w:p>
      <w:pPr>
        <w:jc w:val="right"/>
      </w:pPr>
      <w:r>
        <w:t>یا تو یا تو نرمی سے سمجھائیے یا یا اس کے لیے دعا کیجئے۔</w:t>
      </w:r>
    </w:p>
    <w:p>
      <w:r>
        <w:rPr>
          <w:b/>
        </w:rPr>
        <w:t xml:space="preserve">[1:26:06] </w:t>
      </w:r>
      <w:r>
        <w:t>agar aap nahi kar sakte kuch to aap indifferent ho jaiye. hate karna bhi ghalat, extremist banna bhi ghalat, violence karna bhi ghalat, aur lade karna to ghalati to ghalat hai.</w:t>
      </w:r>
    </w:p>
    <w:p>
      <w:pPr>
        <w:jc w:val="right"/>
      </w:pPr>
      <w:r>
        <w:t>اگر آپ نہیں کر سکتے کچھ تو آپ انڈیفرنٹ ہو جائیے۔ ہیٹ کرنا بھی غلط، ایکسٹریمسٹ بننا بھی غلط، وائلنس کرنا بھی غلط، اور لڑے کرنا تو غلطی تو غلط ہے۔</w:t>
      </w:r>
    </w:p>
    <w:p>
      <w:r>
        <w:rPr>
          <w:b/>
        </w:rPr>
        <w:t xml:space="preserve">[1:26:23] </w:t>
      </w:r>
      <w:r>
        <w:t>in sab cheezon mein mein samajhta hoon ke Quran o Hadees mein baatein itni wazeh hain, itni wazeh hain ke aadmi sarkashi kare, tabhi is ke khilaf ja sakta hai.</w:t>
      </w:r>
    </w:p>
    <w:p>
      <w:pPr>
        <w:jc w:val="right"/>
      </w:pPr>
      <w:r>
        <w:t>ان سب چیزوں میں میں سمجھتا ہوں کہ قرآن و حدیث میں باتیں اتنی واضح ہیں، اتنی واضح ہیں کہ آدمی سرکشی کرے، تبھی اس کے خلاف جا سکتا ہے۔</w:t>
      </w:r>
    </w:p>
    <w:p>
      <w:r>
        <w:rPr>
          <w:b/>
        </w:rPr>
        <w:t xml:space="preserve">[1:26:32] </w:t>
      </w:r>
      <w:r>
        <w:t>agar Quran o Hadees se samajhna chahe to sab baat bilkul clear hai. Quran mein hai ke aslul khair yani peaceful method is the best.</w:t>
      </w:r>
    </w:p>
    <w:p>
      <w:pPr>
        <w:jc w:val="right"/>
      </w:pPr>
      <w:r>
        <w:t>اگر قرآن و حدیث سے سمجھنا چاہے تو سب بات بالکل کلیئر ہے۔ قرآن میں ہے کہ اسل الخیر یعنی پیس فل میتھڈ از دا بیسٹ۔</w:t>
      </w:r>
    </w:p>
    <w:p>
      <w:r>
        <w:rPr>
          <w:b/>
        </w:rPr>
        <w:t xml:space="preserve">[1:26:46] </w:t>
      </w:r>
      <w:r>
        <w:t>ab aap kahein ke sahib, violent method is the best, to yeh to aap ka, aap ke, aap ki bidat hui, aap ne banaya apni taraf se. Quran mein to hai nahi aisa.</w:t>
      </w:r>
    </w:p>
    <w:p>
      <w:pPr>
        <w:jc w:val="right"/>
      </w:pPr>
      <w:r>
        <w:t>اب آپ کہیں کہ صاحب، وائلنٹ میتھڈ از دا بیسٹ، تو یہ تو آپ کا، آپ کے، آپ کی بدعت ہوئی، آپ نے بنایا اپنی طرف سے۔ قرآن میں تو ہے نہیں ایسا۔</w:t>
      </w:r>
    </w:p>
    <w:p>
      <w:r>
        <w:rPr>
          <w:b/>
        </w:rPr>
        <w:t xml:space="preserve">[1:26:57] </w:t>
      </w:r>
      <w:r>
        <w:t>das question is from Mr MY Khan:</w:t>
      </w:r>
    </w:p>
    <w:p>
      <w:pPr>
        <w:jc w:val="right"/>
      </w:pPr>
      <w:r>
        <w:t>دس کوئسچن از فرام مسٹر ایم وائی خان:</w:t>
      </w:r>
    </w:p>
    <w:p>
      <w:r>
        <w:rPr>
          <w:b/>
        </w:rPr>
        <w:t xml:space="preserve">[1:27:01] </w:t>
      </w:r>
      <w:r>
        <w:t>capacity ka measure kya hai? kya faith ko kisi capacity se compare kar sakte hain? to capacity aik practical cheez hai, amli cheez hai.</w:t>
      </w:r>
    </w:p>
    <w:p>
      <w:pPr>
        <w:jc w:val="right"/>
      </w:pPr>
      <w:r>
        <w:t>کپیسٹی کا میژر کیا ہے؟ کیا فیتھ کو کسی کپیسٹی سے کمپیئر کر سکتے ہیں؟ تو کیپیسٹی ایک پریکٹیکل چیز ہے، عملی چیز ہے۔</w:t>
      </w:r>
    </w:p>
    <w:p>
      <w:r>
        <w:rPr>
          <w:b/>
        </w:rPr>
        <w:t xml:space="preserve">[1:27:10] </w:t>
      </w:r>
      <w:r>
        <w:t>faith se kya matlab? is ka faith pe jumla nahi hai. capacity ka matlab hai woh aik amli baat hai. hmm, yani practical tor par kitna bas mera chalega wahan, yeh janna hai.</w:t>
      </w:r>
    </w:p>
    <w:p>
      <w:pPr>
        <w:jc w:val="right"/>
      </w:pPr>
      <w:r>
        <w:t>فیتھ سے کیا مطلب؟ اس کا فیتھ پہ جملہ نہیں ہے۔ کیپیسٹی کا مطلب ہے وہ ایک عملی بات ہے۔ ہمم، یعنی پریکٹیکل طور پر کتنا بس میرا چلے گا وہاں، یہ جاننا ہے۔</w:t>
      </w:r>
    </w:p>
    <w:p>
      <w:r>
        <w:rPr>
          <w:b/>
        </w:rPr>
        <w:t xml:space="preserve">[1:27:23] </w:t>
      </w:r>
      <w:r>
        <w:t>jaise ke road par do aadmi lad gaye, meri capacity nahi hai ke mein is ko ja kar maar peet karoon is ka, lekin police ko hai. police ko aadmi pakad le aye ga, un ko mare ga bhi, kyun ke is ko account of the law right mila hua hai.</w:t>
      </w:r>
    </w:p>
    <w:p>
      <w:pPr>
        <w:jc w:val="right"/>
      </w:pPr>
      <w:r>
        <w:t>جیسے کہ روڈ پر دو آدمی لڑ گئے، میری کیپیسٹی نہیں ہے کہ میں اس کو جا کر مار پیٹ کروں اس کا، لیکن پولیس کو ہے۔ پولیس کو آدمی پکڑ لے آئے گا، ان کو مارے گا بھی، کیونکہ اس کو اکاؤنٹ اف دا لاء رائٹ ملا ہوا ہے۔</w:t>
      </w:r>
    </w:p>
    <w:p>
      <w:r>
        <w:rPr>
          <w:b/>
        </w:rPr>
        <w:t xml:space="preserve">[1:27:39] </w:t>
      </w:r>
      <w:r>
        <w:t>mujhe to right nahi mila hua hai, to meri capacity wahan limit ho jati hai, limit aa jati hai meri capacity ki. hmm, mein agar maroon is ko to mein khud mujrim, mein khud, mein khud aik crime karunga.</w:t>
      </w:r>
    </w:p>
    <w:p>
      <w:pPr>
        <w:jc w:val="right"/>
      </w:pPr>
      <w:r>
        <w:t>مجھے تو رائٹ نہیں ملا ہوا ہے، تو میری کیپیسٹی وہاں لمٹ ہو جاتی ہے، لمٹ آ جاتی ہے میری کیپیسٹی کی۔ ہمم، میں اگر ماروں اس کو تو میں خود مجرم، میں خود، میں خود ایک کرائم کروں گا۔</w:t>
      </w:r>
    </w:p>
    <w:p>
      <w:r>
        <w:rPr>
          <w:b/>
        </w:rPr>
        <w:t xml:space="preserve">[1:27:52] </w:t>
      </w:r>
      <w:r>
        <w:t>excuse me, matlab yeh hai ke agar aap sach ke rastay par hain aur aap bilkul tanha hain, tab bhi aap ko paanch sau farishtay aap ke sath aayenge.</w:t>
      </w:r>
    </w:p>
    <w:p>
      <w:pPr>
        <w:jc w:val="right"/>
      </w:pPr>
      <w:r>
        <w:t>ایکسکیوز می، مطلب یہ ہے کہ اگر آپ سچ کے راستے پر ہیں اور آپ بالکل تنہا ہیں، تب بھی آپ کو پانچ سو فرشتے آپ کے ساتھ آئیں گے۔</w:t>
      </w:r>
    </w:p>
    <w:p>
      <w:r>
        <w:rPr>
          <w:b/>
        </w:rPr>
        <w:t xml:space="preserve">[1:28:01] </w:t>
      </w:r>
      <w:r>
        <w:t>faith ka matlab mera yeh hai ke agar aap sach ke rastay par hain aur aap bilkul tanha hain, tab bhi aap ki madad hogi.</w:t>
      </w:r>
    </w:p>
    <w:p>
      <w:pPr>
        <w:jc w:val="right"/>
      </w:pPr>
      <w:r>
        <w:t>فیتھ کا مطلب میرا یہ ہے کہ اگر آپ سچ کے راستے پر ہیں اور آپ بالکل تنہا ہیں، تب بھی آپ کی مدد ہوگی۔</w:t>
      </w:r>
    </w:p>
    <w:p>
      <w:r>
        <w:rPr>
          <w:b/>
        </w:rPr>
        <w:t xml:space="preserve">[1:28:11] </w:t>
      </w:r>
      <w:r>
        <w:t>to Quran Shareef aati hai. aisi koi Hadees to hai nahi? nahi, Quran Pak paanch sau, paanch sau farishtay aa gaye, aisa to koi hai nahi. mein aap hi ke sath mein dikha doonga. aisi koi Hadees nahi hai ke paanch sau farishtay aa gaye.</w:t>
      </w:r>
    </w:p>
    <w:p>
      <w:pPr>
        <w:jc w:val="right"/>
      </w:pPr>
      <w:r>
        <w:t>تو قرآن شریف آتی ہے۔ ایسی کوئی حدیث تو ہے نہیں؟ نہیں، قرآن پاک پانچ سو، پانچ سو فرشتے آ گئے، ایسا تو کوئی ہے نہیں۔ میں آپ ہی کے ساتھ میں دکھا دوں گا۔ ایسی کوئی حدیث نہیں ہے کہ پانچ سو فرشتے آ گئے۔</w:t>
      </w:r>
    </w:p>
    <w:p>
      <w:r>
        <w:rPr>
          <w:b/>
        </w:rPr>
        <w:t xml:space="preserve">[1:28:20] </w:t>
      </w:r>
      <w:r>
        <w:t>Quran Pak</w:t>
      </w:r>
    </w:p>
    <w:p>
      <w:pPr>
        <w:jc w:val="right"/>
      </w:pPr>
      <w:r>
        <w:t>قرآن پاک</w:t>
      </w:r>
    </w:p>
    <w:p>
      <w:r>
        <w:rPr>
          <w:b/>
        </w:rPr>
        <w:t xml:space="preserve">[1:28:21] </w:t>
      </w:r>
      <w:r>
        <w:t>nahi, Quran mein aisa kuch nahi hai. mein aap ki agli. okay, well, well, check that out. aap ayat, ayat likh kar le jayen. Quran ya Hadees mein aisa kuch nahi hai ke sachai ke rastay par paanch sau farishtay aa jayenge.</w:t>
      </w:r>
    </w:p>
    <w:p>
      <w:pPr>
        <w:jc w:val="right"/>
      </w:pPr>
      <w:r>
        <w:t>نہیں، قرآن میں ایسا کچھ نہیں ہے۔ میں آپ کی اگلی۔ اوکے، ویل، ویل، چیک دیٹ آؤٹ۔ آپ آیت، آیت لکھ کر لے جائیں۔ قرآن یا حدیث میں ایسا کچھ نہیں ہے کہ سچائی کے راستے پر پانچ سو فرشتے آ جائیں گے۔</w:t>
      </w:r>
    </w:p>
    <w:p>
      <w:r>
        <w:rPr>
          <w:b/>
        </w:rPr>
        <w:t xml:space="preserve">[1:28:32] </w:t>
      </w:r>
      <w:r>
        <w:t>aap ko aisa kuch nahi hai, tab bhi capacity dekhna hai. sachai ke rastay par tab bhi dekhna hai. jaise Rifat aap strategy krate thay, phir sachai ke rastay par. lekin aap ne kaha ke ana qaleel, hum jang nahi kar sakte.</w:t>
      </w:r>
    </w:p>
    <w:p>
      <w:pPr>
        <w:jc w:val="right"/>
      </w:pPr>
      <w:r>
        <w:t>آپ کو ایسا کچھ نہیں ہے، تب بھی کیپیسٹی دیکھنا ہے۔ سچائی کے راستے پر تب بھی دیکھنا ہے۔ جیسے رفعت آپ سٹریٹجی کراتے تھے، پھر سچائی کے راستے پر۔ لیکن آپ نے کہا کہ انا قلیل، ہم جنگ نہیں کر سکتے۔</w:t>
      </w:r>
    </w:p>
    <w:p>
      <w:r>
        <w:rPr>
          <w:b/>
        </w:rPr>
        <w:t xml:space="preserve">[1:28:45] </w:t>
      </w:r>
      <w:r>
        <w:t>phir Paighambar ke sath to har waqt, har waqt farishtay rehta tha.</w:t>
      </w:r>
    </w:p>
    <w:p>
      <w:pPr>
        <w:jc w:val="right"/>
      </w:pPr>
      <w:r>
        <w:t>پھر پیغمبر کے ساتھ تو ہر وقت، ہر وقت فرشتہ رہتا تھا۔</w:t>
      </w:r>
    </w:p>
    <w:p>
      <w:r>
        <w:rPr>
          <w:b/>
        </w:rPr>
        <w:t xml:space="preserve">[1:28:49] </w:t>
      </w:r>
      <w:r>
        <w:t>dekhiye, Madine se aaye thay 73 aadmi bai'at karne ke liye. to to yahan ke wahan mil ke bohat ho gaye. Makka mein jo iman le aaye thay, woh wahan jo laye thay, un se mil ke bohat ho gaye.</w:t>
      </w:r>
    </w:p>
    <w:p>
      <w:pPr>
        <w:jc w:val="right"/>
      </w:pPr>
      <w:r>
        <w:t>دیکھیے، مدینے سے آئے تھے 73 آدمی بیعت کرنے کے لیے۔ تو تو یہاں کے وہاں مل کے بہت ہو گئے۔ مکہ میں جو ایمان لے آئے تھے، وہ وہاں جو لائے تھے، ان سے مل کے بہت ہو گئے۔</w:t>
      </w:r>
    </w:p>
    <w:p>
      <w:r>
        <w:rPr>
          <w:b/>
        </w:rPr>
        <w:t xml:space="preserve">[1:29:02] </w:t>
      </w:r>
      <w:r>
        <w:t>to unhone kaha ke hum jihad karenge. to Rasool Allah ne kaha ke nahi, yeh nahi. fa inni lam umar bil qital Madina wapas jao, to mujhe qital ka hukum nahi diya gaya hai.</w:t>
      </w:r>
    </w:p>
    <w:p>
      <w:pPr>
        <w:jc w:val="right"/>
      </w:pPr>
      <w:r>
        <w:t>تو انہوں نے کہا کہ ہم جہاد کریں گے۔ تو رسول اللہ نے کہا کہ نہیں، یہ نہیں۔ فاني لم امر بالقتال مدینہ واپس جاؤ، تو مجھے قتال کا حکم نہیں دیا گیا ہے۔</w:t>
      </w:r>
    </w:p>
    <w:p>
      <w:r>
        <w:rPr>
          <w:b/>
        </w:rPr>
        <w:t xml:space="preserve">[1:29:14] </w:t>
      </w:r>
      <w:r>
        <w:t>to sacha honay ka matlab yeh nahi ke jo kuch chahe kat dalay aadmi. aur yeh ghalat aqeedah hai ke paanch sau farishtay rehte hain, jo chaho kat dalo. bilkul yeh baseless baat hai.</w:t>
      </w:r>
    </w:p>
    <w:p>
      <w:pPr>
        <w:jc w:val="right"/>
      </w:pPr>
      <w:r>
        <w:t>تو سچا ہونے کا معنی یہ نہیں کہ جو کچھ چاہے کٹ ڈالے آدمی۔ اور یہ غلط عقیدہ ہے کہ پانچ سو فرشتے رہتے ہیں، جو چاہو کٹ ڈالو۔ بالکل یہ بیسلیس بات ہے۔</w:t>
      </w:r>
    </w:p>
    <w:p>
      <w:r>
        <w:rPr>
          <w:b/>
        </w:rPr>
        <w:t xml:space="preserve">[1:29:24] </w:t>
      </w:r>
      <w:r>
        <w:t>aisa koi na Quran mein hai, na Hadees mein hai ke sachai par ho, paanch sau farishtay tumhare sath rahenge. to jo jo chahe kar sakte ho, yeh bilkul sahi nahi hai. capacity hamesha har aadmi ke sath rehti hai, chahe Paighambar hi kyun na ho.</w:t>
      </w:r>
    </w:p>
    <w:p>
      <w:pPr>
        <w:jc w:val="right"/>
      </w:pPr>
      <w:r>
        <w:t>ایسا کوئی نہ قرآن میں ہے، نہ حدیث میں ہے کہ سچائی پر ہو، پانچ سو فرشتے تمہارے ساتھ رہیں گے۔ تو جو جو چاہے کر سکتے ہو، یہ بالکل صحیح نہیں ہے۔ کیپیسٹی ہمیشہ ہر آدمی کے ساتھ رہتی ہے، چاہے پیغمبر ہی کیوں نہ ہو۔</w:t>
      </w:r>
    </w:p>
    <w:p>
      <w:r>
        <w:rPr>
          <w:b/>
        </w:rPr>
        <w:t xml:space="preserve">[1:29:40] </w:t>
      </w:r>
      <w:r>
        <w:t>yani practically aap ke paas kya hai, woh dekhna parta hai. aap sachai par hain to yeh alag masla hai, lekin koi practical step lena hai aap ko to to capacity ko dekhna parega.</w:t>
      </w:r>
    </w:p>
    <w:p>
      <w:pPr>
        <w:jc w:val="right"/>
      </w:pPr>
      <w:r>
        <w:t>یعنی پریکٹیکلی آپ کے پاس کیا ہے، وہ دیکھنا پڑتا ہے۔ آپ سچائی پر ہیں تو یہ الگ مسئلہ ہے، لیکن کوئی پریکٹیکل سٹیپ لینا ہے آپ کو تو تو کیپیسٹی کو دیکھنا پڑے گا۔</w:t>
      </w:r>
    </w:p>
    <w:p>
      <w:r>
        <w:rPr>
          <w:b/>
        </w:rPr>
        <w:t xml:space="preserve">[1:29:53] </w:t>
      </w:r>
      <w:r>
        <w:t>yani koi exception nahi, yaad rakhiye. profit ke bhi exception nahi hai. profit ke bhi exception nahi hai ke practical step lena hai to aap ko capacity ko dekhna hai.</w:t>
      </w:r>
    </w:p>
    <w:p>
      <w:pPr>
        <w:jc w:val="right"/>
      </w:pPr>
      <w:r>
        <w:t>یعنی کوئی ایکسیپشن نہیں، یاد رکھیے۔ پرافٹ کے بھی ایکسیپشن نہیں ہے۔ پرافٹ کے بھی ایکسیپشن نہیں ہے کہ پریکٹیکل سٹیپ لینا ہے تو آپ کو کیپیسٹی کو دیکھنا ہے۔</w:t>
      </w:r>
    </w:p>
    <w:p>
      <w:r>
        <w:rPr>
          <w:b/>
        </w:rPr>
        <w:t xml:space="preserve">[1:30:06] </w:t>
      </w:r>
      <w:r>
        <w:t>is mein koi koi na ayat hai, na hadith hai.</w:t>
      </w:r>
    </w:p>
    <w:p>
      <w:pPr>
        <w:jc w:val="right"/>
      </w:pPr>
      <w:r>
        <w:t>اس میں کوئی کوئی نہ آیت ہے، نہ حدیث ہے۔</w:t>
      </w:r>
    </w:p>
    <w:p>
      <w:r>
        <w:rPr>
          <w:b/>
        </w:rPr>
        <w:t xml:space="preserve">[1:30:09] </w:t>
      </w:r>
      <w:r>
        <w:t>ek yeh hai ke main apne mind mein kya idea banaun, is ke liye aap azaad hain. jo jo idea chahe banaiye, lekin jab aap practical step lene ja rahe hain to aap ko dekhna parega ke aap ke paas kya taqat hai, aap ki kya capacity hai.</w:t>
      </w:r>
    </w:p>
    <w:p>
      <w:pPr>
        <w:jc w:val="right"/>
      </w:pPr>
      <w:r>
        <w:t>ایک یہ ہے کہ میں اپنے مائنڈ میں کیا آئیڈیا بناؤں، اس کے لیے آپ آزاد ہیں۔ جو جو آئیڈیا چاہے بنائیے، لیکن جب آپ پریکٹیکل سٹیپ لینے جا رہے ہیں تو آپ کو دیکھنا پڑے گا کہ آپ کے پاس کیا طاقت ہے، آپ کی کیا کیپیسٹی ہے۔</w:t>
      </w:r>
    </w:p>
    <w:p>
      <w:r>
        <w:rPr>
          <w:b/>
        </w:rPr>
        <w:t xml:space="preserve">[1:30:25] </w:t>
      </w:r>
      <w:r>
        <w:t>rasool Allah jo hai, rasool hote hue aap jante hain ke 83 bar logon ne aap ko jang bol jana chaha tha, 83 bar, aur aap sirf teen bar jang bol gaye.</w:t>
      </w:r>
    </w:p>
    <w:p>
      <w:pPr>
        <w:jc w:val="right"/>
      </w:pPr>
      <w:r>
        <w:t>رسول اللہ جو ہے، رسول ہوتے ہوئے آپ جانتے ہیں کہ 83 بار لوگوں نے آپ کو جنگ بول جانا چاہا تھا، 83 بار، اور آپ صرف تین بار جنگ بول گئے۔</w:t>
      </w:r>
    </w:p>
    <w:p>
      <w:r>
        <w:rPr>
          <w:b/>
        </w:rPr>
        <w:t xml:space="preserve">[1:30:39] </w:t>
      </w:r>
      <w:r>
        <w:t>avoid kiya, avoid kiya, avoid kiya. yeh thori hai ke bas ja ke lad gaye. is ko yeh farishte hamare sath ja ke lad jao, aisa kuch nahi hai.</w:t>
      </w:r>
    </w:p>
    <w:p>
      <w:pPr>
        <w:jc w:val="right"/>
      </w:pPr>
      <w:r>
        <w:t>اوائڈ کیا، اوائڈ کیا، اوائڈ کیا۔ یہ تھوڑی ہے کہ بس جا کے لڑ گئے۔ اس کو یہ فرشتے ہمارے ساتھ جا کے لڑ جاؤ، ایسا کچھ نہیں ہے۔</w:t>
      </w:r>
    </w:p>
    <w:p>
      <w:r>
        <w:rPr>
          <w:b/>
        </w:rPr>
        <w:t xml:space="preserve">[1:30:50] </w:t>
      </w:r>
      <w:r>
        <w:t>das question is from Mr Muhammad Adil</w:t>
      </w:r>
    </w:p>
    <w:p>
      <w:pPr>
        <w:jc w:val="right"/>
      </w:pPr>
      <w:r>
        <w:t>دس کوئسچن از فرام مسٹر محمد عادل</w:t>
      </w:r>
    </w:p>
    <w:p>
      <w:r>
        <w:rPr>
          <w:b/>
        </w:rPr>
        <w:t xml:space="preserve">[1:30:53] </w:t>
      </w:r>
      <w:r>
        <w:t>: agar non muslim shirk kar rahe hain to kya un se bhi nahi kehna chahiye ke aap shirk kar rahe hain, inteshaar na phailane ke madde nazar rakhte hue?</w:t>
      </w:r>
    </w:p>
    <w:p>
      <w:pPr>
        <w:jc w:val="right"/>
      </w:pPr>
      <w:r>
        <w:t>: اگر نان مسلم شرک کر رہے ہیں تو کیا ان سے بھی نہیں کہنا چاہیے کہ آپ شرک کر رہے ہیں، انتشار نہ پھیلانے کے مدنظر رکھتے ہوئے؟</w:t>
      </w:r>
    </w:p>
    <w:p>
      <w:r>
        <w:rPr>
          <w:b/>
        </w:rPr>
        <w:t xml:space="preserve">[1:31:08] </w:t>
      </w:r>
      <w:r>
        <w:t>wohi to maine pehle keh chuka hoon ke starting point yeh nahi hoga ke aap ja ke tum shirk kar rahe ho. yeh starting point nahi hai.</w:t>
      </w:r>
    </w:p>
    <w:p>
      <w:pPr>
        <w:jc w:val="right"/>
      </w:pPr>
      <w:r>
        <w:t>وہی تو میں نے پہلے کہہ چکا ہوں کہ سٹارٹنگ پوائنٹ یہ نہیں ہوگا کہ آپ جا کے تم شرک کر رہے ہو۔ یہ سٹارٹنگ پوائنٹ نہیں ہے۔</w:t>
      </w:r>
    </w:p>
    <w:p>
      <w:r>
        <w:rPr>
          <w:b/>
        </w:rPr>
        <w:t xml:space="preserve">[1:31:16] </w:t>
      </w:r>
      <w:r>
        <w:t>hum ki tareef kijiye, hum ke liye dua kijiye, un ko nermi se samjhaiye. dard se jump kar ke kahein ke tum shirk kar rahe ho. maine ek hi bar aisi ghalti ki thi.</w:t>
      </w:r>
    </w:p>
    <w:p>
      <w:pPr>
        <w:jc w:val="right"/>
      </w:pPr>
      <w:r>
        <w:t>ہم کی تعریف کیجئے، ہم کے لیے دعا کیجئے، ان کو نرمی سے سمجھائیے۔ درد سے جمپ کر کے کہیں کہ تم شرک کر رہے ہو۔ میں نے ایک ہی بار ایسی غلطی کی تھی۔</w:t>
      </w:r>
    </w:p>
    <w:p>
      <w:r>
        <w:rPr>
          <w:b/>
        </w:rPr>
        <w:t xml:space="preserve">[1:31:27] </w:t>
      </w:r>
      <w:r>
        <w:t>yeh 1948 ki baat hai, 1948 ki. main Lucknow gaya to shayad main pehli bar gaya tha Lucknow.</w:t>
      </w:r>
    </w:p>
    <w:p>
      <w:pPr>
        <w:jc w:val="right"/>
      </w:pPr>
      <w:r>
        <w:t>یہ 1948 کی بات ہے، 1948 کی۔ میں لکھنؤ گیا تو شاید میں پہلی بار گیا تھا لکھنؤ۔</w:t>
      </w:r>
    </w:p>
    <w:p>
      <w:r>
        <w:rPr>
          <w:b/>
        </w:rPr>
        <w:t xml:space="preserve">[1:31:39] </w:t>
      </w:r>
      <w:r>
        <w:t>to wahan par ek hai, ek mazaar hai.</w:t>
      </w:r>
    </w:p>
    <w:p>
      <w:pPr>
        <w:jc w:val="right"/>
      </w:pPr>
      <w:r>
        <w:t>تو وہاں پر ایک ہے، ایک مزار ہے۔</w:t>
      </w:r>
    </w:p>
    <w:p>
      <w:r>
        <w:rPr>
          <w:b/>
        </w:rPr>
        <w:t xml:space="preserve">[1:31:43] </w:t>
      </w:r>
      <w:r>
        <w:t>is mazaar par gaya main. mazaar par nahi gaya tha, masjid thi wahan par. namaz parhne gaya masjid mein to wohin par mazaar bhi tha wahan par. to maine dekha ke qabar par sajda kar rahe hain log.</w:t>
      </w:r>
    </w:p>
    <w:p>
      <w:pPr>
        <w:jc w:val="right"/>
      </w:pPr>
      <w:r>
        <w:t>اس مزار پر گیا میں۔ مزار پر نہیں گیا تھا، مسجد تھی وہاں پر۔ نماز پڑھنے گیا مسجد میں تو وہیں پر مزار بھی تھا وہاں پر۔ تو میں نے دیکھا کہ قبر پر سجدہ کر رہے ہیں لوگ۔</w:t>
      </w:r>
    </w:p>
    <w:p>
      <w:r>
        <w:rPr>
          <w:b/>
        </w:rPr>
        <w:t xml:space="preserve">[1:31:53] </w:t>
      </w:r>
      <w:r>
        <w:t>baqayda apni aankh se dekha maine. to wahan par ek ek kamra bada sa hua karta tha, us mein mutawalli log baithte the, majawar log.</w:t>
      </w:r>
    </w:p>
    <w:p>
      <w:pPr>
        <w:jc w:val="right"/>
      </w:pPr>
      <w:r>
        <w:t>باقاعدہ اپنی آنکھ سے دیکھا میں نے۔ تو وہاں پر ایک ایک کمرہ بڑا سا ہوا کرتا تھا، اس میں متولی لوگ بیٹھتے تھے، مجاور لوگ۔</w:t>
      </w:r>
    </w:p>
    <w:p>
      <w:r>
        <w:rPr>
          <w:b/>
        </w:rPr>
        <w:t xml:space="preserve">[1:32:03] </w:t>
      </w:r>
      <w:r>
        <w:t>to main us ke andar gaya. us waqt main naujawani ki umar thi meri.</w:t>
      </w:r>
    </w:p>
    <w:p>
      <w:pPr>
        <w:jc w:val="right"/>
      </w:pPr>
      <w:r>
        <w:t>تو میں اس کے اندر گیا۔ اس وقت میں نوجوانی کی عمر تھی میری۔</w:t>
      </w:r>
    </w:p>
    <w:p>
      <w:r>
        <w:rPr>
          <w:b/>
        </w:rPr>
        <w:t xml:space="preserve">[1:32:09] </w:t>
      </w:r>
      <w:r>
        <w:t>to maine un se kaha ke yeh yeh qabar par sajda kar rahe hain, yeh to Islam mein jaiz nahi hai. to teen mote mote aadmi wahan baithe hue the, gadha lagaye hue.</w:t>
      </w:r>
    </w:p>
    <w:p>
      <w:pPr>
        <w:jc w:val="right"/>
      </w:pPr>
      <w:r>
        <w:t>تو میں نے ان سے کہا کہ یہ یہ قبر پر سجدہ کر رہے ہیں، یہ تو اسلام میں جائز نہیں ہے۔ تو تین موٹے موٹے آدمی وہاں بیٹھے ہوئے تھے، گدھا لگائے ہوئے۔</w:t>
      </w:r>
    </w:p>
    <w:p>
      <w:r>
        <w:rPr>
          <w:b/>
        </w:rPr>
        <w:t xml:space="preserve">[1:32:21] </w:t>
      </w:r>
      <w:r>
        <w:t>to unhone kaha ke woh</w:t>
      </w:r>
    </w:p>
    <w:p>
      <w:pPr>
        <w:jc w:val="right"/>
      </w:pPr>
      <w:r>
        <w:t>تو انہوں نے کہا کہ وہ</w:t>
      </w:r>
    </w:p>
    <w:p>
      <w:r>
        <w:rPr>
          <w:b/>
        </w:rPr>
        <w:t xml:space="preserve">[1:32:27] </w:t>
      </w:r>
      <w:r>
        <w:t>sahibzade, peeche dekho. to corner mein lathiyan rakhi hui thi, badi badi. to kaha, isi se tumhara jawab diya jayega.</w:t>
      </w:r>
    </w:p>
    <w:p>
      <w:pPr>
        <w:jc w:val="right"/>
      </w:pPr>
      <w:r>
        <w:t>صاحبزادے، پیچھے دیکھو۔ تو کارنر میں لاٹھیاں رکھی ہوئی تھیں، بڑی بڑی۔ تو کہا، اسی سے تمہارا جواب دیا جائے گا۔</w:t>
      </w:r>
    </w:p>
    <w:p>
      <w:r>
        <w:rPr>
          <w:b/>
        </w:rPr>
        <w:t xml:space="preserve">[1:32:39] </w:t>
      </w:r>
      <w:r>
        <w:t>yeh bilkul sacha waqia mere sath guzra. woh kuch nahi kaha unhone, bas yeh kaha, sahibzade, peeche dekho. to isi se tumhara jawab diya.</w:t>
      </w:r>
    </w:p>
    <w:p>
      <w:pPr>
        <w:jc w:val="right"/>
      </w:pPr>
      <w:r>
        <w:t>یہ بالکل سچا واقعہ میرے ساتھ گزرا۔ وہ کچھ نہیں کہا انہوں نے، بس یہ کہا، صاحبزادے، پیچھے دیکھو۔ تو اسی سے تمہارا جواب دیا۔</w:t>
      </w:r>
    </w:p>
    <w:p>
      <w:r>
        <w:rPr>
          <w:b/>
        </w:rPr>
        <w:t xml:space="preserve">[1:32:47] </w:t>
      </w:r>
      <w:r>
        <w:t>to ek boodhe aadmi the, unhone peeche mera kapda par khencha, mujh ko khench kar le gaye bahar. kaha, sahibzade, jao. is mein mat dakhal do. is mein ek bar maine aisa kiya tha naujawani ki umar mein, phir maine aisa nahi kiya.</w:t>
      </w:r>
    </w:p>
    <w:p>
      <w:pPr>
        <w:jc w:val="right"/>
      </w:pPr>
      <w:r>
        <w:t>تو ایک بوڑھے آدمی تھے، انہوں نے پیچھے میرا کپڑا پر کھینچا، مجھ کو کھینچ کر لے گئے باہر۔ کہا، صاحبزادے، جاؤ۔ اس میں مت دخل دو۔ اس میں ایک بار میں نے ایسا کیا تھا نوجوانی کی عمر میں، پھر میں نے ایسا نہیں کیا۔</w:t>
      </w:r>
    </w:p>
    <w:p>
      <w:r>
        <w:rPr>
          <w:b/>
        </w:rPr>
        <w:t xml:space="preserve">[1:33:01] </w:t>
      </w:r>
      <w:r>
        <w:t>to mind mein chahe jo bhi idea aap banaiye, lekin jab aap practical step lene ja rahe hain to aap ko dekhna parega ke aap ki capacity mein kya hai, kya nahi hai.</w:t>
      </w:r>
    </w:p>
    <w:p>
      <w:pPr>
        <w:jc w:val="right"/>
      </w:pPr>
      <w:r>
        <w:t>تو مائنڈ میں چاہے جو بھی آئیڈیا آپ بنائیے، لیکن جب آپ پریکٹیکل سٹیپ لینے جا رہے ہیں تو آپ کو دیکھنا پڑے گا کہ آپ کی کیپیسٹی میں کیا ہے، کیا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