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Death in Islam August 28, 2008</w:t>
      </w:r>
    </w:p>
    <w:p>
      <w:r>
        <w:t>https://youtu.be/mIfQQj-a_4M</w:t>
      </w:r>
    </w:p>
    <w:p>
      <w:r>
        <w:rPr>
          <w:b/>
        </w:rPr>
        <w:t xml:space="preserve">[00:14] </w:t>
      </w:r>
      <w:r>
        <w:t>Bismillah Rehman ur Rahim, wa sallallahu ala Nabi al Kareem. Rab ishrah li sadri, wa yassir li amri,</w:t>
      </w:r>
    </w:p>
    <w:p>
      <w:pPr>
        <w:jc w:val="right"/>
      </w:pPr>
      <w:r>
        <w:t>بسم اللہ الرحمن الرحیم ، وصلی اللہ علی النبی الکریم ۔ رب اشرحلی صدری، و یسرلیام ری،</w:t>
      </w:r>
    </w:p>
    <w:p>
      <w:r>
        <w:rPr>
          <w:b/>
        </w:rPr>
        <w:t xml:space="preserve">[00:28] </w:t>
      </w:r>
      <w:r>
        <w:t>wah al uqdatan min lisani yafqahu qawli.</w:t>
      </w:r>
    </w:p>
    <w:p>
      <w:pPr>
        <w:jc w:val="right"/>
      </w:pPr>
      <w:r>
        <w:t>واحل العقدۃ من لسانی یفقہ قولی۔</w:t>
      </w:r>
    </w:p>
    <w:p>
      <w:r>
        <w:rPr>
          <w:b/>
        </w:rPr>
        <w:t xml:space="preserve">[00:36] </w:t>
      </w:r>
      <w:r>
        <w:t>aaj ka topic maut ke bare mein hai.</w:t>
      </w:r>
    </w:p>
    <w:p>
      <w:pPr>
        <w:jc w:val="right"/>
      </w:pPr>
      <w:r>
        <w:t>آجکا ٹاپک موتکےبارےمیں ہے۔</w:t>
      </w:r>
    </w:p>
    <w:p>
      <w:r>
        <w:rPr>
          <w:b/>
        </w:rPr>
        <w:t xml:space="preserve">[00:43] </w:t>
      </w:r>
      <w:r>
        <w:t>the concept of death in Islam. yaani Islam mein maut ka tasawwur.</w:t>
      </w:r>
    </w:p>
    <w:p>
      <w:pPr>
        <w:jc w:val="right"/>
      </w:pPr>
      <w:r>
        <w:t>داکانسیپٹآف ڈیتھ اناسلام ۔یعنیاسلام میں موتکا تص ور ۔</w:t>
      </w:r>
    </w:p>
    <w:p>
      <w:r>
        <w:rPr>
          <w:b/>
        </w:rPr>
        <w:t xml:space="preserve">[00:53] </w:t>
      </w:r>
      <w:r>
        <w:t>agar aap dictionary dekhein to us mein death ka matlab likha hoga: permanent cessation of life.</w:t>
      </w:r>
    </w:p>
    <w:p>
      <w:pPr>
        <w:jc w:val="right"/>
      </w:pPr>
      <w:r>
        <w:t>اگر آپ ڈکشنریدیکھیں تو اسمیں ڈیتھکامطلب لکھاہوگا: پرمن نٹ سیشن آف لائف۔</w:t>
      </w:r>
    </w:p>
    <w:p>
      <w:r>
        <w:rPr>
          <w:b/>
        </w:rPr>
        <w:t xml:space="preserve">[01:06] </w:t>
      </w:r>
      <w:r>
        <w:t>yaani zindagi ka abadi khatma.</w:t>
      </w:r>
    </w:p>
    <w:p>
      <w:pPr>
        <w:jc w:val="right"/>
      </w:pPr>
      <w:r>
        <w:t>یعنی زندگی کا ابدی خاتمہ۔</w:t>
      </w:r>
    </w:p>
    <w:p>
      <w:r>
        <w:rPr>
          <w:b/>
        </w:rPr>
        <w:t xml:space="preserve">[01:12] </w:t>
      </w:r>
      <w:r>
        <w:t>yeh jo dictionary ki meaning hai death ki, it is somewhat misleading. Islam ke mutabiq maut ka ya death ka yeh matlab nahi hai.</w:t>
      </w:r>
    </w:p>
    <w:p>
      <w:pPr>
        <w:jc w:val="right"/>
      </w:pPr>
      <w:r>
        <w:t>یہجو ڈکشنریکی میننگہے ڈیتھکی، اٹازسمواٹمسلیڈنگ۔ اسلام کےمط ابق موتکا یا ڈیتھکا یہمطلبنہیںہے۔</w:t>
      </w:r>
    </w:p>
    <w:p>
      <w:r>
        <w:rPr>
          <w:b/>
        </w:rPr>
        <w:t xml:space="preserve">[01:29] </w:t>
      </w:r>
      <w:r>
        <w:t>kyun keh Islam ka jo concept hai, us ke mutabiq maut ke baad bhi zindagi hai.</w:t>
      </w:r>
    </w:p>
    <w:p>
      <w:pPr>
        <w:jc w:val="right"/>
      </w:pPr>
      <w:r>
        <w:t>کیونکہاسلام کاجو کانسیپٹہے، اسکےمط ابق موتکےبعد بھی زندگی ہے۔</w:t>
      </w:r>
    </w:p>
    <w:p>
      <w:r>
        <w:rPr>
          <w:b/>
        </w:rPr>
        <w:t xml:space="preserve">[01:38] </w:t>
      </w:r>
      <w:r>
        <w:t>maut zindagi ka khatma nahi hai. woh ek no, woh ek naye daur hayat ka aaghaz hai.</w:t>
      </w:r>
    </w:p>
    <w:p>
      <w:pPr>
        <w:jc w:val="right"/>
      </w:pPr>
      <w:r>
        <w:t>موت زندگی کاخاتمہنہیںہے۔ وہ ایک نو ،وہایک نئے دور حیاتکا آغاز ہے۔</w:t>
      </w:r>
    </w:p>
    <w:p>
      <w:r>
        <w:rPr>
          <w:b/>
        </w:rPr>
        <w:t xml:space="preserve">[01:51] </w:t>
      </w:r>
      <w:r>
        <w:t>death is not the end. it is beginning of the second phase of life.</w:t>
      </w:r>
    </w:p>
    <w:p>
      <w:pPr>
        <w:jc w:val="right"/>
      </w:pPr>
      <w:r>
        <w:t>ڈیتھاز ناٹ دا اینڈ ۔ اٹاز بگننگ آف داسیکنڈ فیز آف لائف۔</w:t>
      </w:r>
    </w:p>
    <w:p>
      <w:r>
        <w:rPr>
          <w:b/>
        </w:rPr>
        <w:t xml:space="preserve">[02:03] </w:t>
      </w:r>
      <w:r>
        <w:t>yeh farq hai dictionary ki meaning mein aur Islam ki meaning mein. death ka ta'alluq</w:t>
      </w:r>
    </w:p>
    <w:p>
      <w:pPr>
        <w:jc w:val="right"/>
      </w:pPr>
      <w:r>
        <w:t>یہفرقہے ڈکشنریکیمیننگمیں اور اسلام کیمیننگمیں۔ ڈیتھکاتعلق</w:t>
      </w:r>
    </w:p>
    <w:p>
      <w:r>
        <w:rPr>
          <w:b/>
        </w:rPr>
        <w:t xml:space="preserve">[02:15] </w:t>
      </w:r>
      <w:r>
        <w:t>creation plan of God se hai.</w:t>
      </w:r>
    </w:p>
    <w:p>
      <w:pPr>
        <w:jc w:val="right"/>
      </w:pPr>
      <w:r>
        <w:t>کریشنپلانآفگاڈسےہے۔</w:t>
      </w:r>
    </w:p>
    <w:p>
      <w:r>
        <w:rPr>
          <w:b/>
        </w:rPr>
        <w:t xml:space="preserve">[02:19] </w:t>
      </w:r>
      <w:r>
        <w:t>yaani jis Khuda ne is universe ko banaya, jis Khuda ne insan ko banaya, us ne hi life aur death, zindagi aur maut ka qanoon bhi muqarrar kiya.</w:t>
      </w:r>
    </w:p>
    <w:p>
      <w:pPr>
        <w:jc w:val="right"/>
      </w:pPr>
      <w:r>
        <w:t>یعنیجسخدانےاس یونیورسکوبنایا، جسخدانےانسانکو بنایا، اسینے لائف اور ڈیتھ ،زندگی اورموتکا قانون بھی مقررکیا۔</w:t>
      </w:r>
    </w:p>
    <w:p>
      <w:r>
        <w:rPr>
          <w:b/>
        </w:rPr>
        <w:t xml:space="preserve">[02:37] </w:t>
      </w:r>
      <w:r>
        <w:t>to hamein jaanna pare ga keh creation plan jo hai Khuda ka, us ke mutabiq zindagi kya hai aur maut kya hai.</w:t>
      </w:r>
    </w:p>
    <w:p>
      <w:pPr>
        <w:jc w:val="right"/>
      </w:pPr>
      <w:r>
        <w:t>تو ہمیںجان ناپڑےگاکہ کریشنپلانجوہےخداکا ،اسکےمطابق زندگی کیاہےاور موتکیاہے۔</w:t>
      </w:r>
    </w:p>
    <w:p>
      <w:r>
        <w:rPr>
          <w:b/>
        </w:rPr>
        <w:t xml:space="preserve">[02:49] </w:t>
      </w:r>
      <w:r>
        <w:t>us ke liye dekhein jo authentic reference hai, woh Quran hai. jab hum Quran ko parhte hain to humein maloom hota hai keh insan ko Khuda ne banaya eternal being ke taur par. yaani hamesha rehne wali zindagi ke taur par.</w:t>
      </w:r>
    </w:p>
    <w:p>
      <w:pPr>
        <w:jc w:val="right"/>
      </w:pPr>
      <w:r>
        <w:t>اسکےلیے دیکھیں جو اتھینٹکریفرنسہے،وہ قرآنہے۔ جبہمقرآنکوپڑھتےہیں توہمکومعلومہوتاہےکہ انسان کو خدانے پیدا کیا ایٹرنل بینگکےطورپر ۔یعنیہمیشہ رہنےوالی زندگی کےطورپر ۔</w:t>
      </w:r>
    </w:p>
    <w:p>
      <w:r>
        <w:rPr>
          <w:b/>
        </w:rPr>
        <w:t xml:space="preserve">[03:13] </w:t>
      </w:r>
      <w:r>
        <w:t>lekin creater ne hamari zindagi ko do hisson mein baant diya: pre death period aur post death period.</w:t>
      </w:r>
    </w:p>
    <w:p>
      <w:pPr>
        <w:jc w:val="right"/>
      </w:pPr>
      <w:r>
        <w:t>لیکن کری ٹرنے ہماریزندگی کو دو حصےمیں بانٹدیا: پری ڈیتھپیریڈ اور پوسٹ ڈیتھپیریڈ۔</w:t>
      </w:r>
    </w:p>
    <w:p>
      <w:r>
        <w:rPr>
          <w:b/>
        </w:rPr>
        <w:t xml:space="preserve">[03:33] </w:t>
      </w:r>
      <w:r>
        <w:t>zindagi ki misaal aisi hai jaise iceberg. iceberg aap jante hain ke samundaron mein hota hai.</w:t>
      </w:r>
    </w:p>
    <w:p>
      <w:pPr>
        <w:jc w:val="right"/>
      </w:pPr>
      <w:r>
        <w:t>زندگی کیمثالایسیہےجیسے آئسبرگ۔ آئسبرگآپجانتےہیںکہ سمندروںمیںہوتاہے۔</w:t>
      </w:r>
    </w:p>
    <w:p>
      <w:r>
        <w:rPr>
          <w:b/>
        </w:rPr>
        <w:t xml:space="preserve">[03:43] </w:t>
      </w:r>
      <w:r>
        <w:t>barf ke bohat bade bade pahad samajh lijiye. lekin upar jo hai, uska sirf ek tip dikhai deta hai. sara body jo hai, woh pani mein rehta hai, doba hua.</w:t>
      </w:r>
    </w:p>
    <w:p>
      <w:pPr>
        <w:jc w:val="right"/>
      </w:pPr>
      <w:r>
        <w:t>برفکے بہت بڑےبڑے پہاڑ سمجھلیجئے۔ لیکن اوپرجوہے،اسکا صرفایک ٹپدکھائیدیتاہے۔ سارا باڈیجوہے،وہ پانیمیں رہتاہے،ڈوباہوا۔</w:t>
      </w:r>
    </w:p>
    <w:p>
      <w:r>
        <w:rPr>
          <w:b/>
        </w:rPr>
        <w:t xml:space="preserve">[03:56] </w:t>
      </w:r>
      <w:r>
        <w:t>toh woh tip toh bohat thoda hissa hota hai iceberg ka. sara bada hissa hota hai pani ke andar. aisa hi kuch mamla zindagi ka hai.</w:t>
      </w:r>
    </w:p>
    <w:p>
      <w:pPr>
        <w:jc w:val="right"/>
      </w:pPr>
      <w:r>
        <w:t>تو وہٹپتوبہت تھوڑا حصہہوتاہے آئسبرگکا۔ سارابڑاحصہ ہوتاہے پانیکےاندر ۔ ایسا ہیکچھمعاملہزندگی کاہے۔</w:t>
      </w:r>
    </w:p>
    <w:p>
      <w:r>
        <w:rPr>
          <w:b/>
        </w:rPr>
        <w:t xml:space="preserve">[04:09] </w:t>
      </w:r>
      <w:r>
        <w:t>yani pre death period mein zindagi ka jo hissa hai, woh just like tip of the iceberg hai. iske baad jo eternal hissa hai, lamba hissa hai, jo million billion saal tak chalega,</w:t>
      </w:r>
    </w:p>
    <w:p>
      <w:pPr>
        <w:jc w:val="right"/>
      </w:pPr>
      <w:r>
        <w:t>یعنی پریڈیتھپیریڈمیں زندگی کاجو حصہہے، وہ جسٹلائک ٹپ آفداآئسبرگہے۔ اسکےبعد جو ایٹرنلحصہہے، لمباحصہہے، جو مل ین بل ین ٹریل ینسالتکچلےگا،</w:t>
      </w:r>
    </w:p>
    <w:p>
      <w:r>
        <w:rPr>
          <w:b/>
        </w:rPr>
        <w:t xml:space="preserve">[04:27] </w:t>
      </w:r>
      <w:r>
        <w:t>woh hai post death period mein. yani maut ke baad wali zindagi mein.</w:t>
      </w:r>
    </w:p>
    <w:p>
      <w:pPr>
        <w:jc w:val="right"/>
      </w:pPr>
      <w:r>
        <w:t>وہہے پوسٹ ڈیتھ پیریڈمیں ۔ یعنی موتکےبعد والی زندگی میں ۔</w:t>
      </w:r>
    </w:p>
    <w:p>
      <w:r>
        <w:rPr>
          <w:b/>
        </w:rPr>
        <w:t xml:space="preserve">[04:35] </w:t>
      </w:r>
      <w:r>
        <w:t>toh Quran mein jo bataya gaya hai, uske mutabiq Khuda ki jo scheme hai, woh yeh hai ke Khuda ne paida kiya ek bohat hi beautiful duniya, ideal duniya,</w:t>
      </w:r>
    </w:p>
    <w:p>
      <w:pPr>
        <w:jc w:val="right"/>
      </w:pPr>
      <w:r>
        <w:t>تو قرآنمیںجوبتایاگیاہے، اسکےمط ابق خداکیجو اسک یمہے، وہیہہے کہخدانے پیدا کیا ایک بہت ہی بیوٹیفلدنیا ،آئیڈیلدنیا ،</w:t>
      </w:r>
    </w:p>
    <w:p>
      <w:r>
        <w:rPr>
          <w:b/>
        </w:rPr>
        <w:t xml:space="preserve">[04:51] </w:t>
      </w:r>
      <w:r>
        <w:t>ek. aur perfect duniya jisko hum jannat ka naam se jante hain. jannat yani paradise.</w:t>
      </w:r>
    </w:p>
    <w:p>
      <w:pPr>
        <w:jc w:val="right"/>
      </w:pPr>
      <w:r>
        <w:t>ایک۔اور پرفیکٹدنیا جس کا جسکوہم جنتکانام سےجانتےہیں۔ جنتیعنی پیراڈائز ۔</w:t>
      </w:r>
    </w:p>
    <w:p>
      <w:r>
        <w:rPr>
          <w:b/>
        </w:rPr>
        <w:t xml:space="preserve">[05:02] </w:t>
      </w:r>
      <w:r>
        <w:t>toh is paradise mein kaun log rahenge, kinko wahan settle kiya jayega, isi ke liye selection ground ke taur par yeh planet Earth banayi gayi hai.</w:t>
      </w:r>
    </w:p>
    <w:p>
      <w:pPr>
        <w:jc w:val="right"/>
      </w:pPr>
      <w:r>
        <w:t>تواس پیراڈائزمیں کونلوگ رہیں، کنکووہاں سیٹلکیاجائے، اسیکےلیے سلیکشن گراؤنڈکےطورپر یہ پلینٹارتھ بنائیگئیہے۔</w:t>
      </w:r>
    </w:p>
    <w:p>
      <w:r>
        <w:rPr>
          <w:b/>
        </w:rPr>
        <w:t xml:space="preserve">[05:15] </w:t>
      </w:r>
      <w:r>
        <w:t>Khuda ne yahan par saare saman zindagi ke rakhe, life support system yahan par rakha,</w:t>
      </w:r>
    </w:p>
    <w:p>
      <w:pPr>
        <w:jc w:val="right"/>
      </w:pPr>
      <w:r>
        <w:t>خدانےیہاںپر سارے سامان زندگی کے رکھے، لائفسپورٹسسٹمیہاںپررکھا،</w:t>
      </w:r>
    </w:p>
    <w:p>
      <w:r>
        <w:rPr>
          <w:b/>
        </w:rPr>
        <w:t xml:space="preserve">[05:25] </w:t>
      </w:r>
      <w:r>
        <w:t>saare saman karke insaan ko yahan paida kiya aur usko total freedom diya. poori azaadi. ab jo test hai, woh isi baat ka hai ke saare universe, galaxy,</w:t>
      </w:r>
    </w:p>
    <w:p>
      <w:pPr>
        <w:jc w:val="right"/>
      </w:pPr>
      <w:r>
        <w:t>سارے سامان کرکے انسانکویہاںپیدا کیا اوراسکو ٹوٹل فریڈمدیا ۔ پوری آز ادی ۔ابجو ٹیسٹ ہے،وہاسیباتکاہے کہ سارےیونیورس، گلیکسی،</w:t>
      </w:r>
    </w:p>
    <w:p>
      <w:r>
        <w:rPr>
          <w:b/>
        </w:rPr>
        <w:t xml:space="preserve">[05:43] </w:t>
      </w:r>
      <w:r>
        <w:t>solar system, mountain, ocean, plant, animal, jitni bhi jo kuch bhi cheezein is duniya mein hain, woh sab law of nature ko follow karti hain.</w:t>
      </w:r>
    </w:p>
    <w:p>
      <w:pPr>
        <w:jc w:val="right"/>
      </w:pPr>
      <w:r>
        <w:t>سولرسسٹم ،ماؤنٹین،اوشن ، پلانٹ،اینیمل،جتنیبھیجوکچھبھیچیزیںاسدنیامیںہیں، وہ سب لاءآف نیچرکوفالوکرتیہیں۔</w:t>
      </w:r>
    </w:p>
    <w:p>
      <w:r>
        <w:rPr>
          <w:b/>
        </w:rPr>
        <w:t xml:space="preserve">[05:56] </w:t>
      </w:r>
      <w:r>
        <w:t>lekin compulsory unke liye koi doosra option nahin hai.</w:t>
      </w:r>
    </w:p>
    <w:p>
      <w:pPr>
        <w:jc w:val="right"/>
      </w:pPr>
      <w:r>
        <w:t>لیکن کمپلس ولی انکےلیےکوئیدوسراآپشننہیںہے۔</w:t>
      </w:r>
    </w:p>
    <w:p>
      <w:r>
        <w:rPr>
          <w:b/>
        </w:rPr>
        <w:t xml:space="preserve">[06:03] </w:t>
      </w:r>
      <w:r>
        <w:t>toh Khuda ne insaan ko paida kiya jisko do option diye ke chahe toh woh Khuda ka jo qanoon hai, jo divine law hai, usko follow kare ya usko na follow kare.</w:t>
      </w:r>
    </w:p>
    <w:p>
      <w:pPr>
        <w:jc w:val="right"/>
      </w:pPr>
      <w:r>
        <w:t>تو خدانےانسانکو پیدا کیا جسکو دوآپشن دیے کہچاہےتووہ خداکاجو قانون ہے، جوڈیوائنلاءہے، اسکو فالوکرے یا اسکو نہفالوکرے۔</w:t>
      </w:r>
    </w:p>
    <w:p>
      <w:r>
        <w:rPr>
          <w:b/>
        </w:rPr>
        <w:t xml:space="preserve">[06:21] </w:t>
      </w:r>
      <w:r>
        <w:t>toh yeh do option hain insaan ke liye. lekin ek hi option sahi option hai. doosra option jo hai, woh deviation hai.</w:t>
      </w:r>
    </w:p>
    <w:p>
      <w:pPr>
        <w:jc w:val="right"/>
      </w:pPr>
      <w:r>
        <w:t>تویہدوآپشنہیںانسانکےلیے۔ لیکن ایکہی آپ شن صحیحآپشنہے۔ دوسراآپشنجوہے،وہ ڈیویایشنہے۔</w:t>
      </w:r>
    </w:p>
    <w:p>
      <w:r>
        <w:rPr>
          <w:b/>
        </w:rPr>
        <w:t xml:space="preserve">[06:34] </w:t>
      </w:r>
      <w:r>
        <w:t>toh agar toh is is is test mein jo log pure utrenge, jo log stand karenge, yani woh apni freedom ko theek theek istemal karenge,</w:t>
      </w:r>
    </w:p>
    <w:p>
      <w:pPr>
        <w:jc w:val="right"/>
      </w:pPr>
      <w:r>
        <w:t>تواگر تو اس اس اس ٹیسٹ میں جولوگپورےاتریںگے،جولوگ اسٹینڈکریںگے، یعنی وہ اپنی فریڈمکو ٹھیکٹھیک استعمالکریںگے،</w:t>
      </w:r>
    </w:p>
    <w:p>
      <w:r>
        <w:rPr>
          <w:b/>
        </w:rPr>
        <w:t xml:space="preserve">[06:48] </w:t>
      </w:r>
      <w:r>
        <w:t>woh freedom ka misuse nahin karenge, unhi ke liye paradise. toh yahan par aise logon ka selection kiya ja raha hai.</w:t>
      </w:r>
    </w:p>
    <w:p>
      <w:pPr>
        <w:jc w:val="right"/>
      </w:pPr>
      <w:r>
        <w:t>وہفریڈمکامس یوزنہیںکریںگے، انہیکےلیے پیراڈائز۔ تویہاںپر ایسےلوگوںکا سلیکشنکیاجارہاہے۔</w:t>
      </w:r>
    </w:p>
    <w:p>
      <w:r>
        <w:rPr>
          <w:b/>
        </w:rPr>
        <w:t xml:space="preserve">[06:58] </w:t>
      </w:r>
      <w:r>
        <w:t>toh yeh jo pre death period hai, woh yahi period hai selection wala. yahan par insaan rehta hai 40 saal, 50 saal, 60 saal, 70 saal, 90 saal, bohat bohat.</w:t>
      </w:r>
    </w:p>
    <w:p>
      <w:pPr>
        <w:jc w:val="right"/>
      </w:pPr>
      <w:r>
        <w:t>تویہجو پریڈیتھپیریڈہے، وہ یہی پیریڈہےسلیکشنوالا۔ یہاںپرانسان رہتاہے40سال،50سال،60سال،70سال ، 90سال،بہت بہت۔</w:t>
      </w:r>
    </w:p>
    <w:p>
      <w:r>
        <w:rPr>
          <w:b/>
        </w:rPr>
        <w:t xml:space="preserve">[07:12] </w:t>
      </w:r>
      <w:r>
        <w:t>iske baad mar jata hai.</w:t>
      </w:r>
    </w:p>
    <w:p>
      <w:pPr>
        <w:jc w:val="right"/>
      </w:pPr>
      <w:r>
        <w:t>اسکےبعد مرجاتاہے۔</w:t>
      </w:r>
    </w:p>
    <w:p>
      <w:r>
        <w:rPr>
          <w:b/>
        </w:rPr>
        <w:t xml:space="preserve">[07:17] </w:t>
      </w:r>
      <w:r>
        <w:t>yeh bohat hi ajeeb baat hai. insaan paida hota hai, dekhein, anokhi qualities hoti hain insaan ke andar. hamara body bhi anokha hai, hamara mind bhi anokha hai.</w:t>
      </w:r>
    </w:p>
    <w:p>
      <w:pPr>
        <w:jc w:val="right"/>
      </w:pPr>
      <w:r>
        <w:t>یہبہتہیعجیبباتہے۔ انسان پیدا ہوتاہے، دیکھیں، انوکھی کوالٹیزہوتیہیںانسان کےاندر۔ہماراباڈیبھیانوکھاہے، ہمارامائنڈبھیانوکھاہے۔</w:t>
      </w:r>
    </w:p>
    <w:p>
      <w:r>
        <w:rPr>
          <w:b/>
        </w:rPr>
        <w:t xml:space="preserve">[07:29] </w:t>
      </w:r>
      <w:r>
        <w:t>bataur hum ek eternal being hain. bataur aisa nahin maloom hota ke hum koi temporary period ke yahan par hain. lekin maut aajati hai.</w:t>
      </w:r>
    </w:p>
    <w:p>
      <w:pPr>
        <w:jc w:val="right"/>
      </w:pPr>
      <w:r>
        <w:t>بظاہرہمایک ایٹرنلبینگہیں۔ بظاہرایسانہیںمعلومہوتاکہہمکوئی ٹیمپریریپیریڈکےیہاںپرہیں۔ لیکن موتآجاتیہے۔</w:t>
      </w:r>
    </w:p>
    <w:p>
      <w:r>
        <w:rPr>
          <w:b/>
        </w:rPr>
        <w:t xml:space="preserve">[07:40] </w:t>
      </w:r>
      <w:r>
        <w:t>insaan chahta hai rehna hamesha ke liye. apni saari desire ko fulfill karna chahta hai woh. lekin uski desire fulfill nahin hoti.</w:t>
      </w:r>
    </w:p>
    <w:p>
      <w:pPr>
        <w:jc w:val="right"/>
      </w:pPr>
      <w:r>
        <w:t>انسان چاہتاہے رہنا ہمیشہکےلیے۔ اپنی ساریڈیزائرکو فلفلکرناچاہتاہے وہ۔ لیکن اسکی ڈیزائرفلفلنہیںہوتی۔</w:t>
      </w:r>
    </w:p>
    <w:p>
      <w:r>
        <w:rPr>
          <w:b/>
        </w:rPr>
        <w:t xml:space="preserve">[07:52] </w:t>
      </w:r>
      <w:r>
        <w:t>uski ambitions baqi rehti hain.</w:t>
      </w:r>
    </w:p>
    <w:p>
      <w:pPr>
        <w:jc w:val="right"/>
      </w:pPr>
      <w:r>
        <w:t>اسکیایمبیشنزباقیرہتیہیں۔</w:t>
      </w:r>
    </w:p>
    <w:p>
      <w:r>
        <w:rPr>
          <w:b/>
        </w:rPr>
        <w:t xml:space="preserve">[07:54] </w:t>
      </w:r>
      <w:r>
        <w:t>uski tamannayein khatm nahin hoti. aur achaanak maut aajati hai.</w:t>
      </w:r>
    </w:p>
    <w:p>
      <w:pPr>
        <w:jc w:val="right"/>
      </w:pPr>
      <w:r>
        <w:t>اسکیتمنائیںختمنہیںہوتی۔ اور اچانک موتآجاتیہے۔</w:t>
      </w:r>
    </w:p>
    <w:p>
      <w:r>
        <w:rPr>
          <w:b/>
        </w:rPr>
        <w:t xml:space="preserve">[08:03] </w:t>
      </w:r>
      <w:r>
        <w:t>aur maut jab aati hai toh woh kisi ko yeh mauqa nahin deti ke woh usko na maane. maut ko maanna hi padta hai. jis tarah se aap dekhein, Earth quake hai.</w:t>
      </w:r>
    </w:p>
    <w:p>
      <w:pPr>
        <w:jc w:val="right"/>
      </w:pPr>
      <w:r>
        <w:t>اور موتجبآتیہےتووہکسی کو یہ موقعنہیںدیتیکہوہاسکو نہمانے۔ موتکو مان ناہیپڑتاہے۔ جسطرحسےآپدیکھیں،ارتھکویکہے۔</w:t>
      </w:r>
    </w:p>
    <w:p>
      <w:r>
        <w:rPr>
          <w:b/>
        </w:rPr>
        <w:t xml:space="preserve">[08:14] </w:t>
      </w:r>
      <w:r>
        <w:t>earthquakemem hamara koi se nahi hai. ham koi se nahi rakhte ke earthquake aaye ya na aaye.</w:t>
      </w:r>
    </w:p>
    <w:p>
      <w:pPr>
        <w:jc w:val="right"/>
      </w:pPr>
      <w:r>
        <w:t>ارتھکویکمیںہماراکوئی سےنہیںہے۔ ہمکوئی سےنہیںرکھتے کہارتھکویکآئےیانہآئے۔</w:t>
      </w:r>
    </w:p>
    <w:p>
      <w:r>
        <w:rPr>
          <w:b/>
        </w:rPr>
        <w:t xml:space="preserve">[08:22] </w:t>
      </w:r>
      <w:r>
        <w:t>aise maut ke bare mein bhi hamare paas koi se nahi hai. maut ko aana hai to aati hai.</w:t>
      </w:r>
    </w:p>
    <w:p>
      <w:pPr>
        <w:jc w:val="right"/>
      </w:pPr>
      <w:r>
        <w:t>ایسے موتکےبارےمیںبھیہمارےپاسکوئی سےنہیںہے۔ موت کوآناہےتوآتیہے۔</w:t>
      </w:r>
    </w:p>
    <w:p>
      <w:r>
        <w:rPr>
          <w:b/>
        </w:rPr>
        <w:t xml:space="preserve">[08:31] </w:t>
      </w:r>
      <w:r>
        <w:t>to yeh bada hi bhayanak mamla hai. jo log sincere hote hain, bahut zyada sochte hain, to unke samne hamesha ek question rehta hai ke kya hai zindagi, kya hai maut.</w:t>
      </w:r>
    </w:p>
    <w:p>
      <w:pPr>
        <w:jc w:val="right"/>
      </w:pPr>
      <w:r>
        <w:t>تو یہ بڑاہی بھیانک معاملہہے۔ جولوگ سنسیرہوتےہیں، بہت زیادہسوچتےہیں، تو انکےسامنے ہمیشہایککوئسچنرہتاہے کہکیاہےزندگی ،کیاہے موت ۔</w:t>
      </w:r>
    </w:p>
    <w:p>
      <w:r>
        <w:rPr>
          <w:b/>
        </w:rPr>
        <w:t xml:space="preserve">[08:47] </w:t>
      </w:r>
      <w:r>
        <w:t>to mein aapko ek qissa bataun. america mein ek aadmi jo billionaire tha, bahut paise wala, woh paisa kamaya, business banai, industrial lagai.</w:t>
      </w:r>
    </w:p>
    <w:p>
      <w:pPr>
        <w:jc w:val="right"/>
      </w:pPr>
      <w:r>
        <w:t>تومیںآپکو ایک قصہبتاؤں۔ امریک ہمیں ایک آدمی جو بل ینیئرتھا، بہت پیسےوالا، وہ پیسہکمایا، بزنس بنائی،انڈسٹریلگائی۔</w:t>
      </w:r>
    </w:p>
    <w:p>
      <w:r>
        <w:rPr>
          <w:b/>
        </w:rPr>
        <w:t xml:space="preserve">[09:02] </w:t>
      </w:r>
      <w:r>
        <w:t>lekin phir kya hua? woh budha ho gaya. ab bhi woh chahta tha ke zindagi ko enjoy kare. zindagi ko duniya mein aur rahe.</w:t>
      </w:r>
    </w:p>
    <w:p>
      <w:pPr>
        <w:jc w:val="right"/>
      </w:pPr>
      <w:r>
        <w:t>لیکن پھرکیاہوا؟وہبوڑھاہوگیا۔ اببھیوہ چاہتاتھاکہزندگی کوانجوائےکرے۔ زندگی کو دنیا میںاور رہے۔</w:t>
      </w:r>
    </w:p>
    <w:p>
      <w:r>
        <w:rPr>
          <w:b/>
        </w:rPr>
        <w:t xml:space="preserve">[09:14] </w:t>
      </w:r>
      <w:r>
        <w:t>lekin kya hua?</w:t>
      </w:r>
    </w:p>
    <w:p>
      <w:pPr>
        <w:jc w:val="right"/>
      </w:pPr>
      <w:r>
        <w:t>لیکن کیا ہوا ؟</w:t>
      </w:r>
    </w:p>
    <w:p>
      <w:r>
        <w:rPr>
          <w:b/>
        </w:rPr>
        <w:t xml:space="preserve">[09:16] </w:t>
      </w:r>
      <w:r>
        <w:t>budha ho gaya. maut samne dikhai dene lagi. to woh bahut hi sensitive aadmi tha, bahut intelligent aadmi tha.</w:t>
      </w:r>
    </w:p>
    <w:p>
      <w:pPr>
        <w:jc w:val="right"/>
      </w:pPr>
      <w:r>
        <w:t>بوڑھاہوگیا۔ موت سامنے دکھائیدینےلگی ۔ تو وہبہت ہی سینسٹیوآدمیتھا، بہت انٹیلیجنٹآدمیتھا۔</w:t>
      </w:r>
    </w:p>
    <w:p>
      <w:r>
        <w:rPr>
          <w:b/>
        </w:rPr>
        <w:t xml:space="preserve">[09:28] </w:t>
      </w:r>
      <w:r>
        <w:t>uske andar bahut thinking capacity thi. to woh sochta tha, sochta tha, sochta tha. kuch log to aise milenge jo maut ke bare mein sochein hi na.</w:t>
      </w:r>
    </w:p>
    <w:p>
      <w:pPr>
        <w:jc w:val="right"/>
      </w:pPr>
      <w:r>
        <w:t>اسکےاندربہت تھنکنگکیپیسٹیتھی۔ تووہسوچتاتھا،سوچتاتھا،سوچتاتھا۔ کچھلوگتوایسےملیںگےجوموتکےبارےمیںسوچیںہینہیں۔</w:t>
      </w:r>
    </w:p>
    <w:p>
      <w:r>
        <w:rPr>
          <w:b/>
        </w:rPr>
        <w:t xml:space="preserve">[09:37] </w:t>
      </w:r>
      <w:r>
        <w:t>kya sochna hai? jaise ek shayar ne kaha ke aaj aaram se guzarti hai,</w:t>
      </w:r>
    </w:p>
    <w:p>
      <w:pPr>
        <w:jc w:val="right"/>
      </w:pPr>
      <w:r>
        <w:t>کیا سوچناہے ؟ جیسےایکشاعرنےکہاکہ آج آرامسے گزرتیہے،</w:t>
      </w:r>
    </w:p>
    <w:p>
      <w:r>
        <w:rPr>
          <w:b/>
        </w:rPr>
        <w:t xml:space="preserve">[09:47] </w:t>
      </w:r>
      <w:r>
        <w:t>maut ki khabar khuda jaane. matlab usko bahut hi, woh seriously nahi lete maut ke mamle ko.</w:t>
      </w:r>
    </w:p>
    <w:p>
      <w:pPr>
        <w:jc w:val="right"/>
      </w:pPr>
      <w:r>
        <w:t>موت کی خبرخداجانے۔ مطلباسکوبہت ہی، وہ سیریسلینہیںلیتےموتکےمعاملےکو ۔</w:t>
      </w:r>
    </w:p>
    <w:p>
      <w:r>
        <w:rPr>
          <w:b/>
        </w:rPr>
        <w:t xml:space="preserve">[09:58] </w:t>
      </w:r>
      <w:r>
        <w:t>aqibat ki khabar khuda jaane. yeh woh log hain jo maut ke mamle ko seriously nahi lete. lekin sab log aise nahi hote.</w:t>
      </w:r>
    </w:p>
    <w:p>
      <w:pPr>
        <w:jc w:val="right"/>
      </w:pPr>
      <w:r>
        <w:t>عاقبتکیخبرخداجان ے۔ یہوہلوگہیںجو موتکےمعاملےکوسیریسلینہیں لیتے۔ لیکن سبلوگ ایسےنہیںہوتے۔</w:t>
      </w:r>
    </w:p>
    <w:p>
      <w:r>
        <w:rPr>
          <w:b/>
        </w:rPr>
        <w:t xml:space="preserve">[10:10] </w:t>
      </w:r>
      <w:r>
        <w:t>kuch log aise hote hain jo bahut seriously lete hain. woh sochte hain ke aakhir maut kyun?</w:t>
      </w:r>
    </w:p>
    <w:p>
      <w:pPr>
        <w:jc w:val="right"/>
      </w:pPr>
      <w:r>
        <w:t>کچھلوگ ایسےہوتےہیںجو بہت سیریسلیلیتےہیں۔ وہسوچتےہیں کہ آخرموتکیوں ؟</w:t>
      </w:r>
    </w:p>
    <w:p>
      <w:r>
        <w:rPr>
          <w:b/>
        </w:rPr>
        <w:t xml:space="preserve">[10:17] </w:t>
      </w:r>
      <w:r>
        <w:t>kya hai maut ke baad? to aise hi ek aadmi tha america mein, woh billionaire tha. to jab budha hua, usko laga ke ab mein mar jaunga.</w:t>
      </w:r>
    </w:p>
    <w:p>
      <w:pPr>
        <w:jc w:val="right"/>
      </w:pPr>
      <w:r>
        <w:t>کیا ہےموتکےبعد ؟توایسےہیایکآدمیتھا امریک ہمیں، وہ بلینیئرتھا۔ توجب بوڑھاہوا، اسکولگاکہابمیں مرجاؤںگا۔</w:t>
      </w:r>
    </w:p>
    <w:p>
      <w:r>
        <w:rPr>
          <w:b/>
        </w:rPr>
        <w:t xml:space="preserve">[10:30] </w:t>
      </w:r>
      <w:r>
        <w:t>to wahan par mission rehte hain, believe karte hain. unko isne urgent message de kar bulaya ke foran aao.</w:t>
      </w:r>
    </w:p>
    <w:p>
      <w:pPr>
        <w:jc w:val="right"/>
      </w:pPr>
      <w:r>
        <w:t>تووہاںپر مشن ری تھے،ہیں بلیگرہم۔ انکو اسنے ارجنٹ میسجدےکربلایا کہ فوراًآؤ۔</w:t>
      </w:r>
    </w:p>
    <w:p>
      <w:r>
        <w:rPr>
          <w:b/>
        </w:rPr>
        <w:t xml:space="preserve">[10:42] </w:t>
      </w:r>
      <w:r>
        <w:t>to woh kisi mission par the, kisi tour par the.</w:t>
      </w:r>
    </w:p>
    <w:p>
      <w:pPr>
        <w:jc w:val="right"/>
      </w:pPr>
      <w:r>
        <w:t>تووہکسی مشن پرتھے،کسی ٹورپرتھے۔</w:t>
      </w:r>
    </w:p>
    <w:p>
      <w:r>
        <w:rPr>
          <w:b/>
        </w:rPr>
        <w:t xml:space="preserve">[10:46] </w:t>
      </w:r>
      <w:r>
        <w:t>to unhone apna safar rok kar ke foran wahan gaye. woh jab woh pahunche wahan par to ek room mein unhein bithaya gaya.</w:t>
      </w:r>
    </w:p>
    <w:p>
      <w:pPr>
        <w:jc w:val="right"/>
      </w:pPr>
      <w:r>
        <w:t>تو انہوںنے اپنا سفرروککرکے فوراًوہاںگئے۔وہ جب وہپہنچےوہاںپر تو ایک روم میں انہیں بٹھایاگیا۔</w:t>
      </w:r>
    </w:p>
    <w:p>
      <w:r>
        <w:rPr>
          <w:b/>
        </w:rPr>
        <w:t xml:space="preserve">[10:59] </w:t>
      </w:r>
      <w:r>
        <w:t>wahan par woh daulatmand american aadmi aaya. to usne dekhi kaisi ajeeb baat kahi.</w:t>
      </w:r>
    </w:p>
    <w:p>
      <w:pPr>
        <w:jc w:val="right"/>
      </w:pPr>
      <w:r>
        <w:t>وہاںپر وہ دولتمند امریکی آدمیآیا۔ تواسنے دیکھیںکیسیعجیبباتکہی۔</w:t>
      </w:r>
    </w:p>
    <w:p>
      <w:r>
        <w:rPr>
          <w:b/>
        </w:rPr>
        <w:t xml:space="preserve">[11:10] </w:t>
      </w:r>
      <w:r>
        <w:t>usne believer se kaha ke "you see, i am an old man. life has lost all meaning.</w:t>
      </w:r>
    </w:p>
    <w:p>
      <w:pPr>
        <w:jc w:val="right"/>
      </w:pPr>
      <w:r>
        <w:t>اسنے بلیگرہمسےکہا کہ "یوسی، آئیایم این ڈاولڈمین۔ لائف ہیز لاسٹ ال میننگ۔</w:t>
      </w:r>
    </w:p>
    <w:p>
      <w:r>
        <w:rPr>
          <w:b/>
        </w:rPr>
        <w:t xml:space="preserve">[11:25] </w:t>
      </w:r>
      <w:r>
        <w:t>i am going to take a faithful leap into the unknown. young man, can you give me a ray of hope</w:t>
      </w:r>
    </w:p>
    <w:p>
      <w:pPr>
        <w:jc w:val="right"/>
      </w:pPr>
      <w:r>
        <w:t>آئیایمگوئنگ ٹو ٹیک افیتھفل لیپ انٹودااننون۔ ینگمین، کینیوگیومی ارےاف ہوپ</w:t>
      </w:r>
    </w:p>
    <w:p>
      <w:r>
        <w:rPr>
          <w:b/>
        </w:rPr>
        <w:t xml:space="preserve">[11:39] </w:t>
      </w:r>
      <w:r>
        <w:t>?" usne kaha ke "dekho mujhe, mein budha ho chuka hoon. marne wala hoon. maut ki taraf chhalang lagane wala hoon.</w:t>
      </w:r>
    </w:p>
    <w:p>
      <w:pPr>
        <w:jc w:val="right"/>
      </w:pPr>
      <w:r>
        <w:t>؟"اسنےکہاکہ"دیکھومجھے، میں بوڑھاہوچکاہوں۔ مرنےوالاہوں۔ موتکیطرف چھلانگلگانےوالاہوں۔</w:t>
      </w:r>
    </w:p>
    <w:p>
      <w:r>
        <w:rPr>
          <w:b/>
        </w:rPr>
        <w:t xml:space="preserve">[11:47] </w:t>
      </w:r>
      <w:r>
        <w:t>kuch nahi pata ke idhar kya hai. to tum kuch bata sakte ho to batao mujhe. koi roshni de sakte ho to do mujhe roshni." yeh hai sincere aadmi ki baat.</w:t>
      </w:r>
    </w:p>
    <w:p>
      <w:pPr>
        <w:jc w:val="right"/>
      </w:pPr>
      <w:r>
        <w:t>کچھنہیں پتہکہادھرکیاہے۔ توتم کچھبتاسکتےہوتوبتاؤمجھے۔ کوئیروشنیدےسکتےہوتودومجھےروشنی۔" یہہے سنسیرآدمیکی بات ۔</w:t>
      </w:r>
    </w:p>
    <w:p>
      <w:r>
        <w:rPr>
          <w:b/>
        </w:rPr>
        <w:t xml:space="preserve">[12:02] </w:t>
      </w:r>
      <w:r>
        <w:t>jo log zindagi ko seriously lete hain, sochte hain, woh aisa kehte hain.</w:t>
      </w:r>
    </w:p>
    <w:p>
      <w:pPr>
        <w:jc w:val="right"/>
      </w:pPr>
      <w:r>
        <w:t>جولوگزندگی کوسیریسلیلیتےہیں، سوچتےہیں، وہایساکہتےہیں۔</w:t>
      </w:r>
    </w:p>
    <w:p>
      <w:r>
        <w:rPr>
          <w:b/>
        </w:rPr>
        <w:t xml:space="preserve">[12:08] </w:t>
      </w:r>
      <w:r>
        <w:t>baqi kuch log hote hain jo ghafil hote hain, sochte nahi. woh chalte hain, woh chal raha hai, chalne do. lekin aap ko chahiye ke jis tarah se aap apne business ke mamle mein serious hote hain,</w:t>
      </w:r>
    </w:p>
    <w:p>
      <w:pPr>
        <w:jc w:val="right"/>
      </w:pPr>
      <w:r>
        <w:t>باقیکچھلوگہوتےہیںجو مغ فلہوتےہیں، سوچتےنہیں ۔ وہچلتےہیں،وہچلرہاہے،چلنےدو ۔ لیکن آپ کو چاہیےکہ جسطرحسےآپ اپنے بزنسکےمعاملےمیںسیریسہوتےہیں،</w:t>
      </w:r>
    </w:p>
    <w:p>
      <w:r>
        <w:rPr>
          <w:b/>
        </w:rPr>
        <w:t xml:space="preserve">[12:22] </w:t>
      </w:r>
      <w:r>
        <w:t>apne job ke mamle mein aap sochte hain, apni family ke future ke bare mein aap bahut zyada ek ek cheez ko samajhne ki koshish karte hain, isi tarah aap ko maut ke bare mein bhi sochna chahiye.</w:t>
      </w:r>
    </w:p>
    <w:p>
      <w:pPr>
        <w:jc w:val="right"/>
      </w:pPr>
      <w:r>
        <w:t>اپنے جابکےمعاملےمیںآپسوچتےہیں، اپنی فیملیکےفیوچرکےبارےمیں آپبہتزیادہ ایکایکچیزکو سمجھنےکیکوششکرتےہیں، اسیطرح آپکو موتکےبارےمیں بھیسوچناچاہیے۔</w:t>
      </w:r>
    </w:p>
    <w:p>
      <w:r>
        <w:rPr>
          <w:b/>
        </w:rPr>
        <w:t xml:space="preserve">[12:40] </w:t>
      </w:r>
      <w:r>
        <w:t>maut ke bare mein bhi sochna chahiye. yeh jo dictionary ki meaning hai, maut ka matlab ke permanent, permanent situation, permanent situation of life, yeh bilkul yani sahi nahi hai.</w:t>
      </w:r>
    </w:p>
    <w:p>
      <w:pPr>
        <w:jc w:val="right"/>
      </w:pPr>
      <w:r>
        <w:t>موتکےبارےمیںبھیسوچناچاہیے۔ یہجو ڈکشنریکیمیننگہے، موتکامطلب کہ پرمان نٹ،پرمان نٹسیشن، پرمان نٹسیشن آف لائف، یہبالکل یعنی صحیحنہیںہے۔</w:t>
      </w:r>
    </w:p>
    <w:p>
      <w:r>
        <w:rPr>
          <w:b/>
        </w:rPr>
        <w:t xml:space="preserve">[12:56] </w:t>
      </w:r>
      <w:r>
        <w:t>ab to science se bhi sabit ho gaya hai ke insaan jo hai, ek yani maut ek temporary cheez hai.</w:t>
      </w:r>
    </w:p>
    <w:p>
      <w:pPr>
        <w:jc w:val="right"/>
      </w:pPr>
      <w:r>
        <w:t>ابتو سائنسسےبھیثابتہوگیاہےکہ انسان جوہے، ایک یعنی موت ایکٹیمپریریچیزہے۔</w:t>
      </w:r>
    </w:p>
    <w:p>
      <w:r>
        <w:rPr>
          <w:b/>
        </w:rPr>
        <w:t xml:space="preserve">[13:05] </w:t>
      </w:r>
      <w:r>
        <w:t>maut ki maut insaan ki asal hasti ko khatam nahi karti. is par maine likha hai apni kitab mein.</w:t>
      </w:r>
    </w:p>
    <w:p>
      <w:pPr>
        <w:jc w:val="right"/>
      </w:pPr>
      <w:r>
        <w:t>موت کیموت انسان کیاصل ہستیکوختمنہیںکرتی۔ اسپر میںنے لکھاہےاپنیکتاب میں۔</w:t>
      </w:r>
    </w:p>
    <w:p>
      <w:r>
        <w:rPr>
          <w:b/>
        </w:rPr>
        <w:t xml:space="preserve">[13:16] </w:t>
      </w:r>
      <w:r>
        <w:t>yahan main batana chahta hoon ke quran ka tasawwur kya hai maut ke bare mein.</w:t>
      </w:r>
    </w:p>
    <w:p>
      <w:pPr>
        <w:jc w:val="right"/>
      </w:pPr>
      <w:r>
        <w:t>یہاںمیں بتاناچاہتاہوںکہ قرآنکاتص ورکیاہے موتکےبارےمیں ۔</w:t>
      </w:r>
    </w:p>
    <w:p>
      <w:r>
        <w:rPr>
          <w:b/>
        </w:rPr>
        <w:t xml:space="preserve">[13:23] </w:t>
      </w:r>
      <w:r>
        <w:t>to maine arz kiya ke maut jo hai, wo ek ek quran ke mutabiq maut zindagi ko khatam nahi karti.</w:t>
      </w:r>
    </w:p>
    <w:p>
      <w:pPr>
        <w:jc w:val="right"/>
      </w:pPr>
      <w:r>
        <w:t>تومیںنےعرضکیا کہ موتجوہے، وہ ایک ایک قرآنکےمط ابق موت زندگی کوختمنہیںکرتی۔</w:t>
      </w:r>
    </w:p>
    <w:p>
      <w:r>
        <w:rPr>
          <w:b/>
        </w:rPr>
        <w:t xml:space="preserve">[13:38] </w:t>
      </w:r>
      <w:r>
        <w:t>maut quran ke mutabiq "death is not the end, it is beginning of a second phase of life."</w:t>
      </w:r>
    </w:p>
    <w:p>
      <w:pPr>
        <w:jc w:val="right"/>
      </w:pPr>
      <w:r>
        <w:t>موت قرآنکےمطابق "ڈیتھاز ناٹ دا اینڈ ،اٹاز بگننگآف ا سیکنڈفیز آف لائف۔"</w:t>
      </w:r>
    </w:p>
    <w:p>
      <w:r>
        <w:rPr>
          <w:b/>
        </w:rPr>
        <w:t xml:space="preserve">[13:51] </w:t>
      </w:r>
      <w:r>
        <w:t>to hamein janna chahiye ke hamein aaj ki zindagi mein kya karna hai, maut ke baad ki zindagi mein kya karna hai. to aaj ke lehaz se maine arz kiya ke basically jo baat hai, wohi hai ke insaan apni azadi ko khuda ke hukum ke mutabiq guzare,</w:t>
      </w:r>
    </w:p>
    <w:p>
      <w:pPr>
        <w:jc w:val="right"/>
      </w:pPr>
      <w:r>
        <w:t>توہمیںجانناچاہیےکہہمیں آجکیزندگی میںکیاکرناہے، موتکےبعد کیزندگی میںکیاکرناہے۔ توآجکےلحاظسےمیںنےعرضکیا کہبیسیکلیجوباتہے،وہیہہےکہ انسان اپنی آزادیکو خداکےحکم کےمطابق گزار ے،</w:t>
      </w:r>
    </w:p>
    <w:p>
      <w:r>
        <w:rPr>
          <w:b/>
        </w:rPr>
        <w:t xml:space="preserve">[14:11] </w:t>
      </w:r>
      <w:r>
        <w:t>divine law ko follow kare.</w:t>
      </w:r>
    </w:p>
    <w:p>
      <w:pPr>
        <w:jc w:val="right"/>
      </w:pPr>
      <w:r>
        <w:t>ڈیوائن لاءکو فالوکرے۔</w:t>
      </w:r>
    </w:p>
    <w:p>
      <w:r>
        <w:rPr>
          <w:b/>
        </w:rPr>
        <w:t xml:space="preserve">[14:15] </w:t>
      </w:r>
      <w:r>
        <w:t>divine law aap dekh sakte hain quran mein, rasool allah ki sunnat mein. is se aap jaan sakte hain ke yeh divine law kya hai, hamein kaise is duniya mein rehna hai.</w:t>
      </w:r>
    </w:p>
    <w:p>
      <w:pPr>
        <w:jc w:val="right"/>
      </w:pPr>
      <w:r>
        <w:t>ڈیوائنلاءآپدیکھسکتےہیں قرآنمیں ،رسولاللہکیسنتمیں۔ اسسےآپجانسکتےہیںکہیہڈیوائنلاءکیاہے، ہمیںکیسےاسدنیامیںرہناہے۔</w:t>
      </w:r>
    </w:p>
    <w:p>
      <w:r>
        <w:rPr>
          <w:b/>
        </w:rPr>
        <w:t xml:space="preserve">[14:24] </w:t>
      </w:r>
      <w:r>
        <w:t>kyunki jo log is divine law ko follow nahi karenge, to maut ke baad unhein bohat hi bhayanak situation ko face karna hoga.</w:t>
      </w:r>
    </w:p>
    <w:p>
      <w:pPr>
        <w:jc w:val="right"/>
      </w:pPr>
      <w:r>
        <w:t>کیونکہجولوگ اسڈیوائنلاءکوفالونہیںکریںگے، تو موتکےبعد انہیں بہت ہی بھیانک سچویشنکو فیسکرناہوگا۔</w:t>
      </w:r>
    </w:p>
    <w:p>
      <w:r>
        <w:rPr>
          <w:b/>
        </w:rPr>
        <w:t xml:space="preserve">[14:36] </w:t>
      </w:r>
      <w:r>
        <w:t>kyunki hadith mein aata hai ke "man qata qamat qyamatuh."</w:t>
      </w:r>
    </w:p>
    <w:p>
      <w:pPr>
        <w:jc w:val="right"/>
      </w:pPr>
      <w:r>
        <w:t>کیونکہحدیثمیںآتاہے کہ" م ماف قطقامتقیامتہ ۔"</w:t>
      </w:r>
    </w:p>
    <w:p>
      <w:r>
        <w:rPr>
          <w:b/>
        </w:rPr>
        <w:t xml:space="preserve">[14:45] </w:t>
      </w:r>
      <w:r>
        <w:t>phir prophet of islam ne farmaya.</w:t>
      </w:r>
    </w:p>
    <w:p>
      <w:pPr>
        <w:jc w:val="right"/>
      </w:pPr>
      <w:r>
        <w:t>پرافٹآفاسلام نےفرمایا۔</w:t>
      </w:r>
    </w:p>
    <w:p>
      <w:r>
        <w:rPr>
          <w:b/>
        </w:rPr>
        <w:t xml:space="preserve">[14:50] </w:t>
      </w:r>
      <w:r>
        <w:t>hadith quran majeed mein hai ke "kullu nafsin za'iqatul maut." quran mein hai ke "kullu nafsin za'iqatul maut." har aadmi ko behal marna hai.</w:t>
      </w:r>
    </w:p>
    <w:p>
      <w:pPr>
        <w:jc w:val="right"/>
      </w:pPr>
      <w:r>
        <w:t>حدیث قرآنمجیدمیںہےکہ"کل نفس ذائقۃ الموت ۔" قرآنمیںہےکہ"کل نفس ذائقۃ الموت۔ "ہرآدمیکو بہرحال مرناہے۔</w:t>
      </w:r>
    </w:p>
    <w:p>
      <w:r>
        <w:rPr>
          <w:b/>
        </w:rPr>
        <w:t xml:space="preserve">[15:03] </w:t>
      </w:r>
      <w:r>
        <w:t>hisse mein kuch king aise hue hain jinhone chaha ke woh kabhi na maren.</w:t>
      </w:r>
    </w:p>
    <w:p>
      <w:pPr>
        <w:jc w:val="right"/>
      </w:pPr>
      <w:r>
        <w:t>حصےمیں کچھ کنگایسےہوئے ہیں جنہوںنےچاہاکہوہکبھینہمریں۔</w:t>
      </w:r>
    </w:p>
    <w:p>
      <w:r>
        <w:rPr>
          <w:b/>
        </w:rPr>
        <w:t xml:space="preserve">[15:09] </w:t>
      </w:r>
      <w:r>
        <w:t>apne waqt ke jo unke paas doctor the, unko ikattha kiya aur jo jo bas mein tha, unke sab kiya unhone ke woh na maren. lekin time aaya to mar gaye. woh sau saal ke andar mar gaye.</w:t>
      </w:r>
    </w:p>
    <w:p>
      <w:pPr>
        <w:jc w:val="right"/>
      </w:pPr>
      <w:r>
        <w:t>اپنے وقت کےجو انکےپاس ڈاکٹرتھے،انکواکٹھاکیا اور جو جو بسمیںتھا،انکے سبکیا انہوںنے کہوہنہمریں۔ لیکن ٹائمآیاتومرگئے۔وہ سو سالکےاندرمرگئے۔</w:t>
      </w:r>
    </w:p>
    <w:p>
      <w:r>
        <w:rPr>
          <w:b/>
        </w:rPr>
        <w:t xml:space="preserve">[15:22] </w:t>
      </w:r>
      <w:r>
        <w:t>to "kullu nafsin za'iqatul maut." har insaan ko marna hai. koi bhi de do "escape from death." koi bhi marne se bach nahi sakta.</w:t>
      </w:r>
    </w:p>
    <w:p>
      <w:pPr>
        <w:jc w:val="right"/>
      </w:pPr>
      <w:r>
        <w:t>تو "کل کل نفس ذائقۃ الموت۔" ہرانسان کو مر ناہے۔ کوئی بھی دےدو "اسکیپ فرام ڈیتھ۔" کوئیبھی مرنےسےبچنہیںسکتا۔</w:t>
      </w:r>
    </w:p>
    <w:p>
      <w:r>
        <w:rPr>
          <w:b/>
        </w:rPr>
        <w:t xml:space="preserve">[15:37] </w:t>
      </w:r>
      <w:r>
        <w:t>to hadith mein farmaya ke "man qata qamat qyamatuh." jo mara, us ki qyamat aa gayi.</w:t>
      </w:r>
    </w:p>
    <w:p>
      <w:pPr>
        <w:jc w:val="right"/>
      </w:pPr>
      <w:r>
        <w:t>تو حدیثمیںفرمایاکہ "مما فقطقامتقیامتہ۔" جو مرا، اس کیقیامت آگئی ۔</w:t>
      </w:r>
    </w:p>
    <w:p>
      <w:r>
        <w:rPr>
          <w:b/>
        </w:rPr>
        <w:t xml:space="preserve">[15:47] </w:t>
      </w:r>
      <w:r>
        <w:t>qayamat ka matlab hai "day of judgment." "day of judgment" yani is duniya mein to insaan ko azadi thi ke jo chahe kare, jo chahe na kare.</w:t>
      </w:r>
    </w:p>
    <w:p>
      <w:pPr>
        <w:jc w:val="right"/>
      </w:pPr>
      <w:r>
        <w:t>قیامتکامطلبہے "ڈیآفججمنٹ۔ " "ڈیآفججمنٹ" یعنی اسدنیا میںتوانسانکوآز ادیتھیکہجوچاہےکرے،جوچاہےنہکرے۔</w:t>
      </w:r>
    </w:p>
    <w:p>
      <w:r>
        <w:rPr>
          <w:b/>
        </w:rPr>
        <w:t xml:space="preserve">[15:59] </w:t>
      </w:r>
      <w:r>
        <w:t>maut ke baad hi aa gaya woh din</w:t>
      </w:r>
    </w:p>
    <w:p>
      <w:pPr>
        <w:jc w:val="right"/>
      </w:pPr>
      <w:r>
        <w:t>موتکے بعد ہی آگیا وہدن</w:t>
      </w:r>
    </w:p>
    <w:p>
      <w:r>
        <w:rPr>
          <w:b/>
        </w:rPr>
        <w:t xml:space="preserve">[16:04] </w:t>
      </w:r>
      <w:r>
        <w:t>jahan usko khuda ki adalat ko face karna hoga. quran mein bataya gaya hai ke har insaan ke saath do angel rehte hain. har har insaan ke saath</w:t>
      </w:r>
    </w:p>
    <w:p>
      <w:pPr>
        <w:jc w:val="right"/>
      </w:pPr>
      <w:r>
        <w:t>جہاںاسکو خداکے عدالتکو فیسکرناہوگا۔ قرآنمیںبتایاگیاہےکہہرانسانکےساتھ دو اینجل رہتےہیں۔ہرہرانسانکےساتھ</w:t>
      </w:r>
    </w:p>
    <w:p>
      <w:r>
        <w:rPr>
          <w:b/>
        </w:rPr>
        <w:t xml:space="preserve">[16:18] </w:t>
      </w:r>
      <w:r>
        <w:t>"yad yati mal qatun 'an al yameen wa 'an al shimal qareeb."</w:t>
      </w:r>
    </w:p>
    <w:p>
      <w:pPr>
        <w:jc w:val="right"/>
      </w:pPr>
      <w:r>
        <w:t>"ید ییتلقمت لق یان عن الیمین وعنالشمال قریب۔"</w:t>
      </w:r>
    </w:p>
    <w:p>
      <w:r>
        <w:rPr>
          <w:b/>
        </w:rPr>
        <w:t xml:space="preserve">[16:23] </w:t>
      </w:r>
      <w:r>
        <w:t>har insaan ke saath mustaqil taur par poori lifetime mein do angel hote hain jo har waqt uski baaton ka record karte rehte hain.</w:t>
      </w:r>
    </w:p>
    <w:p>
      <w:pPr>
        <w:jc w:val="right"/>
      </w:pPr>
      <w:r>
        <w:t>ہرانسان کےساتھ مست قل طورپر پوریلائفٹائممیں دو اینجلہوتےہیں جو ہروقت اسکی باتوںکاریکارڈکرتے رہتےہیں۔</w:t>
      </w:r>
    </w:p>
    <w:p>
      <w:r>
        <w:rPr>
          <w:b/>
        </w:rPr>
        <w:t xml:space="preserve">[16:36] </w:t>
      </w:r>
      <w:r>
        <w:t>insaan ki intention ka, insaan ki speech ka, insaan ki activities ka, insaan ke behavior ka. poori zindagi woh record kar rahe hain, record kar rahe hain, record kar rahe hain.</w:t>
      </w:r>
    </w:p>
    <w:p>
      <w:pPr>
        <w:jc w:val="right"/>
      </w:pPr>
      <w:r>
        <w:t>انسان کیانٹینشنکا ،انسان کی سپیچکا ،انسان کیایکٹیویٹیزکا ،انسان کے بیہیویئرکا ۔ پوریزندگی وہریکارڈکررہےہیں،ریکارڈکررہےہیں،ریکارڈکررہےہیں۔</w:t>
      </w:r>
    </w:p>
    <w:p>
      <w:r>
        <w:rPr>
          <w:b/>
        </w:rPr>
        <w:t xml:space="preserve">[16:51] </w:t>
      </w:r>
      <w:r>
        <w:t>yeh record jo hai, wahan par pesh kar diya jayega</w:t>
      </w:r>
    </w:p>
    <w:p>
      <w:pPr>
        <w:jc w:val="right"/>
      </w:pPr>
      <w:r>
        <w:t>یہ ریکارڈجوہے،وہاںپرپیش کردیاجائےگا</w:t>
      </w:r>
    </w:p>
    <w:p>
      <w:r>
        <w:rPr>
          <w:b/>
        </w:rPr>
        <w:t xml:space="preserve">[16:54] </w:t>
      </w:r>
      <w:r>
        <w:t>Khuda ke samne aur insaan inkar nahi kar sakega. Yahan par ek qissa hai ke dilli mein jab</w:t>
      </w:r>
    </w:p>
    <w:p>
      <w:pPr>
        <w:jc w:val="right"/>
      </w:pPr>
      <w:r>
        <w:t>خداکےسامنے اورانسانانکارنہیںکرسکےگا۔ یہاںپر ایکقصہہےکہدلیمیںجب</w:t>
      </w:r>
    </w:p>
    <w:p>
      <w:r>
        <w:rPr>
          <w:b/>
        </w:rPr>
        <w:t xml:space="preserve">[17:03] </w:t>
      </w:r>
      <w:r>
        <w:t>badi shuru shuru mein jab jo</w:t>
      </w:r>
    </w:p>
    <w:p>
      <w:pPr>
        <w:jc w:val="right"/>
      </w:pPr>
      <w:r>
        <w:t>بڑیشروع شروع میںجب جو</w:t>
      </w:r>
    </w:p>
    <w:p>
      <w:r>
        <w:rPr>
          <w:b/>
        </w:rPr>
        <w:t xml:space="preserve">[17:07] </w:t>
      </w:r>
      <w:r>
        <w:t>video recording ki ka system lagaya gaya</w:t>
      </w:r>
    </w:p>
    <w:p>
      <w:pPr>
        <w:jc w:val="right"/>
      </w:pPr>
      <w:r>
        <w:t>ویڈیوریکارڈنگ کی کاسسٹملگایاگیا</w:t>
      </w:r>
    </w:p>
    <w:p>
      <w:r>
        <w:rPr>
          <w:b/>
        </w:rPr>
        <w:t xml:space="preserve">[17:11] </w:t>
      </w:r>
      <w:r>
        <w:t>to road par khaas khaas jagah to shuru ka ek qissa hai ke ek aadmi</w:t>
      </w:r>
    </w:p>
    <w:p>
      <w:pPr>
        <w:jc w:val="right"/>
      </w:pPr>
      <w:r>
        <w:t>تو روڈپر خاص خاصجگہ تو شروع کاایکقصہہےکہایکآدمی</w:t>
      </w:r>
    </w:p>
    <w:p>
      <w:r>
        <w:rPr>
          <w:b/>
        </w:rPr>
        <w:t xml:space="preserve">[17:18] </w:t>
      </w:r>
      <w:r>
        <w:t>three wheeler chala raha tha.</w:t>
      </w:r>
    </w:p>
    <w:p>
      <w:pPr>
        <w:jc w:val="right"/>
      </w:pPr>
      <w:r>
        <w:t>تھریویلرچلارہاتھا۔</w:t>
      </w:r>
    </w:p>
    <w:p>
      <w:r>
        <w:rPr>
          <w:b/>
        </w:rPr>
        <w:t xml:space="preserve">[17:21] </w:t>
      </w:r>
      <w:r>
        <w:t>no parking jagah par usne apna three wheeler khada kar diya. koi dost mila, us se baatein kar raha hai, cigarette pi raha hai.</w:t>
      </w:r>
    </w:p>
    <w:p>
      <w:pPr>
        <w:jc w:val="right"/>
      </w:pPr>
      <w:r>
        <w:t>نو پار کنگ جگہپر اسنےاپنا تھریویلرکھڑاکردیا۔ کوئیدوست ملا،اسسےباتیںکررہاہے،سگریٹپیرہاہے۔</w:t>
      </w:r>
    </w:p>
    <w:p>
      <w:r>
        <w:rPr>
          <w:b/>
        </w:rPr>
        <w:t xml:space="preserve">[17:30] </w:t>
      </w:r>
      <w:r>
        <w:t>to wahan ek police ka aadmi tha, usne kaha ke tum yahan mat khada karo, yeh no parking place hai. mujhe sunana nahi, usko kai baar kaha usne.</w:t>
      </w:r>
    </w:p>
    <w:p>
      <w:pPr>
        <w:jc w:val="right"/>
      </w:pPr>
      <w:r>
        <w:t>تو وہاں ایکپولیس کاآدمیتھا،اسنےکہاکہتمیہاں متکھڑاکرو،یہتونوپارکنگپلیسہے۔ مجھےسنانہیں،اسکو کئیبارکہااسنے۔</w:t>
      </w:r>
    </w:p>
    <w:p>
      <w:r>
        <w:rPr>
          <w:b/>
        </w:rPr>
        <w:t xml:space="preserve">[17:41] </w:t>
      </w:r>
      <w:r>
        <w:t>aakhir mein police wale ne kaha ke chalo mere saath . woh samajhta tha ke koi is mein khatre ki baat nahin hai, mein chalta hoon, wahan bhi keh doon ga ke nahin .</w:t>
      </w:r>
    </w:p>
    <w:p>
      <w:pPr>
        <w:jc w:val="right"/>
      </w:pPr>
      <w:r>
        <w:t>آخرمیں پولیسوالے نےکہاکہچلومیرےساتھ ۔ وہسمجھتاتھاکہکوئیاسمیںخطرےکیباتنہیںہے،میں چلتاہوں، وہاںبھیکہہدوںگاکہنہیں ۔</w:t>
      </w:r>
    </w:p>
    <w:p>
      <w:r>
        <w:rPr>
          <w:b/>
        </w:rPr>
        <w:t xml:space="preserve">[17:50] </w:t>
      </w:r>
      <w:r>
        <w:t>to controller room mein le gaya is ko .</w:t>
      </w:r>
    </w:p>
    <w:p>
      <w:pPr>
        <w:jc w:val="right"/>
      </w:pPr>
      <w:r>
        <w:t>تو کنٹرولروم میںلےگیااسکو۔</w:t>
      </w:r>
    </w:p>
    <w:p>
      <w:r>
        <w:rPr>
          <w:b/>
        </w:rPr>
        <w:t xml:space="preserve">[17:55] </w:t>
      </w:r>
      <w:r>
        <w:t>to is ne jo baitha tha, jo wahan par police ka aadmi, is ne kaha ke tum ne aisa kyun kiya ? kaha mein ne kiya nahin aisa . mein ne koi scene woh parking mein apni gaari khari nahin ki .</w:t>
      </w:r>
    </w:p>
    <w:p>
      <w:pPr>
        <w:jc w:val="right"/>
      </w:pPr>
      <w:r>
        <w:t>تو اسنےجو بیٹھاتھا،جووہاںپر پولیسکاآدمی،اسنےکہاکہتمنےایساکیوںکیا ؟ کہامیںنےکیانہیںایسا۔ میںنے کوئیکسینےوہپارکنگمیں اپنی گاڑیکھڑینہیںکی۔</w:t>
      </w:r>
    </w:p>
    <w:p>
      <w:r>
        <w:rPr>
          <w:b/>
        </w:rPr>
        <w:t xml:space="preserve">[18:07] </w:t>
      </w:r>
      <w:r>
        <w:t>is ke baad wahan par video laga hua tha, is ne is ko on kiya . ab is ka poora film aane laga</w:t>
      </w:r>
    </w:p>
    <w:p>
      <w:pPr>
        <w:jc w:val="right"/>
      </w:pPr>
      <w:r>
        <w:t>اسکےبعد وہاںپر ویڈیو لگاہواتھا، اسنےاسکو انکیا۔ اباسکا پورا فلم آنےلگا</w:t>
      </w:r>
    </w:p>
    <w:p>
      <w:r>
        <w:rPr>
          <w:b/>
        </w:rPr>
        <w:t xml:space="preserve">[18:17] </w:t>
      </w:r>
      <w:r>
        <w:t>ke woh is scooter chalata hua aata hai, wahan no parking jahan thi, wahan pohanchta hai . is ko dost milta hai, woh khara ho jata hai wahin par, cigarette nikalta hai, woh peeta hai, woh peete hain, baatein kar raha hai aur police wala mana kar raha hai aur sunta nahin . woh woh bhi is mein aa gaya,</w:t>
      </w:r>
    </w:p>
    <w:p>
      <w:pPr>
        <w:jc w:val="right"/>
      </w:pPr>
      <w:r>
        <w:t>کہوہ اسکوٹرچلاتاہواآتاہے، وہاں نو پارکنگجہاںتھی،وہاںپہنچتاہے۔ اسکودوستملتاہے،وہکھڑاہوجاتاہےوہیںپر، سگریٹنکالتاہے،وہ پیتاہے،وہپیتےہیں، باتیںکررہاہے اور پولیسوالامنعکررہاہےاورسنتانہیں۔وہ وہبھیاسمیںآگیا،</w:t>
      </w:r>
    </w:p>
    <w:p>
      <w:r>
        <w:rPr>
          <w:b/>
        </w:rPr>
        <w:t xml:space="preserve">[18:36] </w:t>
      </w:r>
      <w:r>
        <w:t>woh bhi is mein aa gaya ke police ka aadmi mana kar raha hai aur sunta nahin . woh is ko brush aside kar raha hai . woh</w:t>
      </w:r>
    </w:p>
    <w:p>
      <w:pPr>
        <w:jc w:val="right"/>
      </w:pPr>
      <w:r>
        <w:t>وہبھیاسمیںآگیا کہپولیسکاآدمیمنعکررہاہےاورسنتانہیں۔وہ اسکو برشاسائیڈکررہاہے۔وہ</w:t>
      </w:r>
    </w:p>
    <w:p>
      <w:r>
        <w:rPr>
          <w:b/>
        </w:rPr>
        <w:t xml:space="preserve">[18:44] </w:t>
      </w:r>
      <w:r>
        <w:t>ab jab is ne dekha yeh to wahin par woh ek dam speechless ho gaya, achanak speechless ho gaya . to yeh Khuda is tarah ka demonstration deta rehta hai duniya mein .</w:t>
      </w:r>
    </w:p>
    <w:p>
      <w:pPr>
        <w:jc w:val="right"/>
      </w:pPr>
      <w:r>
        <w:t>اب جباسنےدیکھا یہ تو وہیںپروہایکدم سپیچلیسہوگیا، اچانک سپیچلیسہوگیا۔ تو یہ خدا اسطرحکاڈیمونسٹریشندیتارہتاہےدنیا میں۔</w:t>
      </w:r>
    </w:p>
    <w:p>
      <w:r>
        <w:rPr>
          <w:b/>
        </w:rPr>
        <w:t xml:space="preserve">[18:59] </w:t>
      </w:r>
      <w:r>
        <w:t>aage jo hone wala hai, is ka</w:t>
      </w:r>
    </w:p>
    <w:p>
      <w:pPr>
        <w:jc w:val="right"/>
      </w:pPr>
      <w:r>
        <w:t>آگےجوہونےوالاہے،اسکا</w:t>
      </w:r>
    </w:p>
    <w:p>
      <w:r>
        <w:rPr>
          <w:b/>
        </w:rPr>
        <w:t xml:space="preserve">[19:04] </w:t>
      </w:r>
      <w:r>
        <w:t>aise hi har insaan par beetne wala hai . har insaan par</w:t>
      </w:r>
    </w:p>
    <w:p>
      <w:pPr>
        <w:jc w:val="right"/>
      </w:pPr>
      <w:r>
        <w:t>ایسےہیہرانسان پر بیتنےوالاہے۔ ہرانسان پر</w:t>
      </w:r>
    </w:p>
    <w:p>
      <w:r>
        <w:rPr>
          <w:b/>
        </w:rPr>
        <w:t xml:space="preserve">[19:10] </w:t>
      </w:r>
      <w:r>
        <w:t>aaj duniya mein aadmi barh barh ke bolta hai, woh inkar karta hai, baatein banata hai, jhoote justification deta hai .</w:t>
      </w:r>
    </w:p>
    <w:p>
      <w:pPr>
        <w:jc w:val="right"/>
      </w:pPr>
      <w:r>
        <w:t>آجدنیا میں آدمی بڑھبڑھکےبولتاہے، وہ انکارکرتاہے، باتیںبناتاہے، جھوٹے جسٹیفیکیشندیتاہے۔</w:t>
      </w:r>
    </w:p>
    <w:p>
      <w:r>
        <w:rPr>
          <w:b/>
        </w:rPr>
        <w:t xml:space="preserve">[19:23] </w:t>
      </w:r>
      <w:r>
        <w:t>lekin achanak jab wahan dekhe ga woh</w:t>
      </w:r>
    </w:p>
    <w:p>
      <w:pPr>
        <w:jc w:val="right"/>
      </w:pPr>
      <w:r>
        <w:t>لیکن اچانکجبوہاںدیکھےگاوہ</w:t>
      </w:r>
    </w:p>
    <w:p>
      <w:r>
        <w:rPr>
          <w:b/>
        </w:rPr>
        <w:t xml:space="preserve">[19:27] </w:t>
      </w:r>
      <w:r>
        <w:t>ke saara sab kuch is ka record hota raha, woh saamne hai is ke to kuch nahin bol paaye ga . woh</w:t>
      </w:r>
    </w:p>
    <w:p>
      <w:pPr>
        <w:jc w:val="right"/>
      </w:pPr>
      <w:r>
        <w:t>کہ سارا سبکچھاسکا ریکارڈہوتارہا، وہ سامنےہےاسکے توکچھنہیںبولپائےگا۔وہ</w:t>
      </w:r>
    </w:p>
    <w:p>
      <w:r>
        <w:rPr>
          <w:b/>
        </w:rPr>
        <w:t xml:space="preserve">[19:38] </w:t>
      </w:r>
      <w:r>
        <w:t>woh quran mein hai ke is ko manna pare ga apni ghalati ko kyun ke aap jab dekh raha hai to kaise woh kahe ke nahin .</w:t>
      </w:r>
    </w:p>
    <w:p>
      <w:pPr>
        <w:jc w:val="right"/>
      </w:pPr>
      <w:r>
        <w:t>وہ قرآنمیںہےکہاسکو مانناپڑےگااپنیغلطیکو کیونکہآپجبدیکھرہاہےتو کیسےوہکہےکہنہیں ۔</w:t>
      </w:r>
    </w:p>
    <w:p>
      <w:r>
        <w:rPr>
          <w:b/>
        </w:rPr>
        <w:t xml:space="preserve">[19:49] </w:t>
      </w:r>
      <w:r>
        <w:t>to hadith mein aata hai ke maut ke baad qayamt shuru ho jati hai, judgement shuru ho jata hai, Khuda ki adalat jo hai, is ki proceedings shuru ho jati hai .</w:t>
      </w:r>
    </w:p>
    <w:p>
      <w:pPr>
        <w:jc w:val="right"/>
      </w:pPr>
      <w:r>
        <w:t>تو حدیثمیںآتاہےکہ موتکےبعد قیامتشروعہوجاتیہے، ڈیآفججمنٹشروعہوجاتا ہے، خداکا عدالتجوہے، اسکی پروسیڈنگ شروع ہوجاتیہے۔</w:t>
      </w:r>
    </w:p>
    <w:p>
      <w:r>
        <w:rPr>
          <w:b/>
        </w:rPr>
        <w:t xml:space="preserve">[20:04] </w:t>
      </w:r>
      <w:r>
        <w:t>aik aur hadith mein hai ke "innal qabr raudhatun min riyadil jannati wa hufratun min hufrin naar" yani qabar jo hai ya to woh jannat ke baghon mein se aik bagh hai ya woh dozakh ke garhon mein se garha hai .</w:t>
      </w:r>
    </w:p>
    <w:p>
      <w:pPr>
        <w:jc w:val="right"/>
      </w:pPr>
      <w:r>
        <w:t>ایکاور حدیثمیںہےکہ "إن القبر روضۃ منریاض الجنہ و حفرۃ من حفر النار" یعنیقبرجوہے یاتو وہ جنتکے باغوںمیںسےایک باغہے یا وہ دوزخکےگڑھوںمیںسےگڑھاہے۔</w:t>
      </w:r>
    </w:p>
    <w:p>
      <w:r>
        <w:rPr>
          <w:b/>
        </w:rPr>
        <w:t xml:space="preserve">[20:28] </w:t>
      </w:r>
      <w:r>
        <w:t>yani mere to achanak results saamne aa jaye ga .</w:t>
      </w:r>
    </w:p>
    <w:p>
      <w:pPr>
        <w:jc w:val="right"/>
      </w:pPr>
      <w:r>
        <w:t>یعنیمرے تو اچانک رزلٹسامنےآجائےگا۔</w:t>
      </w:r>
    </w:p>
    <w:p>
      <w:r>
        <w:rPr>
          <w:b/>
        </w:rPr>
        <w:t xml:space="preserve">[20:33] </w:t>
      </w:r>
      <w:r>
        <w:t>result ya to jannat hai ya jahannam hai . yahan par koi log kehte hain ke sahib woh to bohat lamba hoga, itni jaldi kaise saamne aa jaye gi jannat dozakh ?</w:t>
      </w:r>
    </w:p>
    <w:p>
      <w:pPr>
        <w:jc w:val="right"/>
      </w:pPr>
      <w:r>
        <w:t>رزلٹ یاتوجنتہےیا جہنمہے۔ یہاںپر کوئیلوگ کہتےہیںکہصاحب وہتوبہتلمبا ہوگا، اتنیجلدیکیسےسامنےآجائےگیجنت دوزخ؟</w:t>
      </w:r>
    </w:p>
    <w:p>
      <w:r>
        <w:rPr>
          <w:b/>
        </w:rPr>
        <w:t xml:space="preserve">[20:48] </w:t>
      </w:r>
      <w:r>
        <w:t>to dekhein yeh space and time ka jo concept hai, woh pre death period ke liye hai . is death period mein space space and time ka yeh concept nahin rahe ga .</w:t>
      </w:r>
    </w:p>
    <w:p>
      <w:pPr>
        <w:jc w:val="right"/>
      </w:pPr>
      <w:r>
        <w:t>تودیکھیںیہسپیس اینڈٹائمکاجوکانسیپٹہے، وہ پریڈیتھپیریڈکےلیےہے۔ اس ڈیتھپیریڈمیں سپیس سپیساینڈٹائمکا یہکانسیپٹنہیںرہےگا۔</w:t>
      </w:r>
    </w:p>
    <w:p>
      <w:r>
        <w:rPr>
          <w:b/>
        </w:rPr>
        <w:t xml:space="preserve">[21:01] </w:t>
      </w:r>
      <w:r>
        <w:t>wahan aaj aur kal mein koi difference nahin baqi rahe ga . is liye farmaya ke idhar mere ya to jannat ka bagh hai ya jahannam ka garha hai .</w:t>
      </w:r>
    </w:p>
    <w:p>
      <w:pPr>
        <w:jc w:val="right"/>
      </w:pPr>
      <w:r>
        <w:t>وہاںآج میںاورکلمیں کوئیڈیفرنسنہیںباقیرہےگا۔ اسلیےفرمایاکہ ادھرمرے یاتو جنت کا باغہے یا جہنمکاگڑھاہے۔</w:t>
      </w:r>
    </w:p>
    <w:p>
      <w:r>
        <w:rPr>
          <w:b/>
        </w:rPr>
        <w:t xml:space="preserve">[21:15] </w:t>
      </w:r>
      <w:r>
        <w:t>to duniya mein Khuda ne har cheez ko bana diya hai demonstration . har cheez mein humein jannat dozakh humein dekhein aisa kar diya hai .</w:t>
      </w:r>
    </w:p>
    <w:p>
      <w:pPr>
        <w:jc w:val="right"/>
      </w:pPr>
      <w:r>
        <w:t>تودنیا میں خدانے ہرچیزکو بنادیاہے ڈیمونسٹریشن ۔ ہرچیزمیںہمیں جنت دوزخ ہمدیکھیں ایساکردیا ہے۔</w:t>
      </w:r>
    </w:p>
    <w:p>
      <w:r>
        <w:rPr>
          <w:b/>
        </w:rPr>
        <w:t xml:space="preserve">[21:29] </w:t>
      </w:r>
      <w:r>
        <w:t>chunaanche hadith mein aata hai ke "inamma shiddat al harri min jahannama" ke ke garmi yani yeh jo garmi hoti hai, garmi ke mausam mein is ki shiddat jo hoti hai to garmi ki shiddat jahannam ke phoonk se hoti hai .</w:t>
      </w:r>
    </w:p>
    <w:p>
      <w:pPr>
        <w:jc w:val="right"/>
      </w:pPr>
      <w:r>
        <w:t>چنانچہحدیثمیںآتاہےکہ "إنماشد ت الحر منفہجہنم" کہ کہ گرمی یعنی یہجوگرمیہوتیہے، گرمیکےموسممیں اسکیشدتجوہوتیہے توگرمیکیشدت جہنمکےپھونکسےہوتیہے۔</w:t>
      </w:r>
    </w:p>
    <w:p>
      <w:r>
        <w:rPr>
          <w:b/>
        </w:rPr>
        <w:t xml:space="preserve">[21:51] </w:t>
      </w:r>
      <w:r>
        <w:t>dekhein is ka matlab yeh nahin ke jahannam phoonkti hai aur sach mein us ki phoonk se yahan garmi aa jati hai .</w:t>
      </w:r>
    </w:p>
    <w:p>
      <w:pPr>
        <w:jc w:val="right"/>
      </w:pPr>
      <w:r>
        <w:t>دیکھیںاسکامطلبیہنہیںکہجہنم پھونکتیہے اورسچمچہیاسکیپھونکسے یہاںگرمیآجاتیہے۔</w:t>
      </w:r>
    </w:p>
    <w:p>
      <w:r>
        <w:rPr>
          <w:b/>
        </w:rPr>
        <w:t xml:space="preserve">[21:59] </w:t>
      </w:r>
      <w:r>
        <w:t>yeh batane ke liye hai ke duniya ki garmi, may june ki garmi jo yahan hoti hai to is se to aap pareshan ho jate ho .</w:t>
      </w:r>
    </w:p>
    <w:p>
      <w:pPr>
        <w:jc w:val="right"/>
      </w:pPr>
      <w:r>
        <w:t>یہ بت انےکےلیےہے کہ دنیا کیگرمی، مئیجون کیگرمیجویہاںہوتیہے تو اسسےتوبتا پریشانہوجاتےہو۔</w:t>
      </w:r>
    </w:p>
    <w:p>
      <w:r>
        <w:rPr>
          <w:b/>
        </w:rPr>
        <w:t xml:space="preserve">[22:08] </w:t>
      </w:r>
      <w:r>
        <w:t>to jahannam ki garmi to bohat hi ziyada hogi . aisa samjho ke jaise ke us ki phoonk se tum ko thori si garmi mil rahi hai . asal jahannam to kitni ziyada garam hogi .</w:t>
      </w:r>
    </w:p>
    <w:p>
      <w:pPr>
        <w:jc w:val="right"/>
      </w:pPr>
      <w:r>
        <w:t>تو جہنمکیگرمیتوبہتہیزیادہ ہوگی۔ ایساسمجھوکہجیسےکہاسکیپھونکسےتمکو تھوڑیسیگرمیملرہیہے۔ اصلجہنمتوکتنیزیادہ گرمہوگی۔</w:t>
      </w:r>
    </w:p>
    <w:p>
      <w:r>
        <w:rPr>
          <w:b/>
        </w:rPr>
        <w:t xml:space="preserve">[22:26] </w:t>
      </w:r>
      <w:r>
        <w:t>kisi shayar ne kaha hai ke "par jayein lakh aable paayein gaah mein, par de jo koi phoonk ke April May June" yani April May June ka mahina aata hai, aisa mausam hota hai ke phoonk de tab bhi chhale pad jayein .</w:t>
      </w:r>
    </w:p>
    <w:p>
      <w:pPr>
        <w:jc w:val="right"/>
      </w:pPr>
      <w:r>
        <w:t>کسی شاعرنےکہاہےکہ "پڑجائیں لاکھ ابلے پائےنگاہمیں، پردےجوکوئیپھونککے اپریلمئیجون" یعنیاپریلمئیجونکامہینہآتاہے،ایسا موسمہوتاہےکہپھونکدےتببھیچھالےپڑجائیں۔</w:t>
      </w:r>
    </w:p>
    <w:p>
      <w:r>
        <w:rPr>
          <w:b/>
        </w:rPr>
        <w:t xml:space="preserve">[22:44] </w:t>
      </w:r>
      <w:r>
        <w:t>to dunya mein garmiye woh he kisliye he ke hum jahannum ki garmi ko soch saken, soch</w:t>
      </w:r>
    </w:p>
    <w:p>
      <w:pPr>
        <w:jc w:val="right"/>
      </w:pPr>
      <w:r>
        <w:t>تو دنیا میں گرمیجوہے کسلیےہے کہہم جہنمکیگرمیکو سوچسکیں، سوچسک</w:t>
      </w:r>
    </w:p>
    <w:p>
      <w:r>
        <w:rPr>
          <w:b/>
        </w:rPr>
        <w:t xml:space="preserve">[22:54] </w:t>
      </w:r>
      <w:r>
        <w:t>ein. Isi tarah dunya mein jo thand he, yahan par jo khushbu he, yahan par jo enjoy ke samane hain, yahan garden hain, yahan phool hain, yahan bohat si achhi cheezen hain, woh isliye hain ke hum jannat ko dekhen.</w:t>
      </w:r>
    </w:p>
    <w:p>
      <w:pPr>
        <w:jc w:val="right"/>
      </w:pPr>
      <w:r>
        <w:t>یں۔ اسیطرحدنیامیںجو ٹھنڈکہے، یہاںپرجو خوشبوہے، یہاںپرجو انجوائے کےسامانہیں،یہاں گارڈنہیں،یہاںپھولہیں،یہاں بہتسیاچھیچیزیںہیں،وہاسلیےہےکہہم جنتکودیکھیں۔</w:t>
      </w:r>
    </w:p>
    <w:p>
      <w:r>
        <w:rPr>
          <w:b/>
        </w:rPr>
        <w:t xml:space="preserve">[23:11] </w:t>
      </w:r>
      <w:r>
        <w:t>to zinda insan woh he jo dunya ki har musibat mein jahannum ko dekhe aur dunya ki har rahat mein jannat ko dekhe. Yeh he sacha believer, sacha insan</w:t>
      </w:r>
    </w:p>
    <w:p>
      <w:pPr>
        <w:jc w:val="right"/>
      </w:pPr>
      <w:r>
        <w:t>تو زند ہ انسان وہہے جو دنیا کیہرمصیبتمیںجہنمکودیکھے اوردنیا کیہرراحتمیں جنتکودیکھے۔ یہہے سچا بیلیور، سچاانسان</w:t>
      </w:r>
    </w:p>
    <w:p>
      <w:r>
        <w:rPr>
          <w:b/>
        </w:rPr>
        <w:t xml:space="preserve">[23:25] </w:t>
      </w:r>
      <w:r>
        <w:t>ke dunya ki har takleef mein usko jahannum dikhai de aur kahe ke khuda ya mujhe jahannum se bacha. Aur dunya ki har rahat mein, har pleasure mein usko jannat dikhai de to kahe ke khuda ya mujhe jannat mein jagah de.</w:t>
      </w:r>
    </w:p>
    <w:p>
      <w:pPr>
        <w:jc w:val="right"/>
      </w:pPr>
      <w:r>
        <w:t>کہدنیا کیہر تکلیفمیںاسکوجہنمدکھائیدے اورکہےکہخدایامجھےجہنمسےبچا۔ اور دنیا کیہرراحتمیں ،ہرپلیژرمیں اسکوجنتدکھائیدے توکہےکہخدایامجھے جنتمیںجگہدے۔</w:t>
      </w:r>
    </w:p>
    <w:p>
      <w:r>
        <w:rPr>
          <w:b/>
        </w:rPr>
        <w:t xml:space="preserve">[23:42] </w:t>
      </w:r>
      <w:r>
        <w:t>yeh he sacha insan.</w:t>
      </w:r>
    </w:p>
    <w:p>
      <w:pPr>
        <w:jc w:val="right"/>
      </w:pPr>
      <w:r>
        <w:t>یہہےسچاانسان ۔</w:t>
      </w:r>
    </w:p>
    <w:p>
      <w:r>
        <w:rPr>
          <w:b/>
        </w:rPr>
        <w:t xml:space="preserve">[23:50] </w:t>
      </w:r>
      <w:r>
        <w:t>is tarah se dekhiye jab koi aadmi marta he to marta he aadmi kis liye?</w:t>
      </w:r>
    </w:p>
    <w:p>
      <w:pPr>
        <w:jc w:val="right"/>
      </w:pPr>
      <w:r>
        <w:t>اسطرحسےدیکھیےجب کوئیآدمی مرتاہے تو مرت اہے آدمی کسلیے؟</w:t>
      </w:r>
    </w:p>
    <w:p>
      <w:r>
        <w:rPr>
          <w:b/>
        </w:rPr>
        <w:t xml:space="preserve">[24:01] </w:t>
      </w:r>
      <w:r>
        <w:t>aap ko aap ki maut yaad dilane ke liye, aap ko aap ki maut yaad dilane ke liye ke isi tarah main bhi marunga.</w:t>
      </w:r>
    </w:p>
    <w:p>
      <w:pPr>
        <w:jc w:val="right"/>
      </w:pPr>
      <w:r>
        <w:t>آپ کو آپ کی موت یاددل انےکےلیے، آپ کوآپکیموتیاددل انےکےلیے کہاسیطرحمیںبھیمروںگا۔</w:t>
      </w:r>
    </w:p>
    <w:p>
      <w:r>
        <w:rPr>
          <w:b/>
        </w:rPr>
        <w:t xml:space="preserve">[24:12] </w:t>
      </w:r>
      <w:r>
        <w:t>har insan ko jab dekhen aap marte hue to</w:t>
      </w:r>
    </w:p>
    <w:p>
      <w:pPr>
        <w:jc w:val="right"/>
      </w:pPr>
      <w:r>
        <w:t>ہرانسان کو جب دیکھیںآپ مرتےہوئے تو</w:t>
      </w:r>
    </w:p>
    <w:p>
      <w:r>
        <w:rPr>
          <w:b/>
        </w:rPr>
        <w:t xml:space="preserve">[24:18] </w:t>
      </w:r>
      <w:r>
        <w:t>aap ko yeh yaad aana chahiye ke countdown apni aakhri ginti tak pahunch chuka, last bit on tak pahunch chuka.</w:t>
      </w:r>
    </w:p>
    <w:p>
      <w:pPr>
        <w:jc w:val="right"/>
      </w:pPr>
      <w:r>
        <w:t>آپ کو یہ یادآناچاہیے کہ کاؤنٹڈاؤن اپنیآخریگنتیتکپہنچچکا، لاسٹبٹونتکپہنچچکا۔</w:t>
      </w:r>
    </w:p>
    <w:p>
      <w:r>
        <w:rPr>
          <w:b/>
        </w:rPr>
        <w:t xml:space="preserve">[24:29] </w:t>
      </w:r>
      <w:r>
        <w:t>countdown ki ginti last bit on tak pahunch chuki yani aaj woh kal hamari bari he.</w:t>
      </w:r>
    </w:p>
    <w:p>
      <w:pPr>
        <w:jc w:val="right"/>
      </w:pPr>
      <w:r>
        <w:t>کاؤنٹڈاؤنکیگنتی لاسٹبٹونتکپہنچچکی یعنیآجوہ کلہماریباریہے۔</w:t>
      </w:r>
    </w:p>
    <w:p>
      <w:r>
        <w:rPr>
          <w:b/>
        </w:rPr>
        <w:t xml:space="preserve">[24:38] </w:t>
      </w:r>
      <w:r>
        <w:t>koi jab mare to aap ko sochna chahiye ke aaj woh kal hamari bari he</w:t>
      </w:r>
    </w:p>
    <w:p>
      <w:pPr>
        <w:jc w:val="right"/>
      </w:pPr>
      <w:r>
        <w:t>کوئی جبمرے توآپکو سوچناچاہیےکہآجوہ کلہماریباریہے</w:t>
      </w:r>
    </w:p>
    <w:p>
      <w:r>
        <w:rPr>
          <w:b/>
        </w:rPr>
        <w:t xml:space="preserve">[24:44] </w:t>
      </w:r>
      <w:r>
        <w:t>yani countdown ki ginti last bit on tak pahunch chuki. Yeh he sahi sabq lena kisi ki maut ko dekh kar.</w:t>
      </w:r>
    </w:p>
    <w:p>
      <w:pPr>
        <w:jc w:val="right"/>
      </w:pPr>
      <w:r>
        <w:t>یعنیکاؤنٹڈاؤنکیگنتی لاسٹبٹونتکپہنچچکی۔ یہہے صحیح سبقلینا کسی کی موتکو دیکھکر ۔</w:t>
      </w:r>
    </w:p>
    <w:p>
      <w:r>
        <w:rPr>
          <w:b/>
        </w:rPr>
        <w:t xml:space="preserve">[24:58] </w:t>
      </w:r>
      <w:r>
        <w:t>dekhen jo tareeqa he dafan ka, aap jante hain ke Islam mein dafan karne ka tareeqa he</w:t>
      </w:r>
    </w:p>
    <w:p>
      <w:pPr>
        <w:jc w:val="right"/>
      </w:pPr>
      <w:r>
        <w:t>دیکھیںجو طریقہہے دفنکا ،آپجانتےہیںکہاسلام میں دفنکرنے کاطریقہہے</w:t>
      </w:r>
    </w:p>
    <w:p>
      <w:r>
        <w:rPr>
          <w:b/>
        </w:rPr>
        <w:t xml:space="preserve">[25:06] </w:t>
      </w:r>
      <w:r>
        <w:t>yani qabar khodi jati he, is mein body ko rakha jata he, phir usko barabar kar diya jata he. Usko kehte hain tadfeen.</w:t>
      </w:r>
    </w:p>
    <w:p>
      <w:pPr>
        <w:jc w:val="right"/>
      </w:pPr>
      <w:r>
        <w:t>یعنی قبرکھودی جاتیہے، اسمیں باڈیکورکھاجاتاہے، پھراسکوبرابرکردیاجاتاہے۔ اسکوکہتےہیں تد فین ۔</w:t>
      </w:r>
    </w:p>
    <w:p>
      <w:r>
        <w:rPr>
          <w:b/>
        </w:rPr>
        <w:t xml:space="preserve">[25:19] </w:t>
      </w:r>
      <w:r>
        <w:t>to jab aap tadfeen karte hain to teen bar mitti dalte hain. Jo log wahan jate hain woh teen bar mitti dalte hain. To pehli bar jab mitti dalte hain to kya kehte hain?</w:t>
      </w:r>
    </w:p>
    <w:p>
      <w:pPr>
        <w:jc w:val="right"/>
      </w:pPr>
      <w:r>
        <w:t>توجب آپ تدفینکرتےہیںتو تینبار مٹیڈالتےہیں۔ جولوگوہاںجاتےہیں وہ تینبارمٹیڈالتےہیں۔ تو پہلیبار جبمٹیڈالتےہیںتوکیاکہتےہیں؟</w:t>
      </w:r>
    </w:p>
    <w:p>
      <w:r>
        <w:rPr>
          <w:b/>
        </w:rPr>
        <w:t xml:space="preserve">[25:31] </w:t>
      </w:r>
      <w:r>
        <w:t>"min ha khalaq na kum, min ha khalaq na kum". Dusri bar kehte hain "wa min ha nu eed kum". Teesri bar kehte hain "wa min ha nahi, min ha khalaq na kum wa fi ha nu eed kum wa min ha nakhraj kum tarah a khari" yani isi mitti se humne paida kiya. To yeh teenon ayaten hain Quran majeed ki,</w:t>
      </w:r>
    </w:p>
    <w:p>
      <w:pPr>
        <w:jc w:val="right"/>
      </w:pPr>
      <w:r>
        <w:t>"من ہا خلق نا کم، من ہاخلقناکم" ۔دوسریبارکہتےہیں" وم نہا نعید کم" ۔تیسریبارکہتےہیں "وم نہا نہیں، من ہاخلقناکم وفیہانعیدکم ومن ہا نخر جکمطارۃ اخری" یعنی اسی مٹیسےہمنےپیدا کیا۔تو یہتینوںآیتیںہیںقرآنمجیدکی،</w:t>
      </w:r>
    </w:p>
    <w:p>
      <w:r>
        <w:rPr>
          <w:b/>
        </w:rPr>
        <w:t xml:space="preserve">[26:00] </w:t>
      </w:r>
      <w:r>
        <w:t>yeh teenon Quran ki ayaten hain: "min ha khalaq na kum wa fi ha nu eed kum wa min ha nakhraj kum tarah a khari" yani isi mitti se paida kiya humne tum ko aur phir isi mein tum ko dalenge, isi mitti mein aur phir isi se tum ko nikalenge world hereafter mein.</w:t>
      </w:r>
    </w:p>
    <w:p>
      <w:pPr>
        <w:jc w:val="right"/>
      </w:pPr>
      <w:r>
        <w:t>یہتینوںقرآنکیآیتیںہیں: "من ہاخلق نا کم وفیہا نعید کم ومنہا نخر جکمطارۃ اخری" یعنی اسی مٹیسے پیدا کیا ہمنےتمکو اور پھر اسیمیںتمکوڈالیںگے،اسیمٹیمیں اور پھراسیسےتمکونکالیںگے ورلڈہیئرافٹرمیں۔</w:t>
      </w:r>
    </w:p>
    <w:p>
      <w:r>
        <w:rPr>
          <w:b/>
        </w:rPr>
        <w:t xml:space="preserve">[26:26] </w:t>
      </w:r>
      <w:r>
        <w:t>to har bar jab koi aadmi marta he to aap ko yaad dilata he ke countdown ki ginti last bit on tak pahunch</w:t>
      </w:r>
    </w:p>
    <w:p>
      <w:pPr>
        <w:jc w:val="right"/>
      </w:pPr>
      <w:r>
        <w:t>تو ہربارجب کوئیآدمیمرتاہے توآپ کویاددلاتاہے کہ کاؤنٹڈاؤنکی گنتی لاسٹبٹونتکپہنچچ</w:t>
      </w:r>
    </w:p>
    <w:p>
      <w:r>
        <w:rPr>
          <w:b/>
        </w:rPr>
        <w:t xml:space="preserve">[26:36] </w:t>
      </w:r>
      <w:r>
        <w:t>chuki. Har bar jab aap, har bar jab aap tadfeen karte hain apne murde ki to yeh jo system rakh gaya he woh yaad dilata he ke hum mitti se paida hue, mitti mein jane wale hain aur phir isi mitti se dobara zinda karke humein le jayajayega is duniya mein jahan hisab kitab he.</w:t>
      </w:r>
    </w:p>
    <w:p>
      <w:pPr>
        <w:jc w:val="right"/>
      </w:pPr>
      <w:r>
        <w:t>کی۔ ہربارجبآپ،ہربارجبآپ تدفینکرتےہیں اپنے مردےکی تو یہجو سسٹمرکھاگیاہے وہیاددلاتاہے کہہممٹیسےپیدا ہوئے ، مٹیمیںجانےوالے ہیں اورپھراسیمٹیسےدوبارہزندہکرکےہمیںلےجایاجائےگا اسدنیا میں جہاں حسابکتاب ہے۔</w:t>
      </w:r>
    </w:p>
    <w:p>
      <w:r>
        <w:rPr>
          <w:b/>
        </w:rPr>
        <w:t xml:space="preserve">[26:58] </w:t>
      </w:r>
      <w:r>
        <w:t>to jo aadmi soche sab baaton ko rozana subah sham to is mein har waqt us sabq milega, har waqt usko lesson milega,</w:t>
      </w:r>
    </w:p>
    <w:p>
      <w:pPr>
        <w:jc w:val="right"/>
      </w:pPr>
      <w:r>
        <w:t>تو جو آدمی سو چے سبباتوںکو روز انہصبحشام تو اسمیں ہروقت اسسب قملےگا،ہروقتاسکولیسنملےگا،</w:t>
      </w:r>
    </w:p>
    <w:p>
      <w:r>
        <w:rPr>
          <w:b/>
        </w:rPr>
        <w:t xml:space="preserve">[27:12] </w:t>
      </w:r>
      <w:r>
        <w:t>har waqt uske liye lesson he. Jeete hue bhi, marte hue bhi, har waqt sabq hi sabq he. Yeh hi sabq he, yahi hamare liye yani spiritual food he.</w:t>
      </w:r>
    </w:p>
    <w:p>
      <w:pPr>
        <w:jc w:val="right"/>
      </w:pPr>
      <w:r>
        <w:t>ہروقت اسکےلیےلیسن ہے۔ جیتےہوئےبھی،مرتےہوئے بھی، ہروقت سبقہیسبقہے۔ یہیسبقجوہے،یہیہمارےلیے یعنی اسپیچولفوڈہے۔</w:t>
      </w:r>
    </w:p>
    <w:p>
      <w:r>
        <w:rPr>
          <w:b/>
        </w:rPr>
        <w:t xml:space="preserve">[27:26] </w:t>
      </w:r>
      <w:r>
        <w:t>yaad rakhen jab hum roti khate hain, chawal khate hain, sabzi khate hain to hum physical food lete hain. Agar hum physical food na len to hum mar jayen.</w:t>
      </w:r>
    </w:p>
    <w:p>
      <w:pPr>
        <w:jc w:val="right"/>
      </w:pPr>
      <w:r>
        <w:t>یادرکھیںجبہمروٹیکھاتےہیں،چاولکھاتےہیں، سبزیکھاتےہیں توہمفزیکلفوڈلیتےہیں۔ اگر ہمفزیکلفوڈنہلیں توہممرجائیں۔</w:t>
      </w:r>
    </w:p>
    <w:p>
      <w:r>
        <w:rPr>
          <w:b/>
        </w:rPr>
        <w:t xml:space="preserve">[27:38] </w:t>
      </w:r>
      <w:r>
        <w:t>physical food se hamara jism woh he zinda rehta he, healthy rehta he, taqatwar rehta he. Isi tarah hamein spiritual food ki zaroorat he hamare soul ko zinda rakhne ke liye.</w:t>
      </w:r>
    </w:p>
    <w:p>
      <w:pPr>
        <w:jc w:val="right"/>
      </w:pPr>
      <w:r>
        <w:t>فزیکلفوڈسےہماراجسمجوہےزندہرہتاہے، ہیلدیرہتاہے، طاقتوررہتاہے۔ اسیطرح ہمیں اسپیچ ولفوڈکیضرورتہے ہمارے سول کوزندہرکھنےکےلیے۔</w:t>
      </w:r>
    </w:p>
    <w:p>
      <w:r>
        <w:rPr>
          <w:b/>
        </w:rPr>
        <w:t xml:space="preserve">[27:52] </w:t>
      </w:r>
      <w:r>
        <w:t>to soul kaise zinda</w:t>
      </w:r>
    </w:p>
    <w:p>
      <w:pPr>
        <w:jc w:val="right"/>
      </w:pPr>
      <w:r>
        <w:t>تو سول کیسے زند</w:t>
      </w:r>
    </w:p>
    <w:p>
      <w:r>
        <w:rPr>
          <w:b/>
        </w:rPr>
        <w:t xml:space="preserve">[27:54] </w:t>
      </w:r>
      <w:r>
        <w:t>rehta he? Hamari rooh kaise zinda rehti he? Spiritual food se yani cheezon se lesson lena, cheezon se sabq lena, cheezon se naseehat lena, cheezon se jo hidden meaning he, usko extract karna.</w:t>
      </w:r>
    </w:p>
    <w:p>
      <w:pPr>
        <w:jc w:val="right"/>
      </w:pPr>
      <w:r>
        <w:t>ہرہتاہے ؟ہماریروح کیسےزندہرہتیہے؟ اسپیچولفوڈسے یعنی چیزوںسےلیسنلینا، چیزوںسےسبقلینا، چیزوںسےنصیحتلینا، چیزوںسے جو ہڈنمعنیہے،اسکوایکسٹریکٹکرنا۔</w:t>
      </w:r>
    </w:p>
    <w:p>
      <w:r>
        <w:rPr>
          <w:b/>
        </w:rPr>
        <w:t xml:space="preserve">[28:11] </w:t>
      </w:r>
      <w:r>
        <w:t>har cheez mein kuch aur meaning chhapi hui hoti hai, isko aap extract karke lein, isika naam lesson hai.</w:t>
      </w:r>
    </w:p>
    <w:p>
      <w:pPr>
        <w:jc w:val="right"/>
      </w:pPr>
      <w:r>
        <w:t>ہرچیز میںکچھ اور میننگچھپیہوئیہوتیہے، اسکوآپ ایکسٹریکٹکرکے لیں، اسیکانام لیسنہے۔</w:t>
      </w:r>
    </w:p>
    <w:p>
      <w:r>
        <w:rPr>
          <w:b/>
        </w:rPr>
        <w:t xml:space="preserve">[28:21] </w:t>
      </w:r>
      <w:r>
        <w:t>to hadith mein aata hai ke " khuz min hayat kalim watak, khuz min hayat kalim watak" yaani zindagi mein apne maut ke liye sabaq hasil karo kyunke maut ke baad to sabaq hai na.</w:t>
      </w:r>
    </w:p>
    <w:p>
      <w:pPr>
        <w:jc w:val="right"/>
      </w:pPr>
      <w:r>
        <w:t>تو حدیثمیںآتاہےکہ" خذ من حیات کلم وتک ، خود منحیات کلم وتک" یعنیزندگی میں اپنے موتکےلیے سبقحاصل کرو کیونکہموتکےبعد توسبقہےنہیں۔</w:t>
      </w:r>
    </w:p>
    <w:p>
      <w:r>
        <w:rPr>
          <w:b/>
        </w:rPr>
        <w:t xml:space="preserve">[28:43] </w:t>
      </w:r>
      <w:r>
        <w:t>ek hadith hai ke aaj ki zindagi mein tum ho to tumhare liye amal ka mauqa hai,</w:t>
      </w:r>
    </w:p>
    <w:p>
      <w:pPr>
        <w:jc w:val="right"/>
      </w:pPr>
      <w:r>
        <w:t>ایکحدیثہےکہ آج کیزندگی میںتم ہوتو تمہارےلیےعمل کاموقعہے،</w:t>
      </w:r>
    </w:p>
    <w:p>
      <w:r>
        <w:rPr>
          <w:b/>
        </w:rPr>
        <w:t xml:space="preserve">[28:49] </w:t>
      </w:r>
      <w:r>
        <w:t>maut ke baad jo zindagi aayegi to amal ka mauqa khatam, mauqa khatam ho jayega. Aaj hi amal ka mauqa hai. To hadith mein hai ke aaj amal hai magar hisab nahi hai,</w:t>
      </w:r>
    </w:p>
    <w:p>
      <w:pPr>
        <w:jc w:val="right"/>
      </w:pPr>
      <w:r>
        <w:t>موتکےبعدجو زندگی آئےگیتوعمل کاموقع ختم ،موقعختمہوجائےگا۔ آجہیعمل کاموقعہے۔ توحدیثمیںہےکہآج عمل ہے مگرحسابنہیںہے،</w:t>
      </w:r>
    </w:p>
    <w:p>
      <w:r>
        <w:rPr>
          <w:b/>
        </w:rPr>
        <w:t xml:space="preserve">[29:03] </w:t>
      </w:r>
      <w:r>
        <w:t>kal hisab hoga magar amal nahi hoga. Yeh ek hadith hai ke aaj yaani maut se pehle aur maut ke baad ko farmaya ke aaj amal hai magar hisab nahi,</w:t>
      </w:r>
    </w:p>
    <w:p>
      <w:pPr>
        <w:jc w:val="right"/>
      </w:pPr>
      <w:r>
        <w:t>کل حسابہوگامگرعمل نہیںہوگا۔ یہایکحدیثہے کہ آج یعنیموتسےپہلے اورموتکےبعد کو فرمایا کہآج عمل ہے مگرحسابنہیں ،</w:t>
      </w:r>
    </w:p>
    <w:p>
      <w:r>
        <w:rPr>
          <w:b/>
        </w:rPr>
        <w:t xml:space="preserve">[29:16] </w:t>
      </w:r>
      <w:r>
        <w:t>kal amal hoga nahi.</w:t>
      </w:r>
    </w:p>
    <w:p>
      <w:pPr>
        <w:jc w:val="right"/>
      </w:pPr>
      <w:r>
        <w:t>کل عمل ہوگا نہیں ۔</w:t>
      </w:r>
    </w:p>
    <w:p>
      <w:r>
        <w:rPr>
          <w:b/>
        </w:rPr>
        <w:t xml:space="preserve">[29:19] </w:t>
      </w:r>
      <w:r>
        <w:t>aaj amal hai magar hisab nahi, kal hisab hoga magar amal nahi hoga. Aap chahein ke maut ke baad amal karein aur amal karke phir apne ko yaani Khuda ke, Khuda ke jannat mein pahunchayein to us waqt amal khatam ho chuka hoga.</w:t>
      </w:r>
    </w:p>
    <w:p>
      <w:pPr>
        <w:jc w:val="right"/>
      </w:pPr>
      <w:r>
        <w:t>آج عمل ہے مگرحسابنہیں ، کل حسابہوگا مگرعمل نہیںہوگا۔ آپ چاہیںکہ موتکےبعد عمل کریں اور عمل کرکےپھراپنےکو یعنی خدا کے،خداکے جنتمیںپہنچائیں تو اسوقت عملختمہوچکاہوگا۔</w:t>
      </w:r>
    </w:p>
    <w:p>
      <w:r>
        <w:rPr>
          <w:b/>
        </w:rPr>
        <w:t xml:space="preserve">[29:42] </w:t>
      </w:r>
      <w:r>
        <w:t>isika farmaya ke aaj amal hai magar hisab nahi hai, kal hisab hoga magar amal nahi hoga. To</w:t>
      </w:r>
    </w:p>
    <w:p>
      <w:pPr>
        <w:jc w:val="right"/>
      </w:pPr>
      <w:r>
        <w:t>اسیکوفرمایاکہ آج عمل ہےمگرحسابنہیںہے، کل حسابہوگامگرعملنہیںہوگا۔ تو</w:t>
      </w:r>
    </w:p>
    <w:p>
      <w:r>
        <w:rPr>
          <w:b/>
        </w:rPr>
        <w:t xml:space="preserve">[29:52] </w:t>
      </w:r>
      <w:r>
        <w:t>ek hadith hai ke zindagi mein rozana aapko bahut se experience hote hain, bahut se qisse paish aate hain.</w:t>
      </w:r>
    </w:p>
    <w:p>
      <w:pPr>
        <w:jc w:val="right"/>
      </w:pPr>
      <w:r>
        <w:t>ایکحدیثہے کہزندگی میں روز انہ آپکو بہت سے ایکسپیرینسہوتےہیں، بہت سے قصےپیش آتےہیں۔</w:t>
      </w:r>
    </w:p>
    <w:p>
      <w:r>
        <w:rPr>
          <w:b/>
        </w:rPr>
        <w:t xml:space="preserve">[30:04] </w:t>
      </w:r>
      <w:r>
        <w:t>inhi inhi waqeaat mein, inhi qisson mein, inhi experiences mein aapko extract karna hai woh speech waale food jo aapko jannati insaan banaye.</w:t>
      </w:r>
    </w:p>
    <w:p>
      <w:pPr>
        <w:jc w:val="right"/>
      </w:pPr>
      <w:r>
        <w:t>انہی انہیواقع اتمیں،انہیقصوںمیں،انہیایکسپیرینسمیں آپ کو ایکسٹریکٹکرناہے وہ اسپیچ ولفوڈ جوآپکو جن تیانسان بن ائے۔</w:t>
      </w:r>
    </w:p>
    <w:p>
      <w:r>
        <w:rPr>
          <w:b/>
        </w:rPr>
        <w:t xml:space="preserve">[30:17] </w:t>
      </w:r>
      <w:r>
        <w:t>aur koi doosra, doosra tareeqa nahi hai, koi doosra tareeqa nahi hai. Jaise ek aadmi ko maut ho gayi to aap sochein ke mujhe bhi bhi marna hai.</w:t>
      </w:r>
    </w:p>
    <w:p>
      <w:pPr>
        <w:jc w:val="right"/>
      </w:pPr>
      <w:r>
        <w:t>اور کوئی دوسرا،دوسراطریقہنہیںہے، کوئیدوسراطریقہنہیںہے۔جیسےایک آدمی کوموتہوگئی توآپسوچیںکہمجھےبھی بھیمرناہے۔</w:t>
      </w:r>
    </w:p>
    <w:p>
      <w:r>
        <w:rPr>
          <w:b/>
        </w:rPr>
        <w:t xml:space="preserve">[30:28] </w:t>
      </w:r>
      <w:r>
        <w:t>jaise ek maine qissa bataya aapko us truck wale ka, usko dekhkar aap sochein ke is tarah mujhe Khuda ke samne mera aamal nama pesh hoga, mera record pesh hoga.</w:t>
      </w:r>
    </w:p>
    <w:p>
      <w:pPr>
        <w:jc w:val="right"/>
      </w:pPr>
      <w:r>
        <w:t>جیسےایکمیںنےقصہبتایاآپکو اسکوٹروالےکا، اسکودیکھکرآپسوچیںکہاسطرحمجھے خداکےسامنے میرا اعمالنامہپیشہوگا، میراریکارڈپیشہوگا۔</w:t>
      </w:r>
    </w:p>
    <w:p>
      <w:r>
        <w:rPr>
          <w:b/>
        </w:rPr>
        <w:t xml:space="preserve">[30:40] </w:t>
      </w:r>
      <w:r>
        <w:t>to har waqea mein aap extract karein us cheez ko jisse aapka tazkiya hota hai, jisse aapki yaani spiritual development hota hai, jisse aapke andar yaani jannat wala character banta hai,</w:t>
      </w:r>
    </w:p>
    <w:p>
      <w:pPr>
        <w:jc w:val="right"/>
      </w:pPr>
      <w:r>
        <w:t>تو ہر واقع ےمیںآپ ایکسٹریکٹکریں اسچیزکو جسسےآپ کاتزکیہہوتاہے، جسسےآپ کی یعنیاسپیچولڈیولپمنٹہوتاہے، جسسےآپ کےاندر یعنیجنتوالا کریکٹربنتاہے،</w:t>
      </w:r>
    </w:p>
    <w:p>
      <w:r>
        <w:rPr>
          <w:b/>
        </w:rPr>
        <w:t xml:space="preserve">[30:58] </w:t>
      </w:r>
      <w:r>
        <w:t>jisse aap qualify karte hain ke aapko jannat mein basaya jaye.</w:t>
      </w:r>
    </w:p>
    <w:p>
      <w:pPr>
        <w:jc w:val="right"/>
      </w:pPr>
      <w:r>
        <w:t>جسسےآپ کوالیفائیکرتے ہیں کہآپکو جنتمیں بسایاجائے۔</w:t>
      </w:r>
    </w:p>
    <w:p>
      <w:r>
        <w:rPr>
          <w:b/>
        </w:rPr>
        <w:t xml:space="preserve">[31:06] </w:t>
      </w:r>
      <w:r>
        <w:t>ek hadith hai ke " aksiru dhikr hadim al-ladhat al-mawt, aksiru dhikr hadim al-ladhat al-mawt" yaani maut ko bahut zyada yaad karo,</w:t>
      </w:r>
    </w:p>
    <w:p>
      <w:pPr>
        <w:jc w:val="right"/>
      </w:pPr>
      <w:r>
        <w:t>ایکحدیثہے کہ " اکثرو ذکر ہادبال لذات الموت، اکثرو ذکر ہادبال لذات الموت" یعنی موتکو بہت زیادہ یادکرو،</w:t>
      </w:r>
    </w:p>
    <w:p>
      <w:r>
        <w:rPr>
          <w:b/>
        </w:rPr>
        <w:t xml:space="preserve">[31:28] </w:t>
      </w:r>
      <w:r>
        <w:t>maut ko bahut zyada yaad karo jo lazzaton ko dhah dene wali hai.</w:t>
      </w:r>
    </w:p>
    <w:p>
      <w:pPr>
        <w:jc w:val="right"/>
      </w:pPr>
      <w:r>
        <w:t>موتکوبہت زیادہ یادکرو جو لذتوںکوڈھادینےوالی ہے۔</w:t>
      </w:r>
    </w:p>
    <w:p>
      <w:r>
        <w:rPr>
          <w:b/>
        </w:rPr>
        <w:t xml:space="preserve">[31:37] </w:t>
      </w:r>
      <w:r>
        <w:t>maut ko bahut zyada yaad karo jo lazzaton ko dhah dene wali hai. Kyunke aap sochein, aapne sab kuch kamaya, sab kuch kiya, ek bahut bada aapne ek edifice khada kiya lekin maut aayi to achaanak khatam.</w:t>
      </w:r>
    </w:p>
    <w:p>
      <w:pPr>
        <w:jc w:val="right"/>
      </w:pPr>
      <w:r>
        <w:t>موتکو بہتزیادہ یادکرو جو لذتوںکوڈھادینےوالیہے۔ کیونکہآپ سو چیے، آپ نےسبکچھکمایا،سبکچھکیا، ایک بہت بڑاآپنےایک ایڈیفس کھڑاکیا لیکن موتآئیتو اچانکختم۔</w:t>
      </w:r>
    </w:p>
    <w:p>
      <w:r>
        <w:rPr>
          <w:b/>
        </w:rPr>
        <w:t xml:space="preserve">[31:56] </w:t>
      </w:r>
      <w:r>
        <w:t>aaj hi subah meri mulaqat ek sahib se hui, aaj subah ki baat hai, bahut woh paise wale the, bahut kaafi bada unka business hai,</w:t>
      </w:r>
    </w:p>
    <w:p>
      <w:pPr>
        <w:jc w:val="right"/>
      </w:pPr>
      <w:r>
        <w:t>آجہیصبحمیریملاقاتایکصاحبسےہوئی ، آجصبحکیباتہے، بہت وہپیسےوالے تھے، بہت کافیبڑاانکابزنسہے،</w:t>
      </w:r>
    </w:p>
    <w:p>
      <w:r>
        <w:rPr>
          <w:b/>
        </w:rPr>
        <w:t xml:space="preserve">[32:06] </w:t>
      </w:r>
      <w:r>
        <w:t>India se leke UAE tak business hai unka. Lekin woh tension mein, tension mein hote hote ab unhe cancer ho gaya.</w:t>
      </w:r>
    </w:p>
    <w:p>
      <w:pPr>
        <w:jc w:val="right"/>
      </w:pPr>
      <w:r>
        <w:t>انڈیاسےلےکے یوایساےتکبزنسہےانکا۔ لیکن وہٹینشنمیں ،ٹینشنمیں ہوتےہوتےابانہیں کینسرہوگیا۔</w:t>
      </w:r>
    </w:p>
    <w:p>
      <w:r>
        <w:rPr>
          <w:b/>
        </w:rPr>
        <w:t xml:space="preserve">[32:17] </w:t>
      </w:r>
      <w:r>
        <w:t>to maine socha ki yeh kya hai aapka haal? Paise se aapko dunya wi, meri akhirat kahan se milegi?</w:t>
      </w:r>
    </w:p>
    <w:p>
      <w:pPr>
        <w:jc w:val="right"/>
      </w:pPr>
      <w:r>
        <w:t>تو میںنےسوچاکیایہ کیاہےآپکا حال ؟ پیسےسےآپکو دنیا وی،میریآخرتکہاںسےملےگی؟</w:t>
      </w:r>
    </w:p>
    <w:p>
      <w:r>
        <w:rPr>
          <w:b/>
        </w:rPr>
        <w:t xml:space="preserve">[32:27] </w:t>
      </w:r>
      <w:r>
        <w:t>itna paisa aapke</w:t>
      </w:r>
    </w:p>
    <w:p>
      <w:pPr>
        <w:jc w:val="right"/>
      </w:pPr>
      <w:r>
        <w:t>اتناپیسہآپکے</w:t>
      </w:r>
    </w:p>
    <w:p>
      <w:r>
        <w:rPr>
          <w:b/>
        </w:rPr>
        <w:t xml:space="preserve">[32:28] </w:t>
      </w:r>
      <w:r>
        <w:t>paas hai. Main ek martaba gaya tha unke ghar jo India ke ek shehar mein hai, unka ghar ek poora palace tha aur yahan se leke America tak unka business hai, kaafi daulatmand aadmi. Lekin</w:t>
      </w:r>
    </w:p>
    <w:p>
      <w:pPr>
        <w:jc w:val="right"/>
      </w:pPr>
      <w:r>
        <w:t>پاسہے۔میںایکمرتبہگیاتھاانکےگھرجو انڈیاکےایکشہرمیںہے، انکاگھرایکپوراپیلستھا اور یہاںسےلےکےامریکہتکانکابزنسہے، کافی دولتمندآدمی۔لیکن</w:t>
      </w:r>
    </w:p>
    <w:p>
      <w:r>
        <w:rPr>
          <w:b/>
        </w:rPr>
        <w:t xml:space="preserve">[32:45] </w:t>
      </w:r>
      <w:r>
        <w:t>cancer ke mareez ho gaye, cancer ke ilaj ke liye har saal unko jana padta hai America aur bahut kharcha hota hai. Ismein bahut hi koi special ilaj hai, woh treatment unka hota hai.</w:t>
      </w:r>
    </w:p>
    <w:p>
      <w:pPr>
        <w:jc w:val="right"/>
      </w:pPr>
      <w:r>
        <w:t>کینسرکےمریضہوگئے،کینسرکےعلاجکےلیے ہرسالانکوجاناپڑتاہےامریک ہ اوربہت خرچہوتاہے۔اسمیںبہتہیکوئیسپیشلعلاجہے، وہ ٹریٹمنٹانکاہوتاہے۔</w:t>
      </w:r>
    </w:p>
    <w:p>
      <w:r>
        <w:rPr>
          <w:b/>
        </w:rPr>
        <w:t xml:space="preserve">[32:56] </w:t>
      </w:r>
      <w:r>
        <w:t>to maine unse kaha ke aap jis daulat ne aapko dunya bhi nahi di, woh daulat aapko akhirat kahan se de degi?</w:t>
      </w:r>
    </w:p>
    <w:p>
      <w:pPr>
        <w:jc w:val="right"/>
      </w:pPr>
      <w:r>
        <w:t>تو میںنےانسےکہاکہآپ جس دولتنےآپکودنیا بھینہیںدی ، وہ دولتآپکوآخرتکہاںسےدےدےگی؟</w:t>
      </w:r>
    </w:p>
    <w:p>
      <w:r>
        <w:rPr>
          <w:b/>
        </w:rPr>
        <w:t xml:space="preserve">[33:06] </w:t>
      </w:r>
      <w:r>
        <w:t>unhone bataya ke main har waqt tension mein rehta hoon, har waqt stress mein rehta hoon, har waqt dukh mein rehta hoon. Unka lafz yeh tha ke main har waqt dukh mein rehta hoon.</w:t>
      </w:r>
    </w:p>
    <w:p>
      <w:pPr>
        <w:jc w:val="right"/>
      </w:pPr>
      <w:r>
        <w:t>انہوںنےبتایاکہمیںہروقت ٹینشنمیںرہتاہوں، ہروقت اسٹریسمیںرہتاہوں، ہروقت دکھمیںرہتاہوں۔انکالفظیہیتھاکہمیں ہروقتدکھمیںرہتاہوں۔</w:t>
      </w:r>
    </w:p>
    <w:p>
      <w:r>
        <w:rPr>
          <w:b/>
        </w:rPr>
        <w:t xml:space="preserve">[33:17] </w:t>
      </w:r>
      <w:r>
        <w:t>to mein ne kaha ke jis paise ne, jis dolat ne aap ko dunya nahin di, woh paisa aap ko akhirat kaise de de ga?</w:t>
      </w:r>
    </w:p>
    <w:p>
      <w:pPr>
        <w:jc w:val="right"/>
      </w:pPr>
      <w:r>
        <w:t>تومیںنےکہاکہجس پیسےنے، جس دولتنےآپکودنیا بھینہیںدی، وہپیسہآپکوآخرتکیسےدےدےگا؟</w:t>
      </w:r>
    </w:p>
    <w:p>
      <w:r>
        <w:rPr>
          <w:b/>
        </w:rPr>
        <w:t xml:space="preserve">[33:27] </w:t>
      </w:r>
      <w:r>
        <w:t>to mein ne kaha is se niklie bahir, kal aap jab maren ge to na aap ka palace aap ke sath jae ga, na aap ka bank balance aap ke sath jae ga, na aap ki family aap ke sath jae gi, kuch bhi nahin, akele aap.</w:t>
      </w:r>
    </w:p>
    <w:p>
      <w:pPr>
        <w:jc w:val="right"/>
      </w:pPr>
      <w:r>
        <w:t>تومیںنےکہااسسےنکلیےباہر ، کل آپجبمریںگے تو نہآپکا پیلسآپکےساتھجائےگا، نہآپکا بینکبیلنسآپکےساتھجائےگا، نہآپکیفیملیآپکےساتھ جائےگی،کچھبھینہیں،اکیلےآپ۔</w:t>
      </w:r>
    </w:p>
    <w:p>
      <w:r>
        <w:rPr>
          <w:b/>
        </w:rPr>
        <w:t xml:space="preserve">[33:46] </w:t>
      </w:r>
      <w:r>
        <w:t>laqad ji'ta bi-unfada. quran mein hai ke laqad ji'ta bi-unfada yani jo kuch tumhare pas tha, sab kuch chhod kar tum hamare pas aa gaye akhir kar.</w:t>
      </w:r>
    </w:p>
    <w:p>
      <w:pPr>
        <w:jc w:val="right"/>
      </w:pPr>
      <w:r>
        <w:t>لقد جیت بونفرادہ ۔ قرآنمیںہےکہلقدجیتبونفر ادہ یعنیجوکچھتمہارےپاس تھا، سبکچھچھوڑکر تم ہمارےپاسآگئے آخرکار۔</w:t>
      </w:r>
    </w:p>
    <w:p>
      <w:r>
        <w:rPr>
          <w:b/>
        </w:rPr>
        <w:t xml:space="preserve">[33:59] </w:t>
      </w:r>
      <w:r>
        <w:t>to hadith mein aata hai ke "al-kayyis man dana nafsahu ba'da al-mawt" kaisi ajeeb hadith hai. dekhiye,</w:t>
      </w:r>
    </w:p>
    <w:p>
      <w:pPr>
        <w:jc w:val="right"/>
      </w:pPr>
      <w:r>
        <w:t>تو حدیثمیںآتاہےکہ "الق یس من دان نفس ہبعد الموت" کیسیعجیبحدیثہے۔دیکھیے،</w:t>
      </w:r>
    </w:p>
    <w:p>
      <w:r>
        <w:rPr>
          <w:b/>
        </w:rPr>
        <w:t xml:space="preserve">[34:13] </w:t>
      </w:r>
      <w:r>
        <w:t>"al-kayyis man dana nafsahu wa 'amila li-ba'da al-mawt" yani wize man woh hai jo</w:t>
      </w:r>
    </w:p>
    <w:p>
      <w:pPr>
        <w:jc w:val="right"/>
      </w:pPr>
      <w:r>
        <w:t>"الق یس من دان نفس ہ وع مل بعد الموت" یعنی وائز مینوہہے جو</w:t>
      </w:r>
    </w:p>
    <w:p>
      <w:r>
        <w:rPr>
          <w:b/>
        </w:rPr>
        <w:t xml:space="preserve">[34:26] </w:t>
      </w:r>
      <w:r>
        <w:t>apne nafs ko control mein rakhe aur maut ke baad wali zindagi ki tayari kare.</w:t>
      </w:r>
    </w:p>
    <w:p>
      <w:pPr>
        <w:jc w:val="right"/>
      </w:pPr>
      <w:r>
        <w:t>اپنے نفس کو کنٹرولمیںرکھے اور موت کےبعد والی زندگی کیتیاریکرے۔</w:t>
      </w:r>
    </w:p>
    <w:p>
      <w:r>
        <w:rPr>
          <w:b/>
        </w:rPr>
        <w:t xml:space="preserve">[34:39] </w:t>
      </w:r>
      <w:r>
        <w:t>aqalmand woh hai jo apne nafs par control kare aur maut ke baad wali zindagi ke liye tayari kare.</w:t>
      </w:r>
    </w:p>
    <w:p>
      <w:pPr>
        <w:jc w:val="right"/>
      </w:pPr>
      <w:r>
        <w:t>عقلمندوہہے جو اپنے نفس پر کنٹرولکرے اور موتکےبعد والی زندگی کےلیےتیاریکرے۔</w:t>
      </w:r>
    </w:p>
    <w:p>
      <w:r>
        <w:rPr>
          <w:b/>
        </w:rPr>
        <w:t xml:space="preserve">[34:49] </w:t>
      </w:r>
      <w:r>
        <w:t>ismein aap dekhiye, bohat important baat hai,</w:t>
      </w:r>
    </w:p>
    <w:p>
      <w:pPr>
        <w:jc w:val="right"/>
      </w:pPr>
      <w:r>
        <w:t>اسمیںآپدیکھیے، بہت امپورٹنٹباتہے،</w:t>
      </w:r>
    </w:p>
    <w:p>
      <w:r>
        <w:rPr>
          <w:b/>
        </w:rPr>
        <w:t xml:space="preserve">[34:54] </w:t>
      </w:r>
      <w:r>
        <w:t>maut ke baad jo zindagi aane wali hai, us ke muamle mein jo kotahi hoti hai, woh kyun hoti hai? sirf is liye ke hum apne desire ke peeche daudne lagte hain.</w:t>
      </w:r>
    </w:p>
    <w:p>
      <w:pPr>
        <w:jc w:val="right"/>
      </w:pPr>
      <w:r>
        <w:t>موتکےبعد جو زندگی آنےوالی ہے، اسکے معاملےمیںجو کوتاہیہوتیہے، وہکیوںہوتیہے؟ صرف اسلیےکہہماپنےڈیزائرکےپیچھےدوڑنےلگتےہیں۔</w:t>
      </w:r>
    </w:p>
    <w:p>
      <w:r>
        <w:rPr>
          <w:b/>
        </w:rPr>
        <w:t xml:space="preserve">[35:06] </w:t>
      </w:r>
      <w:r>
        <w:t>desire, har aadmi apni desire ke peeche daudta hai aur phir kahan kahan pahunch jata hai.</w:t>
      </w:r>
    </w:p>
    <w:p>
      <w:pPr>
        <w:jc w:val="right"/>
      </w:pPr>
      <w:r>
        <w:t>ڈیزائر ، ہرآدمی اپنیڈیزائرکےپیچھے دوڑتاہے اور پھر کہاںکہاںپہنچجاتاہے۔</w:t>
      </w:r>
    </w:p>
    <w:p>
      <w:r>
        <w:rPr>
          <w:b/>
        </w:rPr>
        <w:t xml:space="preserve">[35:17] </w:t>
      </w:r>
      <w:r>
        <w:t>jo sachai se deviation hota hai, woh desire ki wajah se</w:t>
      </w:r>
    </w:p>
    <w:p>
      <w:pPr>
        <w:jc w:val="right"/>
      </w:pPr>
      <w:r>
        <w:t>جو سچائیسے ڈیویایشنہوتاہے، وہڈیزائرکیوجہ سے</w:t>
      </w:r>
    </w:p>
    <w:p>
      <w:r>
        <w:rPr>
          <w:b/>
        </w:rPr>
        <w:t xml:space="preserve">[35:21] </w:t>
      </w:r>
      <w:r>
        <w:t>khuda ki raaste se hat ta hai. aadmi isi liye ke woh desire ko follow karta hai. to yeh ek waqea hai ke aadmi ke andar desire bhari hui hain, ek beautiful, ek beautiful world us ke us ke dimagh mein bhara hua hai.</w:t>
      </w:r>
    </w:p>
    <w:p>
      <w:pPr>
        <w:jc w:val="right"/>
      </w:pPr>
      <w:r>
        <w:t>خداکیراستےسےہٹتاہے۔آدمی اسیلیےکہوہڈیزائرکوفالوکرتاہے۔ تو یہایک واقعہہےکہآدمیکےاندر ڈیزائربھریہوئی ہیں، ایک بیوٹیفل ،ایک بیوٹیفل ورلڈاسکےاسکےدماغمیںبھراہواہے۔</w:t>
      </w:r>
    </w:p>
    <w:p>
      <w:r>
        <w:rPr>
          <w:b/>
        </w:rPr>
        <w:t xml:space="preserve">[35:35] </w:t>
      </w:r>
      <w:r>
        <w:t>yeh har aadmi ka muamla hai aur kahin is ko satisfaction nahin milta. jo palace milta hai, woh bhi ghair mutma'in, jo jhonpdi milta hai, woh bhi ghair mutma'in.</w:t>
      </w:r>
    </w:p>
    <w:p>
      <w:pPr>
        <w:jc w:val="right"/>
      </w:pPr>
      <w:r>
        <w:t>یہہرآدمیکامعاملہہے اور کہیںاسکوسیٹسفیکشننہیںملتا۔ جو پیلسملتاہے،وہبھیغیر مطمئن، جوجھونپڑیملتاہے،وہبھیغیر مطمئن۔</w:t>
      </w:r>
    </w:p>
    <w:p>
      <w:r>
        <w:rPr>
          <w:b/>
        </w:rPr>
        <w:t xml:space="preserve">[35:47] </w:t>
      </w:r>
      <w:r>
        <w:t>kyun?</w:t>
      </w:r>
    </w:p>
    <w:p>
      <w:pPr>
        <w:jc w:val="right"/>
      </w:pPr>
      <w:r>
        <w:t>کیوں ؟</w:t>
      </w:r>
    </w:p>
    <w:p>
      <w:r>
        <w:rPr>
          <w:b/>
        </w:rPr>
        <w:t xml:space="preserve">[35:48] </w:t>
      </w:r>
      <w:r>
        <w:t>asal cheez yeh hai ke us ke mind mein bhara hua hai paradise. khuda ne paida kiya insaan ko to sab se pehle us ko paradise hi mein rakha, to paradise abhi bhi us ke mind mein basi hui hai.</w:t>
      </w:r>
    </w:p>
    <w:p>
      <w:pPr>
        <w:jc w:val="right"/>
      </w:pPr>
      <w:r>
        <w:t>اصلچیزیہہےکہ اسکے مائنڈمیںبھراہواہے پیرڈائز ۔ خدانےپیدا کیا انسانکوتوسبسےپہلےاسکوپیرڈائزہیمیںرکھا، تو پیرڈائز ابھیبھیاسکےمائنڈمیںبسی ہوئیہے۔</w:t>
      </w:r>
    </w:p>
    <w:p>
      <w:r>
        <w:rPr>
          <w:b/>
        </w:rPr>
        <w:t xml:space="preserve">[36:03] </w:t>
      </w:r>
      <w:r>
        <w:t>paradise ka obsession woh hai, har har aadmi ke mind mein hota hai, woh usi ko hasil karna chahta hai. lekin paradise to aap jante hain ke perfect world ka naam hai, to dunya mein milta hai imperfect.</w:t>
      </w:r>
    </w:p>
    <w:p>
      <w:pPr>
        <w:jc w:val="right"/>
      </w:pPr>
      <w:r>
        <w:t>پیرڈائزکاابسیشنجوہے، ہر ہرآدمیکےمائنڈمیںہوتاہے،وہاسیکوحاصل کرناچاہتاہے۔ لیکن پیرڈائزتوآپجانتےہیںکہ پرفیکٹورلڈکانامہے، تودنیا میںملتاہے امپرفیکٹ۔</w:t>
      </w:r>
    </w:p>
    <w:p>
      <w:r>
        <w:rPr>
          <w:b/>
        </w:rPr>
        <w:t xml:space="preserve">[36:16] </w:t>
      </w:r>
      <w:r>
        <w:t>paradise naam hai ideal world ka, dunya mein milta hai less than ideal. to aadmi chahta hai perfect world, milta hai imperfect.</w:t>
      </w:r>
    </w:p>
    <w:p>
      <w:pPr>
        <w:jc w:val="right"/>
      </w:pPr>
      <w:r>
        <w:t>پیرڈائزنامہےآئیڈیلورلڈکا،دنیا میںلکھتاہے لیسدینآئیڈیل۔ تو آدمی چاہتاہے پرفیکٹورلڈ، ملتاہے امپرفیکٹ۔</w:t>
      </w:r>
    </w:p>
    <w:p>
      <w:r>
        <w:rPr>
          <w:b/>
        </w:rPr>
        <w:t xml:space="preserve">[36:28] </w:t>
      </w:r>
      <w:r>
        <w:t>woh chahta hai ideal, milta hai less than ideal. usi wajah se bhagta rehta hai, bhagta rehta hai, bhagta rehta hai. is ka solution kya hai?</w:t>
      </w:r>
    </w:p>
    <w:p>
      <w:pPr>
        <w:jc w:val="right"/>
      </w:pPr>
      <w:r>
        <w:t>وہچاہتاہےآئیڈیل، ملتاہے لیسدینآئیڈیل۔ اسیکیوجہسےبھاگتارہتاہے،بھاگتارہتاہے،بھاگتارہتاہے۔ اسکا سلویوشنکیاہے؟</w:t>
      </w:r>
    </w:p>
    <w:p>
      <w:r>
        <w:rPr>
          <w:b/>
        </w:rPr>
        <w:t xml:space="preserve">[36:41] </w:t>
      </w:r>
      <w:r>
        <w:t>aadmi yeh jaane ke is dinya mein woh cheez achieve ho nahin sakti hai,</w:t>
      </w:r>
    </w:p>
    <w:p>
      <w:pPr>
        <w:jc w:val="right"/>
      </w:pPr>
      <w:r>
        <w:t>آدمییہجانےکہاسدنیا میں وہچیزاچیوہونہیںسکتیہے،</w:t>
      </w:r>
    </w:p>
    <w:p>
      <w:r>
        <w:rPr>
          <w:b/>
        </w:rPr>
        <w:t xml:space="preserve">[36:47] </w:t>
      </w:r>
      <w:r>
        <w:t>fulfillment is dunya mein achieve, achievable nahin hai. sarr se woh to paradise mein hoga,</w:t>
      </w:r>
    </w:p>
    <w:p>
      <w:pPr>
        <w:jc w:val="right"/>
      </w:pPr>
      <w:r>
        <w:t>فل فل منٹاسدنیامیں اچیو، اچیویبلہینہیںہے۔سرےسے وہتوپیرڈائزمیںہوگا،</w:t>
      </w:r>
    </w:p>
    <w:p>
      <w:r>
        <w:rPr>
          <w:b/>
        </w:rPr>
        <w:t xml:space="preserve">[36:56] </w:t>
      </w:r>
      <w:r>
        <w:t>woh to paradise mein hoga. to aadmi ki misaal mein samajhta hoon ke best misaal yeh hai ke jaise pani aur machhli.</w:t>
      </w:r>
    </w:p>
    <w:p>
      <w:pPr>
        <w:jc w:val="right"/>
      </w:pPr>
      <w:r>
        <w:t>وہتوپیرڈائزمیںہوگا۔ تو آدمیکیمثال میںسمجھتاہوںکہ بیسٹمثالیہہےکہجیسے پانیاور مچھلی۔</w:t>
      </w:r>
    </w:p>
    <w:p>
      <w:r>
        <w:rPr>
          <w:b/>
        </w:rPr>
        <w:t xml:space="preserve">[37:07] </w:t>
      </w:r>
      <w:r>
        <w:t>machhli ko aap pani ke bahir kar dijiye to tadpe gi, tadpe gi, tadpe gi. chahe sona chandi ke mein andar rakh dein, us ko</w:t>
      </w:r>
    </w:p>
    <w:p>
      <w:pPr>
        <w:jc w:val="right"/>
      </w:pPr>
      <w:r>
        <w:t>مچھلیکوآپپانیکےباہرکردیجئے توتڑپےگی،تڑپےگی،تڑپےگی۔ چاہے سوناچاندیکے میںاندررکھدیں،اسکو</w:t>
      </w:r>
    </w:p>
    <w:p>
      <w:r>
        <w:rPr>
          <w:b/>
        </w:rPr>
        <w:t xml:space="preserve">[37:18] </w:t>
      </w:r>
      <w:r>
        <w:t>us ko sone ke mahal mein rakh dein, chandi ke mahal mein rakh dein to us mein sukoon nahin mile ga. us ko, us ko sukoon mile ga pani ke andar.</w:t>
      </w:r>
    </w:p>
    <w:p>
      <w:pPr>
        <w:jc w:val="right"/>
      </w:pPr>
      <w:r>
        <w:t>اسکو سونےکےمحلمیںرکھدیں،چاندیکے محلمیںرکھدیںتواسمیں سکوننہیںملےگا۔اسکو ،اسکو سکونملےگا پانیکےاندر ۔</w:t>
      </w:r>
    </w:p>
    <w:p>
      <w:r>
        <w:rPr>
          <w:b/>
        </w:rPr>
        <w:t xml:space="preserve">[37:28] </w:t>
      </w:r>
      <w:r>
        <w:t>to insaan jo hai, yeh dunya mein aisa hi hai jaise ke pani se bahir machhli tadap rahi ho. to hum insaan paradise ke baghair tadap rahe hain.</w:t>
      </w:r>
    </w:p>
    <w:p>
      <w:pPr>
        <w:jc w:val="right"/>
      </w:pPr>
      <w:r>
        <w:t>توانسانجوہے، یہدنیا میںایساہیہےجیسےکہ پانیسے باہر مچھلی تڑپرہیہو۔ توہم انسان پیرڈائزکےبغیرتڑپرہاہے۔</w:t>
      </w:r>
    </w:p>
    <w:p>
      <w:r>
        <w:rPr>
          <w:b/>
        </w:rPr>
        <w:t xml:space="preserve">[37:40] </w:t>
      </w:r>
      <w:r>
        <w:t>jab tak paradise nahin mile gi, tab tak tadapte hi rahen ge. kyun ke aap dekhiye, insaan ne mahal banaya,</w:t>
      </w:r>
    </w:p>
    <w:p>
      <w:pPr>
        <w:jc w:val="right"/>
      </w:pPr>
      <w:r>
        <w:t>جبتک پیرڈائزنہیںملےگی،تبتکہمتڑپتےہیرہیںگے۔ کیونکہآپدیکھیے، انسان نے محلبنایا،</w:t>
      </w:r>
    </w:p>
    <w:p>
      <w:r>
        <w:rPr>
          <w:b/>
        </w:rPr>
        <w:t xml:space="preserve">[37:48] </w:t>
      </w:r>
      <w:r>
        <w:t>insan ne sare dolat kathaki, phar bhi woh sleeping bill khake sona padta hai. isko phar bhi isko cancer ho jata hai, phar isko tarah tarah ki diziz lag jati hai, blood pressure high ho gaya, diabetes ho gaya,</w:t>
      </w:r>
    </w:p>
    <w:p>
      <w:pPr>
        <w:jc w:val="right"/>
      </w:pPr>
      <w:r>
        <w:t>انسان نے ساریدولتاکٹھاکی، پھربھیوہ سلیپنگ بل کھاکےسوناپڑتاہے۔اسکو پھربھیاسکوکینسرہوجاتاہے، پھراسکو طرح طرحکیڈیزیزلگجاتیہے، بلڈپریشرہائیہوگیا، ڈائبیٹکہوگیا،</w:t>
      </w:r>
    </w:p>
    <w:p>
      <w:r>
        <w:rPr>
          <w:b/>
        </w:rPr>
        <w:t xml:space="preserve">[38:03] </w:t>
      </w:r>
      <w:r>
        <w:t>aur kya hua, kya hua, aur mar gaya. to kyon yeh hota hai aisa? kyonki woh jahan sukoon milega, woh to paradise hai.</w:t>
      </w:r>
    </w:p>
    <w:p>
      <w:pPr>
        <w:jc w:val="right"/>
      </w:pPr>
      <w:r>
        <w:t>اور کیا ہوا،کیا ہوا،اورمرگیا۔ تو کیوں یہہوتاہےایسا ؟کیونکہوہتوجہاں سکونملےگا،وہتوپیرڈائزہے۔</w:t>
      </w:r>
    </w:p>
    <w:p>
      <w:r>
        <w:rPr>
          <w:b/>
        </w:rPr>
        <w:t xml:space="preserve">[38:13] </w:t>
      </w:r>
      <w:r>
        <w:t>machhli ko aap kahin bhi rakhiye, bahut achhe garden mein rakhiye, bahut achhe palace mein rakhiye, bahut achhe fancy bed par isko rakhiye, kuch bhi rakhiye, woh tadpegi.</w:t>
      </w:r>
    </w:p>
    <w:p>
      <w:pPr>
        <w:jc w:val="right"/>
      </w:pPr>
      <w:r>
        <w:t>مچھلیکوآپکہیںبھی رکھیے، بہت اچھے گارڈنمیںرکھیے،بہتاچھے پیلسمیںرکھیے، بہتاچھے فینسیبیڈپراسکورکھیے،کچھبھیرکھیے، وہتڑپےگی۔</w:t>
      </w:r>
    </w:p>
    <w:p>
      <w:r>
        <w:rPr>
          <w:b/>
        </w:rPr>
        <w:t xml:space="preserve">[38:25] </w:t>
      </w:r>
      <w:r>
        <w:t>kyonki iski tadap khatam ho gayi pani, pani mein ja kar ke. yeh mamla insan ka hai, jab tak isko paradise nahi milegi, woh tadpta rahega.</w:t>
      </w:r>
    </w:p>
    <w:p>
      <w:pPr>
        <w:jc w:val="right"/>
      </w:pPr>
      <w:r>
        <w:t>کیونکہ اسکیتڑپختمہوگئیپانی،پانیمیںجاکرکے۔ یہمعاملہانسانکاہے، جب تک اسکو پیرڈائزنہیںملےگی،وہتڑپتارہےگا۔</w:t>
      </w:r>
    </w:p>
    <w:p>
      <w:r>
        <w:rPr>
          <w:b/>
        </w:rPr>
        <w:t xml:space="preserve">[38:36] </w:t>
      </w:r>
      <w:r>
        <w:t>yeh Allah taala ne ek sign, ek ek ek nishan rakh diya hai duniya mein</w:t>
      </w:r>
    </w:p>
    <w:p>
      <w:pPr>
        <w:jc w:val="right"/>
      </w:pPr>
      <w:r>
        <w:t>یہاللہتعالینےایک سائن ،ایک ایک ایک نش انیرکھدیہےدنیا میں</w:t>
      </w:r>
    </w:p>
    <w:p>
      <w:r>
        <w:rPr>
          <w:b/>
        </w:rPr>
        <w:t xml:space="preserve">[38:42] </w:t>
      </w:r>
      <w:r>
        <w:t>taki insan soche, insan soche ki main kyon phar bhi tadap raha hoon, sab kuch pa kar bhi kyon main tadap raha hoon.</w:t>
      </w:r>
    </w:p>
    <w:p>
      <w:pPr>
        <w:jc w:val="right"/>
      </w:pPr>
      <w:r>
        <w:t>تاکہانسان سوچے، انسان سوچےکہمیںکیوں پھربھی تڑپرہاہوں، سبکچھ پاکربھی کیوںمیںتڑپرہاہوں۔</w:t>
      </w:r>
    </w:p>
    <w:p>
      <w:r>
        <w:rPr>
          <w:b/>
        </w:rPr>
        <w:t xml:space="preserve">[38:51] </w:t>
      </w:r>
      <w:r>
        <w:t>yeh sochne ke liye hai, yeh ek shock treatment goya kehta hai. to aadmi soche to woh paale, yani jannat ko discover kar le.</w:t>
      </w:r>
    </w:p>
    <w:p>
      <w:pPr>
        <w:jc w:val="right"/>
      </w:pPr>
      <w:r>
        <w:t>یہسوچنےکےلیےہے، یہایک شاکٹریٹمنٹگویاکہہے۔ توآدمیسوچےتووہپالے، یعنیجنتکو ڈسکورکرلے۔</w:t>
      </w:r>
    </w:p>
    <w:p>
      <w:r>
        <w:rPr>
          <w:b/>
        </w:rPr>
        <w:t xml:space="preserve">[39:04] </w:t>
      </w:r>
      <w:r>
        <w:t>dekhiye, ek logon ke andar mein koi question rehta hai ki duniya mein takleefen kyon hain,</w:t>
      </w:r>
    </w:p>
    <w:p>
      <w:pPr>
        <w:jc w:val="right"/>
      </w:pPr>
      <w:r>
        <w:t>دیکھیے،ایک لوگ وںکےاندرمیںکوئسچنرہتاہےکہ دنیا میں تکلیفیںکیوںہیں،</w:t>
      </w:r>
    </w:p>
    <w:p>
      <w:r>
        <w:rPr>
          <w:b/>
        </w:rPr>
        <w:t xml:space="preserve">[39:11] </w:t>
      </w:r>
      <w:r>
        <w:t>bimari kyon hai, koi garib kyon hai, suffering kyon hai. to suffering jo hai, main samajhta hoon ki duniya mein jo suffering hai, woh woh blessing hai. blessing,</w:t>
      </w:r>
    </w:p>
    <w:p>
      <w:pPr>
        <w:jc w:val="right"/>
      </w:pPr>
      <w:r>
        <w:t>بیماریکیوںہے، کوئیغریبکیوںہے، سفرنگکیوںہے۔ تو سفرنگجوہے، میںسمجھتاہوںکہدنیا میںجوسفرنگہے،وہوہ بلیسنگہے۔بلیسنگ،</w:t>
      </w:r>
    </w:p>
    <w:p>
      <w:r>
        <w:rPr>
          <w:b/>
        </w:rPr>
        <w:t xml:space="preserve">[39:26] </w:t>
      </w:r>
      <w:r>
        <w:t>suffering blessing hai. kyon blessing hai? woh blessing and disguise hai. duniya ki har suffering jo hai, woh blessing and disguise hai.</w:t>
      </w:r>
    </w:p>
    <w:p>
      <w:pPr>
        <w:jc w:val="right"/>
      </w:pPr>
      <w:r>
        <w:t>سفرنگبلیسنگہے۔ کیوں بلیسنگہے؟ وہ بلیسنگاندسگائزہے۔ دنیا کیہرسفرنگجوہے،وہ بلیسنگاندسگائزہے۔</w:t>
      </w:r>
    </w:p>
    <w:p>
      <w:r>
        <w:rPr>
          <w:b/>
        </w:rPr>
        <w:t xml:space="preserve">[39:38] </w:t>
      </w:r>
      <w:r>
        <w:t>kyon?</w:t>
      </w:r>
    </w:p>
    <w:p>
      <w:pPr>
        <w:jc w:val="right"/>
      </w:pPr>
      <w:r>
        <w:t>کیوں ؟</w:t>
      </w:r>
    </w:p>
    <w:p>
      <w:r>
        <w:rPr>
          <w:b/>
        </w:rPr>
        <w:t xml:space="preserve">[39:40] </w:t>
      </w:r>
      <w:r>
        <w:t>woh pre-death warning hai. pre-death warning. maut se pehle Khuda chahta hai ki aap sochen, maut se pehle Khuda chahta hai ki aap paradise ko discover karen,</w:t>
      </w:r>
    </w:p>
    <w:p>
      <w:pPr>
        <w:jc w:val="right"/>
      </w:pPr>
      <w:r>
        <w:t>وہ پریڈیتھ وارننگہے۔ پریڈیتھ وارننگ۔ موتسےپہلے خداچاہتاہےکہآپسوچیں، موتسےپہلےخداچاہتاہےکہآپ پیرڈائزکوڈسکورکریں،</w:t>
      </w:r>
    </w:p>
    <w:p>
      <w:r>
        <w:rPr>
          <w:b/>
        </w:rPr>
        <w:t xml:space="preserve">[39:57] </w:t>
      </w:r>
      <w:r>
        <w:t>maut se pehle Khuda chahta hai ki aap sachai ko jaan len.</w:t>
      </w:r>
    </w:p>
    <w:p>
      <w:pPr>
        <w:jc w:val="right"/>
      </w:pPr>
      <w:r>
        <w:t>موتسےپہلے خداچاہتاہےکہآپسچائیکوجان لیں۔</w:t>
      </w:r>
    </w:p>
    <w:p>
      <w:r>
        <w:rPr>
          <w:b/>
        </w:rPr>
        <w:t xml:space="preserve">[40:02] </w:t>
      </w:r>
      <w:r>
        <w:t>taki achhanak jab maut ke baad aapko woh duniya samne aaye jo aane wali hai, to aapko pachtana na pade. aap yeh na kahen ki it was a missed opportunity ki jo log duniya mein taiyar hain, na karen.</w:t>
      </w:r>
    </w:p>
    <w:p>
      <w:pPr>
        <w:jc w:val="right"/>
      </w:pPr>
      <w:r>
        <w:t>تاکہاچانکجب موتکےبعد آپکو وہ دنیا سامنےآئےجوآنےوالی ہے، توآپکوپچھتانانہپڑے۔ آپ یہ نہکہیںکہ مائنڈوازاکیسا مسڈاپرچونیٹی کہجولوگدنیا میں تیارہیں،نہکریں۔</w:t>
      </w:r>
    </w:p>
    <w:p>
      <w:r>
        <w:rPr>
          <w:b/>
        </w:rPr>
        <w:t xml:space="preserve">[40:21] </w:t>
      </w:r>
      <w:r>
        <w:t>yahan jo opportunities hain, isko avail na karen. achhanak jab maut ke baad jo nayi duniya aayegi, unke samne jahan halwa hoga aur paradise hogi,</w:t>
      </w:r>
    </w:p>
    <w:p>
      <w:pPr>
        <w:jc w:val="right"/>
      </w:pPr>
      <w:r>
        <w:t>یہاںجو اپرچونیٹیزہیں،اسکو اویلنہکریں۔ اچانکجب موتکےبعد جونئیدنیا آئےگی،انکےسامنے جہاںہلہوگااورپیرڈائزہوگی،</w:t>
      </w:r>
    </w:p>
    <w:p>
      <w:r>
        <w:rPr>
          <w:b/>
        </w:rPr>
        <w:t xml:space="preserve">[40:32] </w:t>
      </w:r>
      <w:r>
        <w:t>to woh kahenge ki mind was a missed opportunity. main to kaise mauqe mujhe diye the, Khuda ne isko avail nahi kar saka.</w:t>
      </w:r>
    </w:p>
    <w:p>
      <w:pPr>
        <w:jc w:val="right"/>
      </w:pPr>
      <w:r>
        <w:t>تو وہکہیںگےکہ مائنڈواز اکیساف مسڈاپرچونیٹی۔ میںتو کیسے مواقعمجھےدیےتھے،خدانےاسکواویلنہیںکرسکا۔</w:t>
      </w:r>
    </w:p>
    <w:p>
      <w:r>
        <w:rPr>
          <w:b/>
        </w:rPr>
        <w:t xml:space="preserve">[40:45] </w:t>
      </w:r>
      <w:r>
        <w:t>ab main hamesha ke liye paradise se mahroom rahunga. My life was a missed opportunity. is anjam se bachne ke liye</w:t>
      </w:r>
    </w:p>
    <w:p>
      <w:pPr>
        <w:jc w:val="right"/>
      </w:pPr>
      <w:r>
        <w:t>ابمیںہمیشہکےلیے پیرڈائزسے محرومرہوںگا۔ مائنڈوازاکیسافمسڈاپرچونیٹی۔ اس انجام سے بچنےکےلیے</w:t>
      </w:r>
    </w:p>
    <w:p>
      <w:r>
        <w:rPr>
          <w:b/>
        </w:rPr>
        <w:t xml:space="preserve">[40:58] </w:t>
      </w:r>
      <w:r>
        <w:t>Bible mein hai ki jo log duniya mein divine law ko follow nahi karenge, jo duniya mein apne aap ko jannat ke liye taiyar nahi karenge,</w:t>
      </w:r>
    </w:p>
    <w:p>
      <w:pPr>
        <w:jc w:val="right"/>
      </w:pPr>
      <w:r>
        <w:t>بائبلمیںہے کہجولوگ دنیا میں ڈیوائن لاءکوفالونہیںکریںگے، جودنیامیں اپنےآپکو جنتکےلیےتیارنہیںکریںگے،</w:t>
      </w:r>
    </w:p>
    <w:p>
      <w:r>
        <w:rPr>
          <w:b/>
        </w:rPr>
        <w:t xml:space="preserve">[41:12] </w:t>
      </w:r>
      <w:r>
        <w:t>to kya hoga? wahan ismein lafz hai ki aag ki bhathiyon mein unhein jana padega, jahan woh abadtak rote aur dant peeste rahenge.</w:t>
      </w:r>
    </w:p>
    <w:p>
      <w:pPr>
        <w:jc w:val="right"/>
      </w:pPr>
      <w:r>
        <w:t>توکیاہوگا؟وہاں اسمیں لفظہےکہ آگکی بھ ٹیمیں انہیں جاناپڑےگا، جہاںوہ ابدتک روتےاور دانت پیستےرہیںگے۔</w:t>
      </w:r>
    </w:p>
    <w:p>
      <w:r>
        <w:rPr>
          <w:b/>
        </w:rPr>
        <w:t xml:space="preserve">[41:25] </w:t>
      </w:r>
      <w:r>
        <w:t>yeh Bible ka</w:t>
      </w:r>
    </w:p>
    <w:p>
      <w:pPr>
        <w:jc w:val="right"/>
      </w:pPr>
      <w:r>
        <w:t>یہ بائبل کا</w:t>
      </w:r>
    </w:p>
    <w:p>
      <w:r>
        <w:rPr>
          <w:b/>
        </w:rPr>
        <w:t xml:space="preserve">[41:29] </w:t>
      </w:r>
      <w:r>
        <w:t>yani alfaaz hain, jahan unhein abadtak rona aur dant peesna hoga, yani hasrat, ek abadi hasrat.</w:t>
      </w:r>
    </w:p>
    <w:p>
      <w:pPr>
        <w:jc w:val="right"/>
      </w:pPr>
      <w:r>
        <w:t>یعنیالفاظہیں، جہاں انہیں ابدتکرونااور دانتپیسناہوگا،یعنیحس رت، ایک ابدیحسرت۔</w:t>
      </w:r>
    </w:p>
    <w:p>
      <w:r>
        <w:rPr>
          <w:b/>
        </w:rPr>
        <w:t xml:space="preserve">[41:40] </w:t>
      </w:r>
      <w:r>
        <w:t>kitni aap sochen, kitni zyada dukh hota hai aadmi ko, hota hai aadmi ko jab usko koi hasrat lahaq ho jaye. kuf!</w:t>
      </w:r>
    </w:p>
    <w:p>
      <w:pPr>
        <w:jc w:val="right"/>
      </w:pPr>
      <w:r>
        <w:t>کتنیآپ سوچیے،کتنی زیادہ دکھہوآدمیکو،ہوتاہےآدمیکوجباسکوکوئیحسرتلاحقہوجائے۔ ک فو!</w:t>
      </w:r>
    </w:p>
    <w:p>
      <w:r>
        <w:rPr>
          <w:b/>
        </w:rPr>
        <w:t xml:space="preserve">[41:48] </w:t>
      </w:r>
      <w:r>
        <w:t>main is mauqe ko avail nahi kar saka, ek opportunity mere samne aayi thi, main isko avail nahi kar saka.</w:t>
      </w:r>
    </w:p>
    <w:p>
      <w:pPr>
        <w:jc w:val="right"/>
      </w:pPr>
      <w:r>
        <w:t>میں اس موقعکو اویلنہیںکرسکا، ایک اپرچونیٹیمیرےسامنےآئیتھی،میںاسکواویلنہیںکرسکا۔</w:t>
      </w:r>
    </w:p>
    <w:p>
      <w:r>
        <w:rPr>
          <w:b/>
        </w:rPr>
        <w:t xml:space="preserve">[41:57] </w:t>
      </w:r>
      <w:r>
        <w:t>to yeh predeth period jo hai, woh ek opportunity hai. jo log isko avail na karen, is opportunity ko, to maut ke baad ki zindagi mein wahi hoga jo Bible mein hai ki abadtak rona aur dant peesna hoga.</w:t>
      </w:r>
    </w:p>
    <w:p>
      <w:pPr>
        <w:jc w:val="right"/>
      </w:pPr>
      <w:r>
        <w:t>تویہ پریڈیتھپیریڈجوہے،وہایکاپرچونیٹیہے۔ جو لوگ اسکواویلنہکریں،اساپرچونیٹیکو ،تو موتکےبعد کیزندگی میںوہیہوگاجوبائبلمیںہے کہ ابدتک رونااور دانتپیسناہوگا۔</w:t>
      </w:r>
    </w:p>
    <w:p>
      <w:r>
        <w:rPr>
          <w:b/>
        </w:rPr>
        <w:t xml:space="preserve">[42:14] </w:t>
      </w:r>
      <w:r>
        <w:t>abadtak rona aur dant peesna hoga. to dekhiye, yeh mamla bahut significant tha, bahut hi serious tha.</w:t>
      </w:r>
    </w:p>
    <w:p>
      <w:pPr>
        <w:jc w:val="right"/>
      </w:pPr>
      <w:r>
        <w:t>ابدتک رونااوردانتپیسناہوگا۔ تودیکھیے، یہ معاملہبہت سنگ ینتھا، بہت ہیسیریستھا۔</w:t>
      </w:r>
    </w:p>
    <w:p>
      <w:r>
        <w:rPr>
          <w:b/>
        </w:rPr>
        <w:t xml:space="preserve">[42:24] </w:t>
      </w:r>
      <w:r>
        <w:t>isliye allah taala ne pura intezam kiya ke insan is bhayanakanjam se bach jaye.</w:t>
      </w:r>
    </w:p>
    <w:p>
      <w:pPr>
        <w:jc w:val="right"/>
      </w:pPr>
      <w:r>
        <w:t>اسلیےاللہ تعالی نے پوراانتظامکیا کہانسان اس بھیانکانجام سے بچجائے۔</w:t>
      </w:r>
    </w:p>
    <w:p>
      <w:r>
        <w:rPr>
          <w:b/>
        </w:rPr>
        <w:t xml:space="preserve">[42:33] </w:t>
      </w:r>
      <w:r>
        <w:t>iska intezam kiya tha? kai level pe intezam kiya khuda ne. iska sabse pehle dekhiye, jo duniya hamare ird gird hai, woh woh kamal taur par khuda ke qanoon ko follow kar rahi hai.</w:t>
      </w:r>
    </w:p>
    <w:p>
      <w:pPr>
        <w:jc w:val="right"/>
      </w:pPr>
      <w:r>
        <w:t>اسکا انتظامکیاتھا ؟ کئی لیول پہانتظامکیا خدانے۔اسکا سبسے پہلے دیکھیے، جودنیا ہمارےاسپاسہے، وہ وہ ک امل طور پر خداکے قانون کوفالوکررہیہے۔</w:t>
      </w:r>
    </w:p>
    <w:p>
      <w:r>
        <w:rPr>
          <w:b/>
        </w:rPr>
        <w:t xml:space="preserve">[42:51] </w:t>
      </w:r>
      <w:r>
        <w:t>ek second idhar udhar nahi hoti.</w:t>
      </w:r>
    </w:p>
    <w:p>
      <w:pPr>
        <w:jc w:val="right"/>
      </w:pPr>
      <w:r>
        <w:t>ایک سیکنڈادھرادھرنہیںہوتی۔</w:t>
      </w:r>
    </w:p>
    <w:p>
      <w:r>
        <w:rPr>
          <w:b/>
        </w:rPr>
        <w:t xml:space="preserve">[42:55] </w:t>
      </w:r>
      <w:r>
        <w:t>to goya woh bata rahi hai ke sahi tareeqa kya hai tumhare liye, divine law ko follow karna. aap jante hain ke stars, planet, mountain, darya,</w:t>
      </w:r>
    </w:p>
    <w:p>
      <w:pPr>
        <w:jc w:val="right"/>
      </w:pPr>
      <w:r>
        <w:t>تو گویاوہ بتارہیہے کہ صحیحطریقہکیاہےتمہارےلیے، ڈیوائنلاءکو فالوکرنا۔ آپجانتےہیںکہ اسٹارز،پلینٹ، ماؤنٹین، دریا ،</w:t>
      </w:r>
    </w:p>
    <w:p>
      <w:r>
        <w:rPr>
          <w:b/>
        </w:rPr>
        <w:t xml:space="preserve">[43:10] </w:t>
      </w:r>
      <w:r>
        <w:t>jitni bhi cheezein duniya mein hain, sab poori ki poori tarah se divine law ko aur natural law ko follow karti hain. woh bata rahi hain, yani ek silent zuban mein, khamosh zuban mein</w:t>
      </w:r>
    </w:p>
    <w:p>
      <w:pPr>
        <w:jc w:val="right"/>
      </w:pPr>
      <w:r>
        <w:t>جتنیبھیچیزیںدنیامیںہیں، سب پوریکیپوریطرحسے ڈیوائنلاءکواورنیچرللاءکوفالوکرتیہیں۔ وہبتارہیہیں، یعنی ایک سائلنٹ زبان میں،خاموش زبان میں</w:t>
      </w:r>
    </w:p>
    <w:p>
      <w:r>
        <w:rPr>
          <w:b/>
        </w:rPr>
        <w:t xml:space="preserve">[43:21] </w:t>
      </w:r>
      <w:r>
        <w:t>ke aye insan! tu bhi follow kar khuda ke qanoon ko, divine law ko. to ek yeh hai, jo ek qism ka khamosh demonstration hai is baat ka ke insan ko kya karna chahiye.</w:t>
      </w:r>
    </w:p>
    <w:p>
      <w:pPr>
        <w:jc w:val="right"/>
      </w:pPr>
      <w:r>
        <w:t>کہاےانسان!توبھیفالوکر خداکےقانون کو، ڈیوائنلاءکو۔ تو ایک یہہے، جو ایک قسم کا خاموش ڈیمونسٹریشنہےاسباتکا کہانسانکوکیا کرناچاہیے۔</w:t>
      </w:r>
    </w:p>
    <w:p>
      <w:r>
        <w:rPr>
          <w:b/>
        </w:rPr>
        <w:t xml:space="preserve">[43:37] </w:t>
      </w:r>
      <w:r>
        <w:t>woh karna chahiye jo sari duniya kar rahi hai, sari universe kar rahi hai.</w:t>
      </w:r>
    </w:p>
    <w:p>
      <w:pPr>
        <w:jc w:val="right"/>
      </w:pPr>
      <w:r>
        <w:t>وہیکرناچاہیےجوساریدنیا کررہیہے، سارییونیورس کررہیہے۔</w:t>
      </w:r>
    </w:p>
    <w:p>
      <w:r>
        <w:rPr>
          <w:b/>
        </w:rPr>
        <w:t xml:space="preserve">[43:42] </w:t>
      </w:r>
      <w:r>
        <w:t>isi liye quran mein hai ke kya log chahte hain ke is is law ke siwa kisi law ko follow karein jo duniya mein, duniya jisko follow kar rahi hai?</w:t>
      </w:r>
    </w:p>
    <w:p>
      <w:pPr>
        <w:jc w:val="right"/>
      </w:pPr>
      <w:r>
        <w:t>اسیلیےقرآنمیںہےکہ کیا لوگچاہتےہیںکہ اس اس لاءکےسواکسیلاءکوفالوکریںجودنیا میں، دنیا جسکوفالوکررہیہے؟</w:t>
      </w:r>
    </w:p>
    <w:p>
      <w:r>
        <w:rPr>
          <w:b/>
        </w:rPr>
        <w:t xml:space="preserve">[43:55] </w:t>
      </w:r>
      <w:r>
        <w:t>to khuda isko qabool nahi karega.</w:t>
      </w:r>
    </w:p>
    <w:p>
      <w:pPr>
        <w:jc w:val="right"/>
      </w:pPr>
      <w:r>
        <w:t>تو خدااسکوقبولنہیں کرے گا۔</w:t>
      </w:r>
    </w:p>
    <w:p>
      <w:r>
        <w:rPr>
          <w:b/>
        </w:rPr>
        <w:t xml:space="preserve">[43:59] </w:t>
      </w:r>
      <w:r>
        <w:t>woh</w:t>
      </w:r>
    </w:p>
    <w:p>
      <w:pPr>
        <w:jc w:val="right"/>
      </w:pPr>
      <w:r>
        <w:t>وہ</w:t>
      </w:r>
    </w:p>
    <w:p>
      <w:r>
        <w:rPr>
          <w:b/>
        </w:rPr>
        <w:t xml:space="preserve">[44:10] </w:t>
      </w:r>
      <w:r>
        <w:t>yani sari duniya goya ek demonstration de rahi hai ke hum sab khuda ke creation hain, hum hum ko khuda hi ke ke law ko follow karna chahiye, is se zara bhi deviation nahi karna chahiye.</w:t>
      </w:r>
    </w:p>
    <w:p>
      <w:pPr>
        <w:jc w:val="right"/>
      </w:pPr>
      <w:r>
        <w:t>یعنیساریدنیا گویاایکڈیمونسٹریشندےرہیہے کہہمسب خداکےکریشنہیں، ہم ہمکوخداہی کےکےلاءکو فالوکرناچاہیے، اسسے ذرابھیڈیویٹنہیںکرناچاہیے۔</w:t>
      </w:r>
    </w:p>
    <w:p>
      <w:r>
        <w:rPr>
          <w:b/>
        </w:rPr>
        <w:t xml:space="preserve">[44:26] </w:t>
      </w:r>
      <w:r>
        <w:t>phir dekhiye, hamare andar khuda ne rakh diya jisko quran mein hai: "fa alhama fujuraha wa taqwaha" yani hamare nature mein rakh diya khuda ne pehchan achhe ki, bure ki.</w:t>
      </w:r>
    </w:p>
    <w:p>
      <w:pPr>
        <w:jc w:val="right"/>
      </w:pPr>
      <w:r>
        <w:t>پھردیکھیے، ہمارےاندرخدانے رکھدیا جسکوقرآنمیںہے: "ف علما فجورہوت قوی" یعنیہمارے نیچرمیں رکھدیا خدانے پہچان اچھےکی ،برےکی۔</w:t>
      </w:r>
    </w:p>
    <w:p>
      <w:r>
        <w:rPr>
          <w:b/>
        </w:rPr>
        <w:t xml:space="preserve">[44:42] </w:t>
      </w:r>
      <w:r>
        <w:t>aap jante hain ke har aadmi ka yeh haal hota hai ke agar woh koi achha kaam kare, andar se usko khushi hoti hai ke maine bada achha kaam kiya.</w:t>
      </w:r>
    </w:p>
    <w:p>
      <w:pPr>
        <w:jc w:val="right"/>
      </w:pPr>
      <w:r>
        <w:t>آپجانتےہیںکہ ہرآدمیکا یہحالہوتاہے کہاگر وہکوئیاچھاکامکرے، اندرسےاسکوخوشیہوتیہےکہمیںنےبڑااچھاکام کیا۔</w:t>
      </w:r>
    </w:p>
    <w:p>
      <w:r>
        <w:rPr>
          <w:b/>
        </w:rPr>
        <w:t xml:space="preserve">[44:53] </w:t>
      </w:r>
      <w:r>
        <w:t>agar bura kaam kare, andar se dil kehta hai ke tum ne bada galat kaam kiya.</w:t>
      </w:r>
    </w:p>
    <w:p>
      <w:pPr>
        <w:jc w:val="right"/>
      </w:pPr>
      <w:r>
        <w:t>اگر براکام کرے، اندرسےدل کہتاہےکہتم نےبڑاغلطکامکیا۔</w:t>
      </w:r>
    </w:p>
    <w:p>
      <w:r>
        <w:rPr>
          <w:b/>
        </w:rPr>
        <w:t xml:space="preserve">[45:02] </w:t>
      </w:r>
      <w:r>
        <w:t>jaise ek ek wakeel sahib jo murder case karte hain, to 25 saal se woh kar rahe the. meri mulaqat hui to maine poocha,</w:t>
      </w:r>
    </w:p>
    <w:p>
      <w:pPr>
        <w:jc w:val="right"/>
      </w:pPr>
      <w:r>
        <w:t>جیسے ایک ایک وکیلصاحبجو مرڈرکیسکرتےہیں، تو 25 سال سےوہکررہےتھے۔ میریملاقاتہوئی تومیںنےپوچھا،</w:t>
      </w:r>
    </w:p>
    <w:p>
      <w:r>
        <w:rPr>
          <w:b/>
        </w:rPr>
        <w:t xml:space="preserve">[45:13] </w:t>
      </w:r>
      <w:r>
        <w:t>to unhone kaha ke is 25 saal mein jitne bhi case mere samne aaye hain, to maine dekha ke jo bhi qatil tha, uske uske andar repentance maine paya ke maine bada galat kaam kiya.</w:t>
      </w:r>
    </w:p>
    <w:p>
      <w:pPr>
        <w:jc w:val="right"/>
      </w:pPr>
      <w:r>
        <w:t>توانہوںنےکہاکہاس25 سال میں جتنےبھیکیسمیرےسامنےآئےہیں، تو میںنےدیکھاکہجوبھی قاتلتھا، اسکے اسکےاندر ریپیٹنس میںنےپایا کہمیںنےبڑاغلطکام کیا۔</w:t>
      </w:r>
    </w:p>
    <w:p>
      <w:r>
        <w:rPr>
          <w:b/>
        </w:rPr>
        <w:t xml:space="preserve">[45:29] </w:t>
      </w:r>
      <w:r>
        <w:t>yeh kya hai? andar ka, ke andar ki yeh woh hai warning.</w:t>
      </w:r>
    </w:p>
    <w:p>
      <w:pPr>
        <w:jc w:val="right"/>
      </w:pPr>
      <w:r>
        <w:t>یہکیاہے؟ اندرکا ،کہ اندرکییہ وہہے وارننگ۔</w:t>
      </w:r>
    </w:p>
    <w:p>
      <w:r>
        <w:rPr>
          <w:b/>
        </w:rPr>
        <w:t xml:space="preserve">[45:36] </w:t>
      </w:r>
      <w:r>
        <w:t>har insan ke andar khuda ne conscience ka nish rakh diya aur nature mein interwoven hai burai burai ka ehsas.</w:t>
      </w:r>
    </w:p>
    <w:p>
      <w:pPr>
        <w:jc w:val="right"/>
      </w:pPr>
      <w:r>
        <w:t>ہرانسان کےاندر خدانے کانشیس کان شیسرکھدیا اور نیچر میں انٹروون ہے برائیبرائیکااحساس۔</w:t>
      </w:r>
    </w:p>
    <w:p>
      <w:r>
        <w:rPr>
          <w:b/>
        </w:rPr>
        <w:t xml:space="preserve">[45:46] </w:t>
      </w:r>
      <w:r>
        <w:t>to yeh andar se goya bolta rehta hai: "yeh karo, woh na karo, yeh sahi hai, woh galat hai, yeh right hai, yeh wrong hai".</w:t>
      </w:r>
    </w:p>
    <w:p>
      <w:pPr>
        <w:jc w:val="right"/>
      </w:pPr>
      <w:r>
        <w:t>تو یہ اندرسے گویابولتارہتاہے: "یہکرو،وہنہکرو، یہصحیحہے،وہغلطہے، یہ رائٹہے،یہرانگہے"۔</w:t>
      </w:r>
    </w:p>
    <w:p>
      <w:r>
        <w:rPr>
          <w:b/>
        </w:rPr>
        <w:t xml:space="preserve">[45:56] </w:t>
      </w:r>
      <w:r>
        <w:t>to yeh doosra intezam khuda ne kiya. teesra intezam khuda ne kiya ke paighambar bheje.</w:t>
      </w:r>
    </w:p>
    <w:p>
      <w:pPr>
        <w:jc w:val="right"/>
      </w:pPr>
      <w:r>
        <w:t>تویہ دوسرا انتظامخدانےکیا۔ تیسراانتظامخدانےکیا کہ پیغمبر بھیجے۔</w:t>
      </w:r>
    </w:p>
    <w:p>
      <w:r>
        <w:rPr>
          <w:b/>
        </w:rPr>
        <w:t xml:space="preserve">[46:05] </w:t>
      </w:r>
      <w:r>
        <w:t>paighambar quran mein hai ke woh subhan arsalna rasulun li natra yani continuously hum ne paighambar bheje duniya ke har hisse mein batane ke liye, munzireen wa mubashireen yani warning dene ke liye.</w:t>
      </w:r>
    </w:p>
    <w:p>
      <w:pPr>
        <w:jc w:val="right"/>
      </w:pPr>
      <w:r>
        <w:t>پیغمبر قرآنمیںہےکہوہ صبحارسلنارس ل ناتطرا یعنیکنٹینیوسلیہمنےپیغمبر بھیجے دنیا کےہرحصےمیں بت انےکےلیے، منجرومبشر یعنیوارننگدینےکےلیے۔</w:t>
      </w:r>
    </w:p>
    <w:p>
      <w:r>
        <w:rPr>
          <w:b/>
        </w:rPr>
        <w:t xml:space="preserve">[46:25] </w:t>
      </w:r>
      <w:r>
        <w:t>to yeh khuda ne kiya. to paighambar aaye har zamane mein, har zuban mein, har qaum mein.</w:t>
      </w:r>
    </w:p>
    <w:p>
      <w:pPr>
        <w:jc w:val="right"/>
      </w:pPr>
      <w:r>
        <w:t>تویہخدانےکیا۔ تو پیغمبر آئے ہرزمانےمیں ،ہر زبان میں ،ہرقوممیں۔</w:t>
      </w:r>
    </w:p>
    <w:p>
      <w:r>
        <w:rPr>
          <w:b/>
        </w:rPr>
        <w:t xml:space="preserve">[46:34] </w:t>
      </w:r>
      <w:r>
        <w:t>woh batate rahe ke dekho, tum ko khuda ne paida kiya hai, tum is duniya mein jo ho, yeh test ke liye ho, tum hain marna hai.</w:t>
      </w:r>
    </w:p>
    <w:p>
      <w:pPr>
        <w:jc w:val="right"/>
      </w:pPr>
      <w:r>
        <w:t>وہبتاتےرہے کہدیکھو، تم کوخدانےپیدا کیاہے، تم اسدنیامیںجوہو، یہ ٹیسٹ کےلیےہو، تم ہیںمرناہے۔</w:t>
      </w:r>
    </w:p>
    <w:p>
      <w:r>
        <w:rPr>
          <w:b/>
        </w:rPr>
        <w:t xml:space="preserve">[46:48] </w:t>
      </w:r>
      <w:r>
        <w:t>maut ke baad tum khuda ki adalat ko face karna hoga. tum ko</w:t>
      </w:r>
    </w:p>
    <w:p>
      <w:pPr>
        <w:jc w:val="right"/>
      </w:pPr>
      <w:r>
        <w:t>موتکےبعد تم خداکیعدالتکوفیسکرناہوگا۔تمکو</w:t>
      </w:r>
    </w:p>
    <w:p>
      <w:r>
        <w:rPr>
          <w:b/>
        </w:rPr>
        <w:t xml:space="preserve">[46:52] </w:t>
      </w:r>
      <w:r>
        <w:t>iske baad fa innal jannata abadan wa abada. iske baad yato hamesha ke liye jahannum mein jana hai ya hamesha ke liye paradise mein jana hai.</w:t>
      </w:r>
    </w:p>
    <w:p>
      <w:pPr>
        <w:jc w:val="right"/>
      </w:pPr>
      <w:r>
        <w:t>اسکےبعد ف انہا لجنت عبد ا اور ابدا۔ اسکےبعد یاتوہمیشہکےلیے ہیلمیں جاناہےیاہمیشہکےلیے پیرڈائزمیںجاناہے۔</w:t>
      </w:r>
    </w:p>
    <w:p>
      <w:r>
        <w:rPr>
          <w:b/>
        </w:rPr>
        <w:t xml:space="preserve">[47:06] </w:t>
      </w:r>
      <w:r>
        <w:t>isko but aanay ke liye khuda ne bheje peghambar har zamanay mein</w:t>
      </w:r>
    </w:p>
    <w:p>
      <w:pPr>
        <w:jc w:val="right"/>
      </w:pPr>
      <w:r>
        <w:t>اسکو بت انےکےلیے خدانےبھیجے پیغمبرہرزمان ےمیں۔</w:t>
      </w:r>
    </w:p>
    <w:p>
      <w:r>
        <w:rPr>
          <w:b/>
        </w:rPr>
        <w:t xml:space="preserve">[47:12] </w:t>
      </w:r>
      <w:r>
        <w:t>jaisay rasool Allah sal Allah alih wasalam yani peghambar e islam jab aaye to sab se pehla jo aap ne kiya wohi yeh tha ke makkah ki jo basti thi, uske bahar aik chattan thi, uska naam tha safa</w:t>
      </w:r>
    </w:p>
    <w:p>
      <w:pPr>
        <w:jc w:val="right"/>
      </w:pPr>
      <w:r>
        <w:t>جیسےرسولاللہصلیاللہعلیہوسلمیعنیپیغمبراسلام جبآئے توسبسے پہلاجو آپ نےکیاوہیہتھا کہ مک ہکے جو بستیتھی،اسکےباہرایک چٹانتھی، اسکانامتھا صفا۔</w:t>
      </w:r>
    </w:p>
    <w:p>
      <w:r>
        <w:rPr>
          <w:b/>
        </w:rPr>
        <w:t xml:space="preserve">[47:27] </w:t>
      </w:r>
      <w:r>
        <w:t>to safa us zamanay mein log istemal karte thay stage ke tor par, is par charh jatay thay, wahan se awaz detay thay logon ko</w:t>
      </w:r>
    </w:p>
    <w:p>
      <w:pPr>
        <w:jc w:val="right"/>
      </w:pPr>
      <w:r>
        <w:t>تو صفا اسزمان ےمیںلوگ استعمال کرتے تھے اسٹیجکےطورپر، اسپر چڑھجاتےتھے، وہاںسے آوازدیتےتھےلوگوںکو ۔</w:t>
      </w:r>
    </w:p>
    <w:p>
      <w:r>
        <w:rPr>
          <w:b/>
        </w:rPr>
        <w:t xml:space="preserve">[47:36] </w:t>
      </w:r>
      <w:r>
        <w:t>woh aek jagah hotay thay</w:t>
      </w:r>
    </w:p>
    <w:p>
      <w:pPr>
        <w:jc w:val="right"/>
      </w:pPr>
      <w:r>
        <w:t>وہاکٹھاہوتےتھے</w:t>
      </w:r>
    </w:p>
    <w:p>
      <w:r>
        <w:rPr>
          <w:b/>
        </w:rPr>
        <w:t xml:space="preserve">[47:38] </w:t>
      </w:r>
      <w:r>
        <w:t>to is qale par ya chattan par charh kar ke woh inko address karte thay. to rasool Allah sal Allah alih wasalam ko nabuwat mili yani 610 AD mein</w:t>
      </w:r>
    </w:p>
    <w:p>
      <w:pPr>
        <w:jc w:val="right"/>
      </w:pPr>
      <w:r>
        <w:t>تو اس قلعےپر یا چٹانپرچڑھکرکےوہ انکوایڈریسکرتےتھے۔ تورسولاللہصلیاللہعلیہوسلمکونبوتملی یعنی6 10اےڈیمیں۔</w:t>
      </w:r>
    </w:p>
    <w:p>
      <w:r>
        <w:rPr>
          <w:b/>
        </w:rPr>
        <w:t xml:space="preserve">[47:49] </w:t>
      </w:r>
      <w:r>
        <w:t>to aap ne aise hi kiya, logon ko bulaya, wahan aek jagah hoay makkah walay to aap is par charhay, wahan se inko address kiya</w:t>
      </w:r>
    </w:p>
    <w:p>
      <w:pPr>
        <w:jc w:val="right"/>
      </w:pPr>
      <w:r>
        <w:t>توآپنےایسےہیکیا، لوگوںکوبلایا، وہاںاکٹھاہوئے مکہوالے تو آپ اسپرچڑھے، وہاںسےانکوایڈریسکیا۔</w:t>
      </w:r>
    </w:p>
    <w:p>
      <w:r>
        <w:rPr>
          <w:b/>
        </w:rPr>
        <w:t xml:space="preserve">[48:01] </w:t>
      </w:r>
      <w:r>
        <w:t>to un se woh yeh jo aap ka jo aap ka jo yeh khutba tha, woh poora ka poora ab bhi mehfooz hai arab zaban mein</w:t>
      </w:r>
    </w:p>
    <w:p>
      <w:pPr>
        <w:jc w:val="right"/>
      </w:pPr>
      <w:r>
        <w:t>توانسے وہ یہجوآپکا جو آپ کاجو یہ خطبہتھا، وہ پوراکاپورااببھیمحفوظہےعربیزبان میں۔</w:t>
      </w:r>
    </w:p>
    <w:p>
      <w:r>
        <w:rPr>
          <w:b/>
        </w:rPr>
        <w:t xml:space="preserve">[48:12] </w:t>
      </w:r>
      <w:r>
        <w:t>main ne is ko jab parha to khutbat ul arab aik kitab hai, is mein parha hai. is mein aap ne farmaya ke aye logon! bilkul nature ki zaban, fitrat ki zaban, bilkul sada zaban jo hoti hai,</w:t>
      </w:r>
    </w:p>
    <w:p>
      <w:pPr>
        <w:jc w:val="right"/>
      </w:pPr>
      <w:r>
        <w:t>میںنےاسکو جب پڑھاتوخطبۃالعرب ایککتاب ہے،اسمیںپڑھاہے۔ اسمیںآپنےفرمایاکہاےلوگوں! بالکل نیچرکیزبان ،فطرتکیزبان ،بالکل سادہ زبان جو ہوتیہے،</w:t>
      </w:r>
    </w:p>
    <w:p>
      <w:r>
        <w:rPr>
          <w:b/>
        </w:rPr>
        <w:t xml:space="preserve">[48:28] </w:t>
      </w:r>
      <w:r>
        <w:t>aap ne farmaya ke aye logon!</w:t>
      </w:r>
    </w:p>
    <w:p>
      <w:pPr>
        <w:jc w:val="right"/>
      </w:pPr>
      <w:r>
        <w:t>آپنےفرمایاکہاےلوگوں!</w:t>
      </w:r>
    </w:p>
    <w:p>
      <w:r>
        <w:rPr>
          <w:b/>
        </w:rPr>
        <w:t xml:space="preserve">[48:32] </w:t>
      </w:r>
      <w:r>
        <w:t>jis tarah tum sotay ho, usi tarah tum maro gay. yani maut woh hai aur neend, dono woh hai, dono milti julti cheezein hain</w:t>
      </w:r>
    </w:p>
    <w:p>
      <w:pPr>
        <w:jc w:val="right"/>
      </w:pPr>
      <w:r>
        <w:t>جسطرح تم سوتےہو، اسیطرحتم مروگے۔ یعنیموتجوہے اور نیند،دیدجوہے،دونوں ملتیجلتیچیزیںہیں۔</w:t>
      </w:r>
    </w:p>
    <w:p>
      <w:r>
        <w:rPr>
          <w:b/>
        </w:rPr>
        <w:t xml:space="preserve">[48:42] </w:t>
      </w:r>
      <w:r>
        <w:t>neend woh hai, neend woh hai, partially sense mein maut ko batati hai ke aadmi jab so jata hai to be khabar ho jata hai. aap jantay hain to partially sense mein woh maut jaisa aik waqia hota hai</w:t>
      </w:r>
    </w:p>
    <w:p>
      <w:pPr>
        <w:jc w:val="right"/>
      </w:pPr>
      <w:r>
        <w:t>نیندجوہے، نیندجوہے، پارشلسینسمیں موتکو بت اتیہے کہآدمیجبسوجاتاہےتوبےخبرہوجاتاہے۔آپجانتےہیں تو پارشلسینسمیںوہ موتجیساایک واقعہہوتاہے۔</w:t>
      </w:r>
    </w:p>
    <w:p>
      <w:r>
        <w:rPr>
          <w:b/>
        </w:rPr>
        <w:t xml:space="preserve">[48:57] </w:t>
      </w:r>
      <w:r>
        <w:t>to aap ne farmaya ke dekho, jis tarah tum sotay ho, usi tarah tum maro gay. phir jis tarah tum subah ko jagtay ho, usi tarah tum dobara zinda kar ke uthaye jao gay</w:t>
      </w:r>
    </w:p>
    <w:p>
      <w:pPr>
        <w:jc w:val="right"/>
      </w:pPr>
      <w:r>
        <w:t>تو آپنےفرمایاکہدیکھو، جسطرح تم سوتےہو، اسیطرح تممروگے۔ پھرجسطرح تم صبحکوجاگتےہو، اسیطرح تم دوبارہ زندہکرکےاٹھائےجاؤگے۔</w:t>
      </w:r>
    </w:p>
    <w:p>
      <w:r>
        <w:rPr>
          <w:b/>
        </w:rPr>
        <w:t xml:space="preserve">[49:13] </w:t>
      </w:r>
      <w:r>
        <w:t>aur phir is ke baad kya hai? is ke baad ya to jahannum hai ya jannat hai ya hell hai ya paradise hai. to is ki tayari karo</w:t>
      </w:r>
    </w:p>
    <w:p>
      <w:pPr>
        <w:jc w:val="right"/>
      </w:pPr>
      <w:r>
        <w:t>اورپھراسکےبعد کیاہے؟ اسکےبعد یاتو جہنمہےیاجنتہے یاہلہےیاپیرڈائزہے۔ تواسکیتیاریکرو۔</w:t>
      </w:r>
    </w:p>
    <w:p>
      <w:r>
        <w:rPr>
          <w:b/>
        </w:rPr>
        <w:t xml:space="preserve">[49:25] </w:t>
      </w:r>
      <w:r>
        <w:t>to logon ne suna bohat dhiyan se, lekin aik aadmi uska naam abul hakam tha, jo bohat hi non serious aadmi tha</w:t>
      </w:r>
    </w:p>
    <w:p>
      <w:pPr>
        <w:jc w:val="right"/>
      </w:pPr>
      <w:r>
        <w:t>تو لوگوںنےسنا بہتدھیانسے،لیکن ایک آدمیاسکانامابولہبتھا، جو بہتہی نانسیریسآدمیتھا۔</w:t>
      </w:r>
    </w:p>
    <w:p>
      <w:r>
        <w:rPr>
          <w:b/>
        </w:rPr>
        <w:t xml:space="preserve">[49:34] </w:t>
      </w:r>
      <w:r>
        <w:t>woh khara hua, us ne kaha ke woh aap ka, aap ka chacha bhi tha, woh aadmi kehta tha ke tum ne hum ko kis liye bulaya hai, tumhara kya kaam hai</w:t>
      </w:r>
    </w:p>
    <w:p>
      <w:pPr>
        <w:jc w:val="right"/>
      </w:pPr>
      <w:r>
        <w:t>وہکھڑاہوا، اسنےکہاکہوہآپکا، آپکا چچابھیتھا،وہآدمی کہ ت بل کسارالیوم ہماجم اعتناالا لہذا کہتمہارابراہوسارےدن۔</w:t>
      </w:r>
    </w:p>
    <w:p>
      <w:r>
        <w:rPr>
          <w:b/>
        </w:rPr>
        <w:t xml:space="preserve">[49:48] </w:t>
      </w:r>
      <w:r>
        <w:t>kya yahi baat kehne ke liye tum ne hum ko bulaya tha?</w:t>
      </w:r>
    </w:p>
    <w:p>
      <w:pPr>
        <w:jc w:val="right"/>
      </w:pPr>
      <w:r>
        <w:t>کیا یہیبات کہنےکےلیے تم نے ہمکو بلایاتھا؟</w:t>
      </w:r>
    </w:p>
    <w:p>
      <w:r>
        <w:rPr>
          <w:b/>
        </w:rPr>
        <w:t xml:space="preserve">[49:55] </w:t>
      </w:r>
      <w:r>
        <w:t>to insan ka ajib haal hai. just jo sab se ziyada serious baat hai, usi ko samajhta kam important deta hai</w:t>
      </w:r>
    </w:p>
    <w:p>
      <w:pPr>
        <w:jc w:val="right"/>
      </w:pPr>
      <w:r>
        <w:t>توانسان کاعجیبحالہے۔ جسٹ جو سبسےزیادہ سیریسباتہے، اسیکوسمجھتا کم امپورٹنٹدیتاہے۔</w:t>
      </w:r>
    </w:p>
    <w:p>
      <w:r>
        <w:rPr>
          <w:b/>
        </w:rPr>
        <w:t xml:space="preserve">[50:03] </w:t>
      </w:r>
      <w:r>
        <w:t>woh aadmi jo sab se ziyada janne ki baat hai, usi ko samajhta hai ke yeh to koi janne wali baat nahin hai. ab ghaur kijiye ke aap ne jo bataya tha, to us ko sochna chahiye tha, sochna chahiye tha ke dekhta tha ke log din paida hotay hain, mar jatay hain, paida hotay hain, mar jatay hain</w:t>
      </w:r>
    </w:p>
    <w:p>
      <w:pPr>
        <w:jc w:val="right"/>
      </w:pPr>
      <w:r>
        <w:t>وہآدمی جوسبسےزیادہ جان نےکیباتہے، اسیکوسمجھتا ہےکہیہتوکوئیجاننےوالیباتہینہیں۔ ابغورکیجئےکہآپنےجوبتایاتھا، تواسکوسوچناچاہیےتھا،سوچناکی ونکہدیکھتاتھاکہلوگ دین پیدا ہوتےہیں،مرجاتےہیں،پیدا ہوتےہیں،مرجاتےہیں۔</w:t>
      </w:r>
    </w:p>
    <w:p>
      <w:r>
        <w:rPr>
          <w:b/>
        </w:rPr>
        <w:t xml:space="preserve">[50:24] </w:t>
      </w:r>
      <w:r>
        <w:t>to mujhe bhi maut aane wali hai, mujh ko bhi maut aaye gi. to us ko sochna chahiye tha ke yeh aadmi jo khara ho kar bol raha hai aur jo 40 saal tak kabhi jhoot nahin bola tha, aap ka record tha ke aap 40 saal tak wahan rahay,</w:t>
      </w:r>
    </w:p>
    <w:p>
      <w:pPr>
        <w:jc w:val="right"/>
      </w:pPr>
      <w:r>
        <w:t>تو مجھےبھیموتآنےوالیہے، مجھکوبھیموتآئےگی۔ تواسکوسوچناچاہیےتھاکہیہآدمیجو کھڑاہوکربولرہاہے اورجو 4 0 سالتک کبھیجھوٹنہیںبولاتھا، آپ کا ریکارڈتھاکہآپ 40سالتک وہاںرہے،</w:t>
      </w:r>
    </w:p>
    <w:p>
      <w:r>
        <w:rPr>
          <w:b/>
        </w:rPr>
        <w:t xml:space="preserve">[50:44] </w:t>
      </w:r>
      <w:r>
        <w:t>lekin aap ne kabhi koi chota sa bhi jhoot nahin bola. isi liye aap ko sadiq kehtay thay, sadiq, as sadiq, sach bolne wala</w:t>
      </w:r>
    </w:p>
    <w:p>
      <w:pPr>
        <w:jc w:val="right"/>
      </w:pPr>
      <w:r>
        <w:t>لیکن آپ نےکبھی کوئیچھوٹاسابھیجھوٹنہیںبولا۔ اسیلیےآپکو صادقکہتےتھے،صادق، الصادق، سچبول نےوالا۔</w:t>
      </w:r>
    </w:p>
    <w:p>
      <w:r>
        <w:rPr>
          <w:b/>
        </w:rPr>
        <w:t xml:space="preserve">[50:55] </w:t>
      </w:r>
      <w:r>
        <w:t>to 40 saal tak jab aap ne yeh record bana liya apna ke aap sadiq hain, sach bolne wala insan nahin, phir woh kharay hoay wohahan par</w:t>
      </w:r>
    </w:p>
    <w:p>
      <w:pPr>
        <w:jc w:val="right"/>
      </w:pPr>
      <w:r>
        <w:t>تو 4 0 سال تکجبآپنےیہریکارڈبنالیااپنا کہآپصادقہیں، سچبولنےوالاانسانہیں ،پھروہکھڑےہوئےوہاںپر ۔</w:t>
      </w:r>
    </w:p>
    <w:p>
      <w:r>
        <w:rPr>
          <w:b/>
        </w:rPr>
        <w:t xml:space="preserve">[51:04] </w:t>
      </w:r>
      <w:r>
        <w:t>to us ko sochna chahiye tha ke yeh aadmi jo kabhi jhoot nahin bolta tha zindagi mein, aaj yeh bata raha hai hum ko. to socho is ko, lekin insan kya hai?</w:t>
      </w:r>
    </w:p>
    <w:p>
      <w:pPr>
        <w:jc w:val="right"/>
      </w:pPr>
      <w:r>
        <w:t>تواسکو سوچناچاہیےتھاکہیہآدمیجوکبھیجھوٹنہیںبولاتھازندگی میں، آجیہبتارہاہےہمکو۔توسوچواسکو، لیکن انسان کیاہے؟</w:t>
      </w:r>
    </w:p>
    <w:p>
      <w:r>
        <w:rPr>
          <w:b/>
        </w:rPr>
        <w:t xml:space="preserve">[51:14] </w:t>
      </w:r>
      <w:r>
        <w:t>bas us ko brush aside kar deta hai, sun kar us ko idhar udhar kar deta hai</w:t>
      </w:r>
    </w:p>
    <w:p>
      <w:pPr>
        <w:jc w:val="right"/>
      </w:pPr>
      <w:r>
        <w:t>بس اسکو برشاسائیڈکردیتاہے، سن کراسکو ادھرادھرکردیتاہے۔</w:t>
      </w:r>
    </w:p>
    <w:p>
      <w:r>
        <w:rPr>
          <w:b/>
        </w:rPr>
        <w:t xml:space="preserve">[51:22] </w:t>
      </w:r>
      <w:r>
        <w:t>to sab se ziyada jo sochne ki baat hai, wohi yeh hai. aur rasool Allah sal Allah alih wasalam ka sab se bara pegham bhi yahi tha. dekhiye, yeh makkah mein aap ne farmaya tha aisa</w:t>
      </w:r>
    </w:p>
    <w:p>
      <w:pPr>
        <w:jc w:val="right"/>
      </w:pPr>
      <w:r>
        <w:t>تو سبسےزیادہ جو سوچنےکیباتہے،وہیہیہے۔ اور رسولاللہصلیاللہعلیہوسلمکاسبسےبڑاپیغامبھییہیتھا۔ دیکھیے،یہمکہمیںآپنےفرمایاتھاایسا۔</w:t>
      </w:r>
    </w:p>
    <w:p>
      <w:r>
        <w:rPr>
          <w:b/>
        </w:rPr>
        <w:t xml:space="preserve">[51:34] </w:t>
      </w:r>
      <w:r>
        <w:t>madinah jab gaye to wahan bhi aap ne yahi baat boli. kitabon mein aata hai ke jab madinah aap pohanchay to aap dekhen sirat ibn e hisham mein, is mein aik chapter hai jis ka jis ka title yeh hai:</w:t>
      </w:r>
    </w:p>
    <w:p>
      <w:pPr>
        <w:jc w:val="right"/>
      </w:pPr>
      <w:r>
        <w:t>مدینہجبگئے تو وہاںبھیآپ نےیہیباتبولے۔ کتاب وںمیںآتاہےکہجبمدینہآپپہنچے توآپ دیکھیںسیرت ابنہشاممیں ،اسمیں ایک چیپٹرہے جسکا جسکا ٹائٹلیہہے:</w:t>
      </w:r>
    </w:p>
    <w:p>
      <w:r>
        <w:rPr>
          <w:b/>
        </w:rPr>
        <w:t xml:space="preserve">[51:53] </w:t>
      </w:r>
      <w:r>
        <w:t>awwal khutba khutba rasool Allah salallahu alaihi wasallam fi al madina</w:t>
      </w:r>
    </w:p>
    <w:p>
      <w:pPr>
        <w:jc w:val="right"/>
      </w:pPr>
      <w:r>
        <w:t>"اول خط بت خطب ہ رسولاللہ صلیاللہعلیہوسلمفیالمدینہ"۔</w:t>
      </w:r>
    </w:p>
    <w:p>
      <w:r>
        <w:rPr>
          <w:b/>
        </w:rPr>
        <w:t xml:space="preserve">[52:00] </w:t>
      </w:r>
      <w:r>
        <w:t>rasool Allah salallahu alaihi wasallam ka pehla khutba, aap ki pehli taqreer jo aap ne madina pohnch kar di, pehla waaz, is mein aap parhiye</w:t>
      </w:r>
    </w:p>
    <w:p>
      <w:pPr>
        <w:jc w:val="right"/>
      </w:pPr>
      <w:r>
        <w:t>رسولاللہصلیاللہعلیہوسلمکا پہلا خط بہ، آپ کی پہلیتقریرجوآپنے مدینہپہنچکردی، پہلاوعظ، اسمیںآپپڑھیے۔</w:t>
      </w:r>
    </w:p>
    <w:p>
      <w:r>
        <w:rPr>
          <w:b/>
        </w:rPr>
        <w:t xml:space="preserve">[52:12] </w:t>
      </w:r>
      <w:r>
        <w:t>yeh sari baat wahan maut par hai, sari baat yani judgement par hai</w:t>
      </w:r>
    </w:p>
    <w:p>
      <w:pPr>
        <w:jc w:val="right"/>
      </w:pPr>
      <w:r>
        <w:t>یہ ساریبات وہاںموتپرہے، ساریبات یعنی ڈیفججمنٹپرہے۔</w:t>
      </w:r>
    </w:p>
    <w:p>
      <w:r>
        <w:rPr>
          <w:b/>
        </w:rPr>
        <w:t xml:space="preserve">[52:24] </w:t>
      </w:r>
      <w:r>
        <w:t>aap ne farmaya tha is khutbe mein ke: "aiha al naas</w:t>
      </w:r>
    </w:p>
    <w:p>
      <w:pPr>
        <w:jc w:val="right"/>
      </w:pPr>
      <w:r>
        <w:t>آپ نےفرمایاتھااسخطبےمیں کہ: "ایہاالناس!</w:t>
      </w:r>
    </w:p>
    <w:p>
      <w:r>
        <w:rPr>
          <w:b/>
        </w:rPr>
        <w:t xml:space="preserve">[52:34] </w:t>
      </w:r>
      <w:r>
        <w:t>ai ha al naas</w:t>
      </w:r>
    </w:p>
    <w:p>
      <w:pPr>
        <w:jc w:val="right"/>
      </w:pPr>
      <w:r>
        <w:t>ای ہاالناس!</w:t>
      </w:r>
    </w:p>
    <w:p>
      <w:r>
        <w:rPr>
          <w:b/>
        </w:rPr>
        <w:t xml:space="preserve">[52:39] </w:t>
      </w:r>
      <w:r>
        <w:t>apne aap ko bachao, chahe khajoor ka aik tukra de kar hi kyun na ho" to aap ne farmaya tha ke: "atqoo al nara waloo bi shaq qe tamra</w:t>
      </w:r>
    </w:p>
    <w:p>
      <w:pPr>
        <w:jc w:val="right"/>
      </w:pPr>
      <w:r>
        <w:t>اپنےآپکوبچاؤ، چاہے کھجورکاایک ٹکڑادےکرہیکیوںنہہو"۔ توآپنےفرمایاتھاکہ:"اتقواالنارولوبش ق تم را"۔</w:t>
      </w:r>
    </w:p>
    <w:p>
      <w:r>
        <w:rPr>
          <w:b/>
        </w:rPr>
        <w:t xml:space="preserve">[52:51] </w:t>
      </w:r>
      <w:r>
        <w:t>ai ha al naas! at qoo al nara waloo bi shaq qe tamra. ae logon! apne aap ko bachao aag se, yaani maut ke baad jo aanay wala hai, us se bachao apne aap ko, chahe khajoor ke aik tukre ke zariye hi kyun na ho.</w:t>
      </w:r>
    </w:p>
    <w:p>
      <w:pPr>
        <w:jc w:val="right"/>
      </w:pPr>
      <w:r>
        <w:t>ای ہاالناس! ات قواالنارولوبشق تم را۔ اےلوگوں!اپنےآپکو بچاؤآگسے ،یعنیموتکےبعدجوآنےوالاہے، اسسےبچاؤاپنےآپکو ، چاہے کھجور کےایکٹکڑےکے ذریعےہیکیوںنہہو ۔</w:t>
      </w:r>
    </w:p>
    <w:p>
      <w:r>
        <w:rPr>
          <w:b/>
        </w:rPr>
        <w:t xml:space="preserve">[53:08] </w:t>
      </w:r>
      <w:r>
        <w:t>yaani naik amal karo, Khuda ke divine law ko follow karo, apni aazadi ko misuse na karo</w:t>
      </w:r>
    </w:p>
    <w:p>
      <w:pPr>
        <w:jc w:val="right"/>
      </w:pPr>
      <w:r>
        <w:t>یعنی نیکعملکرو،خداکے ڈیوائنلاءکوفالوکرو، اپنی آزادیکو مس یوزنہکرو</w:t>
      </w:r>
    </w:p>
    <w:p>
      <w:r>
        <w:rPr>
          <w:b/>
        </w:rPr>
        <w:t xml:space="preserve">[53:18] </w:t>
      </w:r>
      <w:r>
        <w:t>ta ke tum bach jao is pakar se. to aap dekhiye ke aap ne Makkah mein bhi wohi baat kahi, Madinah mein bhi wohi baat kahi.</w:t>
      </w:r>
    </w:p>
    <w:p>
      <w:pPr>
        <w:jc w:val="right"/>
      </w:pPr>
      <w:r>
        <w:t>تاکہتم بچجاؤ اس پکڑسے۔ توآپدیکھیےکہآپنے مکہمیںبھیوہیبات کہی، مدینہمیںبھیوہیباتکہی۔</w:t>
      </w:r>
    </w:p>
    <w:p>
      <w:r>
        <w:rPr>
          <w:b/>
        </w:rPr>
        <w:t xml:space="preserve">[53:30] </w:t>
      </w:r>
      <w:r>
        <w:t>yeh bohat ziyada sochne ki baat hai kyun ke mera mission hi aap ka yeh tha, asal kaam hi aap ka yeh tha ke logon ko bataein ke is zindagi ki haqeeqat kya hai.</w:t>
      </w:r>
    </w:p>
    <w:p>
      <w:pPr>
        <w:jc w:val="right"/>
      </w:pPr>
      <w:r>
        <w:t>یہبہتزیادہ سوچنےکیباتہے کیونکہ مین مشنہیآپکایہیتھا، اصلکام ہیآپکایہیتھا کہلوگوںکوبت ائیں کہاس زندگی کیحقیقتکیا ہے۔</w:t>
      </w:r>
    </w:p>
    <w:p>
      <w:r>
        <w:rPr>
          <w:b/>
        </w:rPr>
        <w:t xml:space="preserve">[53:43] </w:t>
      </w:r>
      <w:r>
        <w:t>kyun ke dekhein, is zindagi mein to bhool jatay hain log</w:t>
      </w:r>
    </w:p>
    <w:p>
      <w:pPr>
        <w:jc w:val="right"/>
      </w:pPr>
      <w:r>
        <w:t>کیونکہدیکھیں،اسزندگی میںتوبھولجاتےہیںلوگ</w:t>
      </w:r>
    </w:p>
    <w:p>
      <w:r>
        <w:rPr>
          <w:b/>
        </w:rPr>
        <w:t xml:space="preserve">[53:46] </w:t>
      </w:r>
      <w:r>
        <w:t>zindagi ke andar jo aaj ki jo yaani yeh jo period hai, jisko maine kaha, is mein jo waqti tamashe hain, waqti dilchaspiyan hain, kuch waqti kamyabiyan hain, is mein to phans kar bhool jatay hain.</w:t>
      </w:r>
    </w:p>
    <w:p>
      <w:pPr>
        <w:jc w:val="right"/>
      </w:pPr>
      <w:r>
        <w:t>زندگی کے اندرجو آجکی جو یعنی یہجو پریڈیتھپیریڈ،جسکومیںنےکہا، اسمیںجو وقتی تماشےہیں، وقتیدلچسپیاںہیں، کچھوقتیکامیابیاںہیں، اسیمیںتوپھنسکربھولجاتےہیں۔</w:t>
      </w:r>
    </w:p>
    <w:p>
      <w:r>
        <w:rPr>
          <w:b/>
        </w:rPr>
        <w:t xml:space="preserve">[54:03] </w:t>
      </w:r>
      <w:r>
        <w:t>to aap ne bataya ke is ko mat samjho ke yeh hi asal duniya hai, asal achievement yeh yeh hona hai. achievement ka asal jagah jo hai, maut ke baad hai.</w:t>
      </w:r>
    </w:p>
    <w:p>
      <w:pPr>
        <w:jc w:val="right"/>
      </w:pPr>
      <w:r>
        <w:t>توآپنےبتایاکہاسکو مت سمجھوکہیہیاصلدنیا ہے، اصل اچیومنٹ یہیہوناہے۔ اچیومنٹکااصلجگہجوہے،موتکےبعد ہے۔</w:t>
      </w:r>
    </w:p>
    <w:p>
      <w:r>
        <w:rPr>
          <w:b/>
        </w:rPr>
        <w:t xml:space="preserve">[54:18] </w:t>
      </w:r>
      <w:r>
        <w:t>yeh aap ne farmaya, yeh hi tamam paighambaron ka mission tha. paighambar isi liye aaye ke woh Khuda ke creation plan ko bataein, woh zindagi ke baray mein in ko bataein,</w:t>
      </w:r>
    </w:p>
    <w:p>
      <w:pPr>
        <w:jc w:val="right"/>
      </w:pPr>
      <w:r>
        <w:t>یہآپنےفرمایا، یہیتمام پیغمبروںکا مشنتھا۔ پیغمبراسیلیےآئےکہوہ خداکے کریشنپلانکوبتائیں، وہ زندگی کے بارےمیں انکو بت ائیں،</w:t>
      </w:r>
    </w:p>
    <w:p>
      <w:r>
        <w:rPr>
          <w:b/>
        </w:rPr>
        <w:t xml:space="preserve">[54:35] </w:t>
      </w:r>
      <w:r>
        <w:t>maut ke baad kya hona hai, us ko bataein, woh jannat aur jahannum ke baray mein logon ko khabar dein.</w:t>
      </w:r>
    </w:p>
    <w:p>
      <w:pPr>
        <w:jc w:val="right"/>
      </w:pPr>
      <w:r>
        <w:t>موتکےبعد کیا ہوناہے، اسکوبت ائیں، وہجنتاور جہنمکےبارےمیں لوگوںکوخبردیں۔</w:t>
      </w:r>
    </w:p>
    <w:p>
      <w:r>
        <w:rPr>
          <w:b/>
        </w:rPr>
        <w:t xml:space="preserve">[54:42] </w:t>
      </w:r>
      <w:r>
        <w:t>isi liye aaye thay woh, kyun ke baqi baat to aap khud hi jaan letay hain, yaani lohay ko kis tarah steel banaya jaye, pani ko kaise steam aur mein tabdeel kiya jaye, yeh insaan apni aqal se jaan leta hai.</w:t>
      </w:r>
    </w:p>
    <w:p>
      <w:pPr>
        <w:jc w:val="right"/>
      </w:pPr>
      <w:r>
        <w:t>اسیلیےآئےتھےوہ، کیونکہباقیباتتوآپ خود ہیجان لیتےہیں، یعنیلوہےکوکسطرحاسٹیلبنایاجائے، پانیکوکیسےسٹیمپاورمیںتبدیلکیاجائے،یہانسان اپنی عقلسےجانلیتاہے۔</w:t>
      </w:r>
    </w:p>
    <w:p>
      <w:r>
        <w:rPr>
          <w:b/>
        </w:rPr>
        <w:t xml:space="preserve">[54:58] </w:t>
      </w:r>
      <w:r>
        <w:t>lekin yeh kaise jane aadmi ki zindagi ka purpose kya hai, maut ke baad kya hone wala hai, kaun ilm mein jaye ga, kaun paradise mein jaye ga, usi ko batane ke liye paighambar aate hain.</w:t>
      </w:r>
    </w:p>
    <w:p>
      <w:pPr>
        <w:jc w:val="right"/>
      </w:pPr>
      <w:r>
        <w:t>لیکن یہ کیسےجانےآدمیکیزندگی کا پرپسکیاہے، موتکےبعدکیاہونے والاہے، کونہیلمیںجائےگا،کون پیرڈائزمیںجائےگا، اسیکوبت انےکےلیےپیغمبرآتےہیں۔</w:t>
      </w:r>
    </w:p>
    <w:p>
      <w:r>
        <w:rPr>
          <w:b/>
        </w:rPr>
        <w:t xml:space="preserve">[55:13] </w:t>
      </w:r>
      <w:r>
        <w:t>woh unknown ko batane ke liye aate hain. known woh hai, woh to aap khud hi jaan sakte hain. us ko</w:t>
      </w:r>
    </w:p>
    <w:p>
      <w:pPr>
        <w:jc w:val="right"/>
      </w:pPr>
      <w:r>
        <w:t>وہ اننونکوبتانےکےلیےآتےہیں۔ نونجوہے،وہتوآپخودہیجانسکتےہیں۔اسکو</w:t>
      </w:r>
    </w:p>
    <w:p>
      <w:r>
        <w:rPr>
          <w:b/>
        </w:rPr>
        <w:t xml:space="preserve">[55:21] </w:t>
      </w:r>
      <w:r>
        <w:t>yeh hi tamam paighambaron ka mission tha, yeh rasool Allah salallahu alaihi wasallam ka mission tha, aur aaj yahi kaam in logon ko karna hai jo aap ke followers hain.</w:t>
      </w:r>
    </w:p>
    <w:p>
      <w:pPr>
        <w:jc w:val="right"/>
      </w:pPr>
      <w:r>
        <w:t>یہیتمام پیغمبروںکامشنتھا، یہرسولاللہصلیاللہعلیہوسلمکامشنتھا، اور آج یہی کام انلوگوںکوکرناہےجوآپکےفالوورزہیں۔</w:t>
      </w:r>
    </w:p>
    <w:p>
      <w:r>
        <w:rPr>
          <w:b/>
        </w:rPr>
        <w:t xml:space="preserve">[55:32] </w:t>
      </w:r>
      <w:r>
        <w:t>jo aap ke followers hain, rasool Allah salallahu alaihi wasallam ke jo followers hain, un ko yeh hi kaam karna hai,</w:t>
      </w:r>
    </w:p>
    <w:p>
      <w:pPr>
        <w:jc w:val="right"/>
      </w:pPr>
      <w:r>
        <w:t>جوآپ کے فالوورزہیں، رسولاللہصلیاللہعلیہوسلمکےجوفالوورزہیں،انکویہیکامکرناہے،</w:t>
      </w:r>
    </w:p>
    <w:p>
      <w:r>
        <w:rPr>
          <w:b/>
        </w:rPr>
        <w:t xml:space="preserve">[55:38] </w:t>
      </w:r>
      <w:r>
        <w:t>wohi kaam jo aap ne Makkah mein kiya, wohi kaam jo Madinah mein kiya, wohi aap ko har generation mein karna hai. har generation mein koi doosra kaam nahin hai.</w:t>
      </w:r>
    </w:p>
    <w:p>
      <w:pPr>
        <w:jc w:val="right"/>
      </w:pPr>
      <w:r>
        <w:t>وہیکامجوآپنےمکےمیںکیا، وہیکام جومدینےمیںکیا، وہیآپکو ہر جنریشنمیںکرناہے۔ ہر جنریشنمیں کوئیدوسراکامنہیںہے۔</w:t>
      </w:r>
    </w:p>
    <w:p>
      <w:r>
        <w:rPr>
          <w:b/>
        </w:rPr>
        <w:t xml:space="preserve">[55:51] </w:t>
      </w:r>
      <w:r>
        <w:t>agar yeh kaam na karein to koi doosra kaam agar aap karte hain to woh Khuda ke haan us ki koi value nahin hogi, kisi doosre kaam ki koi value nahin hogi. wahan par</w:t>
      </w:r>
    </w:p>
    <w:p>
      <w:pPr>
        <w:jc w:val="right"/>
      </w:pPr>
      <w:r>
        <w:t>اگر یہکام نہکریںتوکوئیدوسراکام اگر آپکرتے ہیںتووہ خداکےہاںاسکیکوئیویلیونہیںہوگی، کسی دوسرےکامکیکوئیویلیونہیںہوگی۔وہاںپر</w:t>
      </w:r>
    </w:p>
    <w:p>
      <w:r>
        <w:rPr>
          <w:b/>
        </w:rPr>
        <w:t xml:space="preserve">[56:04] </w:t>
      </w:r>
      <w:r>
        <w:t>jo kuch value hai, wohi yeh hai ke aap creation plan jo Khuda ka hai, us ko logon ko bataein, paighambar wale kaam ko logon ke samne pesh karein.</w:t>
      </w:r>
    </w:p>
    <w:p>
      <w:pPr>
        <w:jc w:val="right"/>
      </w:pPr>
      <w:r>
        <w:t>جو کچھ ویلیوہے، وہیہیہےکہآپ کریشنپلانجوخداکاہے،اسکولوگوںکوبتائیں، پیغمبروالے کامکولوگوںکےسامنے پیشکریں۔</w:t>
      </w:r>
    </w:p>
    <w:p>
      <w:r>
        <w:rPr>
          <w:b/>
        </w:rPr>
        <w:t xml:space="preserve">[56:16] </w:t>
      </w:r>
      <w:r>
        <w:t>wohi is value hai, wohi namuna hai, usi ke mutabiq aap ko chalna hai. usi ka naam hai dawat il Allah, usi ka naam hai inzaar o tafseer, usi ka naam hai tablegh wa aoozubillah. sab kuch yeh hi hai,</w:t>
      </w:r>
    </w:p>
    <w:p>
      <w:pPr>
        <w:jc w:val="right"/>
      </w:pPr>
      <w:r>
        <w:t>وہی اس وہہے،وہینمونہہے، اسی کے مطابق آپکوچلناہے۔ اسیکانامہے دعوت الیاللہ ،اسیکانامہے انظاروتفسیر ،اسیکانامہے تبلیغ واعوذباللہ ۔سبکچھیہیہے،</w:t>
      </w:r>
    </w:p>
    <w:p>
      <w:r>
        <w:rPr>
          <w:b/>
        </w:rPr>
        <w:t xml:space="preserve">[56:34] </w:t>
      </w:r>
      <w:r>
        <w:t>zindagi ki haqeeqat ko batana, zindagi ke anjam ko batana, maut ke pehle kya hai, maut ke baad kya hai, us ko batana.</w:t>
      </w:r>
    </w:p>
    <w:p>
      <w:pPr>
        <w:jc w:val="right"/>
      </w:pPr>
      <w:r>
        <w:t>زندگی کیحقیقتکوبتانا، زندگی کےانجام کوبتانا، موتکےپہلے کیاہے،موتکےبعد کیاہے،اسکوبت انا۔</w:t>
      </w:r>
    </w:p>
    <w:p>
      <w:r>
        <w:rPr>
          <w:b/>
        </w:rPr>
        <w:t xml:space="preserve">[56:44] </w:t>
      </w:r>
      <w:r>
        <w:t>yeh dawat hai. hamara farz hai ke ham is dawat ko le kar uthein aur saari duniya ko bata dein ke Khuda ka creation plan kya hai, maut se pehle kya hai aur maut ke baad kya hai.</w:t>
      </w:r>
    </w:p>
    <w:p>
      <w:pPr>
        <w:jc w:val="right"/>
      </w:pPr>
      <w:r>
        <w:t>یہدعوتہے۔ ہمارا فرضہےکہ ہماسدعوتکولےکراٹھیں اور ساریدنیاکو بتادیں کہخداکا کریشنپلانکیاہے، موتسےپہلے کیاہےاورموتکےبعد کیاہے۔</w:t>
      </w:r>
    </w:p>
    <w:p>
      <w:r>
        <w:rPr>
          <w:b/>
        </w:rPr>
        <w:t xml:space="preserve">[56:59] </w:t>
      </w:r>
      <w:r>
        <w:t>aqool qawli haza wastaghfirullaha li walakum ajmaeen.</w:t>
      </w:r>
    </w:p>
    <w:p>
      <w:pPr>
        <w:jc w:val="right"/>
      </w:pPr>
      <w:r>
        <w:t>اقول قولیھذا واستغفراللہ لیولکماجمعین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