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Sayyidina Imam Al Hassan Ibn Ali Peace Award at Abu Dhabi April 30, 2015 Maulana Wahiduddin Khan</w:t>
      </w:r>
    </w:p>
    <w:p>
      <w:r>
        <w:t>https://www.youtube.com/watch?v=9i1DQ8fr5ik</w:t>
      </w:r>
    </w:p>
    <w:p>
      <w:r>
        <w:rPr>
          <w:b/>
        </w:rPr>
        <w:t xml:space="preserve">[00:19] </w:t>
      </w:r>
      <w:r>
        <w:t>bismillah rahman rahim, wa salla Allahu ala nabiyyi al-karim. rab ishrah li sadri, wa yassir li amri, wa hluqdatan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[00:38] </w:t>
      </w:r>
      <w:r>
        <w:t>district guest bidaar al-shaikh Abdullah bin Ba'ee, and Islamic scholars.</w:t>
      </w:r>
    </w:p>
    <w:p>
      <w:pPr>
        <w:jc w:val="right"/>
      </w:pPr>
      <w:r>
        <w:t>ڈسٹرکٹ گیسٹ بیدر الشیخ عبداللہ بن بیع، اینڈ اسلامک سکالرز۔</w:t>
      </w:r>
    </w:p>
    <w:p>
      <w:r>
        <w:rPr>
          <w:b/>
        </w:rPr>
        <w:t xml:space="preserve">[00:51] </w:t>
      </w:r>
      <w:r>
        <w:t>we are here to discuss a very serious problem: how to promote peace in Muslim society.</w:t>
      </w:r>
    </w:p>
    <w:p>
      <w:pPr>
        <w:jc w:val="right"/>
      </w:pPr>
      <w:r>
        <w:t>وی آر ہیر ٹو ڈسکس ا ویری سیریس پرابلم: ہاؤ ٹو پروموٹ پیس ان مسلم سوسائٹی۔</w:t>
      </w:r>
    </w:p>
    <w:p>
      <w:r>
        <w:rPr>
          <w:b/>
        </w:rPr>
        <w:t xml:space="preserve">[01:08] </w:t>
      </w:r>
      <w:r>
        <w:t>there is no doubt about it that is a very important issue. but at the same time I would say that only condemnation is not enough.</w:t>
      </w:r>
    </w:p>
    <w:p>
      <w:pPr>
        <w:jc w:val="right"/>
      </w:pPr>
      <w:r>
        <w:t>دیر نو ڈاؤٹ اباؤٹ اٹ دیٹ از ا ویری امپورٹنٹ ایشو۔ بٹ ایٹ دا سیم ٹائم ائی وڈ سے دیٹ اونلی کنڈیمنیشن از ناٹ انف۔</w:t>
      </w:r>
    </w:p>
    <w:p>
      <w:r>
        <w:rPr>
          <w:b/>
        </w:rPr>
        <w:t xml:space="preserve">[01:26] </w:t>
      </w:r>
      <w:r>
        <w:t>it is an intellectual problem.</w:t>
      </w:r>
    </w:p>
    <w:p>
      <w:pPr>
        <w:jc w:val="right"/>
      </w:pPr>
      <w:r>
        <w:t>اٹ از ا انٹلیکچول پرابلم۔</w:t>
      </w:r>
    </w:p>
    <w:p>
      <w:r>
        <w:rPr>
          <w:b/>
        </w:rPr>
        <w:t xml:space="preserve">[01:32] </w:t>
      </w:r>
      <w:r>
        <w:t>aur youth and a section of Muslims are</w:t>
      </w:r>
    </w:p>
    <w:p>
      <w:pPr>
        <w:jc w:val="right"/>
      </w:pPr>
      <w:r>
        <w:t>اور یوتھ اینڈ ا سیکشن اف مسلمز ار</w:t>
      </w:r>
    </w:p>
    <w:p>
      <w:r>
        <w:rPr>
          <w:b/>
        </w:rPr>
        <w:t xml:space="preserve">[01:40] </w:t>
      </w:r>
      <w:r>
        <w:t>misguided by a theory. so we have to remove their misconception, then it is possible to make them peaceful.</w:t>
      </w:r>
    </w:p>
    <w:p>
      <w:pPr>
        <w:jc w:val="right"/>
      </w:pPr>
      <w:r>
        <w:t>مس گائیڈڈ بائی ا تھیوری۔ سو وی ہیو ٹو ریموو دیر مس کنسیپشن، دین اٹ از پاسیبل ٹو میک دیم پیس فل۔</w:t>
      </w:r>
    </w:p>
    <w:p>
      <w:r>
        <w:rPr>
          <w:b/>
        </w:rPr>
        <w:t xml:space="preserve">[01:59] </w:t>
      </w:r>
      <w:r>
        <w:t>there is a UNESCO dictum: the violence begins from mind.</w:t>
      </w:r>
    </w:p>
    <w:p>
      <w:pPr>
        <w:jc w:val="right"/>
      </w:pPr>
      <w:r>
        <w:t>دیر از ا یونیسکو ڈکٹم: دا وائلنس بگنز فرام مائنڈ۔</w:t>
      </w:r>
    </w:p>
    <w:p>
      <w:r>
        <w:rPr>
          <w:b/>
        </w:rPr>
        <w:t xml:space="preserve">[02:09] </w:t>
      </w:r>
      <w:r>
        <w:t>so is the case of peace, peace also begins from mind. so we need a peaceful ideology, right ideology.</w:t>
      </w:r>
    </w:p>
    <w:p>
      <w:pPr>
        <w:jc w:val="right"/>
      </w:pPr>
      <w:r>
        <w:t>سو از دا کیس اف پیس، پیس السو بگنز فرام مائنڈ۔ سو وی نیڈ ا پیس فل ائیڈیالوجی، رائٹ ائیڈیالوجی۔</w:t>
      </w:r>
    </w:p>
    <w:p>
      <w:r>
        <w:rPr>
          <w:b/>
        </w:rPr>
        <w:t xml:space="preserve">[02:22] </w:t>
      </w:r>
      <w:r>
        <w:t>then we can hope that they will change their mind.</w:t>
      </w:r>
    </w:p>
    <w:p>
      <w:pPr>
        <w:jc w:val="right"/>
      </w:pPr>
      <w:r>
        <w:t>دین وی کین ہوپ دیٹ دے ول چینج دیر مائنڈ۔</w:t>
      </w:r>
    </w:p>
    <w:p>
      <w:r>
        <w:rPr>
          <w:b/>
        </w:rPr>
        <w:t xml:space="preserve">[02:31] </w:t>
      </w:r>
      <w:r>
        <w:t>then I would say that</w:t>
      </w:r>
    </w:p>
    <w:p>
      <w:pPr>
        <w:jc w:val="right"/>
      </w:pPr>
      <w:r>
        <w:t>دین ائی وڈ سے دیٹ</w:t>
      </w:r>
    </w:p>
    <w:p>
      <w:r>
        <w:rPr>
          <w:b/>
        </w:rPr>
        <w:t xml:space="preserve">[02:40] </w:t>
      </w:r>
      <w:r>
        <w:t>the whole teaching of Islam, Quran and Sunnah, both are totally full of peaceful teachings</w:t>
      </w:r>
    </w:p>
    <w:p>
      <w:pPr>
        <w:jc w:val="right"/>
      </w:pPr>
      <w:r>
        <w:t>دا ہول ٹیچنگ اف اسلام، قرآن اینڈ سنت، بوتھ ار ٹوٹلی فل اف پیس فل ٹیچنگز</w:t>
      </w:r>
    </w:p>
    <w:p>
      <w:r>
        <w:rPr>
          <w:b/>
        </w:rPr>
        <w:t xml:space="preserve">[02:52] </w:t>
      </w:r>
      <w:r>
        <w:t>. for example, Prophet of Islam sallallahu alayhi wa sallam started his mission in 610 AD in Mecca.</w:t>
      </w:r>
    </w:p>
    <w:p>
      <w:pPr>
        <w:jc w:val="right"/>
      </w:pPr>
      <w:r>
        <w:t>۔ فار ایگزامپل، پرافٹ اف اسلام صلی اللہ علیہ وسلم سٹارٹڈ ہز مشن ان 610 اے ڈی ان مکہ۔</w:t>
      </w:r>
    </w:p>
    <w:p>
      <w:r>
        <w:rPr>
          <w:b/>
        </w:rPr>
        <w:t xml:space="preserve">[03:04] </w:t>
      </w:r>
      <w:r>
        <w:t>what was his manhaj? he used to go to gatherings and say: "Ay al-nas qulu la ilaha illallah tuflihu."</w:t>
      </w:r>
    </w:p>
    <w:p>
      <w:pPr>
        <w:jc w:val="right"/>
      </w:pPr>
      <w:r>
        <w:t>واٹ واز ہز منہج؟ ہی یوز ٹو گو ٹو گیدرنگز اینڈ سے: "ایہ الناس قولو لا الہ الا اللہ تفلو۔"</w:t>
      </w:r>
    </w:p>
    <w:p>
      <w:r>
        <w:rPr>
          <w:b/>
        </w:rPr>
        <w:t xml:space="preserve">[03:19] </w:t>
      </w:r>
      <w:r>
        <w:t>"Ay al-nas qulu la ilaha illallah tuflihu." this was the ideology of Islam that is based on al-tawhid.</w:t>
      </w:r>
    </w:p>
    <w:p>
      <w:pPr>
        <w:jc w:val="right"/>
      </w:pPr>
      <w:r>
        <w:t>"ایہ الناس قولو لا الہ الا اللہ تفلو۔" دس واز دا ائیڈیالوجی اف اسلام دیٹ از بیسڈ ان التوحید۔</w:t>
      </w:r>
    </w:p>
    <w:p>
      <w:r>
        <w:rPr>
          <w:b/>
        </w:rPr>
        <w:t xml:space="preserve">[03:30] </w:t>
      </w:r>
      <w:r>
        <w:t>to tawhid was the ideology of Islam. then Aisha radi Allahu ta'ala anha about the Prophet of Islam sallallahu alayhi wa sallam:</w:t>
      </w:r>
    </w:p>
    <w:p>
      <w:pPr>
        <w:jc w:val="right"/>
      </w:pPr>
      <w:r>
        <w:t>تو توحید واز دی ائیڈیالوجی اف اسلام۔ دین عائشہ رضی اللہ تعالی عنہا سے اباؤٹ دی پرافٹ اف اسلام صلی اللہ علیہ وسلم:</w:t>
      </w:r>
    </w:p>
    <w:p>
      <w:r>
        <w:rPr>
          <w:b/>
        </w:rPr>
        <w:t xml:space="preserve">[03:52] </w:t>
      </w:r>
      <w:r>
        <w:t>"ma khwi rasool Allah salallaho alaihi wasallam bain amrain ila salam." whenever the prophet had truth between the two, he always opted for</w:t>
      </w:r>
    </w:p>
    <w:p>
      <w:pPr>
        <w:jc w:val="right"/>
      </w:pPr>
      <w:r>
        <w:t>"ما خوی رسول اللہ صلی اللہ علیہ وسلم بین امرین الا سلام۔" وین ایور دا پرافٹ ہیڈ ٹروتھ بٹوین دا ٹو، ہی الویز اپٹڈ فار</w:t>
      </w:r>
    </w:p>
    <w:p>
      <w:r>
        <w:rPr>
          <w:b/>
        </w:rPr>
        <w:t xml:space="preserve">[04:10] </w:t>
      </w:r>
      <w:r>
        <w:t>either option and not harder option.</w:t>
      </w:r>
    </w:p>
    <w:p>
      <w:pPr>
        <w:jc w:val="right"/>
      </w:pPr>
      <w:r>
        <w:t>ایزر اپشن اینڈ ناٹ ہارڈر اپشن۔</w:t>
      </w:r>
    </w:p>
    <w:p>
      <w:r>
        <w:rPr>
          <w:b/>
        </w:rPr>
        <w:t xml:space="preserve">[04:14] </w:t>
      </w:r>
      <w:r>
        <w:t>Now what is either and what is harder? Either course of action is peaceful method, and harder course of action is violence.</w:t>
      </w:r>
    </w:p>
    <w:p>
      <w:pPr>
        <w:jc w:val="right"/>
      </w:pPr>
      <w:r>
        <w:t>ناؤ واٹ از ایزر اینڈ واٹ از ہارڈر؟ ایزر کورس اف ایکشن از پیس فل میتھڈ، اینڈ ہارڈر کورس اف ایکشن از وائلنس۔</w:t>
      </w:r>
    </w:p>
    <w:p>
      <w:r>
        <w:rPr>
          <w:b/>
        </w:rPr>
        <w:t xml:space="preserve">[04:26] </w:t>
      </w:r>
      <w:r>
        <w:t>to prophet salallaho alaihi wasallam always what opted for peaceful method. This was his minhaj. So this is the basic,</w:t>
      </w:r>
    </w:p>
    <w:p>
      <w:pPr>
        <w:jc w:val="right"/>
      </w:pPr>
      <w:r>
        <w:t>تو پرافٹ صلی اللہ علیہ وسلم الویز واٹ اپٹڈ فار پیس فل میتھڈ۔ دس واز ہز منہج۔ سو دس از دا بیسک،</w:t>
      </w:r>
    </w:p>
    <w:p>
      <w:r>
        <w:rPr>
          <w:b/>
        </w:rPr>
        <w:t xml:space="preserve">[04:36] </w:t>
      </w:r>
      <w:r>
        <w:t>this are two basic principle of Islam: al-tawheed and al-salam, oneness of God and peace.</w:t>
      </w:r>
    </w:p>
    <w:p>
      <w:pPr>
        <w:jc w:val="right"/>
      </w:pPr>
      <w:r>
        <w:t>دس ار ٹو بیسک پرنسپل اف اسلام: التوحید اینڈ السلام، وننس اف گاڈ اینڈ پیس۔</w:t>
      </w:r>
    </w:p>
    <w:p>
      <w:r>
        <w:rPr>
          <w:b/>
        </w:rPr>
        <w:t xml:space="preserve">[04:46] </w:t>
      </w:r>
      <w:r>
        <w:t>So we have to make people aware of this fact.</w:t>
      </w:r>
    </w:p>
    <w:p>
      <w:pPr>
        <w:jc w:val="right"/>
      </w:pPr>
      <w:r>
        <w:t>سو وی ہیو ٹو میک پیپل اویر اف دس فیکٹ۔</w:t>
      </w:r>
    </w:p>
    <w:p>
      <w:r>
        <w:rPr>
          <w:b/>
        </w:rPr>
        <w:t xml:space="preserve">[04:56] </w:t>
      </w:r>
      <w:r>
        <w:t>Due to misunderstanding, there are some exception of our society are engaged in hate and violence.</w:t>
      </w:r>
    </w:p>
    <w:p>
      <w:pPr>
        <w:jc w:val="right"/>
      </w:pPr>
      <w:r>
        <w:t>ڈیو ٹو مس انڈرسٹینڈنگ، دیر ار سم ایکسیپشن اف اور سوسائٹی ار انگیج ان ہیٹ اینڈ وائلنس۔</w:t>
      </w:r>
    </w:p>
    <w:p>
      <w:r>
        <w:rPr>
          <w:b/>
        </w:rPr>
        <w:t xml:space="preserve">[05:06] </w:t>
      </w:r>
      <w:r>
        <w:t>I recall</w:t>
      </w:r>
    </w:p>
    <w:p>
      <w:pPr>
        <w:jc w:val="right"/>
      </w:pPr>
      <w:r>
        <w:t>ائی ریکال</w:t>
      </w:r>
    </w:p>
    <w:p>
      <w:r>
        <w:rPr>
          <w:b/>
        </w:rPr>
        <w:t xml:space="preserve">[05:10] </w:t>
      </w:r>
      <w:r>
        <w:t>an incident: during a visit to USA, I was invited to an American church for lecture.</w:t>
      </w:r>
    </w:p>
    <w:p>
      <w:pPr>
        <w:jc w:val="right"/>
      </w:pPr>
      <w:r>
        <w:t>این انسیڈنٹ: ڈیورنگ ا وزٹ ٹو یو ایس اے، ائی واز انوائٹڈ ٹو این امریکن چرچ فار لیکچر۔</w:t>
      </w:r>
    </w:p>
    <w:p>
      <w:r>
        <w:rPr>
          <w:b/>
        </w:rPr>
        <w:t xml:space="preserve">[05:26] </w:t>
      </w:r>
      <w:r>
        <w:t>So after my lecture, one Christian scholar asked a question.</w:t>
      </w:r>
    </w:p>
    <w:p>
      <w:pPr>
        <w:jc w:val="right"/>
      </w:pPr>
      <w:r>
        <w:t>سو افٹر مائی لیکچر، ون کرسچن سکالر اسکڈ ا کوئسچن۔</w:t>
      </w:r>
    </w:p>
    <w:p>
      <w:r>
        <w:rPr>
          <w:b/>
        </w:rPr>
        <w:t xml:space="preserve">[05:33] </w:t>
      </w:r>
      <w:r>
        <w:t>He said: "in Bible there is a very beautiful teaching:</w:t>
      </w:r>
    </w:p>
    <w:p>
      <w:pPr>
        <w:jc w:val="right"/>
      </w:pPr>
      <w:r>
        <w:t>ہی سیڈ: "ان بائبل دیر از ا ویری بیوٹی فل ٹیچنگ:</w:t>
      </w:r>
    </w:p>
    <w:p>
      <w:r>
        <w:rPr>
          <w:b/>
        </w:rPr>
        <w:t xml:space="preserve">[05:42] </w:t>
      </w:r>
      <w:r>
        <w:t>love your enemy." can you refer any such teaching in the Quran also?</w:t>
      </w:r>
    </w:p>
    <w:p>
      <w:pPr>
        <w:jc w:val="right"/>
      </w:pPr>
      <w:r>
        <w:t>لو یور اینمی۔" کین یو ریفر اینی سچ ٹیچنگ ان دا قرآن السو؟</w:t>
      </w:r>
    </w:p>
    <w:p>
      <w:r>
        <w:rPr>
          <w:b/>
        </w:rPr>
        <w:t xml:space="preserve">[05:54] </w:t>
      </w:r>
      <w:r>
        <w:t>In the background, there was a misunderstanding</w:t>
      </w:r>
    </w:p>
    <w:p>
      <w:pPr>
        <w:jc w:val="right"/>
      </w:pPr>
      <w:r>
        <w:t>ان دا بیک گراؤنڈ، دیر واز ا مس انڈرسٹینڈنگ</w:t>
      </w:r>
    </w:p>
    <w:p>
      <w:r>
        <w:rPr>
          <w:b/>
        </w:rPr>
        <w:t xml:space="preserve">[05:58] </w:t>
      </w:r>
      <w:r>
        <w:t>that Christian scholar, according to the media report, was believing that Muslims are engaged in violence.</w:t>
      </w:r>
    </w:p>
    <w:p>
      <w:pPr>
        <w:jc w:val="right"/>
      </w:pPr>
      <w:r>
        <w:t>دیٹ کرسچن سکالر، اکارڈنگ ٹو دا میڈیا رپورٹ، واز بیلیونگ دیٹ مسلمز ار انگیج ان وائلنس۔</w:t>
      </w:r>
    </w:p>
    <w:p>
      <w:r>
        <w:rPr>
          <w:b/>
        </w:rPr>
        <w:t xml:space="preserve">[06:15] </w:t>
      </w:r>
      <w:r>
        <w:t>and there must be some</w:t>
      </w:r>
    </w:p>
    <w:p>
      <w:pPr>
        <w:jc w:val="right"/>
      </w:pPr>
      <w:r>
        <w:t>اینڈ دیر مسٹ بی سم</w:t>
      </w:r>
    </w:p>
    <w:p>
      <w:r>
        <w:rPr>
          <w:b/>
        </w:rPr>
        <w:t xml:space="preserve">[06:19] </w:t>
      </w:r>
      <w:r>
        <w:t>base in Quran also. There are some teaching of the Quran.</w:t>
      </w:r>
    </w:p>
    <w:p>
      <w:pPr>
        <w:jc w:val="right"/>
      </w:pPr>
      <w:r>
        <w:t>بیس ان قرآن السو۔ دیر ار سم ٹیچنگ اف دا قرآن۔</w:t>
      </w:r>
    </w:p>
    <w:p>
      <w:r>
        <w:rPr>
          <w:b/>
        </w:rPr>
        <w:t xml:space="preserve">[06:25] </w:t>
      </w:r>
      <w:r>
        <w:t>So I said that: "No, it is fact that some Muslims are engaged in violence, but it is not based on the Quran teachings." So I said that:</w:t>
      </w:r>
    </w:p>
    <w:p>
      <w:pPr>
        <w:jc w:val="right"/>
      </w:pPr>
      <w:r>
        <w:t>سو ائی سیڈ دیٹ: "نو، اٹ از فیکٹ دیٹ سم مسلمز ار انگیج ان وائلنس، بٹ اٹ از ناٹ بیسڈ ان دا قرآن ٹیچنگز۔" سو ائی سیڈ دیٹ:</w:t>
      </w:r>
    </w:p>
    <w:p>
      <w:r>
        <w:rPr>
          <w:b/>
        </w:rPr>
        <w:t xml:space="preserve">[06:44] </w:t>
      </w:r>
      <w:r>
        <w:t>"You can read the chapter 41 of the Quran.</w:t>
      </w:r>
    </w:p>
    <w:p>
      <w:pPr>
        <w:jc w:val="right"/>
      </w:pPr>
      <w:r>
        <w:t>"یو کین ریڈ دا چیپٹر 41 اف دا قرآن۔</w:t>
      </w:r>
    </w:p>
    <w:p>
      <w:r>
        <w:rPr>
          <w:b/>
        </w:rPr>
        <w:t xml:space="preserve">[06:49] </w:t>
      </w:r>
      <w:r>
        <w:t>In this chapter there is a verse: 'it means that do good deed in return for bad deed,</w:t>
      </w:r>
    </w:p>
    <w:p>
      <w:pPr>
        <w:jc w:val="right"/>
      </w:pPr>
      <w:r>
        <w:t>ان دس چیپٹر دیر از ا ورس: 'ایٹ مینز دیٹ ڈو گڈ ڈیڈ ان ریٹرن فار بیڈ ڈیڈ،</w:t>
      </w:r>
    </w:p>
    <w:p>
      <w:r>
        <w:rPr>
          <w:b/>
        </w:rPr>
        <w:t xml:space="preserve">[07:10] </w:t>
      </w:r>
      <w:r>
        <w:t>and you will see that your enemy has become your dear friend.</w:t>
      </w:r>
    </w:p>
    <w:p>
      <w:pPr>
        <w:jc w:val="right"/>
      </w:pPr>
      <w:r>
        <w:t>اینڈ یو ویل سی دیٹ یور اینمی ہیز بیکم یور ڈیئر فرینڈ۔</w:t>
      </w:r>
    </w:p>
    <w:p>
      <w:r>
        <w:rPr>
          <w:b/>
        </w:rPr>
        <w:t xml:space="preserve">[07:17] </w:t>
      </w:r>
      <w:r>
        <w:t>'" So I said that: "it means that." I said this is the law of nature. According to the law of nature, there is no</w:t>
      </w:r>
    </w:p>
    <w:p>
      <w:pPr>
        <w:jc w:val="right"/>
      </w:pPr>
      <w:r>
        <w:t>'" سو ائی سیڈ دیٹ: "ایٹ مینز دیٹ۔" ائی سیڈ دس از دا لا اف نیچر۔ اکارڈنگ ٹو دا لا اف نیچر، دیر از نو</w:t>
      </w:r>
    </w:p>
    <w:p>
      <w:r>
        <w:rPr>
          <w:b/>
        </w:rPr>
        <w:t xml:space="preserve">[07:31] </w:t>
      </w:r>
      <w:r>
        <w:t>categorization of enemy and friend. There is only one category that is</w:t>
      </w:r>
    </w:p>
    <w:p>
      <w:pPr>
        <w:jc w:val="right"/>
      </w:pPr>
      <w:r>
        <w:t>کیٹیگرائزیشن اف اینمی اینڈ فرینڈ۔ دیر از اونلی ون کیٹیگری دیٹ از</w:t>
      </w:r>
    </w:p>
    <w:p>
      <w:r>
        <w:rPr>
          <w:b/>
        </w:rPr>
        <w:t xml:space="preserve">[07:42] </w:t>
      </w:r>
      <w:r>
        <w:t>actual friend or potential friend.</w:t>
      </w:r>
    </w:p>
    <w:p>
      <w:pPr>
        <w:jc w:val="right"/>
      </w:pPr>
      <w:r>
        <w:t>ایکچول فرینڈ اور پوٹینشل فرینڈ۔</w:t>
      </w:r>
    </w:p>
    <w:p>
      <w:r>
        <w:rPr>
          <w:b/>
        </w:rPr>
        <w:t xml:space="preserve">[07:47] </w:t>
      </w:r>
      <w:r>
        <w:t>actual friend or potential friend. To turn the actual into actual, and everyone will be your friend if you.</w:t>
      </w:r>
    </w:p>
    <w:p>
      <w:pPr>
        <w:jc w:val="right"/>
      </w:pPr>
      <w:r>
        <w:t>ایکچول فرینڈ اور پوٹینشل فرینڈ۔ ٹو ٹرن دا ایکچول انٹو ایکچول، اینڈ ایوری ون ویل بی یور فرینڈ اف یو۔</w:t>
      </w:r>
    </w:p>
    <w:p>
      <w:r>
        <w:rPr>
          <w:b/>
        </w:rPr>
        <w:t xml:space="preserve">[07:57] </w:t>
      </w:r>
      <w:r>
        <w:t>So this is Islamic teaching. Islamic teaching is based on friendship, on peace, on harmony, on love and compassion.</w:t>
      </w:r>
    </w:p>
    <w:p>
      <w:pPr>
        <w:jc w:val="right"/>
      </w:pPr>
      <w:r>
        <w:t>سو دس از اسلامک ٹیچنگ۔ اسلامک ٹیچنگ از بیسڈ ان فرینڈشپ، ان پیس، ان ہارمونی، ان لو اینڈ کمپیشن۔</w:t>
      </w:r>
    </w:p>
    <w:p>
      <w:r>
        <w:rPr>
          <w:b/>
        </w:rPr>
        <w:t xml:space="preserve">[08:07] </w:t>
      </w:r>
      <w:r>
        <w:t>دس از دا اسلامک ٹیچنگ۔</w:t>
      </w:r>
    </w:p>
    <w:p>
      <w:pPr>
        <w:jc w:val="right"/>
      </w:pPr>
      <w:r>
        <w:t>دس از دا اسلامک ٹیچنگ۔</w:t>
      </w:r>
    </w:p>
    <w:p>
      <w:r>
        <w:rPr>
          <w:b/>
        </w:rPr>
        <w:t xml:space="preserve">[08:11] </w:t>
      </w:r>
      <w:r>
        <w:t>But here I would say that if we want to make people peaceful, then we have to give them a target.</w:t>
      </w:r>
    </w:p>
    <w:p>
      <w:pPr>
        <w:jc w:val="right"/>
      </w:pPr>
      <w:r>
        <w:t>بٹ ہیر ائی وڈ سے دیٹ اف وی وانٹ ٹو میک پیپل پیس فل، دین وی ہیو ٹو گیو دیم ا ٹارگٹ۔</w:t>
      </w:r>
    </w:p>
    <w:p>
      <w:r>
        <w:rPr>
          <w:b/>
        </w:rPr>
        <w:t xml:space="preserve">[08:25] </w:t>
      </w:r>
      <w:r>
        <w:t>Giving them an ideology is good, but simply ideology will not work. We have to give them, we have to give them a target</w:t>
      </w:r>
    </w:p>
    <w:p>
      <w:pPr>
        <w:jc w:val="right"/>
      </w:pPr>
      <w:r>
        <w:t>گیونگ دیم ا ائیڈیالوجی از گڈ، بٹ سمپلی ائیڈیالوجی ول ناٹ ورک۔ وی ہیو ٹو گیو دیم، وی ہیو ٹو گیو دیم ا ٹارگٹ</w:t>
      </w:r>
    </w:p>
    <w:p>
      <w:r>
        <w:rPr>
          <w:b/>
        </w:rPr>
        <w:t xml:space="preserve">[08:37] </w:t>
      </w:r>
      <w:r>
        <w:t>۔ اینڈ واٹ از دیٹ ٹارگٹ؟ اٹ از دا ورک۔ اٹ از ٹو سپریڈ دا ورڈ اف اللہ سبحانہ و تعالی۔</w:t>
      </w:r>
    </w:p>
    <w:p>
      <w:pPr>
        <w:jc w:val="right"/>
      </w:pPr>
      <w:r>
        <w:t>۔ اینڈ واٹ از دیٹ ٹارگٹ؟ اٹ از دا ورک۔ اٹ از ٹو سپریڈ دا ورڈ اف اللہ سبحانہ و تعالی۔</w:t>
      </w:r>
    </w:p>
    <w:p>
      <w:r>
        <w:rPr>
          <w:b/>
        </w:rPr>
        <w:t xml:space="preserve">[08:48] </w:t>
      </w:r>
      <w:r>
        <w:t>دس از دا ٹارگٹ۔ دس از دا انگلش ٹرانسلیشن اف دا قرآن۔</w:t>
      </w:r>
    </w:p>
    <w:p>
      <w:pPr>
        <w:jc w:val="right"/>
      </w:pPr>
      <w:r>
        <w:t>دس از دا ٹارگٹ۔ دس از دا انگلش ٹرانسلیشن اف دا قرآن۔</w:t>
      </w:r>
    </w:p>
    <w:p>
      <w:r>
        <w:rPr>
          <w:b/>
        </w:rPr>
        <w:t xml:space="preserve">[08:56] </w:t>
      </w:r>
      <w:r>
        <w:t>We have prepared it, and I can see that there are thousands and thousands people who are engaged in distribution of this Quran.</w:t>
      </w:r>
    </w:p>
    <w:p>
      <w:pPr>
        <w:jc w:val="right"/>
      </w:pPr>
      <w:r>
        <w:t>وی ہیو پریپیرڈ اٹ، اینڈ ائی کین سی دیٹ دیر ار تھاؤزنڈ اینڈ تھاؤزنڈ پیپل ہو ار انگیج ان ڈسٹریبیوشن اف دس قرآن۔</w:t>
      </w:r>
    </w:p>
    <w:p>
      <w:r>
        <w:rPr>
          <w:b/>
        </w:rPr>
        <w:t xml:space="preserve">[09:08] </w:t>
      </w:r>
      <w:r>
        <w:t>So there are some other literature. I have prepared more than 100 books.</w:t>
      </w:r>
    </w:p>
    <w:p>
      <w:pPr>
        <w:jc w:val="right"/>
      </w:pPr>
      <w:r>
        <w:t>سو دیر ار سم ادر لٹریچر۔ ائی ہیو پریپیرڈ مور دین 100 بکس۔</w:t>
      </w:r>
    </w:p>
    <w:p>
      <w:r>
        <w:rPr>
          <w:b/>
        </w:rPr>
        <w:t xml:space="preserve">[09:20] </w:t>
      </w:r>
      <w:r>
        <w:t>And so we have, we are trying to give a target for youth.</w:t>
      </w:r>
    </w:p>
    <w:p>
      <w:pPr>
        <w:jc w:val="right"/>
      </w:pPr>
      <w:r>
        <w:t>اینڈ سو وی ہیو، وی ار ٹرائنگ ٹو گیو ا ٹارگٹ فار یوتھ۔</w:t>
      </w:r>
    </w:p>
    <w:p>
      <w:r>
        <w:rPr>
          <w:b/>
        </w:rPr>
        <w:t xml:space="preserve">[09:29] </w:t>
      </w:r>
      <w:r>
        <w:t>ا ٹارگٹ۔</w:t>
      </w:r>
    </w:p>
    <w:p>
      <w:pPr>
        <w:jc w:val="right"/>
      </w:pPr>
      <w:r>
        <w:t>ا ٹارگٹ۔</w:t>
      </w:r>
    </w:p>
    <w:p>
      <w:r>
        <w:rPr>
          <w:b/>
        </w:rPr>
        <w:t xml:space="preserve">[09:31] </w:t>
      </w:r>
      <w:r>
        <w:t>So there are thousands and thousands youth and other Muslims who are engaged in this job.</w:t>
      </w:r>
    </w:p>
    <w:p>
      <w:pPr>
        <w:jc w:val="right"/>
      </w:pPr>
      <w:r>
        <w:t>سو دیر ار تھاؤزنڈ اینڈ تھاؤزنڈ یوتھ اینڈ ادر مسلمز ہو ار انگیج ان دس جاب۔</w:t>
      </w:r>
    </w:p>
    <w:p>
      <w:r>
        <w:rPr>
          <w:b/>
        </w:rPr>
        <w:t xml:space="preserve">[09:39] </w:t>
      </w:r>
      <w:r>
        <w:t>They are distributing the Quran, they are distributing literature. Before this, they were living in negativity, in hate, but now they are living in love and compassion.</w:t>
      </w:r>
    </w:p>
    <w:p>
      <w:pPr>
        <w:jc w:val="right"/>
      </w:pPr>
      <w:r>
        <w:t>دیر ڈسٹریبیوٹنگ دا قرآن، دیر ڈسٹریبیوٹنگ لٹریچر۔ بیفور دس، دے وار لیونگ ان نیگیٹیوٹی، ان ہیٹ، بٹ ناؤ دے ار لیونگ ان لو اینڈ کمپیشن۔</w:t>
      </w:r>
    </w:p>
    <w:p>
      <w:r>
        <w:rPr>
          <w:b/>
        </w:rPr>
        <w:t xml:space="preserve">[09:58] </w:t>
      </w:r>
      <w:r>
        <w:t>سو</w:t>
      </w:r>
    </w:p>
    <w:p>
      <w:pPr>
        <w:jc w:val="right"/>
      </w:pPr>
      <w:r>
        <w:t>سو</w:t>
      </w:r>
    </w:p>
    <w:p>
      <w:r>
        <w:rPr>
          <w:b/>
        </w:rPr>
        <w:t xml:space="preserve">[09:59] </w:t>
      </w:r>
      <w:r>
        <w:t>I would say that if we want to make people peaceful, to we have to change their mind.</w:t>
      </w:r>
    </w:p>
    <w:p>
      <w:pPr>
        <w:jc w:val="right"/>
      </w:pPr>
      <w:r>
        <w:t>ائی وڈ سے دیٹ اف وی وانٹ ٹو میک پیپل پیس فل، تو وی ہیو ٹو چینج دیر مائنڈ۔</w:t>
      </w:r>
    </w:p>
    <w:p>
      <w:r>
        <w:rPr>
          <w:b/>
        </w:rPr>
        <w:t xml:space="preserve">[10:08] </w:t>
      </w:r>
      <w:r>
        <w:t>But at the same time, it is also necessary to give them a top, to give them a target</w:t>
      </w:r>
    </w:p>
    <w:p>
      <w:pPr>
        <w:jc w:val="right"/>
      </w:pPr>
      <w:r>
        <w:t>بٹ ایٹ دا سیم ٹائم، اٹ از السو نسیسری ٹو گیو دیم ا ٹاپ، ٹو گیو دیم ا ٹارگٹ</w:t>
      </w:r>
    </w:p>
    <w:p>
      <w:r>
        <w:rPr>
          <w:b/>
        </w:rPr>
        <w:t xml:space="preserve">[10:19] </w:t>
      </w:r>
      <w:r>
        <w:t>۔ ہیر ائی وڈ سے دیٹ</w:t>
      </w:r>
    </w:p>
    <w:p>
      <w:pPr>
        <w:jc w:val="right"/>
      </w:pPr>
      <w:r>
        <w:t>۔ ہیر ائی وڈ سے دیٹ</w:t>
      </w:r>
    </w:p>
    <w:p>
      <w:r>
        <w:rPr>
          <w:b/>
        </w:rPr>
        <w:t xml:space="preserve">[10:24] </w:t>
      </w:r>
      <w:r>
        <w:t>There are so many verses in the Quran and also in the Hadith that tell us this message.</w:t>
      </w:r>
    </w:p>
    <w:p>
      <w:pPr>
        <w:jc w:val="right"/>
      </w:pPr>
      <w:r>
        <w:t>دیر ار سو مینی ورسز ان دا قرآن اینڈ السو ان دا حدیث دیٹ ٹیل اس دس میسج۔</w:t>
      </w:r>
    </w:p>
    <w:p>
      <w:r>
        <w:rPr>
          <w:b/>
        </w:rPr>
        <w:t xml:space="preserve">[10:33] </w:t>
      </w:r>
      <w:r>
        <w:t>There is message of Allah subhanho wa Ta'ala was sent for all men</w:t>
      </w:r>
    </w:p>
    <w:p>
      <w:pPr>
        <w:jc w:val="right"/>
      </w:pPr>
      <w:r>
        <w:t>دیر از میسج اف اللہ سبحانہ و تعالی واز سینڈ فار ال مین</w:t>
      </w:r>
    </w:p>
    <w:p>
      <w:r>
        <w:rPr>
          <w:b/>
        </w:rPr>
        <w:t xml:space="preserve">[10:39] </w:t>
      </w:r>
      <w:r>
        <w:t>کائنڈ۔ ال مین کائنڈ۔</w:t>
      </w:r>
    </w:p>
    <w:p>
      <w:pPr>
        <w:jc w:val="right"/>
      </w:pPr>
      <w:r>
        <w:t>کائنڈ۔ ال مین کائنڈ۔</w:t>
      </w:r>
    </w:p>
    <w:p>
      <w:r>
        <w:rPr>
          <w:b/>
        </w:rPr>
        <w:t xml:space="preserve">[10:44] </w:t>
      </w:r>
      <w:r>
        <w:t>نزل الفرقان تو this Quran was revealed for whole mankind.</w:t>
      </w:r>
    </w:p>
    <w:p>
      <w:pPr>
        <w:jc w:val="right"/>
      </w:pPr>
      <w:r>
        <w:t>نزل الفرقان تو دس قرآن واز ریوڈ فار ہول مین کائنڈ۔</w:t>
      </w:r>
    </w:p>
    <w:p>
      <w:r>
        <w:rPr>
          <w:b/>
        </w:rPr>
        <w:t xml:space="preserve">[10:56] </w:t>
      </w:r>
      <w:r>
        <w:t>So as the, yani there is some Hadith. For example, Prophet of Islam said: "</w:t>
      </w:r>
    </w:p>
    <w:p>
      <w:pPr>
        <w:jc w:val="right"/>
      </w:pPr>
      <w:r>
        <w:t>سو از دا، یعنی دیر از سم حدیث۔ فار ایگزامپل، پرافٹ اف اسلام سیڈ: "</w:t>
      </w:r>
    </w:p>
    <w:p>
      <w:r>
        <w:rPr>
          <w:b/>
        </w:rPr>
        <w:t xml:space="preserve">[11:15] </w:t>
      </w:r>
      <w:r>
        <w:t>"It means that it was in the divine plan that this book or this message of God must reach to every mankind, to every house." So but it needed some resources, some technology.</w:t>
      </w:r>
    </w:p>
    <w:p>
      <w:pPr>
        <w:jc w:val="right"/>
      </w:pPr>
      <w:r>
        <w:t>اٹ مینز دیٹ اٹ واز ان دا ڈیوائن پلان دیٹ دس بک اور دس میسج اف گاڈ مسٹ ریچ 12 مین کائنڈ ٹو ایوری ہاؤس۔" سو بٹ اٹ نیڈڈ سم ریسورسز، سم ٹیکنالوجی۔</w:t>
      </w:r>
    </w:p>
    <w:p>
      <w:r>
        <w:rPr>
          <w:b/>
        </w:rPr>
        <w:t xml:space="preserve">[11:40] </w:t>
      </w:r>
      <w:r>
        <w:t>And in the seventh century is what not available.</w:t>
      </w:r>
    </w:p>
    <w:p>
      <w:pPr>
        <w:jc w:val="right"/>
      </w:pPr>
      <w:r>
        <w:t>اینڈ ان سیون سینچری از واٹ ناٹ اویلیبل۔</w:t>
      </w:r>
    </w:p>
    <w:p>
      <w:r>
        <w:rPr>
          <w:b/>
        </w:rPr>
        <w:t xml:space="preserve">[11:44] </w:t>
      </w:r>
      <w:r>
        <w:t>In the seventh century is what not available. But now everything is open. Now there is freedom, there is openness, there is printing press, there is technology.</w:t>
      </w:r>
    </w:p>
    <w:p>
      <w:pPr>
        <w:jc w:val="right"/>
      </w:pPr>
      <w:r>
        <w:t>ان دا سیون سینچری از واٹ ناٹ اویلیبل۔ بٹ ناؤ ایوری تھنگ از اوپن۔ ناؤ دیر از فریڈم، دیر از اوپنس، دیر از پرنٹنگ پریس، دیر از ٹیکنالوجی۔</w:t>
      </w:r>
    </w:p>
    <w:p>
      <w:r>
        <w:rPr>
          <w:b/>
        </w:rPr>
        <w:t xml:space="preserve">[11:59] </w:t>
      </w:r>
      <w:r>
        <w:t>Everything is available for us to do this job. تو</w:t>
      </w:r>
    </w:p>
    <w:p>
      <w:pPr>
        <w:jc w:val="right"/>
      </w:pPr>
      <w:r>
        <w:t>ایوری تھنگ از اویلیبل فار اس ٹو ڈو دس جاب۔ تو</w:t>
      </w:r>
    </w:p>
    <w:p>
      <w:r>
        <w:rPr>
          <w:b/>
        </w:rPr>
        <w:t xml:space="preserve">[12:04] </w:t>
      </w:r>
      <w:r>
        <w:t>اکارڈنگ ٹو،</w:t>
      </w:r>
    </w:p>
    <w:p>
      <w:pPr>
        <w:jc w:val="right"/>
      </w:pPr>
      <w:r>
        <w:t>اکارڈنگ ٹو،</w:t>
      </w:r>
    </w:p>
    <w:p>
      <w:r>
        <w:rPr>
          <w:b/>
        </w:rPr>
        <w:t xml:space="preserve">[12:09] </w:t>
      </w:r>
      <w:r>
        <w:t>according to the divine plan, we have to spread this word of god to all mankind.</w:t>
      </w:r>
    </w:p>
    <w:p>
      <w:pPr>
        <w:jc w:val="right"/>
      </w:pPr>
      <w:r>
        <w:t>اکارڈنگ ٹو دا ڈیوائن پلان، وی ہیو ٹو سپریڈ دس ورڈ اف گاڈ ٹو ال مین کائنڈ۔</w:t>
      </w:r>
    </w:p>
    <w:p>
      <w:r>
        <w:rPr>
          <w:b/>
        </w:rPr>
        <w:t xml:space="preserve">[12:18] </w:t>
      </w:r>
      <w:r>
        <w:t>this is our target.</w:t>
      </w:r>
    </w:p>
    <w:p>
      <w:pPr>
        <w:jc w:val="right"/>
      </w:pPr>
      <w:r>
        <w:t>دس از اور ٹارگٹ۔</w:t>
      </w:r>
    </w:p>
    <w:p>
      <w:r>
        <w:rPr>
          <w:b/>
        </w:rPr>
        <w:t xml:space="preserve">[12:22] </w:t>
      </w:r>
      <w:r>
        <w:t>so it need that we must prepare translation of quran in every language, in every major languages.</w:t>
      </w:r>
    </w:p>
    <w:p>
      <w:pPr>
        <w:jc w:val="right"/>
      </w:pPr>
      <w:r>
        <w:t>تو اٹ نیڈ دیٹ وی مسٹ پریپیر ٹرانسلیشن اف قرآن ان ایوری لینگویج، ان ایوری میجر لینگویجز۔</w:t>
      </w:r>
    </w:p>
    <w:p>
      <w:r>
        <w:rPr>
          <w:b/>
        </w:rPr>
        <w:t xml:space="preserve">[12:35] </w:t>
      </w:r>
      <w:r>
        <w:t>and after translation, we have to spread it throughout the world.</w:t>
      </w:r>
    </w:p>
    <w:p>
      <w:pPr>
        <w:jc w:val="right"/>
      </w:pPr>
      <w:r>
        <w:t>اینڈ افٹر ٹرانسلیشن، وی ہیو ٹو سپریڈ اٹ تھروٹ دا ورلڈ۔</w:t>
      </w:r>
    </w:p>
    <w:p>
      <w:r>
        <w:rPr>
          <w:b/>
        </w:rPr>
        <w:t xml:space="preserve">[12:47] </w:t>
      </w:r>
      <w:r>
        <w:t>reach every human being.</w:t>
      </w:r>
    </w:p>
    <w:p>
      <w:pPr>
        <w:jc w:val="right"/>
      </w:pPr>
      <w:r>
        <w:t>ریچ ایوری ہیومن بینگ۔</w:t>
      </w:r>
    </w:p>
    <w:p>
      <w:r>
        <w:rPr>
          <w:b/>
        </w:rPr>
        <w:t xml:space="preserve">[12:49] </w:t>
      </w:r>
      <w:r>
        <w:t>so if we want make people to live in peace, we have to, we have to give them a target.</w:t>
      </w:r>
    </w:p>
    <w:p>
      <w:pPr>
        <w:jc w:val="right"/>
      </w:pPr>
      <w:r>
        <w:t>سو اف وی وانٹ میک پیپل ٹو لیو ان پیس، وی ہیو ٹو، وی ہیو ٹو گیو دیم ا ٹارگٹ۔</w:t>
      </w:r>
    </w:p>
    <w:p>
      <w:r>
        <w:rPr>
          <w:b/>
        </w:rPr>
        <w:t xml:space="preserve">[12:58] </w:t>
      </w:r>
      <w:r>
        <w:t>i think this is the greatest target that we have. book, we have quran, we have sunnat, we have quran and sunnat.</w:t>
      </w:r>
    </w:p>
    <w:p>
      <w:pPr>
        <w:jc w:val="right"/>
      </w:pPr>
      <w:r>
        <w:t>ائی تھنک دس از دا گریٹسٹ ٹارگٹ دیٹ وی ہیو۔ بک، وی ہیو قرآن، وی ہیو سنت، وی ہیو قرآن اینڈ سنت۔</w:t>
      </w:r>
    </w:p>
    <w:p>
      <w:r>
        <w:rPr>
          <w:b/>
        </w:rPr>
        <w:t xml:space="preserve">[13:11] </w:t>
      </w:r>
      <w:r>
        <w:t>and quran and sunnat is the only source of, of source of, of truth.</w:t>
      </w:r>
    </w:p>
    <w:p>
      <w:pPr>
        <w:jc w:val="right"/>
      </w:pPr>
      <w:r>
        <w:t>اینڈ قرآن اینڈ سنت از دا اونلی سورس اف، اف سورس اف، اف ٹروتھ۔</w:t>
      </w:r>
    </w:p>
    <w:p>
      <w:r>
        <w:rPr>
          <w:b/>
        </w:rPr>
        <w:t xml:space="preserve">[13:20] </w:t>
      </w:r>
      <w:r>
        <w:t>truth with the capital t. it is our belief that only, it is our belief that everyone is born as a sinner.</w:t>
      </w:r>
    </w:p>
    <w:p>
      <w:pPr>
        <w:jc w:val="right"/>
      </w:pPr>
      <w:r>
        <w:t>ٹروتھ ود دا کیپیٹل ٹی۔ اٹ از اور بیلیو دیٹ اونلی، اٹ از اور بیلیو دیٹ ایوری ون از بورن ایز ا سیکن۔</w:t>
      </w:r>
    </w:p>
    <w:p>
      <w:r>
        <w:rPr>
          <w:b/>
        </w:rPr>
        <w:t xml:space="preserve">[13:32] </w:t>
      </w:r>
      <w:r>
        <w:t>everyone want to have the truth with the capital t.</w:t>
      </w:r>
    </w:p>
    <w:p>
      <w:pPr>
        <w:jc w:val="right"/>
      </w:pPr>
      <w:r>
        <w:t>ایوری ون وانٹ ٹو ہیو دا ٹروتھ ود دا کیپیٹل ٹی۔</w:t>
      </w:r>
    </w:p>
    <w:p>
      <w:r>
        <w:rPr>
          <w:b/>
        </w:rPr>
        <w:t xml:space="preserve">[13:37] </w:t>
      </w:r>
      <w:r>
        <w:t>but only quran and sunnat is the source of this truth. so if we give them this target to our youth, to our muslim generation,</w:t>
      </w:r>
    </w:p>
    <w:p>
      <w:pPr>
        <w:jc w:val="right"/>
      </w:pPr>
      <w:r>
        <w:t>بٹ اونلی قرآن اینڈ سنت از دا سورس اف دس ٹروتھ۔ سو اف وی گیو دیم دس ٹارگٹ ٹو اور یوتھ، ٹو اور مسلم جنریشن،</w:t>
      </w:r>
    </w:p>
    <w:p>
      <w:r>
        <w:rPr>
          <w:b/>
        </w:rPr>
        <w:t xml:space="preserve">[13:54] </w:t>
      </w:r>
      <w:r>
        <w:t>i think that it will create in them a great enthusiasm, great passion, great courage.</w:t>
      </w:r>
    </w:p>
    <w:p>
      <w:pPr>
        <w:jc w:val="right"/>
      </w:pPr>
      <w:r>
        <w:t>ائی تھنک دیٹ اٹ ویل کریٹ ان دیم ا گریٹ انتھوزیازم، گریٹ پیشن، گریٹ کریج۔</w:t>
      </w:r>
    </w:p>
    <w:p>
      <w:r>
        <w:rPr>
          <w:b/>
        </w:rPr>
        <w:t xml:space="preserve">[14:03] </w:t>
      </w:r>
      <w:r>
        <w:t>it will give them a great target. and when they, and when they find a target of this kind, they will abandon all those hate, all those violence.</w:t>
      </w:r>
    </w:p>
    <w:p>
      <w:pPr>
        <w:jc w:val="right"/>
      </w:pPr>
      <w:r>
        <w:t>اٹ ویل گیو دیم ا گریٹ ٹارگٹ۔ اینڈ وین دے، اینڈ وین دے فائنڈ ا ٹارگٹ اف دس کائنڈ، دے ویل ابینڈن ال دوست ہیٹ، ال دوست وائلنس۔</w:t>
      </w:r>
    </w:p>
    <w:p>
      <w:r>
        <w:rPr>
          <w:b/>
        </w:rPr>
        <w:t xml:space="preserve">[14:24] </w:t>
      </w:r>
      <w:r>
        <w:t>so i think that a</w:t>
      </w:r>
    </w:p>
    <w:p>
      <w:pPr>
        <w:jc w:val="right"/>
      </w:pPr>
      <w:r>
        <w:t>سو ائی تھنک دیٹ ا</w:t>
      </w:r>
    </w:p>
    <w:p>
      <w:r>
        <w:rPr>
          <w:b/>
        </w:rPr>
        <w:t xml:space="preserve">[14:26] </w:t>
      </w:r>
      <w:r>
        <w:t>it is, i would say not only as a theory, but i and my team is doing the same job.</w:t>
      </w:r>
    </w:p>
    <w:p>
      <w:pPr>
        <w:jc w:val="right"/>
      </w:pPr>
      <w:r>
        <w:t>ٹ از، ائی وڈ سے ناٹ اونلی ایز ا تھیوری، بٹ ائی اینڈ مائی ٹیم از ڈوئنگ دا سیم جاب۔</w:t>
      </w:r>
    </w:p>
    <w:p>
      <w:r>
        <w:rPr>
          <w:b/>
        </w:rPr>
        <w:t xml:space="preserve">[14:35] </w:t>
      </w:r>
      <w:r>
        <w:t>the same job. so it is, it is a very serious problem that we are facing. we are facing violence from our muslim brothers.</w:t>
      </w:r>
    </w:p>
    <w:p>
      <w:pPr>
        <w:jc w:val="right"/>
      </w:pPr>
      <w:r>
        <w:t>دا سیم جاب۔ سو اٹ از، اٹ از ا ویری سیریس پرابلم دیٹ وی ار فیسنگ۔ وی ار فیسنگ وائلنس فرام اور مسلم برادرز۔</w:t>
      </w:r>
    </w:p>
    <w:p>
      <w:r>
        <w:rPr>
          <w:b/>
        </w:rPr>
        <w:t xml:space="preserve">[14:50] </w:t>
      </w:r>
      <w:r>
        <w:t>but but what is the way to get it from this problem? that is, it is a point formula.</w:t>
      </w:r>
    </w:p>
    <w:p>
      <w:pPr>
        <w:jc w:val="right"/>
      </w:pPr>
      <w:r>
        <w:t>بٹ بٹ واٹ از دا وے ٹو گیٹ اٹ فرام دس پرابلم؟ دیٹ از، اٹ از ٹو پوائنٹ فارمولا۔</w:t>
      </w:r>
    </w:p>
    <w:p>
      <w:r>
        <w:rPr>
          <w:b/>
        </w:rPr>
        <w:t xml:space="preserve">[15:02] </w:t>
      </w:r>
      <w:r>
        <w:t>we have to make them believe that Islam is a religion of peace. Through dictation, through other means.</w:t>
      </w:r>
    </w:p>
    <w:p>
      <w:pPr>
        <w:jc w:val="right"/>
      </w:pPr>
      <w:r>
        <w:t>وی ہیو ٹو میک دیم بیلیو دیٹ اسلام از ا ریلیجن اف پیس۔ تھرو ڈکٹیچر، تھرو ادر مینز۔</w:t>
      </w:r>
    </w:p>
    <w:p>
      <w:r>
        <w:rPr>
          <w:b/>
        </w:rPr>
        <w:t xml:space="preserve">[15:15] </w:t>
      </w:r>
      <w:r>
        <w:t>we have to make them believe that Islam is a religion of peace, religion of compassion, religion of, religion of blessing.</w:t>
      </w:r>
    </w:p>
    <w:p>
      <w:pPr>
        <w:jc w:val="right"/>
      </w:pPr>
      <w:r>
        <w:t>وی ہیو ٹو میک دیم بیلیو دیٹ اسلام از ا ریلیجن اف پیس، ریلیجن اف کمپیشن، ریلیجن اف، ریلیجن اف بلیسنگ۔</w:t>
      </w:r>
    </w:p>
    <w:p>
      <w:r>
        <w:rPr>
          <w:b/>
        </w:rPr>
        <w:t xml:space="preserve">[15:26] </w:t>
      </w:r>
      <w:r>
        <w:t>then we have to give them a target. without target, simply theory will not work.</w:t>
      </w:r>
    </w:p>
    <w:p>
      <w:pPr>
        <w:jc w:val="right"/>
      </w:pPr>
      <w:r>
        <w:t>دین وی ہیو ٹو گیو دیم ا ٹارگٹ۔ وداؤٹ ٹارگٹ، سمپلی تھیوری ول ناٹ ورک۔</w:t>
      </w:r>
    </w:p>
    <w:p>
      <w:r>
        <w:rPr>
          <w:b/>
        </w:rPr>
        <w:t xml:space="preserve">[15:39] </w:t>
      </w:r>
      <w:r>
        <w:t>a best target is quran.</w:t>
      </w:r>
    </w:p>
    <w:p>
      <w:pPr>
        <w:jc w:val="right"/>
      </w:pPr>
      <w:r>
        <w:t>ا بیسٹ ٹارگٹ از قرآن۔</w:t>
      </w:r>
    </w:p>
    <w:p>
      <w:r>
        <w:rPr>
          <w:b/>
        </w:rPr>
        <w:t xml:space="preserve">[15:44] </w:t>
      </w:r>
      <w:r>
        <w:t>we have to prepare translation of the quran in all the major languages. and now we are living in the age of press, in the age of printing press.</w:t>
      </w:r>
    </w:p>
    <w:p>
      <w:pPr>
        <w:jc w:val="right"/>
      </w:pPr>
      <w:r>
        <w:t>وی ہیو ٹو پریپیر ٹرانسلیشن اف دا قرآن ان ال دا میجر لینگویجز۔ اینڈ ناؤ وی ار لیونگ ان دا ایج اف پریس، ان دی ایج اف پرنٹنگ پریس۔</w:t>
      </w:r>
    </w:p>
    <w:p>
      <w:r>
        <w:rPr>
          <w:b/>
        </w:rPr>
        <w:t xml:space="preserve">[15:56] </w:t>
      </w:r>
      <w:r>
        <w:t>it is quite possible to prepare its</w:t>
      </w:r>
    </w:p>
    <w:p>
      <w:pPr>
        <w:jc w:val="right"/>
      </w:pPr>
      <w:r>
        <w:t>اٹ از کوائٹ پاسیبل ٹو ٹو پریپیر اٹس</w:t>
      </w:r>
    </w:p>
    <w:p>
      <w:r>
        <w:rPr>
          <w:b/>
        </w:rPr>
        <w:t xml:space="preserve">[16:05] </w:t>
      </w:r>
      <w:r>
        <w:t>printed, its book in printed form. in previous centuries</w:t>
      </w:r>
    </w:p>
    <w:p>
      <w:pPr>
        <w:jc w:val="right"/>
      </w:pPr>
      <w:r>
        <w:t>پرنٹڈ، اس بک ان پرنٹڈ فارم۔ ان پریویس سینچریز</w:t>
      </w:r>
    </w:p>
    <w:p>
      <w:r>
        <w:rPr>
          <w:b/>
        </w:rPr>
        <w:t xml:space="preserve">[16:11] </w:t>
      </w:r>
      <w:r>
        <w:t>, it not possible, but now it is possible. So through, through printing, through other modern technology, we have to spread the word of God, Kalamullah.</w:t>
      </w:r>
    </w:p>
    <w:p>
      <w:pPr>
        <w:jc w:val="right"/>
      </w:pPr>
      <w:r>
        <w:t>، اٹ ناٹ پاسیبل، بٹ ناؤ اٹ از پاسیبل۔ سو تھرو، تھرو پرنٹنگ، تھرو ادر ماڈل ٹیکنالوجی، وی ہیو ٹو سپریڈ دا ورڈ اف گاڈ، کلام اللہ۔</w:t>
      </w:r>
    </w:p>
    <w:p>
      <w:r>
        <w:rPr>
          <w:b/>
        </w:rPr>
        <w:t xml:space="preserve">[16:31] </w:t>
      </w:r>
      <w:r>
        <w:t>This is the greatest, this is the greatest target.</w:t>
      </w:r>
    </w:p>
    <w:p>
      <w:pPr>
        <w:jc w:val="right"/>
      </w:pPr>
      <w:r>
        <w:t>دس از دا گریٹسٹ، دس از دا گریٹسٹ ٹارگٹ۔</w:t>
      </w:r>
    </w:p>
    <w:p>
      <w:r>
        <w:rPr>
          <w:b/>
        </w:rPr>
        <w:t xml:space="preserve">[16:38] </w:t>
      </w:r>
      <w:r>
        <w:t>and evri wan</w:t>
      </w:r>
    </w:p>
    <w:p>
      <w:pPr>
        <w:jc w:val="right"/>
      </w:pPr>
      <w:r>
        <w:t>اینڈ ایوری ون</w:t>
      </w:r>
    </w:p>
    <w:p>
      <w:r>
        <w:rPr>
          <w:b/>
        </w:rPr>
        <w:t xml:space="preserve">[16:43] </w:t>
      </w:r>
      <w:r>
        <w:t>in the nature of, nature of man want a target. so this is a greatest target.</w:t>
      </w:r>
    </w:p>
    <w:p>
      <w:pPr>
        <w:jc w:val="right"/>
      </w:pPr>
      <w:r>
        <w:t>ان دا نیچر اف، نیچر اف مین وانٹ ا ٹارگٹ۔ سو دس از ا گریٹسٹ ٹارگٹ۔</w:t>
      </w:r>
    </w:p>
    <w:p>
      <w:r>
        <w:rPr>
          <w:b/>
        </w:rPr>
        <w:t xml:space="preserve">[16:52] </w:t>
      </w:r>
      <w:r>
        <w:t>And when we make them believe that this is the target, they will lead them to paradise. This is the Muslims, our Muslims, our dawah.</w:t>
      </w:r>
    </w:p>
    <w:p>
      <w:pPr>
        <w:jc w:val="right"/>
      </w:pPr>
      <w:r>
        <w:t>اینڈ وین وی میک دیم بیلیو دیٹ دس ٹارگٹ، دے ویل لیو دیم ٹو پارڈائز۔ دس از دا مسلمز، ار مسلمز، ار داعی۔</w:t>
      </w:r>
    </w:p>
    <w:p>
      <w:r>
        <w:rPr>
          <w:b/>
        </w:rPr>
        <w:t xml:space="preserve">[17:08] </w:t>
      </w:r>
      <w:r>
        <w:t>muslms, ar dawi.</w:t>
      </w:r>
    </w:p>
    <w:p>
      <w:pPr>
        <w:jc w:val="right"/>
      </w:pPr>
      <w:r>
        <w:t>مسلمز، ار داعی۔</w:t>
      </w:r>
    </w:p>
    <w:p>
      <w:r>
        <w:rPr>
          <w:b/>
        </w:rPr>
        <w:t xml:space="preserve">[17:18] </w:t>
      </w:r>
      <w:r>
        <w:t>The mission of Muslims is shahadat alan-nas. That is da'wah ilallah. So this is the mission.</w:t>
      </w:r>
    </w:p>
    <w:p>
      <w:pPr>
        <w:jc w:val="right"/>
      </w:pPr>
      <w:r>
        <w:t>تو مشن اف مسلمز از شہادت علی الناس۔ دیٹ از دعوی الی اللہ۔ تو دس از دا مشن۔</w:t>
      </w:r>
    </w:p>
    <w:p>
      <w:r>
        <w:rPr>
          <w:b/>
        </w:rPr>
        <w:t xml:space="preserve">[17:29] </w:t>
      </w:r>
      <w:r>
        <w:t>das iz da gretest mishn. das mishn</w:t>
      </w:r>
    </w:p>
    <w:p>
      <w:pPr>
        <w:jc w:val="right"/>
      </w:pPr>
      <w:r>
        <w:t>دس از دا گریٹسٹ مشن۔ دس مشن</w:t>
      </w:r>
    </w:p>
    <w:p>
      <w:r>
        <w:rPr>
          <w:b/>
        </w:rPr>
        <w:t xml:space="preserve">[17:35] </w:t>
      </w:r>
      <w:r>
        <w:t>iz haili riwardibl mishn.</w:t>
      </w:r>
    </w:p>
    <w:p>
      <w:pPr>
        <w:jc w:val="right"/>
      </w:pPr>
      <w:r>
        <w:t>از ہائیلی ریوارڈیبل مشن۔</w:t>
      </w:r>
    </w:p>
    <w:p>
      <w:r>
        <w:rPr>
          <w:b/>
        </w:rPr>
        <w:t xml:space="preserve">[17:38] </w:t>
      </w:r>
      <w:r>
        <w:t>and those who are engaged in this mission, they will be rewarded in the afterlife. They will be rewarded to enter paradise.</w:t>
      </w:r>
    </w:p>
    <w:p>
      <w:pPr>
        <w:jc w:val="right"/>
      </w:pPr>
      <w:r>
        <w:t>اینڈ دو جو ار انگیج ان دس مشن، دے ول بی ریوارڈڈ ان دا افٹر۔ دے ول بی ریوارڈڈ اٹینڈل پارڈائز۔</w:t>
      </w:r>
    </w:p>
    <w:p>
      <w:r>
        <w:rPr>
          <w:b/>
        </w:rPr>
        <w:t xml:space="preserve">[17:51] </w:t>
      </w:r>
      <w:r>
        <w:t>so I think that if we want to, if we want to make people peaceful, if we want to change their mind</w:t>
      </w:r>
    </w:p>
    <w:p>
      <w:pPr>
        <w:jc w:val="right"/>
      </w:pPr>
      <w:r>
        <w:t>سو ائی تھنک دیٹ اف وی وانٹ ٹو، اف وی وانٹ ٹو میک پیپل پیس فل، اف وی وانٹ ٹو چینج دیر مائنڈ</w:t>
      </w:r>
    </w:p>
    <w:p>
      <w:r>
        <w:rPr>
          <w:b/>
        </w:rPr>
        <w:t xml:space="preserve">[18:04] </w:t>
      </w:r>
      <w:r>
        <w:t>, we have to give them an alternative, alternative variety. In, you know, in the first, in the first half of the 20th century,</w:t>
      </w:r>
    </w:p>
    <w:p>
      <w:pPr>
        <w:jc w:val="right"/>
      </w:pPr>
      <w:r>
        <w:t>، وی ہیو ٹو گیو دیم اینڈ الٹرنیٹو، الٹرنیٹو وائرلٹی۔ ان یو نو، ان دا فرسٹ، ان دا فرسٹ ہاف اف دا تھرٹی سینچری،</w:t>
      </w:r>
    </w:p>
    <w:p>
      <w:r>
        <w:rPr>
          <w:b/>
        </w:rPr>
        <w:t xml:space="preserve">[18:19] </w:t>
      </w:r>
      <w:r>
        <w:t>There were some Muslim thinkers. At that time, Muslims were living in a sense of loss. In the sense of loss,</w:t>
      </w:r>
    </w:p>
    <w:p>
      <w:pPr>
        <w:jc w:val="right"/>
      </w:pPr>
      <w:r>
        <w:t>دیر وار سم مسلم تھنکرز۔ ایٹ دیٹ ٹائم، مسلمز وار لیونگ ان سینس اف لاس۔ ان دا سینس اف لاس،</w:t>
      </w:r>
    </w:p>
    <w:p>
      <w:r>
        <w:rPr>
          <w:b/>
        </w:rPr>
        <w:t xml:space="preserve">[18:32] </w:t>
      </w:r>
      <w:r>
        <w:t>de in loss of, loss of political power, loss of political. Muslims are living in loss.</w:t>
      </w:r>
    </w:p>
    <w:p>
      <w:pPr>
        <w:jc w:val="right"/>
      </w:pPr>
      <w:r>
        <w:t>دے ان لاس اف، لاس اف پولیٹیکل پاور، لاس اف پولیٹیکل۔ مسلمز ار لیونگ ان لاس۔</w:t>
      </w:r>
    </w:p>
    <w:p>
      <w:r>
        <w:rPr>
          <w:b/>
        </w:rPr>
        <w:t xml:space="preserve">[18:43] </w:t>
      </w:r>
      <w:r>
        <w:t>in such a situation, the political interpretation of Islam</w:t>
      </w:r>
    </w:p>
    <w:p>
      <w:pPr>
        <w:jc w:val="right"/>
      </w:pPr>
      <w:r>
        <w:t>ان سچ ا سچویشن، دا پولیٹیکل انٹرپریشن اف اسلام</w:t>
      </w:r>
    </w:p>
    <w:p>
      <w:r>
        <w:rPr>
          <w:b/>
        </w:rPr>
        <w:t xml:space="preserve">[18:51] </w:t>
      </w:r>
      <w:r>
        <w:t>was very suitable for their mindset.</w:t>
      </w:r>
    </w:p>
    <w:p>
      <w:pPr>
        <w:jc w:val="right"/>
      </w:pPr>
      <w:r>
        <w:t>واز ویری سوٹیبل فار دیر مائنڈ سیٹ</w:t>
      </w:r>
    </w:p>
    <w:p>
      <w:r>
        <w:rPr>
          <w:b/>
        </w:rPr>
        <w:t xml:space="preserve">[18:55] </w:t>
      </w:r>
      <w:r>
        <w:t>. they accepted as very little. And now, a majority,</w:t>
      </w:r>
    </w:p>
    <w:p>
      <w:pPr>
        <w:jc w:val="right"/>
      </w:pPr>
      <w:r>
        <w:t>۔ دے ایکسیپٹڈ از ویری لی۔ اینڈ ناؤ، ا میجورٹی،</w:t>
      </w:r>
    </w:p>
    <w:p>
      <w:r>
        <w:rPr>
          <w:b/>
        </w:rPr>
        <w:t xml:space="preserve">[19:05] </w:t>
      </w:r>
      <w:r>
        <w:t>Now, so there are so many Muslims who are obsessed with this political interpretation. So the real problem is political interpretation.</w:t>
      </w:r>
    </w:p>
    <w:p>
      <w:pPr>
        <w:jc w:val="right"/>
      </w:pPr>
      <w:r>
        <w:t>ناؤ، سو دیر ار سو مینی مسلمز ہو ابسسٹ ود دس پولیٹیکل انٹرپریشن۔ سو دا ریل پرابلم از پولیٹیکل انٹرپریشن</w:t>
      </w:r>
    </w:p>
    <w:p>
      <w:r>
        <w:rPr>
          <w:b/>
        </w:rPr>
        <w:t xml:space="preserve">[19:19] </w:t>
      </w:r>
      <w:r>
        <w:t>. These people who influenced with political interpretation, they wanted to establish Islamic rule or Muslim rule.</w:t>
      </w:r>
    </w:p>
    <w:p>
      <w:pPr>
        <w:jc w:val="right"/>
      </w:pPr>
      <w:r>
        <w:t>۔ دس پیپل ہو انفلوئنس ود پولیٹیکل انٹرپریشن، دے وانٹڈ ٹو اسٹیبلش اسلامک رول اور مسلم رول۔</w:t>
      </w:r>
    </w:p>
    <w:p>
      <w:r>
        <w:rPr>
          <w:b/>
        </w:rPr>
        <w:t xml:space="preserve">[19:31] </w:t>
      </w:r>
      <w:r>
        <w:t>but they, they, they found that already the seat is occupied by some other people.</w:t>
      </w:r>
    </w:p>
    <w:p>
      <w:pPr>
        <w:jc w:val="right"/>
      </w:pPr>
      <w:r>
        <w:t>بٹ دے، دے، دے فاؤنڈ دیٹ الریڈی دا سیٹ از اکوپائیڈ بائی سم ادر پیپل۔</w:t>
      </w:r>
    </w:p>
    <w:p>
      <w:r>
        <w:rPr>
          <w:b/>
        </w:rPr>
        <w:t xml:space="preserve">[19:43] </w:t>
      </w:r>
      <w:r>
        <w:t>So they wanted to incite these people.</w:t>
      </w:r>
    </w:p>
    <w:p>
      <w:pPr>
        <w:jc w:val="right"/>
      </w:pPr>
      <w:r>
        <w:t>سو دے وانٹڈ ٹو انسیٹ دس پیپل۔</w:t>
      </w:r>
    </w:p>
    <w:p>
      <w:r>
        <w:rPr>
          <w:b/>
        </w:rPr>
        <w:t xml:space="preserve">[19:49] </w:t>
      </w:r>
      <w:r>
        <w:t>And then there was fighting between the two groups. Here, here it is, it is this point where the, where the violence began.</w:t>
      </w:r>
    </w:p>
    <w:p>
      <w:pPr>
        <w:jc w:val="right"/>
      </w:pPr>
      <w:r>
        <w:t>اینڈ دین دیر واز فائٹنگ بٹوین دا ٹو گروپ۔ ہیر، ہیر اٹ از، اٹ از دس پوائنٹ ویر دا، ویر دا وائلنس بیگن۔</w:t>
      </w:r>
    </w:p>
    <w:p>
      <w:r>
        <w:rPr>
          <w:b/>
        </w:rPr>
        <w:t xml:space="preserve">[20:01] </w:t>
      </w:r>
      <w:r>
        <w:t>So political, political theory or political interpretation of Islam was the root cause of all this, all this violence.</w:t>
      </w:r>
    </w:p>
    <w:p>
      <w:pPr>
        <w:jc w:val="right"/>
      </w:pPr>
      <w:r>
        <w:t>سو پولیٹیکل، پولیٹیکل تھیوری اور پولیٹیکل انٹرپریشن اف اسلام واز دا روٹ کاز اف ال دس، ال دس وائلنس۔</w:t>
      </w:r>
    </w:p>
    <w:p>
      <w:r>
        <w:rPr>
          <w:b/>
        </w:rPr>
        <w:t xml:space="preserve">[20:14] </w:t>
      </w:r>
      <w:r>
        <w:t>all this violence. And, and the only reason why this theory was become acceptable was that people living in sense, in, in,</w:t>
      </w:r>
    </w:p>
    <w:p>
      <w:pPr>
        <w:jc w:val="right"/>
      </w:pPr>
      <w:r>
        <w:t>ال دس وائلنس۔ اینڈ، اینڈ دا اونلی ریزن وائی دس تھیوری واز بیکم ایکسیپٹیبل واز دیٹ پیپل لیونگ ان سینس، ان، ان،</w:t>
      </w:r>
    </w:p>
    <w:p>
      <w:r>
        <w:rPr>
          <w:b/>
        </w:rPr>
        <w:t xml:space="preserve">[20:29] </w:t>
      </w:r>
      <w:r>
        <w:t>in sense of loss. So I think that here we have to provide them sense of gain.</w:t>
      </w:r>
    </w:p>
    <w:p>
      <w:pPr>
        <w:jc w:val="right"/>
      </w:pPr>
      <w:r>
        <w:t>ان سینس اف لاس۔ سو ائی تھنک دیٹ ہیر وی ہیو ٹو پرووائیڈ دیم سینس اف گین۔</w:t>
      </w:r>
    </w:p>
    <w:p>
      <w:r>
        <w:rPr>
          <w:b/>
        </w:rPr>
        <w:t xml:space="preserve">[20:38] </w:t>
      </w:r>
      <w:r>
        <w:t>we have to make them believe that Islam gives us great,</w:t>
      </w:r>
    </w:p>
    <w:p>
      <w:pPr>
        <w:jc w:val="right"/>
      </w:pPr>
      <w:r>
        <w:t>وی ہیو ٹو میک دیم بیلیو دیٹ اسلام گیوز اس گریٹ،</w:t>
      </w:r>
    </w:p>
    <w:p>
      <w:r>
        <w:rPr>
          <w:b/>
        </w:rPr>
        <w:t xml:space="preserve">[20:49] </w:t>
      </w:r>
      <w:r>
        <w:t>Islam gives them a great faith that led to paradise. So in every situation, Muslim can live in the sense of gain.</w:t>
      </w:r>
    </w:p>
    <w:p>
      <w:pPr>
        <w:jc w:val="right"/>
      </w:pPr>
      <w:r>
        <w:t>اسلام گیوز دیم ا گریٹ فیتھ دیٹ لیڈ ٹو پارڈائز۔ سو ان ایوری سچویشن، مسلم کین لیو ان دا سینس اف گین۔</w:t>
      </w:r>
    </w:p>
    <w:p>
      <w:r>
        <w:rPr>
          <w:b/>
        </w:rPr>
        <w:t xml:space="preserve">[21:02] </w:t>
      </w:r>
      <w:r>
        <w:t>prophet of Islam salallahu alaihi wasallam was living in every situation in the sense of gain, na</w:t>
      </w:r>
    </w:p>
    <w:p>
      <w:pPr>
        <w:jc w:val="right"/>
      </w:pPr>
      <w:r>
        <w:t>پرافٹ اف اسلام صلی اللہ علیہ وسلم واز لیونگ ان ایوری سچویشن ان دا سینس اف گین، نا</w:t>
      </w:r>
    </w:p>
    <w:p>
      <w:r>
        <w:rPr>
          <w:b/>
        </w:rPr>
        <w:t xml:space="preserve">[21:10] </w:t>
      </w:r>
      <w:r>
        <w:t>t in the sense of loss. To this is the, this is the solution of this problem. I think that</w:t>
      </w:r>
    </w:p>
    <w:p>
      <w:pPr>
        <w:jc w:val="right"/>
      </w:pPr>
      <w:r>
        <w:t>ٹ ان دا سینس اف لاس۔ تو دس از دا، دس از دا سلویوشن اف دس پرابلم۔ ائی تھنک دیٹ</w:t>
      </w:r>
    </w:p>
    <w:p>
      <w:r>
        <w:rPr>
          <w:b/>
        </w:rPr>
        <w:t xml:space="preserve">[21:21] </w:t>
      </w:r>
      <w:r>
        <w:t>First of all, we have to give them right interpretation of Islam. Then we have to provide them a target, a goal</w:t>
      </w:r>
    </w:p>
    <w:p>
      <w:pPr>
        <w:jc w:val="right"/>
      </w:pPr>
      <w:r>
        <w:t>فرسٹ اف ال، وی ہیو ٹو گیو دیم رائٹ انٹرپریشن اف اسلام۔ دین وی ہیو ٹو پرووائیڈ دیم ا ٹارگٹ، ا گول</w:t>
      </w:r>
    </w:p>
    <w:p>
      <w:r>
        <w:rPr>
          <w:b/>
        </w:rPr>
        <w:t xml:space="preserve">[21:34] </w:t>
      </w:r>
      <w:r>
        <w:t>. then i, i believe with certainty that the problem will be solved.</w:t>
      </w:r>
    </w:p>
    <w:p>
      <w:pPr>
        <w:jc w:val="right"/>
      </w:pPr>
      <w:r>
        <w:t>۔ دین ائی، ائی بیلیو ود سرٹینٹی دیٹ دا پرابلم ول بی سالوڈ۔</w:t>
      </w:r>
    </w:p>
    <w:p>
      <w:r>
        <w:rPr>
          <w:b/>
        </w:rPr>
        <w:t xml:space="preserve">[21:44] </w:t>
      </w:r>
      <w:r>
        <w:t>people will try to live in peace. thank you, shukran.</w:t>
      </w:r>
    </w:p>
    <w:p>
      <w:pPr>
        <w:jc w:val="right"/>
      </w:pPr>
      <w:r>
        <w:t>پیپل ول ٹرائی ٹو لیو ان پیس۔ تھینک یو، شكراً۔</w:t>
      </w:r>
    </w:p>
    <w:p>
      <w:r>
        <w:rPr>
          <w:b/>
        </w:rPr>
        <w:t xml:space="preserve">[21:58] </w:t>
      </w:r>
      <w:r>
        <w:t>yashrafuni da'wat samuw al-shaykh abdullah bin zayid al nahyan, ra'i al-muntada, wa fadilat al-imam al-akbar al-shaykh dr. ahmad al-tayyib, shaykh al-azhar al-sharif, bi al-tafaddul ila al-mansah li taslim ja'izat al-imam al-hasan bin ali li al-salam al-ula li fadilat مولانا wahiduddin khan.</w:t>
      </w:r>
    </w:p>
    <w:p>
      <w:pPr>
        <w:jc w:val="right"/>
      </w:pPr>
      <w:r>
        <w:t>يشرفني دعوة سمو الشيخ عبد الله بن زايد آل نهيان، راعي المنتدى، وفضيلة الإمام الأكبر الشيخ الدكتور أحمد الطيب، شيخ الأزهر الشريف، بالتفضل إلى المنصة لتسليم جائزة الإمام الحسن بن علي للسلم الأولى لفضيلة مولانا وحيد الدين خان.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