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Alarm of The Doomsday 25 July 2021 - Prof. Farida Khanam and Dr. Saniyasnain Khan</w:t>
      </w:r>
    </w:p>
    <w:p>
      <w:r>
        <w:t>https://www.youtube.com/watch?v=AVzGAukLCN0</w:t>
      </w:r>
    </w:p>
    <w:p>
      <w:r>
        <w:rPr>
          <w:b/>
        </w:rPr>
        <w:t xml:space="preserve">[00:11]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[00:15]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[00:18]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[00:21] </w:t>
      </w:r>
      <w:r>
        <w:t>wahal al-uqdah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[00:25] </w:t>
      </w:r>
      <w:r>
        <w:t>yaf qahu qawli. assalamu alaikum wa rahmatullah.</w:t>
      </w:r>
    </w:p>
    <w:p>
      <w:pPr>
        <w:jc w:val="right"/>
      </w:pPr>
      <w:r>
        <w:t>یفقہ قولی۔ السلام علیکم ورحمۃ اللہ۔</w:t>
      </w:r>
    </w:p>
    <w:p>
      <w:r>
        <w:rPr>
          <w:b/>
        </w:rPr>
        <w:t xml:space="preserve">[00:32] </w:t>
      </w:r>
      <w:r>
        <w:t>aaj mein Maulana ki kitab, yani kitab marifat,</w:t>
      </w:r>
    </w:p>
    <w:p>
      <w:pPr>
        <w:jc w:val="right"/>
      </w:pPr>
      <w:r>
        <w:t>آج میں مولانا کی کتاب، یعنی کتاب معرفت،</w:t>
      </w:r>
    </w:p>
    <w:p>
      <w:r>
        <w:rPr>
          <w:b/>
        </w:rPr>
        <w:t xml:space="preserve">[00:38] </w:t>
      </w:r>
      <w:r>
        <w:t>se aik mazmoon</w:t>
      </w:r>
    </w:p>
    <w:p>
      <w:pPr>
        <w:jc w:val="right"/>
      </w:pPr>
      <w:r>
        <w:t>سے ایک مضمون</w:t>
      </w:r>
    </w:p>
    <w:p>
      <w:r>
        <w:rPr>
          <w:b/>
        </w:rPr>
        <w:t xml:space="preserve">[00:40] </w:t>
      </w:r>
      <w:r>
        <w:t>loonga aur kuch baatein is silsile mein arz karoon ga.</w:t>
      </w:r>
    </w:p>
    <w:p>
      <w:pPr>
        <w:jc w:val="right"/>
      </w:pPr>
      <w:r>
        <w:t>لوں گا اور کچھ باتیں اس سلسلے میں عرض کروں گا۔</w:t>
      </w:r>
    </w:p>
    <w:p>
      <w:r>
        <w:rPr>
          <w:b/>
        </w:rPr>
        <w:t xml:space="preserve">[00:44] </w:t>
      </w:r>
      <w:r>
        <w:t>yeh Maulana ki bohat hi ahem tareen kitabon mein se aik hai, aur Maulana ka sab se mehboob</w:t>
      </w:r>
    </w:p>
    <w:p>
      <w:pPr>
        <w:jc w:val="right"/>
      </w:pPr>
      <w:r>
        <w:t>یہ مولانا کی بہت ہی اہم ترین کتابوں میں سے ایک ہے، اور مولانا کا سب سے محبوب</w:t>
      </w:r>
    </w:p>
    <w:p>
      <w:r>
        <w:rPr>
          <w:b/>
        </w:rPr>
        <w:t xml:space="preserve">[00:52] </w:t>
      </w:r>
      <w:r>
        <w:t>subject bhi marifat hi raha hai.</w:t>
      </w:r>
    </w:p>
    <w:p>
      <w:pPr>
        <w:jc w:val="right"/>
      </w:pPr>
      <w:r>
        <w:t>سبجیکٹ بھی معرفت ہی رہا ہے۔</w:t>
      </w:r>
    </w:p>
    <w:p>
      <w:r>
        <w:rPr>
          <w:b/>
        </w:rPr>
        <w:t xml:space="preserve">[00:54] </w:t>
      </w:r>
      <w:r>
        <w:t>to is ka jo pehla mazmoon hai, is ka unwaan hai "maharfat kya hai". ek safha</w:t>
      </w:r>
    </w:p>
    <w:p>
      <w:pPr>
        <w:jc w:val="right"/>
      </w:pPr>
      <w:r>
        <w:t>تو اس کا جو پہلا مضمون ہے، اس کا عنوان ہے "معرفت کیا ہے"۔ ایک صفحے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