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and Man I February 19, 2012 Maulana Wahiduddin Khan</w:t>
      </w:r>
    </w:p>
    <w:p>
      <w:r>
        <w:t>https://www.youtube.com/watch?v=8TP3nlGRZek</w:t>
      </w:r>
    </w:p>
    <w:p>
      <w:r>
        <w:rPr>
          <w:b/>
        </w:rPr>
        <w:t xml:space="preserve">[00:14] </w:t>
      </w:r>
      <w:r>
        <w:t>bismillah rahman rahim, wa sallallahu ala al-nabi al-karim.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 qahu qawli.</w:t>
      </w:r>
    </w:p>
    <w:p>
      <w:pPr>
        <w:jc w:val="right"/>
      </w:pPr>
      <w:r>
        <w:t>یفقہ قولی۔</w:t>
      </w:r>
    </w:p>
    <w:p>
      <w:r>
        <w:rPr>
          <w:b/>
        </w:rPr>
        <w:t xml:space="preserve">[00:36] </w:t>
      </w:r>
      <w:r>
        <w:t>aaj ka topic hai:</w:t>
      </w:r>
    </w:p>
    <w:p>
      <w:pPr>
        <w:jc w:val="right"/>
      </w:pPr>
      <w:r>
        <w:t>آج کا ٹاپک ہے:</w:t>
      </w:r>
    </w:p>
    <w:p>
      <w:r>
        <w:rPr>
          <w:b/>
        </w:rPr>
        <w:t xml:space="preserve">[00:40] </w:t>
      </w:r>
      <w:r>
        <w:t>god and man. khuda aur insan.</w:t>
      </w:r>
    </w:p>
    <w:p>
      <w:pPr>
        <w:jc w:val="right"/>
      </w:pPr>
      <w:r>
        <w:t>گاڈ اینڈ مین۔ خدا اور انسان۔</w:t>
      </w:r>
    </w:p>
    <w:p>
      <w:r>
        <w:rPr>
          <w:b/>
        </w:rPr>
        <w:t xml:space="preserve">[00:49] </w:t>
      </w:r>
      <w:r>
        <w:t>dekhiye, yeh jo sawal hai, yeh kisi bhi mard ya aurat ke liye sab se pehla sawal hai.</w:t>
      </w:r>
    </w:p>
    <w:p>
      <w:pPr>
        <w:jc w:val="right"/>
      </w:pPr>
      <w:r>
        <w:t>دیکھیے، یہ جو سوال ہے، یہ کسی بھی مرد یا عورت کے لیے سب سے پہلا سوال ہے۔</w:t>
      </w:r>
    </w:p>
    <w:p>
      <w:r>
        <w:rPr>
          <w:b/>
        </w:rPr>
        <w:t xml:space="preserve">[01:05] </w:t>
      </w:r>
      <w:r>
        <w:t>aadmi jab apne aap ko is duniya mein pata hai to sab se pehle is ke samne consciously ya unconsciously yeh sawal aata hai</w:t>
      </w:r>
    </w:p>
    <w:p>
      <w:pPr>
        <w:jc w:val="right"/>
      </w:pPr>
      <w:r>
        <w:t>آدمی جب اپنے آپ کو اس دنیا میں پاتا ہے تو سب سے پہلے اس کے سامنے کانشیسلی یا ان کانشیسلی یہ سوال آتا ہے</w:t>
      </w:r>
    </w:p>
    <w:p>
      <w:r>
        <w:rPr>
          <w:b/>
        </w:rPr>
        <w:t xml:space="preserve">[01:19] </w:t>
      </w:r>
      <w:r>
        <w:t>ke how I came into existence kaise main wajood mein aa gaya?</w:t>
      </w:r>
    </w:p>
    <w:p>
      <w:pPr>
        <w:jc w:val="right"/>
      </w:pPr>
      <w:r>
        <w:t>کہ How I came into existence کیسے میں وجود میں آگیا؟</w:t>
      </w:r>
    </w:p>
    <w:p>
      <w:r>
        <w:rPr>
          <w:b/>
        </w:rPr>
        <w:t xml:space="preserve">[01:28] </w:t>
      </w:r>
      <w:r>
        <w:t>kaise yeh duniya ban gayi? kaise yeh saare log paida ho gaye? yeh pehla sawal hai. chahe aadmi consciously yeh sawal apne zehen mein qaim na kare, tab bhi yeh sawal har ek ka</w:t>
      </w:r>
    </w:p>
    <w:p>
      <w:pPr>
        <w:jc w:val="right"/>
      </w:pPr>
      <w:r>
        <w:t>کیسے یہ دنیا بن گئی؟ کیسے یہ سارے لوگ پیدا ہوگئے؟ یہ پہلا سوال ہے۔ چاہے آدمی کانشیسلی یہ سوال اپنے ذہن میں قائم نہ کرے، تب بھی یہ سوال ہر ایک کا</w:t>
      </w:r>
    </w:p>
    <w:p>
      <w:r>
        <w:rPr>
          <w:b/>
        </w:rPr>
        <w:t xml:space="preserve">[01:48] </w:t>
      </w:r>
      <w:r>
        <w:t>sab se zyada ahem sawal hai.</w:t>
      </w:r>
    </w:p>
    <w:p>
      <w:pPr>
        <w:jc w:val="right"/>
      </w:pPr>
      <w:r>
        <w:t>سب سے زیادہ اہم سوال ہے۔</w:t>
      </w:r>
    </w:p>
    <w:p>
      <w:r>
        <w:rPr>
          <w:b/>
        </w:rPr>
        <w:t xml:space="preserve">[01:52] </w:t>
      </w:r>
      <w:r>
        <w:t>main bhi is sawal se dochar raha hoon, aur Allah ke fazl se maine is sawal ka jawab paya apni zindagi mein, aur ab main isi par qaim hoon.</w:t>
      </w:r>
    </w:p>
    <w:p>
      <w:pPr>
        <w:jc w:val="right"/>
      </w:pPr>
      <w:r>
        <w:t>میں بھی اس سوال سے دوچار رہا ہوں، اور اللہ کے فضل سے میں نے اس سوال کا جواب پایا اپنی زندگی میں، اور اب میں اسی پر قائم ہوں۔</w:t>
      </w:r>
    </w:p>
    <w:p>
      <w:r>
        <w:rPr>
          <w:b/>
        </w:rPr>
        <w:t xml:space="preserve">[02:06] </w:t>
      </w:r>
      <w:r>
        <w:t>to pehla sawal yeh hai ke hum aap kaise ban gaye? yeh duniya kaise bani?</w:t>
      </w:r>
    </w:p>
    <w:p>
      <w:pPr>
        <w:jc w:val="right"/>
      </w:pPr>
      <w:r>
        <w:t>تو پہلا سوال یہ ہے کہ ہم آپ کیسے بن گئے؟ یہ دنیا کیسے بنی؟</w:t>
      </w:r>
    </w:p>
    <w:p>
      <w:r>
        <w:rPr>
          <w:b/>
        </w:rPr>
        <w:t xml:space="preserve">[02:15] </w:t>
      </w:r>
      <w:r>
        <w:t>to is par mujhe</w:t>
      </w:r>
    </w:p>
    <w:p>
      <w:pPr>
        <w:jc w:val="right"/>
      </w:pPr>
      <w:r>
        <w:t>تو اس پر مجھے</w:t>
      </w:r>
    </w:p>
    <w:p>
      <w:r>
        <w:rPr>
          <w:b/>
        </w:rPr>
        <w:t xml:space="preserve">[02:19] </w:t>
      </w:r>
      <w:r>
        <w:t>ek waqea ka zikr karna hai. dekhiye, ek british philosopher tha, uska naam hai john stuart mill.</w:t>
      </w:r>
    </w:p>
    <w:p>
      <w:pPr>
        <w:jc w:val="right"/>
      </w:pPr>
      <w:r>
        <w:t>ایک واقعہ کا ذکر کرنا ہے۔ دیکھیے، ایک برٹش فلاسفر تھا، اس کا نام ہے جان اسٹارٹ مل۔</w:t>
      </w:r>
    </w:p>
    <w:p>
      <w:r>
        <w:rPr>
          <w:b/>
        </w:rPr>
        <w:t xml:space="preserve">[02:32] </w:t>
      </w:r>
      <w:r>
        <w:t>woh 1873 mein</w:t>
      </w:r>
    </w:p>
    <w:p>
      <w:pPr>
        <w:jc w:val="right"/>
      </w:pPr>
      <w:r>
        <w:t>وہ 1873 میں</w:t>
      </w:r>
    </w:p>
    <w:p>
      <w:r>
        <w:rPr>
          <w:b/>
        </w:rPr>
        <w:t xml:space="preserve">[02:36] </w:t>
      </w:r>
      <w:r>
        <w:t>fout ho gayi. is ki is waqt is ki umar sirf 67 saal thi.</w:t>
      </w:r>
    </w:p>
    <w:p>
      <w:pPr>
        <w:jc w:val="right"/>
      </w:pPr>
      <w:r>
        <w:t>فوت ہوگئی۔ اس کی اس وقت اس کی عمر صرف 67 سال تھی۔</w:t>
      </w:r>
    </w:p>
    <w:p>
      <w:r>
        <w:rPr>
          <w:b/>
        </w:rPr>
        <w:t xml:space="preserve">[02:46] </w:t>
      </w:r>
      <w:r>
        <w:t>zamnan aik baat mein yeh kahoon ke jab bhi mein kisi ki maut ko sunta hoon to mujhe aik waqia yaad aata hai.</w:t>
      </w:r>
    </w:p>
    <w:p>
      <w:pPr>
        <w:jc w:val="right"/>
      </w:pPr>
      <w:r>
        <w:t>ضمناً ایک بات میں یہ کہوں کہ جب بھی میں کسی کی موت کو سنتا ہوں تو مجھے ایک واقعہ یاد آتا ہے۔</w:t>
      </w:r>
    </w:p>
    <w:p>
      <w:r>
        <w:rPr>
          <w:b/>
        </w:rPr>
        <w:t xml:space="preserve">[02:58] </w:t>
      </w:r>
      <w:r>
        <w:t>aik baar mein aik majlis mein tha to wahan aik qawwal aa gaye, jo</w:t>
      </w:r>
    </w:p>
    <w:p>
      <w:pPr>
        <w:jc w:val="right"/>
      </w:pPr>
      <w:r>
        <w:t>ایک بار میں ایک مجلس میں تھا تو وہاں ایک قوال آگئے، جو</w:t>
      </w:r>
    </w:p>
    <w:p>
      <w:r>
        <w:rPr>
          <w:b/>
        </w:rPr>
        <w:t xml:space="preserve">[03:06] </w:t>
      </w:r>
      <w:r>
        <w:t>naat parhte thay, naat-e-rasool. to logon ne farmaish ki ke aap koi naat parhiye. to unhon ne aik naat parhi.</w:t>
      </w:r>
    </w:p>
    <w:p>
      <w:pPr>
        <w:jc w:val="right"/>
      </w:pPr>
      <w:r>
        <w:t>نعت پڑھتے تھے، نعت رسول۔ تو لوگوں نے فرمائش کی کہ آپ کوئی نعت پڑھیے۔ تو انہوں نے ایک نعت پڑھی۔</w:t>
      </w:r>
    </w:p>
    <w:p>
      <w:r>
        <w:rPr>
          <w:b/>
        </w:rPr>
        <w:t xml:space="preserve">[03:19] </w:t>
      </w:r>
      <w:r>
        <w:t>to is ka aik sher yeh tha: "log mehshar mein hairaan reh jayenge, khuda kaun hai, Mustafa kaun hai?" yeh sher yaqeenan bilashuba bilkul</w:t>
      </w:r>
    </w:p>
    <w:p>
      <w:pPr>
        <w:jc w:val="right"/>
      </w:pPr>
      <w:r>
        <w:t>تو اس کا ایک شعر یہ تھا: "لوگ محشر میں حیران رہ جائیں گے، خدا کون ہے، مصطفیٰ کون ہے؟" یہ شعر یقیناً بلاشبہ بالکل</w:t>
      </w:r>
    </w:p>
    <w:p>
      <w:r>
        <w:rPr>
          <w:b/>
        </w:rPr>
        <w:t xml:space="preserve">[03:36] </w:t>
      </w:r>
      <w:r>
        <w:t>baatil hai, be-sand hai, is ki koi haqeeqat nahi. lekin is sher ko jab mein ne suna to aik aur baat mere zehen mein aa gayi, thode se tabdeeli ke sath.</w:t>
      </w:r>
    </w:p>
    <w:p>
      <w:pPr>
        <w:jc w:val="right"/>
      </w:pPr>
      <w:r>
        <w:t>باطل ہے، بے سند ہے، اس کی کوئی حقیقت نہیں۔ لیکن اس شعر کو جب میں نے سنا تو ایک اور بات میرے ذہن میں آگئی، تھوڑے سے تبدیلی کے ساتھ۔</w:t>
      </w:r>
    </w:p>
    <w:p>
      <w:r>
        <w:rPr>
          <w:b/>
        </w:rPr>
        <w:t xml:space="preserve">[03:52] </w:t>
      </w:r>
      <w:r>
        <w:t>woh jab koi maut kisi ki hoti hai to phir yeh sher yaad aata hai mujhe. woh yeh tha ke "log mehshar mein hairaan reh jayenge, ke thi baat kya, hum ne samjha tha kya?" yaani dunya mein hum kya soch kar</w:t>
      </w:r>
    </w:p>
    <w:p>
      <w:pPr>
        <w:jc w:val="right"/>
      </w:pPr>
      <w:r>
        <w:t>وہ جب کوئی موت کسی کی ہوتی ہے تو پھر یہ شعر یاد آتا ہے مجھے۔ وہ یہ تھا کہ "لوگ محشر میں حیران رہ جائیں گے، کہ تھی بات کیا، ہم نے سمجھا تھا کیا؟" یعنی دنیا میں ہم کیا سوچ کر</w:t>
      </w:r>
    </w:p>
    <w:p>
      <w:r>
        <w:rPr>
          <w:b/>
        </w:rPr>
        <w:t xml:space="preserve">[04:10] </w:t>
      </w:r>
      <w:r>
        <w:t>jiye? lekin marne ke baad achaanak maloom hoga ke maamla to kuch aur tha.</w:t>
      </w:r>
    </w:p>
    <w:p>
      <w:pPr>
        <w:jc w:val="right"/>
      </w:pPr>
      <w:r>
        <w:t>جیئے؟ لیکن مرنے کے بعد اچانک معلوم ہوگا کہ معاملہ تو کچھ اور تھا۔</w:t>
      </w:r>
    </w:p>
    <w:p>
      <w:r>
        <w:rPr>
          <w:b/>
        </w:rPr>
        <w:t xml:space="preserve">[04:18] </w:t>
      </w:r>
      <w:r>
        <w:t>ab wapsi bhi nahi ho sakti, to aadmi hamesha hasrat mein rahega. to khair, John Stuart Mill ne likha hai apni autobiography mein.</w:t>
      </w:r>
    </w:p>
    <w:p>
      <w:pPr>
        <w:jc w:val="right"/>
      </w:pPr>
      <w:r>
        <w:t>اب واپسی بھی نہیں ہو سکتی، تو آدمی ہمیشہ حسرت میں رہے گا۔ تو خیر، جان اسٹارٹ مل نے لکھا ہے اپنی آٹو بائیوگرافی میں۔</w:t>
      </w:r>
    </w:p>
    <w:p>
      <w:r>
        <w:rPr>
          <w:b/>
        </w:rPr>
        <w:t xml:space="preserve">[04:34] </w:t>
      </w:r>
      <w:r>
        <w:t>yeh autobiography</w:t>
      </w:r>
    </w:p>
    <w:p>
      <w:pPr>
        <w:jc w:val="right"/>
      </w:pPr>
      <w:r>
        <w:t>یہ آٹو بائیوگرافی</w:t>
      </w:r>
    </w:p>
    <w:p>
      <w:r>
        <w:rPr>
          <w:b/>
        </w:rPr>
        <w:t xml:space="preserve">[04:36] </w:t>
      </w:r>
      <w:r>
        <w:t>1873 mein pehli baar chhapi thi. usi saal is ki fawafat bhi hui. is mein woh likhta hai ke mere baap, is ke baap ka naam tha James Mill.</w:t>
      </w:r>
    </w:p>
    <w:p>
      <w:pPr>
        <w:jc w:val="right"/>
      </w:pPr>
      <w:r>
        <w:t>1873 میں پہلی بار چھپی تھی۔ اسی سال اس کی وفات بھی ہوئی۔ اس میں وہ لکھتا ہے کہ میرے باپ، اس کے باپ کا نام تھا جیمز مل۔</w:t>
      </w:r>
    </w:p>
    <w:p>
      <w:r>
        <w:rPr>
          <w:b/>
        </w:rPr>
        <w:t xml:space="preserve">[04:53] </w:t>
      </w:r>
      <w:r>
        <w:t>is ke baap ne kaha ke, yeh kaha jata hai ke insaan ko khuda ne banaya.</w:t>
      </w:r>
    </w:p>
    <w:p>
      <w:pPr>
        <w:jc w:val="right"/>
      </w:pPr>
      <w:r>
        <w:t>اس کے باپ نے کہا کہ، یہ کہا جاتا ہے کہ انسان کو خدا نے بنایا۔</w:t>
      </w:r>
    </w:p>
    <w:p>
      <w:r>
        <w:rPr>
          <w:b/>
        </w:rPr>
        <w:t xml:space="preserve">[05:00] </w:t>
      </w:r>
      <w:r>
        <w:t>to us ne kaha ke magar baatein yahin khatam nahi hotin. sawal yeh hai ke If God made man, who made God?</w:t>
      </w:r>
    </w:p>
    <w:p>
      <w:pPr>
        <w:jc w:val="right"/>
      </w:pPr>
      <w:r>
        <w:t>تو اس نے کہا کہ مگر باتیں یہیں ختم نہیں ہوتیں۔ سوال یہ ہے کہ If God made man, who made God?</w:t>
      </w:r>
    </w:p>
    <w:p>
      <w:r>
        <w:rPr>
          <w:b/>
        </w:rPr>
        <w:t xml:space="preserve">[05:12] </w:t>
      </w:r>
      <w:r>
        <w:t>agar khuda ne banaya insaan ko to khuda ko kis ne banaya?</w:t>
      </w:r>
    </w:p>
    <w:p>
      <w:pPr>
        <w:jc w:val="right"/>
      </w:pPr>
      <w:r>
        <w:t>اگر خدا نے بنایا انسان کو تو خدا کو کس نے بنایا؟</w:t>
      </w:r>
    </w:p>
    <w:p>
      <w:r>
        <w:rPr>
          <w:b/>
        </w:rPr>
        <w:t xml:space="preserve">[05:19] </w:t>
      </w:r>
      <w:r>
        <w:t>dekhiye, yeh sawal aik sirf aik labzi, jis ko kehte hain takbandi, is ki koi mantiq nahi hai.</w:t>
      </w:r>
    </w:p>
    <w:p>
      <w:pPr>
        <w:jc w:val="right"/>
      </w:pPr>
      <w:r>
        <w:t>دیکھیے، یہ سوال ایک صرف ایک لفظی، جس کو کہتے ہیں تک بندی، اس کی کوئی منطق نہیں ہے۔</w:t>
      </w:r>
    </w:p>
    <w:p>
      <w:r>
        <w:rPr>
          <w:b/>
        </w:rPr>
        <w:t xml:space="preserve">[05:33] </w:t>
      </w:r>
      <w:r>
        <w:t>is liye ke masla yeh hai ke hum aik kainaat ko paate hain apne</w:t>
      </w:r>
    </w:p>
    <w:p>
      <w:pPr>
        <w:jc w:val="right"/>
      </w:pPr>
      <w:r>
        <w:t>اس لیے کہ مسئلہ یہ ہے کہ ہم ایک کائنات کو پاتے ہیں اپنے</w:t>
      </w:r>
    </w:p>
    <w:p>
      <w:r>
        <w:rPr>
          <w:b/>
        </w:rPr>
        <w:t xml:space="preserve">[05:41] </w:t>
      </w:r>
      <w:r>
        <w:t>charon taraf. is ko hum dekhte hain, is ko hum daryaft karte hain, is se hum jeete hain. to yeh sawal hai ke aakhir yeh kainaat kaise?</w:t>
      </w:r>
    </w:p>
    <w:p>
      <w:pPr>
        <w:jc w:val="right"/>
      </w:pPr>
      <w:r>
        <w:t>چاروں طرف۔ اس کو ہم دیکھتے ہیں، اس کو ہم دریافت کرتے ہیں، اس سے ہم جیتے ہیں۔ تو یہ سوال ہے کہ آخر یہ کائنات کیسے؟</w:t>
      </w:r>
    </w:p>
    <w:p>
      <w:r>
        <w:rPr>
          <w:b/>
        </w:rPr>
        <w:t xml:space="preserve">[05:55] </w:t>
      </w:r>
      <w:r>
        <w:t>to mein yeh kahoon ga</w:t>
      </w:r>
    </w:p>
    <w:p>
      <w:pPr>
        <w:jc w:val="right"/>
      </w:pPr>
      <w:r>
        <w:t>تو میں یہ کہوں گا</w:t>
      </w:r>
    </w:p>
    <w:p>
      <w:r>
        <w:rPr>
          <w:b/>
        </w:rPr>
        <w:t xml:space="preserve">[05:58] </w:t>
      </w:r>
      <w:r>
        <w:t>ke is maamle mein hamare jo option hain woh</w:t>
      </w:r>
    </w:p>
    <w:p>
      <w:pPr>
        <w:jc w:val="right"/>
      </w:pPr>
      <w:r>
        <w:t>کہ اس معاملے میں ہمارے جو آپشن ہیں وہ</w:t>
      </w:r>
    </w:p>
    <w:p>
      <w:r>
        <w:rPr>
          <w:b/>
        </w:rPr>
        <w:t xml:space="preserve">[06:07] </w:t>
      </w:r>
      <w:r>
        <w:t>kainaat with God aur kainaat without God ka nahi hai. option jin do tanasub ke beech mein hai woh yeh nahi hai ke kainaat with God, kainaat without God.</w:t>
      </w:r>
    </w:p>
    <w:p>
      <w:pPr>
        <w:jc w:val="right"/>
      </w:pPr>
      <w:r>
        <w:t>کائنات with God اور کائنات without God کا نہیں ہے۔ آپشن جن دو تناسب کے بیچ میں ہے وہ یہ نہیں ہے کہ کائنات with God، کائنات without God۔</w:t>
      </w:r>
    </w:p>
    <w:p>
      <w:r>
        <w:rPr>
          <w:b/>
        </w:rPr>
        <w:t xml:space="preserve">[06:26] </w:t>
      </w:r>
      <w:r>
        <w:t>nahi.</w:t>
      </w:r>
    </w:p>
    <w:p>
      <w:pPr>
        <w:jc w:val="right"/>
      </w:pPr>
      <w:r>
        <w:t>نہیں۔</w:t>
      </w:r>
    </w:p>
    <w:p>
      <w:r>
        <w:rPr>
          <w:b/>
        </w:rPr>
        <w:t xml:space="preserve">[06:29] </w:t>
      </w:r>
      <w:r>
        <w:t>jin do ke beech mein option hai woh woh yeh hai ke kainaat with God aur no kainaat bilkul nahi.</w:t>
      </w:r>
    </w:p>
    <w:p>
      <w:pPr>
        <w:jc w:val="right"/>
      </w:pPr>
      <w:r>
        <w:t>جن دو کے بیچ میں آپشن ہے وہ وہ یہ ہے کہ کائنات with God اور no کائنات بالکل نہیں۔</w:t>
      </w:r>
    </w:p>
    <w:p>
      <w:r>
        <w:rPr>
          <w:b/>
        </w:rPr>
        <w:t xml:space="preserve">[06:43] </w:t>
      </w:r>
      <w:r>
        <w:t>yaani agar aap yeh kahein ke khuda nahi hai to yeh sawal phir bhi baqi rehta hai ke phir yeh kainaat kaise bani? kaise chal rahi hai?</w:t>
      </w:r>
    </w:p>
    <w:p>
      <w:pPr>
        <w:jc w:val="right"/>
      </w:pPr>
      <w:r>
        <w:t>یعنی اگر آپ یہ کہیں کہ خدا نہیں ہے تو یہ سوال پھر بھی باقی رہتا ہے کہ پھر یہ کائنات کیسے بنی؟ کیسے چل رہی ہے؟</w:t>
      </w:r>
    </w:p>
    <w:p>
      <w:r>
        <w:rPr>
          <w:b/>
        </w:rPr>
        <w:t xml:space="preserve">[06:53] </w:t>
      </w:r>
      <w:r>
        <w:t>kaun is ka khaliq hai? kaun is ka sustainer hai? to option yeh nahi hai</w:t>
      </w:r>
    </w:p>
    <w:p>
      <w:pPr>
        <w:jc w:val="right"/>
      </w:pPr>
      <w:r>
        <w:t>کون اس کا خالق ہے؟ کون اس کا سسٹینر ہے؟ تو آپشن یہ نہیں ہے</w:t>
      </w:r>
    </w:p>
    <w:p>
      <w:r>
        <w:rPr>
          <w:b/>
        </w:rPr>
        <w:t xml:space="preserve">[07:00] </w:t>
      </w:r>
      <w:r>
        <w:t>keh kainat with God, kainat without God. yeh option hi nahi hai.</w:t>
      </w:r>
    </w:p>
    <w:p>
      <w:pPr>
        <w:jc w:val="right"/>
      </w:pPr>
      <w:r>
        <w:t>کہ کائنات with God، کائنات without God۔ یہ آپشن ہی نہیں ہے۔</w:t>
      </w:r>
    </w:p>
    <w:p>
      <w:r>
        <w:rPr>
          <w:b/>
        </w:rPr>
        <w:t xml:space="preserve">[07:08] </w:t>
      </w:r>
      <w:r>
        <w:t>jo haqeeqi option hai jin do ke beech mein woh yeh hai keh kainat with God aur no kainat bilkul nahi.</w:t>
      </w:r>
    </w:p>
    <w:p>
      <w:pPr>
        <w:jc w:val="right"/>
      </w:pPr>
      <w:r>
        <w:t>جو حقیقی آپشن ہے جن دو کے بیچ میں وہ یہ ہے کہ کائنات with God اور no کائنات بالکل نہیں۔</w:t>
      </w:r>
    </w:p>
    <w:p>
      <w:r>
        <w:rPr>
          <w:b/>
        </w:rPr>
        <w:t xml:space="preserve">[07:22] </w:t>
      </w:r>
      <w:r>
        <w:t>toh haqeeqat yeh hai keh kainat</w:t>
      </w:r>
    </w:p>
    <w:p>
      <w:pPr>
        <w:jc w:val="right"/>
      </w:pPr>
      <w:r>
        <w:t>تو حقیقت یہ ہے کہ کائنات</w:t>
      </w:r>
    </w:p>
    <w:p>
      <w:r>
        <w:rPr>
          <w:b/>
        </w:rPr>
        <w:t xml:space="preserve">[07:28] </w:t>
      </w:r>
      <w:r>
        <w:t>maujood hai, woh bohat hi maani khaiz hai.</w:t>
      </w:r>
    </w:p>
    <w:p>
      <w:pPr>
        <w:jc w:val="right"/>
      </w:pPr>
      <w:r>
        <w:t>موجود ہے، وہ بہت ہی معنی خیز ہے۔</w:t>
      </w:r>
    </w:p>
    <w:p>
      <w:r>
        <w:rPr>
          <w:b/>
        </w:rPr>
        <w:t xml:space="preserve">[07:34] </w:t>
      </w:r>
      <w:r>
        <w:t>hum is ko apnay mushahiday mein, tajribay mein, har aitbaar se is ke wajood ko hum</w:t>
      </w:r>
    </w:p>
    <w:p>
      <w:pPr>
        <w:jc w:val="right"/>
      </w:pPr>
      <w:r>
        <w:t>ہم اس کو اپنے مشاہدے میں، تجربے میں، ہر اعتبار سے اس کے وجود کو ہم</w:t>
      </w:r>
    </w:p>
    <w:p>
      <w:r>
        <w:rPr>
          <w:b/>
        </w:rPr>
        <w:t xml:space="preserve">[07:43] </w:t>
      </w:r>
      <w:r>
        <w:t>daryaft karte hain. toh aakhir yeh kaise hai? aur bohat hi zyada maani khaiz, bohat hi well designed, well planned.</w:t>
      </w:r>
    </w:p>
    <w:p>
      <w:pPr>
        <w:jc w:val="right"/>
      </w:pPr>
      <w:r>
        <w:t>دریافت کرتے ہیں۔ تو آخر یہ کیسے ہے؟ اور بہت ہی زیادہ معنی خیز، بہت ہی well designed، well planned۔</w:t>
      </w:r>
    </w:p>
    <w:p>
      <w:r>
        <w:rPr>
          <w:b/>
        </w:rPr>
        <w:t xml:space="preserve">[07:59] </w:t>
      </w:r>
      <w:r>
        <w:t>toh kaise aisa hai? jaise abhi, yaani beshumar cheezein science ne daryaft ki hain. jaise ek, ek abhi ek aayi hai, ek tehqeeq, bohat hi ajeeb.</w:t>
      </w:r>
    </w:p>
    <w:p>
      <w:pPr>
        <w:jc w:val="right"/>
      </w:pPr>
      <w:r>
        <w:t>تو کیسے ایسا ہے؟ جیسے ابھی، یعنی بے شمار چیزیں سائنس نے دریافت کی ہیں۔ جیسے ایک، ایک ابھی ایک آئی ہے، ایک تحقیق، بہت ہی عجیب۔</w:t>
      </w:r>
    </w:p>
    <w:p>
      <w:r>
        <w:rPr>
          <w:b/>
        </w:rPr>
        <w:t xml:space="preserve">[08:15] </w:t>
      </w:r>
      <w:r>
        <w:t>woh yeh hai keh hamari jo kahkashan, hamara jo shamsi nizam hai, jis mein hamari zameen hai,</w:t>
      </w:r>
    </w:p>
    <w:p>
      <w:pPr>
        <w:jc w:val="right"/>
      </w:pPr>
      <w:r>
        <w:t>وہ یہ ہے کہ ہماری جو کہکشاں، ہمارا جو شمسی نظام ہے، جس میں ہماری زمین ہے،</w:t>
      </w:r>
    </w:p>
    <w:p>
      <w:r>
        <w:rPr>
          <w:b/>
        </w:rPr>
        <w:t xml:space="preserve">[08:23] </w:t>
      </w:r>
      <w:r>
        <w:t>woh ek kahkashan mein hai, jis ko hum doodhiya kehte hain. toh yeh jo kahkashan hai, is mein billion sitare hain, aur bohat hi baray baray, suraj se baray baray.</w:t>
      </w:r>
    </w:p>
    <w:p>
      <w:pPr>
        <w:jc w:val="right"/>
      </w:pPr>
      <w:r>
        <w:t>وہ ایک کہکشاں میں ہے، جس کو ہم دودھیا کہتے ہیں۔ تو یہ جو کہکشاں ہے، اس میں بلین ستارے ہیں، اور بہت ہی بڑے بڑے، سورج سے بڑے بڑے۔</w:t>
      </w:r>
    </w:p>
    <w:p>
      <w:r>
        <w:rPr>
          <w:b/>
        </w:rPr>
        <w:t xml:space="preserve">[08:36] </w:t>
      </w:r>
      <w:r>
        <w:t>toh woh itna zyada garam hai keh agar hamara</w:t>
      </w:r>
    </w:p>
    <w:p>
      <w:pPr>
        <w:jc w:val="right"/>
      </w:pPr>
      <w:r>
        <w:t>تو وہ اتنا زیادہ گرم ہے کہ اگر ہمارا</w:t>
      </w:r>
    </w:p>
    <w:p>
      <w:r>
        <w:rPr>
          <w:b/>
        </w:rPr>
        <w:t xml:space="preserve">[08:41] </w:t>
      </w:r>
      <w:r>
        <w:t>shamsi nizam is ke beech mein hota toh hum log jal bharr kar khatam ho jatay. yaani kis ne is tarah design kiya kahkashan ko aur shamsi nizam ko?</w:t>
      </w:r>
    </w:p>
    <w:p>
      <w:pPr>
        <w:jc w:val="right"/>
      </w:pPr>
      <w:r>
        <w:t>شمسی نظام اس کے بیچ میں ہوتا تو ہم لوگ جل بھر کر ختم ہو جاتے۔ یعنی کس نے اس طرح ڈیزائن کیا کہکشاں کو اور شمسی نظام کو؟</w:t>
      </w:r>
    </w:p>
    <w:p>
      <w:r>
        <w:rPr>
          <w:b/>
        </w:rPr>
        <w:t xml:space="preserve">[08:50] </w:t>
      </w:r>
      <w:r>
        <w:t>jis ko pata tha keh agar beech mein rahega shamsi nizam toh insaan jal bharr kar khatam ho jayega.</w:t>
      </w:r>
    </w:p>
    <w:p>
      <w:pPr>
        <w:jc w:val="right"/>
      </w:pPr>
      <w:r>
        <w:t>جس کو پتہ تھا کہ اگر بیچ میں رہے گا شمسی نظام تو انسان جل بھر کر ختم ہو جائے گا۔</w:t>
      </w:r>
    </w:p>
    <w:p>
      <w:r>
        <w:rPr>
          <w:b/>
        </w:rPr>
        <w:t xml:space="preserve">[09:00] </w:t>
      </w:r>
      <w:r>
        <w:t>is tarah ki billion trillion cheezein hain. abhi haal hi mein ek cheez aayi hai keh hamari kahkashan, jo bohat hi bari hai, bohat hi bari hai, is mein ek dark star hai.</w:t>
      </w:r>
    </w:p>
    <w:p>
      <w:pPr>
        <w:jc w:val="right"/>
      </w:pPr>
      <w:r>
        <w:t>اس طرح کی بلین ٹریلین چیزیں ہیں۔ ابھی حال ہی میں ایک چیز آئی ہے کہ ہماری کہکشاں، جو بہت ہی بڑی ہے، بہت ہی بڑی ہے، اس میں ایک ڈارک اسٹار ہے۔</w:t>
      </w:r>
    </w:p>
    <w:p>
      <w:r>
        <w:rPr>
          <w:b/>
        </w:rPr>
        <w:t xml:space="preserve">[09:11] </w:t>
      </w:r>
      <w:r>
        <w:t>dark star is ko kehte hain jo bohat hi taqatwar hota hai.</w:t>
      </w:r>
    </w:p>
    <w:p>
      <w:pPr>
        <w:jc w:val="right"/>
      </w:pPr>
      <w:r>
        <w:t>ڈارک اسٹار اس کو کہتے ہیں جو بہت ہی طاقتور ہوتا ہے۔</w:t>
      </w:r>
    </w:p>
    <w:p>
      <w:r>
        <w:rPr>
          <w:b/>
        </w:rPr>
        <w:t xml:space="preserve">[09:16] </w:t>
      </w:r>
      <w:r>
        <w:t>itna taqatwar keh apni roshni ko bhi nikalne nahi deta. toh chunke hum jab tak hamare aur object ke beech mein roshni na ho, hum dekh nahi sakte.</w:t>
      </w:r>
    </w:p>
    <w:p>
      <w:pPr>
        <w:jc w:val="right"/>
      </w:pPr>
      <w:r>
        <w:t>اتنا طاقتور کہ اپنی روشنی کو بھی نکلنے نہیں دیتا۔ تو چونکہ ہم جب تک ہمارے اور آبجیکٹ کے بیچ میں روشنی نہ ہو، ہم دیکھ نہیں سکتے۔</w:t>
      </w:r>
    </w:p>
    <w:p>
      <w:r>
        <w:rPr>
          <w:b/>
        </w:rPr>
        <w:t xml:space="preserve">[09:29] </w:t>
      </w:r>
      <w:r>
        <w:t>toh hamare dekhnay ki nisbat se woh dark hai. warna woh ek roshan sitara hai.</w:t>
      </w:r>
    </w:p>
    <w:p>
      <w:pPr>
        <w:jc w:val="right"/>
      </w:pPr>
      <w:r>
        <w:t>تو ہمارے دیکھنے کی نسبت سے وہ ڈارک ہے۔ ورنہ وہ ایک روشن ستارہ ہے۔</w:t>
      </w:r>
    </w:p>
    <w:p>
      <w:r>
        <w:rPr>
          <w:b/>
        </w:rPr>
        <w:t xml:space="preserve">[09:37] </w:t>
      </w:r>
      <w:r>
        <w:t>toh hamari kahkashan, jo hai, jis mein hamara shamsi nizam hai aur zameen hai, is mein haal mein ek dark star daryaft hua hai.</w:t>
      </w:r>
    </w:p>
    <w:p>
      <w:pPr>
        <w:jc w:val="right"/>
      </w:pPr>
      <w:r>
        <w:t>تو ہماری کہکشاں، جو ہے، جس میں ہمارا شمسی نظام ہے اور زمین ہے، اس میں حال میں ایک ڈارک اسٹار دریافت ہوا ہے۔</w:t>
      </w:r>
    </w:p>
    <w:p>
      <w:r>
        <w:rPr>
          <w:b/>
        </w:rPr>
        <w:t xml:space="preserve">[09:49] </w:t>
      </w:r>
      <w:r>
        <w:t>woh bohat hi taqatwar hai. toh pehle se insaan jaanta tha</w:t>
      </w:r>
    </w:p>
    <w:p>
      <w:pPr>
        <w:jc w:val="right"/>
      </w:pPr>
      <w:r>
        <w:t>وہ بہت ہی طاقتور ہے۔ تو پہلے سے انسان جانتا تھا</w:t>
      </w:r>
    </w:p>
    <w:p>
      <w:r>
        <w:rPr>
          <w:b/>
        </w:rPr>
        <w:t xml:space="preserve">[09:55] </w:t>
      </w:r>
      <w:r>
        <w:t>keh upar se, yaani hamare shamsi nizam ke bahir se, charon taraf se, har waqt, har second, beshumar sitare aa rahe hain.</w:t>
      </w:r>
    </w:p>
    <w:p>
      <w:pPr>
        <w:jc w:val="right"/>
      </w:pPr>
      <w:r>
        <w:t>کہ اوپر سے، یعنی ہمارے شمسی نظام کے باہر سے، چاروں طرف سے، ہر وقت، ہر سیکنڈ، بے شمار ستارے آ رہے ہیں۔</w:t>
      </w:r>
    </w:p>
    <w:p>
      <w:r>
        <w:rPr>
          <w:b/>
        </w:rPr>
        <w:t xml:space="preserve">[10:07] </w:t>
      </w:r>
      <w:r>
        <w:t>sitare kehte hain pathar ko. woh chotay, baray, har qism ke pathar hotay hain.</w:t>
      </w:r>
    </w:p>
    <w:p>
      <w:pPr>
        <w:jc w:val="right"/>
      </w:pPr>
      <w:r>
        <w:t>ستارے کہتے ہیں پتھر کو۔ وہ چھوٹے، بڑے، ہر قسم کے پتھر ہوتے ہیں۔</w:t>
      </w:r>
    </w:p>
    <w:p>
      <w:r>
        <w:rPr>
          <w:b/>
        </w:rPr>
        <w:t xml:space="preserve">[10:15] </w:t>
      </w:r>
      <w:r>
        <w:t>million, billion pathar har waqt aa rahe hain charon taraf se. toh yeh bohat ajeeb sawal tha keh pathar jo aa rahe hain, toh kaise zameen par hum hifazat se reh rahe hain?</w:t>
      </w:r>
    </w:p>
    <w:p>
      <w:pPr>
        <w:jc w:val="right"/>
      </w:pPr>
      <w:r>
        <w:t>ملین، بلین پتھر ہر وقت آ رہے ہیں چاروں طرف سے۔ تو یہ بہت عجیب سوال تھا کہ پتھر جو آ رہے ہیں، تو کیسے زمین پر ہم حفاظت سے رہ رہے ہیں؟</w:t>
      </w:r>
    </w:p>
    <w:p>
      <w:r>
        <w:rPr>
          <w:b/>
        </w:rPr>
        <w:t xml:space="preserve">[10:28] </w:t>
      </w:r>
      <w:r>
        <w:t>yahan toh patharon ki barish hona chahiye.</w:t>
      </w:r>
    </w:p>
    <w:p>
      <w:pPr>
        <w:jc w:val="right"/>
      </w:pPr>
      <w:r>
        <w:t>یہاں تو پتھروں کی بارش ہونا چاہیے۔</w:t>
      </w:r>
    </w:p>
    <w:p>
      <w:r>
        <w:rPr>
          <w:b/>
        </w:rPr>
        <w:t xml:space="preserve">[10:33] </w:t>
      </w:r>
      <w:r>
        <w:t>toh ek nazariya banaya gaya tha keh pathar jo aate hain, jab woh zameen ki fiza mein dakhil karte hain toh jal kar woh reza reza ho jatay hain.</w:t>
      </w:r>
    </w:p>
    <w:p>
      <w:pPr>
        <w:jc w:val="right"/>
      </w:pPr>
      <w:r>
        <w:t>تو ایک نظریہ بنایا گیا تھا کہ پتھر جو آتے ہیں، جب وہ زمین کی فضا میں داخل کرتے ہیں تو جل کر وہ ریزہ ریزہ ہو جاتے ہیں۔</w:t>
      </w:r>
    </w:p>
    <w:p>
      <w:r>
        <w:rPr>
          <w:b/>
        </w:rPr>
        <w:t xml:space="preserve">[10:43] </w:t>
      </w:r>
      <w:r>
        <w:t>lekin yeh jo wazahat thi, yeh poori tarah is ko kafi nahi tha is ko batane ke liye.</w:t>
      </w:r>
    </w:p>
    <w:p>
      <w:pPr>
        <w:jc w:val="right"/>
      </w:pPr>
      <w:r>
        <w:t>لیکن یہ جو وضاحت تھی، یہ پوری طرح اس کو کافی نہیں تھا اس کو بتانے کے لیے۔</w:t>
      </w:r>
    </w:p>
    <w:p>
      <w:r>
        <w:rPr>
          <w:b/>
        </w:rPr>
        <w:t xml:space="preserve">[10:51] </w:t>
      </w:r>
      <w:r>
        <w:t>ab jo hai, daryaft hua keh yeh jo dark star ya dark matter hai, woh saaray is ko hal karta rehta hai. is ki yeh tasweer hai.</w:t>
      </w:r>
    </w:p>
    <w:p>
      <w:pPr>
        <w:jc w:val="right"/>
      </w:pPr>
      <w:r>
        <w:t>اب جو ہے، دریافت ہوا کہ یہ جو ڈارک اسٹار یا ڈارک میٹر ہے، وہ سارے اس کو حل کرتا رہتا ہے۔ اس کی یہ تصویر ہے۔</w:t>
      </w:r>
    </w:p>
    <w:p>
      <w:r>
        <w:rPr>
          <w:b/>
        </w:rPr>
        <w:t xml:space="preserve">[11:04] </w:t>
      </w:r>
      <w:r>
        <w:t>kaisi ajeeb baat hai.</w:t>
      </w:r>
    </w:p>
    <w:p>
      <w:pPr>
        <w:jc w:val="right"/>
      </w:pPr>
      <w:r>
        <w:t>کیسی عجیب بات ہے۔</w:t>
      </w:r>
    </w:p>
    <w:p>
      <w:r>
        <w:rPr>
          <w:b/>
        </w:rPr>
        <w:t xml:space="preserve">[11:07] </w:t>
      </w:r>
      <w:r>
        <w:t>hum zameen par itnay itminaan se reh rahay hain, bohat hi sukoon ke sath, bohat hi sukoon ke sath, sari sargarmiyan karte hain, sari mansooba bandi karte hain.</w:t>
      </w:r>
    </w:p>
    <w:p>
      <w:pPr>
        <w:jc w:val="right"/>
      </w:pPr>
      <w:r>
        <w:t>ہم زمین پر اتنے اطمینان سے رہ رہے ہیں، بہت ہی سکون کے ساتھ، بہت ہی سکون کے ساتھ، ساری سرگرمیاں کرتے ہیں، ساری منصوبہ بندی کرتے ہیں۔</w:t>
      </w:r>
    </w:p>
    <w:p>
      <w:r>
        <w:rPr>
          <w:b/>
        </w:rPr>
        <w:t xml:space="preserve">[11:22] </w:t>
      </w:r>
      <w:r>
        <w:t>yeh kaise mumkin hota hai ke sayarchon ka jo toofan har waqt aa raha hai, woh sab hal karta kar leta hai?</w:t>
      </w:r>
    </w:p>
    <w:p>
      <w:pPr>
        <w:jc w:val="right"/>
      </w:pPr>
      <w:r>
        <w:t>یہ کیسے ممکن ہوتا ہے کہ سیارچوں کا جو طوفان ہر وقت آ رہا ہے، وہ سب حل کرتا کر لیتا ہے؟</w:t>
      </w:r>
    </w:p>
    <w:p>
      <w:r>
        <w:rPr>
          <w:b/>
        </w:rPr>
        <w:t xml:space="preserve">[11:30] </w:t>
      </w:r>
      <w:r>
        <w:t>woh</w:t>
      </w:r>
    </w:p>
    <w:p>
      <w:pPr>
        <w:jc w:val="right"/>
      </w:pPr>
      <w:r>
        <w:t>وہ</w:t>
      </w:r>
    </w:p>
    <w:p>
      <w:r>
        <w:rPr>
          <w:b/>
        </w:rPr>
        <w:t xml:space="preserve">[11:34] </w:t>
      </w:r>
      <w:r>
        <w:t>hamaray oopar, hum tak nahi pohanchta. warna pathron ki barish hoti hai aur hum mein se koi phir zinda na rehta.</w:t>
      </w:r>
    </w:p>
    <w:p>
      <w:pPr>
        <w:jc w:val="right"/>
      </w:pPr>
      <w:r>
        <w:t>ہمارے اوپر، ہم تک نہیں پہنچتا۔ ورنہ پتھروں کی بارش ہوتی ہے اور ہم میں سے کوئی پھر زندہ نہ رہتا۔</w:t>
      </w:r>
    </w:p>
    <w:p>
      <w:r>
        <w:rPr>
          <w:b/>
        </w:rPr>
        <w:t xml:space="preserve">[11:45] </w:t>
      </w:r>
      <w:r>
        <w:t>kaisi ajeeb baat hai.</w:t>
      </w:r>
    </w:p>
    <w:p>
      <w:pPr>
        <w:jc w:val="right"/>
      </w:pPr>
      <w:r>
        <w:t>کیسی عجیب بات ہے۔</w:t>
      </w:r>
    </w:p>
    <w:p>
      <w:r>
        <w:rPr>
          <w:b/>
        </w:rPr>
        <w:t xml:space="preserve">[11:48] </w:t>
      </w:r>
      <w:r>
        <w:t>kaisi ajeeb baat hai. yeh us ki tasweer chhapi hai akhbar mein. yeh abhi aik haftay ki baat hai. to aisi aik do nahi, aisi bohat si baatein hain jo maine, jin mein se kuch maine likha hai apni kitab "mazhab aur jadeed challenge" mein, jo chhapi hai angrezi mein "God Rises" ke naam se.</w:t>
      </w:r>
    </w:p>
    <w:p>
      <w:pPr>
        <w:jc w:val="right"/>
      </w:pPr>
      <w:r>
        <w:t>کیسی عجیب بات ہے۔ یہ اس کی تصویر چھپی ہے اخبار میں۔ یہ ابھی ایک ہفتے کی بات ہے۔ تو ایسی ایک دو نہیں، ایسی بہت سی باتیں ہیں جو میں نے، جن میں سے کچھ میں نے لکھا ہے اپنی کتاب "مذہب اور جدید چیلنج" میں، جو چھپی ہے انگریزی میں "گاڈ رائزز" کے نام سے۔</w:t>
      </w:r>
    </w:p>
    <w:p>
      <w:r>
        <w:rPr>
          <w:b/>
        </w:rPr>
        <w:t xml:space="preserve">[12:10] </w:t>
      </w:r>
      <w:r>
        <w:t>aur arabi mein, aur arabi mein "Al Islam Atada" ke naam se. aisi bohat si cheezein maine is mein di hain. woh bhi misaal hain.</w:t>
      </w:r>
    </w:p>
    <w:p>
      <w:pPr>
        <w:jc w:val="right"/>
      </w:pPr>
      <w:r>
        <w:t>اور عربی میں، اور عربی میں "الاسلام اتعدا" کے نام سے۔ ایسی بہت سی چیزیں میں نے اس میں دی ہیں۔ وہ بھی مثال ہیں۔</w:t>
      </w:r>
    </w:p>
    <w:p>
      <w:r>
        <w:rPr>
          <w:b/>
        </w:rPr>
        <w:t xml:space="preserve">[12:18] </w:t>
      </w:r>
      <w:r>
        <w:t>woh sari baatein to itni ziyada hain ke woh abhi tak insaan daryaft kar raha hai aur is ka anjaam nahi aaya.</w:t>
      </w:r>
    </w:p>
    <w:p>
      <w:pPr>
        <w:jc w:val="right"/>
      </w:pPr>
      <w:r>
        <w:t>وہ ساری باتیں تو اتنی زیادہ ہیں کہ وہ ابھی تک انسان دریافت کر رہا ہے اور اس کا انجام نہیں آیا۔</w:t>
      </w:r>
    </w:p>
    <w:p>
      <w:r>
        <w:rPr>
          <w:b/>
        </w:rPr>
        <w:t xml:space="preserve">[12:29] </w:t>
      </w:r>
      <w:r>
        <w:t>to ab sawal yeh hai ke itni well designed, itni well planned, itni maani khaiz</w:t>
      </w:r>
    </w:p>
    <w:p>
      <w:pPr>
        <w:jc w:val="right"/>
      </w:pPr>
      <w:r>
        <w:t>تو اب سوال یہ ہے کہ اتنی well designed، اتنی well planned، اتنی معنی خیز</w:t>
      </w:r>
    </w:p>
    <w:p>
      <w:r>
        <w:rPr>
          <w:b/>
        </w:rPr>
        <w:t xml:space="preserve">[12:37] </w:t>
      </w:r>
      <w:r>
        <w:t>duniya kaise ban gayi? agar is ka koi bananay wala nahi, koi sustainer nahi.</w:t>
      </w:r>
    </w:p>
    <w:p>
      <w:pPr>
        <w:jc w:val="right"/>
      </w:pPr>
      <w:r>
        <w:t>دنیا کیسے بن گئی؟ اگر اس کا کوئی بنانے والا نہیں، کوئی سسٹینر نہیں۔</w:t>
      </w:r>
    </w:p>
    <w:p>
      <w:r>
        <w:rPr>
          <w:b/>
        </w:rPr>
        <w:t xml:space="preserve">[12:46] </w:t>
      </w:r>
      <w:r>
        <w:t>to scientist jo hai, is tarah ki baat philosophers kehte hain. yeh jo start mill tha ya james mill tha, yeh sab philosophers thay.</w:t>
      </w:r>
    </w:p>
    <w:p>
      <w:pPr>
        <w:jc w:val="right"/>
      </w:pPr>
      <w:r>
        <w:t>تو سائنسدان جو ہے، اس طرح کی بات فلاسفرز کہتے ہیں۔ یہ جو اسٹارٹ مل تھا یا جیمز مل تھا، یہ سب فلاسفر تھے۔</w:t>
      </w:r>
    </w:p>
    <w:p>
      <w:r>
        <w:rPr>
          <w:b/>
        </w:rPr>
        <w:t xml:space="preserve">[12:57] </w:t>
      </w:r>
      <w:r>
        <w:t>scientist kabhi aisi baat nahi karta. chuna ke scientists ne dekhe,</w:t>
      </w:r>
    </w:p>
    <w:p>
      <w:pPr>
        <w:jc w:val="right"/>
      </w:pPr>
      <w:r>
        <w:t>سائنسدان کبھی ایسی بات نہیں کرتا۔ چونکہ سائنسدانوں نے دیکھے،</w:t>
      </w:r>
    </w:p>
    <w:p>
      <w:r>
        <w:rPr>
          <w:b/>
        </w:rPr>
        <w:t xml:space="preserve">[13:03] </w:t>
      </w:r>
      <w:r>
        <w:t>yeh maana ke koi taqat hai. newton ne maana tha ke koi quwwat hai is duniya ke peechay. sir james jail ne kaha ke koi riyazi bandhan hai is ke peechay.</w:t>
      </w:r>
    </w:p>
    <w:p>
      <w:pPr>
        <w:jc w:val="right"/>
      </w:pPr>
      <w:r>
        <w:t>یہ مانا کہ کوئی طاقت ہے۔ نیوٹن نے مانا تھا کہ کوئی قوت ہے اس دنیا کے پیچھے۔ سر جیمز جیل نے کہا کہ کوئی ریاضیاتی بندھن ہے اس کے پیچھے۔</w:t>
      </w:r>
    </w:p>
    <w:p>
      <w:r>
        <w:rPr>
          <w:b/>
        </w:rPr>
        <w:t xml:space="preserve">[13:18] </w:t>
      </w:r>
      <w:r>
        <w:t>fred hoyle ne kaha ke koi koi zehant hai is ke peechay.</w:t>
      </w:r>
    </w:p>
    <w:p>
      <w:pPr>
        <w:jc w:val="right"/>
      </w:pPr>
      <w:r>
        <w:t>فریڈ ہائل نے کہا کہ کوئی کوئی ذہانت ہے اس کے پیچھے۔</w:t>
      </w:r>
    </w:p>
    <w:p>
      <w:r>
        <w:rPr>
          <w:b/>
        </w:rPr>
        <w:t xml:space="preserve">[13:25] </w:t>
      </w:r>
      <w:r>
        <w:t>to sab is tarah kaise maantay rahay hain, agarchay woh Khuda ka naam nahi letay? woh</w:t>
      </w:r>
    </w:p>
    <w:p>
      <w:pPr>
        <w:jc w:val="right"/>
      </w:pPr>
      <w:r>
        <w:t>تو سب اس طرح کیسے مانتے رہے ہیں، اگرچہ وہ خدا کا نام نہیں لیتے؟ وہ</w:t>
      </w:r>
    </w:p>
    <w:p>
      <w:r>
        <w:rPr>
          <w:b/>
        </w:rPr>
        <w:t xml:space="preserve">[13:32] </w:t>
      </w:r>
      <w:r>
        <w:t>to beharhaal yeh maanna paray ga ke aik Khuda hai jo mojood kar raha hai,</w:t>
      </w:r>
    </w:p>
    <w:p>
      <w:pPr>
        <w:jc w:val="right"/>
      </w:pPr>
      <w:r>
        <w:t>تو بہرحال یہ ماننا پڑے گا کہ ایک خدا ہے جو موجود کر رہا ہے،</w:t>
      </w:r>
    </w:p>
    <w:p>
      <w:r>
        <w:rPr>
          <w:b/>
        </w:rPr>
        <w:t xml:space="preserve">[13:44] </w:t>
      </w:r>
      <w:r>
        <w:t>jo jaan nay wala hai, khud mojood hai, jo sustainer hai.</w:t>
      </w:r>
    </w:p>
    <w:p>
      <w:pPr>
        <w:jc w:val="right"/>
      </w:pPr>
      <w:r>
        <w:t>جو ہم جاننے والا ہے، خود موجود ہے، جو سسٹینر ہے۔</w:t>
      </w:r>
    </w:p>
    <w:p>
      <w:r>
        <w:rPr>
          <w:b/>
        </w:rPr>
        <w:t xml:space="preserve">[13:53] </w:t>
      </w:r>
      <w:r>
        <w:t>agar sab kuch hai. yani hum dekhiye, aik cheunti bhi nahi bana sakte. hum 33 sari kainat bani hui hai hamaray liye.</w:t>
      </w:r>
    </w:p>
    <w:p>
      <w:pPr>
        <w:jc w:val="right"/>
      </w:pPr>
      <w:r>
        <w:t>اگر سب کچھ ہے۔ یعنی ہم دیکھیے، ایک چیونٹی بھی نہیں بنا سکتے۔ ہم 33 ساری کائنات بنی ہوئی ہے ہمارے لیے۔</w:t>
      </w:r>
    </w:p>
    <w:p>
      <w:r>
        <w:rPr>
          <w:b/>
        </w:rPr>
        <w:t xml:space="preserve">[14:04] </w:t>
      </w:r>
      <w:r>
        <w:t>to pehli baat yeh hai ke jo is ne kaha tha, aik french philosopher ne</w:t>
      </w:r>
    </w:p>
    <w:p>
      <w:pPr>
        <w:jc w:val="right"/>
      </w:pPr>
      <w:r>
        <w:t>تو پہلی بات یہ ہے کہ جو اس نے کہا تھا، ایک فرانسیسی فلاسفر نے</w:t>
      </w:r>
    </w:p>
    <w:p>
      <w:r>
        <w:rPr>
          <w:b/>
        </w:rPr>
        <w:t xml:space="preserve">[14:16] </w:t>
      </w:r>
      <w:r>
        <w:t>"I think therefore I am."</w:t>
      </w:r>
    </w:p>
    <w:p>
      <w:pPr>
        <w:jc w:val="right"/>
      </w:pPr>
      <w:r>
        <w:t>کہ "I think therefore I am."</w:t>
      </w:r>
    </w:p>
    <w:p>
      <w:r>
        <w:rPr>
          <w:b/>
        </w:rPr>
        <w:t xml:space="preserve">[14:23] </w:t>
      </w:r>
      <w:r>
        <w:t>"I think therefore I am." to main kahunga ke "I am therefore God is." agar soch jo hai mere wajood ka saboot hai to mera wajood Khuda ka saboot hai.</w:t>
      </w:r>
    </w:p>
    <w:p>
      <w:pPr>
        <w:jc w:val="right"/>
      </w:pPr>
      <w:r>
        <w:t>"I think therefore I am." تو میں کہوں گا کہ "I am therefore God is." اگر سوچ جو ہے میرے وجود کا ثبوت ہے تو میرا وجود خدا کا ثبوت ہے۔</w:t>
      </w:r>
    </w:p>
    <w:p>
      <w:r>
        <w:rPr>
          <w:b/>
        </w:rPr>
        <w:t xml:space="preserve">[14:45] </w:t>
      </w:r>
      <w:r>
        <w:t>to yeh beharhaal, yani logic ka taqaza, aql ka taqaza, aur har qism ki ma'qooliyat ka taqaza yeh hai ke hum Khuda ko manen.</w:t>
      </w:r>
    </w:p>
    <w:p>
      <w:pPr>
        <w:jc w:val="right"/>
      </w:pPr>
      <w:r>
        <w:t>تو یہ بہرحال، یعنی منطق کا تقاضا، عقل کا تقاضا، اور ہر قسم کی معقولیت کا تقاضا یہ ہے کہ ہم خدا کو مانیں۔</w:t>
      </w:r>
    </w:p>
    <w:p>
      <w:r>
        <w:rPr>
          <w:b/>
        </w:rPr>
        <w:t xml:space="preserve">[15:02] </w:t>
      </w:r>
      <w:r>
        <w:t>to aik to Khuda ka saboot yeh hai</w:t>
      </w:r>
    </w:p>
    <w:p>
      <w:pPr>
        <w:jc w:val="right"/>
      </w:pPr>
      <w:r>
        <w:t>تو ایک تو خدا کا ثبوت یہ ہے</w:t>
      </w:r>
    </w:p>
    <w:p>
      <w:r>
        <w:rPr>
          <w:b/>
        </w:rPr>
        <w:t xml:space="preserve">[15:05] </w:t>
      </w:r>
      <w:r>
        <w:t>jo mushahiday par mabni hai. doosra jo hai intuition par mabni hai. intuition. dekhiye, har aadmi jo paida hota hai, baghair kisi istisnay ke, is ke andar aik ehsaas-e-ta'alluq hota hai.</w:t>
      </w:r>
    </w:p>
    <w:p>
      <w:pPr>
        <w:jc w:val="right"/>
      </w:pPr>
      <w:r>
        <w:t>جو مشاہدے پر مبنی ہے۔ دوسرا جو ہے انٹیوشن پر مبنی ہے۔ انٹیوشن۔ دیکھیے، ہر آدمی جو پیدا ہوتا ہے، بغیر کسی استثنا کے، اس کے اندر ایک احساسِ تعلق ہوتا ہے۔</w:t>
      </w:r>
    </w:p>
    <w:p>
      <w:r>
        <w:rPr>
          <w:b/>
        </w:rPr>
        <w:t xml:space="preserve">[15:20] </w:t>
      </w:r>
      <w:r>
        <w:t>kisi ko maanne ka jazba. koi apne se bara.</w:t>
      </w:r>
    </w:p>
    <w:p>
      <w:pPr>
        <w:jc w:val="right"/>
      </w:pPr>
      <w:r>
        <w:t>کسی کو ماننے کا جذبہ۔ کوئی اپنے سے بڑا۔</w:t>
      </w:r>
    </w:p>
    <w:p>
      <w:r>
        <w:rPr>
          <w:b/>
        </w:rPr>
        <w:t xml:space="preserve">[15:25] </w:t>
      </w:r>
      <w:r>
        <w:t>is ko aadmi jod deta hai kisi ke saath. kisi group ke saath. kisi shakhsiyat ke saath. pehle log suraj chand ke saath jod lete thay.</w:t>
      </w:r>
    </w:p>
    <w:p>
      <w:pPr>
        <w:jc w:val="right"/>
      </w:pPr>
      <w:r>
        <w:t>اس کو آدمی جوڑ دیتا ہے کسی کے ساتھ۔ کسی گروپ کے ساتھ۔ کسی شخصیت کے ساتھ۔ پہلے لوگ سورج چاند کے ساتھ جوڑ لیتے تھے۔</w:t>
      </w:r>
    </w:p>
    <w:p>
      <w:r>
        <w:rPr>
          <w:b/>
        </w:rPr>
        <w:t xml:space="preserve">[15:37] </w:t>
      </w:r>
      <w:r>
        <w:t>to hamesha insaan jo hai kisi ko maanta raha hai apne se bara.</w:t>
      </w:r>
    </w:p>
    <w:p>
      <w:pPr>
        <w:jc w:val="right"/>
      </w:pPr>
      <w:r>
        <w:t>تو ہمیشہ انسان جو ہے کسی کو مانتا رہا ہے اپنے سے بڑا۔</w:t>
      </w:r>
    </w:p>
    <w:p>
      <w:r>
        <w:rPr>
          <w:b/>
        </w:rPr>
        <w:t xml:space="preserve">[15:45] </w:t>
      </w:r>
      <w:r>
        <w:t>to ek hai tauheed, ek hai shirk. shirk yeh hai ke "other than God" ko, yaani tauheed yeh hai ke Khuda ko Khuda maana jaye.</w:t>
      </w:r>
    </w:p>
    <w:p>
      <w:pPr>
        <w:jc w:val="right"/>
      </w:pPr>
      <w:r>
        <w:t>تو ایک ہے توحید، ایک ہے شرک۔ شرک یہ ہے کہ "other than God" کو، یعنی توحید یہ ہے کہ خدا کو خدا مانا جائے۔</w:t>
      </w:r>
    </w:p>
    <w:p>
      <w:r>
        <w:rPr>
          <w:b/>
        </w:rPr>
        <w:t xml:space="preserve">[15:59] </w:t>
      </w:r>
      <w:r>
        <w:t>Khuda ko Khuda maana jaye. shirk yeh hai ke</w:t>
      </w:r>
    </w:p>
    <w:p>
      <w:pPr>
        <w:jc w:val="right"/>
      </w:pPr>
      <w:r>
        <w:t>خدا کو خدا مانا جائے۔ شرک یہ ہے کہ</w:t>
      </w:r>
    </w:p>
    <w:p>
      <w:r>
        <w:rPr>
          <w:b/>
        </w:rPr>
        <w:t xml:space="preserve">[16:02] </w:t>
      </w:r>
      <w:r>
        <w:t>"other than God" kisi ko woh darja de diya jaye jo ke Khuda ka darja hai. poori tareekh mein yahi raha hai. kabhi aisa nahi hua tareekh mein ke Khuda ko na maanne wale duniya mein bhar gaye hon.</w:t>
      </w:r>
    </w:p>
    <w:p>
      <w:pPr>
        <w:jc w:val="right"/>
      </w:pPr>
      <w:r>
        <w:t>"other than God" کسی کو وہ درجہ دے دیا جائے جو کہ خدا کا درجہ ہے۔ پوری تاریخ میں یہی رہا ہے۔ کبھی ایسا نہیں ہوا تاریخ میں کہ خدا کو نہ ماننے والے دنیا میں بھر گئے ہوں۔</w:t>
      </w:r>
    </w:p>
    <w:p>
      <w:r>
        <w:rPr>
          <w:b/>
        </w:rPr>
        <w:t xml:space="preserve">[16:19] </w:t>
      </w:r>
      <w:r>
        <w:t>aisa kabhi hua nahi.</w:t>
      </w:r>
    </w:p>
    <w:p>
      <w:pPr>
        <w:jc w:val="right"/>
      </w:pPr>
      <w:r>
        <w:t>ایسا کبھی ہوا نہیں۔</w:t>
      </w:r>
    </w:p>
    <w:p>
      <w:r>
        <w:rPr>
          <w:b/>
        </w:rPr>
        <w:t xml:space="preserve">[16:22] </w:t>
      </w:r>
      <w:r>
        <w:t>to ek baat yahi hui. yaani Khuda ke wajood ko maanna. Khuda ke wajood ko maanna.</w:t>
      </w:r>
    </w:p>
    <w:p>
      <w:pPr>
        <w:jc w:val="right"/>
      </w:pPr>
      <w:r>
        <w:t>تو ایک بات یہی ہوئی۔ یعنی خدا کے وجود کو ماننا۔ خدا کے وجود کو ماننا۔</w:t>
      </w:r>
    </w:p>
    <w:p>
      <w:r>
        <w:rPr>
          <w:b/>
        </w:rPr>
        <w:t xml:space="preserve">[16:34] </w:t>
      </w:r>
      <w:r>
        <w:t>falsafi ki zabaan mein hum kahengay ke "I am therefore God is." science ki zabaan mein kahengay ke ek kainat hai, bohat hi maani khaiz, bohat hi well designed.</w:t>
      </w:r>
    </w:p>
    <w:p>
      <w:pPr>
        <w:jc w:val="right"/>
      </w:pPr>
      <w:r>
        <w:t>فلسفی کی زبان میں ہم کہیں گے کہ "I am therefore God is." سائنس کی زبان میں کہیں گے کہ ایک کائنات ہے، بہت ہی معنی خیز، بہت ہی well designed۔</w:t>
      </w:r>
    </w:p>
    <w:p>
      <w:r>
        <w:rPr>
          <w:b/>
        </w:rPr>
        <w:t xml:space="preserve">[16:46] </w:t>
      </w:r>
      <w:r>
        <w:t>to "Who is the designer?" "Who is the designer?"</w:t>
      </w:r>
    </w:p>
    <w:p>
      <w:pPr>
        <w:jc w:val="right"/>
      </w:pPr>
      <w:r>
        <w:t>تو "Who is the designer?" "Who is the designer?"</w:t>
      </w:r>
    </w:p>
    <w:p>
      <w:r>
        <w:rPr>
          <w:b/>
        </w:rPr>
        <w:t xml:space="preserve">[16:55] </w:t>
      </w:r>
      <w:r>
        <w:t>to hamein maanna paray ga ke koi koi designer hai. doosri baat yeh hai ke jab aap Khuda ko maanein to Khuda ko maanna koi saada maanna nahi hai.</w:t>
      </w:r>
    </w:p>
    <w:p>
      <w:pPr>
        <w:jc w:val="right"/>
      </w:pPr>
      <w:r>
        <w:t>تو ہمیں ماننا پڑے گا کہ کوئی کوئی ڈیزائنر ہے۔ دوسری بات یہ ہے کہ جب آپ خدا کو مانیں تو خدا کو ماننا کوئی سادہ ماننا نہیں ہے۔</w:t>
      </w:r>
    </w:p>
    <w:p>
      <w:r>
        <w:rPr>
          <w:b/>
        </w:rPr>
        <w:t xml:space="preserve">[17:10] </w:t>
      </w:r>
      <w:r>
        <w:t>saada maanna nahi hai.</w:t>
      </w:r>
    </w:p>
    <w:p>
      <w:pPr>
        <w:jc w:val="right"/>
      </w:pPr>
      <w:r>
        <w:t>سادہ ماننا نہیں ہے۔</w:t>
      </w:r>
    </w:p>
    <w:p>
      <w:r>
        <w:rPr>
          <w:b/>
        </w:rPr>
        <w:t xml:space="preserve">[17:13] </w:t>
      </w:r>
      <w:r>
        <w:t>Khuda ko maanne ke maani hain ke aap ke upar is ke kuch taqazay aa jatay hain. Khuda ko maanne ke maani yeh nahi hain ke aap antarctica mein koi ek pathar pada hua hai, aise maana aap ne.</w:t>
      </w:r>
    </w:p>
    <w:p>
      <w:pPr>
        <w:jc w:val="right"/>
      </w:pPr>
      <w:r>
        <w:t>خدا کو ماننے کے معنی ہیں کہ آپ کے اوپر اس کے کچھ تقاضے آ جاتے ہیں۔ خدا کو ماننے کے معنی یہ نہیں ہیں کہ آپ انٹارکٹکا میں کوئی ایک پتھر پڑا ہوا ہے، ایسے مان لیا آپ نے۔</w:t>
      </w:r>
    </w:p>
    <w:p>
      <w:r>
        <w:rPr>
          <w:b/>
        </w:rPr>
        <w:t xml:space="preserve">[17:30] </w:t>
      </w:r>
      <w:r>
        <w:t>nahi. Khuda ke maani yeh hain ke aisa Khuda jis ne aap ko paida kiya.</w:t>
      </w:r>
    </w:p>
    <w:p>
      <w:pPr>
        <w:jc w:val="right"/>
      </w:pPr>
      <w:r>
        <w:t>نہیں۔ خدا کے معنی یہ ہیں کہ ایسا خدا جس نے آپ کو پیدا کیا۔</w:t>
      </w:r>
    </w:p>
    <w:p>
      <w:r>
        <w:rPr>
          <w:b/>
        </w:rPr>
        <w:t xml:space="preserve">[17:34] </w:t>
      </w:r>
      <w:r>
        <w:t>jo aap ko suraj ke zariye roshni aur hararat bhej raha hai. jo zameen mein ghiza ugata hai.</w:t>
      </w:r>
    </w:p>
    <w:p>
      <w:pPr>
        <w:jc w:val="right"/>
      </w:pPr>
      <w:r>
        <w:t>جو آپ کو سورج کے ذریعے روشنی اور حرارت بھیج رہا ہے۔ جو زمین میں غذا اگاتا ہے۔</w:t>
      </w:r>
    </w:p>
    <w:p>
      <w:r>
        <w:rPr>
          <w:b/>
        </w:rPr>
        <w:t xml:space="preserve">[17:44] </w:t>
      </w:r>
      <w:r>
        <w:t>jo pani ka zakhira jis ne ikatha kar diya hai. jo oxygen supply kar raha hai. jo billion nahi, billion cheezein kar raha hai, ji sahib, jis ko hum kehte hain "life support system".</w:t>
      </w:r>
    </w:p>
    <w:p>
      <w:pPr>
        <w:jc w:val="right"/>
      </w:pPr>
      <w:r>
        <w:t>جو پانی کا ذخیرہ جس نے اکٹھا کر دیا ہے۔ جو آکسیجن سپلائی کر رہا ہے۔ جو بلین نہیں، بلین چیزیں کر رہا ہے، جی صاحب، جس کو ہم کہتے ہیں "لائف سپورٹ سسٹم"۔</w:t>
      </w:r>
    </w:p>
    <w:p>
      <w:r>
        <w:rPr>
          <w:b/>
        </w:rPr>
        <w:t xml:space="preserve">[17:56] </w:t>
      </w:r>
      <w:r>
        <w:t>to jab yeh sab koi kar raha hai to hamein koi radd-e-amal dena hai is ka.</w:t>
      </w:r>
    </w:p>
    <w:p>
      <w:pPr>
        <w:jc w:val="right"/>
      </w:pPr>
      <w:r>
        <w:t>تو جب یہ سب کوئی کر رہا ہے تو ہمیں کوئی ردِعمل دینا ہے اس کا۔</w:t>
      </w:r>
    </w:p>
    <w:p>
      <w:r>
        <w:rPr>
          <w:b/>
        </w:rPr>
        <w:t xml:space="preserve">[18:02] </w:t>
      </w:r>
      <w:r>
        <w:t>woh radd-e-amal kya hai? woh shukr hai. yaani Khuda dene wala hai. hum wasool kuninda hain. hum Khuda se pa rahe hain.</w:t>
      </w:r>
    </w:p>
    <w:p>
      <w:pPr>
        <w:jc w:val="right"/>
      </w:pPr>
      <w:r>
        <w:t>وہ ردِعمل کیا ہے؟ وہ شکر ہے۔ یعنی خدا دینے والا ہے۔ ہم وصول کنندہ ہیں۔ ہم خدا سے پا رہے ہیں۔</w:t>
      </w:r>
    </w:p>
    <w:p>
      <w:r>
        <w:rPr>
          <w:b/>
        </w:rPr>
        <w:t xml:space="preserve">[18:14] </w:t>
      </w:r>
      <w:r>
        <w:t>to hamein koi radd-e-amal dena hai. yeh bilkul fitri baat hai</w:t>
      </w:r>
    </w:p>
    <w:p>
      <w:pPr>
        <w:jc w:val="right"/>
      </w:pPr>
      <w:r>
        <w:t>تو ہمیں کوئی ردِعمل دینا ہے۔ یہ بالکل فطری بات ہے</w:t>
      </w:r>
    </w:p>
    <w:p>
      <w:r>
        <w:rPr>
          <w:b/>
        </w:rPr>
        <w:t xml:space="preserve">[18:19] </w:t>
      </w:r>
      <w:r>
        <w:t>ke hamari taraf se koi radd-e-amal ho. isi radd-e-amal ka naam hai shukr. itraaf. hamd.</w:t>
      </w:r>
    </w:p>
    <w:p>
      <w:pPr>
        <w:jc w:val="right"/>
      </w:pPr>
      <w:r>
        <w:t>کہ ہماری طرف سے کوئی ردِعمل ہو۔ اسی ردِعمل کا نام ہے شکر۔ اعتراف۔ حمد۔</w:t>
      </w:r>
    </w:p>
    <w:p>
      <w:r>
        <w:rPr>
          <w:b/>
        </w:rPr>
        <w:t xml:space="preserve">[18:30] </w:t>
      </w:r>
      <w:r>
        <w:t>jab aap itraaf karte hain Khuda ko. itraaf karte hain Khuda ka. itraaf. shukr aur itraaf mein koi farq nahi hai.</w:t>
      </w:r>
    </w:p>
    <w:p>
      <w:pPr>
        <w:jc w:val="right"/>
      </w:pPr>
      <w:r>
        <w:t>جب آپ اعتراف کرتے ہیں خدا کو۔ اعتراف کرتے ہیں خدا کا۔ اعتراف۔ شکر اور اعتراف میں کوئی فرق نہیں ہے۔</w:t>
      </w:r>
    </w:p>
    <w:p>
      <w:r>
        <w:rPr>
          <w:b/>
        </w:rPr>
        <w:t xml:space="preserve">[18:40] </w:t>
      </w:r>
      <w:r>
        <w:t>shukr wohi hai jo itraaf hai. itraaf wohi hai jo itraaf karna hai. to isi ka naam hai shukr.</w:t>
      </w:r>
    </w:p>
    <w:p>
      <w:pPr>
        <w:jc w:val="right"/>
      </w:pPr>
      <w:r>
        <w:t>شکر وہی ہے جو اعتراف ہے۔ اعتراف وہی ہے جو اعتراف کرنا ہے۔ تو اسی کا نام ہے شکر۔</w:t>
      </w:r>
    </w:p>
    <w:p>
      <w:r>
        <w:rPr>
          <w:b/>
        </w:rPr>
        <w:t xml:space="preserve">[18:49] </w:t>
      </w:r>
      <w:r>
        <w:t>to hum, yaani yeh hamari fitrat ka taqaza hai ke hum Khuda ke saari barkaton ka, saare jo atiyaat Khuda ke hain, is ka itraaf karein.</w:t>
      </w:r>
    </w:p>
    <w:p>
      <w:pPr>
        <w:jc w:val="right"/>
      </w:pPr>
      <w:r>
        <w:t>تو ہم، یعنی یہ ہماری فطرت کا تقاضا ہے کہ ہم خدا کے ساری برکتوں کا، سارے جو عطیات خدا کے ہیں، اس کا اعتراف کریں۔</w:t>
      </w:r>
    </w:p>
    <w:p>
      <w:r>
        <w:rPr>
          <w:b/>
        </w:rPr>
        <w:t xml:space="preserve">[19:03] </w:t>
      </w:r>
      <w:r>
        <w:t>is ke baghair hum reh nahi sakte. dekhiye,</w:t>
      </w:r>
    </w:p>
    <w:p>
      <w:pPr>
        <w:jc w:val="right"/>
      </w:pPr>
      <w:r>
        <w:t>اس کے بغیر ہم رہ نہیں سکتے۔ دیکھیے،</w:t>
      </w:r>
    </w:p>
    <w:p>
      <w:r>
        <w:rPr>
          <w:b/>
        </w:rPr>
        <w:t xml:space="preserve">[19:09] </w:t>
      </w:r>
      <w:r>
        <w:t>quran mein hai ke khalaqa lakum mahfuzan samawati mahfuzan raddan jameean yaani zameen o aasman, jo kuch hai, sab ka sab tumhare liye hum ne musakhkhar kar diya.</w:t>
      </w:r>
    </w:p>
    <w:p>
      <w:pPr>
        <w:jc w:val="right"/>
      </w:pPr>
      <w:r>
        <w:t>قرآن میں ہے کہ خَلَقَ لَكُمْ مَحْفُوظًا سَمٰوَاتِهُ مَحْفُوظًا رَدًّا جَمِيعًا یعنی زمین و آسمان، جو کچھ ہے، سب کا سب تمہارے لیے ہم نے مسخر کر دیا۔</w:t>
      </w:r>
    </w:p>
    <w:p>
      <w:r>
        <w:rPr>
          <w:b/>
        </w:rPr>
        <w:t xml:space="preserve">[19:23] </w:t>
      </w:r>
      <w:r>
        <w:t>tumhari khidmat mein laga diya hai. yeh sari kainat hamari khidmat mein lagi hui hai.</w:t>
      </w:r>
    </w:p>
    <w:p>
      <w:pPr>
        <w:jc w:val="right"/>
      </w:pPr>
      <w:r>
        <w:t>تمہاری خدمت میں لگا دیا ہے۔ یہ ساری کائنات ہماری خدمت میں لگی ہوئی ہے۔</w:t>
      </w:r>
    </w:p>
    <w:p>
      <w:r>
        <w:rPr>
          <w:b/>
        </w:rPr>
        <w:t xml:space="preserve">[19:34] </w:t>
      </w:r>
      <w:r>
        <w:t>sirf wahi kuch item nahi, jis ko hum kehte hain "life support system". is ke sath pata nahi kya kya hai. misaal ke tor par, upar se cosmic rays aa rahi hain.</w:t>
      </w:r>
    </w:p>
    <w:p>
      <w:pPr>
        <w:jc w:val="right"/>
      </w:pPr>
      <w:r>
        <w:t>صرف وہی کچھ آئٹم نہیں، جس کو ہم کہتے ہیں "لائف سپورٹ سسٹم"۔ اس کے ساتھ پتہ نہیں کیا کیا ہے۔ مثال کے طور پر، اوپر سے کاسمک ریز آ رہی ہیں۔</w:t>
      </w:r>
    </w:p>
    <w:p>
      <w:r>
        <w:rPr>
          <w:b/>
        </w:rPr>
        <w:t xml:space="preserve">[19:43] </w:t>
      </w:r>
      <w:r>
        <w:t>ab tak insan daryaft nahi kar saka hai ke cosmic rays ka hamari zindagi se kya taluq hai. kahan woh, kya maloom, cosmic rays ka bohat hi gehra taluq ho hamari zindagi se, jis ki daryaft abhi baqi hai.</w:t>
      </w:r>
    </w:p>
    <w:p>
      <w:pPr>
        <w:jc w:val="right"/>
      </w:pPr>
      <w:r>
        <w:t>اب تک انسان دریافت نہیں کر سکا ہے کہ کاسمک ریز کا ہماری زندگی سے کیا تعلق ہے۔ کہاں وہ، کیا معلوم، کاسمک ریز کا بہت ہی گہرا تعلق ہو ہماری زندگی سے، جس کی دریافت ابھی باقی ہے۔</w:t>
      </w:r>
    </w:p>
    <w:p>
      <w:r>
        <w:rPr>
          <w:b/>
        </w:rPr>
        <w:t xml:space="preserve">[19:59] </w:t>
      </w:r>
      <w:r>
        <w:t>to aaj subah mein yeh soch raha tha ke insan jo hai, Khuda ne bataya, likha hai, Quran majeed mein likha hai ke wa laqad karramna ban aadama yani insan ko hum ne bohat hi izzat aur sharaf diya.</w:t>
      </w:r>
    </w:p>
    <w:p>
      <w:pPr>
        <w:jc w:val="right"/>
      </w:pPr>
      <w:r>
        <w:t>تو آج صبح میں یہ سوچ رہا تھا کہ انسان جو ہے، خدا نے بتایا، لکھا ہے، قرآن مجید میں لکھا ہے کہ وَلَقَدْ كَرَّمْنَا بَنْ يَآدَمَ یعنی انسان کو ہم نے بہت ہی عزت اور شرف دیا۔</w:t>
      </w:r>
    </w:p>
    <w:p>
      <w:r>
        <w:rPr>
          <w:b/>
        </w:rPr>
        <w:t xml:space="preserve">[20:17] </w:t>
      </w:r>
      <w:r>
        <w:t>to yeh kya hai? to mein soch raha tha ke insan to Khuda ki is duniya mein goya mehman ke tor par hai. mehman is ko kehte hain jis ko muft sab cheezen supply ki jayen.</w:t>
      </w:r>
    </w:p>
    <w:p>
      <w:pPr>
        <w:jc w:val="right"/>
      </w:pPr>
      <w:r>
        <w:t>تو یہ کیا ہے؟ تو میں سوچ رہا تھا کہ انسان تو خدا کی اس دنیا میں گویا مہمان کے طور پر ہے۔ مہمان اس کو کہتے ہیں جس کو مفت سب چیزیں سپلائی کی جائیں۔</w:t>
      </w:r>
    </w:p>
    <w:p>
      <w:r>
        <w:rPr>
          <w:b/>
        </w:rPr>
        <w:t xml:space="preserve">[20:29] </w:t>
      </w:r>
      <w:r>
        <w:t>to sab muft supply ho raha hai. hum karte hain, koi hum kuch bhi nahi karte.</w:t>
      </w:r>
    </w:p>
    <w:p>
      <w:pPr>
        <w:jc w:val="right"/>
      </w:pPr>
      <w:r>
        <w:t>تو سب مفت سپلائی ہو رہا ہے۔ ہم کرتے ہیں، کوئی ہم کچھ بھی نہیں کرتے۔</w:t>
      </w:r>
    </w:p>
    <w:p>
      <w:r>
        <w:rPr>
          <w:b/>
        </w:rPr>
        <w:t xml:space="preserve">[20:34] </w:t>
      </w:r>
      <w:r>
        <w:t>agar kisan khet mein beej daal deta hai to woh karna nahi kaha jayega. yani beej se ukhru ukhwa nikla, ukhoi se danthal nikla, is se patiyan nikali, is se phool aur phal aaye, is se ghalla nikla.</w:t>
      </w:r>
    </w:p>
    <w:p>
      <w:pPr>
        <w:jc w:val="right"/>
      </w:pPr>
      <w:r>
        <w:t>اگر کسان کھیت میں بیج ڈال دیتا ہے تو وہ کرنا نہیں کہا جائے گا۔ یعنی بیج سے اکھڑو اکھوا نکلا، اکھوئی سے ڈنٹھل نکلا، اس سے پتیاں نکلیں، اس سے پھول اور پھل آئے، اس سے غلہ نکلا۔</w:t>
      </w:r>
    </w:p>
    <w:p>
      <w:r>
        <w:rPr>
          <w:b/>
        </w:rPr>
        <w:t xml:space="preserve">[20:48] </w:t>
      </w:r>
      <w:r>
        <w:t>yeh kya kya cheezen hain? yeh kisan karta hai?</w:t>
      </w:r>
    </w:p>
    <w:p>
      <w:pPr>
        <w:jc w:val="right"/>
      </w:pPr>
      <w:r>
        <w:t>یہ کیا کیا چیزیں ہیں؟ یہ کسان کرتا ہے؟</w:t>
      </w:r>
    </w:p>
    <w:p>
      <w:r>
        <w:rPr>
          <w:b/>
        </w:rPr>
        <w:t xml:space="preserve">[20:51] </w:t>
      </w:r>
      <w:r>
        <w:t>us ne to ek bas ek beej daal diya. to kisan ka karna itna kam hai ke ek feesad mein bhi mamnoo kar sakte ho is ko aap. aisi sari cheezen hain.</w:t>
      </w:r>
    </w:p>
    <w:p>
      <w:pPr>
        <w:jc w:val="right"/>
      </w:pPr>
      <w:r>
        <w:t>اس نے تو ایک بس ایک بیج ڈال دیا۔ تو کسان کا کرنا اتنا کم ہے کہ ایک فیصد میں بھی ممنوع کر سکتے ہو اس کو آپ۔ ایسی ساری چیزیں ہیں۔</w:t>
      </w:r>
    </w:p>
    <w:p>
      <w:r>
        <w:rPr>
          <w:b/>
        </w:rPr>
        <w:t xml:space="preserve">[21:01] </w:t>
      </w:r>
      <w:r>
        <w:t>jo oxygen supply ho raha hai, hum ne kya kiya is ke liye? darakhton se. suraj se jo aa rahi hai roshni aur hararat, hum ne kya kiya?</w:t>
      </w:r>
    </w:p>
    <w:p>
      <w:pPr>
        <w:jc w:val="right"/>
      </w:pPr>
      <w:r>
        <w:t>جو آکسیجن سپلائی ہو رہا ہے، ہم نے کیا کیا اس کے لیے؟ درختوں سے۔ سورج سے جو آ رہی ہے روشنی اور حرارت، ہم نے کیا کیا؟</w:t>
      </w:r>
    </w:p>
    <w:p>
      <w:r>
        <w:rPr>
          <w:b/>
        </w:rPr>
        <w:t xml:space="preserve">[21:10] </w:t>
      </w:r>
      <w:r>
        <w:t>kuch nahi kiya hum ne.</w:t>
      </w:r>
    </w:p>
    <w:p>
      <w:pPr>
        <w:jc w:val="right"/>
      </w:pPr>
      <w:r>
        <w:t>کچھ نہیں کیا ہم نے۔</w:t>
      </w:r>
    </w:p>
    <w:p>
      <w:r>
        <w:rPr>
          <w:b/>
        </w:rPr>
        <w:t xml:space="preserve">[21:11] </w:t>
      </w:r>
      <w:r>
        <w:t>jo cosmic rays aa rahi hain, hum ne kya kiya? hum ne kuch bhi nahi kiya. to yeh sab jis tarah se ek mehman hota hai, to us ko sari cheezen muft di jati hain.</w:t>
      </w:r>
    </w:p>
    <w:p>
      <w:pPr>
        <w:jc w:val="right"/>
      </w:pPr>
      <w:r>
        <w:t>جو کاسمک ریز آ رہی ہیں، ہم نے کیا کیا؟ ہم نے کچھ بھی نہیں کیا۔ تو یہ سب جس طرح سے ایک مہمان ہوتا ہے، تو اس کو ساری چیزیں مفت دی جاتی ہیں۔</w:t>
      </w:r>
    </w:p>
    <w:p>
      <w:r>
        <w:rPr>
          <w:b/>
        </w:rPr>
        <w:t xml:space="preserve">[21:22] </w:t>
      </w:r>
      <w:r>
        <w:t>to insan goya ke is duniya mein Khuda ka mehman hai. kaisi ajeeb baat hai.</w:t>
      </w:r>
    </w:p>
    <w:p>
      <w:pPr>
        <w:jc w:val="right"/>
      </w:pPr>
      <w:r>
        <w:t>تو انسان گویا کہ اس دنیا میں خدا کا مہمان ہے۔ کیسی عجیب بات ہے۔</w:t>
      </w:r>
    </w:p>
    <w:p>
      <w:r>
        <w:rPr>
          <w:b/>
        </w:rPr>
        <w:t xml:space="preserve">[21:28] </w:t>
      </w:r>
      <w:r>
        <w:t>phir mein ne socha ke dekhiye, ek hota hai mehman. yani aam mehman. ek mehman hota hai.</w:t>
      </w:r>
    </w:p>
    <w:p>
      <w:pPr>
        <w:jc w:val="right"/>
      </w:pPr>
      <w:r>
        <w:t>پھر میں نے سوچا کہ دیکھیے، ایک ہوتا ہے مہمان۔ یعنی عام مہمان۔ ایک مہمان ہوتا ہے۔</w:t>
      </w:r>
    </w:p>
    <w:p>
      <w:r>
        <w:rPr>
          <w:b/>
        </w:rPr>
        <w:t xml:space="preserve">[21:36] </w:t>
      </w:r>
      <w:r>
        <w:t>phir ek chief mehman hota hai. phir ek shahi mehman hota hai. phir ek shahi mehman hota hai. yani aam mehman, khas mehman, shahi mehman, shehanshahi mehman.</w:t>
      </w:r>
    </w:p>
    <w:p>
      <w:pPr>
        <w:jc w:val="right"/>
      </w:pPr>
      <w:r>
        <w:t>پھر ایک چیف مہمان ہوتا ہے۔ پھر ایک شاہی مہمان ہوتا ہے۔ پھر ایک شاہی مہمان ہوتا ہے۔ یعنی عام مہمان، خاص مہمان، شاہی مہمان، شہنشاہی مہمان۔</w:t>
      </w:r>
    </w:p>
    <w:p>
      <w:r>
        <w:rPr>
          <w:b/>
        </w:rPr>
        <w:t xml:space="preserve">[21:49] </w:t>
      </w:r>
      <w:r>
        <w:t>lekin insan jo hai, alamgir mehman hai. alamgir mehman hai. yani sari kainat us ki khidmat mein lagi hui hai.</w:t>
      </w:r>
    </w:p>
    <w:p>
      <w:pPr>
        <w:jc w:val="right"/>
      </w:pPr>
      <w:r>
        <w:t>لیکن انسان جو ہے، عالمگیر مہمان ہے۔ عالمگیر مہمان ہے۔ یعنی ساری کائنات اس کی خدمت میں لگی ہوئی ہے۔</w:t>
      </w:r>
    </w:p>
    <w:p>
      <w:r>
        <w:rPr>
          <w:b/>
        </w:rPr>
        <w:t xml:space="preserve">[22:04] </w:t>
      </w:r>
      <w:r>
        <w:t>mein apne ghar ki chhat par khara hua subah ke waqt. suraj nikal raha tha. charon taraf darakht thay.</w:t>
      </w:r>
    </w:p>
    <w:p>
      <w:pPr>
        <w:jc w:val="right"/>
      </w:pPr>
      <w:r>
        <w:t>میں اپنے گھر کی چھت پر کھڑا ہوا صبح کے وقت۔ سورج نکل رہا تھا۔ چاروں طرف درخت تھے۔</w:t>
      </w:r>
    </w:p>
    <w:p>
      <w:r>
        <w:rPr>
          <w:b/>
        </w:rPr>
        <w:t xml:space="preserve">[22:16] </w:t>
      </w:r>
      <w:r>
        <w:t>faza mein chitiyan urh rahi theen. aur ek poora ek kainaati manzar tha, kainaati manzar. is mein mein khara hua tha.</w:t>
      </w:r>
    </w:p>
    <w:p>
      <w:pPr>
        <w:jc w:val="right"/>
      </w:pPr>
      <w:r>
        <w:t>فضا میں چڑیاں اڑ رہی تھیں۔ اور ایک پورا ایک کائناتی منظر تھا، کائناتی منظر۔ اس میں میں کھڑا ہوا تھا۔</w:t>
      </w:r>
    </w:p>
    <w:p>
      <w:r>
        <w:rPr>
          <w:b/>
        </w:rPr>
        <w:t xml:space="preserve">[22:25] </w:t>
      </w:r>
      <w:r>
        <w:t>to mujhe woh ayat yaad aayi jo abhi mein ne parhi. ke sab kuch laga diya insan ki khidmat ke liye. to phir is ko mein ne zaati banaya.</w:t>
      </w:r>
    </w:p>
    <w:p>
      <w:pPr>
        <w:jc w:val="right"/>
      </w:pPr>
      <w:r>
        <w:t>تو مجھے وہ آیت یاد آئی جو ابھی میں نے پڑھی۔ کہ سب کچھ لگا دیا انسان کی خدمت کے لیے۔ تو پھر اس کو میں نے ذاتی بنایا۔</w:t>
      </w:r>
    </w:p>
    <w:p>
      <w:r>
        <w:rPr>
          <w:b/>
        </w:rPr>
        <w:t xml:space="preserve">[22:36] </w:t>
      </w:r>
      <w:r>
        <w:t>zaati banaya. yani sab kuch apne upar dhala. to ek ajeeb ehsas hua. yeh sari kainat Khuda ne mere liye banai hai.</w:t>
      </w:r>
    </w:p>
    <w:p>
      <w:pPr>
        <w:jc w:val="right"/>
      </w:pPr>
      <w:r>
        <w:t>ذاتی بنایا۔ یعنی سب کچھ اپنے اوپر ڈھالا۔ تو ایک عجیب احساس ہوا۔ یہ ساری کائنات خدا نے میرے لیے بنائی ہے۔</w:t>
      </w:r>
    </w:p>
    <w:p>
      <w:r>
        <w:rPr>
          <w:b/>
        </w:rPr>
        <w:t xml:space="preserve">[22:49] </w:t>
      </w:r>
      <w:r>
        <w:t>jo Allah ki barkaten hain, jo alamgir atiyat Khuda ke hain, us ko aap zaati banaiye. zaati banaiye. to ek ajeeb ehsas hoga.</w:t>
      </w:r>
    </w:p>
    <w:p>
      <w:pPr>
        <w:jc w:val="right"/>
      </w:pPr>
      <w:r>
        <w:t>جو اللہ کی برکتیں ہیں، جو عالمگیر عطیات خدا کے ہیں، اس کو آپ ذاتی بنائیے۔ ذاتی بنائیے۔ تو ایک عجیب احساس ہوگا۔</w:t>
      </w:r>
    </w:p>
    <w:p>
      <w:r>
        <w:rPr>
          <w:b/>
        </w:rPr>
        <w:t xml:space="preserve">[23:02] </w:t>
      </w:r>
      <w:r>
        <w:t>ek sahib se baat ho rahi thi to unhon ne kaha ke mein park mein gaya walk karne ke liye to wahan phool khile hue thay. us ko lagaon mein dekhne.</w:t>
      </w:r>
    </w:p>
    <w:p>
      <w:pPr>
        <w:jc w:val="right"/>
      </w:pPr>
      <w:r>
        <w:t>ایک صاحب سے بات ہو رہی تھی تو انہوں نے کہا کہ میں پارک میں گیا واک کرنے کے لیے تو وہاں پھول کھلے ہوئے تھے۔ اس کو لگاؤں میں دیکھنے۔</w:t>
      </w:r>
    </w:p>
    <w:p>
      <w:r>
        <w:rPr>
          <w:b/>
        </w:rPr>
        <w:t xml:space="preserve">[23:12] </w:t>
      </w:r>
      <w:r>
        <w:t>to bohat hi khoobsurat thay. to mein ne socha ke kitna khoobsurat fun hai yeh. to mein ne kaha theek hai yeh aap ne jo daryaft kiya hai, bohat bari daryaft hai.</w:t>
      </w:r>
    </w:p>
    <w:p>
      <w:pPr>
        <w:jc w:val="right"/>
      </w:pPr>
      <w:r>
        <w:t>تو بہت ہی خوبصورت تھے۔ تو میں نے سوچا کہ کتنا خوبصورت فن ہے یہ۔ تو میں نے کہا ٹھیک ہے یہ آپ نے جو دریافت کیا ہے، بہت بڑی دریافت ہے۔</w:t>
      </w:r>
    </w:p>
    <w:p>
      <w:r>
        <w:rPr>
          <w:b/>
        </w:rPr>
        <w:t xml:space="preserve">[23:23] </w:t>
      </w:r>
      <w:r>
        <w:t>lekin is se aage ek cheez daryaft karna hai aap ko. agar aap</w:t>
      </w:r>
    </w:p>
    <w:p>
      <w:pPr>
        <w:jc w:val="right"/>
      </w:pPr>
      <w:r>
        <w:t>لیکن اس سے آگے ایک چیز دریافت کرنا ہے آپ کو۔ اگر آپ</w:t>
      </w:r>
    </w:p>
    <w:p>
      <w:r>
        <w:rPr>
          <w:b/>
        </w:rPr>
        <w:t xml:space="preserve">[23:30] </w:t>
      </w:r>
      <w:r>
        <w:t>is duniya ko ek achhe fun ke roop mein daryaft karen. to aap ko sirf ek fankar ka tasawwur aayega.</w:t>
      </w:r>
    </w:p>
    <w:p>
      <w:pPr>
        <w:jc w:val="right"/>
      </w:pPr>
      <w:r>
        <w:t>اس دنیا کو ایک اچھے فن کے روپ میں دریافت کریں۔ تو آپ کو صرف ایک فنکار کا تصور آئے گا۔</w:t>
      </w:r>
    </w:p>
    <w:p>
      <w:r>
        <w:rPr>
          <w:b/>
        </w:rPr>
        <w:t xml:space="preserve">[23:42] </w:t>
      </w:r>
      <w:r>
        <w:t>yani "Universe is a great art of a great artist."</w:t>
      </w:r>
    </w:p>
    <w:p>
      <w:pPr>
        <w:jc w:val="right"/>
      </w:pPr>
      <w:r>
        <w:t>یعنی "Universe is a great art of a great artist."</w:t>
      </w:r>
    </w:p>
    <w:p>
      <w:r>
        <w:rPr>
          <w:b/>
        </w:rPr>
        <w:t xml:space="preserve">[23:48] </w:t>
      </w:r>
      <w:r>
        <w:t>yeh aap soch payenge. "Universe is a great art of a great artist." to fankar ke liye aap ke andar kya hoga?</w:t>
      </w:r>
    </w:p>
    <w:p>
      <w:pPr>
        <w:jc w:val="right"/>
      </w:pPr>
      <w:r>
        <w:t>یہ آپ سوچ پائیں گے۔ "Universe is a great art of a great artist." تو فنکار کے لیے آپ کے اندر کیا ہوگا؟</w:t>
      </w:r>
    </w:p>
    <w:p>
      <w:r>
        <w:rPr>
          <w:b/>
        </w:rPr>
        <w:t xml:space="preserve">[23:58] </w:t>
      </w:r>
      <w:r>
        <w:t>aik ehsas-e-ta'alluq ayega. aur aik bara fankar hai, us ko man'ne lagenge aap. lekin woh jo radd-e-amal dena hai aap ko,</w:t>
      </w:r>
    </w:p>
    <w:p>
      <w:pPr>
        <w:jc w:val="right"/>
      </w:pPr>
      <w:r>
        <w:t>ایک احساسِ تعلق آئے گا۔ اور ایک بڑا فنکار ہے، اس کو ماننے لگیں گے آپ۔ لیکن وہ جو ردِعمل دینا ہے آپ کو،</w:t>
      </w:r>
    </w:p>
    <w:p>
      <w:r>
        <w:rPr>
          <w:b/>
        </w:rPr>
        <w:t xml:space="preserve">[24:08] </w:t>
      </w:r>
      <w:r>
        <w:t>shukr ka, woh nahi ayega. shukr ka radd-e-amal dene ke liye ke aap us ko Khuda ko faida mand ke roop mein daryaft karein.</w:t>
      </w:r>
    </w:p>
    <w:p>
      <w:pPr>
        <w:jc w:val="right"/>
      </w:pPr>
      <w:r>
        <w:t>شکر کا، وہ نہیں آئے گا۔ شکر کا ردِعمل دینے کے لیے کہ آپ اس کو خدا کو فائدہ مند کے روپ میں دریافت کریں۔</w:t>
      </w:r>
    </w:p>
    <w:p>
      <w:r>
        <w:rPr>
          <w:b/>
        </w:rPr>
        <w:t xml:space="preserve">[24:17] </w:t>
      </w:r>
      <w:r>
        <w:t>muneem ke roop mein daryaft karein. sirf fankar ke taur par nahi. Yani agar aap yeh kahein ke</w:t>
      </w:r>
    </w:p>
    <w:p>
      <w:pPr>
        <w:jc w:val="right"/>
      </w:pPr>
      <w:r>
        <w:t>منیم کے روپ میں دریافت کریں۔ صرف فنکار کے طور پر نہیں۔ یعنی اگر آپ یہ کہیں کہ</w:t>
      </w:r>
    </w:p>
    <w:p>
      <w:r>
        <w:rPr>
          <w:b/>
        </w:rPr>
        <w:t xml:space="preserve">[24:26] </w:t>
      </w:r>
      <w:r>
        <w:t>"Universe is a great art and God is a great artist." to aap ne Khuda ko bas aik kharji, aik fankar ke taur par daryaft kiya.</w:t>
      </w:r>
    </w:p>
    <w:p>
      <w:pPr>
        <w:jc w:val="right"/>
      </w:pPr>
      <w:r>
        <w:t>"Universe is a great art and God is a great artist." تو آپ نے خدا کو بس ایک خارجی، ایک فنکار کے طور پر دریافت کیا۔</w:t>
      </w:r>
    </w:p>
    <w:p>
      <w:r>
        <w:rPr>
          <w:b/>
        </w:rPr>
        <w:t xml:space="preserve">[24:40] </w:t>
      </w:r>
      <w:r>
        <w:t>nahi. Aap daryaft karein ke mujhe Khuda de raha hai sab kuch.</w:t>
      </w:r>
    </w:p>
    <w:p>
      <w:pPr>
        <w:jc w:val="right"/>
      </w:pPr>
      <w:r>
        <w:t>نہیں۔ آپ دریافت کیے کہ مجھے خدا دے رہا ہے سب کچھ۔</w:t>
      </w:r>
    </w:p>
    <w:p>
      <w:r>
        <w:rPr>
          <w:b/>
        </w:rPr>
        <w:t xml:space="preserve">[24:46] </w:t>
      </w:r>
      <w:r>
        <w:t>tab shukr ayega.</w:t>
      </w:r>
    </w:p>
    <w:p>
      <w:pPr>
        <w:jc w:val="right"/>
      </w:pPr>
      <w:r>
        <w:t>تب شکر آئے گا۔</w:t>
      </w:r>
    </w:p>
    <w:p>
      <w:r>
        <w:rPr>
          <w:b/>
        </w:rPr>
        <w:t xml:space="preserve">[24:50] </w:t>
      </w:r>
      <w:r>
        <w:t>tab shukr ayega. phir maine un se yahi baat kahi ke aap aap jo cheezein dunya mein insan ko mil rahi hain, us ko zaati banaiye. Apni zaat ko samjhiye ke mujhe sab mil raha hai.</w:t>
      </w:r>
    </w:p>
    <w:p>
      <w:pPr>
        <w:jc w:val="right"/>
      </w:pPr>
      <w:r>
        <w:t>تب شکر آئے گا۔ پھر میں نے ان سے یہی بات کہی کہ آپ آپ جو چیزیں دنیا میں انسان کو مل رہی ہیں، اس کو ذاتی بنائیے۔ اپنی ذات کو سمجھیے کہ مجھے سب مل رہا ہے۔</w:t>
      </w:r>
    </w:p>
    <w:p>
      <w:r>
        <w:rPr>
          <w:b/>
        </w:rPr>
        <w:t xml:space="preserve">[25:01] </w:t>
      </w:r>
      <w:r>
        <w:t>tab bara shukr ayega. Oushyan-e-shukr. Samandari shukr.</w:t>
      </w:r>
    </w:p>
    <w:p>
      <w:pPr>
        <w:jc w:val="right"/>
      </w:pPr>
      <w:r>
        <w:t>تب بڑا شکر آئے گا۔ اوشیانِ شکر۔ سمندری شکر۔</w:t>
      </w:r>
    </w:p>
    <w:p>
      <w:r>
        <w:rPr>
          <w:b/>
        </w:rPr>
        <w:t xml:space="preserve">[25:10] </w:t>
      </w:r>
      <w:r>
        <w:t>to shukr jo hai, bohat hi.</w:t>
      </w:r>
    </w:p>
    <w:p>
      <w:pPr>
        <w:jc w:val="right"/>
      </w:pPr>
      <w:r>
        <w:t>تو شکر جو ہے، بہت ہی۔</w:t>
      </w:r>
    </w:p>
    <w:p>
      <w:r>
        <w:rPr>
          <w:b/>
        </w:rPr>
        <w:t xml:space="preserve">[25:16] </w:t>
      </w:r>
      <w:r>
        <w:t>yani "Alhamdulillah Rabbil 'alameen" jo Quran majeed mein hai. To mufassireen ne likha hai ke al-hamd jo hai, us ki haqeeqat shukr hai. Yani sab se bara kalma, pehla kalma jo Quran mein bataya gaya, woh shukr ka kalma hai.</w:t>
      </w:r>
    </w:p>
    <w:p>
      <w:pPr>
        <w:jc w:val="right"/>
      </w:pPr>
      <w:r>
        <w:t>یعنی "الحمد لله رب العالمين" جو قرآن مجید میں ہے۔ تو مفسرین نے لکھا ہے کہ الحمد جو ہے، اس کی حقیقت شکر ہے۔ یعنی سب سے بڑا کلمہ، پہلا کلمہ جو قرآن میں بتایا گیا، وہ شکر کا کلمہ ہے۔</w:t>
      </w:r>
    </w:p>
    <w:p>
      <w:r>
        <w:rPr>
          <w:b/>
        </w:rPr>
        <w:t xml:space="preserve">[25:31] </w:t>
      </w:r>
      <w:r>
        <w:t>ke shukr ada karo.</w:t>
      </w:r>
    </w:p>
    <w:p>
      <w:pPr>
        <w:jc w:val="right"/>
      </w:pPr>
      <w:r>
        <w:t>کہ شکر ادا کرو۔</w:t>
      </w:r>
    </w:p>
    <w:p>
      <w:r>
        <w:rPr>
          <w:b/>
        </w:rPr>
        <w:t xml:space="preserve">[25:35] </w:t>
      </w:r>
      <w:r>
        <w:t>shukr ada karo. Shukr jab kar payenge aap, jab aap Khuda ki azmat ko, Khuda ke yani is baat ko ke woh barkatein aap par barsa raha hai, inaam de raha hai, us sab ko daryaft karein.</w:t>
      </w:r>
    </w:p>
    <w:p>
      <w:pPr>
        <w:jc w:val="right"/>
      </w:pPr>
      <w:r>
        <w:t>شکر ادا کرو۔ شکر جب کر پائیں گے آپ، جب آپ خدا کی عظمت کو، خدا کے یعنی اس بات کو کہ وہ برکتیں آپ پر برسا رہا ہے، انعام دے رہا ہے، اس سب کو دریافت کریں۔</w:t>
      </w:r>
    </w:p>
    <w:p>
      <w:r>
        <w:rPr>
          <w:b/>
        </w:rPr>
        <w:t xml:space="preserve">[25:53] </w:t>
      </w:r>
      <w:r>
        <w:t>jaise Quran mein aik ayat hai "Wa ma qaddar Allaha haqq qaddarihi wal ardo jamee'an qabdatuhu was samawatu matwiyyatun bi yameenihi" .</w:t>
      </w:r>
    </w:p>
    <w:p>
      <w:pPr>
        <w:jc w:val="right"/>
      </w:pPr>
      <w:r>
        <w:t>جیسے قرآن میں ایک آیت ہے "وما قدر الله حق قدره والارض جميعا قبضته والسماوات مطبوعات بیمین" ۔</w:t>
      </w:r>
    </w:p>
    <w:p>
      <w:r>
        <w:rPr>
          <w:b/>
        </w:rPr>
        <w:t xml:space="preserve">[26:07] </w:t>
      </w:r>
      <w:r>
        <w:t>us ka matlab hai ke logon ne Khuda ko kam samjha.</w:t>
      </w:r>
    </w:p>
    <w:p>
      <w:pPr>
        <w:jc w:val="right"/>
      </w:pPr>
      <w:r>
        <w:t>اس کا مطلب ہے کہ لوگوں نے خدا کو کم سمجھا۔</w:t>
      </w:r>
    </w:p>
    <w:p>
      <w:r>
        <w:rPr>
          <w:b/>
        </w:rPr>
        <w:t xml:space="preserve">[26:12] </w:t>
      </w:r>
      <w:r>
        <w:t>halankeh Khuda woh hai ke qayamat ke din</w:t>
      </w:r>
    </w:p>
    <w:p>
      <w:pPr>
        <w:jc w:val="right"/>
      </w:pPr>
      <w:r>
        <w:t>حالانکہ خدا وہ ہے کہ قیامت کے دن</w:t>
      </w:r>
    </w:p>
    <w:p>
      <w:r>
        <w:rPr>
          <w:b/>
        </w:rPr>
        <w:t xml:space="preserve">[26:19] </w:t>
      </w:r>
      <w:r>
        <w:t>poora aasman us ke us ke dainaye haath mein lipta hua hoga. Poori zameen us ke haath mein hogi. Us ka matlab yeh nahi hai ke dekhiye, maslan farz kijiye ke zameen hai ya aasman hai.</w:t>
      </w:r>
    </w:p>
    <w:p>
      <w:pPr>
        <w:jc w:val="right"/>
      </w:pPr>
      <w:r>
        <w:t>پورا آسمان اس کے اس کے دائیں ہاتھ میں لپٹا ہوا ہوگا۔ پوری زمین اس کے ہاتھ میں ہوگی۔ اس کا مطلب یہ نہیں ہے کہ دیکھیے، مثلاً فرض کیجیے کہ زمین ہے یا آسمان ہے۔</w:t>
      </w:r>
    </w:p>
    <w:p>
      <w:r>
        <w:rPr>
          <w:b/>
        </w:rPr>
        <w:t xml:space="preserve">[26:33] </w:t>
      </w:r>
      <w:r>
        <w:t>to Khuda</w:t>
      </w:r>
    </w:p>
    <w:p>
      <w:pPr>
        <w:jc w:val="right"/>
      </w:pPr>
      <w:r>
        <w:t>تو خدا</w:t>
      </w:r>
    </w:p>
    <w:p>
      <w:r>
        <w:rPr>
          <w:b/>
        </w:rPr>
        <w:t xml:space="preserve">[26:35] </w:t>
      </w:r>
      <w:r>
        <w:t>bayein haath mein zameen le lega, dainaye haath mein aasman le lega. Yeh matlab nahi hai. Yeh matlab hai ke Khuda ki qudrat ko bataya gaya hai. Yani Khuda ka jo takht-e-iqtidar hai aur poori kainat ko wasee' hai.</w:t>
      </w:r>
    </w:p>
    <w:p>
      <w:pPr>
        <w:jc w:val="right"/>
      </w:pPr>
      <w:r>
        <w:t>بائیں ہاتھ میں زمین لے لے گا، دائیں ہاتھ میں آسمان لے لے گا۔ یہ مطلب نہیں ہے۔ یہ مطلب ہے کہ خدا کی قدرت کو بتایا گیا ہے۔ یعنی خدا کا جو تختِ اقتدار ہے اور پوری کائنات کو وسیع ہے۔</w:t>
      </w:r>
    </w:p>
    <w:p>
      <w:r>
        <w:rPr>
          <w:b/>
        </w:rPr>
        <w:t xml:space="preserve">[26:50] </w:t>
      </w:r>
      <w:r>
        <w:t>uski jo hukumat hai, us sab par haavi hai.</w:t>
      </w:r>
    </w:p>
    <w:p>
      <w:pPr>
        <w:jc w:val="right"/>
      </w:pPr>
      <w:r>
        <w:t>اس کی جو حکومت ہے، اس سب پر حاوی ہے۔</w:t>
      </w:r>
    </w:p>
    <w:p>
      <w:r>
        <w:rPr>
          <w:b/>
        </w:rPr>
        <w:t xml:space="preserve">[26:54] </w:t>
      </w:r>
      <w:r>
        <w:t>woh jo control kar raha hai, us se aik zara ya aik kahkashan, koi cheez bahir nahi hai. Yeh sab kuch Khuda ke ikhtiyar mein hai. Lekin kya hai?</w:t>
      </w:r>
    </w:p>
    <w:p>
      <w:pPr>
        <w:jc w:val="right"/>
      </w:pPr>
      <w:r>
        <w:t>وہ جو کنٹرول کر رہا ہے، اس سے ایک ذرہ یا ایک کہکشاں، کوئی چیز باہر نہیں ہے۔ یہ سب کچھ خدا کے اختیار میں ہے۔ لیکن کیا ہے؟</w:t>
      </w:r>
    </w:p>
    <w:p>
      <w:r>
        <w:rPr>
          <w:b/>
        </w:rPr>
        <w:t xml:space="preserve">[27:05] </w:t>
      </w:r>
      <w:r>
        <w:t>aaj hum us ko dekh nahi rahe. Aik waqt ayega ke woh cheez bilkul samne dikhai dene lagegi.</w:t>
      </w:r>
    </w:p>
    <w:p>
      <w:pPr>
        <w:jc w:val="right"/>
      </w:pPr>
      <w:r>
        <w:t>آج ہم اس کو دیکھ نہیں رہے۔ ایک وقت آئے گا کہ وہ چیز بالکل سامنے دکھائی دینے لگے گی۔</w:t>
      </w:r>
    </w:p>
    <w:p>
      <w:r>
        <w:rPr>
          <w:b/>
        </w:rPr>
        <w:t xml:space="preserve">[27:18] </w:t>
      </w:r>
      <w:r>
        <w:t>ab yeh sab sochein aap to Khuda ke sath ajeeb ghareeb ehsas aap ko paida hoga.</w:t>
      </w:r>
    </w:p>
    <w:p>
      <w:pPr>
        <w:jc w:val="right"/>
      </w:pPr>
      <w:r>
        <w:t>اب یہ سب سوچیں آپ تو خدا کے ساتھ عجیب غریب احساس آپ کو پیدا ہوگا۔</w:t>
      </w:r>
    </w:p>
    <w:p>
      <w:r>
        <w:rPr>
          <w:b/>
        </w:rPr>
        <w:t xml:space="preserve">[27:27] </w:t>
      </w:r>
      <w:r>
        <w:t>main soch raha tha Quran ki aik ayat ko le kar. Quran ki aik ayat hai ke</w:t>
      </w:r>
    </w:p>
    <w:p>
      <w:pPr>
        <w:jc w:val="right"/>
      </w:pPr>
      <w:r>
        <w:t>میں سوچ رہا تھا قرآن کی ایک آیت کو لے کر۔ قرآن کی ایک آیت ہے کہ</w:t>
      </w:r>
    </w:p>
    <w:p>
      <w:r>
        <w:rPr>
          <w:b/>
        </w:rPr>
        <w:t xml:space="preserve">[27:36] </w:t>
      </w:r>
      <w:r>
        <w:t>qayamat aur akhirat ke bare mein "inna hu lahaqun mithlu ma anlakum tataqun" . woh haq hai.</w:t>
      </w:r>
    </w:p>
    <w:p>
      <w:pPr>
        <w:jc w:val="right"/>
      </w:pPr>
      <w:r>
        <w:t>قیامت اور آخرت کے بارے میں "إِنَّهُ لَحَقٌ مِثْلَ مَا أَنْلُكُمْ تَتَّقُونَ" ۔ وہ حق ہے۔</w:t>
      </w:r>
    </w:p>
    <w:p>
      <w:r>
        <w:rPr>
          <w:b/>
        </w:rPr>
        <w:t xml:space="preserve">[27:47] </w:t>
      </w:r>
      <w:r>
        <w:t>woh hone wali hai. jis tarike se tum bolte ho. toh nutq jo hai, bolna, yaani speech</w:t>
      </w:r>
    </w:p>
    <w:p>
      <w:pPr>
        <w:jc w:val="right"/>
      </w:pPr>
      <w:r>
        <w:t>وہ ہونے والی ہے۔ جس طریقے سے تم بولتے ہو۔ تو نطق جو ہے، بولنا، یعنی اسپیچ</w:t>
      </w:r>
    </w:p>
    <w:p>
      <w:r>
        <w:rPr>
          <w:b/>
        </w:rPr>
        <w:t xml:space="preserve">[27:55] </w:t>
      </w:r>
      <w:r>
        <w:t>ko le kar yeh kaha gaya ke woh haq hai. is ka matlab kya hai? toh main sochta raha, sochta raha, sochta raha. toh maine socha ke Allah taala ki jitni bhi sifaat hain, woh sab sifaat is duniya mein hum dekh rahe hain.</w:t>
      </w:r>
    </w:p>
    <w:p>
      <w:pPr>
        <w:jc w:val="right"/>
      </w:pPr>
      <w:r>
        <w:t>کو لے کر یہ کہا گیا کہ وہ حق ہے۔ اس کا مطلب کیا ہے؟ تو میں سوچتا رہا، سوچتا رہا، سوچتا رہا۔ تو میں نے سوچا کہ اللہ تعالیٰ کی جتنی بھی صفات ہیں، وہ سب صفات اس دنیا میں ہم دیکھ رہے ہیں۔</w:t>
      </w:r>
    </w:p>
    <w:p>
      <w:r>
        <w:rPr>
          <w:b/>
        </w:rPr>
        <w:t xml:space="preserve">[28:12] </w:t>
      </w:r>
      <w:r>
        <w:t>matlab Khuda ka khaliq hona.</w:t>
      </w:r>
    </w:p>
    <w:p>
      <w:pPr>
        <w:jc w:val="right"/>
      </w:pPr>
      <w:r>
        <w:t>مطلب خدا کا خالق ہونا۔</w:t>
      </w:r>
    </w:p>
    <w:p>
      <w:r>
        <w:rPr>
          <w:b/>
        </w:rPr>
        <w:t xml:space="preserve">[28:15] </w:t>
      </w:r>
      <w:r>
        <w:t>cheezein maujood hain toh is ka khaliq hona hum dekh rahe hain. Khuda ke rahim hona. cheezon mein maani hai aur barkatein hain toh hum Khuda ki rehmat ko dekh rahe hain.</w:t>
      </w:r>
    </w:p>
    <w:p>
      <w:pPr>
        <w:jc w:val="right"/>
      </w:pPr>
      <w:r>
        <w:t>چیزیں موجود ہیں تو اس کا خالق ہونا ہم دیکھ رہے ہیں۔ خدا کے رحیم ہونا۔ چیزوں میں معنی ہے اور برکتیں ہیں تو ہم خدا کی رحمت کو دیکھ رہے ہیں۔</w:t>
      </w:r>
    </w:p>
    <w:p>
      <w:r>
        <w:rPr>
          <w:b/>
        </w:rPr>
        <w:t xml:space="preserve">[28:31] </w:t>
      </w:r>
      <w:r>
        <w:t>yaani Khuda ki jitni sifaat hain, woh sab zahir kar rahi hain is duniya mein.</w:t>
      </w:r>
    </w:p>
    <w:p>
      <w:pPr>
        <w:jc w:val="right"/>
      </w:pPr>
      <w:r>
        <w:t>یعنی خدا کی جتنی صفات ہیں، وہ سب ظاہر کر رہی ہیں اس دنیا میں۔</w:t>
      </w:r>
    </w:p>
    <w:p>
      <w:r>
        <w:rPr>
          <w:b/>
        </w:rPr>
        <w:t xml:space="preserve">[28:39] </w:t>
      </w:r>
      <w:r>
        <w:t>jaise unhone kaha ke Khuda ka fun jo hai, ek phool ko dekh kar maine socha ke Khuda ka kitna bada fun hai yeh. toh Khuda ki is sari sifaat ko aap kainat mein mushahida kar rahe hain.</w:t>
      </w:r>
    </w:p>
    <w:p>
      <w:pPr>
        <w:jc w:val="right"/>
      </w:pPr>
      <w:r>
        <w:t>جیسے انہوں نے کہا کہ خدا کا فن جو ہے، ایک پھول کو دیکھ کر میں نے سوچا کہ خدا کا کتنا بڑا فن ہے یہ۔ تو خدا کی اس ساری صفات کو آپ کائنات میں مشاہدہ کر رہے ہیں۔</w:t>
      </w:r>
    </w:p>
    <w:p>
      <w:r>
        <w:rPr>
          <w:b/>
        </w:rPr>
        <w:t xml:space="preserve">[28:51] </w:t>
      </w:r>
      <w:r>
        <w:t>lekin ek cheez abhi tak saamne nahi aayi. woh hai nutq. speech.</w:t>
      </w:r>
    </w:p>
    <w:p>
      <w:pPr>
        <w:jc w:val="right"/>
      </w:pPr>
      <w:r>
        <w:t>لیکن ایک چیز ابھی تک سامنے نہیں آئی۔ وہ ہے نطق۔ اسپیچ۔</w:t>
      </w:r>
    </w:p>
    <w:p>
      <w:r>
        <w:rPr>
          <w:b/>
        </w:rPr>
        <w:t xml:space="preserve">[28:58] </w:t>
      </w:r>
      <w:r>
        <w:t>bolna.</w:t>
      </w:r>
    </w:p>
    <w:p>
      <w:pPr>
        <w:jc w:val="right"/>
      </w:pPr>
      <w:r>
        <w:t>بولنا۔</w:t>
      </w:r>
    </w:p>
    <w:p>
      <w:r>
        <w:rPr>
          <w:b/>
        </w:rPr>
        <w:t xml:space="preserve">[29:03] </w:t>
      </w:r>
      <w:r>
        <w:t>nojawani ki umar mein jab mujhe talash ka jazba aaya toh main deewana war pahadon mein, jangalon mein jaata tha. yeh kehta tha.</w:t>
      </w:r>
    </w:p>
    <w:p>
      <w:pPr>
        <w:jc w:val="right"/>
      </w:pPr>
      <w:r>
        <w:t>نوجوانی کی عمر میں جب مجھے تلاش کا جذبہ آیا تو میں دیوانہ وار پہاڑوں میں، جنگلوں میں جاتا تھا۔ یہ کہتا تھا۔</w:t>
      </w:r>
    </w:p>
    <w:p>
      <w:r>
        <w:rPr>
          <w:b/>
        </w:rPr>
        <w:t xml:space="preserve">[29:12] </w:t>
      </w:r>
      <w:r>
        <w:t>"khudawand tu kab aayidi" . main kab tak tere aane ka intezar karoon? toh is ko sochte hue meri samajh mein aaya ke shayad main yeh keh raha tha ke Khuda wand tu kab bole ga?</w:t>
      </w:r>
    </w:p>
    <w:p>
      <w:pPr>
        <w:jc w:val="right"/>
      </w:pPr>
      <w:r>
        <w:t>"خُدَاوَنْتُ كَبْ آَيْدَىٰ" ۔ میں کب تک تیرے آنے کا انتظار کروں؟ تو اس کو سوچتے ہوئے میری سمجھ میں آیا کہ شاید میں یہ کہہ رہا تھا کہ خداوند تو کب بولے گا؟</w:t>
      </w:r>
    </w:p>
    <w:p>
      <w:r>
        <w:rPr>
          <w:b/>
        </w:rPr>
        <w:t xml:space="preserve">[29:28] </w:t>
      </w:r>
      <w:r>
        <w:t>tere bol ke sunne ka main kab tak intezar karoon? kyun ke sari kainat mein Khuda ke jalwe hain. lekin Khuda ke bol nahi hain.</w:t>
      </w:r>
    </w:p>
    <w:p>
      <w:pPr>
        <w:jc w:val="right"/>
      </w:pPr>
      <w:r>
        <w:t>تیرے بول کے سننے کا میں کب تک انتظار کروں؟ کیوں کہ ساری کائنات میں خدا کے جلوے ہیں۔ لیکن خدا کے بول نہیں ہیں۔</w:t>
      </w:r>
    </w:p>
    <w:p>
      <w:r>
        <w:rPr>
          <w:b/>
        </w:rPr>
        <w:t xml:space="preserve">[29:39] </w:t>
      </w:r>
      <w:r>
        <w:t>Khuda ke jalwe hain. nananwe sifat jo Quran majeed mein Khuda ki maani jaati hain, woh sab khud dekhi ja rahi hain charon taraf. yaani Khuda ka takhleeq karna, Khuda ka parwarish karna, Khuda ka rahim hona, Khuda ka</w:t>
      </w:r>
    </w:p>
    <w:p>
      <w:pPr>
        <w:jc w:val="right"/>
      </w:pPr>
      <w:r>
        <w:t>خدا کے جلوے ہیں۔ ننانوے صفات جو قرآن مجید میں خدا کی مانی جاتی ہیں، وہ سب خود دیکھی جا رہی ہیں چاروں طرف۔ یعنی خدا کا تخلیق کرنا، خدا کا پرورش کرنا، خدا کا رحیم ہونا، خدا کا</w:t>
      </w:r>
    </w:p>
    <w:p>
      <w:r>
        <w:rPr>
          <w:b/>
        </w:rPr>
        <w:t xml:space="preserve">[29:57] </w:t>
      </w:r>
      <w:r>
        <w:t>ek yaani bohat hi khoobsurti ko pasand karna, Khuda ka aap ke liye rizq raziq hona, yeh sab cheezein bilkul mabrahan hain.</w:t>
      </w:r>
    </w:p>
    <w:p>
      <w:pPr>
        <w:jc w:val="right"/>
      </w:pPr>
      <w:r>
        <w:t>ایک یعنی بہت ہی خوبصورتی کو پسند کرنا، خدا کا آپ کے لیے رزق رازق ہونا، یہ سب چیزیں بالکل مبرہن ہیں۔</w:t>
      </w:r>
    </w:p>
    <w:p>
      <w:r>
        <w:rPr>
          <w:b/>
        </w:rPr>
        <w:t xml:space="preserve">[30:08] </w:t>
      </w:r>
      <w:r>
        <w:t>dikhai de rahi hain. lekin kahin bol nahi. jo kisi ne kaha ke Allah ne sunata. aawaz nahi aati.</w:t>
      </w:r>
    </w:p>
    <w:p>
      <w:pPr>
        <w:jc w:val="right"/>
      </w:pPr>
      <w:r>
        <w:t>دکھائی دے رہی ہیں۔ لیکن کہیں بول نہیں۔ جو کسی نے کہا کہ اللہ نے سناٹا۔ آواز نہیں آتی۔</w:t>
      </w:r>
    </w:p>
    <w:p>
      <w:r>
        <w:rPr>
          <w:b/>
        </w:rPr>
        <w:t xml:space="preserve">[30:17] </w:t>
      </w:r>
      <w:r>
        <w:t>koi pahad bol nahi raha hai. yeh mujh ko paida karne wala Khuda hai. koi samandar bol nahi raha hai. kisi kahkashan se aawaz nahi aati.</w:t>
      </w:r>
    </w:p>
    <w:p>
      <w:pPr>
        <w:jc w:val="right"/>
      </w:pPr>
      <w:r>
        <w:t>کوئی پہاڑ بول نہیں رہا ہے۔ یہ مجھ کو پیدا کرنے والا خدا ہے۔ کوئی سمندر بول نہیں رہا ہے۔ کسی کہکشاں سے آواز نہیں آتی۔</w:t>
      </w:r>
    </w:p>
    <w:p>
      <w:r>
        <w:rPr>
          <w:b/>
        </w:rPr>
        <w:t xml:space="preserve">[30:31] </w:t>
      </w:r>
      <w:r>
        <w:t>yaani ek ek gamaa e takhleeq hai.</w:t>
      </w:r>
    </w:p>
    <w:p>
      <w:pPr>
        <w:jc w:val="right"/>
      </w:pPr>
      <w:r>
        <w:t>یعنی ایک ایک گامۂ تخلیق ہے۔</w:t>
      </w:r>
    </w:p>
    <w:p>
      <w:r>
        <w:rPr>
          <w:b/>
        </w:rPr>
        <w:t xml:space="preserve">[30:34] </w:t>
      </w:r>
      <w:r>
        <w:t>lekin ek cheez is mein hazf hai. woh hai speech. woh hai bol. toh main ek tajruba mujhe yaad aaya.</w:t>
      </w:r>
    </w:p>
    <w:p>
      <w:pPr>
        <w:jc w:val="right"/>
      </w:pPr>
      <w:r>
        <w:t>لیکن ایک چیز اس میں حذف ہے۔ وہ ہے اسپیچ۔ وہ ہے بول۔ تو میں ایک تجربہ مجھے یاد آیا۔</w:t>
      </w:r>
    </w:p>
    <w:p>
      <w:r>
        <w:rPr>
          <w:b/>
        </w:rPr>
        <w:t xml:space="preserve">[30:43] </w:t>
      </w:r>
      <w:r>
        <w:t>ek baar main ek conference mein gaya. wahan conference mein kai log the. is mein ek aadmi</w:t>
      </w:r>
    </w:p>
    <w:p>
      <w:pPr>
        <w:jc w:val="right"/>
      </w:pPr>
      <w:r>
        <w:t>ایک بار میں ایک کانفرنس میں گیا۔ وہاں کانفرنس میں کئی لوگ تھے۔ اس میں ایک آدمی</w:t>
      </w:r>
    </w:p>
    <w:p>
      <w:r>
        <w:rPr>
          <w:b/>
        </w:rPr>
        <w:t xml:space="preserve">[30:50] </w:t>
      </w:r>
      <w:r>
        <w:t>baitha hua tha. mez ke kinare. bari zabardast shakhsiyat wala aadmi. yaani ek giant shakhsiyat. giant. sab se mukhtalif tha.</w:t>
      </w:r>
    </w:p>
    <w:p>
      <w:pPr>
        <w:jc w:val="right"/>
      </w:pPr>
      <w:r>
        <w:t>بیٹھا ہوا تھا۔ میز کے کنارے۔ بڑی زبردست شخصیت والا آدمی۔ یعنی ایک جائنٹ شخصیت۔ جائنٹ۔ سب سے مختلف تھا۔</w:t>
      </w:r>
    </w:p>
    <w:p>
      <w:r>
        <w:rPr>
          <w:b/>
        </w:rPr>
        <w:t xml:space="preserve">[31:01] </w:t>
      </w:r>
      <w:r>
        <w:t>lekin chup chap baitha hua tha.</w:t>
      </w:r>
    </w:p>
    <w:p>
      <w:pPr>
        <w:jc w:val="right"/>
      </w:pPr>
      <w:r>
        <w:t>لیکن چپ چاپ بیٹھا ہوا تھا۔</w:t>
      </w:r>
    </w:p>
    <w:p>
      <w:r>
        <w:rPr>
          <w:b/>
        </w:rPr>
        <w:t xml:space="preserve">[31:05] </w:t>
      </w:r>
      <w:r>
        <w:t>yeh ek waqia hai. toh main sochta tha yeh kya aadmi hai, kya cheez hai yeh? yaani matlab yeh woh but toh nahi hai, koi mujassama toh nahi hai.</w:t>
      </w:r>
    </w:p>
    <w:p>
      <w:pPr>
        <w:jc w:val="right"/>
      </w:pPr>
      <w:r>
        <w:t>یہ ایک واقعہ ہے۔ تو میں سوچتا تھا یہ کیا آدمی ہے، کیا چیز ہے یہ؟ یعنی مطلب یہ وہ بت تو نہیں ہے، کوئی مجسمہ تو نہیں ہے۔</w:t>
      </w:r>
    </w:p>
    <w:p>
      <w:r>
        <w:rPr>
          <w:b/>
        </w:rPr>
        <w:t xml:space="preserve">[31:18] </w:t>
      </w:r>
      <w:r>
        <w:t>yeh toh kya cheez hai yeh? chup chap baitha hua hai. is ko phir ek waqt aaya ke woh bola.</w:t>
      </w:r>
    </w:p>
    <w:p>
      <w:pPr>
        <w:jc w:val="right"/>
      </w:pPr>
      <w:r>
        <w:t>یہ تو کیا چیز ہے یہ؟ چپ چاپ بیٹھا ہوا ہے۔ اس کو پھر ایک وقت آیا کہ وہ بولا۔</w:t>
      </w:r>
    </w:p>
    <w:p>
      <w:r>
        <w:rPr>
          <w:b/>
        </w:rPr>
        <w:t xml:space="preserve">[31:27] </w:t>
      </w:r>
      <w:r>
        <w:t>jab woh bola toh saare log sunne lage is ke bol ko. ke kaun hai yeh? aise hi kainat intezar mein hai ke Khuda bole.</w:t>
      </w:r>
    </w:p>
    <w:p>
      <w:pPr>
        <w:jc w:val="right"/>
      </w:pPr>
      <w:r>
        <w:t>جب وہ بولا تو سارے لوگ سننے لگے اس کے بول کو۔ کہ کون ہے یہ؟ ایسے ہی کائنات انتظار میں ہے کہ خدا بولے۔</w:t>
      </w:r>
    </w:p>
    <w:p>
      <w:r>
        <w:rPr>
          <w:b/>
        </w:rPr>
        <w:t xml:space="preserve">[31:39] </w:t>
      </w:r>
      <w:r>
        <w:t>jab Khuda ki sari sifaat zahir ho chuki hain. ek hi sifat baqi hai. nutq. speech. toh zaroorat hai ke woh bhi zahir ho.</w:t>
      </w:r>
    </w:p>
    <w:p>
      <w:pPr>
        <w:jc w:val="right"/>
      </w:pPr>
      <w:r>
        <w:t>جب خدا کی ساری صفات ظاہر ہو چکی ہیں۔ ایک ہی صفت باقی ہے۔ نطق۔ اسپیچ۔ تو ضرورت ہے کہ وہ بھی ظاہر ہو۔</w:t>
      </w:r>
    </w:p>
    <w:p>
      <w:r>
        <w:rPr>
          <w:b/>
        </w:rPr>
        <w:t xml:space="preserve">[31:49] </w:t>
      </w:r>
      <w:r>
        <w:t>to yeh jo ayat hai "wa innahu lahaqun mithla ma anzalukum tattqoon" . ka matlab hai ke</w:t>
      </w:r>
    </w:p>
    <w:p>
      <w:pPr>
        <w:jc w:val="right"/>
      </w:pPr>
      <w:r>
        <w:t>تو یہ جو آیت ہے "وَإِنَّهُ لَحَقٌ مِثْلَ مَا أَنْلُكُمْ تَتَّقُونَ" ۔ کا مطلب ہے کہ</w:t>
      </w:r>
    </w:p>
    <w:p>
      <w:r>
        <w:rPr>
          <w:b/>
        </w:rPr>
        <w:t xml:space="preserve">[31:56] </w:t>
      </w:r>
      <w:r>
        <w:t>nannave sifat khuda ki to aap dekh chuke. ek hi to baqi hai. jis din khuda bolega, wahi akhirat ka din hoga. kyun ke khuda jab bol de to test khatam.</w:t>
      </w:r>
    </w:p>
    <w:p>
      <w:pPr>
        <w:jc w:val="right"/>
      </w:pPr>
      <w:r>
        <w:t>ننانوے صفات خدا کی تو آپ دیکھ چکے۔ ایک ہی تو باقی ہے۔ جس دن خدا بولے گا، وہی آخرت کا دن ہوگا۔ کیوں کہ خدا جب بول دے تو ٹیسٹ ختم۔</w:t>
      </w:r>
    </w:p>
    <w:p>
      <w:r>
        <w:rPr>
          <w:b/>
        </w:rPr>
        <w:t xml:space="preserve">[32:08] </w:t>
      </w:r>
      <w:r>
        <w:t>aap ghor kijiye. khuda jab bol de to test kis baat ka?</w:t>
      </w:r>
    </w:p>
    <w:p>
      <w:pPr>
        <w:jc w:val="right"/>
      </w:pPr>
      <w:r>
        <w:t>آپ غور کیجیے۔ خدا جب بول دے تو ٹیسٹ کس بات کا؟</w:t>
      </w:r>
    </w:p>
    <w:p>
      <w:r>
        <w:rPr>
          <w:b/>
        </w:rPr>
        <w:t xml:space="preserve">[32:14] </w:t>
      </w:r>
      <w:r>
        <w:t>test ko baqi rakhte hue, imtehan ki halat ko baqi rakhne ke liye, khuda abhi bol nahi raha hai. jab khuda ke nazdeek ginti kam ho rahi hai, jab khuda ke nazdeek waqt aa jayega woh,</w:t>
      </w:r>
    </w:p>
    <w:p>
      <w:pPr>
        <w:jc w:val="right"/>
      </w:pPr>
      <w:r>
        <w:t>ٹیسٹ کو باقی رکھتے ہوئے، امتحان کی حالت کو باقی رکھنے کے لیے، خدا ابھی بول نہیں رہا ہے۔ جب خدا کے نزدیک گنتی کم ہو رہی ہے، جب خدا کے نزدیک وقت آ جائے گا وہ،</w:t>
      </w:r>
    </w:p>
    <w:p>
      <w:r>
        <w:rPr>
          <w:b/>
        </w:rPr>
        <w:t xml:space="preserve">[32:31] </w:t>
      </w:r>
      <w:r>
        <w:t>to bas achaanak awaz ayegi khuda ki. "la tateekum illa bakhtan" .</w:t>
      </w:r>
    </w:p>
    <w:p>
      <w:pPr>
        <w:jc w:val="right"/>
      </w:pPr>
      <w:r>
        <w:t>تو بس اچانک آواز آئے گی خدا کی۔ "لَا تَأْتِيكُمْ إِلَّا بَخْتًا" ۔</w:t>
      </w:r>
    </w:p>
    <w:p>
      <w:r>
        <w:rPr>
          <w:b/>
        </w:rPr>
        <w:t xml:space="preserve">[32:43] </w:t>
      </w:r>
      <w:r>
        <w:t>to woh jo ayat maine padhi hai, is ayat ke silsile mein ek hadith aati hai. yeh jo ayat hai ke "wama qadarallaha haqqa qadrihi wal ardi jamee'an qabdatuhu was samawatu madhbuhatun bi yameen" .</w:t>
      </w:r>
    </w:p>
    <w:p>
      <w:pPr>
        <w:jc w:val="right"/>
      </w:pPr>
      <w:r>
        <w:t>تو وہ جو آیت میں نے پڑھی ہے، اس آیت کے سلسلے میں ایک حدیث آتی ہے۔ یہ جو آیت ہے کہ "وَمَا قَدَرُ اللَّهَ حَقَّ قَدْرِهِ وَالْارْضِ جَمِيعًا قَبْضَتُهُ وَالسَّمَاوَاتُ مَذْبِحَاتٌ بِإِمِينٍ" ۔</w:t>
      </w:r>
    </w:p>
    <w:p>
      <w:r>
        <w:rPr>
          <w:b/>
        </w:rPr>
        <w:t xml:space="preserve">[33:01] </w:t>
      </w:r>
      <w:r>
        <w:t>ke sara khuda ke hath mein hoga.</w:t>
      </w:r>
    </w:p>
    <w:p>
      <w:pPr>
        <w:jc w:val="right"/>
      </w:pPr>
      <w:r>
        <w:t>کہ سارا خدا کے ہاتھ میں ہوگا۔</w:t>
      </w:r>
    </w:p>
    <w:p>
      <w:r>
        <w:rPr>
          <w:b/>
        </w:rPr>
        <w:t xml:space="preserve">[33:04] </w:t>
      </w:r>
      <w:r>
        <w:t>to is mein ek hadith aati hai ke khuda akhirat mein zameen o aasman ko apne hath mein lega. aur kahega.</w:t>
      </w:r>
    </w:p>
    <w:p>
      <w:pPr>
        <w:jc w:val="right"/>
      </w:pPr>
      <w:r>
        <w:t>تو اس میں ایک حدیث آتی ہے کہ خدا آخرت میں زمین و آسمان کو اپنے ہاتھ میں لے گا۔ اور کہے گا۔</w:t>
      </w:r>
    </w:p>
    <w:p>
      <w:r>
        <w:rPr>
          <w:b/>
        </w:rPr>
        <w:t xml:space="preserve">[33:16] </w:t>
      </w:r>
      <w:r>
        <w:t>ya bolega. "anal</w:t>
      </w:r>
    </w:p>
    <w:p>
      <w:pPr>
        <w:jc w:val="right"/>
      </w:pPr>
      <w:r>
        <w:t>یا بولے گا۔ "أَنَا ال</w:t>
      </w:r>
    </w:p>
    <w:p>
      <w:r>
        <w:rPr>
          <w:b/>
        </w:rPr>
        <w:t xml:space="preserve">[33:19] </w:t>
      </w:r>
      <w:r>
        <w:t>jabbbaroon anal mutakabbirroon ana muluk al ard" .</w:t>
      </w:r>
    </w:p>
    <w:p>
      <w:pPr>
        <w:jc w:val="right"/>
      </w:pPr>
      <w:r>
        <w:t>ْجَبَّارُونَ أَنَا الْمُتَكَبِّرُونَ أَنَا مُلُوكُ الْأَرْضِ" ۔</w:t>
      </w:r>
    </w:p>
    <w:p>
      <w:r>
        <w:rPr>
          <w:b/>
        </w:rPr>
        <w:t xml:space="preserve">[33:25] </w:t>
      </w:r>
      <w:r>
        <w:t>kahan hai jabbar, kahan hai mutakabir? kahan hain woh log jo bada bante the? jo khud hi khuda bankar baith gaye the.</w:t>
      </w:r>
    </w:p>
    <w:p>
      <w:pPr>
        <w:jc w:val="right"/>
      </w:pPr>
      <w:r>
        <w:t>کہاں ہے جبار، کہاں ہے متکبر؟ کہاں ہیں وہ لوگ جو بڑا بنتے تھے؟ جو خود ہی خدا بن کر بیٹھ گئے تھے۔</w:t>
      </w:r>
    </w:p>
    <w:p>
      <w:r>
        <w:rPr>
          <w:b/>
        </w:rPr>
        <w:t xml:space="preserve">[33:35] </w:t>
      </w:r>
      <w:r>
        <w:t>main hoon sab kuch. main hoon qadir mutlaq. main main hi sultan hoon. main hi badshah kainat hoon.</w:t>
      </w:r>
    </w:p>
    <w:p>
      <w:pPr>
        <w:jc w:val="right"/>
      </w:pPr>
      <w:r>
        <w:t>میں ہوں سب کچھ۔ میں ہوں قادر مطلق۔ میں میں ہی سلطان ہوں۔ میں ہی بادشاہ کائنات ہوں۔</w:t>
      </w:r>
    </w:p>
    <w:p>
      <w:r>
        <w:rPr>
          <w:b/>
        </w:rPr>
        <w:t xml:space="preserve">[33:44] </w:t>
      </w:r>
      <w:r>
        <w:t>to riwayat mein aata hai ke jab rasoolullah sallallahu alaihi wasallam yeh yeh keh rahe the, mimbar par khade hokar madine mein, to aap ladkhada gaye.</w:t>
      </w:r>
    </w:p>
    <w:p>
      <w:pPr>
        <w:jc w:val="right"/>
      </w:pPr>
      <w:r>
        <w:t>تو روایات میں آتا ہے کہ جب رسول اللہ صلی اللہ علیہ وسلم یہ یہ کہہ رہے تھے، ممبر پر کھڑے ہو کر مدینے میں، تو آپ لڑکھڑا گئے۔</w:t>
      </w:r>
    </w:p>
    <w:p>
      <w:r>
        <w:rPr>
          <w:b/>
        </w:rPr>
        <w:t xml:space="preserve">[33:58] </w:t>
      </w:r>
      <w:r>
        <w:t>sahaba kehte the, kehte hain ke aisa lagta tha ke aap gir padenge. jab aap ne kaha ke khuda qayamat mein apne hath mein le lega zameen o aasman ko, bolega "anal jabbaroon</w:t>
      </w:r>
    </w:p>
    <w:p>
      <w:pPr>
        <w:jc w:val="right"/>
      </w:pPr>
      <w:r>
        <w:t>صحابہ کہتے تھے، کہتے ہیں کہ ایسا لگتا تھا کہ آپ گر پڑیں گے۔ جب آپ نے کہا کہ خدا قیامت میں اپنے ہاتھ میں لے لے گا زمین و آسمان کو، بولے گا "أَنَا الْجَبَّارُونَ</w:t>
      </w:r>
    </w:p>
    <w:p>
      <w:r>
        <w:rPr>
          <w:b/>
        </w:rPr>
        <w:t xml:space="preserve">[34:13] </w:t>
      </w:r>
      <w:r>
        <w:t>anal mutakabbirroon ana muluk al ard" . to aap is tarah ladkhada gaye jaise ke aap gir padenge. yeh hai nutq.</w:t>
      </w:r>
    </w:p>
    <w:p>
      <w:pPr>
        <w:jc w:val="right"/>
      </w:pPr>
      <w:r>
        <w:t>أَنَا الْمُتَكَبِّرُونَ أَنَا مُلُوكُ الْأَرْضِ" ۔ تو آپ اس طرح لڑکھڑا گئے جیسے کہ آپ گر پڑیں گے۔ یہ ہے نطق۔</w:t>
      </w:r>
    </w:p>
    <w:p>
      <w:r>
        <w:rPr>
          <w:b/>
        </w:rPr>
        <w:t xml:space="preserve">[34:23] </w:t>
      </w:r>
      <w:r>
        <w:t>aap ghor kijiye is ko. ke is kainat mein khuda ki sari sifat ko aap</w:t>
      </w:r>
    </w:p>
    <w:p>
      <w:pPr>
        <w:jc w:val="right"/>
      </w:pPr>
      <w:r>
        <w:t>آپ غور کیجیے اس کو۔ کہ اس کائنات میں خدا کی ساری صفات کو آپ</w:t>
      </w:r>
    </w:p>
    <w:p>
      <w:r>
        <w:rPr>
          <w:b/>
        </w:rPr>
        <w:t xml:space="preserve">[34:29] </w:t>
      </w:r>
      <w:r>
        <w:t>tajurba kar rahe hain.</w:t>
      </w:r>
    </w:p>
    <w:p>
      <w:pPr>
        <w:jc w:val="right"/>
      </w:pPr>
      <w:r>
        <w:t>تجربہ کر رہے ہیں۔</w:t>
      </w:r>
    </w:p>
    <w:p>
      <w:r>
        <w:rPr>
          <w:b/>
        </w:rPr>
        <w:t xml:space="preserve">[34:35] </w:t>
      </w:r>
      <w:r>
        <w:t>sari sifat ko tajurba kar rahe hain. misaal ke taur par mujhe pyas lagti hai. to khuda ki yeh sifat ke woh pani dene wala hai, pyas bharne wala hai.</w:t>
      </w:r>
    </w:p>
    <w:p>
      <w:pPr>
        <w:jc w:val="right"/>
      </w:pPr>
      <w:r>
        <w:t>ساری صفات کو تجربہ کر رہے ہیں۔ مثال کے طور پر مجھے پیاس لگتی ہے۔ تو خدا کی یہ صفت کہ وہ پانی دینے والا ہے، پیاس بھرنے والا ہے۔</w:t>
      </w:r>
    </w:p>
    <w:p>
      <w:r>
        <w:rPr>
          <w:b/>
        </w:rPr>
        <w:t xml:space="preserve">[34:45] </w:t>
      </w:r>
      <w:r>
        <w:t>is ke liye samandar mein pani bhara hua hai, daryaon mein pani beh raha hai, chashmon mein pani rawan hai.</w:t>
      </w:r>
    </w:p>
    <w:p>
      <w:pPr>
        <w:jc w:val="right"/>
      </w:pPr>
      <w:r>
        <w:t>اس کے لیے سمندر میں پانی بھرا ہوا ہے، دریاؤں میں پانی بہہ رہا ہے، چشموں میں پانی رواں ہے۔</w:t>
      </w:r>
    </w:p>
    <w:p>
      <w:r>
        <w:rPr>
          <w:b/>
        </w:rPr>
        <w:t xml:space="preserve">[34:52] </w:t>
      </w:r>
      <w:r>
        <w:t>is ko le kar main pi leta hoon. to khuda ka razzaq hona maine dekha.</w:t>
      </w:r>
    </w:p>
    <w:p>
      <w:pPr>
        <w:jc w:val="right"/>
      </w:pPr>
      <w:r>
        <w:t>اس کو لے کر میں پی لیتا ہوں۔ تو خدا کا رازق ہونا میں نے دیکھا۔</w:t>
      </w:r>
    </w:p>
    <w:p>
      <w:r>
        <w:rPr>
          <w:b/>
        </w:rPr>
        <w:t xml:space="preserve">[35:03] </w:t>
      </w:r>
      <w:r>
        <w:t>kheton se ghalla ug rahe hain, bedon mein phal latak rahe hain. to khuda ke razzaq hone ko main dekh raha hoon. bator tajurba.</w:t>
      </w:r>
    </w:p>
    <w:p>
      <w:pPr>
        <w:jc w:val="right"/>
      </w:pPr>
      <w:r>
        <w:t>کھیتوں سے غلے اگ رہے ہیں، بیڑوں میں پھل لٹک رہے ہیں۔ تو خدا کے رازق ہونے کو میں دیکھ رہا ہوں۔ بطور تجربہ۔</w:t>
      </w:r>
    </w:p>
    <w:p>
      <w:r>
        <w:rPr>
          <w:b/>
        </w:rPr>
        <w:t xml:space="preserve">[35:14] </w:t>
      </w:r>
      <w:r>
        <w:t>meri aankh hai. aap jante hain ke aankh ho, roshni na ho to aap dekh nahi sakte.</w:t>
      </w:r>
    </w:p>
    <w:p>
      <w:pPr>
        <w:jc w:val="right"/>
      </w:pPr>
      <w:r>
        <w:t>میری آنکھ ہے۔ آپ جانتے ہیں کہ آنکھ ہو، روشنی نہ ہو تو آپ دیکھ نہیں سکتے۔</w:t>
      </w:r>
    </w:p>
    <w:p>
      <w:r>
        <w:rPr>
          <w:b/>
        </w:rPr>
        <w:t xml:space="preserve">[35:20] </w:t>
      </w:r>
      <w:r>
        <w:t>kuch bhi nahi dekhenge aap. roshni ko dekhne ke liye, aankh ko dekhne ke liye roshni chahiye. ab main aankh liye baitha hoon, muntazir raha hoon kaise dekhun.</w:t>
      </w:r>
    </w:p>
    <w:p>
      <w:pPr>
        <w:jc w:val="right"/>
      </w:pPr>
      <w:r>
        <w:t>کچھ بھی نہیں دیکھیں گے آپ۔ روشنی کو دیکھنے کے لیے، آنکھ کو دیکھنے کے لیے روشنی چاہیے۔ اب میں آنکھ لیے بیٹھا ہوں، منتظر رہا ہوں کیسے دیکھوں۔</w:t>
      </w:r>
    </w:p>
    <w:p>
      <w:r>
        <w:rPr>
          <w:b/>
        </w:rPr>
        <w:t xml:space="preserve">[35:31] </w:t>
      </w:r>
      <w:r>
        <w:t>to khuda suraj nikal deta hai.</w:t>
      </w:r>
    </w:p>
    <w:p>
      <w:pPr>
        <w:jc w:val="right"/>
      </w:pPr>
      <w:r>
        <w:t>تو خدا سورج نکال دیتا ہے۔</w:t>
      </w:r>
    </w:p>
    <w:p>
      <w:r>
        <w:rPr>
          <w:b/>
        </w:rPr>
        <w:t xml:space="preserve">[35:36] </w:t>
      </w:r>
      <w:r>
        <w:t>khuda is bedar mein roshni de deta hai. jis ko hum bijli kehte hain. to main dekhne lagta hoon. to yahan maine daryaft kiya ke khuda jo hai roshni dene wala hai.</w:t>
      </w:r>
    </w:p>
    <w:p>
      <w:pPr>
        <w:jc w:val="right"/>
      </w:pPr>
      <w:r>
        <w:t>خدا اس بیٹر میں روشنی دے دیتا ہے۔ جس کو ہم بجلی کہتے ہیں۔ تو میں دیکھنے لگتا ہوں۔ تو یہاں میں نے دریافت کیا کہ خدا جو ہے روشنی دینے والا ہے۔</w:t>
      </w:r>
    </w:p>
    <w:p>
      <w:r>
        <w:rPr>
          <w:b/>
        </w:rPr>
        <w:t xml:space="preserve">[35:46] </w:t>
      </w:r>
      <w:r>
        <w:t>allahu noor us samawati wal arz. aise hi mere andar</w:t>
      </w:r>
    </w:p>
    <w:p>
      <w:pPr>
        <w:jc w:val="right"/>
      </w:pPr>
      <w:r>
        <w:t>"اللَّهُ نُورُ السَّمَاوَاتِ وَالْأَرْضِ" ۔ ایسے ہی میرے اندر</w:t>
      </w:r>
    </w:p>
    <w:p>
      <w:r>
        <w:rPr>
          <w:b/>
        </w:rPr>
        <w:t xml:space="preserve">[35:54] </w:t>
      </w:r>
      <w:r>
        <w:t>phephra hai, mujhe oxygen ki zaroorat hai. ab main kahan se oxygen laoon? to darakhton se oxygen ki supply shuru ho jati hai. yahan main tajruba karta hoon ke koi hai jo meri zarooraton ko janta hai.</w:t>
      </w:r>
    </w:p>
    <w:p>
      <w:pPr>
        <w:jc w:val="right"/>
      </w:pPr>
      <w:r>
        <w:t>پھیپھڑا ہے، مجھے آکسیجن کی ضرورت ہے۔ اب میں کہاں سے آکسیجن لاؤں؟ تو درختوں سے آکسیجن کی سپلائی شروع ہو جاتی ہے۔ یہاں میں تجربہ کرتا ہوں کہ کوئی ہے جو میری ضرورتوں کو جانتا ہے۔</w:t>
      </w:r>
    </w:p>
    <w:p>
      <w:r>
        <w:rPr>
          <w:b/>
        </w:rPr>
        <w:t xml:space="preserve">[36:09] </w:t>
      </w:r>
      <w:r>
        <w:t>meri oxygen supply kar raha hai.</w:t>
      </w:r>
    </w:p>
    <w:p>
      <w:pPr>
        <w:jc w:val="right"/>
      </w:pPr>
      <w:r>
        <w:t>میری آکسیجن سپلائی کر رہا ہے۔</w:t>
      </w:r>
    </w:p>
    <w:p>
      <w:r>
        <w:rPr>
          <w:b/>
        </w:rPr>
        <w:t xml:space="preserve">[36:12] </w:t>
      </w:r>
      <w:r>
        <w:t>aise mein bolta hoon. to agar beech mein hawa na ho to aap meri baat sunenge nahin. ab main sochta hoon ke main boloon to kaise sune doosra aadmi?</w:t>
      </w:r>
    </w:p>
    <w:p>
      <w:pPr>
        <w:jc w:val="right"/>
      </w:pPr>
      <w:r>
        <w:t>ایسے میں بولتا ہوں۔ تو اگر بیچ میں ہوا نہ ہو تو آپ میری بات سنیں گے نہیں۔ اب میں سوچتا ہوں کہ میں بولوں تو کیسے سنے دوسرا آدمی؟</w:t>
      </w:r>
    </w:p>
    <w:p>
      <w:r>
        <w:rPr>
          <w:b/>
        </w:rPr>
        <w:t xml:space="preserve">[36:22] </w:t>
      </w:r>
      <w:r>
        <w:t>to Khuda hawaen bhej deta hai. ab maine bola aur aap ne suna. is tarah hum ne tajruba kiya ke Allah jo hai janta hai ke mujhe bolne ke liye,</w:t>
      </w:r>
    </w:p>
    <w:p>
      <w:pPr>
        <w:jc w:val="right"/>
      </w:pPr>
      <w:r>
        <w:t>تو خدا ہوائیں بھیج دیتا ہے۔ اب میں نے بولا اور آپ نے سنا۔ اس طرح ہم نے تجربہ کیا کہ اللہ جو ہے جانتا ہے کہ مجھے بولنے کے لیے،</w:t>
      </w:r>
    </w:p>
    <w:p>
      <w:r>
        <w:rPr>
          <w:b/>
        </w:rPr>
        <w:t xml:space="preserve">[36:32] </w:t>
      </w:r>
      <w:r>
        <w:t>meri bol ko sunne ke liye hawa chahiye. yeh sari Allah ki jo sifatें hain, is ka hum tajruba karte hain.</w:t>
      </w:r>
    </w:p>
    <w:p>
      <w:pPr>
        <w:jc w:val="right"/>
      </w:pPr>
      <w:r>
        <w:t>میری بول کو سننے کے لیے ہوا چاہیے۔ یہ ساری اللہ کی جو صفتیں ہیں، اس کا ہم تجربہ کرتے ہیں۔</w:t>
      </w:r>
    </w:p>
    <w:p>
      <w:r>
        <w:rPr>
          <w:b/>
        </w:rPr>
        <w:t xml:space="preserve">[36:43] </w:t>
      </w:r>
      <w:r>
        <w:t>yaqeen. is se hamein yaqeen paida hota hai. Khuda Rab hai, Khuda Razzaq hai, Khuda Raheem hai, Khuda Moti hai.</w:t>
      </w:r>
    </w:p>
    <w:p>
      <w:pPr>
        <w:jc w:val="right"/>
      </w:pPr>
      <w:r>
        <w:t>یقین۔ اس سے ہمیں یقین پیدا ہوتا ہے۔ خدا رب ہے، خدا رازق ہے، خدا رحیم ہے، خدا موتی ہے۔</w:t>
      </w:r>
    </w:p>
    <w:p>
      <w:r>
        <w:rPr>
          <w:b/>
        </w:rPr>
        <w:t xml:space="preserve">[36:54] </w:t>
      </w:r>
      <w:r>
        <w:t>in sab ka tajruba hum karte hain. lekin ek cheez ka tajruba hum nahin kar paate. woh hai nutq. Khuda ke bol.</w:t>
      </w:r>
    </w:p>
    <w:p>
      <w:pPr>
        <w:jc w:val="right"/>
      </w:pPr>
      <w:r>
        <w:t>ان سب کا تجربہ ہم کرتے ہیں۔ لیکن ایک چیز کا تجربہ ہم نہیں کر پاتے۔ وہ ہے نطق۔ خدا کے بول۔</w:t>
      </w:r>
    </w:p>
    <w:p>
      <w:r>
        <w:rPr>
          <w:b/>
        </w:rPr>
        <w:t xml:space="preserve">[37:04] </w:t>
      </w:r>
      <w:r>
        <w:t>wohi wahi cheez jo hai abhi baqi hai. aur woh akhirat mein hogi.</w:t>
      </w:r>
    </w:p>
    <w:p>
      <w:pPr>
        <w:jc w:val="right"/>
      </w:pPr>
      <w:r>
        <w:t>وہی وہی چیز جو ہے ابھی باقی ہے۔ اور وہ آخرت میں ہوگی۔</w:t>
      </w:r>
    </w:p>
    <w:p>
      <w:r>
        <w:rPr>
          <w:b/>
        </w:rPr>
        <w:t xml:space="preserve">[37:11] </w:t>
      </w:r>
      <w:r>
        <w:t>jab Khuda ke hisab se din, yaani is dunya ke waqt aa jayega, aakhri.</w:t>
      </w:r>
    </w:p>
    <w:p>
      <w:pPr>
        <w:jc w:val="right"/>
      </w:pPr>
      <w:r>
        <w:t>جب خدا کے حساب سے دن، یعنی اس دنیا کے وقت آ جائے گا، آخری۔</w:t>
      </w:r>
    </w:p>
    <w:p>
      <w:r>
        <w:rPr>
          <w:b/>
        </w:rPr>
        <w:t xml:space="preserve">[37:22] </w:t>
      </w:r>
      <w:r>
        <w:t>us waqt Khuda bolega. aur Khuda ke bolte hi</w:t>
      </w:r>
    </w:p>
    <w:p>
      <w:pPr>
        <w:jc w:val="right"/>
      </w:pPr>
      <w:r>
        <w:t>اس وقت خدا بولے گا۔ اور خدا کے بولتے ہی</w:t>
      </w:r>
    </w:p>
    <w:p>
      <w:r>
        <w:rPr>
          <w:b/>
        </w:rPr>
        <w:t xml:space="preserve">[37:28] </w:t>
      </w:r>
      <w:r>
        <w:t>imtehan ki halat khatm. is ke baad jannat jahannum shuru. ek naya daur shuru ho jayega. to dekhiye ek hai Khuda ki daryaft.</w:t>
      </w:r>
    </w:p>
    <w:p>
      <w:pPr>
        <w:jc w:val="right"/>
      </w:pPr>
      <w:r>
        <w:t>امتحان کی حالت ختم۔ اس کے بعد جنت جہنم شروع۔ ایک نیا دور شروع ہو جائے گا۔ تو دیکھیے ایک ہے خدا کی دریافت۔</w:t>
      </w:r>
    </w:p>
    <w:p>
      <w:r>
        <w:rPr>
          <w:b/>
        </w:rPr>
        <w:t xml:space="preserve">[37:40] </w:t>
      </w:r>
      <w:r>
        <w:t>Khuda ke wajood ki daryaft. doosri cheez yeh hai ke aap daryaft karte hain to aap ko response dena. fitri baat hai ke aap response den.</w:t>
      </w:r>
    </w:p>
    <w:p>
      <w:pPr>
        <w:jc w:val="right"/>
      </w:pPr>
      <w:r>
        <w:t>خدا کے وجود کی دریافت۔ دوسری چیز یہ ہے کہ آپ دریافت کرتے ہیں تو آپ کو رسپانس دینا۔ فطری بات ہے کہ آپ رسپانس دیں۔</w:t>
      </w:r>
    </w:p>
    <w:p>
      <w:r>
        <w:rPr>
          <w:b/>
        </w:rPr>
        <w:t xml:space="preserve">[37:48] </w:t>
      </w:r>
      <w:r>
        <w:t>isi response ka naam hai shukr.</w:t>
      </w:r>
    </w:p>
    <w:p>
      <w:pPr>
        <w:jc w:val="right"/>
      </w:pPr>
      <w:r>
        <w:t>اسی رسپانس کا نام ہے شکر۔</w:t>
      </w:r>
    </w:p>
    <w:p>
      <w:r>
        <w:rPr>
          <w:b/>
        </w:rPr>
        <w:t xml:space="preserve">[37:51] </w:t>
      </w:r>
      <w:r>
        <w:t>shukr. isi response ka naam hai shukr. phir dekhiye. aap jab dunya mein jeete hain, tajruba karte hain to lagta hai ke main to power less hoon.</w:t>
      </w:r>
    </w:p>
    <w:p>
      <w:pPr>
        <w:jc w:val="right"/>
      </w:pPr>
      <w:r>
        <w:t>شکر۔ اسی رسپانس کا نام ہے شکر۔ پھر دیکھیے۔ آپ جب دنیا میں جیتے ہیں، تجربہ کرتے ہیں تو لگتا ہے کہ میں تو پاور لیس ہوں۔</w:t>
      </w:r>
    </w:p>
    <w:p>
      <w:r>
        <w:rPr>
          <w:b/>
        </w:rPr>
        <w:t xml:space="preserve">[38:08] </w:t>
      </w:r>
      <w:r>
        <w:t>main to helpless hoon.</w:t>
      </w:r>
    </w:p>
    <w:p>
      <w:pPr>
        <w:jc w:val="right"/>
      </w:pPr>
      <w:r>
        <w:t>میں تو ہیلپ لیس ہوں۔</w:t>
      </w:r>
    </w:p>
    <w:p>
      <w:r>
        <w:rPr>
          <w:b/>
        </w:rPr>
        <w:t xml:space="preserve">[38:10] </w:t>
      </w:r>
      <w:r>
        <w:t>mujhe koi chahiye jo jo meri madad kare. wahan par aap daryaft karte hain dua ki harkat ko.</w:t>
      </w:r>
    </w:p>
    <w:p>
      <w:pPr>
        <w:jc w:val="right"/>
      </w:pPr>
      <w:r>
        <w:t>مجھے کوئی چاہیے جو جو میری مدد کرے۔ وہاں پر آپ دریافت کرتے ہیں دعا کی حرکت کو۔</w:t>
      </w:r>
    </w:p>
    <w:p>
      <w:r>
        <w:rPr>
          <w:b/>
        </w:rPr>
        <w:t xml:space="preserve">[38:21] </w:t>
      </w:r>
      <w:r>
        <w:t>dua ko ba taur haqeeqat ka daryaft karte hain. us waqt aap jab ke aap helpless hote hain. jaise Quran mein hai ke jab tumhari kashti samandar mein phans jati hai.</w:t>
      </w:r>
    </w:p>
    <w:p>
      <w:pPr>
        <w:jc w:val="right"/>
      </w:pPr>
      <w:r>
        <w:t>دعا کو بطور حقیقت کا دریافت کرتے ہیں۔ اس وقت آپ جب کہ آپ ہیلپ لیس ہوتے ہیں۔ جیسے قرآن میں ہے کہ جب تمہاری کشتی سمندر میں پھنس جاتی ہے۔</w:t>
      </w:r>
    </w:p>
    <w:p>
      <w:r>
        <w:rPr>
          <w:b/>
        </w:rPr>
        <w:t xml:space="preserve">[38:36] </w:t>
      </w:r>
      <w:r>
        <w:t>us waqt tum Khuda ko pukarte ho.</w:t>
      </w:r>
    </w:p>
    <w:p>
      <w:pPr>
        <w:jc w:val="right"/>
      </w:pPr>
      <w:r>
        <w:t>اس وقت تم خدا کو پکارتے ہو۔</w:t>
      </w:r>
    </w:p>
    <w:p>
      <w:r>
        <w:rPr>
          <w:b/>
        </w:rPr>
        <w:t xml:space="preserve">[38:38] </w:t>
      </w:r>
      <w:r>
        <w:t xml:space="preserve">amma yujeeb ul mustarri ila dawah wa ikshif us sur. </w:t>
      </w:r>
    </w:p>
    <w:p>
      <w:pPr>
        <w:jc w:val="right"/>
      </w:pPr>
      <w:r>
        <w:t>"أَمَّا يُجِيبُ الْمُسْتَرَّى إِلَى دَعَاهِ وَاِكْشِفُ الصُّورِ" ۔</w:t>
      </w:r>
    </w:p>
    <w:p>
      <w:r>
        <w:rPr>
          <w:b/>
        </w:rPr>
        <w:t xml:space="preserve">[38:46] </w:t>
      </w:r>
      <w:r>
        <w:t>to yeh yaani woh auqat jab ke aap apne aap ko helpless feel karte hain. us waqt pukarte hain Khuda ko.</w:t>
      </w:r>
    </w:p>
    <w:p>
      <w:pPr>
        <w:jc w:val="right"/>
      </w:pPr>
      <w:r>
        <w:t>تو یہ یعنی وہ اوقات جب کہ آپ اپنے آپ کو ہیلپ لیس فیل کرتے ہیں۔ اس وقت پکارتے ہیں خدا کو۔</w:t>
      </w:r>
    </w:p>
    <w:p>
      <w:r>
        <w:rPr>
          <w:b/>
        </w:rPr>
        <w:t xml:space="preserve">[38:57] </w:t>
      </w:r>
      <w:r>
        <w:t>aur Khuda aap ki madad karta hai.</w:t>
      </w:r>
    </w:p>
    <w:p>
      <w:pPr>
        <w:jc w:val="right"/>
      </w:pPr>
      <w:r>
        <w:t>اور خدا آپ کی مدد کرتا ہے۔</w:t>
      </w:r>
    </w:p>
    <w:p>
      <w:r>
        <w:rPr>
          <w:b/>
        </w:rPr>
        <w:t xml:space="preserve">[39:03] </w:t>
      </w:r>
      <w:r>
        <w:t>Khuda aap ki madad karta hai.</w:t>
      </w:r>
    </w:p>
    <w:p>
      <w:pPr>
        <w:jc w:val="right"/>
      </w:pPr>
      <w:r>
        <w:t>خدا آپ کی مدد کرتا ہے۔</w:t>
      </w:r>
    </w:p>
    <w:p>
      <w:r>
        <w:rPr>
          <w:b/>
        </w:rPr>
        <w:t xml:space="preserve">[39:09] </w:t>
      </w:r>
      <w:r>
        <w:t xml:space="preserve">Quran majeed mein ek ayat hai. Surah Baqarah mein. Surah Al Baqarah. wa idha saalaka ibadi anni fa inni qareebun ujeebu dawat ad daa'i za falyastajeebu li walyubnu bi la alamoo yashudoona. </w:t>
      </w:r>
    </w:p>
    <w:p>
      <w:pPr>
        <w:jc w:val="right"/>
      </w:pPr>
      <w:r>
        <w:t>قرآن مجید میں ایک آیت ہے۔ سورہ بقرہ میں۔ سورہ البقرہ۔ "وَإِذَا سَأَلَكَ عِبَادِي أَنِّي فَأَنِّي قَرِيبٌ أُجِيبُ دَعَوَةَ الدَّاعِزَةَ فَلْيَسْتَجِيبُوا لِي وَلْيُبْنُوا بِي لَا عَلَمُوا يَشُدُونَ" ۔</w:t>
      </w:r>
    </w:p>
    <w:p>
      <w:r>
        <w:rPr>
          <w:b/>
        </w:rPr>
        <w:t xml:space="preserve">[39:30] </w:t>
      </w:r>
      <w:r>
        <w:t>jab mere bande tujh se sawal karen. is ka matlab nahin ke lafzon mein poochhen. insaan sartaapa sawal hai.</w:t>
      </w:r>
    </w:p>
    <w:p>
      <w:pPr>
        <w:jc w:val="right"/>
      </w:pPr>
      <w:r>
        <w:t>جب میرے بندے تجھ سے سوال کریں۔ اس کا مطلب نہیں کہ لفظوں میں پوچھیں۔ انسان سرتاپا سوال ہے۔</w:t>
      </w:r>
    </w:p>
    <w:p>
      <w:r>
        <w:rPr>
          <w:b/>
        </w:rPr>
        <w:t xml:space="preserve">[39:40] </w:t>
      </w:r>
      <w:r>
        <w:t>hum har har qadam par apne aap ko helpless feel karte hain. woh jo hum, woh jab jab hamein tajruba hota hai to hum sartaapa sawal ban jaate hain.</w:t>
      </w:r>
    </w:p>
    <w:p>
      <w:pPr>
        <w:jc w:val="right"/>
      </w:pPr>
      <w:r>
        <w:t>ہم ہر ہر قدم پر اپنے آپ کو ہیلپ لیس فیل کرتے ہیں۔ وہ جو ہم، وہ جب جب ہمیں تجربہ ہوتا ہے تو ہم سرتاپا سوال بن جاتے ہیں۔</w:t>
      </w:r>
    </w:p>
    <w:p>
      <w:r>
        <w:rPr>
          <w:b/>
        </w:rPr>
        <w:t xml:space="preserve">[39:51] </w:t>
      </w:r>
      <w:r>
        <w:t>hum pukaarne lagte hain. khuda mere helpless less ki</w:t>
      </w:r>
    </w:p>
    <w:p>
      <w:pPr>
        <w:jc w:val="right"/>
      </w:pPr>
      <w:r>
        <w:t>ہم پکارنے لگتے ہیں۔ خدا میرے ہیلپ لیس لیس کی</w:t>
      </w:r>
    </w:p>
    <w:p>
      <w:r>
        <w:rPr>
          <w:b/>
        </w:rPr>
        <w:t xml:space="preserve">[39:57] </w:t>
      </w:r>
      <w:r>
        <w:t>talafi farma.</w:t>
      </w:r>
    </w:p>
    <w:p>
      <w:pPr>
        <w:jc w:val="right"/>
      </w:pPr>
      <w:r>
        <w:t>تلافی فرما۔</w:t>
      </w:r>
    </w:p>
    <w:p>
      <w:r>
        <w:rPr>
          <w:b/>
        </w:rPr>
        <w:t xml:space="preserve">[40:01] </w:t>
      </w:r>
      <w:r>
        <w:t>is ka to is ka compensation ban ja. jab bhi aap ne apne ex ko, apne apne helpless helplessness ko daryaft karte hain.</w:t>
      </w:r>
    </w:p>
    <w:p>
      <w:pPr>
        <w:jc w:val="right"/>
      </w:pPr>
      <w:r>
        <w:t>اس کا تو اس کا کمپنسیشن بن جا۔ جب بھی آپ نے اپنے ایگز کو، اپنے اپنے ہیلپ لیس ہیلپ لیسنس کو دریافت کرتے ہیں۔</w:t>
      </w:r>
    </w:p>
    <w:p>
      <w:r>
        <w:rPr>
          <w:b/>
        </w:rPr>
        <w:t xml:space="preserve">[40:12] </w:t>
      </w:r>
      <w:r>
        <w:t>to foran aap chahte hain koi ho jo is ko compensate karay. jo is ki talafi karay.</w:t>
      </w:r>
    </w:p>
    <w:p>
      <w:pPr>
        <w:jc w:val="right"/>
      </w:pPr>
      <w:r>
        <w:t>تو فوراً آپ چاہتے ہیں کوئی ہو جو اس کو کمپنسیٹ کرے۔ جو اس کی تلافی کرے۔</w:t>
      </w:r>
    </w:p>
    <w:p>
      <w:r>
        <w:rPr>
          <w:b/>
        </w:rPr>
        <w:t xml:space="preserve">[40:18] </w:t>
      </w:r>
      <w:r>
        <w:t>isi ka naam hai dua.</w:t>
      </w:r>
    </w:p>
    <w:p>
      <w:pPr>
        <w:jc w:val="right"/>
      </w:pPr>
      <w:r>
        <w:t>اسی کا نام ہے دعا۔</w:t>
      </w:r>
    </w:p>
    <w:p>
      <w:r>
        <w:rPr>
          <w:b/>
        </w:rPr>
        <w:t xml:space="preserve">[40:22] </w:t>
      </w:r>
      <w:r>
        <w:t>to</w:t>
      </w:r>
    </w:p>
    <w:p>
      <w:pPr>
        <w:jc w:val="right"/>
      </w:pPr>
      <w:r>
        <w:t>تو</w:t>
      </w:r>
    </w:p>
    <w:p>
      <w:r>
        <w:rPr>
          <w:b/>
        </w:rPr>
        <w:t xml:space="preserve">[40:25] </w:t>
      </w:r>
      <w:r>
        <w:t>daryaft jab aayegi to lazman shukr aayega. jab shukr aayega to lazman dua bhi aayegi. sab ek doosre se jure hue hain.</w:t>
      </w:r>
    </w:p>
    <w:p>
      <w:pPr>
        <w:jc w:val="right"/>
      </w:pPr>
      <w:r>
        <w:t>دریافت جب آئے گی تو لازماً شکر آئے گا۔ جب شکر آئے گا تو لازماً دعا بھی آئے گی۔ سب ایک دوسرے سے جڑے ہوئے ہیں۔</w:t>
      </w:r>
    </w:p>
    <w:p>
      <w:r>
        <w:rPr>
          <w:b/>
        </w:rPr>
        <w:t xml:space="preserve">[40:39] </w:t>
      </w:r>
      <w:r>
        <w:t>ek martaba dilli mein ek sahib ka inteqal ho gaya. mere janne wale the woh. to woh sirf un ki biwi ka pehle inteqal ho chuka tha.</w:t>
      </w:r>
    </w:p>
    <w:p>
      <w:pPr>
        <w:jc w:val="right"/>
      </w:pPr>
      <w:r>
        <w:t>ایک مرتبہ دلی میں ایک صاحب کا انتقال ہو گیا۔ میرے جاننے والے تھے وہ۔ تو وہ صرف ان کی بیوی کا پہلے انتقال ہو چکا تھا۔</w:t>
      </w:r>
    </w:p>
    <w:p>
      <w:r>
        <w:rPr>
          <w:b/>
        </w:rPr>
        <w:t xml:space="preserve">[40:50] </w:t>
      </w:r>
      <w:r>
        <w:t>ghar mein sirf un ka ek ladka aur ek ladki the. dono abhi shadi nahi hui thi.</w:t>
      </w:r>
    </w:p>
    <w:p>
      <w:pPr>
        <w:jc w:val="right"/>
      </w:pPr>
      <w:r>
        <w:t>گھر میں صرف ان کا ایک لڑکا اور ایک لڑکی تھے۔ دونوں ابھی شادی نہیں ہوئی تھی۔</w:t>
      </w:r>
    </w:p>
    <w:p>
      <w:r>
        <w:rPr>
          <w:b/>
        </w:rPr>
        <w:t xml:space="preserve">[40:58] </w:t>
      </w:r>
      <w:r>
        <w:t>dono naujawani ki umar mein the. to ghar mein biwi pehle ja chuki thi. baap the un ka inteqal ho gaya.</w:t>
      </w:r>
    </w:p>
    <w:p>
      <w:pPr>
        <w:jc w:val="right"/>
      </w:pPr>
      <w:r>
        <w:t>دونوں نوجوانی کی عمر میں تھے۔ تو گھر میں بیوی پہلے جا چکی تھی۔ باپ تھے ان کا انتقال ہو گیا۔</w:t>
      </w:r>
    </w:p>
    <w:p>
      <w:r>
        <w:rPr>
          <w:b/>
        </w:rPr>
        <w:t xml:space="preserve">[41:07] </w:t>
      </w:r>
      <w:r>
        <w:t>ab wohi do bachche ghar mein the. to main wahan gaya. aur bhi kai log wahan aaye hue the.</w:t>
      </w:r>
    </w:p>
    <w:p>
      <w:pPr>
        <w:jc w:val="right"/>
      </w:pPr>
      <w:r>
        <w:t>اب وہی دو بچے گھر میں تھے۔ تو میں وہاں گیا۔ اور بھی کئی لوگ وہاں آئے ہوئے تھے۔</w:t>
      </w:r>
    </w:p>
    <w:p>
      <w:r>
        <w:rPr>
          <w:b/>
        </w:rPr>
        <w:t xml:space="preserve">[41:14] </w:t>
      </w:r>
      <w:r>
        <w:t>to un ke ek sahib jo shayad dost honge aur rishtedar honge. unhon ne bachchon ko tasalli dete hue kaha tha. ke ghabrao mat.</w:t>
      </w:r>
    </w:p>
    <w:p>
      <w:pPr>
        <w:jc w:val="right"/>
      </w:pPr>
      <w:r>
        <w:t>تو ان کے ایک صاحب جو شاید دوست ہوں گے اور رشتہ دار ہوں گے۔ انہوں نے بچوں کو تسلی دیتے ہوئے کہا تھا۔ کہ گھبراؤ مت۔</w:t>
      </w:r>
    </w:p>
    <w:p>
      <w:r>
        <w:rPr>
          <w:b/>
        </w:rPr>
        <w:t xml:space="preserve">[41:26] </w:t>
      </w:r>
      <w:r>
        <w:t>main dilli mein hoon. aur mujhe apne baap ki jagah samjho.</w:t>
      </w:r>
    </w:p>
    <w:p>
      <w:pPr>
        <w:jc w:val="right"/>
      </w:pPr>
      <w:r>
        <w:t>میں دلی میں ہوں۔ اور مجھے اپنے باپ کی جگہ سمجھو۔</w:t>
      </w:r>
    </w:p>
    <w:p>
      <w:r>
        <w:rPr>
          <w:b/>
        </w:rPr>
        <w:t xml:space="preserve">[41:33] </w:t>
      </w:r>
      <w:r>
        <w:t>to woh lafz bole the. ke</w:t>
      </w:r>
    </w:p>
    <w:p>
      <w:pPr>
        <w:jc w:val="right"/>
      </w:pPr>
      <w:r>
        <w:t>تو وہ لفظ بولے تھے۔ کہ</w:t>
      </w:r>
    </w:p>
    <w:p>
      <w:r>
        <w:rPr>
          <w:b/>
        </w:rPr>
        <w:t xml:space="preserve">[41:42] </w:t>
      </w:r>
      <w:r>
        <w:t>"I am just a call away."</w:t>
      </w:r>
    </w:p>
    <w:p>
      <w:pPr>
        <w:jc w:val="right"/>
      </w:pPr>
      <w:r>
        <w:t>"I am just a call away."</w:t>
      </w:r>
    </w:p>
    <w:p>
      <w:r>
        <w:rPr>
          <w:b/>
        </w:rPr>
        <w:t xml:space="preserve">[41:48] </w:t>
      </w:r>
      <w:r>
        <w:t>"I am just a call away." Yeh angrezi mein aisa kaha jata hai. Ke matlab ek telephone karo main maujood hoon. "I am just a call away."</w:t>
      </w:r>
    </w:p>
    <w:p>
      <w:pPr>
        <w:jc w:val="right"/>
      </w:pPr>
      <w:r>
        <w:t>"I am just a call away." ۔ یہ انگریزی میں ایسا کہا جاتا ہے۔ کہ مطلب ایک ٹیلی فون کرو میں موجود ہوں۔ "I am just a call away." ۔</w:t>
      </w:r>
    </w:p>
    <w:p>
      <w:r>
        <w:rPr>
          <w:b/>
        </w:rPr>
        <w:t xml:space="preserve">[42:02] </w:t>
      </w:r>
      <w:r>
        <w:t>to wohi to ayat mein hai. "أَدُونِي أَسْتَجِبْ لَكُمْ" . pukaaro aur poocho to apne paas pao ge.</w:t>
      </w:r>
    </w:p>
    <w:p>
      <w:pPr>
        <w:jc w:val="right"/>
      </w:pPr>
      <w:r>
        <w:t>تو وہی تو آیت میں ہے۔ "أَدُونِي أَسْتَجِبْ لَكُمْ" ۔ پکارو اور پوچھو تو اپنے پاس پاؤ گے۔</w:t>
      </w:r>
    </w:p>
    <w:p>
      <w:r>
        <w:rPr>
          <w:b/>
        </w:rPr>
        <w:t xml:space="preserve">[42:13] </w:t>
      </w:r>
      <w:r>
        <w:t>"وَإِذَا سَأَلَكَ عِبَادِي أَنِّي فَأَنِّي قَرِيبٌ أُجِيبُ دَعَوَةَ الدَّاعِزَةَ فَلْيَسْتَجِبُوا لِي وَلْيُبْنُوا بِي لَا عَلَمُوا يَشُدُونَ" .</w:t>
      </w:r>
    </w:p>
    <w:p>
      <w:pPr>
        <w:jc w:val="right"/>
      </w:pPr>
      <w:r>
        <w:t>"وَإِذَا سَأَلَكَ عِبَادِي أَنِّي فَأَنِّي قَرِيبٌ أُجِيبُ دَعَوَةَ الدَّاعِزَةَ فَلْيَسْتَجِبُوا لِي وَلْيُبْنُوا بِي لَا عَلَمُوا يَشُدُونَ" ۔</w:t>
      </w:r>
    </w:p>
    <w:p>
      <w:r>
        <w:rPr>
          <w:b/>
        </w:rPr>
        <w:t xml:space="preserve">[42:25] </w:t>
      </w:r>
      <w:r>
        <w:t>to wohi to yeh hai. khuda keh raha hai ke "I am just a call away." .</w:t>
      </w:r>
    </w:p>
    <w:p>
      <w:pPr>
        <w:jc w:val="right"/>
      </w:pPr>
      <w:r>
        <w:t>تو وہی تو یہ ہے۔ خدا کہہ رہا ہے کہ "I am just a call away." ۔</w:t>
      </w:r>
    </w:p>
    <w:p>
      <w:r>
        <w:rPr>
          <w:b/>
        </w:rPr>
        <w:t xml:space="preserve">[42:35] </w:t>
      </w:r>
      <w:r>
        <w:t>mujhe pukaaro aur tum mujhe apne paas pao ge.</w:t>
      </w:r>
    </w:p>
    <w:p>
      <w:pPr>
        <w:jc w:val="right"/>
      </w:pPr>
      <w:r>
        <w:t>مجھے پکارو اور تم مجھے اپنے پاس پاؤ گے۔</w:t>
      </w:r>
    </w:p>
    <w:p>
      <w:r>
        <w:rPr>
          <w:b/>
        </w:rPr>
        <w:t xml:space="preserve">[42:42] </w:t>
      </w:r>
      <w:r>
        <w:t>to yeh kitna bara, kal ek sahib se bari baat ho rahi thi. unhein kuch masla pesh aa raha tha.</w:t>
      </w:r>
    </w:p>
    <w:p>
      <w:pPr>
        <w:jc w:val="right"/>
      </w:pPr>
      <w:r>
        <w:t>تو یہ کتنا بڑا، کل ایک صاحب سے بڑی بات ہو رہی تھی۔ انہیں کچھ مسئلہ پیش آ رہا تھا۔</w:t>
      </w:r>
    </w:p>
    <w:p>
      <w:r>
        <w:rPr>
          <w:b/>
        </w:rPr>
        <w:t xml:space="preserve">[42:54] </w:t>
      </w:r>
      <w:r>
        <w:t>to maine kaha ke khuda ki madad ko yaqini banane ke liye</w:t>
      </w:r>
    </w:p>
    <w:p>
      <w:pPr>
        <w:jc w:val="right"/>
      </w:pPr>
      <w:r>
        <w:t>تو میں نے کہا کہ خدا کی مدد کو یقینی بنانے کے لیے</w:t>
      </w:r>
    </w:p>
    <w:p>
      <w:r>
        <w:rPr>
          <w:b/>
        </w:rPr>
        <w:t xml:space="preserve">[43:01] </w:t>
      </w:r>
      <w:r>
        <w:t>nuskha kya hai? ke agar aap ne andar woh sifat paida kar lein to yaqeen kar lijiyay ke khuda ki madad lazman aayegi aap ko.</w:t>
      </w:r>
    </w:p>
    <w:p>
      <w:pPr>
        <w:jc w:val="right"/>
      </w:pPr>
      <w:r>
        <w:t>نسخہ کیا ہے؟ کہ اگر آپ نے اندر وہ صفت پیدا کر لیں تو یقین کر لیجیے کہ خدا کی مدد لازماً آئے گی آپ کو۔</w:t>
      </w:r>
    </w:p>
    <w:p>
      <w:r>
        <w:rPr>
          <w:b/>
        </w:rPr>
        <w:t xml:space="preserve">[43:12] </w:t>
      </w:r>
      <w:r>
        <w:t>woh kya hai woh madad? quran mein hai ke "وَالَّذِينَ آمَنُوا أَشَدُّ حُبًّا لِلَّهِ" .</w:t>
      </w:r>
    </w:p>
    <w:p>
      <w:pPr>
        <w:jc w:val="right"/>
      </w:pPr>
      <w:r>
        <w:t>وہ کیا ہے وہ مدد؟ قرآن میں ہے کہ "وَالَّذِينَ آمَنُوا أَشَدُّ حُبًّا لِلَّهِ" ۔</w:t>
      </w:r>
    </w:p>
    <w:p>
      <w:r>
        <w:rPr>
          <w:b/>
        </w:rPr>
        <w:t xml:space="preserve">[43:23] </w:t>
      </w:r>
      <w:r>
        <w:t>jo allah par iman lane wale hain wo allah se shadeed mohabbat karte hain.</w:t>
      </w:r>
    </w:p>
    <w:p>
      <w:pPr>
        <w:jc w:val="right"/>
      </w:pPr>
      <w:r>
        <w:t>جو اللہ پر ایمان لانے والے ہیں وہ اللہ سے شدید محبت کرتے ہیں۔</w:t>
      </w:r>
    </w:p>
    <w:p>
      <w:r>
        <w:rPr>
          <w:b/>
        </w:rPr>
        <w:t xml:space="preserve">[43:31] </w:t>
      </w:r>
      <w:r>
        <w:t>mohabbat ka kya cheez hai? hub kya cheez hai? hub hai Strong Affection. hub ke liye behtareen lafz hai Strong Affection.</w:t>
      </w:r>
    </w:p>
    <w:p>
      <w:pPr>
        <w:jc w:val="right"/>
      </w:pPr>
      <w:r>
        <w:t>محبت کا کیا چیز ہے؟ حب کیا چیز ہے؟ حب ہے Strong Affection۔ حب کے لیے بہترین لفظ ہے Strong Affection۔</w:t>
      </w:r>
    </w:p>
    <w:p>
      <w:r>
        <w:rPr>
          <w:b/>
        </w:rPr>
        <w:t xml:space="preserve">[43:43] </w:t>
      </w:r>
      <w:r>
        <w:t>to khuda se aap ko Strong Affection ho jaye.</w:t>
      </w:r>
    </w:p>
    <w:p>
      <w:pPr>
        <w:jc w:val="right"/>
      </w:pPr>
      <w:r>
        <w:t>تو خدا سے آپ کو Strong Affection ہو جائے۔</w:t>
      </w:r>
    </w:p>
    <w:p>
      <w:r>
        <w:rPr>
          <w:b/>
        </w:rPr>
        <w:t xml:space="preserve">[43:50] </w:t>
      </w:r>
      <w:r>
        <w:t>jab Strong Affection ke sath aap khuda se kuch mangein to khuda par lazim ho jata hai ke wo pura kare is ko.</w:t>
      </w:r>
    </w:p>
    <w:p>
      <w:pPr>
        <w:jc w:val="right"/>
      </w:pPr>
      <w:r>
        <w:t>جب Strong Affection کے ساتھ آپ خدا سے کچھ مانگیں تو خدا پر لازم ہو جاتا ہے کہ وہ پورا کرے اس کو۔</w:t>
      </w:r>
    </w:p>
    <w:p>
      <w:r>
        <w:rPr>
          <w:b/>
        </w:rPr>
        <w:t xml:space="preserve">[44:01] </w:t>
      </w:r>
      <w:r>
        <w:t>mohabbat karne wale ko koi radd nahi kar sakta. aap apne family mein tajurba kar ke dekh lijiye. jo aadmi aap se mohabbat karta ho, jo bachcha aap se mohabbat karta ho.</w:t>
      </w:r>
    </w:p>
    <w:p>
      <w:pPr>
        <w:jc w:val="right"/>
      </w:pPr>
      <w:r>
        <w:t>محبت کرنے والے کو کوئی رد نہیں کر سکتا۔ آپ اپنے فیملی میں تجربہ کر کے دیکھ لیجیے۔ جو آدمی آپ سے محبت کرتا ہو، جو بچہ آپ سے محبت کرتا ہو۔</w:t>
      </w:r>
    </w:p>
    <w:p>
      <w:r>
        <w:rPr>
          <w:b/>
        </w:rPr>
        <w:t xml:space="preserve">[44:12] </w:t>
      </w:r>
      <w:r>
        <w:t>us ke sawal ko aap radd nahi kar paate. radd nahi kar paate aap.</w:t>
      </w:r>
    </w:p>
    <w:p>
      <w:pPr>
        <w:jc w:val="right"/>
      </w:pPr>
      <w:r>
        <w:t>اس کے سوال کو آپ رد نہیں کر پاتے۔ رد نہیں کر پاتے آپ۔</w:t>
      </w:r>
    </w:p>
    <w:p>
      <w:r>
        <w:rPr>
          <w:b/>
        </w:rPr>
        <w:t xml:space="preserve">[44:20] </w:t>
      </w:r>
      <w:r>
        <w:t>to aap agar chahte hain ke aap yaqeeni banayein ke khuda ki madad lazman aap ko ayegi. to wo dua kijiye jo dua ke sath hub shamil ho.</w:t>
      </w:r>
    </w:p>
    <w:p>
      <w:pPr>
        <w:jc w:val="right"/>
      </w:pPr>
      <w:r>
        <w:t>تو آپ اگر چاہتے ہیں کہ آپ یقینی بنائیں کہ خدا کی مدد لازماً آپ کو آئے گی۔ تو وہ دعا کیجیے جو دعا کے ساتھ حب شامل ہو۔</w:t>
      </w:r>
    </w:p>
    <w:p>
      <w:r>
        <w:rPr>
          <w:b/>
        </w:rPr>
        <w:t xml:space="preserve">[44:35] </w:t>
      </w:r>
      <w:r>
        <w:t>jaise maine ek qissa bataya tha is se pehle aap logon ko. ke ek bachcha tha. us ke baap school master the.</w:t>
      </w:r>
    </w:p>
    <w:p>
      <w:pPr>
        <w:jc w:val="right"/>
      </w:pPr>
      <w:r>
        <w:t>جیسے میں نے ایک قصہ بتایا تھا اس سے پہلے آپ لوگوں کو۔ کہ ایک بچہ تھا۔ اس کے باپ اسکول ماسٹر تھے۔</w:t>
      </w:r>
    </w:p>
    <w:p>
      <w:r>
        <w:rPr>
          <w:b/>
        </w:rPr>
        <w:t xml:space="preserve">[44:47] </w:t>
      </w:r>
      <w:r>
        <w:t>to bachche ko shauq tha bicycle ka. aur baap ki tankhwah kam thi.</w:t>
      </w:r>
    </w:p>
    <w:p>
      <w:pPr>
        <w:jc w:val="right"/>
      </w:pPr>
      <w:r>
        <w:t>تو بچے کو شوق تھا بائیسکل کا۔ اور باپ کی تنخواہ کم تھی۔</w:t>
      </w:r>
    </w:p>
    <w:p>
      <w:r>
        <w:rPr>
          <w:b/>
        </w:rPr>
        <w:t xml:space="preserve">[44:53] </w:t>
      </w:r>
      <w:r>
        <w:t>to bachche ne apne baap se kaha ke mujhe bicycle chahiye. to baap ne us ko nazar andaaz kar diya.</w:t>
      </w:r>
    </w:p>
    <w:p>
      <w:pPr>
        <w:jc w:val="right"/>
      </w:pPr>
      <w:r>
        <w:t>تو بچے نے اپنے باپ سے کہا کہ مجھے بائیسکل چاہیے۔ تو باپ نے اس کو نظر انداز کر دیا۔</w:t>
      </w:r>
    </w:p>
    <w:p>
      <w:r>
        <w:rPr>
          <w:b/>
        </w:rPr>
        <w:t xml:space="preserve">[45:03] </w:t>
      </w:r>
      <w:r>
        <w:t>taal diya. to bete ne kai baar kaha.</w:t>
      </w:r>
    </w:p>
    <w:p>
      <w:pPr>
        <w:jc w:val="right"/>
      </w:pPr>
      <w:r>
        <w:t>ٹال دیا۔ تو بیٹے نے کئی بار کہا۔</w:t>
      </w:r>
    </w:p>
    <w:p>
      <w:r>
        <w:rPr>
          <w:b/>
        </w:rPr>
        <w:t xml:space="preserve">[45:11] </w:t>
      </w:r>
      <w:r>
        <w:t>to ek baar beta jo hai us ne kaha aur baap ne us ko jhaṛak diya. mujh se ke mujh se bicycle ke liye mat kehna.</w:t>
      </w:r>
    </w:p>
    <w:p>
      <w:pPr>
        <w:jc w:val="right"/>
      </w:pPr>
      <w:r>
        <w:t>تو ایک بار بیٹا جو ہے اس نے کہا اور باپ نے اس کو جھڑک دیا۔ مجھ سے کہ مجھ سے بائیسکل کے لیے مت کہنا۔</w:t>
      </w:r>
    </w:p>
    <w:p>
      <w:r>
        <w:rPr>
          <w:b/>
        </w:rPr>
        <w:t xml:space="preserve">[45:21] </w:t>
      </w:r>
      <w:r>
        <w:t>mere paas itna paisa nahi ke main tum ko bicycle doon. to bete ne jo mohabbat ke sath bolte hain. yani wo mohabbat wale andaaz mein beta apne baap se kaha us ne.</w:t>
      </w:r>
    </w:p>
    <w:p>
      <w:pPr>
        <w:jc w:val="right"/>
      </w:pPr>
      <w:r>
        <w:t>میرے پاس اتنا پیسہ نہیں کہ میں تم کو بائیسکل دوں۔ تو بیٹے نے جو محبت کے ساتھ بولتے ہیں۔ یعنی وہ محبت والے انداز میں بیٹا اپنے باپ سے کہا اس نے۔</w:t>
      </w:r>
    </w:p>
    <w:p>
      <w:r>
        <w:rPr>
          <w:b/>
        </w:rPr>
        <w:t xml:space="preserve">[45:34] </w:t>
      </w:r>
      <w:r>
        <w:t>aap ne yeh manzar dekha hoga ke ek beta jab mohabbat ke sath apni maan se, apne baap se khitab karta hai. to kaisa andaaz hota hai us ka. us mohabbat wale andaaz mein bete ne keh diya.</w:t>
      </w:r>
    </w:p>
    <w:p>
      <w:pPr>
        <w:jc w:val="right"/>
      </w:pPr>
      <w:r>
        <w:t>آپ نے یہ منظر دیکھا ہوگا کہ ایک بیٹا جب محبت کے ساتھ اپنی ماں سے، اپنے باپ سے خطاب کرتا ہے۔ تو کیسا انداز ہوتا ہے اس کا۔ اس محبت والے انداز میں بیٹے نے کہہ دیا۔</w:t>
      </w:r>
    </w:p>
    <w:p>
      <w:r>
        <w:rPr>
          <w:b/>
        </w:rPr>
        <w:t xml:space="preserve">[45:46] </w:t>
      </w:r>
      <w:r>
        <w:t>ke aap hi to hamare baap hain. aap se na kahein to kis se kahein?</w:t>
      </w:r>
    </w:p>
    <w:p>
      <w:pPr>
        <w:jc w:val="right"/>
      </w:pPr>
      <w:r>
        <w:t>کہ آپ ہی تو ہمارے باپ ہیں۔ آپ سے نہ کہیں تو کس سے کہیں؟</w:t>
      </w:r>
    </w:p>
    <w:p>
      <w:r>
        <w:rPr>
          <w:b/>
        </w:rPr>
        <w:t xml:space="preserve">[45:55] </w:t>
      </w:r>
      <w:r>
        <w:t>aap hi to hamare baap hain. aap se na kahein to kis se kahein? ab beta bhi ro pada aur baap bhi ro pada.</w:t>
      </w:r>
    </w:p>
    <w:p>
      <w:pPr>
        <w:jc w:val="right"/>
      </w:pPr>
      <w:r>
        <w:t>آپ ہی تو ہمارے باپ ہیں۔ آپ سے نہ کہیں تو کس سے کہیں؟ اب بیٹا بھی رو پڑا اور باپ بھی رو پڑا۔</w:t>
      </w:r>
    </w:p>
    <w:p>
      <w:r>
        <w:rPr>
          <w:b/>
        </w:rPr>
        <w:t xml:space="preserve">[46:04] </w:t>
      </w:r>
      <w:r>
        <w:t>donon rone lage. to baap ne kaha ke theek hai. main tum ko kal tak bicycle ka intezam kar doonga.</w:t>
      </w:r>
    </w:p>
    <w:p>
      <w:pPr>
        <w:jc w:val="right"/>
      </w:pPr>
      <w:r>
        <w:t>دونوں رونے لگے۔ تو باپ نے کہا کہ ٹھیک ہے۔ میں تم کو کل تک بائیسکل کا انتظام کر دوں گا۔</w:t>
      </w:r>
    </w:p>
    <w:p>
      <w:r>
        <w:rPr>
          <w:b/>
        </w:rPr>
        <w:t xml:space="preserve">[46:14] </w:t>
      </w:r>
      <w:r>
        <w:t>aur kal unhone bicycle ka intezam kar diya. to dekhiye dua jo hai jazb mohabbat ka izhar hai.</w:t>
      </w:r>
    </w:p>
    <w:p>
      <w:pPr>
        <w:jc w:val="right"/>
      </w:pPr>
      <w:r>
        <w:t>اور کل انہوں نے بائیسکل کا انتظام کر دیا۔ تو دیکھیے دعا جو ہے جذب محبت کا اظہار ہے۔</w:t>
      </w:r>
    </w:p>
    <w:p>
      <w:r>
        <w:rPr>
          <w:b/>
        </w:rPr>
        <w:t xml:space="preserve">[46:24] </w:t>
      </w:r>
      <w:r>
        <w:t>yaad rakhiye.</w:t>
      </w:r>
    </w:p>
    <w:p>
      <w:pPr>
        <w:jc w:val="right"/>
      </w:pPr>
      <w:r>
        <w:t>یاد رکھیے۔</w:t>
      </w:r>
    </w:p>
    <w:p>
      <w:r>
        <w:rPr>
          <w:b/>
        </w:rPr>
        <w:t xml:space="preserve">[46:28] </w:t>
      </w:r>
      <w:r>
        <w:t>dua kya hai? announcement nahi hai ke aap ne loud speech mein cheekh diya. aye logon yeh yeh karo. dua jazb mohabbat ka izhar hai.</w:t>
      </w:r>
    </w:p>
    <w:p>
      <w:pPr>
        <w:jc w:val="right"/>
      </w:pPr>
      <w:r>
        <w:t>دعا کیا ہے؟ اناؤنسمنٹ نہیں ہے کہ آپ نے لاؤڈ سپیچ میں چیخ دیا۔ اے لوگوں یہ یہ کرو۔ دعا جذب محبت کا اظہار ہے۔</w:t>
      </w:r>
    </w:p>
    <w:p>
      <w:r>
        <w:rPr>
          <w:b/>
        </w:rPr>
        <w:t xml:space="preserve">[46:39] </w:t>
      </w:r>
      <w:r>
        <w:t>dua ka matlab yeh hai ke aap ko khuda se Strong Affection hai.</w:t>
      </w:r>
    </w:p>
    <w:p>
      <w:pPr>
        <w:jc w:val="right"/>
      </w:pPr>
      <w:r>
        <w:t>دعا کا مطلب یہ ہے کہ آپ کو خدا سے Strong Affection ہے۔</w:t>
      </w:r>
    </w:p>
    <w:p>
      <w:r>
        <w:rPr>
          <w:b/>
        </w:rPr>
        <w:t xml:space="preserve">[46:44] </w:t>
      </w:r>
      <w:r>
        <w:t>aap ko yaqeen hai ke khuda hi meri baaton ko janta hai. aap ko yaqeen hai ke meri khwahishon ko pura karne wala sirf khuda hi hai.</w:t>
      </w:r>
    </w:p>
    <w:p>
      <w:pPr>
        <w:jc w:val="right"/>
      </w:pPr>
      <w:r>
        <w:t>آپ کو یقین ہے کہ خدا ہی میری باتوں کو جانتا ہے۔ آپ کو یقین ہے کہ میری خواہشوں کو پورا کرنے والا صرف خدا ہی ہے۔</w:t>
      </w:r>
    </w:p>
    <w:p>
      <w:r>
        <w:rPr>
          <w:b/>
        </w:rPr>
        <w:t xml:space="preserve">[46:54] </w:t>
      </w:r>
      <w:r>
        <w:t>aap ko yaqeen hai ke yahi to mera sab kuch hai. kisi aur se main kyun jaon kehne ke liye?</w:t>
      </w:r>
    </w:p>
    <w:p>
      <w:pPr>
        <w:jc w:val="right"/>
      </w:pPr>
      <w:r>
        <w:t>آپ کو یقین ہے کہ یہی تو میرا سب کچھ ہے۔ کسی اور سے میں کیوں جاؤں کہنے کے لیے؟</w:t>
      </w:r>
    </w:p>
    <w:p>
      <w:r>
        <w:rPr>
          <w:b/>
        </w:rPr>
        <w:t xml:space="preserve">[47:02] </w:t>
      </w:r>
      <w:r>
        <w:t>yani khuda hi to mera sab kuch hai. to kisi aur se main kehne ke liye kyun jaon? yeh sari jo kaifiyat hain yeh sab jab milti hain aur dhalta hain kuch lafzon mein isi ka naam dua hota hai.</w:t>
      </w:r>
    </w:p>
    <w:p>
      <w:pPr>
        <w:jc w:val="right"/>
      </w:pPr>
      <w:r>
        <w:t>یعنی خدا ہی تو میرا سب کچھ ہے۔ تو کسی اور سے میں کہنے کے لیے کیوں جاؤں؟ یہ ساری جو کیفیات ہیں یہ سب جب ملتی ہیں اور ڈھلتی ہیں کچھ لفظوں میں اسی کا نام دعا ہوتا ہے۔</w:t>
      </w:r>
    </w:p>
    <w:p>
      <w:r>
        <w:rPr>
          <w:b/>
        </w:rPr>
        <w:t xml:space="preserve">[47:20] </w:t>
      </w:r>
      <w:r>
        <w:t>yani pehle aap ne khuda ko daryaft kiya. shoori marfat hasil ki khuda ki. phir khuda ki jo Boundaries hain us ko jan kar ke aap ko khuda se bohat zyada Affection paida hua.</w:t>
      </w:r>
    </w:p>
    <w:p>
      <w:pPr>
        <w:jc w:val="right"/>
      </w:pPr>
      <w:r>
        <w:t>یعنی پہلے آپ نے خدا کو دریافت کیا۔ شعوری معرفت حاصل کی خدا کی۔ پھر خدا کی جو Boundaries ہیں اس کو جان کر کے آپ کو خدا سے بہت زیادہ Affection پیدا ہوا۔</w:t>
      </w:r>
    </w:p>
    <w:p>
      <w:r>
        <w:rPr>
          <w:b/>
        </w:rPr>
        <w:t xml:space="preserve">[47:35] </w:t>
      </w:r>
      <w:r>
        <w:t>isi mein jee rahe hain aap.</w:t>
      </w:r>
    </w:p>
    <w:p>
      <w:pPr>
        <w:jc w:val="right"/>
      </w:pPr>
      <w:r>
        <w:t>اسی میں جی رہے ہیں آپ۔</w:t>
      </w:r>
    </w:p>
    <w:p>
      <w:r>
        <w:rPr>
          <w:b/>
        </w:rPr>
        <w:t xml:space="preserve">[47:38] </w:t>
      </w:r>
      <w:r>
        <w:t>khuda ki azmat, khuda ki glory, khuda ki rehmat, khuda ki blessing yeh sab aap ke mind mein chhai hui hai. is tarah ki ek zindagi aap guzar rahe hain.</w:t>
      </w:r>
    </w:p>
    <w:p>
      <w:pPr>
        <w:jc w:val="right"/>
      </w:pPr>
      <w:r>
        <w:t>خدا کی عظمت، خدا کی Glory، خدا کی رحمت، خدا کی Blessing یہ سب آپ کے mind میں چھائی ہوئی ہے۔ اس طرح کی ایک زندگی آپ گزار رہے ہیں۔</w:t>
      </w:r>
    </w:p>
    <w:p>
      <w:r>
        <w:rPr>
          <w:b/>
        </w:rPr>
        <w:t xml:space="preserve">[47:49] </w:t>
      </w:r>
      <w:r>
        <w:t>phir aap ko ek masla pesh aata hai.</w:t>
      </w:r>
    </w:p>
    <w:p>
      <w:pPr>
        <w:jc w:val="right"/>
      </w:pPr>
      <w:r>
        <w:t>پھر آپ کو ایک مسئلہ پیش آتا ہے۔</w:t>
      </w:r>
    </w:p>
    <w:p>
      <w:r>
        <w:rPr>
          <w:b/>
        </w:rPr>
        <w:t xml:space="preserve">[47:54] </w:t>
      </w:r>
      <w:r>
        <w:t>aur phir aap isi isi saare jazbaat aur mohabbat ke saath pukaar uthte hain.</w:t>
      </w:r>
    </w:p>
    <w:p>
      <w:pPr>
        <w:jc w:val="right"/>
      </w:pPr>
      <w:r>
        <w:t>اور پھر آپ اسی اسی سارے جذبات اور محبت کے ساتھ پکار اٹھتے ہیں۔</w:t>
      </w:r>
    </w:p>
    <w:p>
      <w:r>
        <w:rPr>
          <w:b/>
        </w:rPr>
        <w:t xml:space="preserve">[48:01] </w:t>
      </w:r>
      <w:r>
        <w:t>to khuda insani zabaan mein mein kahunga ke khuda is ka tahammul nahi kar sakta ke aap ki madad na kare.</w:t>
      </w:r>
    </w:p>
    <w:p>
      <w:pPr>
        <w:jc w:val="right"/>
      </w:pPr>
      <w:r>
        <w:t>تو خدا انسانی زبان میں میں کہوں گا کہ خدا اس کا تحمل نہیں کر سکتا کہ آپ کی مدد نہ کرے۔</w:t>
      </w:r>
    </w:p>
    <w:p>
      <w:r>
        <w:rPr>
          <w:b/>
        </w:rPr>
        <w:t xml:space="preserve">[48:14] </w:t>
      </w:r>
      <w:r>
        <w:t>jaise pichhle sunday class mein mein ne ek qissa bataya tha aap ko. jey pur ka tajurba. ke hamare kuch saathi wahan gaye thay bohat saare bandhan le kar.</w:t>
      </w:r>
    </w:p>
    <w:p>
      <w:pPr>
        <w:jc w:val="right"/>
      </w:pPr>
      <w:r>
        <w:t>جیسے پچھلے Sunday کلاس میں میں نے ایک قصہ بتایا تھا آپ کو۔ جے پور کا تجربہ۔ کہ ہمارے کچھ ساتھی وہاں گئے تھے بہت سارے بندھن لے کر۔</w:t>
      </w:r>
    </w:p>
    <w:p>
      <w:r>
        <w:rPr>
          <w:b/>
        </w:rPr>
        <w:t xml:space="preserve">[48:27] </w:t>
      </w:r>
      <w:r>
        <w:t>ab ek mauqa par woh woh kitabon ka bandhan utha nahi raha tha.</w:t>
      </w:r>
    </w:p>
    <w:p>
      <w:pPr>
        <w:jc w:val="right"/>
      </w:pPr>
      <w:r>
        <w:t>اب ایک موقع پر وہ وہ کتابوں کا بندھن اٹھ نہیں رہا تھا۔</w:t>
      </w:r>
    </w:p>
    <w:p>
      <w:r>
        <w:rPr>
          <w:b/>
        </w:rPr>
        <w:t xml:space="preserve">[48:32] </w:t>
      </w:r>
      <w:r>
        <w:t>to hamare saathi ne ki zabaan se nikla. khudaaya hum tera bojh utha rahe hain. to hamare bojh utha le.</w:t>
      </w:r>
    </w:p>
    <w:p>
      <w:pPr>
        <w:jc w:val="right"/>
      </w:pPr>
      <w:r>
        <w:t>تو ہمارے ساتھی نے کی زبان سے نکلا۔ خدایا ہم تیرا بوجھ اٹھا رہے ہیں۔ تو ہمارے بوجھ اٹھا لے۔</w:t>
      </w:r>
    </w:p>
    <w:p>
      <w:r>
        <w:rPr>
          <w:b/>
        </w:rPr>
        <w:t xml:space="preserve">[48:45] </w:t>
      </w:r>
      <w:r>
        <w:t>khudaaya hum tera bojh utha rahe hain. to hamare bojh utha le. yeh tha woh jazba jo bhara hua hai khuda ke liye aap ke andar.</w:t>
      </w:r>
    </w:p>
    <w:p>
      <w:pPr>
        <w:jc w:val="right"/>
      </w:pPr>
      <w:r>
        <w:t>خدایا ہم تیرا بوجھ اٹھا رہے ہیں۔ تو ہمارے بوجھ اٹھا لے۔ یہ تھا وہ جذبہ جو بھرا ہوا ہے خدا کے لیے آپ کے اندر۔</w:t>
      </w:r>
    </w:p>
    <w:p>
      <w:r>
        <w:rPr>
          <w:b/>
        </w:rPr>
        <w:t xml:space="preserve">[48:53] </w:t>
      </w:r>
      <w:r>
        <w:t>woh ubal pada kuch lafzon ki shakal mein.</w:t>
      </w:r>
    </w:p>
    <w:p>
      <w:pPr>
        <w:jc w:val="right"/>
      </w:pPr>
      <w:r>
        <w:t>وہ ابل پڑا کچھ لفظوں کی شکل میں۔</w:t>
      </w:r>
    </w:p>
    <w:p>
      <w:r>
        <w:rPr>
          <w:b/>
        </w:rPr>
        <w:t xml:space="preserve">[48:59] </w:t>
      </w:r>
      <w:r>
        <w:t>dua dekhiye yaad rakhiye koi rate hue alfaaz ko repeat karne ka naam nahi hai. kuch kitaab hoti hain. mein hajj ke liye gaya to wahan dekha hua hai jitne haaji hain sab kitaabein liye hue hain is mein duaon ko rat rat rahe hain.</w:t>
      </w:r>
    </w:p>
    <w:p>
      <w:pPr>
        <w:jc w:val="right"/>
      </w:pPr>
      <w:r>
        <w:t>دعا دیکھیے یاد رکھیے کوئی رٹے ہوئے الفاظ کو repeat کرنے کا نام نہیں ہے۔ کچھ کتاب ہوتی ہیں۔ میں حج کے لیے گیا تو وہاں دیکھا ہوا ہے جتنے حاجی ہیں سب کتابیں لیے ہوئے ہیں اس میں دعاؤں کو رٹ رٹ رہے ہیں۔</w:t>
      </w:r>
    </w:p>
    <w:p>
      <w:r>
        <w:rPr>
          <w:b/>
        </w:rPr>
        <w:t xml:space="preserve">[49:18] </w:t>
      </w:r>
      <w:r>
        <w:t>jihad mein bhi rat rahe hain. makkah mein bhi rat rahe hain. woh samajhte thay ke bhai yeh yeh dua likhi hui hai wahi hai is ko rat lo. munh se bol do to yeh dua hai. That's ridiculous.</w:t>
      </w:r>
    </w:p>
    <w:p>
      <w:pPr>
        <w:jc w:val="right"/>
      </w:pPr>
      <w:r>
        <w:t>جہاد میں بھی رٹ رہے ہیں۔ مکہ میں بھی رٹ رہے ہیں۔ وہ سمجھتے تھے کہ بھئی یہ یہ دعا لکھی ہوئی ہے وہی ہے اس کو رٹ لو۔ منہ سے بول دو تو یہ دعا ہے۔ That's ridiculous.</w:t>
      </w:r>
    </w:p>
    <w:p>
      <w:r>
        <w:rPr>
          <w:b/>
        </w:rPr>
        <w:t xml:space="preserve">[49:29] </w:t>
      </w:r>
      <w:r>
        <w:t>yeh dua nahi hai. dua to ek shakhsiyat ki pukaar hai.</w:t>
      </w:r>
    </w:p>
    <w:p>
      <w:pPr>
        <w:jc w:val="right"/>
      </w:pPr>
      <w:r>
        <w:t>یہ دعا نہیں ہے۔ دعا تو ایک شخصیت کی پکار ہے۔</w:t>
      </w:r>
    </w:p>
    <w:p>
      <w:r>
        <w:rPr>
          <w:b/>
        </w:rPr>
        <w:t xml:space="preserve">[49:36] </w:t>
      </w:r>
      <w:r>
        <w:t>ek shakhsiyat jo pehle bana chuke hain aap. ek personality jo pehle aap bana chuke hain aap. ke khuda ko aap ne shaoori tor par jaana.</w:t>
      </w:r>
    </w:p>
    <w:p>
      <w:pPr>
        <w:jc w:val="right"/>
      </w:pPr>
      <w:r>
        <w:t>ایک شخصیت جو پہلے بنا چکے ہیں آپ۔ ایک personality جو پہلے آپ بنا چکے ہیں آپ۔ کہ خدا کو آپ نے شعوری طور پر جانا۔</w:t>
      </w:r>
    </w:p>
    <w:p>
      <w:r>
        <w:rPr>
          <w:b/>
        </w:rPr>
        <w:t xml:space="preserve">[49:48] </w:t>
      </w:r>
      <w:r>
        <w:t>aap ki dil ki gehraiyon mein khuda utar aaya. aap ke dil o dimaagh mein khuda tairne laga.</w:t>
      </w:r>
    </w:p>
    <w:p>
      <w:pPr>
        <w:jc w:val="right"/>
      </w:pPr>
      <w:r>
        <w:t>آپ کی دل کی گہرائیوں میں خدا اتر آیا۔ آپ کے دل و دماغ میں خدا تیرنے لگا۔</w:t>
      </w:r>
    </w:p>
    <w:p>
      <w:r>
        <w:rPr>
          <w:b/>
        </w:rPr>
        <w:t xml:space="preserve">[49:58] </w:t>
      </w:r>
      <w:r>
        <w:t>is ki rehmaton, is ki blessing mein aap sharabor ho kar jeene lagay. jab aap ne paani piya to us waqt aap ek samandar ka shukr aap ke andar aa gaya.</w:t>
      </w:r>
    </w:p>
    <w:p>
      <w:pPr>
        <w:jc w:val="right"/>
      </w:pPr>
      <w:r>
        <w:t>اس کی رحمتوں، اس کی Blessing میں آپ شرابور ہو کر جینے لگے۔ جب آپ نے پانی پیا تو اس وقت آپ ایک سمندر کا شکر آپ کے اندر آ گیا۔</w:t>
      </w:r>
    </w:p>
    <w:p>
      <w:r>
        <w:rPr>
          <w:b/>
        </w:rPr>
        <w:t xml:space="preserve">[50:15] </w:t>
      </w:r>
      <w:r>
        <w:t>waghera waghera. yeh sab ehsaasaat mein ek shakhsiyat bani.</w:t>
      </w:r>
    </w:p>
    <w:p>
      <w:pPr>
        <w:jc w:val="right"/>
      </w:pPr>
      <w:r>
        <w:t>وغیرہ وغیرہ۔ یہ سب احساسات میں ایک شخصیت بنی۔</w:t>
      </w:r>
    </w:p>
    <w:p>
      <w:r>
        <w:rPr>
          <w:b/>
        </w:rPr>
        <w:t xml:space="preserve">[50:20] </w:t>
      </w:r>
      <w:r>
        <w:t>ab phir is ko ek sawaal, ek masla saamne aaya. us waqt woh to pukaar utha.</w:t>
      </w:r>
    </w:p>
    <w:p>
      <w:pPr>
        <w:jc w:val="right"/>
      </w:pPr>
      <w:r>
        <w:t>اب پھر اس کو ایک سوال، ایک مسئلہ سامنے آیا۔ اس وقت وہ تو پکار اٹھا۔</w:t>
      </w:r>
    </w:p>
    <w:p>
      <w:r>
        <w:rPr>
          <w:b/>
        </w:rPr>
        <w:t xml:space="preserve">[50:28] </w:t>
      </w:r>
      <w:r>
        <w:t>khudaaya tu hi to mera khuda hai. mein tere siwa kis se kahoon apni baat ko? us waqt khuda ki rehmat josh mein aati hai.</w:t>
      </w:r>
    </w:p>
    <w:p>
      <w:pPr>
        <w:jc w:val="right"/>
      </w:pPr>
      <w:r>
        <w:t>خدایا تو ہی تو میرا خدا ہے۔ میں تیرے سوا کس سے کہوں اپنی بات کو؟ اس وقت خدا کی رحمت جوش میں آتی ہے۔</w:t>
      </w:r>
    </w:p>
    <w:p>
      <w:r>
        <w:rPr>
          <w:b/>
        </w:rPr>
        <w:t xml:space="preserve">[50:39] </w:t>
      </w:r>
      <w:r>
        <w:t>to us waqt insani zabaan mein mein kahunga ke khuda is ka tahammul nahi kar sakta ke apne bande ki madad na kare.</w:t>
      </w:r>
    </w:p>
    <w:p>
      <w:pPr>
        <w:jc w:val="right"/>
      </w:pPr>
      <w:r>
        <w:t>تو اس وقت انسانی زبان میں میں کہوں گا کہ خدا اس کا تحمل نہیں کر سکتا کہ اپنے بندے کی مدد نہ کرے۔</w:t>
      </w:r>
    </w:p>
    <w:p>
      <w:r>
        <w:rPr>
          <w:b/>
        </w:rPr>
        <w:t xml:space="preserve">[50:50] </w:t>
      </w:r>
      <w:r>
        <w:t>phir in saari cheezon ke milne ke baad jo cheez banti hai aakhir mein woh hai dawat. daai ek aisi shakhsiyat ka naam hai jis mein yeh sab cheezein jama ho gayi hon.</w:t>
      </w:r>
    </w:p>
    <w:p>
      <w:pPr>
        <w:jc w:val="right"/>
      </w:pPr>
      <w:r>
        <w:t>پھر ان ساری چیزوں کے ملنے کے بعد جو چیز بنتی ہے آخر میں وہ ہے دعوت۔ داعی ایک ایسی شخصیت کا نام ہے جس میں یہ سب چیزیں جمع ہو گئی ہوں۔</w:t>
      </w:r>
    </w:p>
    <w:p>
      <w:r>
        <w:rPr>
          <w:b/>
        </w:rPr>
        <w:t xml:space="preserve">[51:01] </w:t>
      </w:r>
      <w:r>
        <w:t>daai alag se koi announcement nahi hai jis ne record baja diya aap ne to woh dawat ho gayi.</w:t>
      </w:r>
    </w:p>
    <w:p>
      <w:pPr>
        <w:jc w:val="right"/>
      </w:pPr>
      <w:r>
        <w:t>داعی الگ سے کوئی اناؤنسمنٹ نہیں ہے جس نے ریکارڈ بجا دیا آپ نے تو وہ دعوت ہو گئی۔</w:t>
      </w:r>
    </w:p>
    <w:p>
      <w:r>
        <w:rPr>
          <w:b/>
        </w:rPr>
        <w:t xml:space="preserve">[51:08] </w:t>
      </w:r>
      <w:r>
        <w:t>dawat koi announcement nahi hai. dawat us insaan ka aakhri zahoor hai jis ka aaghaz hua daryaft se.</w:t>
      </w:r>
    </w:p>
    <w:p>
      <w:pPr>
        <w:jc w:val="right"/>
      </w:pPr>
      <w:r>
        <w:t>دعوت کوئی اناؤنسمنٹ نہیں ہے۔ دعوت اس انسان کا آخری ظہور ہے جس کا آغاز ہوا دریافت سے۔</w:t>
      </w:r>
    </w:p>
    <w:p>
      <w:r>
        <w:rPr>
          <w:b/>
        </w:rPr>
        <w:t xml:space="preserve">[51:17] </w:t>
      </w:r>
      <w:r>
        <w:t>phir jo pahuncha shukr o hamd tak. phir woh duaon mein dhalta raha.</w:t>
      </w:r>
    </w:p>
    <w:p>
      <w:pPr>
        <w:jc w:val="right"/>
      </w:pPr>
      <w:r>
        <w:t>پھر جو پہنچا شکر و حمد تک۔ پھر وہ دعاؤں میں ڈھلتا رہا۔</w:t>
      </w:r>
    </w:p>
    <w:p>
      <w:r>
        <w:rPr>
          <w:b/>
        </w:rPr>
        <w:t xml:space="preserve">[51:25] </w:t>
      </w:r>
      <w:r>
        <w:t>phir woh is ne dekha ke insaan itne saare hain. woh bhatke hue hain. un ki kharkhai ke tehat is ka andar ka jo samandar jazbaat ka samandar tha woh phat pada.</w:t>
      </w:r>
    </w:p>
    <w:p>
      <w:pPr>
        <w:jc w:val="right"/>
      </w:pPr>
      <w:r>
        <w:t>پھر وہ اس نے دیکھا کہ انسان اتنے سارے ہیں۔ وہ بھٹکے ہوئے ہیں۔ ان کی خرخائی کے تحت اس کا اندر کا جو سمندر جذبات کا سمندر تھا وہ پھٹ پڑا۔</w:t>
      </w:r>
    </w:p>
    <w:p>
      <w:r>
        <w:rPr>
          <w:b/>
        </w:rPr>
        <w:t xml:space="preserve">[51:38] </w:t>
      </w:r>
      <w:r>
        <w:t>that is dawat koi insan jo is tarah se bana ho woh afford nahi kar sakta ke woh</w:t>
      </w:r>
    </w:p>
    <w:p>
      <w:pPr>
        <w:jc w:val="right"/>
      </w:pPr>
      <w:r>
        <w:t>That is دعوت کوئی انسان جو اس طرح سے بنا ہو وہ afford نہیں کر سکتا کہ وہ</w:t>
      </w:r>
    </w:p>
    <w:p>
      <w:r>
        <w:rPr>
          <w:b/>
        </w:rPr>
        <w:t xml:space="preserve">[51:47] </w:t>
      </w:r>
      <w:r>
        <w:t>daai na banay. woh dawat ka kaam na karay.</w:t>
      </w:r>
    </w:p>
    <w:p>
      <w:pPr>
        <w:jc w:val="right"/>
      </w:pPr>
      <w:r>
        <w:t>داعی نہ بنے۔ وہ دعوت کا کام نہ کرے۔</w:t>
      </w:r>
    </w:p>
    <w:p>
      <w:r>
        <w:rPr>
          <w:b/>
        </w:rPr>
        <w:t xml:space="preserve">[51:56] </w:t>
      </w:r>
      <w:r>
        <w:t>yani dawat jo hai woh woh woh to phat kar nikalti hai. isi liye main kaha kaha karta hoon ke aap log khud program banana hai aap ko.</w:t>
      </w:r>
    </w:p>
    <w:p>
      <w:pPr>
        <w:jc w:val="right"/>
      </w:pPr>
      <w:r>
        <w:t>یعنی دعوت جو ہے وہ وہ وہ تو پھٹ کر نکلتی ہے۔ اسی لیے میں کہا کہا کرتا ہوں کہ آپ لوگ خود پروگرام بنانا ہے آپ کو۔</w:t>
      </w:r>
    </w:p>
    <w:p>
      <w:r>
        <w:rPr>
          <w:b/>
        </w:rPr>
        <w:t xml:space="preserve">[52:06] </w:t>
      </w:r>
      <w:r>
        <w:t>aap ne har shakhs ko khud program banana hai. khud sochna hai. khud planning karna hai.</w:t>
      </w:r>
    </w:p>
    <w:p>
      <w:pPr>
        <w:jc w:val="right"/>
      </w:pPr>
      <w:r>
        <w:t>آپ نے ہر شخص کو خود پروگرام بنانا ہے۔ خود سوچنا ہے۔ خود planning کرنا ہے۔</w:t>
      </w:r>
    </w:p>
    <w:p>
      <w:r>
        <w:rPr>
          <w:b/>
        </w:rPr>
        <w:t xml:space="preserve">[52:13] </w:t>
      </w:r>
      <w:r>
        <w:t>kyun? main woh woh shakhsiyat matloob hai jis ko kuch batane ki zaroorat na ho. jab woh shakhsiyat aap ke andar ban jaye.</w:t>
      </w:r>
    </w:p>
    <w:p>
      <w:pPr>
        <w:jc w:val="right"/>
      </w:pPr>
      <w:r>
        <w:t>کیوں؟ میں وہ وہ شخصیت مطلوب ہے جس کو کچھ بتانے کی ضرورت نہ ہو۔ جب وہ شخصیت آپ کے اندر بن جائے۔</w:t>
      </w:r>
    </w:p>
    <w:p>
      <w:r>
        <w:rPr>
          <w:b/>
        </w:rPr>
        <w:t xml:space="preserve">[52:25] </w:t>
      </w:r>
      <w:r>
        <w:t>yaqeen wali shakhsiyat, shukr wali shakhsiyat, dua wali shakhsiyat.</w:t>
      </w:r>
    </w:p>
    <w:p>
      <w:pPr>
        <w:jc w:val="right"/>
      </w:pPr>
      <w:r>
        <w:t>یقین والی شخصیت، شکر والی شخصیت، دعا والی شخصیت۔</w:t>
      </w:r>
    </w:p>
    <w:p>
      <w:r>
        <w:rPr>
          <w:b/>
        </w:rPr>
        <w:t xml:space="preserve">[52:33] </w:t>
      </w:r>
      <w:r>
        <w:t>Allah ko ki koi is ki tamam glory ke sath jaan lene ki shakhsiyat. yeh jab ban jaye to is ke baad to bilkul fitrat ka taqaza hai ke aap daai ban kar insanon ke darmiyan dorne lagain.</w:t>
      </w:r>
    </w:p>
    <w:p>
      <w:pPr>
        <w:jc w:val="right"/>
      </w:pPr>
      <w:r>
        <w:t>اللہ کو کی کوئی اس کی تمام Glory کے ساتھ جان لینے کی شخصیت۔ یہ جب بن جائے تو اس کے بعد تو بالکل فطرت کا تقاضا ہے کہ آپ داعی بن کر انسانوں کے درمیان دوڑنے لگیں۔</w:t>
      </w:r>
    </w:p>
    <w:p>
      <w:r>
        <w:rPr>
          <w:b/>
        </w:rPr>
        <w:t xml:space="preserve">[52:54] </w:t>
      </w:r>
      <w:r>
        <w:t>to agar aap announcement karne ko dawat jante hon to aap ne dawat ko samjha nahi. agar aap yeh samajhte hon ke koi koi central aik body hai wahan se direction aa rahi hai is ko le kar ke aap idhar udhar</w:t>
      </w:r>
    </w:p>
    <w:p>
      <w:pPr>
        <w:jc w:val="right"/>
      </w:pPr>
      <w:r>
        <w:t>تو اگر آپ اناؤنسمنٹ کرنے کو دعوت جانتے ہوں تو آپ نے دعوت کو سمجھا نہیں۔ اگر آپ یہ سمجھتے ہوں کہ کوئی کوئی central ایک body ہے وہاں سے direction آ رہی ہے اس کو لے کر کے آپ ادھر ادھر</w:t>
      </w:r>
    </w:p>
    <w:p>
      <w:r>
        <w:rPr>
          <w:b/>
        </w:rPr>
        <w:t xml:space="preserve">[53:10] </w:t>
      </w:r>
      <w:r>
        <w:t>dawat pohncha rahe hon woh bhi dawat nahi hai. dawat yeh hai ke aap aap mein se har shakhs jo hai is ke andar aik aik mauj uthay.</w:t>
      </w:r>
    </w:p>
    <w:p>
      <w:pPr>
        <w:jc w:val="right"/>
      </w:pPr>
      <w:r>
        <w:t>دعوت پہنچا رہے ہوں وہ بھی دعوت نہیں ہے۔ دعوت یہ ہے کہ آپ آپ میں سے ہر شخص جو ہے اس کے اندر ایک ایک موج اٹھے۔</w:t>
      </w:r>
    </w:p>
    <w:p>
      <w:r>
        <w:rPr>
          <w:b/>
        </w:rPr>
        <w:t xml:space="preserve">[53:21] </w:t>
      </w:r>
      <w:r>
        <w:t>aik toofan bhar ke is ko woh afford na kar sakay ke woh daai ke liye</w:t>
      </w:r>
    </w:p>
    <w:p>
      <w:pPr>
        <w:jc w:val="right"/>
      </w:pPr>
      <w:r>
        <w:t>ایک طوفان بھر کے اس کو وہ afford نہ کر سکے کہ وہ داعی کے لیے</w:t>
      </w:r>
    </w:p>
    <w:p>
      <w:r>
        <w:rPr>
          <w:b/>
        </w:rPr>
        <w:t xml:space="preserve">[53:30] </w:t>
      </w:r>
      <w:r>
        <w:t>daai ban kar na khara ho logon ke samnay. to aisa aadmi ko be intazar nahi rahe ga ke koi is ko program day.</w:t>
      </w:r>
    </w:p>
    <w:p>
      <w:pPr>
        <w:jc w:val="right"/>
      </w:pPr>
      <w:r>
        <w:t>داعی بن کر نہ کھڑا ہو لوگوں کے سامنے۔ تو ایسا آدمی کو بے انتظار نہیں رہے گا کہ کوئی اس کو پروگرام دے۔</w:t>
      </w:r>
    </w:p>
    <w:p>
      <w:r>
        <w:rPr>
          <w:b/>
        </w:rPr>
        <w:t xml:space="preserve">[53:40] </w:t>
      </w:r>
      <w:r>
        <w:t>koi is ko direction day. woh soche ga, khud soche ga, khud planning kare ga.</w:t>
      </w:r>
    </w:p>
    <w:p>
      <w:pPr>
        <w:jc w:val="right"/>
      </w:pPr>
      <w:r>
        <w:t>کوئی اس کو direction دے۔ وہ سوچے گا، خود سوچے گا، خود planning کرے گا۔</w:t>
      </w:r>
    </w:p>
    <w:p>
      <w:r>
        <w:rPr>
          <w:b/>
        </w:rPr>
        <w:t xml:space="preserve">[53:47] </w:t>
      </w:r>
      <w:r>
        <w:t>khud woh logon mein pohnche ga. aur sare sathiyon ko khud ko mani hai nahi ke akeley akeley se sare sathiyon se kahe ga ke chalo chalo yahan hai hamara kaam.</w:t>
      </w:r>
    </w:p>
    <w:p>
      <w:pPr>
        <w:jc w:val="right"/>
      </w:pPr>
      <w:r>
        <w:t>خود وہ لوگوں میں پہنچے گا۔ اور سارے ساتھیوں کو خود کو معنی ہے نہیں کہ اکیلے اکیلے سے سارے ساتھیوں سے کہے گا کہ چلو چلو یہاں ہے ہمارا کام۔</w:t>
      </w:r>
    </w:p>
    <w:p>
      <w:r>
        <w:rPr>
          <w:b/>
        </w:rPr>
        <w:t xml:space="preserve">[54:03] </w:t>
      </w:r>
      <w:r>
        <w:t>yeh hai iman, yeh hai islam.</w:t>
      </w:r>
    </w:p>
    <w:p>
      <w:pPr>
        <w:jc w:val="right"/>
      </w:pPr>
      <w:r>
        <w:t>یہ ہے ایمان، یہ ہے اسلام۔</w:t>
      </w:r>
    </w:p>
    <w:p>
      <w:r>
        <w:rPr>
          <w:b/>
        </w:rPr>
        <w:t xml:space="preserve">[54:09] </w:t>
      </w:r>
      <w:r>
        <w:t>iman aur islam koi koi rituals ka naam nahi hai.</w:t>
      </w:r>
    </w:p>
    <w:p>
      <w:pPr>
        <w:jc w:val="right"/>
      </w:pPr>
      <w:r>
        <w:t>ایمان اور اسلام کوئی کوئی rituals کا نام نہیں ہے۔</w:t>
      </w:r>
    </w:p>
    <w:p>
      <w:r>
        <w:rPr>
          <w:b/>
        </w:rPr>
        <w:t xml:space="preserve">[54:19] </w:t>
      </w:r>
      <w:r>
        <w:t>aik kisi scholar ko main ne parha tha aik bar ke us ne kaha ke religion begins from from an audiology then after some generation it is reduced to a culture</w:t>
      </w:r>
    </w:p>
    <w:p>
      <w:pPr>
        <w:jc w:val="right"/>
      </w:pPr>
      <w:r>
        <w:t>ایک کسی scholar کو میں نے پڑھا تھا ایک بار کہ اس نے کہا کہ religion begins from from an audiology then after some generation it is reduced to a culture</w:t>
      </w:r>
    </w:p>
    <w:p>
      <w:r>
        <w:rPr>
          <w:b/>
        </w:rPr>
        <w:t xml:space="preserve">[54:37] </w:t>
      </w:r>
      <w:r>
        <w:t>to a community culture to is ka naam islam nahi hai. woh to reduced form hai islam ka.</w:t>
      </w:r>
    </w:p>
    <w:p>
      <w:pPr>
        <w:jc w:val="right"/>
      </w:pPr>
      <w:r>
        <w:t>to a community culture تو اس کا نام اسلام نہیں ہے۔ وہ تو reduced فارم ہے اسلام کا۔</w:t>
      </w:r>
    </w:p>
    <w:p>
      <w:r>
        <w:rPr>
          <w:b/>
        </w:rPr>
        <w:t xml:space="preserve">[54:49] </w:t>
      </w:r>
      <w:r>
        <w:t>islam to aik zinda, aik aik living force ka naam hai. aik zinda shakhsiyat hota hai woh aadmi jis ke andar islam utar aaye.</w:t>
      </w:r>
    </w:p>
    <w:p>
      <w:pPr>
        <w:jc w:val="right"/>
      </w:pPr>
      <w:r>
        <w:t>اسلام تو ایک زندہ، ایک ایک living force کا نام ہے۔ ایک زندہ شخصیت ہوتا ہے وہ آدمی جس کے اندر اسلام اتر آئے۔</w:t>
      </w:r>
    </w:p>
    <w:p>
      <w:r>
        <w:rPr>
          <w:b/>
        </w:rPr>
        <w:t xml:space="preserve">[55:01] </w:t>
      </w:r>
      <w:r>
        <w:t>aik discovery hoti hai, aik daryaft hoti hai.</w:t>
      </w:r>
    </w:p>
    <w:p>
      <w:pPr>
        <w:jc w:val="right"/>
      </w:pPr>
      <w:r>
        <w:t>ایک discovery ہوتی ہے، ایک دریافت ہوتی ہے۔</w:t>
      </w:r>
    </w:p>
    <w:p>
      <w:r>
        <w:rPr>
          <w:b/>
        </w:rPr>
        <w:t xml:space="preserve">[55:07] </w:t>
      </w:r>
      <w:r>
        <w:t>jis se aik shakhsiyat banti hai. phir woh shakhsiyat jab ban jaye to is se shukr uble ga, dua uble gi.</w:t>
      </w:r>
    </w:p>
    <w:p>
      <w:pPr>
        <w:jc w:val="right"/>
      </w:pPr>
      <w:r>
        <w:t>جس سے ایک شخصیت بنتی ہے۔ پھر وہ شخصیت جب بن جائے تو اس سے شکر ابلے گا، دعا ابلے گی۔</w:t>
      </w:r>
    </w:p>
    <w:p>
      <w:r>
        <w:rPr>
          <w:b/>
        </w:rPr>
        <w:t xml:space="preserve">[55:16] </w:t>
      </w:r>
      <w:r>
        <w:t>dawat uble gi.</w:t>
      </w:r>
    </w:p>
    <w:p>
      <w:pPr>
        <w:jc w:val="right"/>
      </w:pPr>
      <w:r>
        <w:t>دعوت ابلے گی۔</w:t>
      </w:r>
    </w:p>
    <w:p>
      <w:r>
        <w:rPr>
          <w:b/>
        </w:rPr>
        <w:t xml:space="preserve">[55:21] </w:t>
      </w:r>
      <w:r>
        <w:t>yeh dua jo hai, dua kiya hai is ke baray mein bukhari mein aik riwayat aati hai.</w:t>
      </w:r>
    </w:p>
    <w:p>
      <w:pPr>
        <w:jc w:val="right"/>
      </w:pPr>
      <w:r>
        <w:t>یہ دعا جو ہے، دعا کیا ہے اس کے بارے میں بخاری میں ایک روایت آتی ہے۔</w:t>
      </w:r>
    </w:p>
    <w:p>
      <w:r>
        <w:rPr>
          <w:b/>
        </w:rPr>
        <w:t xml:space="preserve">[55:33] </w:t>
      </w:r>
      <w:r>
        <w:t>to</w:t>
      </w:r>
    </w:p>
    <w:p>
      <w:pPr>
        <w:jc w:val="right"/>
      </w:pPr>
      <w:r>
        <w:t>تو</w:t>
      </w:r>
    </w:p>
    <w:p>
      <w:r>
        <w:rPr>
          <w:b/>
        </w:rPr>
        <w:t xml:space="preserve">[55:36] </w:t>
      </w:r>
      <w:r>
        <w:t>aam tor par kaha jata hai ke prayer is power logon ka dua is the only solution to bukhari mein aik riwayat aati hai ke teen aadmi pehle zamanay ke jo ummaten theen yani pichlay zamanay ke</w:t>
      </w:r>
    </w:p>
    <w:p>
      <w:pPr>
        <w:jc w:val="right"/>
      </w:pPr>
      <w:r>
        <w:t>عام طور پر کہا جاتا ہے کہ prayer is power لوگوں کا دعا is the only solution تو بخاری میں ایک روایت آتی ہے کہ تین آدمی پہلے زمانے کے جو امتیں تھیں یعنی پچھلے زمانے کے</w:t>
      </w:r>
    </w:p>
    <w:p>
      <w:r>
        <w:rPr>
          <w:b/>
        </w:rPr>
        <w:t xml:space="preserve">[55:53] </w:t>
      </w:r>
      <w:r>
        <w:t>muslim to teen aadmi safar kar rahe thay. jab aaj kal ki tarah sarkain waghera nahi hoti tab ki baat hai yeh. to aik jagah raat ke waqt unhon ne aik khoob pehle zamanay mein aap jante hain ke hotel waghera bhi nahi hua karte thay.</w:t>
      </w:r>
    </w:p>
    <w:p>
      <w:pPr>
        <w:jc w:val="right"/>
      </w:pPr>
      <w:r>
        <w:t>مسلم تو تین آدمی سفر کر رہے تھے۔ جب آج کل کی طرح سڑکیں وغیرہ نہیں ہوتی تب کی بات ہے یہ۔ تو ایک جگہ رات کے وقت انہوں نے ایک کھوب پہلے زمانے میں آپ جانتے ہیں کہ ہوٹل وغیرہ بھی نہیں ہوا کرتے تھے۔</w:t>
      </w:r>
    </w:p>
    <w:p>
      <w:r>
        <w:rPr>
          <w:b/>
        </w:rPr>
        <w:t xml:space="preserve">[56:11] </w:t>
      </w:r>
      <w:r>
        <w:t>to raat guzarne ke liye woh ek pahad ke khoob mein thehre. to raat ko kya hua ke landslide ho gaya.</w:t>
      </w:r>
    </w:p>
    <w:p>
      <w:pPr>
        <w:jc w:val="right"/>
      </w:pPr>
      <w:r>
        <w:t>تو رات گزارنے کے لیے وہ ایک پہاڑ کے کھوب میں ٹھہرے۔ تو رات کو کیا ہوا کہ لینڈ سلائیڈ ہو گیا۔</w:t>
      </w:r>
    </w:p>
    <w:p>
      <w:r>
        <w:rPr>
          <w:b/>
        </w:rPr>
        <w:t xml:space="preserve">[56:22] </w:t>
      </w:r>
      <w:r>
        <w:t>ek pathar khisak aap jante hain pathar khisakte rehte hain chataanen.</w:t>
      </w:r>
    </w:p>
    <w:p>
      <w:pPr>
        <w:jc w:val="right"/>
      </w:pPr>
      <w:r>
        <w:t>ایک پتھر کھسک آپ جانتے ہیں پتھر کھسکتے رہتے ہیں چٹانیں۔</w:t>
      </w:r>
    </w:p>
    <w:p>
      <w:r>
        <w:rPr>
          <w:b/>
        </w:rPr>
        <w:t xml:space="preserve">[56:27] </w:t>
      </w:r>
      <w:r>
        <w:t>pahadon par chataanen khisakti rehti hain. to khisak ke jab neeche marti hain to use kehte hain landslide. to ek pathar khisak kar aa kar theek is khoob ke is ghar ke munh par aa kar aise</w:t>
      </w:r>
    </w:p>
    <w:p>
      <w:pPr>
        <w:jc w:val="right"/>
      </w:pPr>
      <w:r>
        <w:t>پہاڑوں پر چٹانیں کھسکتی رہتی ہیں۔ تو کھسک کے جب نیچے گرتی ہیں تو اسے کہتے ہیں لینڈ سلائیڈ۔ تو ایک پتھر کھسک کر آ کر ٹھیک اس کھوب کے اس غار کے منہ پر آ کر ایسے</w:t>
      </w:r>
    </w:p>
    <w:p>
      <w:r>
        <w:rPr>
          <w:b/>
        </w:rPr>
        <w:t xml:space="preserve">[56:44] </w:t>
      </w:r>
      <w:r>
        <w:t>aa gaya. ab ghar ka munh is tarah band ho gaya ke woh log nikal nahi sakte the. ab pathar itna bhari tha ke is ko hata bhi nahi sakte the. ek dam bilkul band ho gaye woh.</w:t>
      </w:r>
    </w:p>
    <w:p>
      <w:pPr>
        <w:jc w:val="right"/>
      </w:pPr>
      <w:r>
        <w:t>آ گیا۔ اب غار کا منہ اس طرح بند ہو گیا کہ وہ لوگ نکل نہیں سکتے تھے۔ اب پتھر اتنا بھاری تھا کہ اس کو ہٹا بھی نہیں سکتے تھے۔ ایک دم بالکل بند ہو گئے وہ۔</w:t>
      </w:r>
    </w:p>
    <w:p>
      <w:r>
        <w:rPr>
          <w:b/>
        </w:rPr>
        <w:t xml:space="preserve">[56:58] </w:t>
      </w:r>
      <w:r>
        <w:t>aaj kal ki tarah in ke paas mobile nahi tha in ki jeeb mein. mobile karen. kahin bhai dekho main farziya ka phans raha hoon. phans gaya hoon daudo.</w:t>
      </w:r>
    </w:p>
    <w:p>
      <w:pPr>
        <w:jc w:val="right"/>
      </w:pPr>
      <w:r>
        <w:t>آج کل کی طرح ان کے پاس موبائل نہیں تھا ان کی جیب میں۔ موبائل کریں۔ کہیں بھئی دیکھو میں فرضیہ کا پھنس رہا ہوں۔ پھنس گیا ہوں دوڑو۔</w:t>
      </w:r>
    </w:p>
    <w:p>
      <w:r>
        <w:rPr>
          <w:b/>
        </w:rPr>
        <w:t xml:space="preserve">[57:06] </w:t>
      </w:r>
      <w:r>
        <w:t>yeh bhi nahi tha is zamane mein. ab to yeh hai ke fe'ur aap mobile uthate hain aur is ko message dete hain to daud kar aadmi pahunchta hai wahan.</w:t>
      </w:r>
    </w:p>
    <w:p>
      <w:pPr>
        <w:jc w:val="right"/>
      </w:pPr>
      <w:r>
        <w:t>یہ بھی نہیں تھا اس زمانے میں۔ اب تو یہ ہے کہ فی الفور آپ موبائل اٹھاتے ہیں اور اس کو message دیتے ہیں تو دوڑ کر آدمی پہنچتا ہے وہاں۔</w:t>
      </w:r>
    </w:p>
    <w:p>
      <w:r>
        <w:rPr>
          <w:b/>
        </w:rPr>
        <w:t xml:space="preserve">[57:19] </w:t>
      </w:r>
      <w:r>
        <w:t>to baharhaal woh phans gaye is mein. to teeno ne socha ke kya karen ab? to unhon ne kaha hamare paas ab koi cheez nahi hai siwaye dua ke.</w:t>
      </w:r>
    </w:p>
    <w:p>
      <w:pPr>
        <w:jc w:val="right"/>
      </w:pPr>
      <w:r>
        <w:t>تو بہرحال وہ پھنس گئے اس میں۔ تو تینوں نے سوچا کہ کیا کریں اب؟ تو انہوں نے کہا ہمارے پاس اب کوئی چیز نہیں ہے سوائے دعا کے۔</w:t>
      </w:r>
    </w:p>
    <w:p>
      <w:r>
        <w:rPr>
          <w:b/>
        </w:rPr>
        <w:t xml:space="preserve">[57:31] </w:t>
      </w:r>
      <w:r>
        <w:t>to unhon ne kaha ke hamein dua karna hai apne kisi amal ke waste se. apne kisi amal ko refer kar ke. teeno ne kaha ke apna apna koi amal talash karo jo sirf Allah ke liye tum ne kiya ho.</w:t>
      </w:r>
    </w:p>
    <w:p>
      <w:pPr>
        <w:jc w:val="right"/>
      </w:pPr>
      <w:r>
        <w:t>تو انہوں نے کہا کہ ہمیں دعا کرنا ہے اپنے کسی عمل کے واسطے سے۔ اپنے کسی عمل کو refer کر کے۔ تینوں نے کہا کہ اپنا اپنا کوئی عمل تلاش کرو جو صرف اللہ کے لیے تم نے کیا ہو۔</w:t>
      </w:r>
    </w:p>
    <w:p>
      <w:r>
        <w:rPr>
          <w:b/>
        </w:rPr>
        <w:t xml:space="preserve">[57:49] </w:t>
      </w:r>
      <w:r>
        <w:t>us ko kar ke dua karo. to teeno ne apne apne amal ko dua kiya. misaal ke taur par ek ne dua ki ke ek mere paas ek mazdoor aaya.</w:t>
      </w:r>
    </w:p>
    <w:p>
      <w:pPr>
        <w:jc w:val="right"/>
      </w:pPr>
      <w:r>
        <w:t>اس کو کر کے دعا کرو۔ تو تینوں نے اپنے اپنے عمل کو دعا کیا۔ مثلاً ایک نے دعا کی کہ ایک میرے پاس ایک مزدور آیا۔</w:t>
      </w:r>
    </w:p>
    <w:p>
      <w:r>
        <w:rPr>
          <w:b/>
        </w:rPr>
        <w:t xml:space="preserve">[58:04] </w:t>
      </w:r>
      <w:r>
        <w:t>us ko main ne kaam kiya us ne din bhar mera. to shaam ka jo uska wages tha woh liye baghair chala gaya woh.</w:t>
      </w:r>
    </w:p>
    <w:p>
      <w:pPr>
        <w:jc w:val="right"/>
      </w:pPr>
      <w:r>
        <w:t>اس کو میں نے کام کیا اس نے دن بھر میرا۔ تو شام کا جو اس کا wages تھا وہ لیے بغیر چلا گیا وہ۔</w:t>
      </w:r>
    </w:p>
    <w:p>
      <w:r>
        <w:rPr>
          <w:b/>
        </w:rPr>
        <w:t xml:space="preserve">[58:12] </w:t>
      </w:r>
      <w:r>
        <w:t>us ka jo bhi do chaar rupaye aaj jita bhi raha ho. to in ko is paise se main ne koi bhed bakri khareed li. ab is mein itni barkat hui itni barkat hui ke mere ghar ke saamne jo maidan hai sab bhed bakri se bhar gaya.</w:t>
      </w:r>
    </w:p>
    <w:p>
      <w:pPr>
        <w:jc w:val="right"/>
      </w:pPr>
      <w:r>
        <w:t>اس کا جو بھی دو چار روپیہ آج جتا بھی رہا ہو۔ تو ان کو اس پیسے سے میں نے کوئی بھیڑ بکری خرید لی۔ اب اس میں اتنی برکت ہوئی اتنی برکت ہوئی کہ میرے گھر کے سامنے جو میدان ہے سب بھیڑ بکری سے بھر گیا۔</w:t>
      </w:r>
    </w:p>
    <w:p>
      <w:r>
        <w:rPr>
          <w:b/>
        </w:rPr>
        <w:t xml:space="preserve">[58:27] </w:t>
      </w:r>
      <w:r>
        <w:t>bahut dinon ke baad phir woh aadmi aaya ke main tumhare haan kaam kiya tha aur paisa nahi liya tha.</w:t>
      </w:r>
    </w:p>
    <w:p>
      <w:pPr>
        <w:jc w:val="right"/>
      </w:pPr>
      <w:r>
        <w:t>بہت دنوں کے بعد پھر وہ آدمی آیا کہ میں تمہارے ہاں کام کیا تھا اور پیسہ نہیں لیا تھا۔</w:t>
      </w:r>
    </w:p>
    <w:p>
      <w:r>
        <w:rPr>
          <w:b/>
        </w:rPr>
        <w:t xml:space="preserve">[58:34] </w:t>
      </w:r>
      <w:r>
        <w:t>to us aadmi ne kaha ke yeh saara bhed bakri tumhare baap ka hai. us ne mazaaq samjha. kehne lage bhai main to ek din kaam kiya tha ek din ki mazdoori mujhe de do.</w:t>
      </w:r>
    </w:p>
    <w:p>
      <w:pPr>
        <w:jc w:val="right"/>
      </w:pPr>
      <w:r>
        <w:t>تو اس آدمی نے کہا کہ یہ سارا بھیڑ بکری تمہارے باپ کا ہے۔ اس نے مذاق سمجھا۔ کہنے لگے بھئی میں تو ایک دن کام کیا تھا ایک دن کی مزدوری مجھے دے دو۔</w:t>
      </w:r>
    </w:p>
    <w:p>
      <w:r>
        <w:rPr>
          <w:b/>
        </w:rPr>
        <w:t xml:space="preserve">[58:46] </w:t>
      </w:r>
      <w:r>
        <w:t>kaha isi tumhare mazdoori se main ne</w:t>
      </w:r>
    </w:p>
    <w:p>
      <w:pPr>
        <w:jc w:val="right"/>
      </w:pPr>
      <w:r>
        <w:t>کہا اسی تمہارے مزدوری سے میں نے</w:t>
      </w:r>
    </w:p>
    <w:p>
      <w:r>
        <w:rPr>
          <w:b/>
        </w:rPr>
        <w:t xml:space="preserve">[58:51] </w:t>
      </w:r>
      <w:r>
        <w:t>koi bhed bakri khareedi isi ki barkat se itni saari ho gayi. to yeh saara bhed bakri tumhari tumhare paise se hai. chunancha woh sab utha le ga.</w:t>
      </w:r>
    </w:p>
    <w:p>
      <w:pPr>
        <w:jc w:val="right"/>
      </w:pPr>
      <w:r>
        <w:t>کوئی بھیڑ بکری خریدی اسی کی برکت سے اتنی ساری ہو گئی۔ تو یہ سارا بھیڑ بکری تمہاری تمہارے پیسے سے ہے۔ چنانچہ وہ سب اٹھا لے گا۔</w:t>
      </w:r>
    </w:p>
    <w:p>
      <w:r>
        <w:rPr>
          <w:b/>
        </w:rPr>
        <w:t xml:space="preserve">[59:03] </w:t>
      </w:r>
      <w:r>
        <w:t>us ko le kar jo dua kiya tha pathar khisak gaya. hum aap ko</w:t>
      </w:r>
    </w:p>
    <w:p>
      <w:pPr>
        <w:jc w:val="right"/>
      </w:pPr>
      <w:r>
        <w:t>اس کو لے کر جو دعا کیا تھا پتھر کھسک گیا۔ ہم آپ کو</w:t>
      </w:r>
    </w:p>
    <w:p>
      <w:r>
        <w:rPr>
          <w:b/>
        </w:rPr>
        <w:t xml:space="preserve">[59:09] </w:t>
      </w:r>
      <w:r>
        <w:t>Allah ko yaqeen ke saath janna hai. Allah ka shukar karne wala banna hai. dua karne wala banna hai. aur dawat mein apne ko jhonk dena hai.</w:t>
      </w:r>
    </w:p>
    <w:p>
      <w:pPr>
        <w:jc w:val="right"/>
      </w:pPr>
      <w:r>
        <w:t>اللہ کو یقین کے ساتھ جاننا ہے۔ اللہ کا شکر کرنے والا بننا ہے۔ دعا کرنے والا بننا ہے۔ اور دعوت میں اپنے کو جھونک دینا ہے۔</w:t>
      </w:r>
    </w:p>
    <w:p>
      <w:r>
        <w:rPr>
          <w:b/>
        </w:rPr>
        <w:t xml:space="preserve">[59:21] </w:t>
      </w:r>
      <w:r>
        <w:t>aqool qawli haza wastaghfirullaha li walakum ajmaeen.</w:t>
      </w:r>
    </w:p>
    <w:p>
      <w:pPr>
        <w:jc w:val="right"/>
      </w:pPr>
      <w:r>
        <w:t>أقول قولي هذا واستغفرالله لي ولكم اجمعين.</w:t>
      </w:r>
    </w:p>
    <w:p>
      <w:r>
        <w:rPr>
          <w:b/>
        </w:rPr>
        <w:t xml:space="preserve">[59:40] </w:t>
      </w:r>
      <w:r>
        <w:t>kuch comment internet team se, daily internet team se, to hum woh parhna chahte hain.</w:t>
      </w:r>
    </w:p>
    <w:p>
      <w:pPr>
        <w:jc w:val="right"/>
      </w:pPr>
      <w:r>
        <w:t>کچھ کمنٹ انٹرنیٹ ٹیم سے، ڈیلی انٹرنیٹ ٹیم سے، تو ہم وہ پڑھنا چاہتے ہیں۔</w:t>
      </w:r>
    </w:p>
    <w:p>
      <w:r>
        <w:rPr>
          <w:b/>
        </w:rPr>
        <w:t xml:space="preserve">[59:48] </w:t>
      </w:r>
      <w:r>
        <w:t>Few days back, we received a mail from Ustream, which is the website that we used to live telecast Maulana's Sunday classes, and the same is saved and uploaded for others to watch later.</w:t>
      </w:r>
    </w:p>
    <w:p>
      <w:pPr>
        <w:jc w:val="right"/>
      </w:pPr>
      <w:r>
        <w:t>Few days back, we received a mail from Ustream, which is the website that we used to live telecast مولانا's Sunday classes, and the same is saved and uploaded for others to watch later.</w:t>
      </w:r>
    </w:p>
    <w:p>
      <w:r>
        <w:rPr>
          <w:b/>
        </w:rPr>
        <w:t xml:space="preserve">[1:00:04] </w:t>
      </w:r>
      <w:r>
        <w:t>The mail which Ustream had written us</w:t>
      </w:r>
    </w:p>
    <w:p>
      <w:pPr>
        <w:jc w:val="right"/>
      </w:pPr>
      <w:r>
        <w:t>The mail which Ustream had written us</w:t>
      </w:r>
    </w:p>
    <w:p>
      <w:r>
        <w:rPr>
          <w:b/>
        </w:rPr>
        <w:t xml:space="preserve">[1:00:07] </w:t>
      </w:r>
      <w:r>
        <w:t>said that we have exhausted the space allocated to us and that the videos would be deleted in the next two weeks.</w:t>
      </w:r>
    </w:p>
    <w:p>
      <w:pPr>
        <w:jc w:val="right"/>
      </w:pPr>
      <w:r>
        <w:t>said that we have exhausted the space allocated to us and that the videos would be deleted in the next two weeks.</w:t>
      </w:r>
    </w:p>
    <w:p>
      <w:r>
        <w:rPr>
          <w:b/>
        </w:rPr>
        <w:t xml:space="preserve">[1:00:18] </w:t>
      </w:r>
      <w:r>
        <w:t>We were also trying for a long time to put Maulana's videos on YouTube as it is watched globally</w:t>
      </w:r>
    </w:p>
    <w:p>
      <w:pPr>
        <w:jc w:val="right"/>
      </w:pPr>
      <w:r>
        <w:t>We were also trying for a long time to put مولانا's videos on YouTube as it is watched globally</w:t>
      </w:r>
    </w:p>
    <w:p>
      <w:r>
        <w:rPr>
          <w:b/>
        </w:rPr>
        <w:t xml:space="preserve">[1:00:26] </w:t>
      </w:r>
      <w:r>
        <w:t>and is more popular and convenient for people. So after receiving the mail from Ustream, the internet team got worried and prayed desperately to God for help.</w:t>
      </w:r>
    </w:p>
    <w:p>
      <w:pPr>
        <w:jc w:val="right"/>
      </w:pPr>
      <w:r>
        <w:t>and is more popular and convenient for people. So after receiving the mail from Ustream, the internet team got worried and prayed desperately to God for help.</w:t>
      </w:r>
    </w:p>
    <w:p>
      <w:r>
        <w:rPr>
          <w:b/>
        </w:rPr>
        <w:t xml:space="preserve">[1:00:40] </w:t>
      </w:r>
      <w:r>
        <w:t>Instantly, we thought to call our internet expert, Mr. Atul Mohan,</w:t>
      </w:r>
    </w:p>
    <w:p>
      <w:pPr>
        <w:jc w:val="right"/>
      </w:pPr>
      <w:r>
        <w:t>Instantly, we thought to call our internet expert, Mr. Atul Mohan,</w:t>
      </w:r>
    </w:p>
    <w:p>
      <w:r>
        <w:rPr>
          <w:b/>
        </w:rPr>
        <w:t xml:space="preserve">[1:00:45] </w:t>
      </w:r>
      <w:r>
        <w:t>and he guided us how we can download the videos from Ustream and upload the same on YouTube, which has more universal appeal and would also solve our problems of space forever.</w:t>
      </w:r>
    </w:p>
    <w:p>
      <w:pPr>
        <w:jc w:val="right"/>
      </w:pPr>
      <w:r>
        <w:t>and he guided us how we can download the videos from Ustream and upload the same on YouTube, which has more universal appeal and would also solve our problems of space forever.</w:t>
      </w:r>
    </w:p>
    <w:p>
      <w:r>
        <w:rPr>
          <w:b/>
        </w:rPr>
        <w:t xml:space="preserve">[1:01:02] </w:t>
      </w:r>
      <w:r>
        <w:t>So now the process is on and the videos are being uploaded on YouTube, and God has really helped us in giving the solution.</w:t>
      </w:r>
    </w:p>
    <w:p>
      <w:pPr>
        <w:jc w:val="right"/>
      </w:pPr>
      <w:r>
        <w:t>So now the process is on and the videos are being uploaded on YouTube, and God has really helped us in giving the solution.</w:t>
      </w:r>
    </w:p>
    <w:p>
      <w:r>
        <w:rPr>
          <w:b/>
        </w:rPr>
        <w:t xml:space="preserve">[1:01:12] </w:t>
      </w:r>
      <w:r>
        <w:t>Like Maulana says, one should have an intention, and the help of God is ever near.</w:t>
      </w:r>
    </w:p>
    <w:p>
      <w:pPr>
        <w:jc w:val="right"/>
      </w:pPr>
      <w:r>
        <w:t>Like مولانا says, one should have an intention, and the help of God is ever near.</w:t>
      </w:r>
    </w:p>
    <w:p>
      <w:r>
        <w:rPr>
          <w:b/>
        </w:rPr>
        <w:t xml:space="preserve">[1:01:19] </w:t>
      </w:r>
      <w:r>
        <w:t>This recent example clearly demonstrated to the CPS team that whenever we rise for the cause of God, He will send His angels to help and ease the task at hand.</w:t>
      </w:r>
    </w:p>
    <w:p>
      <w:pPr>
        <w:jc w:val="right"/>
      </w:pPr>
      <w:r>
        <w:t>This recent example clearly demonstrated to the CPS team that whenever we rise for the cause of God, He will send His angels to help and ease the task at hand.</w:t>
      </w:r>
    </w:p>
    <w:p>
      <w:r>
        <w:rPr>
          <w:b/>
        </w:rPr>
        <w:t xml:space="preserve">[1:01:34] </w:t>
      </w:r>
      <w:r>
        <w:t>InshaAllah, we will now spread the videos through YouTube more effectively</w:t>
      </w:r>
    </w:p>
    <w:p>
      <w:pPr>
        <w:jc w:val="right"/>
      </w:pPr>
      <w:r>
        <w:t>InshaAllah, we will now spread the videos through YouTube more effectively</w:t>
      </w:r>
    </w:p>
    <w:p>
      <w:r>
        <w:rPr>
          <w:b/>
        </w:rPr>
        <w:t xml:space="preserve">[1:01:39] </w:t>
      </w:r>
      <w:r>
        <w:t>far and wide. dekhen yeh abhi jo maine kaha ke dua jo hai woh hamare liye yani problem solver hai.</w:t>
      </w:r>
    </w:p>
    <w:p>
      <w:pPr>
        <w:jc w:val="right"/>
      </w:pPr>
      <w:r>
        <w:t>far and wide. دیکھیں یہ ابھی جو میں نے کہا کہ دعا جو ہے وہ ہمارے لیے یعنی پرابلم سالور ہے۔</w:t>
      </w:r>
    </w:p>
    <w:p>
      <w:r>
        <w:rPr>
          <w:b/>
        </w:rPr>
        <w:t xml:space="preserve">[1:01:53] </w:t>
      </w:r>
      <w:r>
        <w:t>iski ek ek foran aap ke samne ek example aa gaya.</w:t>
      </w:r>
    </w:p>
    <w:p>
      <w:pPr>
        <w:jc w:val="right"/>
      </w:pPr>
      <w:r>
        <w:t>اس کی ایک ایک فوراً آپ کے سامنے ایک ایگزیمپل آ گیا۔</w:t>
      </w:r>
    </w:p>
    <w:p>
      <w:r>
        <w:rPr>
          <w:b/>
        </w:rPr>
        <w:t xml:space="preserve">[1:02:05] </w:t>
      </w:r>
      <w:r>
        <w:t>Khuda is poori kainaat ko banane wala hai, isko control kar raha hai, isko manage kar raha hai. Insani history ko Khuda manage kar raha hai.</w:t>
      </w:r>
    </w:p>
    <w:p>
      <w:pPr>
        <w:jc w:val="right"/>
      </w:pPr>
      <w:r>
        <w:t>خدا اس پورے کائنات کو بنانے والا ہے، اس کو کنٹرول کر رہا ہے، اس کو مینج کر رہا ہے۔ انسانی ہسٹری کو خدا مینج کر رہا ہے۔</w:t>
      </w:r>
    </w:p>
    <w:p>
      <w:r>
        <w:rPr>
          <w:b/>
        </w:rPr>
        <w:t xml:space="preserve">[1:02:15] </w:t>
      </w:r>
      <w:r>
        <w:t>har lamha.</w:t>
      </w:r>
    </w:p>
    <w:p>
      <w:pPr>
        <w:jc w:val="right"/>
      </w:pPr>
      <w:r>
        <w:t>ہر لمحہ۔</w:t>
      </w:r>
    </w:p>
    <w:p>
      <w:r>
        <w:rPr>
          <w:b/>
        </w:rPr>
        <w:t xml:space="preserve">[1:02:19] </w:t>
      </w:r>
      <w:r>
        <w:t>To har lamha hum is position mein hain ke is se contact karen. Ab bhi Khuda ki taraf se wahi awaz aayegi ke I am just a call.</w:t>
      </w:r>
    </w:p>
    <w:p>
      <w:pPr>
        <w:jc w:val="right"/>
      </w:pPr>
      <w:r>
        <w:t>تو ہر لمحہ ہم اس پوزیشن میں ہیں کہ اس سے کنٹیکٹ کریں۔ اب بھی خدا کی طرف سے وہی آواز آئے گی کہ I am just a call.</w:t>
      </w:r>
    </w:p>
    <w:p>
      <w:r>
        <w:rPr>
          <w:b/>
        </w:rPr>
        <w:t xml:space="preserve">[1:02:33] </w:t>
      </w:r>
      <w:r>
        <w:t>I am just a call away.</w:t>
      </w:r>
    </w:p>
    <w:p>
      <w:pPr>
        <w:jc w:val="right"/>
      </w:pPr>
      <w:r>
        <w:t>I am just a call away.</w:t>
      </w:r>
    </w:p>
    <w:p>
      <w:r>
        <w:rPr>
          <w:b/>
        </w:rPr>
        <w:t xml:space="preserve">[1:02:40] </w:t>
      </w:r>
      <w:r>
        <w:t>ke main ek ek mere aur tumhare darmiyan phir ek dua ki dori hai bas. Dua karo, hum is ko foran pao ge.</w:t>
      </w:r>
    </w:p>
    <w:p>
      <w:pPr>
        <w:jc w:val="right"/>
      </w:pPr>
      <w:r>
        <w:t>کہ میں ایک ایک میرے اور تمہارے درمیان پھر ایک دعا کی دوری ہے بس۔ دعا کرو، ہم اس کو فوراً پاؤ گے۔</w:t>
      </w:r>
    </w:p>
    <w:p>
      <w:r>
        <w:rPr>
          <w:b/>
        </w:rPr>
        <w:t xml:space="preserve">[1:02:51] </w:t>
      </w:r>
      <w:r>
        <w:t>Yeh is ki ek misaal hai. To humein dawat ka kaam jo hai is yaqeen ke sath karna hai ke koi bhi rukawat InshaAllah</w:t>
      </w:r>
    </w:p>
    <w:p>
      <w:pPr>
        <w:jc w:val="right"/>
      </w:pPr>
      <w:r>
        <w:t>یہ اس کی ایک مثال ہے۔ تو ہمیں دعوت کا کام جو ہے اس یقین کے ساتھ کرنا ہے کہ کوئی بھی رکاوٹ انشاءاللہ</w:t>
      </w:r>
    </w:p>
    <w:p>
      <w:r>
        <w:rPr>
          <w:b/>
        </w:rPr>
        <w:t xml:space="preserve">[1:03:09] </w:t>
      </w:r>
      <w:r>
        <w:t>hamare liye fatal nahi banegi. Har rukawat jo hai foran Allah taala farishton ke zariye is ko door kar de ga.</w:t>
      </w:r>
    </w:p>
    <w:p>
      <w:pPr>
        <w:jc w:val="right"/>
      </w:pPr>
      <w:r>
        <w:t>ہمارے لیے فیٹل نہیں بنے گی۔ ہر رکاوٹ جو ہے فوراً اللہ تعالیٰ فرشتوں کے ذریعے اس کو دور کر دے گا۔</w:t>
      </w:r>
    </w:p>
    <w:p>
      <w:r>
        <w:rPr>
          <w:b/>
        </w:rPr>
        <w:t xml:space="preserve">[1:03:23] </w:t>
      </w:r>
      <w:r>
        <w:t>Ghazwa e Khandaq mein yeh hua tha ke barah hazar ka lashkar bohat hi tayari ke sath aaya Madine ke bahar.</w:t>
      </w:r>
    </w:p>
    <w:p>
      <w:pPr>
        <w:jc w:val="right"/>
      </w:pPr>
      <w:r>
        <w:t>غزوہ خندق میں یہ ہوا تھا کہ بارہ ہزار کا لشکر بہت ہی تیاری کے ساتھ آیا مدینے کے باہر۔</w:t>
      </w:r>
    </w:p>
    <w:p>
      <w:r>
        <w:rPr>
          <w:b/>
        </w:rPr>
        <w:t xml:space="preserve">[1:03:34] </w:t>
      </w:r>
      <w:r>
        <w:t>Wahan par woh kheme laga diye unhon ne. Aur Sahaba ne khandaq ko the trench.</w:t>
      </w:r>
    </w:p>
    <w:p>
      <w:pPr>
        <w:jc w:val="right"/>
      </w:pPr>
      <w:r>
        <w:t>وہاں پر وہ خیمے لگا دیے انہوں نے۔ اور صحابہ نے خندق کو دی ٹرینچ۔</w:t>
      </w:r>
    </w:p>
    <w:p>
      <w:r>
        <w:rPr>
          <w:b/>
        </w:rPr>
        <w:t xml:space="preserve">[1:03:42] </w:t>
      </w:r>
      <w:r>
        <w:t>To trench ke idhar Sahaba the Madine ki wasti mein. Idhar barah hazar ka lashkar khemon mein pada hua hai.</w:t>
      </w:r>
    </w:p>
    <w:p>
      <w:pPr>
        <w:jc w:val="right"/>
      </w:pPr>
      <w:r>
        <w:t>تو ٹرینچ کے ادھر صحابہ تھے مدینے کی وسطی میں۔ ادھر بارہ ہزار کا لشکر خیموں میں پڑا ہوا ہے۔</w:t>
      </w:r>
    </w:p>
    <w:p>
      <w:r>
        <w:rPr>
          <w:b/>
        </w:rPr>
        <w:t xml:space="preserve">[1:03:50] </w:t>
      </w:r>
      <w:r>
        <w:t>Do haftay tak ghaliban woh rahe woh log. Ab is waqt jo Sahaba ki position thi un se na to lad sakte the na un ko bhaga sakte the.</w:t>
      </w:r>
    </w:p>
    <w:p>
      <w:pPr>
        <w:jc w:val="right"/>
      </w:pPr>
      <w:r>
        <w:t>دو ہفتے تک غالباً وہ رہے وہ لوگ۔ اب اس وقت جو صحابہ کی پوزیشن تھی ان سے نہ تو لڑ سکتے تھے نہ ان کو بھگا سکتے تھے۔</w:t>
      </w:r>
    </w:p>
    <w:p>
      <w:r>
        <w:rPr>
          <w:b/>
        </w:rPr>
        <w:t xml:space="preserve">[1:04:04] </w:t>
      </w:r>
      <w:r>
        <w:t>Sirf dua karte the. Sab log bas dua karte the. To dua ka miracle kya hua? Ek bohat zabardast ka toofan aaya.</w:t>
      </w:r>
    </w:p>
    <w:p>
      <w:pPr>
        <w:jc w:val="right"/>
      </w:pPr>
      <w:r>
        <w:t>صرف دعا کرتے تھے۔ سب لوگ بس دعا کرتے تھے۔ تو دعا کا میریکل کیا ہوا؟ ایک بہت زبردست کا طوفان آیا۔</w:t>
      </w:r>
    </w:p>
    <w:p>
      <w:r>
        <w:rPr>
          <w:b/>
        </w:rPr>
        <w:t xml:space="preserve">[1:04:14] </w:t>
      </w:r>
      <w:r>
        <w:t>Aadhi aadhi mein un ke kheme ukhar ukhar gaye.</w:t>
      </w:r>
    </w:p>
    <w:p>
      <w:pPr>
        <w:jc w:val="right"/>
      </w:pPr>
      <w:r>
        <w:t>آدھی آدھی میں ان کے خیمے اکھڑ اکھڑ گئے۔</w:t>
      </w:r>
    </w:p>
    <w:p>
      <w:r>
        <w:rPr>
          <w:b/>
        </w:rPr>
        <w:t xml:space="preserve">[1:04:21] </w:t>
      </w:r>
      <w:r>
        <w:t>Un ke oont bakri idhar udhar bhage. Ajib afra tafri paida ho gayi. Nateeja kya ke woh chhod kar muhasra chhod kar wapas chale gaye.</w:t>
      </w:r>
    </w:p>
    <w:p>
      <w:pPr>
        <w:jc w:val="right"/>
      </w:pPr>
      <w:r>
        <w:t>ان کے اونٹ بکری ادھر ادھر بھاگے۔ عجیب افرا تفری پیدا ہو گئی۔ نتیجہ کیا کہ وہ چھوڑ کر محاصرہ چھوڑ کر واپس چلے گئے۔</w:t>
      </w:r>
    </w:p>
    <w:p>
      <w:r>
        <w:rPr>
          <w:b/>
        </w:rPr>
        <w:t xml:space="preserve">[1:04:32] </w:t>
      </w:r>
      <w:r>
        <w:t>Yeh ek tareekhi waqia hai.</w:t>
      </w:r>
    </w:p>
    <w:p>
      <w:pPr>
        <w:jc w:val="right"/>
      </w:pPr>
      <w:r>
        <w:t>یہ ایک تاریخی واقعہ ہے۔</w:t>
      </w:r>
    </w:p>
    <w:p>
      <w:r>
        <w:rPr>
          <w:b/>
        </w:rPr>
        <w:t xml:space="preserve">[1:04:38] </w:t>
      </w:r>
      <w:r>
        <w:t>Main khud ek martaba jab main gaon mein rehta tha to raat mein railway train se utra ek bar Hariha station par jis se hamare ghar taqreeban teen mil ke fasle par tha.</w:t>
      </w:r>
    </w:p>
    <w:p>
      <w:pPr>
        <w:jc w:val="right"/>
      </w:pPr>
      <w:r>
        <w:t>میں خود ایک مرتبہ جب میں گاؤں میں رہتا تھا تو رات میں ریلوے ٹرین سے اترا ایک بار ہریہا اسٹیشن پر جس سے ہمارے گھر تقریباً تین میل کے فاصلے پر تھا۔</w:t>
      </w:r>
    </w:p>
    <w:p>
      <w:r>
        <w:rPr>
          <w:b/>
        </w:rPr>
        <w:t xml:space="preserve">[1:04:56] </w:t>
      </w:r>
      <w:r>
        <w:t>Mujhe paidal jana tha.</w:t>
      </w:r>
    </w:p>
    <w:p>
      <w:pPr>
        <w:jc w:val="right"/>
      </w:pPr>
      <w:r>
        <w:t>مجھے پیدل جانا تھا۔</w:t>
      </w:r>
    </w:p>
    <w:p>
      <w:r>
        <w:rPr>
          <w:b/>
        </w:rPr>
        <w:t xml:space="preserve">[1:04:58] </w:t>
      </w:r>
      <w:r>
        <w:t>Raat ka waqt tha andhera. Main rawana hua to ek jagah khet the yeh bhutte ke khet. Woh door tak wahi the bade bade hote hain aap ne dekha hoga.</w:t>
      </w:r>
    </w:p>
    <w:p>
      <w:pPr>
        <w:jc w:val="right"/>
      </w:pPr>
      <w:r>
        <w:t>رات کا وقت تھا اندھیرا۔ میں روانہ ہوا تو ایک جگہ کھیت تھے یہ بھٹے کے کھیت۔ وہ دور تک وہی تھے بڑے بڑے ہوتے ہیں آپ نے دیکھا ہوگا۔</w:t>
      </w:r>
    </w:p>
    <w:p>
      <w:r>
        <w:rPr>
          <w:b/>
        </w:rPr>
        <w:t xml:space="preserve">[1:05:11] </w:t>
      </w:r>
      <w:r>
        <w:t>isi mein gum ho gaya mein. raat ka andhera idhar jao to</w:t>
      </w:r>
    </w:p>
    <w:p>
      <w:pPr>
        <w:jc w:val="right"/>
      </w:pPr>
      <w:r>
        <w:t>اسی میں گم ہو گیا میں۔ رات کا اندھیرا ادھر جاؤ تو</w:t>
      </w:r>
    </w:p>
    <w:p>
      <w:r>
        <w:rPr>
          <w:b/>
        </w:rPr>
        <w:t xml:space="preserve">[1:05:16] </w:t>
      </w:r>
      <w:r>
        <w:t>rasta nahin utar jao to rasta nahin. mein socha kya karoon ab. to mein ne dua kiya. achaanak aik aadmi torch le ke wahan samne aa gaya.</w:t>
      </w:r>
    </w:p>
    <w:p>
      <w:pPr>
        <w:jc w:val="right"/>
      </w:pPr>
      <w:r>
        <w:t>راستہ نہیں اتر جاؤ تو راستہ نہیں۔ میں سوچا کیا کروں اب۔ تو میں نے دعا کیا۔ اچانک ایک آدمی ٹارچ لے کے وہاں سامنے آ گیا۔</w:t>
      </w:r>
    </w:p>
    <w:p>
      <w:r>
        <w:rPr>
          <w:b/>
        </w:rPr>
        <w:t xml:space="preserve">[1:05:27] </w:t>
      </w:r>
      <w:r>
        <w:t>yani is raat ko koi ajeeb ghareeb tor par aik aadmi aaya lambi torch is ke haath mein thi.</w:t>
      </w:r>
    </w:p>
    <w:p>
      <w:pPr>
        <w:jc w:val="right"/>
      </w:pPr>
      <w:r>
        <w:t>یعنی اس رات کو کوئی عجیب غریب طور پر ایک آدمی آیا لمبی ٹارچ اس کے ہاتھ میں تھی۔</w:t>
      </w:r>
    </w:p>
    <w:p>
      <w:r>
        <w:rPr>
          <w:b/>
        </w:rPr>
        <w:t xml:space="preserve">[1:05:34] </w:t>
      </w:r>
      <w:r>
        <w:t>pehlay zamanay mein torch hua karti thi us ko cell lagte thay.</w:t>
      </w:r>
    </w:p>
    <w:p>
      <w:pPr>
        <w:jc w:val="right"/>
      </w:pPr>
      <w:r>
        <w:t>پہلے زمانے میں ٹارچ ہوا کرتی تھی اس کو سل لگتے تھے۔</w:t>
      </w:r>
    </w:p>
    <w:p>
      <w:r>
        <w:rPr>
          <w:b/>
        </w:rPr>
        <w:t xml:space="preserve">[1:05:40] </w:t>
      </w:r>
      <w:r>
        <w:t>to is se mein ne poocha ke mein ne mein ne kaha ke mujhe falan jagah jana hai. to is ka direction bhool gaya hoon mein kidhar jaoon. to us ne torch dikha dikha kar mujhe wahan tak pohanchaya jahan se rasta jo hai saaf ho jata tha.</w:t>
      </w:r>
    </w:p>
    <w:p>
      <w:pPr>
        <w:jc w:val="right"/>
      </w:pPr>
      <w:r>
        <w:t>تو اس سے میں نے پوچھا کہ میں نے میں نے کہا کہ مجھے فلاں جگہ جانا ہے۔ تو اس کا ڈائریکشن بھول گیا ہوں میں کدھر جاؤں۔ تو اس نے ٹارچ دکھا دکھا کر مجھے وہاں تک پہنچایا جہاں سے راستہ جو ہے صاف ہو جاتا تھا۔</w:t>
      </w:r>
    </w:p>
    <w:p>
      <w:r>
        <w:rPr>
          <w:b/>
        </w:rPr>
        <w:t xml:space="preserve">[1:05:56] </w:t>
      </w:r>
      <w:r>
        <w:t>abhi tak mujhe aankhon ke samne woh manzar bilkul hai.</w:t>
      </w:r>
    </w:p>
    <w:p>
      <w:pPr>
        <w:jc w:val="right"/>
      </w:pPr>
      <w:r>
        <w:t>ابھی تک مجھے آنکھوں کے سامنے وہ منظر بالکل ہے۔</w:t>
      </w:r>
    </w:p>
    <w:p>
      <w:r>
        <w:rPr>
          <w:b/>
        </w:rPr>
        <w:t xml:space="preserve">[1:06:00] </w:t>
      </w:r>
      <w:r>
        <w:t>to beharhaal dua hamari sab se bari taqat hai. dawat ka kaam hamein dua ke zariye karna hai. koi mukhalifat kare to uska haq feal hai.</w:t>
      </w:r>
    </w:p>
    <w:p>
      <w:pPr>
        <w:jc w:val="right"/>
      </w:pPr>
      <w:r>
        <w:t>تو بہرحال دعا ہماری سب سے بڑی طاقت ہے۔ دعوت کا کام ہمیں دعا کے ذریعے کرنا ہے۔ کوئی مخالفت کرے تو اس کا حق فعل ہے۔</w:t>
      </w:r>
    </w:p>
    <w:p>
      <w:r>
        <w:rPr>
          <w:b/>
        </w:rPr>
        <w:t xml:space="preserve">[1:06:13] </w:t>
      </w:r>
      <w:r>
        <w:t>kisi mukhalifat ke peechay hamein nahin parna hai.</w:t>
      </w:r>
    </w:p>
    <w:p>
      <w:pPr>
        <w:jc w:val="right"/>
      </w:pPr>
      <w:r>
        <w:t>کسی مخالفت کے پیچھے ہمیں نہیں پڑنا ہے۔</w:t>
      </w:r>
    </w:p>
    <w:p>
      <w:r>
        <w:rPr>
          <w:b/>
        </w:rPr>
        <w:t xml:space="preserve">[1:06:17] </w:t>
      </w:r>
      <w:r>
        <w:t>mukhalifat karta hai woh uska feal hai woh. hamein us ke liye bhi dua karna hai. na to hamein kisi ke liye yani nafrat karna hai kisi se na kisi se takrana hai.</w:t>
      </w:r>
    </w:p>
    <w:p>
      <w:pPr>
        <w:jc w:val="right"/>
      </w:pPr>
      <w:r>
        <w:t>مخالفت کرتا ہے وہ اس کا فعل ہے وہ۔ ہمیں اس کے لیے بھی دعا کرنا ہے۔ نہ تو ہمیں کسی کے لیے یعنی نفرت کرنا ہے کسی سے نہ کسی سے ٹکرانا ہے۔</w:t>
      </w:r>
    </w:p>
    <w:p>
      <w:r>
        <w:rPr>
          <w:b/>
        </w:rPr>
        <w:t xml:space="preserve">[1:06:31] </w:t>
      </w:r>
      <w:r>
        <w:t>bas dua karte hue aagay barhtay rehna hai.</w:t>
      </w:r>
    </w:p>
    <w:p>
      <w:pPr>
        <w:jc w:val="right"/>
      </w:pPr>
      <w:r>
        <w:t>بس دعا کرتے ہوئے آگے بڑھتے رہنا ہے۔</w:t>
      </w:r>
    </w:p>
    <w:p>
      <w:r>
        <w:rPr>
          <w:b/>
        </w:rPr>
        <w:t xml:space="preserve">[1:06:34] </w:t>
      </w:r>
      <w:r>
        <w:t>to is ki aik misaal hai ke kis tarah se rastay khulte hain dua ke zariye. to khuda insani tareekh ko manage kar raha hai. to Allah taala ne manage kiya hua hai.</w:t>
      </w:r>
    </w:p>
    <w:p>
      <w:pPr>
        <w:jc w:val="right"/>
      </w:pPr>
      <w:r>
        <w:t>تو اس کی ایک مثال ہے کہ کس طرح سے راستے کھلتے ہیں دعا کے ذریعے۔ تو خدا انسانی تاریخ کو مینج کر رہا ہے۔ تو اللہ تعالیٰ نے مینج کیا ہوا ہے۔</w:t>
      </w:r>
    </w:p>
    <w:p>
      <w:r>
        <w:rPr>
          <w:b/>
        </w:rPr>
        <w:t xml:space="preserve">[1:06:44] </w:t>
      </w:r>
      <w:r>
        <w:t>aap dekh leejie is ke. isi yaqeen ke sath hamein dawat ka kaam karna hai.</w:t>
      </w:r>
    </w:p>
    <w:p>
      <w:pPr>
        <w:jc w:val="right"/>
      </w:pPr>
      <w:r>
        <w:t>آپ دیکھ لیجیے اس کے۔ اسی یقین کے ساتھ ہمیں دعوت کا کام کرنا ہے۔</w:t>
      </w:r>
    </w:p>
    <w:p>
      <w:r>
        <w:rPr>
          <w:b/>
        </w:rPr>
        <w:t xml:space="preserve">[1:06:54] </w:t>
      </w:r>
      <w:r>
        <w:t>maulana agla sawal aaya hai karachi pakistan se mister abdul lateef ka. unhon ne poocha hai waldein apne bachon ke mustaqbil ki zaroorat ko madenazar rakhte hue apni raqam mein se kuch raqam</w:t>
      </w:r>
    </w:p>
    <w:p>
      <w:pPr>
        <w:jc w:val="right"/>
      </w:pPr>
      <w:r>
        <w:t>مولانا اگلا سوال آیا ہے کراچی پاکستان سے مسٹر عبداللطیف کا۔ انہوں نے پوچھا ہے والدین اپنے بچوں کے مستقبل کی ضرورت کو مدنظر رکھتے ہوئے اپنی رقم میں سے کچھ رقم</w:t>
      </w:r>
    </w:p>
    <w:p>
      <w:r>
        <w:rPr>
          <w:b/>
        </w:rPr>
        <w:t xml:space="preserve">[1:07:12] </w:t>
      </w:r>
      <w:r>
        <w:t>har mahine nikaal kar committee dalte hain. kya is tarah ka amal aik daai kar sakta hai? dekhiye jo maa baap hain aam tor par mein ne dekha hai ke un ke dunya ke mustaqbil ke liye to bohat</w:t>
      </w:r>
    </w:p>
    <w:p>
      <w:pPr>
        <w:jc w:val="right"/>
      </w:pPr>
      <w:r>
        <w:t>ہر مہینے نکال کر کمیٹی ڈالتے ہیں۔ کیا اس طرح کا عمل ایک داعی کر سکتا ہے؟ دیکھیے جو ماں باپ ہیں عام طور پر میں نے دیکھا ہے کہ ان کے دنیا کے مستقبل کے لیے تو بہت</w:t>
      </w:r>
    </w:p>
    <w:p>
      <w:r>
        <w:rPr>
          <w:b/>
        </w:rPr>
        <w:t xml:space="preserve">[1:07:30] </w:t>
      </w:r>
      <w:r>
        <w:t>woh sochte hain. asal mein sirf sirf to aakhirat ka mustaqbil hai. is ke liye sochna chahiye. bohat ajeeb baat hai ke quran majeed mein hai do aayatein mein aap ke samne pesh karta hoon.</w:t>
      </w:r>
    </w:p>
    <w:p>
      <w:pPr>
        <w:jc w:val="right"/>
      </w:pPr>
      <w:r>
        <w:t>وہ سوچتے ہیں۔ اصل میں صرف صرف تو آخرت کا مستقبل ہے۔ اس کے لیے سوچنا چاہیے۔ بہت عجیب بات ہے کہ قرآن مجید میں ہے دو آیتیں میں آپ کے سامنے پیش کرتا ہوں۔</w:t>
      </w:r>
    </w:p>
    <w:p>
      <w:r>
        <w:rPr>
          <w:b/>
        </w:rPr>
        <w:t xml:space="preserve">[1:07:46] </w:t>
      </w:r>
      <w:r>
        <w:t>wa ma min dabat fil ardh illa allahi rizquha</w:t>
      </w:r>
    </w:p>
    <w:p>
      <w:pPr>
        <w:jc w:val="right"/>
      </w:pPr>
      <w:r>
        <w:t>ومومن دابت فی الارض الا علی اللہ رزقہ</w:t>
      </w:r>
    </w:p>
    <w:p>
      <w:r>
        <w:rPr>
          <w:b/>
        </w:rPr>
        <w:t xml:space="preserve">[1:07:51] </w:t>
      </w:r>
      <w:r>
        <w:t>yeh dunya ke baray mein hai ke is dunya mein har aadmi ka rizq Allah ki taraf se muqarrar hai. woh mil kar rahe ga is ko. dunya ke rizq ke baray mein Allah taala ne yeh zimma le liya hai ke woh zaroor woh har har aik ko rizq pohanchaye ga is ko.</w:t>
      </w:r>
    </w:p>
    <w:p>
      <w:pPr>
        <w:jc w:val="right"/>
      </w:pPr>
      <w:r>
        <w:t>یہ دنیا کے بارے میں ہے کہ اس دنیا میں ہر آدمی کا رزق اللہ کی طرف سے مقرر ہے۔ وہ مل کر رہے گا اس کو۔ دنیا کے رزق کے بارے میں اللہ تعالیٰ نے یہ ذمہ لے لیا ہے کہ وہ ضرور وہ ہر ہر ایک کو رزق پہنچائے گا اس کو۔</w:t>
      </w:r>
    </w:p>
    <w:p>
      <w:r>
        <w:rPr>
          <w:b/>
        </w:rPr>
        <w:t xml:space="preserve">[1:08:10] </w:t>
      </w:r>
      <w:r>
        <w:t>acha aakhirat ke baray mein kya hai? aakhirat ke baray mein yeh hai ke laysa lil insani illa ma sa'a wahan aakhirat mein insaan ko sirf wohi mile ga jis ke liye khud us ne koshish ki ho.</w:t>
      </w:r>
    </w:p>
    <w:p>
      <w:pPr>
        <w:jc w:val="right"/>
      </w:pPr>
      <w:r>
        <w:t>اچھا آخرت کے بارے میں کیا ہے؟ آخرت کے بارے میں یہ ہے کہ ليس للإنسان إلا ما ساء وہاں آخرت میں انسان کو صرف وہی ملے گا جس کے لیے خود اس نے کوشش کی ہو۔</w:t>
      </w:r>
    </w:p>
    <w:p>
      <w:r>
        <w:rPr>
          <w:b/>
        </w:rPr>
        <w:t xml:space="preserve">[1:08:23] </w:t>
      </w:r>
      <w:r>
        <w:t>yani Allah ki taraf se kuch nahin diya jaye ga is ko. siwaye koshish ka anjaam, koshish ka badla.</w:t>
      </w:r>
    </w:p>
    <w:p>
      <w:pPr>
        <w:jc w:val="right"/>
      </w:pPr>
      <w:r>
        <w:t>یعنی اللہ کی طرف سے کچھ نہیں دیا جائے گا اس کو۔ سوائے کوشش کا انجام، کوشش کا بدلہ۔</w:t>
      </w:r>
    </w:p>
    <w:p>
      <w:r>
        <w:rPr>
          <w:b/>
        </w:rPr>
        <w:t xml:space="preserve">[1:08:31] </w:t>
      </w:r>
      <w:r>
        <w:t>yani yeh ghore kijiye ke dunya mein insaan ke liye khuda ne zimma le rakha hai ke us ko zaroor us ka rizq pohanchaya jaye ga. aur aakhirat ke baray mein farma raha hai Allah taala ke wahan tum apne amal ko bhugtana pare ga tum ko.</w:t>
      </w:r>
    </w:p>
    <w:p>
      <w:pPr>
        <w:jc w:val="right"/>
      </w:pPr>
      <w:r>
        <w:t>یعنی یہ غور کیجیے کہ دنیا میں انسان کے لیے خدا نے ذمہ لے رکھا ہے کہ اس کو ضرور اس کا رزق پہنچایا جائے گا۔ اور آخرت کے بارے میں فرما رہا ہے اللہ تعالیٰ کہ وہاں تم اپنے عمل کو بھگتنا پڑے گا تم کو۔</w:t>
      </w:r>
    </w:p>
    <w:p>
      <w:r>
        <w:rPr>
          <w:b/>
        </w:rPr>
        <w:t xml:space="preserve">[1:08:44] </w:t>
      </w:r>
      <w:r>
        <w:t>to kaise ajeeb log hain ke apne liye bachon ke liye</w:t>
      </w:r>
    </w:p>
    <w:p>
      <w:pPr>
        <w:jc w:val="right"/>
      </w:pPr>
      <w:r>
        <w:t>تو کیسے عجیب لوگ ہیں کہ اپنے لیے بچوں کے لیے</w:t>
      </w:r>
    </w:p>
    <w:p>
      <w:r>
        <w:rPr>
          <w:b/>
        </w:rPr>
        <w:t xml:space="preserve">[1:08:49] </w:t>
      </w:r>
      <w:r>
        <w:t>un ko hona chahiye fikarmand aakhirat ke liye. aur fikarmand hote hain dunya ke liye. bohat ajeeb baat hai yeh. mein is maslay ko yani fiqhi aitbaar se kuch jawab nahin doon ga mein.</w:t>
      </w:r>
    </w:p>
    <w:p>
      <w:pPr>
        <w:jc w:val="right"/>
      </w:pPr>
      <w:r>
        <w:t>ان کو ہونا چاہیے فکرمند آخرت کے لیے۔ اور فکرمند ہوتے ہیں دنیا کے لیے۔ بہت عجیب بات ہے یہ۔ میں اس مسئلے کو یعنی فقہی اعتبار سے کچھ جواب نہیں دوں گا میں۔</w:t>
      </w:r>
    </w:p>
    <w:p>
      <w:r>
        <w:rPr>
          <w:b/>
        </w:rPr>
        <w:t xml:space="preserve">[1:09:01] </w:t>
      </w:r>
      <w:r>
        <w:t>fiqhi aitbaar se kya hai kya nahin hai woh mein is par kuch nahin boloon ga. mein is is is soch par koi taajjub karta hoon ke dunya ke mustaqbil ki fikr aur aakhirat ke mustaqbil ke liye koi fikr nahin.</w:t>
      </w:r>
    </w:p>
    <w:p>
      <w:pPr>
        <w:jc w:val="right"/>
      </w:pPr>
      <w:r>
        <w:t>فقہی اعتبار سے کیا ہے کیا نہیں ہے وہ میں اس پر کچھ نہیں بولوں گا۔ میں اس اس اس اس سوچ پر کوئی تعجب کرتا ہوں کہ دنیا کے مستقبل کی فکر اور آخرت کے مستقبل کے لیے کوئی فکر نہیں۔</w:t>
      </w:r>
    </w:p>
    <w:p>
      <w:r>
        <w:rPr>
          <w:b/>
        </w:rPr>
        <w:t xml:space="preserve">[1:09:18] </w:t>
      </w:r>
      <w:r>
        <w:t>maulana agla sawal dilli se hai mister saadat khan ka. unhon ne poocha hai I am working in a factory and on every Tuesday there is distribution of prasad.</w:t>
      </w:r>
    </w:p>
    <w:p>
      <w:pPr>
        <w:jc w:val="right"/>
      </w:pPr>
      <w:r>
        <w:t>مولانا اگلا سوال دلی سے ہے مسٹر سعادت خان کا۔ انہوں نے پوچھا ہے I am working in a factory and on every Tuesday there is distribution of prasad.</w:t>
      </w:r>
    </w:p>
    <w:p>
      <w:r>
        <w:rPr>
          <w:b/>
        </w:rPr>
        <w:t xml:space="preserve">[1:09:32] </w:t>
      </w:r>
      <w:r>
        <w:t>Can we take and eat this prasad?</w:t>
      </w:r>
    </w:p>
    <w:p>
      <w:pPr>
        <w:jc w:val="right"/>
      </w:pPr>
      <w:r>
        <w:t>Can we take and eat this prasad?</w:t>
      </w:r>
    </w:p>
    <w:p>
      <w:r>
        <w:rPr>
          <w:b/>
        </w:rPr>
        <w:t xml:space="preserve">[1:09:35] </w:t>
      </w:r>
      <w:r>
        <w:t>haan zaroor. yani yeh log aksar mujh se sawal karte hain. main kehta hoon sawal hi kyun karte hain? yeh sawal aata hai koi mind mein.</w:t>
      </w:r>
    </w:p>
    <w:p>
      <w:pPr>
        <w:jc w:val="right"/>
      </w:pPr>
      <w:r>
        <w:t>ہاں ضرور۔ یعنی یہ لوگ اکثر مجھ سے سوال کرتے ہیں۔ میں کہتا ہوں سوال ہی کیوں کرتے ہیں؟ یہ سوال آتا ہے کوئی mind میں۔</w:t>
      </w:r>
    </w:p>
    <w:p>
      <w:r>
        <w:rPr>
          <w:b/>
        </w:rPr>
        <w:t xml:space="preserve">[1:09:44] </w:t>
      </w:r>
      <w:r>
        <w:t>ke parshad kya hota hai? yahi khane peene ki cheezen hoti hain. to is mein is mein harj kya hai? kisi ne fatwa diya ho to jhoota fatwa hai woh.</w:t>
      </w:r>
    </w:p>
    <w:p>
      <w:pPr>
        <w:jc w:val="right"/>
      </w:pPr>
      <w:r>
        <w:t>کہ پرشاد کیا ہوتا ہے؟ یہی کھانے پینے کی چیزیں ہوتی ہیں۔ تو اس میں اس میں حرج کیا ہے؟ کسی نے فتویٰ دیا ہو تو جھوٹا فتویٰ ہے وہ۔</w:t>
      </w:r>
    </w:p>
    <w:p>
      <w:r>
        <w:rPr>
          <w:b/>
        </w:rPr>
        <w:t xml:space="preserve">[1:09:53] </w:t>
      </w:r>
      <w:r>
        <w:t>aaj kal jhoote fatwon ke bahar hai.</w:t>
      </w:r>
    </w:p>
    <w:p>
      <w:pPr>
        <w:jc w:val="right"/>
      </w:pPr>
      <w:r>
        <w:t>آج کل جھوٹے فتووں کے باہر ہے۔</w:t>
      </w:r>
    </w:p>
    <w:p>
      <w:r>
        <w:rPr>
          <w:b/>
        </w:rPr>
        <w:t xml:space="preserve">[1:09:57] </w:t>
      </w:r>
      <w:r>
        <w:t>aap batayein ke momin jo hai woh daai hota hai. daai us ko afford nahi kar sakta ke logon se interact na kare, un se taluq na badhaye, un se door door dori bana le.</w:t>
      </w:r>
    </w:p>
    <w:p>
      <w:pPr>
        <w:jc w:val="right"/>
      </w:pPr>
      <w:r>
        <w:t>آپ بتائیں کہ مومن جو ہے وہ داعی ہوتا ہے۔ داعی اس کو afford نہیں کر سکتا کہ لوگوں سے interact نہ کرے، ان سے تعلق نہ بڑھائے، ان سے دور دور دوری بنا لے۔</w:t>
      </w:r>
    </w:p>
    <w:p>
      <w:r>
        <w:rPr>
          <w:b/>
        </w:rPr>
        <w:t xml:space="preserve">[1:10:08] </w:t>
      </w:r>
      <w:r>
        <w:t>daai us ko afford nahi kar sakta. to aap agar is tarah se karenge ke parshad nahi lena hai, un ke sath baithna nahi hai,</w:t>
      </w:r>
    </w:p>
    <w:p>
      <w:pPr>
        <w:jc w:val="right"/>
      </w:pPr>
      <w:r>
        <w:t>داعی اس کو afford نہیں کر سکتا۔ تو آپ اگر اس طرح سے کریں گے کہ پرشاد نہیں لینا ہے، ان کے ساتھ بیٹھنا نہیں ہے،</w:t>
      </w:r>
    </w:p>
    <w:p>
      <w:r>
        <w:rPr>
          <w:b/>
        </w:rPr>
        <w:t xml:space="preserve">[1:10:17] </w:t>
      </w:r>
      <w:r>
        <w:t>un ke sath share nahi karna hai to dori ban jayegi. to aap dawati kaam kaise karenge? dawati culture mein yeh farz hai farz ke aap un ke parshad ko lein, un ke sath interact karein, un ke sath share karein.</w:t>
      </w:r>
    </w:p>
    <w:p>
      <w:pPr>
        <w:jc w:val="right"/>
      </w:pPr>
      <w:r>
        <w:t>ان کے ساتھ share نہیں کرنا ہے تو دوری بن جائے گی۔ تو آپ دعوتی کام کیسے کریں گے؟ دعوتی کلچر میں یہ فرض ہے فرض کہ آپ ان کے پرشاد کو لیں، ان کے ساتھ interact کریں، ان کے ساتھ share کریں۔</w:t>
      </w:r>
    </w:p>
    <w:p>
      <w:r>
        <w:rPr>
          <w:b/>
        </w:rPr>
        <w:t xml:space="preserve">[1:10:34] </w:t>
      </w:r>
      <w:r>
        <w:t>bilkul farz ke darje mein zaroori hai.</w:t>
      </w:r>
    </w:p>
    <w:p>
      <w:pPr>
        <w:jc w:val="right"/>
      </w:pPr>
      <w:r>
        <w:t>بالکل فرض کے درجے میں ضروری ہے۔</w:t>
      </w:r>
    </w:p>
    <w:p>
      <w:r>
        <w:rPr>
          <w:b/>
        </w:rPr>
        <w:t xml:space="preserve">[1:10:37] </w:t>
      </w:r>
      <w:r>
        <w:t>us ko masla poochna hi galat hai. jo masle woh fatwa de woh double galti karta hai woh. is mamle mein kisi ne jo agar fatwa diya hai to woh jhoota fatwa hai mere nazdeek.</w:t>
      </w:r>
    </w:p>
    <w:p>
      <w:pPr>
        <w:jc w:val="right"/>
      </w:pPr>
      <w:r>
        <w:t>اس کو مسئلہ پوچھنا ہی غلط ہے۔ جو مسئلے وہ فتویٰ دے وہ double غلطی کرتا ہے وہ۔ اس معاملے میں کسی نے جو اگر فتویٰ دیا ہے تو وہ جھوٹا فتویٰ ہے میرے نزدیک۔</w:t>
      </w:r>
    </w:p>
    <w:p>
      <w:r>
        <w:rPr>
          <w:b/>
        </w:rPr>
        <w:t xml:space="preserve">[1:10:48] </w:t>
      </w:r>
      <w:r>
        <w:t>koi koi is ki haqeeqat nahi hai. maulana un ka ek aur sawal hai. unhone poocha hai</w:t>
      </w:r>
    </w:p>
    <w:p>
      <w:pPr>
        <w:jc w:val="right"/>
      </w:pPr>
      <w:r>
        <w:t>کوئی کوئی اس کی حقیقت نہیں ہے۔ مولانا ان کا ایک اور سوال ہے۔ انہوں نے پوچھا ہے</w:t>
      </w:r>
    </w:p>
    <w:p>
      <w:r>
        <w:rPr>
          <w:b/>
        </w:rPr>
        <w:t xml:space="preserve">[1:10:55] </w:t>
      </w:r>
      <w:r>
        <w:t>Can we do the salam to non-Muslims and if they give their salam to us then can we give a reply wa alaikum assalam to them zaroor.</w:t>
      </w:r>
    </w:p>
    <w:p>
      <w:pPr>
        <w:jc w:val="right"/>
      </w:pPr>
      <w:r>
        <w:t>Can we do the سلام to non-Muslims and if they give their سلام to us then can we give a reply وعلیکم السلام to them ضرور۔</w:t>
      </w:r>
    </w:p>
    <w:p>
      <w:r>
        <w:rPr>
          <w:b/>
        </w:rPr>
        <w:t xml:space="preserve">[1:11:07] </w:t>
      </w:r>
      <w:r>
        <w:t>bhai salam to ek ek social greeting hai. ek social</w:t>
      </w:r>
    </w:p>
    <w:p>
      <w:pPr>
        <w:jc w:val="right"/>
      </w:pPr>
      <w:r>
        <w:t>بھئی سلام تو ایک ایک social greeting ہے۔ ایک social</w:t>
      </w:r>
    </w:p>
    <w:p>
      <w:r>
        <w:rPr>
          <w:b/>
        </w:rPr>
        <w:t xml:space="preserve">[1:11:13] </w:t>
      </w:r>
      <w:r>
        <w:t>tradition hai. yeh koi jannat dozakh ka mamla nahi hai. jaise aap kisi se milte hain to aap woh dono mil kar chai peete hain.</w:t>
      </w:r>
    </w:p>
    <w:p>
      <w:pPr>
        <w:jc w:val="right"/>
      </w:pPr>
      <w:r>
        <w:t>tradition ہے۔ یہ کوئی جنت دوزخ کا معاملہ نہیں ہے۔ جیسے آپ کسی سے ملتے ہیں تو آپ وہ دونوں مل کر چائے پیتے ہیں۔</w:t>
      </w:r>
    </w:p>
    <w:p>
      <w:r>
        <w:rPr>
          <w:b/>
        </w:rPr>
        <w:t xml:space="preserve">[1:11:25] </w:t>
      </w:r>
      <w:r>
        <w:t>to woh ek ka ek social tradition hai. hadith salam bhi ek social tradition hai.</w:t>
      </w:r>
    </w:p>
    <w:p>
      <w:pPr>
        <w:jc w:val="right"/>
      </w:pPr>
      <w:r>
        <w:t>تو وہ ایک کا ایک social tradition ہے۔ حدیث سلام بھی ایک social tradition ہے۔</w:t>
      </w:r>
    </w:p>
    <w:p>
      <w:r>
        <w:rPr>
          <w:b/>
        </w:rPr>
        <w:t xml:space="preserve">[1:11:31] </w:t>
      </w:r>
      <w:r>
        <w:t>aap is mein bilkul farq nahi karna chahiye hindu muslim ka. aur peace be upon you is ka matlab hota hai to peace be upon you har ek ke liye yeh dua mein karni karna hai.</w:t>
      </w:r>
    </w:p>
    <w:p>
      <w:pPr>
        <w:jc w:val="right"/>
      </w:pPr>
      <w:r>
        <w:t>آپ اس میں بالکل فرق نہیں کرنا چاہیے ہندو مسلم کا۔ اور peace be upon you اس کا مطلب ہوتا ہے تو peace be upon you ہر ایک کے لیے یہ دعا میں کرنی کرنا ہے۔</w:t>
      </w:r>
    </w:p>
    <w:p>
      <w:r>
        <w:rPr>
          <w:b/>
        </w:rPr>
        <w:t xml:space="preserve">[1:11:45] </w:t>
      </w:r>
      <w:r>
        <w:t>samna hai woh na aaye tab bhi.</w:t>
      </w:r>
    </w:p>
    <w:p>
      <w:pPr>
        <w:jc w:val="right"/>
      </w:pPr>
      <w:r>
        <w:t>سامنا ہے وہ نہ آئے تب بھی۔</w:t>
      </w:r>
    </w:p>
    <w:p>
      <w:r>
        <w:rPr>
          <w:b/>
        </w:rPr>
        <w:t xml:space="preserve">[1:11:48] </w:t>
      </w:r>
      <w:r>
        <w:t>is mein koi harj nahi hai is mein aur koi harj nahi hai is mein. koi agar harj batata hai to woh harj batane wala khud yani galti kar raha hai.</w:t>
      </w:r>
    </w:p>
    <w:p>
      <w:pPr>
        <w:jc w:val="right"/>
      </w:pPr>
      <w:r>
        <w:t>اس میں کوئی حرج نہیں ہے اس میں اور کوئی حرج نہیں ہے اس میں۔ کوئی اگر حرج بتاتا ہے تو وہ حرج بتانے والا خود یعنی غلطی کر رہا ہے۔</w:t>
      </w:r>
    </w:p>
    <w:p>
      <w:r>
        <w:rPr>
          <w:b/>
        </w:rPr>
        <w:t xml:space="preserve">[1:12:00] </w:t>
      </w:r>
      <w:r>
        <w:t>maulana agle sawal se pehle ek comment padhna chahenge jo Mr Shamsher Vake ne likha hai Australia se. unhone likha hai ke I really enjoyed today's lecture</w:t>
      </w:r>
    </w:p>
    <w:p>
      <w:pPr>
        <w:jc w:val="right"/>
      </w:pPr>
      <w:r>
        <w:t>مولانا اگلے سوال سے پہلے ایک comment پڑھنا چاہیں گے جو مسٹر شمشیر وک نے لکھا ہے آسٹریلیا سے۔ انہوں نے لکھا ہے کہ I really enjoyed today's lecture</w:t>
      </w:r>
    </w:p>
    <w:p>
      <w:r>
        <w:rPr>
          <w:b/>
        </w:rPr>
        <w:t xml:space="preserve">[1:12:12] </w:t>
      </w:r>
      <w:r>
        <w:t>agla sawal maulana hain Ms Naghma Siddiqui ka Delhi se. unhone poocha hai How to be in feeling of a thinker on a continuous basis?</w:t>
      </w:r>
    </w:p>
    <w:p>
      <w:pPr>
        <w:jc w:val="right"/>
      </w:pPr>
      <w:r>
        <w:t>اگلا سوال مولانا ہیں مس نغمہ صدیقی کا دلی سے۔ انہوں نے پوچھا ہے How to be in feeling of a thinker on a continuous basis?</w:t>
      </w:r>
    </w:p>
    <w:p>
      <w:r>
        <w:rPr>
          <w:b/>
        </w:rPr>
        <w:t xml:space="preserve">[1:12:23] </w:t>
      </w:r>
      <w:r>
        <w:t>Kindly advice kya phir se padhiye? How to be in a feeling of shukr How to be in a feeling of shukr on a continuous basis?</w:t>
      </w:r>
    </w:p>
    <w:p>
      <w:pPr>
        <w:jc w:val="right"/>
      </w:pPr>
      <w:r>
        <w:t>Kindly advice کیا پھر سے پڑھیے؟ How to be in a feeling of شکر How to be in a feeling of شکر on a continuous basis؟</w:t>
      </w:r>
    </w:p>
    <w:p>
      <w:r>
        <w:rPr>
          <w:b/>
        </w:rPr>
        <w:t xml:space="preserve">[1:12:35] </w:t>
      </w:r>
      <w:r>
        <w:t>abhi hum is yani shukr kaise nahi karenge hum har waqt? har waqt hamein</w:t>
      </w:r>
    </w:p>
    <w:p>
      <w:pPr>
        <w:jc w:val="right"/>
      </w:pPr>
      <w:r>
        <w:t>ابھی ہم اس یعنی شکر کیسے نہیں کریں گے ہم ہر وقت؟ ہر وقت ہمیں</w:t>
      </w:r>
    </w:p>
    <w:p>
      <w:r>
        <w:rPr>
          <w:b/>
        </w:rPr>
        <w:t xml:space="preserve">[1:12:41] </w:t>
      </w:r>
      <w:r>
        <w:t>mein to sochta hoon ke saans leta hoon aur aur aur oxygen mujhe inhale karta hoon, carbon exhale karta hoon.</w:t>
      </w:r>
    </w:p>
    <w:p>
      <w:pPr>
        <w:jc w:val="right"/>
      </w:pPr>
      <w:r>
        <w:t>میں تو سوچتا ہوں کہ سانس لیتا ہوں اور اور اور آکسیجن مجھے inhale کرتا ہوں، کاربن exhale کرتا ہوں۔</w:t>
      </w:r>
    </w:p>
    <w:p>
      <w:r>
        <w:rPr>
          <w:b/>
        </w:rPr>
        <w:t xml:space="preserve">[1:12:52] </w:t>
      </w:r>
      <w:r>
        <w:t>yani har second yeh waqea hota hai, har second. to kaisi ajeeb baat hai ke mere jism mein jo nizam hai kharij mein us ke mutabiq nizam hai.</w:t>
      </w:r>
    </w:p>
    <w:p>
      <w:pPr>
        <w:jc w:val="right"/>
      </w:pPr>
      <w:r>
        <w:t>یعنی ہر سیکنڈ یہ واقعہ ہوتا ہے، ہر سیکنڈ۔ تو کیسی عجیب بات ہے کہ میرے جسم میں جو نظام ہے خارج میں اس کے مطابق نظام ہے۔</w:t>
      </w:r>
    </w:p>
    <w:p>
      <w:r>
        <w:rPr>
          <w:b/>
        </w:rPr>
        <w:t xml:space="preserve">[1:13:00] </w:t>
      </w:r>
      <w:r>
        <w:t>yani mere</w:t>
      </w:r>
    </w:p>
    <w:p>
      <w:pPr>
        <w:jc w:val="right"/>
      </w:pPr>
      <w:r>
        <w:t>یعنی میرے</w:t>
      </w:r>
    </w:p>
    <w:p>
      <w:r>
        <w:rPr>
          <w:b/>
        </w:rPr>
        <w:t xml:space="preserve">[1:13:02] </w:t>
      </w:r>
      <w:r>
        <w:t>carbon ko darakht le leta hai aur darakht is ke badle mujhe oxygen deta hai. to main oxygen inhale karta hoon aur carbon exhale karta hoon.</w:t>
      </w:r>
    </w:p>
    <w:p>
      <w:pPr>
        <w:jc w:val="right"/>
      </w:pPr>
      <w:r>
        <w:t>کاربن کو درخت لے لیتا ہے اور درخت اس کے بدلے مجھے آکسیجن دیتا ہے۔ تو میں آکسیجن inhale کرتا ہوں اور کاربن exhale کرتا ہوں۔</w:t>
      </w:r>
    </w:p>
    <w:p>
      <w:r>
        <w:rPr>
          <w:b/>
        </w:rPr>
        <w:t xml:space="preserve">[1:13:13] </w:t>
      </w:r>
      <w:r>
        <w:t>aur woh kitna zabardast exchange hota hai ke darakht mere carbon ko le leta hai aur mujhe oxygen supply karta hai. yeh har second ek ek yeh reminder hai, har har second ke liye ek reminder hai.</w:t>
      </w:r>
    </w:p>
    <w:p>
      <w:pPr>
        <w:jc w:val="right"/>
      </w:pPr>
      <w:r>
        <w:t>اور وہ کتنا زبردست exchange ہوتا ہے کہ درخت میرے کاربن کو لے لیتا ہے اور مجھے آکسیجن supply کرتا ہے۔ یہ ہر سیکنڈ ایک ایک یہ reminder ہے، ہر ہر سیکنڈ کے لیے ایک reminder ہے۔</w:t>
      </w:r>
    </w:p>
    <w:p>
      <w:r>
        <w:rPr>
          <w:b/>
        </w:rPr>
        <w:t xml:space="preserve">[1:13:27] </w:t>
      </w:r>
      <w:r>
        <w:t>to mein to aik aik aik second bhi aisa nahi hota ke mein shukr ke baghair rahoon. kyunke har saans mujhe reminder hota hai mere liye, har saans.</w:t>
      </w:r>
    </w:p>
    <w:p>
      <w:pPr>
        <w:jc w:val="right"/>
      </w:pPr>
      <w:r>
        <w:t>تو میں تو ایک ایک ایک سیکنڈ بھی ایسا نہیں ہوتا کہ میں شکر کے بغیر رہوں۔ کیونکہ ہر سانس مجھے reminder ہوتا ہے میرے لیے، ہر سانس۔</w:t>
      </w:r>
    </w:p>
    <w:p>
      <w:r>
        <w:rPr>
          <w:b/>
        </w:rPr>
        <w:t xml:space="preserve">[1:13:37] </w:t>
      </w:r>
      <w:r>
        <w:t>har saans reminder hota hai ke ae ae insan Khuda ka shukr kar.yani aap ghore kijiye ke agar</w:t>
      </w:r>
    </w:p>
    <w:p>
      <w:pPr>
        <w:jc w:val="right"/>
      </w:pPr>
      <w:r>
        <w:t>ہر سانس reminder ہوتا ہے کہ اے اے انسان خدا کا شکر کر۔ یعنی آپ غور کیجیے کہ اگر</w:t>
      </w:r>
    </w:p>
    <w:p>
      <w:r>
        <w:rPr>
          <w:b/>
        </w:rPr>
        <w:t xml:space="preserve">[1:13:46] </w:t>
      </w:r>
      <w:r>
        <w:t>aisa ho ke mere andar se jo carbon nikla woh darakht na le to har sa'at dunya rehne ke qabil na rahe.</w:t>
      </w:r>
    </w:p>
    <w:p>
      <w:pPr>
        <w:jc w:val="right"/>
      </w:pPr>
      <w:r>
        <w:t>ایسا ہو کہ میرے اندر سے جو کاربن نکلا وہ درخت نہ لے تو ہر ساعت دنیا رہنے کے قابل نہ رہے۔</w:t>
      </w:r>
    </w:p>
    <w:p>
      <w:r>
        <w:rPr>
          <w:b/>
        </w:rPr>
        <w:t xml:space="preserve">[1:13:56] </w:t>
      </w:r>
      <w:r>
        <w:t>dunya mein carbon gas bhar jayegi aur reh is dunya mein reh nahi payenge. ya darakht agar oxygen supply na kare to hum kahan tak theli liye phirenge oxygen ki?</w:t>
      </w:r>
    </w:p>
    <w:p>
      <w:pPr>
        <w:jc w:val="right"/>
      </w:pPr>
      <w:r>
        <w:t>دنیا میں کاربن گیس بھر جائے گی اور رہ اس دنیا میں رہ نہیں پائیں گے۔ یا درخت اگر آکسیجن supply نہ کرے تو ہم کہاں تک تھیلی لیے پھریں گے آکسیجن کی؟</w:t>
      </w:r>
    </w:p>
    <w:p>
      <w:r>
        <w:rPr>
          <w:b/>
        </w:rPr>
        <w:t xml:space="preserve">[1:14:07] </w:t>
      </w:r>
      <w:r>
        <w:t>to dono halaton mein mar jayenge. to har second yeh aik reminder hai insan ke liye ke ae insan Khuda ka shukr kar.</w:t>
      </w:r>
    </w:p>
    <w:p>
      <w:pPr>
        <w:jc w:val="right"/>
      </w:pPr>
      <w:r>
        <w:t>تو دونوں حالتوں میں مر جائیں گے۔ تو ہر سیکنڈ یہ ایک reminder ہے انسان کے لیے کہ اے انسان خدا کا شکر کر۔</w:t>
      </w:r>
    </w:p>
    <w:p>
      <w:r>
        <w:rPr>
          <w:b/>
        </w:rPr>
        <w:t xml:space="preserve">[1:14:17] </w:t>
      </w:r>
      <w:r>
        <w:t>yeh sirf soch ki baat hai, soch. agar sochen to aap har har second, har lamha, har har moment aap</w:t>
      </w:r>
    </w:p>
    <w:p>
      <w:pPr>
        <w:jc w:val="right"/>
      </w:pPr>
      <w:r>
        <w:t>یہ صرف سوچ کی بات ہے، سوچ۔ اگر سوچیں تو آپ ہر ہر سیکنڈ، ہر لمحہ، ہر ہر moment آپ</w:t>
      </w:r>
    </w:p>
    <w:p>
      <w:r>
        <w:rPr>
          <w:b/>
        </w:rPr>
        <w:t xml:space="preserve">[1:14:26] </w:t>
      </w:r>
      <w:r>
        <w:t>shukr mein jiyenge. Maulana agla sawal kya hai Tamil Nadu se Maulana Iqbal Umri ne.</w:t>
      </w:r>
    </w:p>
    <w:p>
      <w:pPr>
        <w:jc w:val="right"/>
      </w:pPr>
      <w:r>
        <w:t>شکر میں جئیں گے۔ مولانا اگلا سوال کیا ہے تمل ناڈو سے مولانا اقبال عمری نے۔</w:t>
      </w:r>
    </w:p>
    <w:p>
      <w:r>
        <w:rPr>
          <w:b/>
        </w:rPr>
        <w:t xml:space="preserve">[1:14:35] </w:t>
      </w:r>
      <w:r>
        <w:t>unhone poocha hai koi baat aqide ki hai ya nahi is ko janne ka kya usool hai? is ke bare mein batayen.</w:t>
      </w:r>
    </w:p>
    <w:p>
      <w:pPr>
        <w:jc w:val="right"/>
      </w:pPr>
      <w:r>
        <w:t>انہوں نے پوچھا ہے کوئی بات عقیدے کی ہے یا نہیں اس کو جاننے کا کیا اصول ہے؟ اس کے بارے میں بتائیں۔</w:t>
      </w:r>
    </w:p>
    <w:p>
      <w:r>
        <w:rPr>
          <w:b/>
        </w:rPr>
        <w:t xml:space="preserve">[1:14:44] </w:t>
      </w:r>
      <w:r>
        <w:t>dekhiye aqide ki tamam baaten Quran mein maujood hain. Quran ke bahar agar koi aqida ijad karta hai to woh galat hai.</w:t>
      </w:r>
    </w:p>
    <w:p>
      <w:pPr>
        <w:jc w:val="right"/>
      </w:pPr>
      <w:r>
        <w:t>دیکھیے عقیدہ کی تمام باتیں قرآن میں موجود ہیں۔ قرآن کے باہر اگر کوئی عقیدہ ایجاد کرتا ہے تو وہ غلط ہے۔</w:t>
      </w:r>
    </w:p>
    <w:p>
      <w:r>
        <w:rPr>
          <w:b/>
        </w:rPr>
        <w:t xml:space="preserve">[1:14:55] </w:t>
      </w:r>
      <w:r>
        <w:t>yani koi bhi aisi baat jis ka aqide se talluq hai, jis ka talluq jannat jahannum se hai, woh lazman Quran mein maujood hai.</w:t>
      </w:r>
    </w:p>
    <w:p>
      <w:pPr>
        <w:jc w:val="right"/>
      </w:pPr>
      <w:r>
        <w:t>یعنی کوئی بھی ایسی بات جس کا عقیدے سے تعلق ہے، جس کا تعلق جنت جہنم سے ہے، وہ لازماً قرآن میں موجود ہے۔</w:t>
      </w:r>
    </w:p>
    <w:p>
      <w:r>
        <w:rPr>
          <w:b/>
        </w:rPr>
        <w:t xml:space="preserve">[1:15:03] </w:t>
      </w:r>
      <w:r>
        <w:t>koi agar yeh kahe ke Quran mein maujood nahi hai to woh jhoot bolta hai. to aap Quran padh lijiyega. aqide ka mamla koi bhi aisa nahi hai jo Quran mein maujood na ho.</w:t>
      </w:r>
    </w:p>
    <w:p>
      <w:pPr>
        <w:jc w:val="right"/>
      </w:pPr>
      <w:r>
        <w:t>کوئی اگر یہ کہے کہ قرآن میں موجود نہیں ہے تو وہ جھوٹ بولتا ہے۔ تو آپ قرآن پڑھ لیجیے۔ عقیدے کا معاملہ کوئی بھی ایسا نہیں ہے جو قرآن میں موجود نہ ہو۔</w:t>
      </w:r>
    </w:p>
    <w:p>
      <w:r>
        <w:rPr>
          <w:b/>
        </w:rPr>
        <w:t xml:space="preserve">[1:15:15] </w:t>
      </w:r>
      <w:r>
        <w:t>to agar koi aisi baat bataye aqide ki, farz kijiye koi kahe ke Taj Taj Mahal ko dekh lo to jannat pakki ho jayegi.</w:t>
      </w:r>
    </w:p>
    <w:p>
      <w:pPr>
        <w:jc w:val="right"/>
      </w:pPr>
      <w:r>
        <w:t>تو اگر کوئی ایسی بات بتائے عقیدے کی، فرض کیجیے کوئی کہے کہ تاج تاج محل کو دیکھ لو تو جنت پکی ہو جائے گی۔</w:t>
      </w:r>
    </w:p>
    <w:p>
      <w:r>
        <w:rPr>
          <w:b/>
        </w:rPr>
        <w:t xml:space="preserve">[1:15:25] </w:t>
      </w:r>
      <w:r>
        <w:t>to us se poochhein Quran mein kahan likha hua hai?</w:t>
      </w:r>
    </w:p>
    <w:p>
      <w:pPr>
        <w:jc w:val="right"/>
      </w:pPr>
      <w:r>
        <w:t>تو اس سے پوچھیں قرآن میں کہاں لکھا ہوا ہے؟</w:t>
      </w:r>
    </w:p>
    <w:p>
      <w:r>
        <w:rPr>
          <w:b/>
        </w:rPr>
        <w:t xml:space="preserve">[1:15:29] </w:t>
      </w:r>
      <w:r>
        <w:t>koi kahe ke Qutub Minar par charh jao to to jannat ka ticket mil jayega tum ko. to poochhein Quran mein kahan likha hua hai?</w:t>
      </w:r>
    </w:p>
    <w:p>
      <w:pPr>
        <w:jc w:val="right"/>
      </w:pPr>
      <w:r>
        <w:t>کوئی کہے کہ کتب مینار پر چڑھ جاؤ تو تو جنت کا ٹکٹ مل جائے گا تم کو۔ تو پوچھیں قرآن میں کہاں لکھا ہوا ہے؟</w:t>
      </w:r>
    </w:p>
    <w:p>
      <w:r>
        <w:rPr>
          <w:b/>
        </w:rPr>
        <w:t xml:space="preserve">[1:15:39] </w:t>
      </w:r>
      <w:r>
        <w:t>to koi bhi aisi baat jis ka talluq nijaat se hai, aqide se hai, woh lazman Quran mein maujood hai.</w:t>
      </w:r>
    </w:p>
    <w:p>
      <w:pPr>
        <w:jc w:val="right"/>
      </w:pPr>
      <w:r>
        <w:t>تو کوئی بھی ایسی بات جس کا تعلق نجات سے ہے، عقیدے سے ہے، وہ لازماً قرآن میں موجود ہے۔</w:t>
      </w:r>
    </w:p>
    <w:p>
      <w:r>
        <w:rPr>
          <w:b/>
        </w:rPr>
        <w:t xml:space="preserve">[1:15:47] </w:t>
      </w:r>
      <w:r>
        <w:t>Quran mein hai to theek hai, nahi to nahi. isi ko Imam Abu Hanifa ne kaha tha ke yatoon al-sha'b min kitab Allah taqool ke Quran se lao to manunga, nahi nahi manta mein.</w:t>
      </w:r>
    </w:p>
    <w:p>
      <w:pPr>
        <w:jc w:val="right"/>
      </w:pPr>
      <w:r>
        <w:t>قرآن میں ہے تو ٹھیک ہے، نہیں تو نہیں۔ اسی کو امام ابو حنیفہ نے کہا تھا کہ يتون الشعب من كتاب الله تقول کہ قرآن سے لاؤ تو مانوں گا، نہیں نہیں مانتا میں۔</w:t>
      </w:r>
    </w:p>
    <w:p>
      <w:r>
        <w:rPr>
          <w:b/>
        </w:rPr>
        <w:t xml:space="preserve">[1:15:59] </w:t>
      </w:r>
      <w:r>
        <w:t>to koi bhi shakhs agar yeh daawa karta hai ke aqide ka mamla Quran se bahar bhi kahin maujood hai to woh galat daawa karta hai.</w:t>
      </w:r>
    </w:p>
    <w:p>
      <w:pPr>
        <w:jc w:val="right"/>
      </w:pPr>
      <w:r>
        <w:t>تو کوئی بھی شخص اگر یہ دعویٰ کرتا ہے کہ عقیدہ کا معاملہ قرآن سے باہر بھی کہیں موجود ہے تو وہ غلط دعویٰ کرتا ہے۔</w:t>
      </w:r>
    </w:p>
    <w:p>
      <w:r>
        <w:rPr>
          <w:b/>
        </w:rPr>
        <w:t xml:space="preserve">[1:16:09] </w:t>
      </w:r>
      <w:r>
        <w:t>Quran mein agar aqida hi na ho to phir Quran mein hai kya? kya sirf tareekh hai is mein qomon ki? nahi, aqide ka koi bhi mamla aisa nahi hai jo Quran mein maujood na ho.</w:t>
      </w:r>
    </w:p>
    <w:p>
      <w:pPr>
        <w:jc w:val="right"/>
      </w:pPr>
      <w:r>
        <w:t>قرآن میں اگر عقیدہ ہی نہ ہو تو پھر قرآن میں ہے کیا؟ کیا صرف تاریخ ہے اس میں قوموں کی؟ نہیں، عقیدے کا کوئی بھی معاملہ ایسا نہیں ہے جو قرآن میں موجود نہ ہو۔</w:t>
      </w:r>
    </w:p>
    <w:p>
      <w:r>
        <w:rPr>
          <w:b/>
        </w:rPr>
        <w:t xml:space="preserve">[1:16:23] </w:t>
      </w:r>
      <w:r>
        <w:t>aur jo cheez Quran mein maujood na ho, woh aqida bhi nahi hai.</w:t>
      </w:r>
    </w:p>
    <w:p>
      <w:pPr>
        <w:jc w:val="right"/>
      </w:pPr>
      <w:r>
        <w:t>اور جو چیز قرآن میں موجود نہ ہو، وہ عقیدہ بھی نہیں ہے۔</w:t>
      </w:r>
    </w:p>
    <w:p>
      <w:r>
        <w:rPr>
          <w:b/>
        </w:rPr>
        <w:t xml:space="preserve">[1:16:26] </w:t>
      </w:r>
      <w:r>
        <w:t>woh aqida bhi nahi hai.</w:t>
      </w:r>
    </w:p>
    <w:p>
      <w:pPr>
        <w:jc w:val="right"/>
      </w:pPr>
      <w:r>
        <w:t>وہ عقیدہ بھی نہیں ہے۔</w:t>
      </w:r>
    </w:p>
    <w:p>
      <w:r>
        <w:rPr>
          <w:b/>
        </w:rPr>
        <w:t xml:space="preserve">[1:16:30] </w:t>
      </w:r>
      <w:r>
        <w:t>Maulana agla sawal Delhi se hai Mr Arshad Sirajuddin sahab ka. unhone likha hai Maulana muhtaram aap ne ilm aur dawat ke maidan mein bharpoor zindagi guzari hai.</w:t>
      </w:r>
    </w:p>
    <w:p>
      <w:pPr>
        <w:jc w:val="right"/>
      </w:pPr>
      <w:r>
        <w:t>مولانا اگلا سوال دلی سے ہے مسٹر ارشد سراج الدین صاحب کا۔ انہوں نے لکھا ہے مولانا محترم آپ نے علم اور دعوت کے میدان میں بھرپور زندگی گزاری ہے۔</w:t>
      </w:r>
    </w:p>
    <w:p>
      <w:r>
        <w:rPr>
          <w:b/>
        </w:rPr>
        <w:t xml:space="preserve">[1:16:43] </w:t>
      </w:r>
      <w:r>
        <w:t>aap se guzarish hai ke aap apni autobiography shaya farmayen. Allah aap ko afiyat ata farmaye.</w:t>
      </w:r>
    </w:p>
    <w:p>
      <w:pPr>
        <w:jc w:val="right"/>
      </w:pPr>
      <w:r>
        <w:t>آپ سے گزارش ہے کہ آپ اپنی آٹو بائیوگرافی شائع فرمائیں۔ اللہ آپ کو عافیت عطا فرمائے۔</w:t>
      </w:r>
    </w:p>
    <w:p>
      <w:r>
        <w:rPr>
          <w:b/>
        </w:rPr>
        <w:t xml:space="preserve">[1:16:52] </w:t>
      </w:r>
      <w:r>
        <w:t>aap dua kijiye ke aik kaam ho jaye. baqi kab hoga, mujhe nahi maloom is ke bare mein kuch. Maulana agla sawal Delhi se hai Mr Hassan Sharif ka.</w:t>
      </w:r>
    </w:p>
    <w:p>
      <w:pPr>
        <w:jc w:val="right"/>
      </w:pPr>
      <w:r>
        <w:t>آپ دعا کیجیے کہ ایک کام ہو جائے۔ باقی کب ہوگا، مجھے نہیں معلوم اس کے بارے میں کچھ۔ مولانا اگلا سوال دلی سے ہے مسٹر حسان شریف کا۔</w:t>
      </w:r>
    </w:p>
    <w:p>
      <w:r>
        <w:rPr>
          <w:b/>
        </w:rPr>
        <w:t xml:space="preserve">[1:17:07] </w:t>
      </w:r>
      <w:r>
        <w:t>unhone likha hai</w:t>
      </w:r>
    </w:p>
    <w:p>
      <w:pPr>
        <w:jc w:val="right"/>
      </w:pPr>
      <w:r>
        <w:t>انہوں نے لکھا ہے</w:t>
      </w:r>
    </w:p>
    <w:p>
      <w:r>
        <w:rPr>
          <w:b/>
        </w:rPr>
        <w:t xml:space="preserve">[1:17:08] </w:t>
      </w:r>
      <w:r>
        <w:t>There is an ayat in Quran chapter sixteen verse number one twenty-five where it is said "Call to the God with hikmah." Maulana May I know the meaning and explanation of the word hikmah here?</w:t>
      </w:r>
    </w:p>
    <w:p>
      <w:pPr>
        <w:jc w:val="right"/>
      </w:pPr>
      <w:r>
        <w:t>There is an آیت in Quran chapter sixteen verse number one twenty-five where it is said "Call to the God with حکمہ." مولانا May I know the meaning and explanation of the word حکمہ here?</w:t>
      </w:r>
    </w:p>
    <w:p>
      <w:r>
        <w:rPr>
          <w:b/>
        </w:rPr>
        <w:t xml:space="preserve">[1:17:24] </w:t>
      </w:r>
      <w:r>
        <w:t>achha theek hai, hukma jo hai,</w:t>
      </w:r>
    </w:p>
    <w:p>
      <w:pPr>
        <w:jc w:val="right"/>
      </w:pPr>
      <w:r>
        <w:t>اچھا ٹھیک ہے، حکمہ جو ہے،</w:t>
      </w:r>
    </w:p>
    <w:p>
      <w:r>
        <w:rPr>
          <w:b/>
        </w:rPr>
        <w:t xml:space="preserve">[1:17:27] </w:t>
      </w:r>
      <w:r>
        <w:t>hukma se murad wahi cheez ko hum kehte hain wisdom. Wisdom. Hikmat koi mysterious cheez, asrar cheez nahi hai.</w:t>
      </w:r>
    </w:p>
    <w:p>
      <w:pPr>
        <w:jc w:val="right"/>
      </w:pPr>
      <w:r>
        <w:t>حکمہ سے مراد وہی چیز کو ہم کہتے ہیں wisdom۔ Wisdom۔ حکمت کوئی mysterious چیز، پراسرار چیز نہیں ہے۔</w:t>
      </w:r>
    </w:p>
    <w:p>
      <w:r>
        <w:rPr>
          <w:b/>
        </w:rPr>
        <w:t xml:space="preserve">[1:17:39] </w:t>
      </w:r>
      <w:r>
        <w:t>Wisdom behtareen lafz hai hikmat ke liye. To</w:t>
      </w:r>
    </w:p>
    <w:p>
      <w:pPr>
        <w:jc w:val="right"/>
      </w:pPr>
      <w:r>
        <w:t>Wisdom بہترین لفظ ہے حکمت کے لیے۔ تو</w:t>
      </w:r>
    </w:p>
    <w:p>
      <w:r>
        <w:rPr>
          <w:b/>
        </w:rPr>
        <w:t xml:space="preserve">[1:17:45] </w:t>
      </w:r>
      <w:r>
        <w:t>yani deen ka ek bada juz hai wisdom hai. Dekhiye wisdom kya cheez hai? Ek hai usool.</w:t>
      </w:r>
    </w:p>
    <w:p>
      <w:pPr>
        <w:jc w:val="right"/>
      </w:pPr>
      <w:r>
        <w:t>یعنی دین کا ایک بڑا جز ہے wisdom ہے۔ دیکھیے wisdom کیا چیز ہے؟ ایک ہے اصول۔</w:t>
      </w:r>
    </w:p>
    <w:p>
      <w:r>
        <w:rPr>
          <w:b/>
        </w:rPr>
        <w:t xml:space="preserve">[1:17:54] </w:t>
      </w:r>
      <w:r>
        <w:t>Usool ko hum kehte hain aqeedah ya taleem. Jo lafzon mein hoti hai.</w:t>
      </w:r>
    </w:p>
    <w:p>
      <w:pPr>
        <w:jc w:val="right"/>
      </w:pPr>
      <w:r>
        <w:t>اصول کو ہم کہتے ہیں عقیدہ یا تعلیم۔ جو لفظوں میں ہوتی ہے۔</w:t>
      </w:r>
    </w:p>
    <w:p>
      <w:r>
        <w:rPr>
          <w:b/>
        </w:rPr>
        <w:t xml:space="preserve">[1:18:04] </w:t>
      </w:r>
      <w:r>
        <w:t>yani ek hai taleem ya qanoon ya aqeedah, wo sab lafzon mein hota hai. Aur wisdom jo hai, iska taalluq jo hota hai, ismein yani jo between the line jo hota hai, wo wo wisdom hota hai.</w:t>
      </w:r>
    </w:p>
    <w:p>
      <w:pPr>
        <w:jc w:val="right"/>
      </w:pPr>
      <w:r>
        <w:t>یعنی ایک ہے تعلیم یا قانون یا عقیدہ، وہ سب لفظوں میں ہوتا ہے۔ اور wisdom جو ہے، اس کا تعلق جو ہوتا ہے، اس میں یعنی جو between the line جو ہوتا ہے، وہ وہ wisdom ہوتا ہے۔</w:t>
      </w:r>
    </w:p>
    <w:p>
      <w:r>
        <w:rPr>
          <w:b/>
        </w:rPr>
        <w:t xml:space="preserve">[1:18:20] </w:t>
      </w:r>
      <w:r>
        <w:t>Jo ghaur o fikr se samajh mein aata hai.</w:t>
      </w:r>
    </w:p>
    <w:p>
      <w:pPr>
        <w:jc w:val="right"/>
      </w:pPr>
      <w:r>
        <w:t>جو غور و فکر سے سمجھ میں آتا ہے۔</w:t>
      </w:r>
    </w:p>
    <w:p>
      <w:r>
        <w:rPr>
          <w:b/>
        </w:rPr>
        <w:t xml:space="preserve">[1:18:24] </w:t>
      </w:r>
      <w:r>
        <w:t>Wisdom ke liye aap ko sochna padta hai. To yahan par wisdom ka matlab yeh hai ke kisi ko tum dawat de rahe ho to usmein pehle socho kis tarah dawat di jaye.</w:t>
      </w:r>
    </w:p>
    <w:p>
      <w:pPr>
        <w:jc w:val="right"/>
      </w:pPr>
      <w:r>
        <w:t>Wisdom کے لیے آپ کو سوچنا پڑتا ہے۔ تو یہاں پر wisdom کا مطلب یہ ہے کہ کسی کو تم دعوت دے رہے ہو تو اس میں پہلے سوچو کس طرح دعوت دی جائے۔</w:t>
      </w:r>
    </w:p>
    <w:p>
      <w:r>
        <w:rPr>
          <w:b/>
        </w:rPr>
        <w:t xml:space="preserve">[1:18:36] </w:t>
      </w:r>
      <w:r>
        <w:t>Kis tarah main kahoon ke iska mind address ho, iska meri baat ko</w:t>
      </w:r>
    </w:p>
    <w:p>
      <w:pPr>
        <w:jc w:val="right"/>
      </w:pPr>
      <w:r>
        <w:t>کس طرح میں کہوں کہ اس کا mind address ہو، اس کا میری بات کو</w:t>
      </w:r>
    </w:p>
    <w:p>
      <w:r>
        <w:rPr>
          <w:b/>
        </w:rPr>
        <w:t xml:space="preserve">[1:18:41] </w:t>
      </w:r>
      <w:r>
        <w:t>dhyan de, wo meri baat par ghaur kare, wo aur iska zehan badle. In sab baaton ko le kar jab sochenge to isko hikmat kaha jayega.</w:t>
      </w:r>
    </w:p>
    <w:p>
      <w:pPr>
        <w:jc w:val="right"/>
      </w:pPr>
      <w:r>
        <w:t>دھیان دے، وہ میری بات پر غور کرے، وہ اور اس کا ذہن بدلے۔ ان سب باتوں کو لے کر جب سوچیں گے تو اس کو حکمت کہا جائے گا۔</w:t>
      </w:r>
    </w:p>
    <w:p>
      <w:r>
        <w:rPr>
          <w:b/>
        </w:rPr>
        <w:t xml:space="preserve">[1:18:52] </w:t>
      </w:r>
      <w:r>
        <w:t>yani dawat ka matlab yeh nahi ke kuch bol dein, bas khali. Baghair kisi wisdom ke, baghair kisi</w:t>
      </w:r>
    </w:p>
    <w:p>
      <w:pPr>
        <w:jc w:val="right"/>
      </w:pPr>
      <w:r>
        <w:t>یعنی دعوت کا مطلب یہ نہیں کہ کچھ بول دیں، بس خالی۔ بغیر کسی wisdom کے، بغیر کسی</w:t>
      </w:r>
    </w:p>
    <w:p>
      <w:r>
        <w:rPr>
          <w:b/>
        </w:rPr>
        <w:t xml:space="preserve">[1:18:59] </w:t>
      </w:r>
      <w:r>
        <w:t>ismein</w:t>
      </w:r>
    </w:p>
    <w:p>
      <w:pPr>
        <w:jc w:val="right"/>
      </w:pPr>
      <w:r>
        <w:t>اس میں</w:t>
      </w:r>
    </w:p>
    <w:p>
      <w:r>
        <w:rPr>
          <w:b/>
        </w:rPr>
        <w:t xml:space="preserve">[1:19:03] </w:t>
      </w:r>
      <w:r>
        <w:t>soche samjhe hue. To khulasa yeh hai ke dawat do logon ko hikmat ke sath.</w:t>
      </w:r>
    </w:p>
    <w:p>
      <w:pPr>
        <w:jc w:val="right"/>
      </w:pPr>
      <w:r>
        <w:t>سوچے سمجھے ہوئے۔ تو خلاصہ یہ ہے کہ دعوت دو لوگوں کو حکمت کے ساتھ۔</w:t>
      </w:r>
    </w:p>
    <w:p>
      <w:r>
        <w:rPr>
          <w:b/>
        </w:rPr>
        <w:t xml:space="preserve">[1:19:11] </w:t>
      </w:r>
      <w:r>
        <w:t>ka matlab yeh hai ke is tarah jo logon ke liye understandable ho, is tarah dawat do. Ud'u ila sabilika bil hikmah</w:t>
      </w:r>
    </w:p>
    <w:p>
      <w:pPr>
        <w:jc w:val="right"/>
      </w:pPr>
      <w:r>
        <w:t>کا مطلب یہ ہے کہ اس طرح جو لوگوں کے لیے understandable ہو، اس طرح دعوت دو۔ ادعو الى سبيلك بالحکمہ</w:t>
      </w:r>
    </w:p>
    <w:p>
      <w:r>
        <w:rPr>
          <w:b/>
        </w:rPr>
        <w:t xml:space="preserve">[1:19:20] </w:t>
      </w:r>
      <w:r>
        <w:t>Allah ke raste ki taraf logon ko bulao hikmat ke sath. To yani doosre lafzon mein agar hum badlein to hum kahenge, yeh keh sakte hain ke Allah ke raste ki taraf bulao logon ko is tarah jo unke liye understandable ho,</w:t>
      </w:r>
    </w:p>
    <w:p>
      <w:pPr>
        <w:jc w:val="right"/>
      </w:pPr>
      <w:r>
        <w:t>اللہ کے راستے کی طرف لوگوں کو بلاؤ حکمت کے ساتھ۔ تو یعنی دوسرے لفظوں میں اگر ہم بدلیں تو ہم کہیں گے، یہ کہہ سکتے ہیں کہ اللہ کے راستے کی طرف بلاؤ لوگوں کو اس طرح جو ان کے لیے understandable ہو،</w:t>
      </w:r>
    </w:p>
    <w:p>
      <w:r>
        <w:rPr>
          <w:b/>
        </w:rPr>
        <w:t xml:space="preserve">[1:19:36] </w:t>
      </w:r>
      <w:r>
        <w:t>jo unki reason unko appeal kare, jise unka mind address hota ho,</w:t>
      </w:r>
    </w:p>
    <w:p>
      <w:pPr>
        <w:jc w:val="right"/>
      </w:pPr>
      <w:r>
        <w:t>جو ان کی reason ان کو appeal کرے، جسے ان کا mind address ہوتا ہو،</w:t>
      </w:r>
    </w:p>
    <w:p>
      <w:r>
        <w:rPr>
          <w:b/>
        </w:rPr>
        <w:t xml:space="preserve">[1:19:41] </w:t>
      </w:r>
      <w:r>
        <w:t>is tarah dawat do.</w:t>
      </w:r>
    </w:p>
    <w:p>
      <w:pPr>
        <w:jc w:val="right"/>
      </w:pPr>
      <w:r>
        <w:t>اس طرح دعوت دو۔</w:t>
      </w:r>
    </w:p>
    <w:p>
      <w:r>
        <w:rPr>
          <w:b/>
        </w:rPr>
        <w:t xml:space="preserve">[1:19:46] </w:t>
      </w:r>
      <w:r>
        <w:t>Maulana agla sawal hai doctor Owais Siddiqui ka Delhi se. Unhone likha hai Maulana is there any difference between doing dua we do while sitting, standing, or lying?</w:t>
      </w:r>
    </w:p>
    <w:p>
      <w:pPr>
        <w:jc w:val="right"/>
      </w:pPr>
      <w:r>
        <w:t>مولانا اگلا سوال ہے ڈاکٹر اویس صدیقی کا دلی سے۔ انہوں نے لکھا ہے مولانا is there any difference between doing دعا we do while sitting, standing, or lying?</w:t>
      </w:r>
    </w:p>
    <w:p>
      <w:r>
        <w:rPr>
          <w:b/>
        </w:rPr>
        <w:t xml:space="preserve">[1:19:58] </w:t>
      </w:r>
      <w:r>
        <w:t>And the dua we do after two units</w:t>
      </w:r>
    </w:p>
    <w:p>
      <w:pPr>
        <w:jc w:val="right"/>
      </w:pPr>
      <w:r>
        <w:t>And the دعا we do after two units</w:t>
      </w:r>
    </w:p>
    <w:p>
      <w:r>
        <w:rPr>
          <w:b/>
        </w:rPr>
        <w:t xml:space="preserve">[1:20:04] </w:t>
      </w:r>
      <w:r>
        <w:t>Salah? Dekhiye dua to har waqt karte rehna hai. Yeh nahi ke namaz padhne ke baad aap ne hath uthaya aur rati hui dua padh di. Itni kafi nahi hai.</w:t>
      </w:r>
    </w:p>
    <w:p>
      <w:pPr>
        <w:jc w:val="right"/>
      </w:pPr>
      <w:r>
        <w:t>صلاۃ؟ دیکھیے دعا تو ہر وقت کرتے رہنا ہے۔ یہ نہیں کہ نماز پڑھنے کے بعد آپ نے ہاتھ اٹھایا اور رٹی ہوئی دعا پڑھ دی۔ اتنی کافی نہیں ہے۔</w:t>
      </w:r>
    </w:p>
    <w:p>
      <w:r>
        <w:rPr>
          <w:b/>
        </w:rPr>
        <w:t xml:space="preserve">[1:20:14] </w:t>
      </w:r>
      <w:r>
        <w:t>Dua to ek zindagi mein shamil hoti hai. Har mauqe par nikalti rehti hai dua.</w:t>
      </w:r>
    </w:p>
    <w:p>
      <w:pPr>
        <w:jc w:val="right"/>
      </w:pPr>
      <w:r>
        <w:t>دعا تو ایک زندگی میں شامل ہوتی ہے۔ ہر موقع پر نکلتی رہتی ہے دعا۔</w:t>
      </w:r>
    </w:p>
    <w:p>
      <w:r>
        <w:rPr>
          <w:b/>
        </w:rPr>
        <w:t xml:space="preserve">[1:20:22] </w:t>
      </w:r>
      <w:r>
        <w:t>Dua part of life hai. Wo dua jo namaz ke baad hath utha kar ke aati hai, wo to ek chhota sa hissa hai iska. Ek tiny part hai dua ka.</w:t>
      </w:r>
    </w:p>
    <w:p>
      <w:pPr>
        <w:jc w:val="right"/>
      </w:pPr>
      <w:r>
        <w:t>دعا part of life ہے۔ وہ دعا جو نماز کے بعد ہاتھ اٹھا کر کے آتی ہے، وہ تو ایک چھوٹا سا حصہ ہے اس کا۔ ایک tiny part ہے دعا کا۔</w:t>
      </w:r>
    </w:p>
    <w:p>
      <w:r>
        <w:rPr>
          <w:b/>
        </w:rPr>
        <w:t xml:space="preserve">[1:20:32] </w:t>
      </w:r>
      <w:r>
        <w:t>Baqi dua to poori life mein shamil rehti hai.</w:t>
      </w:r>
    </w:p>
    <w:p>
      <w:pPr>
        <w:jc w:val="right"/>
      </w:pPr>
      <w:r>
        <w:t>باقی دعا تو پوری life میں شامل رہتی ہے۔</w:t>
      </w:r>
    </w:p>
    <w:p>
      <w:r>
        <w:rPr>
          <w:b/>
        </w:rPr>
        <w:t xml:space="preserve">[1:20:37] </w:t>
      </w:r>
      <w:r>
        <w:t>Har waqt aap ka dil Allah se juda rehta hai. Allah se yani mangta rehta hai. Ek hadith mein hai ke yunaji rabbah banda Allah se whisper karta hai.</w:t>
      </w:r>
    </w:p>
    <w:p>
      <w:pPr>
        <w:jc w:val="right"/>
      </w:pPr>
      <w:r>
        <w:t>ہر وقت آپ کا دل اللہ سے جڑا رہتا ہے۔ اللہ سے یعنی مانگتا رہتا ہے۔ ایک حدیث میں ہے کہ يناجي ربه بندہ اللہ سے whisper کرتا ہے۔</w:t>
      </w:r>
    </w:p>
    <w:p>
      <w:r>
        <w:rPr>
          <w:b/>
        </w:rPr>
        <w:t xml:space="preserve">[1:20:51] </w:t>
      </w:r>
      <w:r>
        <w:t>To whisper jo hai, kya yeh dua to hai yeh?</w:t>
      </w:r>
    </w:p>
    <w:p>
      <w:pPr>
        <w:jc w:val="right"/>
      </w:pPr>
      <w:r>
        <w:t>تو whisper جو ہے، کیا یہ دعا تو ہے یہ؟</w:t>
      </w:r>
    </w:p>
    <w:p>
      <w:r>
        <w:rPr>
          <w:b/>
        </w:rPr>
        <w:t xml:space="preserve">[1:20:55] </w:t>
      </w:r>
      <w:r>
        <w:t>to wo ek ek continuous amal hai, koi waqti cheez nahi hai.</w:t>
      </w:r>
    </w:p>
    <w:p>
      <w:pPr>
        <w:jc w:val="right"/>
      </w:pPr>
      <w:r>
        <w:t>تو وہ ایک ایک continuous عمل ہے، کوئی وقتی چیز نہیں ہے۔</w:t>
      </w:r>
    </w:p>
    <w:p>
      <w:r>
        <w:rPr>
          <w:b/>
        </w:rPr>
        <w:t xml:space="preserve">[1:21:03] </w:t>
      </w:r>
      <w:r>
        <w:t>maulana agla sawal miss saira latif ka hai karachi pakistan se. unhon ne likha hai zaroorat ki had kya hai?</w:t>
      </w:r>
    </w:p>
    <w:p>
      <w:pPr>
        <w:jc w:val="right"/>
      </w:pPr>
      <w:r>
        <w:t>مولانا اگلا سوال مس سائرہ لطیف کا ہے کراچی پاکستان سے۔ انہوں نے لکھا ہے ضرورت کی حد کیا ہے؟</w:t>
      </w:r>
    </w:p>
    <w:p>
      <w:r>
        <w:rPr>
          <w:b/>
        </w:rPr>
        <w:t xml:space="preserve">[1:21:14] </w:t>
      </w:r>
      <w:r>
        <w:t>ek shakhs kehta hai ke meri zaroorat makan aur gari hai. doosra shakhs kehta hai ke meri zaroorat</w:t>
      </w:r>
    </w:p>
    <w:p>
      <w:pPr>
        <w:jc w:val="right"/>
      </w:pPr>
      <w:r>
        <w:t>ایک شخص کہتا ہے کہ میری ضرورت مکان اور گاڑی ہے۔ دوسرا شخص کہتا ہے کہ میری ضرورت</w:t>
      </w:r>
    </w:p>
    <w:p>
      <w:r>
        <w:rPr>
          <w:b/>
        </w:rPr>
        <w:t xml:space="preserve">[1:21:22] </w:t>
      </w:r>
      <w:r>
        <w:t>makan, gari aur motor cycle hai. teesra shakhs is mein do cheezon ka aur izafa karta hai. is ko is ke bare mein bataein.</w:t>
      </w:r>
    </w:p>
    <w:p>
      <w:pPr>
        <w:jc w:val="right"/>
      </w:pPr>
      <w:r>
        <w:t>مکان، گاڑی اور موٹر سائیکل ہے۔ تیسرا شخص اس میں دو چیزوں کا اور اضافہ کرتا ہے۔ اس کو اس کے بارے میں بتائیں۔</w:t>
      </w:r>
    </w:p>
    <w:p>
      <w:r>
        <w:rPr>
          <w:b/>
        </w:rPr>
        <w:t xml:space="preserve">[1:21:34] </w:t>
      </w:r>
      <w:r>
        <w:t>dekhiye zaroorat ko koi ginti mein aap had bandi nahi kar sakte ke list banayein aap.</w:t>
      </w:r>
    </w:p>
    <w:p>
      <w:pPr>
        <w:jc w:val="right"/>
      </w:pPr>
      <w:r>
        <w:t>دیکھیے ضرورت کو کوئی گنتی میں آپ حد بندی نہیں کر سکتے کہ list بنائیں آپ۔</w:t>
      </w:r>
    </w:p>
    <w:p>
      <w:r>
        <w:rPr>
          <w:b/>
        </w:rPr>
        <w:t xml:space="preserve">[1:21:41] </w:t>
      </w:r>
      <w:r>
        <w:t>aisa nahi ho sakta. koi list nahi ban sakti aap.</w:t>
      </w:r>
    </w:p>
    <w:p>
      <w:pPr>
        <w:jc w:val="right"/>
      </w:pPr>
      <w:r>
        <w:t>ایسا نہیں ہو سکتا۔ کوئی list نہیں بن سکتی آپ۔</w:t>
      </w:r>
    </w:p>
    <w:p>
      <w:r>
        <w:rPr>
          <w:b/>
        </w:rPr>
        <w:t xml:space="preserve">[1:21:49] </w:t>
      </w:r>
      <w:r>
        <w:t>ke mez, kursi, qalam, pencil aap char list banayein. aisa nahi ho sakta. aadmi ka khud apna kaam hai ke wo jaane ke zaroorat kya hai.</w:t>
      </w:r>
    </w:p>
    <w:p>
      <w:pPr>
        <w:jc w:val="right"/>
      </w:pPr>
      <w:r>
        <w:t>کہ میز، کرسی، قلم، پینسل آپ چار list بنائیں۔ ایسا نہیں ہو سکتا۔ آدمی کا خود اپنا کام ہے کہ وہ جانے کہ ضرورت کیا ہے۔</w:t>
      </w:r>
    </w:p>
    <w:p>
      <w:r>
        <w:rPr>
          <w:b/>
        </w:rPr>
        <w:t xml:space="preserve">[1:22:04] </w:t>
      </w:r>
      <w:r>
        <w:t>zaroorat ke angrezi mein hota hai need. need yaani</w:t>
      </w:r>
    </w:p>
    <w:p>
      <w:pPr>
        <w:jc w:val="right"/>
      </w:pPr>
      <w:r>
        <w:t>ضرورت کے انگریزی میں ہوتا ہے need۔ Need یعنی</w:t>
      </w:r>
    </w:p>
    <w:p>
      <w:r>
        <w:rPr>
          <w:b/>
        </w:rPr>
        <w:t xml:space="preserve">[1:22:09] </w:t>
      </w:r>
      <w:r>
        <w:t>ye yaani bare need jis ke baghair zindagi mumkin na ho. to ek hadith mein is tarah aaya hai is silsile mein ke jis aadmi ke paas</w:t>
      </w:r>
    </w:p>
    <w:p>
      <w:pPr>
        <w:jc w:val="right"/>
      </w:pPr>
      <w:r>
        <w:t>یہ یعنی bare need جس کے بغیر زندگی ممکن نہ ہو۔ تو ایک حدیث میں اس طرح آیا ہے اس سلسلے میں کہ جس آدمی کے پاس</w:t>
      </w:r>
    </w:p>
    <w:p>
      <w:r>
        <w:rPr>
          <w:b/>
        </w:rPr>
        <w:t xml:space="preserve">[1:22:27] </w:t>
      </w:r>
      <w:r>
        <w:t>ek ghar ho, bas rehne ke qabil ghar aur roti ka ek tukra aur pani ho, ek khadim ho to goya ke us ko sab cheez mil gayi.</w:t>
      </w:r>
    </w:p>
    <w:p>
      <w:pPr>
        <w:jc w:val="right"/>
      </w:pPr>
      <w:r>
        <w:t>ایک گھر ہو، بس رہنے کے قابل گھر اور روٹی کا ایک ٹکڑا اور پانی ہو، ایک خادم ہو تو گویا کہ اس کو سب چیز مل گئی۔</w:t>
      </w:r>
    </w:p>
    <w:p>
      <w:r>
        <w:rPr>
          <w:b/>
        </w:rPr>
        <w:t xml:space="preserve">[1:22:41] </w:t>
      </w:r>
      <w:r>
        <w:t>goya ke sab kuch mil gaya. to ye ek ek</w:t>
      </w:r>
    </w:p>
    <w:p>
      <w:pPr>
        <w:jc w:val="right"/>
      </w:pPr>
      <w:r>
        <w:t>گویا کہ سب کچھ مل گیا۔ تو یہ ایک ایک</w:t>
      </w:r>
    </w:p>
    <w:p>
      <w:r>
        <w:rPr>
          <w:b/>
        </w:rPr>
        <w:t xml:space="preserve">[1:22:46] </w:t>
      </w:r>
      <w:r>
        <w:t>is se andaza kar sakte hain ke zaroorat ka matlab kya hai. phir bhi koi list nahi bana sakte aap. is aadmi ko jitna zyada ehsas hoga is baat ka ke dunya jo hai aish karne ki nahi hai, ye dunya is liye hai ke haan hum</w:t>
      </w:r>
    </w:p>
    <w:p>
      <w:pPr>
        <w:jc w:val="right"/>
      </w:pPr>
      <w:r>
        <w:t>اس سے اندازہ کر سکتے ہیں کہ ضرورت کا مطلب کیا ہے۔ پھر بھی کوئی list نہیں بنا سکتے آپ۔ اس آدمی کو جتنا زیادہ احساس ہوگا اس بات کا کہ دنیا جو ہے عیش کرنے کی نہیں ہے، یہ دنیا اس لیے ہے کہ ہاں ہم</w:t>
      </w:r>
    </w:p>
    <w:p>
      <w:r>
        <w:rPr>
          <w:b/>
        </w:rPr>
        <w:t xml:space="preserve">[1:23:05] </w:t>
      </w:r>
      <w:r>
        <w:t>aisa amal karein jo akhirat mein kaam aaye. to wo har us cheez se bachega jo akhirat ki tayyari mein record bane.</w:t>
      </w:r>
    </w:p>
    <w:p>
      <w:pPr>
        <w:jc w:val="right"/>
      </w:pPr>
      <w:r>
        <w:t>ایسا عمل کریں جو آخرت میں کام آئے۔ تو وہ ہر اس چیز سے بچے گا جو آخرت کی تیاری میں ریکارڈ بنے۔</w:t>
      </w:r>
    </w:p>
    <w:p>
      <w:r>
        <w:rPr>
          <w:b/>
        </w:rPr>
        <w:t xml:space="preserve">[1:23:17] </w:t>
      </w:r>
      <w:r>
        <w:t>basic baat ye hai ke akhirat ke hisab se jo mufeed aaye wo zaroorat hai.</w:t>
      </w:r>
    </w:p>
    <w:p>
      <w:pPr>
        <w:jc w:val="right"/>
      </w:pPr>
      <w:r>
        <w:t>Basic بات یہ ہے کہ آخرت کے حساب سے جو مفید آئے وہ ضرورت ہے۔</w:t>
      </w:r>
    </w:p>
    <w:p>
      <w:r>
        <w:rPr>
          <w:b/>
        </w:rPr>
        <w:t xml:space="preserve">[1:23:22] </w:t>
      </w:r>
      <w:r>
        <w:t>akhirat ke aitbar se is ki jis ki ahmiyat na ho wo fazil hai. to ye criterion ye banega. criterion koi face nahi hai.</w:t>
      </w:r>
    </w:p>
    <w:p>
      <w:pPr>
        <w:jc w:val="right"/>
      </w:pPr>
      <w:r>
        <w:t>آخرت کے اعتبار سے اس کی جس کی اہمیت نہ ہو وہ فاضل ہے۔ تو یہ کرائٹیرین یہ بنے گا۔ کرائٹیرین کوئی فیس نہیں ہے۔</w:t>
      </w:r>
    </w:p>
    <w:p>
      <w:r>
        <w:rPr>
          <w:b/>
        </w:rPr>
        <w:t xml:space="preserve">[1:23:32] </w:t>
      </w:r>
      <w:r>
        <w:t>phir list nahi koi. criterion ye hai ke wo kaam jo safar akhirat mein mere liye zaroori ho,</w:t>
      </w:r>
    </w:p>
    <w:p>
      <w:pPr>
        <w:jc w:val="right"/>
      </w:pPr>
      <w:r>
        <w:t>پھر list نہیں کوئی۔ کرائٹیرین یہ ہے کہ وہ کام جو سفر آخرت میں میرے لیے ضروری ہو،</w:t>
      </w:r>
    </w:p>
    <w:p>
      <w:r>
        <w:rPr>
          <w:b/>
        </w:rPr>
        <w:t xml:space="preserve">[1:23:39] </w:t>
      </w:r>
      <w:r>
        <w:t>akhirat ki kamyabi ke liye zaroori ho to wo to hai need. jo zaroori na ho to wo luxury hai, wo aish hai, wo fazool cheezon mein apna paisa kharch karna hai.</w:t>
      </w:r>
    </w:p>
    <w:p>
      <w:pPr>
        <w:jc w:val="right"/>
      </w:pPr>
      <w:r>
        <w:t>آخرت کی کامیابی کے لیے ضروری ہو تو وہ تو ہے need۔ جو ضروری نہ ہو تو وہ luxury ہے، وہ عیش ہے، وہ فضول چیزوں میں اپنا پیسہ خرچ کرنا ہے۔</w:t>
      </w:r>
    </w:p>
    <w:p>
      <w:r>
        <w:rPr>
          <w:b/>
        </w:rPr>
        <w:t xml:space="preserve">[1:23:54] </w:t>
      </w:r>
      <w:r>
        <w:t>to is ka sahi taayun aadmi khud kar sakta hai. koi doosra aadmi bahar se nahi kar sakta. maulana agle sawal se pehle ek comment parhna chahenge jo</w:t>
      </w:r>
    </w:p>
    <w:p>
      <w:pPr>
        <w:jc w:val="right"/>
      </w:pPr>
      <w:r>
        <w:t>تو اس کا صحیح تعین آدمی خود کر سکتا ہے۔ کوئی دوسرا آدمی باہر سے نہیں کر سکتا۔ مولانا اگلے سوال سے پہلے ایک comment پڑھنا چاہیں گے جو</w:t>
      </w:r>
    </w:p>
    <w:p>
      <w:r>
        <w:rPr>
          <w:b/>
        </w:rPr>
        <w:t xml:space="preserve">[1:24:03] </w:t>
      </w:r>
      <w:r>
        <w:t>maulana abdul basit umri ne bheja hai dua qatar se. unhon ne likha hai maulana aaj ki taqreer sunte hue ye ehsas hua ke har insan ke jo basic sawalat hote hain khuda aur insan se mutalliq, koi bhi is basic sawalat ke jawab na de saka.</w:t>
      </w:r>
    </w:p>
    <w:p>
      <w:pPr>
        <w:jc w:val="right"/>
      </w:pPr>
      <w:r>
        <w:t>مولانا عبدالباسط عمری نے بھیجا ہے دعا قطر سے۔ انہوں نے لکھا ہے مولانا آج کی تقریر سنتے ہوئے یہ احساس ہوا کہ ہر انسان کے جو basic سوالات ہوتے ہیں خدا اور انسان سے متعلق، کوئی بھی اس basic سوالات کے جواب نہ دے سکا۔</w:t>
      </w:r>
    </w:p>
    <w:p>
      <w:r>
        <w:rPr>
          <w:b/>
        </w:rPr>
        <w:t xml:space="preserve">[1:24:23] </w:t>
      </w:r>
      <w:r>
        <w:t>kisi ne koshish ki to wo wazeh jawab na de saka. aap pehle shakhs hain jo itminan bakhsh jawab dete hain.</w:t>
      </w:r>
    </w:p>
    <w:p>
      <w:pPr>
        <w:jc w:val="right"/>
      </w:pPr>
      <w:r>
        <w:t>کسی نے کوشش کی تو وہ واضح جواب نہ دے سکا۔ آپ پہلے شخص ہیں جو اطمینان بخش جواب دیتے ہیں۔</w:t>
      </w:r>
    </w:p>
    <w:p>
      <w:r>
        <w:rPr>
          <w:b/>
        </w:rPr>
        <w:t xml:space="preserve">[1:24:32] </w:t>
      </w:r>
      <w:r>
        <w:t>aap ke jawabat se dimagh ko sukoon milta hai aur aap ke jawabat mein aap ki shakhsiyat shamil hoti hai. yaani jo aap kehte hain wo aap ki daryaft hoti hai.</w:t>
      </w:r>
    </w:p>
    <w:p>
      <w:pPr>
        <w:jc w:val="right"/>
      </w:pPr>
      <w:r>
        <w:t>آپ کے جوابات سے دماغ کو سکون ملتا ہے اور آپ کے جوابات میں آپ کی شخصیت شامل ہوتی ہے۔ یعنی جو آپ کہتے ہیں وہ آپ کی دریافت ہوتی ہے۔</w:t>
      </w:r>
    </w:p>
    <w:p>
      <w:r>
        <w:rPr>
          <w:b/>
        </w:rPr>
        <w:t xml:space="preserve">[1:24:44] </w:t>
      </w:r>
      <w:r>
        <w:t>jabke doosron ke jawabat mein ye lagta hai ke wo hum ko jawab dene ke liye bol rahe hain, na ke wo un ki daryaft bhi hai.</w:t>
      </w:r>
    </w:p>
    <w:p>
      <w:pPr>
        <w:jc w:val="right"/>
      </w:pPr>
      <w:r>
        <w:t>جبکہ دوسروں کے جوابات میں یہ لگتا ہے کہ وہ ہم کو جواب دینے کے لیے بول رہے ہیں، نہ کہ وہ ان کی دریافت بھی ہے۔</w:t>
      </w:r>
    </w:p>
    <w:p>
      <w:r>
        <w:rPr>
          <w:b/>
        </w:rPr>
        <w:t xml:space="preserve">[1:24:53] </w:t>
      </w:r>
      <w:r>
        <w:t>allah aap ko sehat aur tandrusti de. jazakum allah. maulana agla sawal hai mister muhammad israr ka kashmir se.</w:t>
      </w:r>
    </w:p>
    <w:p>
      <w:pPr>
        <w:jc w:val="right"/>
      </w:pPr>
      <w:r>
        <w:t>اللہ آپ کو صحت اور تندرستی دے۔ جزاکم اللہ۔ مولانا اگلا سوال ہے مسٹر محمد اسرار کا کشمیر سے۔</w:t>
      </w:r>
    </w:p>
    <w:p>
      <w:r>
        <w:rPr>
          <w:b/>
        </w:rPr>
        <w:t xml:space="preserve">[1:25:05] </w:t>
      </w:r>
      <w:r>
        <w:t>unhon ne likha hai How should a common Muslim react to the controversies like of recently Salman Rushdie's participation in Jaipur Literature Festival etc.?</w:t>
      </w:r>
    </w:p>
    <w:p>
      <w:pPr>
        <w:jc w:val="right"/>
      </w:pPr>
      <w:r>
        <w:t>انہوں نے لکھا ہے How should a common Muslim react to the controversies like of recently سلمان رشدی's participation in جے پور لٹریچر فیسٹیول etc.؟</w:t>
      </w:r>
    </w:p>
    <w:p>
      <w:r>
        <w:rPr>
          <w:b/>
        </w:rPr>
        <w:t xml:space="preserve">[1:25:20] </w:t>
      </w:r>
      <w:r>
        <w:t>ye koi sawal hi nahi hai. seedhi si baat ye hai ke ya to dawat dijiye, ya chup rahiye. ladna padna, agitation karna, ye to koi kaam hi nahi.</w:t>
      </w:r>
    </w:p>
    <w:p>
      <w:pPr>
        <w:jc w:val="right"/>
      </w:pPr>
      <w:r>
        <w:t>یہ کوئی سوال ہی نہیں ہے۔ سیدھی سی بات یہ ہے کہ یا تو دعوت دیجیے، یا چپ رہیے۔ لڑنا پڑنا، agitation کرنا، یہ تو کوئی کام ہی نہیں۔</w:t>
      </w:r>
    </w:p>
    <w:p>
      <w:r>
        <w:rPr>
          <w:b/>
        </w:rPr>
        <w:t xml:space="preserve">[1:25:29] </w:t>
      </w:r>
      <w:r>
        <w:t>mein to is ko haram samajhta hoon. Agitation jo hai, agarchay aaj kal ke naaray mein jaaiz hai, lekin mein is ko jaaiz nahi samajhta.</w:t>
      </w:r>
    </w:p>
    <w:p>
      <w:pPr>
        <w:jc w:val="right"/>
      </w:pPr>
      <w:r>
        <w:t>میں تو اس کو حرام سمجھتا ہوں۔ Agitation جو ہے، اگرچہ آج کل کے نعرے میں جائز ہے، لیکن میں اس کو جائز نہیں سمجھتا۔</w:t>
      </w:r>
    </w:p>
    <w:p>
      <w:r>
        <w:rPr>
          <w:b/>
        </w:rPr>
        <w:t xml:space="preserve">[1:25:39] </w:t>
      </w:r>
      <w:r>
        <w:t>dawat ki shariyat mein jaaiz nahi.</w:t>
      </w:r>
    </w:p>
    <w:p>
      <w:pPr>
        <w:jc w:val="right"/>
      </w:pPr>
      <w:r>
        <w:t>دعوت کی شریعت میں جائز نہیں۔</w:t>
      </w:r>
    </w:p>
    <w:p>
      <w:r>
        <w:rPr>
          <w:b/>
        </w:rPr>
        <w:t xml:space="preserve">[1:25:42] </w:t>
      </w:r>
      <w:r>
        <w:t>is tarah ke mamlaat mein sirf do hi hain aap ke liye. Ya to is ke baray mein aap aik kitaab likhiye.</w:t>
      </w:r>
    </w:p>
    <w:p>
      <w:pPr>
        <w:jc w:val="right"/>
      </w:pPr>
      <w:r>
        <w:t>اس طرح کے معاملات میں صرف دو ہی ہیں آپ کے لیے۔ یا تو اس کے بارے میں آپ ایک کتاب لکھیے۔</w:t>
      </w:r>
    </w:p>
    <w:p>
      <w:r>
        <w:rPr>
          <w:b/>
        </w:rPr>
        <w:t xml:space="preserve">[1:25:52] </w:t>
      </w:r>
      <w:r>
        <w:t>is ke statement ke baray mein aap aik statement dijiye. Is ko daleel se radd kijiye. Nahi kuch kar sakte aap to chup kar ke dua kijiye.</w:t>
      </w:r>
    </w:p>
    <w:p>
      <w:pPr>
        <w:jc w:val="right"/>
      </w:pPr>
      <w:r>
        <w:t>اس کے statement کے بارے میں آپ ایک statement دیجیے۔ اس کو دلیل سے رد کیجیے۔ نہیں کچھ کر سکتے آپ تو چپ کر کے دعا کیجیے۔</w:t>
      </w:r>
    </w:p>
    <w:p>
      <w:r>
        <w:rPr>
          <w:b/>
        </w:rPr>
        <w:t xml:space="preserve">[1:26:03] </w:t>
      </w:r>
      <w:r>
        <w:t>yani ya to daleel se jawab ya dua. Bas do hi option hain, teesra koi option nahi hai. Teesra jo option hai, woh mere dekh jaaiz hi nahi hai. Woh gunah mein izafa karte hain aadmi ke.</w:t>
      </w:r>
    </w:p>
    <w:p>
      <w:pPr>
        <w:jc w:val="right"/>
      </w:pPr>
      <w:r>
        <w:t>یعنی یا تو دلیل سے جواب یا دعا۔ بس دو ہی option ہیں، تیسرا کوئی option نہیں ہے۔ تیسرا جو option ہے، وہ میرے دیکھ جائز ہی نہیں ہے۔ وہ گناہ میں اضافہ کرتے ہیں آدمی کے۔</w:t>
      </w:r>
    </w:p>
    <w:p>
      <w:r>
        <w:rPr>
          <w:b/>
        </w:rPr>
        <w:t xml:space="preserve">[1:26:14] </w:t>
      </w:r>
      <w:r>
        <w:t>yani ya to aadmi ne aik aik bayan diya hai, aap bhi bayan de dijiye. Kitaab likhi hai, aap ne bhi aik kitaab likh dijiye. Kitaab ka jawab kitaab.</w:t>
      </w:r>
    </w:p>
    <w:p>
      <w:pPr>
        <w:jc w:val="right"/>
      </w:pPr>
      <w:r>
        <w:t>یعنی یا تو آدمی نے ایک ایک بیان دیا ہے، آپ بھی بیان دے دیجیے۔ کتاب لکھی ہے، آپ نے بھی ایک کتاب لکھ دیجیے۔ کتاب کا جواب کتاب۔</w:t>
      </w:r>
    </w:p>
    <w:p>
      <w:r>
        <w:rPr>
          <w:b/>
        </w:rPr>
        <w:t xml:space="preserve">[1:26:25] </w:t>
      </w:r>
      <w:r>
        <w:t>alfaaz ka jawab alfaaz.</w:t>
      </w:r>
    </w:p>
    <w:p>
      <w:pPr>
        <w:jc w:val="right"/>
      </w:pPr>
      <w:r>
        <w:t>الفاظ کا جواب الفاظ۔</w:t>
      </w:r>
    </w:p>
    <w:p>
      <w:r>
        <w:rPr>
          <w:b/>
        </w:rPr>
        <w:t xml:space="preserve">[1:26:28] </w:t>
      </w:r>
      <w:r>
        <w:t>taqreer ka jawab taqreer. Lekin daleel ke sath. Agar aap ke bas mein nahi hai to ghar mein baith ke dua kijiye. Masjid jayen, do rak'at namaz parh ke dua kijiye.</w:t>
      </w:r>
    </w:p>
    <w:p>
      <w:pPr>
        <w:jc w:val="right"/>
      </w:pPr>
      <w:r>
        <w:t>تقریر کا جواب تقریر۔ لیکن دلیل کے ساتھ۔ اگر آپ کے بس میں نہیں ہے تو گھر میں بیٹھ کے دعا کیجیے۔ مسجد جائیں، دو رکعت نماز پڑھ کے دعا کیجیے۔</w:t>
      </w:r>
    </w:p>
    <w:p>
      <w:r>
        <w:rPr>
          <w:b/>
        </w:rPr>
        <w:t xml:space="preserve">[1:26:38] </w:t>
      </w:r>
      <w:r>
        <w:t>bas. Aur koi bhi kaam jo kiya jaye ga is silsilay mein, woh bilashuba aadmi ke gunah mein izafa kare ga.</w:t>
      </w:r>
    </w:p>
    <w:p>
      <w:pPr>
        <w:jc w:val="right"/>
      </w:pPr>
      <w:r>
        <w:t>بس۔ اور کوئی بھی کام جو کیا جائے گا اس سلسلے میں، وہ بلاشبہ آدمی کے گناہ میں اضافہ کرے گا۔</w:t>
      </w:r>
    </w:p>
    <w:p>
      <w:r>
        <w:rPr>
          <w:b/>
        </w:rPr>
        <w:t xml:space="preserve">[1:26:46] </w:t>
      </w:r>
      <w:r>
        <w:t>is mein koi shakk nahi hai.</w:t>
      </w:r>
    </w:p>
    <w:p>
      <w:pPr>
        <w:jc w:val="right"/>
      </w:pPr>
      <w:r>
        <w:t>اس میں کوئی شک نہیں ہے۔</w:t>
      </w:r>
    </w:p>
    <w:p>
      <w:r>
        <w:rPr>
          <w:b/>
        </w:rPr>
        <w:t xml:space="preserve">[1:26:51] </w:t>
      </w:r>
      <w:r>
        <w:t>maulana agla sawal dilli se hai Mr. Saadat Khan sahib ka. Unhon ne likha hai If a man has two wives and one wife has no child while the other has some children, then how can the distribution of property be done?</w:t>
      </w:r>
    </w:p>
    <w:p>
      <w:pPr>
        <w:jc w:val="right"/>
      </w:pPr>
      <w:r>
        <w:t>مولانا اگلا سوال دلی سے ہے مسٹر سعادات خان صاحب کا۔ انہوں نے لکھا ہے If a man has two wives and one wife has no child while the other has some children, then how can the distribution of property be done?</w:t>
      </w:r>
    </w:p>
    <w:p>
      <w:r>
        <w:rPr>
          <w:b/>
        </w:rPr>
        <w:t xml:space="preserve">[1:27:10] </w:t>
      </w:r>
      <w:r>
        <w:t>phir property ka masla is tarah nahi poocha jata. Woh to aik tareeqa hai, woh aap kijiye. Ke dar-ul-ifta khulay hue hain.</w:t>
      </w:r>
    </w:p>
    <w:p>
      <w:pPr>
        <w:jc w:val="right"/>
      </w:pPr>
      <w:r>
        <w:t>پھر property کا مسئلہ اس طرح نہیں پوچھا جاتا۔ وہ تو ایک طریقہ ہے، وہ آپ کیجیے۔ کہ دارالافتا کھلے ہوئے ہیں۔</w:t>
      </w:r>
    </w:p>
    <w:p>
      <w:r>
        <w:rPr>
          <w:b/>
        </w:rPr>
        <w:t xml:space="preserve">[1:27:20] </w:t>
      </w:r>
      <w:r>
        <w:t>aik mustafti banaiye, is mein bohat hi specific language mein. Aur is mein aik self-addressed invite rakhiye. Aur dar-ul-ifta ko bhej dijiye.</w:t>
      </w:r>
    </w:p>
    <w:p>
      <w:pPr>
        <w:jc w:val="right"/>
      </w:pPr>
      <w:r>
        <w:t>ایک استفتاء بنائیے، اس میں بہت ہی specific language میں۔ اور اس میں ایک self-addressed invite رکھیے۔ اور دارالافتا کو بھیج دیجیے۔</w:t>
      </w:r>
    </w:p>
    <w:p>
      <w:r>
        <w:rPr>
          <w:b/>
        </w:rPr>
        <w:t xml:space="preserve">[1:27:30] </w:t>
      </w:r>
      <w:r>
        <w:t>wahan se aap ko jawab aa jaye ga. Yeh sab baatein jo hain, is tarah se is ka jawab nahi hua karta. Is ka jawab bohat hi yani is ka aik prescribed tareeqa hai, usi tareeqay se is ka jawab hota hai.</w:t>
      </w:r>
    </w:p>
    <w:p>
      <w:pPr>
        <w:jc w:val="right"/>
      </w:pPr>
      <w:r>
        <w:t>وہاں سے آپ کو جواب آ جائے گا۔ یہ سب باتیں جو ہیں، اس طرح سے اس کا جواب نہیں ہوا کرتا۔ اس کا جواب بہت ہی یعنی اس کا ایک prescribed طریقہ ہے، اسی طریقے سے اس کا جواب ہوتا ہے۔</w:t>
      </w:r>
    </w:p>
    <w:p>
      <w:r>
        <w:rPr>
          <w:b/>
        </w:rPr>
        <w:t xml:space="preserve">[1:27:45] </w:t>
      </w:r>
      <w:r>
        <w:t>wohi hai. Mustafti, phir is ke jawab mein fatwa.</w:t>
      </w:r>
    </w:p>
    <w:p>
      <w:pPr>
        <w:jc w:val="right"/>
      </w:pPr>
      <w:r>
        <w:t>وہی ہے۔ استفتاء، پھر اس کے جواب میں فتویٰ۔</w:t>
      </w:r>
    </w:p>
    <w:p>
      <w:r>
        <w:rPr>
          <w:b/>
        </w:rPr>
        <w:t xml:space="preserve">[1:27:53] </w:t>
      </w:r>
      <w:r>
        <w:t>maulana agla sawal hai Mr. Sajid Anwar ka Roorkee se. Unhon ne likha hai Maulana whenever I have a hesitation to avail a دعویٰ opportunity, a second thought comes to my mind.</w:t>
      </w:r>
    </w:p>
    <w:p>
      <w:pPr>
        <w:jc w:val="right"/>
      </w:pPr>
      <w:r>
        <w:t>مولانا اگلا سوال ہے مسٹر ساجد انور کا روڑکی سے۔ انہوں نے لکھا ہے مولانا whenever I have a hesitation to avail a دعویٰ opportunity, a second thought comes to my mind.</w:t>
      </w:r>
    </w:p>
    <w:p>
      <w:r>
        <w:rPr>
          <w:b/>
        </w:rPr>
        <w:t xml:space="preserve">[1:28:09] </w:t>
      </w:r>
      <w:r>
        <w:t>that is, if I do not do this دعویٰ work, then nobody else on earth is going to do that. Then I get engaged in دعویٰ activity.</w:t>
      </w:r>
    </w:p>
    <w:p>
      <w:pPr>
        <w:jc w:val="right"/>
      </w:pPr>
      <w:r>
        <w:t>That is, if I do not do this دعویٰ work, then nobody else on earth is going to do that. Then I get engaged in دعویٰ activity.</w:t>
      </w:r>
    </w:p>
    <w:p>
      <w:r>
        <w:rPr>
          <w:b/>
        </w:rPr>
        <w:t xml:space="preserve">[1:28:20] </w:t>
      </w:r>
      <w:r>
        <w:t>maulana, is such a thought correct</w:t>
      </w:r>
    </w:p>
    <w:p>
      <w:pPr>
        <w:jc w:val="right"/>
      </w:pPr>
      <w:r>
        <w:t>مولانا، is such a thought correct</w:t>
      </w:r>
    </w:p>
    <w:p>
      <w:r>
        <w:rPr>
          <w:b/>
        </w:rPr>
        <w:t xml:space="preserve">[1:28:23] </w:t>
      </w:r>
      <w:r>
        <w:t>? bohat correct hai. More than correct hai. More than correct hai. Yahi har da'i ke andar yahi jazba hona chahiye.</w:t>
      </w:r>
    </w:p>
    <w:p>
      <w:pPr>
        <w:jc w:val="right"/>
      </w:pPr>
      <w:r>
        <w:t>؟ بہت correct ہے۔ More than correct ہے۔ More than correct ہے۔ یہی ہر داعی کے اندر یہی جذبہ ہونا چاہیے۔</w:t>
      </w:r>
    </w:p>
    <w:p>
      <w:r>
        <w:rPr>
          <w:b/>
        </w:rPr>
        <w:t xml:space="preserve">[1:28:33] </w:t>
      </w:r>
      <w:r>
        <w:t>ke mein ne kiya to koi doosra karne wala nahi. Jaise Rasool Allah Sal Allahu Alaihi Wa Sallam ne Badr ke mauqay par dekhe. Aik hazar bohat hi musallah log aaye thay.</w:t>
      </w:r>
    </w:p>
    <w:p>
      <w:pPr>
        <w:jc w:val="right"/>
      </w:pPr>
      <w:r>
        <w:t>کہ میں نے کیا تو کوئی دوسرا کرنے والا نہیں۔ جیسے رسول اللہ صلی اللہ علیہ وسلم نے بدر کے موقع پر دیکھے۔ ایک ہزار بہت ہی مسلح لوگ آئے تھے۔</w:t>
      </w:r>
    </w:p>
    <w:p>
      <w:r>
        <w:rPr>
          <w:b/>
        </w:rPr>
        <w:t xml:space="preserve">[1:28:47] </w:t>
      </w:r>
      <w:r>
        <w:t>hamla karne ke liye. Rasool Allah ke paas us waqt sirf teen so terah aadmi thay bas. Idhar aik</w:t>
      </w:r>
    </w:p>
    <w:p>
      <w:pPr>
        <w:jc w:val="right"/>
      </w:pPr>
      <w:r>
        <w:t>حملہ کرنے کے لیے۔ رسول اللہ کے پاس اس وقت صرف تین سو تیرہ آدمی تھے بس۔ ادھر ایک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