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Collective Repentance I Feb 24, 2013 Maulana Wahiduddin Khan</w:t>
      </w:r>
    </w:p>
    <w:p>
      <w:r>
        <w:t>https://www.youtube.com/watch?v=lkkolxAL38c</w:t>
      </w:r>
    </w:p>
    <w:p>
      <w:r>
        <w:rPr>
          <w:b/>
        </w:rPr>
        <w:t xml:space="preserve">[00:14] </w:t>
      </w:r>
      <w:r>
        <w:t>bismillah-ir-rahman-ir-rahim, wa salla Allahu ala an-nabiyyi al-karim.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wahlul uqdatan min lisani, yafqahu qawli.</w:t>
      </w:r>
    </w:p>
    <w:p>
      <w:pPr>
        <w:jc w:val="right"/>
      </w:pPr>
      <w:r>
        <w:t>واحل العقدۃ من لسانی، یفقہ قولی۔</w:t>
      </w:r>
    </w:p>
    <w:p>
      <w:r>
        <w:rPr>
          <w:b/>
        </w:rPr>
        <w:t xml:space="preserve">[00:38] </w:t>
      </w:r>
      <w:r>
        <w:t>aaj ka topic hai:</w:t>
      </w:r>
    </w:p>
    <w:p>
      <w:pPr>
        <w:jc w:val="right"/>
      </w:pPr>
      <w:r>
        <w:t>آج کا ٹاپک ہے:</w:t>
      </w:r>
    </w:p>
    <w:p>
      <w:r>
        <w:rPr>
          <w:b/>
        </w:rPr>
        <w:t xml:space="preserve">[00:45] </w:t>
      </w:r>
      <w:r>
        <w:t>ijtima'i toba, yani collective repentance.</w:t>
      </w:r>
    </w:p>
    <w:p>
      <w:pPr>
        <w:jc w:val="right"/>
      </w:pPr>
      <w:r>
        <w:t>اجتماعی توبہ، یعنی کلیکٹیو ریپنٹنس۔</w:t>
      </w:r>
    </w:p>
    <w:p>
      <w:r>
        <w:rPr>
          <w:b/>
        </w:rPr>
        <w:t xml:space="preserve">[00:53] </w:t>
      </w:r>
      <w:r>
        <w:t>dekhen, toba jo hai woh islam ki bohat aik aham taleem hai.</w:t>
      </w:r>
    </w:p>
    <w:p>
      <w:pPr>
        <w:jc w:val="right"/>
      </w:pPr>
      <w:r>
        <w:t>دیکھیں، توبہ جو ہے وہ اسلام کی بہت ایک اہم تعلیم ہے۔</w:t>
      </w:r>
    </w:p>
    <w:p>
      <w:r>
        <w:rPr>
          <w:b/>
        </w:rPr>
        <w:t xml:space="preserve">[01:00] </w:t>
      </w:r>
      <w:r>
        <w:t>literal matlab toba ka hai lotna. yani aadmi right path chal raha hai, phir woh bhatak gaya, deviate kar gaya,</w:t>
      </w:r>
    </w:p>
    <w:p>
      <w:pPr>
        <w:jc w:val="right"/>
      </w:pPr>
      <w:r>
        <w:t>لٹرل مطلب توبہ کا ہے لوٹنا۔ یعنی آدمی رائٹ پاتھ چل رہا ہے، پھر وہ بھٹک گیا، ڈیویٹ کر گیا،</w:t>
      </w:r>
    </w:p>
    <w:p>
      <w:r>
        <w:rPr>
          <w:b/>
        </w:rPr>
        <w:t xml:space="preserve">[01:16] </w:t>
      </w:r>
      <w:r>
        <w:t>to phir woh right path ki taraf lote.</w:t>
      </w:r>
    </w:p>
    <w:p>
      <w:pPr>
        <w:jc w:val="right"/>
      </w:pPr>
      <w:r>
        <w:t>تو پھر وہ رائٹ پاتھ کی طرف لوٹے۔</w:t>
      </w:r>
    </w:p>
    <w:p>
      <w:r>
        <w:rPr>
          <w:b/>
        </w:rPr>
        <w:t xml:space="preserve">[01:19] </w:t>
      </w:r>
      <w:r>
        <w:t>yeh hai toba.</w:t>
      </w:r>
    </w:p>
    <w:p>
      <w:pPr>
        <w:jc w:val="right"/>
      </w:pPr>
      <w:r>
        <w:t>یہ ہے توبہ۔</w:t>
      </w:r>
    </w:p>
    <w:p>
      <w:r>
        <w:rPr>
          <w:b/>
        </w:rPr>
        <w:t xml:space="preserve">[01:23] </w:t>
      </w:r>
      <w:r>
        <w:t>yeh term aap jante hain ke traffic mein bhi istemal hota hai. is ko kehte hain traffic term mein u-turn, u-turn lena.</w:t>
      </w:r>
    </w:p>
    <w:p>
      <w:pPr>
        <w:jc w:val="right"/>
      </w:pPr>
      <w:r>
        <w:t>یہ ٹرم آپ جانتے ہیں کہ ٹریفک میں بھی استعمال ہوتا ہے۔ اس کو کہتے ہیں ٹریفک ٹرم میں یو ٹرن، یو ٹرن لینا۔</w:t>
      </w:r>
    </w:p>
    <w:p>
      <w:r>
        <w:rPr>
          <w:b/>
        </w:rPr>
        <w:t xml:space="preserve">[01:37] </w:t>
      </w:r>
      <w:r>
        <w:t>aap apni gaari chala rahe hain aik road par, phir aap ne notice kiya ke aap</w:t>
      </w:r>
    </w:p>
    <w:p>
      <w:pPr>
        <w:jc w:val="right"/>
      </w:pPr>
      <w:r>
        <w:t>آپ اپنی گاڑی چلا رہے ہیں ایک روڈ پر، پھر آپ نے نوٹس کیا کہ آپ</w:t>
      </w:r>
    </w:p>
    <w:p>
      <w:r>
        <w:rPr>
          <w:b/>
        </w:rPr>
        <w:t xml:space="preserve">[01:46] </w:t>
      </w:r>
      <w:r>
        <w:t>nai road le liya aap ne, naye rastay par chale gaye aap. asal rastay ko chhor diya aap ne. to aap lotte hain, u-turn lete hain.</w:t>
      </w:r>
    </w:p>
    <w:p>
      <w:pPr>
        <w:jc w:val="right"/>
      </w:pPr>
      <w:r>
        <w:t>نئی روڈ لے لیا آپ نے، نئے راستے پر چلے گئے آپ۔ اصل راستے کو چھوڑ دیا آپ نے۔ تو آپ لوٹتے ہیں، یو ٹرن لیتے ہیں۔</w:t>
      </w:r>
    </w:p>
    <w:p>
      <w:r>
        <w:rPr>
          <w:b/>
        </w:rPr>
        <w:t xml:space="preserve">[02:02] </w:t>
      </w:r>
      <w:r>
        <w:t>isi tarah insaan ki zindagi mein paish aata hai ke aadmi ko u-turn lena parta hai. isi ko kehte hain toba.</w:t>
      </w:r>
    </w:p>
    <w:p>
      <w:pPr>
        <w:jc w:val="right"/>
      </w:pPr>
      <w:r>
        <w:t>اسی طرح انسان کی زندگی میں پیش آتا ہے کہ آدمی کو یو ٹرن لینا پڑتا ہے۔ اسی کو کہتے ہیں توبہ۔</w:t>
      </w:r>
    </w:p>
    <w:p>
      <w:r>
        <w:rPr>
          <w:b/>
        </w:rPr>
        <w:t xml:space="preserve">[02:14] </w:t>
      </w:r>
      <w:r>
        <w:t>toba ki teen condition hain. aik hai nadamat.</w:t>
      </w:r>
    </w:p>
    <w:p>
      <w:pPr>
        <w:jc w:val="right"/>
      </w:pPr>
      <w:r>
        <w:t>توبہ کی تین کنڈیشن ہیں۔ ایک ہے ندامت۔</w:t>
      </w:r>
    </w:p>
    <w:p>
      <w:r>
        <w:rPr>
          <w:b/>
        </w:rPr>
        <w:t xml:space="preserve">[02:22] </w:t>
      </w:r>
      <w:r>
        <w:t>hadith mein aata hai ke al-toabatu wal-nadam. toba nadamat ka naam hai. nadamat ka matlab hai repentance.</w:t>
      </w:r>
    </w:p>
    <w:p>
      <w:pPr>
        <w:jc w:val="right"/>
      </w:pPr>
      <w:r>
        <w:t>حدیث میں آتا ہے کہ التوبۃ والندم۔ توبہ ندامت کا نام ہے۔ ندامت کا مطلب ہے ریپنٹنس۔</w:t>
      </w:r>
    </w:p>
    <w:p>
      <w:r>
        <w:rPr>
          <w:b/>
        </w:rPr>
        <w:t xml:space="preserve">[02:36] </w:t>
      </w:r>
      <w:r>
        <w:t>to toba ki jo asal hai woh yahi hai: nadamat ya sharmindagi, repentance, yeh asal hai is ki. isi ke sath do aur is mein condition jut jati hain.</w:t>
      </w:r>
    </w:p>
    <w:p>
      <w:pPr>
        <w:jc w:val="right"/>
      </w:pPr>
      <w:r>
        <w:t>تو توبہ کی جو اصل ہے وہ یہی ہے: ندامت یا شرمندگی، ریپنٹنس، یہ اصل ہے اس کی۔ اسی کے ساتھ دو اور اس میں کنڈیشن جڑ جاتی ہیں۔</w:t>
      </w:r>
    </w:p>
    <w:p>
      <w:r>
        <w:rPr>
          <w:b/>
        </w:rPr>
        <w:t xml:space="preserve">[02:48] </w:t>
      </w:r>
      <w:r>
        <w:t>aik yeh ke yeh pehla to yeh hai ke aadmi</w:t>
      </w:r>
    </w:p>
    <w:p>
      <w:pPr>
        <w:jc w:val="right"/>
      </w:pPr>
      <w:r>
        <w:t>ایک یہ کہ یہ پہلا تو یہ ہے کہ آدمی</w:t>
      </w:r>
    </w:p>
    <w:p>
      <w:r>
        <w:rPr>
          <w:b/>
        </w:rPr>
        <w:t xml:space="preserve">[02:54] </w:t>
      </w:r>
      <w:r>
        <w:t>apne kiye par sharminda ho.</w:t>
      </w:r>
    </w:p>
    <w:p>
      <w:pPr>
        <w:jc w:val="right"/>
      </w:pPr>
      <w:r>
        <w:t>اپنے کیے پر شرمندہ ہو۔</w:t>
      </w:r>
    </w:p>
    <w:p>
      <w:r>
        <w:rPr>
          <w:b/>
        </w:rPr>
        <w:t xml:space="preserve">[02:59] </w:t>
      </w:r>
      <w:r>
        <w:t>dosra yeh hai ke woh yeh decide kare ke ab is ko aisa nahi karna hai kabhi. aisa kabhi nahi karna hai, is ko repeat nahi karna hai.</w:t>
      </w:r>
    </w:p>
    <w:p>
      <w:pPr>
        <w:jc w:val="right"/>
      </w:pPr>
      <w:r>
        <w:t>دوسرا یہ ہے کہ وہ یہ ڈیسائیڈ کرے کہ اب اس کو ایسا نہیں کرنا ہے کبھی۔ ایسا کبھی نہیں کرنا ہے، اس کو ریپیٹ نہیں کرنا ہے۔</w:t>
      </w:r>
    </w:p>
    <w:p>
      <w:r>
        <w:rPr>
          <w:b/>
        </w:rPr>
        <w:t xml:space="preserve">[03:13] </w:t>
      </w:r>
      <w:r>
        <w:t>aur teesri shart yeh hai ke agar insaan ke mamle mein ghalati ki hai aap ne, insaan ko aap ne koi nuqsan pohanchaya hai, to is ko aap ko compensate karna hoga, is ki talafi karni hogi.</w:t>
      </w:r>
    </w:p>
    <w:p>
      <w:pPr>
        <w:jc w:val="right"/>
      </w:pPr>
      <w:r>
        <w:t>اور تیسری شرط یہ ہے کہ اگر انسان کے معاملے میں غلطی کی ہے آپ نے، انسان کو آپ نے کوئی نقصان پہنچایا ہے، تو اس کو آپ کو کمپنسیٹ کرنا ہوگا، اس کی تلافی کرنی ہوگی۔</w:t>
      </w:r>
    </w:p>
    <w:p>
      <w:r>
        <w:rPr>
          <w:b/>
        </w:rPr>
        <w:t xml:space="preserve">[03:30] </w:t>
      </w:r>
      <w:r>
        <w:t>yeh teen shartein hain toba ki. to toba bohat ziyada aham hai is liye ke is dunya mein aadmi baap par ghalati karta hai.</w:t>
      </w:r>
    </w:p>
    <w:p>
      <w:pPr>
        <w:jc w:val="right"/>
      </w:pPr>
      <w:r>
        <w:t>یہ تین شرطیں ہیں توبہ کی۔ تو توبہ بہت زیادہ اہم ہے اس لیے کہ اس دنیا میں آدمی باپ پر غلطی کرتا ہے۔</w:t>
      </w:r>
    </w:p>
    <w:p>
      <w:r>
        <w:rPr>
          <w:b/>
        </w:rPr>
        <w:t xml:space="preserve">[03:42] </w:t>
      </w:r>
      <w:r>
        <w:t>koi bhi aadmi ghalati se bach nahi sakta.</w:t>
      </w:r>
    </w:p>
    <w:p>
      <w:pPr>
        <w:jc w:val="right"/>
      </w:pPr>
      <w:r>
        <w:t>کوئی بھی آدمی غلطی سے بچ نہیں سکتا۔</w:t>
      </w:r>
    </w:p>
    <w:p>
      <w:r>
        <w:rPr>
          <w:b/>
        </w:rPr>
        <w:t xml:space="preserve">[03:47] </w:t>
      </w:r>
      <w:r>
        <w:t>jo kaha jata hai ke "to err is human".</w:t>
      </w:r>
    </w:p>
    <w:p>
      <w:pPr>
        <w:jc w:val="right"/>
      </w:pPr>
      <w:r>
        <w:t>جو کہا جاتا ہے کہ "ٹور از ہیومن"۔</w:t>
      </w:r>
    </w:p>
    <w:p>
      <w:r>
        <w:rPr>
          <w:b/>
        </w:rPr>
        <w:t xml:space="preserve">[03:52] </w:t>
      </w:r>
      <w:r>
        <w:t>yahi baat hadith mein bhi kahi gayi hai: "kullu bani adama khattaun". khair al-khattai ne "tawwabun".</w:t>
      </w:r>
    </w:p>
    <w:p>
      <w:pPr>
        <w:jc w:val="right"/>
      </w:pPr>
      <w:r>
        <w:t>یہی بات حدیث میں بھی کہی گئی ہے: "کل بنی آدم خطاون"۔ خیر الخطائی نے "توابون"۔</w:t>
      </w:r>
    </w:p>
    <w:p>
      <w:r>
        <w:rPr>
          <w:b/>
        </w:rPr>
        <w:t xml:space="preserve">[04:04] </w:t>
      </w:r>
      <w:r>
        <w:t>saare insaan ghalati karte hain aur sab se acha ghalati karne wala woh hai jo toba kare, jo lote. to toba ki do sooraten hain: aik hai infiradi toba, doosri hai ijtamai toba.</w:t>
      </w:r>
    </w:p>
    <w:p>
      <w:pPr>
        <w:jc w:val="right"/>
      </w:pPr>
      <w:r>
        <w:t>سارے انسان غلطی کرتے ہیں اور سب سے اچھا غلطی کرنے والا وہ ہے جو توبہ کرے، جو لوٹے۔ تو توبہ کی دو صورتیں ہیں: ایک ہے انفرادی توبہ، دوسری ہے اجتماعی توبہ۔</w:t>
      </w:r>
    </w:p>
    <w:p>
      <w:r>
        <w:rPr>
          <w:b/>
        </w:rPr>
        <w:t xml:space="preserve">[04:23] </w:t>
      </w:r>
      <w:r>
        <w:t>yani individual repentance aur collective repentance. aik soorat yeh hai ke aap ko apne personal mamle mein, apne zaati mamle mein koi ghalati kar di aap ne.</w:t>
      </w:r>
    </w:p>
    <w:p>
      <w:pPr>
        <w:jc w:val="right"/>
      </w:pPr>
      <w:r>
        <w:t>یعنی انڈیویجول ریپنٹنس اور کلیکٹیو ریپنٹنس۔ ایک صورت یہ ہے کہ آپ کو اپنے پرسنل معاملے میں، اپنے ذاتی معاملے میں کوئی غلطی کر دی آپ نے۔</w:t>
      </w:r>
    </w:p>
    <w:p>
      <w:r>
        <w:rPr>
          <w:b/>
        </w:rPr>
        <w:t xml:space="preserve">[04:41] </w:t>
      </w:r>
      <w:r>
        <w:t>yani aik aisi ghalati jis ka ta'alluq khud aap ki apni zaat se tha.</w:t>
      </w:r>
    </w:p>
    <w:p>
      <w:pPr>
        <w:jc w:val="right"/>
      </w:pPr>
      <w:r>
        <w:t>یعنی ایک ایسی غلطی جس کا تعلق خود آپ کی اپنی ذات سے تھا۔</w:t>
      </w:r>
    </w:p>
    <w:p>
      <w:r>
        <w:rPr>
          <w:b/>
        </w:rPr>
        <w:t xml:space="preserve">[04:47] </w:t>
      </w:r>
      <w:r>
        <w:t>to is mein jo aap toba karenge us ko kaha jayega infiradi toba ya individual repentance. to quran mein bar bar is ka zikr aaya hai.</w:t>
      </w:r>
    </w:p>
    <w:p>
      <w:pPr>
        <w:jc w:val="right"/>
      </w:pPr>
      <w:r>
        <w:t>تو اس میں جو آپ توبہ کریں گے اس کو کہا جائے گا انفرادی توبہ یا انڈیویجول ریپنٹنس۔ تو قرآن میں بار بار اس کا ذکر آیا ہے۔</w:t>
      </w:r>
    </w:p>
    <w:p>
      <w:r>
        <w:rPr>
          <w:b/>
        </w:rPr>
        <w:t xml:space="preserve">[04:59] </w:t>
      </w:r>
      <w:r>
        <w:t>yani individual dependence ka zikr quran mein bar bar aaya hai.</w:t>
      </w:r>
    </w:p>
    <w:p>
      <w:pPr>
        <w:jc w:val="right"/>
      </w:pPr>
      <w:r>
        <w:t>یعنی انڈیویجول ڈیپینڈنس کا ذکر قرآن میں بار بار آیا ہے۔</w:t>
      </w:r>
    </w:p>
    <w:p>
      <w:r>
        <w:rPr>
          <w:b/>
        </w:rPr>
        <w:t xml:space="preserve">[05:04] </w:t>
      </w:r>
      <w:r>
        <w:t>lekin ijtamai toba ka zikr quran mein aik hi bar aaya hai. woh hai surah al-noor mein. surah al-noor quran ki chapter number 24 hai.</w:t>
      </w:r>
    </w:p>
    <w:p>
      <w:pPr>
        <w:jc w:val="right"/>
      </w:pPr>
      <w:r>
        <w:t>لیکن اجتماعی توبہ کا ذکر قرآن میں ایک ہی بار آیا ہے۔ وہ ہے سورہ النور میں۔ سورہ النور قرآن کی چیپٹر نمبر 24 ہے۔</w:t>
      </w:r>
    </w:p>
    <w:p>
      <w:r>
        <w:rPr>
          <w:b/>
        </w:rPr>
        <w:t xml:space="preserve">[05:18] </w:t>
      </w:r>
      <w:r>
        <w:t>is mein yeh ayat hai ke "taubo</w:t>
      </w:r>
    </w:p>
    <w:p>
      <w:pPr>
        <w:jc w:val="right"/>
      </w:pPr>
      <w:r>
        <w:t>اس میں یہ آیت ہے کہ "توبو</w:t>
      </w:r>
    </w:p>
    <w:p>
      <w:r>
        <w:rPr>
          <w:b/>
        </w:rPr>
        <w:t xml:space="preserve">[05:24] </w:t>
      </w:r>
      <w:r>
        <w:t>dami'an aiyaha al-muminoon lakum tuflihoon". aey eman walo!</w:t>
      </w:r>
    </w:p>
    <w:p>
      <w:pPr>
        <w:jc w:val="right"/>
      </w:pPr>
      <w:r>
        <w:t>دمیعن ایہا المومنون لکم تفلحون"۔ اے ایمان والو!</w:t>
      </w:r>
    </w:p>
    <w:p>
      <w:r>
        <w:rPr>
          <w:b/>
        </w:rPr>
        <w:t xml:space="preserve">[05:31] </w:t>
      </w:r>
      <w:r>
        <w:t>tum sab mil kar tauba karo taake tum falaah ko pao. yaani Allah ki blessing ko pao, success ko pao, kamyabi ko pao.</w:t>
      </w:r>
    </w:p>
    <w:p>
      <w:pPr>
        <w:jc w:val="right"/>
      </w:pPr>
      <w:r>
        <w:t>تم سب مل کر توبہ کرو تاکہ تم فلاح کو پاؤ۔ یعنی اللہ کی بلیسنگ کو پاؤ، سکسیس کو پاؤ، کامیابی کو پاؤ۔</w:t>
      </w:r>
    </w:p>
    <w:p>
      <w:r>
        <w:rPr>
          <w:b/>
        </w:rPr>
        <w:t xml:space="preserve">[05:45] </w:t>
      </w:r>
      <w:r>
        <w:t>to yeh ijtamai tauba kiya hai? yeh khud Quran mein aap Surah Al-Noor ka mutala'ah karen, is se aap samajh sakte hain.</w:t>
      </w:r>
    </w:p>
    <w:p>
      <w:pPr>
        <w:jc w:val="right"/>
      </w:pPr>
      <w:r>
        <w:t>تو یہ اجتماعی توبہ کیا ہے؟ یہ خود قرآن میں آپ سورہ النور کا مطالعہ کریں، اس سے آپ سمجھ سکتے ہیں۔</w:t>
      </w:r>
    </w:p>
    <w:p>
      <w:r>
        <w:rPr>
          <w:b/>
        </w:rPr>
        <w:t xml:space="preserve">[05:57] </w:t>
      </w:r>
      <w:r>
        <w:t>Surah Al-Noor utri thi hijrat ke paanchwein saal.</w:t>
      </w:r>
    </w:p>
    <w:p>
      <w:pPr>
        <w:jc w:val="right"/>
      </w:pPr>
      <w:r>
        <w:t>سورہ النور اتری تھی ہجرت کے پانچویں سال۔</w:t>
      </w:r>
    </w:p>
    <w:p>
      <w:r>
        <w:rPr>
          <w:b/>
        </w:rPr>
        <w:t xml:space="preserve">[06:05] </w:t>
      </w:r>
      <w:r>
        <w:t>is mein ek waqea hua tha ke Rasool Allah ek safar pe gaye. bohat se sahaba aap ke saath thay aur aap ki ahliyah Hazrat Aisha bhi aap ke saath gayeen.</w:t>
      </w:r>
    </w:p>
    <w:p>
      <w:pPr>
        <w:jc w:val="right"/>
      </w:pPr>
      <w:r>
        <w:t>اس میں ایک واقعہ ہوا تھا کہ رسول اللہ ایک سفر پہ گئے۔ بہت سے صحابہ آپ کے ساتھ تھے اور آپ کی اہلیہ حضرت عائشہ بھی آپ کے ساتھ گئیں۔</w:t>
      </w:r>
    </w:p>
    <w:p>
      <w:r>
        <w:rPr>
          <w:b/>
        </w:rPr>
        <w:t xml:space="preserve">[06:20] </w:t>
      </w:r>
      <w:r>
        <w:t>to wapsi mein jab ke ek maqam par raat ko padao dala gaya tha, phir subah pehle, subah se pehle wahan se log rawana hue.</w:t>
      </w:r>
    </w:p>
    <w:p>
      <w:pPr>
        <w:jc w:val="right"/>
      </w:pPr>
      <w:r>
        <w:t>تو واپسی میں جب کہ ایک مقام پر رات کو پڑاؤ ڈالا گیا تھا، پھر صبح پہلے، صبح سے پہلے وہاں سے لوگ روانہ ہوئے۔</w:t>
      </w:r>
    </w:p>
    <w:p>
      <w:r>
        <w:rPr>
          <w:b/>
        </w:rPr>
        <w:t xml:space="preserve">[06:35] </w:t>
      </w:r>
      <w:r>
        <w:t>to rawangi mein ek</w:t>
      </w:r>
    </w:p>
    <w:p>
      <w:pPr>
        <w:jc w:val="right"/>
      </w:pPr>
      <w:r>
        <w:t>تو روانگی میں ایک</w:t>
      </w:r>
    </w:p>
    <w:p>
      <w:r>
        <w:rPr>
          <w:b/>
        </w:rPr>
        <w:t xml:space="preserve">[06:38] </w:t>
      </w:r>
      <w:r>
        <w:t>haath, ek ek ek ek muamla pesh aa gaya. is ki wajah se Hazrat Aisha pachhad gayeen, reh gayeen qafile mein.</w:t>
      </w:r>
    </w:p>
    <w:p>
      <w:pPr>
        <w:jc w:val="right"/>
      </w:pPr>
      <w:r>
        <w:t>ہاتھ، ایک ایک ایک ایک معاملہ پیش آ گیا۔ اس کی وجہ سے حضرت عائشہ پچھڑ گئیں، رہ گئیں قافلے میں۔</w:t>
      </w:r>
    </w:p>
    <w:p>
      <w:r>
        <w:rPr>
          <w:b/>
        </w:rPr>
        <w:t xml:space="preserve">[06:53] </w:t>
      </w:r>
      <w:r>
        <w:t>is ka qissa aap janna chahen to aap Surah Al-Noor ki tafseer mein dekh sakte hain. har tafseer mein aap ko yeh qissa mil jayega.</w:t>
      </w:r>
    </w:p>
    <w:p>
      <w:pPr>
        <w:jc w:val="right"/>
      </w:pPr>
      <w:r>
        <w:t>اس کا قصہ آپ جاننا چاہیں تو آپ سورہ النور کی تفسیر میں دیکھ سکتے ہیں۔ ہر تفسیر میں آپ کو یہ قصہ مل جائے گا۔</w:t>
      </w:r>
    </w:p>
    <w:p>
      <w:r>
        <w:rPr>
          <w:b/>
        </w:rPr>
        <w:t xml:space="preserve">[07:04] </w:t>
      </w:r>
      <w:r>
        <w:t>to phir kya hua ke Hazrat Aisha</w:t>
      </w:r>
    </w:p>
    <w:p>
      <w:pPr>
        <w:jc w:val="right"/>
      </w:pPr>
      <w:r>
        <w:t>تو پھر کیا ہوا کہ حضرت عائشہ</w:t>
      </w:r>
    </w:p>
    <w:p>
      <w:r>
        <w:rPr>
          <w:b/>
        </w:rPr>
        <w:t xml:space="preserve">[07:10] </w:t>
      </w:r>
      <w:r>
        <w:t>ne jab dekha ke mein akeli hoon, jahan par padao dala tha logon ne, jab woh log nikal ke chale gaye, raat ka waqt tha, kisi ne dekha nahi.</w:t>
      </w:r>
    </w:p>
    <w:p>
      <w:pPr>
        <w:jc w:val="right"/>
      </w:pPr>
      <w:r>
        <w:t>نے جب دیکھا کہ میں اکیلی ہوں، جہاں پر پڑاؤ ڈالا تھا لوگوں نے، جب وہ لوگ نکل کے چلے گئے، رات کا وقت تھا، کسی نے دیکھا نہیں۔</w:t>
      </w:r>
    </w:p>
    <w:p>
      <w:r>
        <w:rPr>
          <w:b/>
        </w:rPr>
        <w:t xml:space="preserve">[07:20] </w:t>
      </w:r>
      <w:r>
        <w:t>to Hazrat Aisha ko mehsoos hua ke mein to akeli hoon, log chale gaye. to chadar odh kar wahan par woh let gayeen.</w:t>
      </w:r>
    </w:p>
    <w:p>
      <w:pPr>
        <w:jc w:val="right"/>
      </w:pPr>
      <w:r>
        <w:t>تو حضرت عائشہ کو محسوس ہوا کہ میں تو اکیلی ہوں، لوگ چلے گئے۔ تو چادر اوڑھ کر وہاں پر وہ لیٹ گئیں۔</w:t>
      </w:r>
    </w:p>
    <w:p>
      <w:r>
        <w:rPr>
          <w:b/>
        </w:rPr>
        <w:t xml:space="preserve">[07:30] </w:t>
      </w:r>
      <w:r>
        <w:t>to pehle zamane mein yeh aqa'idah hota tha ke is tarah ke safaron mein ek aadmi muqarrar hota tha ke tum ko peeche, sab se peeche aana hai.</w:t>
      </w:r>
    </w:p>
    <w:p>
      <w:pPr>
        <w:jc w:val="right"/>
      </w:pPr>
      <w:r>
        <w:t>تو پہلے زمانے میں یہ عقائدہ ہوتا تھا کہ اس طرح کے سفروں میں ایک آدمی مقرر ہوتا تھا کہ تم کو پیچھے، سب سے پیچھے آنا ہے۔</w:t>
      </w:r>
    </w:p>
    <w:p>
      <w:r>
        <w:rPr>
          <w:b/>
        </w:rPr>
        <w:t xml:space="preserve">[07:42] </w:t>
      </w:r>
      <w:r>
        <w:t>yaani sab log jab ja chuke hain to baad ko tumhein chalna hai. taake koi</w:t>
      </w:r>
    </w:p>
    <w:p>
      <w:pPr>
        <w:jc w:val="right"/>
      </w:pPr>
      <w:r>
        <w:t>یعنی سب لوگ جب جا چکے ہیں تو بعد کو تمہیں چلنا ہے۔ تاکہ کوئی</w:t>
      </w:r>
    </w:p>
    <w:p>
      <w:r>
        <w:rPr>
          <w:b/>
        </w:rPr>
        <w:t xml:space="preserve">[07:49] </w:t>
      </w:r>
      <w:r>
        <w:t>koi cheez chhoot gayi hai, koi insaan chhoot gaya hai, koi baat ho gayi hai to woh tum jano is ko aur is ko theek thaak karo. to is mauqe par ek thay Safwan, un ka naam tha, ek naujawan sahabi.</w:t>
      </w:r>
    </w:p>
    <w:p>
      <w:pPr>
        <w:jc w:val="right"/>
      </w:pPr>
      <w:r>
        <w:t>کوئی چیز چھوٹ گئی ہے، کوئی انسان چھوٹ گیا ہے، کوئی بات ہو گئی ہے تو وہ تم جانو اس کو اور اس کو ٹھیک ٹھاک کرو۔ تو اس موقع پر ایک تھے صفوان، ان کا نام تھا، ایک نوجوان صحابی۔</w:t>
      </w:r>
    </w:p>
    <w:p>
      <w:r>
        <w:rPr>
          <w:b/>
        </w:rPr>
        <w:t xml:space="preserve">[08:03] </w:t>
      </w:r>
      <w:r>
        <w:t>woh is kaam ke liye muqarrar thay.</w:t>
      </w:r>
    </w:p>
    <w:p>
      <w:pPr>
        <w:jc w:val="right"/>
      </w:pPr>
      <w:r>
        <w:t>وہ اس کام کے لیے مقرر تھے۔</w:t>
      </w:r>
    </w:p>
    <w:p>
      <w:r>
        <w:rPr>
          <w:b/>
        </w:rPr>
        <w:t xml:space="preserve">[08:06] </w:t>
      </w:r>
      <w:r>
        <w:t>to woh baad ko rawana hue. to baad ko jab so kar uthe rawangi ke liye to unhon ne dekha ke koi soya hua hai wahan par.</w:t>
      </w:r>
    </w:p>
    <w:p>
      <w:pPr>
        <w:jc w:val="right"/>
      </w:pPr>
      <w:r>
        <w:t>تو وہ بعد کو روانہ ہوئے۔ تو بعد کو جب سو کر اٹھے روانگی کے لیے تو انہوں نے دیکھا کہ کوئی سویا ہوا ہے وہاں پر۔</w:t>
      </w:r>
    </w:p>
    <w:p>
      <w:r>
        <w:rPr>
          <w:b/>
        </w:rPr>
        <w:t xml:space="preserve">[08:19] </w:t>
      </w:r>
      <w:r>
        <w:t>to qareeb gaye to maloom hua ke yeh to Hazrat Aisha hain.</w:t>
      </w:r>
    </w:p>
    <w:p>
      <w:pPr>
        <w:jc w:val="right"/>
      </w:pPr>
      <w:r>
        <w:t>تو قریب گئے تو معلوم ہوا کہ یہ تو حضرت عائشہ ہیں۔</w:t>
      </w:r>
    </w:p>
    <w:p>
      <w:r>
        <w:rPr>
          <w:b/>
        </w:rPr>
        <w:t xml:space="preserve">[08:25] </w:t>
      </w:r>
      <w:r>
        <w:t>to koi baat cheet nahi hui dono mein. Safwan ne yeh kiya ke apna oont wahan laye aur oont ko wahan bitha diya.</w:t>
      </w:r>
    </w:p>
    <w:p>
      <w:pPr>
        <w:jc w:val="right"/>
      </w:pPr>
      <w:r>
        <w:t>تو کوئی بات چیت نہیں ہوئی دونوں میں۔ صفوان نے یہ کیا کہ اپنا اونٹ وہاں لائے اور اونٹ کو وہاں بٹھا دیا۔</w:t>
      </w:r>
    </w:p>
    <w:p>
      <w:r>
        <w:rPr>
          <w:b/>
        </w:rPr>
        <w:t xml:space="preserve">[08:35] </w:t>
      </w:r>
      <w:r>
        <w:t>yeh ishara tha ke aap is par sawaar ho jayen. koi baat cheet nahi hui. oont ko bitha diya. to Hazrat Aisha is oont par baith gayeen.</w:t>
      </w:r>
    </w:p>
    <w:p>
      <w:pPr>
        <w:jc w:val="right"/>
      </w:pPr>
      <w:r>
        <w:t>یہ اشارہ تھا کہ آپ اس پر سوار ہو جائیں۔ کوئی بات چیت نہیں ہوئی۔ اونٹ کو بٹھا دیا۔ تو حضرت عائشہ اس اونٹ پر بیٹھ گئیں۔</w:t>
      </w:r>
    </w:p>
    <w:p>
      <w:r>
        <w:rPr>
          <w:b/>
        </w:rPr>
        <w:t xml:space="preserve">[08:47] </w:t>
      </w:r>
      <w:r>
        <w:t>aur phir Safwan aage aage oont ki jo nakeel hoti hai us ko pakad kar chale. to aage aage paidal chal rahe thay Safwan aur oont par baithi hui thi Hazrat Aisha.</w:t>
      </w:r>
    </w:p>
    <w:p>
      <w:pPr>
        <w:jc w:val="right"/>
      </w:pPr>
      <w:r>
        <w:t>اور پھر صفوان آگے آگے اونٹ کی جو نکیل ہوتی ہے اس کو پکڑ کر چلے۔ تو آگے آگے پیدل چل رہے تھے صفوان اور اونٹ پر بیٹھی ہوئی تھی حضرت عائشہ۔</w:t>
      </w:r>
    </w:p>
    <w:p>
      <w:r>
        <w:rPr>
          <w:b/>
        </w:rPr>
        <w:t xml:space="preserve">[09:00] </w:t>
      </w:r>
      <w:r>
        <w:t>to jab Madine mein dakhil hue</w:t>
      </w:r>
    </w:p>
    <w:p>
      <w:pPr>
        <w:jc w:val="right"/>
      </w:pPr>
      <w:r>
        <w:t>تو جب مدینے میں داخل ہوئے</w:t>
      </w:r>
    </w:p>
    <w:p>
      <w:r>
        <w:rPr>
          <w:b/>
        </w:rPr>
        <w:t xml:space="preserve">[09:06] </w:t>
      </w:r>
      <w:r>
        <w:t>to logon ne dekha ke Hazrat Aisha akeli chali aa rahi hain ek naujawan sahabi ke saath.</w:t>
      </w:r>
    </w:p>
    <w:p>
      <w:pPr>
        <w:jc w:val="right"/>
      </w:pPr>
      <w:r>
        <w:t>تو لوگوں نے دیکھا کہ حضرت عائشہ اکیلی چلی آ رہی ہیں ایک نوجوان صحابی کے ساتھ۔</w:t>
      </w:r>
    </w:p>
    <w:p>
      <w:r>
        <w:rPr>
          <w:b/>
        </w:rPr>
        <w:t xml:space="preserve">[09:16] </w:t>
      </w:r>
      <w:r>
        <w:t>to wahan to kuch log thay aise mukhalif, woh kuch shoshe ki talash mein rehte thay.</w:t>
      </w:r>
    </w:p>
    <w:p>
      <w:pPr>
        <w:jc w:val="right"/>
      </w:pPr>
      <w:r>
        <w:t>تو وہاں تو کچھ لوگ تھے ایسے مخالف، وہ کچھ شوشے کی تلاش میں رہتے تھے۔</w:t>
      </w:r>
    </w:p>
    <w:p>
      <w:r>
        <w:rPr>
          <w:b/>
        </w:rPr>
        <w:t xml:space="preserve">[09:25] </w:t>
      </w:r>
      <w:r>
        <w:t>to ek shosha mila in ko. to aise logon ka sardar tha abdullah ibn abi. jab abdullah ibn abi ko yeh maloom hua ke is tarah aai hain aisha to us ne ek shosha chhod diya.</w:t>
      </w:r>
    </w:p>
    <w:p>
      <w:pPr>
        <w:jc w:val="right"/>
      </w:pPr>
      <w:r>
        <w:t>تو ایک شوشہ ملا ان کو۔ تو ایسے لوگوں کا سردار تھا عبداللہ ابن ابی۔ جب عبداللہ ابن ابی کو یہ معلوم ہوا کہ اس طرح آئی ہیں عائشہ تو اس نے ایک شوشہ چھوڑ دیا۔</w:t>
      </w:r>
    </w:p>
    <w:p>
      <w:r>
        <w:rPr>
          <w:b/>
        </w:rPr>
        <w:t xml:space="preserve">[09:43] </w:t>
      </w:r>
      <w:r>
        <w:t>ek jumla us ne kaha ke "wallah ma najat minhu wa ma naja minha". bas yeh bohat hi zehreela jumla tha, zehreela.</w:t>
      </w:r>
    </w:p>
    <w:p>
      <w:pPr>
        <w:jc w:val="right"/>
      </w:pPr>
      <w:r>
        <w:t>ایک جملہ اس نے کہا کہ "واللہ ما نجت منہ وما نجا منہا"۔ بس یہ بہت ہی زہریلا جملہ تھا، زہریلا۔</w:t>
      </w:r>
    </w:p>
    <w:p>
      <w:r>
        <w:rPr>
          <w:b/>
        </w:rPr>
        <w:t xml:space="preserve">[09:57] </w:t>
      </w:r>
      <w:r>
        <w:t>"wallah ma najat minhu wa ma naja minha". aur yeh saare madine mein phail gaya.</w:t>
      </w:r>
    </w:p>
    <w:p>
      <w:pPr>
        <w:jc w:val="right"/>
      </w:pPr>
      <w:r>
        <w:t>"واللہ ما نجت منہ وما نجا منہا"۔ اور یہ سارے مدینے میں پھیل گیا۔</w:t>
      </w:r>
    </w:p>
    <w:p>
      <w:r>
        <w:rPr>
          <w:b/>
        </w:rPr>
        <w:t xml:space="preserve">[10:04] </w:t>
      </w:r>
      <w:r>
        <w:t>ek afwah ke roop mein. riwayat batati hain ke sara madina jo tha us se mutasir ho gaya. aam taur par log negative ho gaye is khabar ko lekar.</w:t>
      </w:r>
    </w:p>
    <w:p>
      <w:pPr>
        <w:jc w:val="right"/>
      </w:pPr>
      <w:r>
        <w:t>ایک افواہ کے روپ میں۔ روایت بتاتی ہیں کہ سارا مدینہ جو تھا اس سے متاثر ہو گیا۔ عمومی طور پر لوگ نیگیٹیو ہو گئے اس خبر کو لے کر۔</w:t>
      </w:r>
    </w:p>
    <w:p>
      <w:r>
        <w:rPr>
          <w:b/>
        </w:rPr>
        <w:t xml:space="preserve">[10:18] </w:t>
      </w:r>
      <w:r>
        <w:t>yahan tak ke khud Hazrat Rasool, khud Hazrat Aisha ki jo family thi, family</w:t>
      </w:r>
    </w:p>
    <w:p>
      <w:pPr>
        <w:jc w:val="right"/>
      </w:pPr>
      <w:r>
        <w:t>یہاں تک کہ خود حضرت رسول، خود حضرت عائشہ کی جو فیملی تھی، فیملی</w:t>
      </w:r>
    </w:p>
    <w:p>
      <w:r>
        <w:rPr>
          <w:b/>
        </w:rPr>
        <w:t xml:space="preserve">[10:26] </w:t>
      </w:r>
      <w:r>
        <w:t>aur Rasool Allah ki jo family thi woh khud mutasir ho gayi. is ki tafseel aap riwayat mein dekh sakte hain.</w:t>
      </w:r>
    </w:p>
    <w:p>
      <w:pPr>
        <w:jc w:val="right"/>
      </w:pPr>
      <w:r>
        <w:t>اور رسول اللہ کی جو فیملی تھی وہ خود متاثر ہو گئی۔ اس کی تفصیل آپ روایت میں دیکھ سکتے ہیں۔</w:t>
      </w:r>
    </w:p>
    <w:p>
      <w:r>
        <w:rPr>
          <w:b/>
        </w:rPr>
        <w:t xml:space="preserve">[10:35] </w:t>
      </w:r>
      <w:r>
        <w:t>is waqt yeh ayat utri ke tum ne bohat badi ghalti ki hai. saare madine walon ne aisi galat baat kyun maan li?</w:t>
      </w:r>
    </w:p>
    <w:p>
      <w:pPr>
        <w:jc w:val="right"/>
      </w:pPr>
      <w:r>
        <w:t>اس وقت یہ آیت اتری کہ تم نے بہت بڑی غلطی کی ہے۔ سارے مدینے والوں نے ایسی غلط بات کیوں مان لی؟</w:t>
      </w:r>
    </w:p>
    <w:p>
      <w:r>
        <w:rPr>
          <w:b/>
        </w:rPr>
        <w:t xml:space="preserve">[10:46] </w:t>
      </w:r>
      <w:r>
        <w:t>itni negative thinking kaise tumhare andar aa gayi? sunte hi tum ko kehna chahiye tha ke yeh to galat hai, yeh to jhoot hai. to is waqt yeh ayat utri thi</w:t>
      </w:r>
    </w:p>
    <w:p>
      <w:pPr>
        <w:jc w:val="right"/>
      </w:pPr>
      <w:r>
        <w:t>اتنی نیگیٹیو تھنکنگ کیسے تمہارے اندر آ گئی؟ سنتے ہی تم کو کہنا چاہیے تھا کہ یہ تو غلط ہے، یہ تو جھوٹ ہے۔ تو اس وقت یہ آیت اتری تھی</w:t>
      </w:r>
    </w:p>
    <w:p>
      <w:r>
        <w:rPr>
          <w:b/>
        </w:rPr>
        <w:t xml:space="preserve">[11:01] </w:t>
      </w:r>
      <w:r>
        <w:t>ke "taubo ilallah jameea aiha al-musalmoon". a</w:t>
      </w:r>
    </w:p>
    <w:p>
      <w:pPr>
        <w:jc w:val="right"/>
      </w:pPr>
      <w:r>
        <w:t>کہ "توبو الی اللہ جمیعا ایہا المسلمون"۔ ا</w:t>
      </w:r>
    </w:p>
    <w:p>
      <w:r>
        <w:rPr>
          <w:b/>
        </w:rPr>
        <w:t xml:space="preserve">[11:07] </w:t>
      </w:r>
      <w:r>
        <w:t>e musalmano! sab mil kar tauba karo. "lakum tuflihoon". isi tauba se tum ko falaah milegi.</w:t>
      </w:r>
    </w:p>
    <w:p>
      <w:pPr>
        <w:jc w:val="right"/>
      </w:pPr>
      <w:r>
        <w:t>ے مسلمانوں! سب مل کر توبہ کرو۔ "لکم تفلحون"۔ اسی توبہ سے تم کو فلاح ملے گی۔</w:t>
      </w:r>
    </w:p>
    <w:p>
      <w:r>
        <w:rPr>
          <w:b/>
        </w:rPr>
        <w:t xml:space="preserve">[11:19] </w:t>
      </w:r>
      <w:r>
        <w:t>ab is ko samjhiye aap ke ijtimai tauba ya collective repentance kya hai?</w:t>
      </w:r>
    </w:p>
    <w:p>
      <w:pPr>
        <w:jc w:val="right"/>
      </w:pPr>
      <w:r>
        <w:t>اب اس کو سمجھیے آپ کہ اجتماعی توبہ یا کلیکٹیو ریپنٹنس کیا ہے؟</w:t>
      </w:r>
    </w:p>
    <w:p>
      <w:r>
        <w:rPr>
          <w:b/>
        </w:rPr>
        <w:t xml:space="preserve">[11:32] </w:t>
      </w:r>
      <w:r>
        <w:t>jab koi cheez ek all-pervasive evil ke taur par phail jaye logon ke andar, yeh sab log us se mutasir ho jayen.</w:t>
      </w:r>
    </w:p>
    <w:p>
      <w:pPr>
        <w:jc w:val="right"/>
      </w:pPr>
      <w:r>
        <w:t>جب کوئی چیز ایک آل پرویسی ایول کے طور پر پھیل جائے لوگوں کے اندر، یہ سب لوگ اس سے متاثر ہو جائیں۔</w:t>
      </w:r>
    </w:p>
    <w:p>
      <w:r>
        <w:rPr>
          <w:b/>
        </w:rPr>
        <w:t xml:space="preserve">[11:46] </w:t>
      </w:r>
      <w:r>
        <w:t>ek all-pervasive mentality ban jaye logon ki. is waqt is ki zaroorat pesh aati hai ke log ijtimai tauba karen.</w:t>
      </w:r>
    </w:p>
    <w:p>
      <w:pPr>
        <w:jc w:val="right"/>
      </w:pPr>
      <w:r>
        <w:t>ایک آل پرویسی مینٹیلٹی بن جائے لوگوں کی۔ اس وقت اس کی ضرورت پیش آتی ہے کہ لوگ اجتماعی توبہ کریں۔</w:t>
      </w:r>
    </w:p>
    <w:p>
      <w:r>
        <w:rPr>
          <w:b/>
        </w:rPr>
        <w:t xml:space="preserve">[11:56] </w:t>
      </w:r>
      <w:r>
        <w:t>to ijtimai tauba jo hai ka matlab kya hai? is ka matlab yeh nahi ke ek buzurg</w:t>
      </w:r>
    </w:p>
    <w:p>
      <w:pPr>
        <w:jc w:val="right"/>
      </w:pPr>
      <w:r>
        <w:t>تو اجتماعی توبہ جو ہے کا مطلب کیا ہے؟ اس کا مطلب یہ نہیں کہ ایک بزرگ</w:t>
      </w:r>
    </w:p>
    <w:p>
      <w:r>
        <w:rPr>
          <w:b/>
        </w:rPr>
        <w:t xml:space="preserve">[12:04] </w:t>
      </w:r>
      <w:r>
        <w:t>stage pe aayen, loudspeaker par woh alfaaz bolen aur sab log ameen ameen karen, ek bheed ikattha ho wahan par. harghiz harghiz yeh ijtimai tauba nahi hai.</w:t>
      </w:r>
    </w:p>
    <w:p>
      <w:pPr>
        <w:jc w:val="right"/>
      </w:pPr>
      <w:r>
        <w:t>اسٹیج پہ آئیں، لاؤڈ اسپیکر پر وہ الفاظ بولیں اور سب لوگ آمین آمین کریں، ایک بھیڑ اکٹھا ہو وہاں پر۔ ہرگز ہرگز یہ اجتماعی توبہ نہیں ہے۔</w:t>
      </w:r>
    </w:p>
    <w:p>
      <w:r>
        <w:rPr>
          <w:b/>
        </w:rPr>
        <w:t xml:space="preserve">[12:19] </w:t>
      </w:r>
      <w:r>
        <w:t>yeh to ek aur, ek aur hi koi qissa hai jis ko jo jo chahen aap naam dijiye. yeh harghiz ijtimai tauba nahi hai.</w:t>
      </w:r>
    </w:p>
    <w:p>
      <w:pPr>
        <w:jc w:val="right"/>
      </w:pPr>
      <w:r>
        <w:t>یہ تو ایک اور، ایک اور ہی کوئی قصہ ہے جس کو جو جو چاہیں آپ نام دیجیے۔ یہ ہرگز اجتماعی توبہ نہیں ہے۔</w:t>
      </w:r>
    </w:p>
    <w:p>
      <w:r>
        <w:rPr>
          <w:b/>
        </w:rPr>
        <w:t xml:space="preserve">[12:30] </w:t>
      </w:r>
      <w:r>
        <w:t>aur na wahan aisa kabhi hua. madine mein aisa nahi hua ke sab madine wale jama hon aur Rasool Allah kuch alfaaz bolen, sab kahen ameen ameen.</w:t>
      </w:r>
    </w:p>
    <w:p>
      <w:pPr>
        <w:jc w:val="right"/>
      </w:pPr>
      <w:r>
        <w:t>اور نہ وہاں ایسا کبھی ہوا۔ مدینے میں ایسا نہیں ہوا کہ سب مدینے والے جمع ہوں اور رسول اللہ کچھ الفاظ بولیں، سب کہیں آمین آمین۔</w:t>
      </w:r>
    </w:p>
    <w:p>
      <w:r>
        <w:rPr>
          <w:b/>
        </w:rPr>
        <w:t xml:space="preserve">[12:39] </w:t>
      </w:r>
      <w:r>
        <w:t>yeh to wahan hua nahi. aisa nahi hua wahan par. to ab agar aap aisa karen to aap ek bid'at karenge.</w:t>
      </w:r>
    </w:p>
    <w:p>
      <w:pPr>
        <w:jc w:val="right"/>
      </w:pPr>
      <w:r>
        <w:t>یہ تو وہاں ہوا نہیں۔ ایسا نہیں ہوا وہاں پر۔ تو اب اگر آپ ایسا کریں تو آپ ایک بدعت کریں گے۔</w:t>
      </w:r>
    </w:p>
    <w:p>
      <w:r>
        <w:rPr>
          <w:b/>
        </w:rPr>
        <w:t xml:space="preserve">[12:49] </w:t>
      </w:r>
      <w:r>
        <w:t>aap ijtimai tauba nahi karenge.</w:t>
      </w:r>
    </w:p>
    <w:p>
      <w:pPr>
        <w:jc w:val="right"/>
      </w:pPr>
      <w:r>
        <w:t>آپ اجتماعی توبہ نہیں کریں گے۔</w:t>
      </w:r>
    </w:p>
    <w:p>
      <w:r>
        <w:rPr>
          <w:b/>
        </w:rPr>
        <w:t xml:space="preserve">[12:54] </w:t>
      </w:r>
      <w:r>
        <w:t>to is mein dekhiye jo baat samajh mein aati hai woh yeh hai ke is yeh jo quran mein ijtimai tauba ki baat kahi gayi hai, woh kahi gayi hai negative thinking ke maamle mein ke saare madine ke log negative mentality mein mubtala ho gaye</w:t>
      </w:r>
    </w:p>
    <w:p>
      <w:pPr>
        <w:jc w:val="right"/>
      </w:pPr>
      <w:r>
        <w:t>تو اس میں دیکھیے جو بات سمجھ میں آتی ہے وہ یہ ہے کہ اس یہ جو قرآن میں اجتماعی توبہ کی بات کہی گئی ہے، وہ کہی گئی ہے نیگیٹیو تھنکنگ کے معاملے میں کہ سارے مدینہ کے لوگ نیگیٹیو مینٹیلٹی میں مبتلا ہو گئے</w:t>
      </w:r>
    </w:p>
    <w:p>
      <w:r>
        <w:rPr>
          <w:b/>
        </w:rPr>
        <w:t xml:space="preserve">[13:12] </w:t>
      </w:r>
      <w:r>
        <w:t>Hazrat Aisha ke baare mein. to barah-e-rast taur par is ayat ka ta'alluq jis cheez se hai woh isi soorat-e-haal se hai ke jab aam taur par all-pervasive andaaz mein log negative mentality mein pad jayen, is waqt zaroorat hoti hai ke ijtimai tauba kiya jaye.</w:t>
      </w:r>
    </w:p>
    <w:p>
      <w:pPr>
        <w:jc w:val="right"/>
      </w:pPr>
      <w:r>
        <w:t>حضرت عائشہ کے بارے میں۔ تو براہ راست طور پر اس آیت کا تعلق جس چیز سے ہے وہ اسی صورتحال سے ہے کہ جب عمومی طور پر آل پرویسی انداز میں لوگ نیگیٹیو مینٹیلٹی میں پڑ جائیں، اس وقت ضرورت ہوتی ہے کہ اجتماعی توبہ کیا جائے۔</w:t>
      </w:r>
    </w:p>
    <w:p>
      <w:r>
        <w:rPr>
          <w:b/>
        </w:rPr>
        <w:t xml:space="preserve">[13:34] </w:t>
      </w:r>
      <w:r>
        <w:t>achha ab dekhiye ke ijtimai tauba kya hai? ijtimai tauba yeh hai ke har har ijtimai tauba jo hai woh bhi fard fard se muta'alliq hoti hai.</w:t>
      </w:r>
    </w:p>
    <w:p>
      <w:pPr>
        <w:jc w:val="right"/>
      </w:pPr>
      <w:r>
        <w:t>اچھا اب دیکھیے کہ اجتماعی توبہ کیا ہے؟ اجتماعی توبہ یہ ہے کہ ہر ہر اجتماعی توبہ جو ہے وہ بھی فرد فرد سے متعلق ہوتی ہے۔</w:t>
      </w:r>
    </w:p>
    <w:p>
      <w:r>
        <w:rPr>
          <w:b/>
        </w:rPr>
        <w:t xml:space="preserve">[13:46] </w:t>
      </w:r>
      <w:r>
        <w:t>yani fard hi mil kar ijtimah banta hai.</w:t>
      </w:r>
    </w:p>
    <w:p>
      <w:pPr>
        <w:jc w:val="right"/>
      </w:pPr>
      <w:r>
        <w:t>یعنی فرد ہی مل کر اجتماع بنتا ہے۔</w:t>
      </w:r>
    </w:p>
    <w:p>
      <w:r>
        <w:rPr>
          <w:b/>
        </w:rPr>
        <w:t xml:space="preserve">[13:51] </w:t>
      </w:r>
      <w:r>
        <w:t>bohat se individual mil kar hi society banti hai. to is ke ma'ane kya honge? logon ki zehniyat ko badalna, logon ke soch ko badalna.</w:t>
      </w:r>
    </w:p>
    <w:p>
      <w:pPr>
        <w:jc w:val="right"/>
      </w:pPr>
      <w:r>
        <w:t>بہت سے انڈیویجول مل کر ہی سوسائٹی بنتی ہے۔ تو اس کے معنی کیا ہوں گے؟ لوگوں کی ذہنیت کو بدلنا، لوگوں کے سوچ کو بدلنا۔</w:t>
      </w:r>
    </w:p>
    <w:p>
      <w:r>
        <w:rPr>
          <w:b/>
        </w:rPr>
        <w:t xml:space="preserve">[14:05] </w:t>
      </w:r>
      <w:r>
        <w:t>yani soch ke maamle mein</w:t>
      </w:r>
    </w:p>
    <w:p>
      <w:pPr>
        <w:jc w:val="right"/>
      </w:pPr>
      <w:r>
        <w:t>یعنی سوچ کے معاملے میں</w:t>
      </w:r>
    </w:p>
    <w:p>
      <w:r>
        <w:rPr>
          <w:b/>
        </w:rPr>
        <w:t xml:space="preserve">[14:08] </w:t>
      </w:r>
      <w:r>
        <w:t>sab ke sab youn turn lain. apni soch ko badlen. yaani negative thinking jo hai us ko badal kar positive thinking laaen.</w:t>
      </w:r>
    </w:p>
    <w:p>
      <w:pPr>
        <w:jc w:val="right"/>
      </w:pPr>
      <w:r>
        <w:t>سب کے سب یو ٹرن لیں۔ اپنی سوچ کو بدلیں۔ یعنی نیگیٹیو تھنکنگ جو ہے اس کو بدل کر پازیٹیو تھنکنگ لائیں۔</w:t>
      </w:r>
    </w:p>
    <w:p>
      <w:r>
        <w:rPr>
          <w:b/>
        </w:rPr>
        <w:t xml:space="preserve">[14:20] </w:t>
      </w:r>
      <w:r>
        <w:t>yeh matlab hoga. is ke liye ek campaign chalegi.</w:t>
      </w:r>
    </w:p>
    <w:p>
      <w:pPr>
        <w:jc w:val="right"/>
      </w:pPr>
      <w:r>
        <w:t>یہ مطلب ہوگا۔ اس کے لیے ایک کیمپین چلے گی۔</w:t>
      </w:r>
    </w:p>
    <w:p>
      <w:r>
        <w:rPr>
          <w:b/>
        </w:rPr>
        <w:t xml:space="preserve">[14:25] </w:t>
      </w:r>
      <w:r>
        <w:t>is ke liye logon ke zehnon ko durust kiya jayega. har jagah masjid mein, madrasay mein, idaray mein, har jagah logon ko samjhaya jayega. ek koi loudspeaker drama nahi hai yeh.</w:t>
      </w:r>
    </w:p>
    <w:p>
      <w:pPr>
        <w:jc w:val="right"/>
      </w:pPr>
      <w:r>
        <w:t>اس کے لیے لوگوں کے ذہنوں کو درست کیا جائے گا۔ ہر جگہ مسجد میں، مدرسے میں، ادارے میں، ہر جگہ لوگوں کو سمجھایا جائے گا۔ ایک کوئی لاؤڈ اسپیکر ڈرامہ نہیں ہے یہ۔</w:t>
      </w:r>
    </w:p>
    <w:p>
      <w:r>
        <w:rPr>
          <w:b/>
        </w:rPr>
        <w:t xml:space="preserve">[14:40] </w:t>
      </w:r>
      <w:r>
        <w:t>na aisa kiya gaya wahan par Madina mein.</w:t>
      </w:r>
    </w:p>
    <w:p>
      <w:pPr>
        <w:jc w:val="right"/>
      </w:pPr>
      <w:r>
        <w:t>نہ ایسا کیا گیا وہاں پر مدینہ میں۔</w:t>
      </w:r>
    </w:p>
    <w:p>
      <w:r>
        <w:rPr>
          <w:b/>
        </w:rPr>
        <w:t xml:space="preserve">[14:45] </w:t>
      </w:r>
      <w:r>
        <w:t>ab is cheez ko le kar sochiye to maujooda zamanay mein, maujooda zamanay ke musalman jo hain bohat baray paimaanay par isi tarah ki soorat-e-haal mein mubtala hain.</w:t>
      </w:r>
    </w:p>
    <w:p>
      <w:pPr>
        <w:jc w:val="right"/>
      </w:pPr>
      <w:r>
        <w:t>اب اس چیز کو لے کر سوچیے تو موجودہ زمانے میں، موجودہ زمانے کے مسلمان جو ہیں بہت بڑے پیمانے پر اسی طرح کی صورتحال میں مبتلا ہیں۔</w:t>
      </w:r>
    </w:p>
    <w:p>
      <w:r>
        <w:rPr>
          <w:b/>
        </w:rPr>
        <w:t xml:space="preserve">[15:01] </w:t>
      </w:r>
      <w:r>
        <w:t>yaani saaray hi musalman ek taraf se</w:t>
      </w:r>
    </w:p>
    <w:p>
      <w:pPr>
        <w:jc w:val="right"/>
      </w:pPr>
      <w:r>
        <w:t>یعنی سارے ہی مسلمان ایک طرف سے</w:t>
      </w:r>
    </w:p>
    <w:p>
      <w:r>
        <w:rPr>
          <w:b/>
        </w:rPr>
        <w:t xml:space="preserve">[15:04] </w:t>
      </w:r>
      <w:r>
        <w:t>negative thinking mein mubtala ho gaye hain. kis ke khilaaf? West ke khilaaf, maghrib ke khilaaf. jis se baat kijiye Arab se Ajam tak, India se le kar America tak, jis se baat kijiye, jis ki kitaab parhiye, jis ki taqreer suniye,</w:t>
      </w:r>
    </w:p>
    <w:p>
      <w:pPr>
        <w:jc w:val="right"/>
      </w:pPr>
      <w:r>
        <w:t>نیگیٹیو تھنکنگ میں مبتلا ہو گئے ہیں۔ کس کے خلاف؟ ویسٹ کے خلاف، مغرب کے خلاف۔ جس سے بات کیجیے عرب سے عجم تک، انڈیا سے لے کر امریکہ تک، جس سے بات کیجیے، جس کی کتاب پڑھیے، جس کی تقریر سنیے،</w:t>
      </w:r>
    </w:p>
    <w:p>
      <w:r>
        <w:rPr>
          <w:b/>
        </w:rPr>
        <w:t xml:space="preserve">[15:23] </w:t>
      </w:r>
      <w:r>
        <w:t>aap ko kahin janay ki zaroorat nahi hai. aap baith jaaen computer ke samnay aur internet par logon ki website kholien. har aadmi ne apna website daal rakha hai.</w:t>
      </w:r>
    </w:p>
    <w:p>
      <w:pPr>
        <w:jc w:val="right"/>
      </w:pPr>
      <w:r>
        <w:t>آپ کو کہیں جانے کی ضرورت نہیں ہے۔ آپ بیٹھ جائیں کمپیوٹر کے سامنے اور انٹرنیٹ پر لوگوں کی ویب سائٹ کھولیے۔ ہر آدمی نے اپنا ویب سائٹ ڈال رکھا ہے۔</w:t>
      </w:r>
    </w:p>
    <w:p>
      <w:r>
        <w:rPr>
          <w:b/>
        </w:rPr>
        <w:t xml:space="preserve">[15:34] </w:t>
      </w:r>
      <w:r>
        <w:t>jitni jamaaten hain, jitnay idaray hain, sab ki website maujood hai. aap us ko kholien.</w:t>
      </w:r>
    </w:p>
    <w:p>
      <w:pPr>
        <w:jc w:val="right"/>
      </w:pPr>
      <w:r>
        <w:t>جتنی جماعتیں ہیں، جتنے ادارے ہیں، سب کی ویب سائٹ موجود ہے۔ آپ اس کو کھولیے۔</w:t>
      </w:r>
    </w:p>
    <w:p>
      <w:r>
        <w:rPr>
          <w:b/>
        </w:rPr>
        <w:t xml:space="preserve">[15:42] </w:t>
      </w:r>
      <w:r>
        <w:t>jaise mein ne khola. yaani kal pursun mein ne aisa kiya ke mein ne internet par kuch logon ki taqreeren nikaliin.</w:t>
      </w:r>
    </w:p>
    <w:p>
      <w:pPr>
        <w:jc w:val="right"/>
      </w:pPr>
      <w:r>
        <w:t>جیسے میں نے کھولا۔ یعنی کل پرسوں میں نے ایسا کیا کہ میں نے انٹرنیٹ پر کچھ لوگوں کی تقریریں نکالی۔</w:t>
      </w:r>
    </w:p>
    <w:p>
      <w:r>
        <w:rPr>
          <w:b/>
        </w:rPr>
        <w:t xml:space="preserve">[15:52] </w:t>
      </w:r>
      <w:r>
        <w:t>kuch top ke leaderon, Muslim leaderon ki jo abhi zinda hain.</w:t>
      </w:r>
    </w:p>
    <w:p>
      <w:pPr>
        <w:jc w:val="right"/>
      </w:pPr>
      <w:r>
        <w:t>کچھ ٹاپ کے لیڈروں، مسلم لیڈروں کی جو ابھی زندہ ہیں۔</w:t>
      </w:r>
    </w:p>
    <w:p>
      <w:r>
        <w:rPr>
          <w:b/>
        </w:rPr>
        <w:t xml:space="preserve">[15:58] </w:t>
      </w:r>
      <w:r>
        <w:t>to sab ke sab anti West boli bol rahe thay. sab ke sab. mein do misaal deta hoon aap ko.</w:t>
      </w:r>
    </w:p>
    <w:p>
      <w:pPr>
        <w:jc w:val="right"/>
      </w:pPr>
      <w:r>
        <w:t>تو سب کے سب اینٹی ویسٹ بولی بول رہے تھے۔ سب کے سب۔ میں دو مثال دیتا ہوں آپ کو۔</w:t>
      </w:r>
    </w:p>
    <w:p>
      <w:r>
        <w:rPr>
          <w:b/>
        </w:rPr>
        <w:t xml:space="preserve">[16:09] </w:t>
      </w:r>
      <w:r>
        <w:t>aap tajruba kar sakte hain. yaani aap aaj ki duniya mein communication ki wajah se aisa ho gaya hai ke aap</w:t>
      </w:r>
    </w:p>
    <w:p>
      <w:pPr>
        <w:jc w:val="right"/>
      </w:pPr>
      <w:r>
        <w:t>آپ تجربہ کر سکتے ہیں۔ یعنی آپ آج کی دنیا میں کمیونیکیشن کی وجہ سے ایسا ہو گیا ہے کہ آپ</w:t>
      </w:r>
    </w:p>
    <w:p>
      <w:r>
        <w:rPr>
          <w:b/>
        </w:rPr>
        <w:t xml:space="preserve">[16:17] </w:t>
      </w:r>
      <w:r>
        <w:t>ko kahin janay ki zaroorat nahi hai. hatta ke aap ko library bhi nahi jana hai. apnay kamray mein aap baith jaaen, apnay computer ke samnay, apnay laptop ke samnay.</w:t>
      </w:r>
    </w:p>
    <w:p>
      <w:pPr>
        <w:jc w:val="right"/>
      </w:pPr>
      <w:r>
        <w:t>کو کہیں جانے کی ضرورت نہیں ہے۔ حتیٰ کہ آپ کو لائبریری بھی نہیں جانا ہے۔ اپنے کمرے میں آپ بیٹھ جائیے، اپنے کمپیوٹر کے سامنے، اپنے لیپ لیپ ٹاپ کے سامنے۔</w:t>
      </w:r>
    </w:p>
    <w:p>
      <w:r>
        <w:rPr>
          <w:b/>
        </w:rPr>
        <w:t xml:space="preserve">[16:27] </w:t>
      </w:r>
      <w:r>
        <w:t>ab to mobile aa gaya hai sab kuch is mein? mobile mein aa gaya hai. mobile mein check kar lijie.</w:t>
      </w:r>
    </w:p>
    <w:p>
      <w:pPr>
        <w:jc w:val="right"/>
      </w:pPr>
      <w:r>
        <w:t>اب تو کب آ گیا ہے سب کچھ اس میں؟ موبائل میں آ گیا ہے۔ موبائل میں چیک کر لیجیے۔</w:t>
      </w:r>
    </w:p>
    <w:p>
      <w:r>
        <w:rPr>
          <w:b/>
        </w:rPr>
        <w:t xml:space="preserve">[16:35] </w:t>
      </w:r>
      <w:r>
        <w:t>to baharhaal mein ne laptop par check kiya. to mein do misaal deta hoon aap ko. ek misaal yeh hai ke ek mashhoor Muslim aalim, jo ke baqaaida aalim hain aur mashhoor hain,</w:t>
      </w:r>
    </w:p>
    <w:p>
      <w:pPr>
        <w:jc w:val="right"/>
      </w:pPr>
      <w:r>
        <w:t>تو بہرحال میں نے لیپ ٹاپ پر چیک کیا۔ تو میں دو مثال دیتا ہوں آپ کو۔ ایک مثال یہ ہے کہ ایک مشہور مسلم عالم، جو کہ باقاعدہ عالم ہیں اور مشہور ہیں،</w:t>
      </w:r>
    </w:p>
    <w:p>
      <w:r>
        <w:rPr>
          <w:b/>
        </w:rPr>
        <w:t xml:space="preserve">[16:55] </w:t>
      </w:r>
      <w:r>
        <w:t>woh gaye bahar ke ek mulk mein. wahan unhon ne taqreer ki. yeh taqreer Urdu mein thi. woh aap sun sakte hain, internet par maujood hai.</w:t>
      </w:r>
    </w:p>
    <w:p>
      <w:pPr>
        <w:jc w:val="right"/>
      </w:pPr>
      <w:r>
        <w:t>وہ گئے باہر کے ایک ملک میں۔ وہاں انہوں نے تقریر کی۔ یہ تقریر اردو میں تھی۔ وہ آپ سن سکتے ہیں، انٹرنیٹ پر موجود ہے۔</w:t>
      </w:r>
    </w:p>
    <w:p>
      <w:r>
        <w:rPr>
          <w:b/>
        </w:rPr>
        <w:t xml:space="preserve">[17:06] </w:t>
      </w:r>
      <w:r>
        <w:t>mein ne suna. taqreeban poori taqreer suna mein ne. poori taqreer anti West thi.</w:t>
      </w:r>
    </w:p>
    <w:p>
      <w:pPr>
        <w:jc w:val="right"/>
      </w:pPr>
      <w:r>
        <w:t>میں نے سنا۔ تقریباً پوری تقریر سنا میں نے۔ پوری تقریر اینٹی ویسٹ تھی۔</w:t>
      </w:r>
    </w:p>
    <w:p>
      <w:r>
        <w:rPr>
          <w:b/>
        </w:rPr>
        <w:t xml:space="preserve">[17:15] </w:t>
      </w:r>
      <w:r>
        <w:t>bas</w:t>
      </w:r>
    </w:p>
    <w:p>
      <w:pPr>
        <w:jc w:val="right"/>
      </w:pPr>
      <w:r>
        <w:t>بس</w:t>
      </w:r>
    </w:p>
    <w:p>
      <w:r>
        <w:rPr>
          <w:b/>
        </w:rPr>
        <w:t xml:space="preserve">[17:16] </w:t>
      </w:r>
      <w:r>
        <w:t>maghrib ke khilaaf, maghrib ke khilaaf. woh lafz maghrib bol rahe thay. unhon ne kaha ke maujooda zamanay mein tamam Muslim mulkon mein Islami tehreekein chal rahi hain.</w:t>
      </w:r>
    </w:p>
    <w:p>
      <w:pPr>
        <w:jc w:val="right"/>
      </w:pPr>
      <w:r>
        <w:t>مغرب کے خلاف، مغرب کے خلاف۔ وہ لفظ مغرب بول رہے تھے۔ انہوں نے کہا کہ موجودہ زمانے میں تمام مسلم ملکوں میں اسلامی تحریکیں چل رہی ہیں۔</w:t>
      </w:r>
    </w:p>
    <w:p>
      <w:r>
        <w:rPr>
          <w:b/>
        </w:rPr>
        <w:t xml:space="preserve">[17:27] </w:t>
      </w:r>
      <w:r>
        <w:t>Islam ke ahyaa, Islam ki iqaamat, us ki tehreekein chal rahi hain.</w:t>
      </w:r>
    </w:p>
    <w:p>
      <w:pPr>
        <w:jc w:val="right"/>
      </w:pPr>
      <w:r>
        <w:t>اسلام کے احیاء، اسلام کی اقامت، اس کی تحریکیں چل رہی ہیں۔</w:t>
      </w:r>
    </w:p>
    <w:p>
      <w:r>
        <w:rPr>
          <w:b/>
        </w:rPr>
        <w:t xml:space="preserve">[17:37] </w:t>
      </w:r>
      <w:r>
        <w:t>lekin West jo hai, jo dushman hai hamara, jo dushman lafz nahi bolay, woh hareef bolay. hareef yaani rival hai hamara. West jo hamara hareef hai, woh in tehreekon ko chahta hai ke us ko kaamyaab na honay de.</w:t>
      </w:r>
    </w:p>
    <w:p>
      <w:pPr>
        <w:jc w:val="right"/>
      </w:pPr>
      <w:r>
        <w:t>لیکن ویسٹ جو ہے، جو دشمن ہے ہمارا، جو دشمن لفظ نہیں بولے، وہ حریف بولے۔ حریف یعنی رائیول ہے ہمارا۔ ویسٹ جو ہمارا حریف ہے، وہ ان تحریکوں کو چاہتا ہے کہ اس کو کامیاب نہ ہونے دے۔</w:t>
      </w:r>
    </w:p>
    <w:p>
      <w:r>
        <w:rPr>
          <w:b/>
        </w:rPr>
        <w:t xml:space="preserve">[17:55] </w:t>
      </w:r>
      <w:r>
        <w:t>har jagah yaani saari Muslim duniya mein jo Islami tehreekein hain, West chahta hai jo hamara rival hai ke yeh tehreekein kaamyaab na hon.</w:t>
      </w:r>
    </w:p>
    <w:p>
      <w:pPr>
        <w:jc w:val="right"/>
      </w:pPr>
      <w:r>
        <w:t>ہر جگہ یعنی ساری مسلم دنیا میں جو اسلامی تحریکیں ہیں، ویسٹ چاہتا ہے جو ہمارا رائیول ہے کہ یہ تحریکیں کامیاب نہ ہوں۔</w:t>
      </w:r>
    </w:p>
    <w:p>
      <w:r>
        <w:rPr>
          <w:b/>
        </w:rPr>
        <w:t xml:space="preserve">[18:05] </w:t>
      </w:r>
      <w:r>
        <w:t>us ke khilaaf woh saazishein karta hai, us ko us ko rukawatein daalta hai. to hamein West ka muqabla karna hai.</w:t>
      </w:r>
    </w:p>
    <w:p>
      <w:pPr>
        <w:jc w:val="right"/>
      </w:pPr>
      <w:r>
        <w:t>اس کے خلاف وہ سازشیں کرتا ہے، اس کو اس کو رکاوٹیں ڈالتا ہے۔ تو ہمیں ویسٹ کا مقابلہ کرنا ہے۔</w:t>
      </w:r>
    </w:p>
    <w:p>
      <w:r>
        <w:rPr>
          <w:b/>
        </w:rPr>
        <w:t xml:space="preserve">[18:14] </w:t>
      </w:r>
      <w:r>
        <w:t>West ka muqabla kar ke un ki design ko nakaam banana hai. yeh ek taqreer thi. doosri taqreer jo thi woh English mein thi.</w:t>
      </w:r>
    </w:p>
    <w:p>
      <w:pPr>
        <w:jc w:val="right"/>
      </w:pPr>
      <w:r>
        <w:t>ویسٹ کا مقابلہ کر کے ان کی ڈیزائن کو ناکام بنانا ہے۔ یہ ایک تقریر تھی۔ دوسری تقریر جو تھی وہ انگلش میں تھی۔</w:t>
      </w:r>
    </w:p>
    <w:p>
      <w:r>
        <w:rPr>
          <w:b/>
        </w:rPr>
        <w:t xml:space="preserve">[18:26] </w:t>
      </w:r>
      <w:r>
        <w:t>woh bhi aik sahib bahir ke mulk mein gaye. wahan par aik</w:t>
      </w:r>
    </w:p>
    <w:p>
      <w:pPr>
        <w:jc w:val="right"/>
      </w:pPr>
      <w:r>
        <w:t>وہ بھی ایک صاحب باہر کے ملک میں گئے۔ وہاں پر ایک</w:t>
      </w:r>
    </w:p>
    <w:p>
      <w:r>
        <w:rPr>
          <w:b/>
        </w:rPr>
        <w:t xml:space="preserve">[18:31] </w:t>
      </w:r>
      <w:r>
        <w:t>woh turki gaye. wahan par aik seminar tha, international seminar. wahan par bolay woh. to wahan par media bhi tha.</w:t>
      </w:r>
    </w:p>
    <w:p>
      <w:pPr>
        <w:jc w:val="right"/>
      </w:pPr>
      <w:r>
        <w:t>وہ ترکی گئے۔ وہاں پر ایک سیمینار تھا، انٹرنیشنل سیمینار۔ وہاں پر بولے وہ۔ تو وہاں پر میڈیا بھی تھا۔</w:t>
      </w:r>
    </w:p>
    <w:p>
      <w:r>
        <w:rPr>
          <w:b/>
        </w:rPr>
        <w:t xml:space="preserve">[18:43] </w:t>
      </w:r>
      <w:r>
        <w:t>media ne un se sawal kiya. to woh phir jawab detay hue unhon ne kaha ke</w:t>
      </w:r>
    </w:p>
    <w:p>
      <w:pPr>
        <w:jc w:val="right"/>
      </w:pPr>
      <w:r>
        <w:t>میڈیا نے ان سے سوال کیا۔ تو وہ پھر جواب دیتے ہوئے انہوں نے کہا کہ</w:t>
      </w:r>
    </w:p>
    <w:p>
      <w:r>
        <w:rPr>
          <w:b/>
        </w:rPr>
        <w:t xml:space="preserve">[18:50] </w:t>
      </w:r>
      <w:r>
        <w:t>jo un ka wording thi woh yeh thi: "it is very good that turkey has started looking east instead of west." yeh bohat acha hai ke turki</w:t>
      </w:r>
    </w:p>
    <w:p>
      <w:pPr>
        <w:jc w:val="right"/>
      </w:pPr>
      <w:r>
        <w:t>جو ان کا ورڈنگ تھی وہ یہ تھی: "اٹ از ویری گڈ دیٹ ٹرکی ہیز اسٹارٹڈ لوکنگ ایسٹ انسٹیڈ آف ویسٹ۔" یہ بہت اچھا ہے کہ ترکی</w:t>
      </w:r>
    </w:p>
    <w:p>
      <w:r>
        <w:rPr>
          <w:b/>
        </w:rPr>
        <w:t xml:space="preserve">[19:09] </w:t>
      </w:r>
      <w:r>
        <w:t>ne mashriq ki taraf dekhna shuru kar diya hai bajaye is ke ke maghrib ki taraf dekhe. to yeh aik accepted hai ke maghrib ko buri cheez hai.</w:t>
      </w:r>
    </w:p>
    <w:p>
      <w:pPr>
        <w:jc w:val="right"/>
      </w:pPr>
      <w:r>
        <w:t>نے مشرق کی طرف دیکھنا شروع کر دیا ہے بجائے اس کے کہ مغرب کی طرف دیکھے۔ تو یہ ایک ایکسیپٹڈ ہے کہ مغرب کو بری چیز ہے۔</w:t>
      </w:r>
    </w:p>
    <w:p>
      <w:r>
        <w:rPr>
          <w:b/>
        </w:rPr>
        <w:t xml:space="preserve">[19:20] </w:t>
      </w:r>
      <w:r>
        <w:t>maghrib hamara hreef hai, hamara dushman hai, hamara mukhalif hai.</w:t>
      </w:r>
    </w:p>
    <w:p>
      <w:pPr>
        <w:jc w:val="right"/>
      </w:pPr>
      <w:r>
        <w:t>مغرب ہمارا حریف ہے، ہمارا دشمن ہے، ہمارا مخالف ہے۔</w:t>
      </w:r>
    </w:p>
    <w:p>
      <w:r>
        <w:rPr>
          <w:b/>
        </w:rPr>
        <w:t xml:space="preserve">[19:25] </w:t>
      </w:r>
      <w:r>
        <w:t>aur east yani muslim mumalik jo hain woh hamare dost hain. yeh poori muslim dunya mein agenda chhaya hua hai.</w:t>
      </w:r>
    </w:p>
    <w:p>
      <w:pPr>
        <w:jc w:val="right"/>
      </w:pPr>
      <w:r>
        <w:t>اور ایسٹ یعنی مسلم ممالک جو ہیں وہ ہمارے دوست ہیں۔ یہ پوری مسلم دنیا میں ایجنڈا چھایا ہوا ہے۔</w:t>
      </w:r>
    </w:p>
    <w:p>
      <w:r>
        <w:rPr>
          <w:b/>
        </w:rPr>
        <w:t xml:space="preserve">[19:37] </w:t>
      </w:r>
      <w:r>
        <w:t>to yahi hai woh cheez jis ko mein kahunga ke ijtamai toba ka waqt aa gaya hai.</w:t>
      </w:r>
    </w:p>
    <w:p>
      <w:pPr>
        <w:jc w:val="right"/>
      </w:pPr>
      <w:r>
        <w:t>تو یہی ہے وہ چیز جس کو میں کہوں گا کہ اجتماعی توبہ کا وقت آ گیا ہے۔</w:t>
      </w:r>
    </w:p>
    <w:p>
      <w:r>
        <w:rPr>
          <w:b/>
        </w:rPr>
        <w:t xml:space="preserve">[19:45] </w:t>
      </w:r>
      <w:r>
        <w:t>aur is ka saboot dekhiye isi ki ayat se milta hai: "la allakum tuflihoon". jab aap ki tehreekein, aap ki woh movement, aap ki sar-garmiyan, aap ki activities, aap ke idaray apnay nishanay ko achieve karne mein fail ho jayein</w:t>
      </w:r>
    </w:p>
    <w:p>
      <w:pPr>
        <w:jc w:val="right"/>
      </w:pPr>
      <w:r>
        <w:t>اور اس کا ثبوت دیکھیے اسی کی آیت سے ملتا ہے: "لالکم تفلحون"۔ جب آپ کی تحریکیں، آپ کی وہ موومنٹ، آپ کی سرگرمیاں، آپ کی ایکٹیویٹیز، آپ کے ادارے اپنے نشانے کو اچیو کرنے میں فیل ہو جائیں</w:t>
      </w:r>
    </w:p>
    <w:p>
      <w:r>
        <w:rPr>
          <w:b/>
        </w:rPr>
        <w:t xml:space="preserve">[20:03] </w:t>
      </w:r>
      <w:r>
        <w:t>to samajh lijiye ke woh "la allakum tuflihoon" ki nusrat un ko nahi mili.</w:t>
      </w:r>
    </w:p>
    <w:p>
      <w:pPr>
        <w:jc w:val="right"/>
      </w:pPr>
      <w:r>
        <w:t>تو سمجھ لیجئے کہ وہ "لالکم تفلون" کی نصرت ان کو نہیں ملی۔</w:t>
      </w:r>
    </w:p>
    <w:p>
      <w:r>
        <w:rPr>
          <w:b/>
        </w:rPr>
        <w:t xml:space="preserve">[20:12] </w:t>
      </w:r>
      <w:r>
        <w:t>to do so saal se yeh sab tehreekein chal rahi hain Islam ke ahya ke naam par, Islam ki iqamat ke naam par, Islam ke nafiz ke naam par.</w:t>
      </w:r>
    </w:p>
    <w:p>
      <w:pPr>
        <w:jc w:val="right"/>
      </w:pPr>
      <w:r>
        <w:t>تو دو سو سال سے یہ سب تحریکیں چل رہی ہیں اسلام کے احیاء کے نام پر، اسلام کی اقامت کے نام پر، اسلام کے نفاذ کے نام پر۔</w:t>
      </w:r>
    </w:p>
    <w:p>
      <w:r>
        <w:rPr>
          <w:b/>
        </w:rPr>
        <w:t xml:space="preserve">[20:27] </w:t>
      </w:r>
      <w:r>
        <w:t>jab se yeh daur aaya hai, press ka daur, communication ka daur, tab se yeh sab chal rahi hain. activities ki bharmar hai. lekin jo un ke nishanay thay woh nishanay poore nahi hue.</w:t>
      </w:r>
    </w:p>
    <w:p>
      <w:pPr>
        <w:jc w:val="right"/>
      </w:pPr>
      <w:r>
        <w:t>جب سے یہ دور آیا ہے، پریس کا دور، کمیونیکیشن کا دور، تب سے یہ سب چل رہی ہیں۔ ایکٹیویٹیز کی بھرمار ہے۔ لیکن جو ان کے نشانے تھے وہ نشانے پورے نہیں ہوئے۔</w:t>
      </w:r>
    </w:p>
    <w:p>
      <w:r>
        <w:rPr>
          <w:b/>
        </w:rPr>
        <w:t xml:space="preserve">[20:39] </w:t>
      </w:r>
      <w:r>
        <w:t>ulta hua balkay musalman maray ja rahe hain, musalman zaleel ho rahe hain.</w:t>
      </w:r>
    </w:p>
    <w:p>
      <w:pPr>
        <w:jc w:val="right"/>
      </w:pPr>
      <w:r>
        <w:t>الٹا ہوا بلکہ مسلمان مارے جا رہے ہیں، مسلمان ذلیل ہو رہے ہیں۔</w:t>
      </w:r>
    </w:p>
    <w:p>
      <w:r>
        <w:rPr>
          <w:b/>
        </w:rPr>
        <w:t xml:space="preserve">[20:45] </w:t>
      </w:r>
      <w:r>
        <w:t>jo kuch tha woh bhi un se chhin raha hai.</w:t>
      </w:r>
    </w:p>
    <w:p>
      <w:pPr>
        <w:jc w:val="right"/>
      </w:pPr>
      <w:r>
        <w:t>جو کچھ تھا وہ بھی ان سے چھن رہا ہے۔</w:t>
      </w:r>
    </w:p>
    <w:p>
      <w:r>
        <w:rPr>
          <w:b/>
        </w:rPr>
        <w:t xml:space="preserve">[20:50] </w:t>
      </w:r>
      <w:r>
        <w:t>is ki aik misaal jo hai falasteen ke 1948 mein falasteen ke khilaf, falasteen mein Israel ke khilaf sari muslim dunya ki himayat se aik tehreek chali.</w:t>
      </w:r>
    </w:p>
    <w:p>
      <w:pPr>
        <w:jc w:val="right"/>
      </w:pPr>
      <w:r>
        <w:t>اس کی ایک مثال جو ہے فلسطین کہ 1948 میں فلسطین کے خلاف، فلسطین میں اسرائیل کے خلاف ساری مسلم دنیا کی حمایت سے ایک تحریک چلی۔</w:t>
      </w:r>
    </w:p>
    <w:p>
      <w:r>
        <w:rPr>
          <w:b/>
        </w:rPr>
        <w:t xml:space="preserve">[21:03] </w:t>
      </w:r>
      <w:r>
        <w:t>lekin aap jantay hain ke</w:t>
      </w:r>
    </w:p>
    <w:p>
      <w:pPr>
        <w:jc w:val="right"/>
      </w:pPr>
      <w:r>
        <w:t>لیکن آپ جانتے ہیں کہ</w:t>
      </w:r>
    </w:p>
    <w:p>
      <w:r>
        <w:rPr>
          <w:b/>
        </w:rPr>
        <w:t xml:space="preserve">[21:08] </w:t>
      </w:r>
      <w:r>
        <w:t>is ka nateeja kya hua? counter productive. yani jo kuch tha arabon ke paas woh bhi chhin gaya. isi aik misaal hai Salman Rushdie ke khilaf.</w:t>
      </w:r>
    </w:p>
    <w:p>
      <w:pPr>
        <w:jc w:val="right"/>
      </w:pPr>
      <w:r>
        <w:t>اس کا نتیجہ کیا ہوا؟ کاؤنٹر پروڈکٹو۔ یعنی جو کچھ تھا عربوں کے پاس وہ بھی چھن گیا۔ اسی ایک مثال ہے سلمہ رشدی کے خلاف۔</w:t>
      </w:r>
    </w:p>
    <w:p>
      <w:r>
        <w:rPr>
          <w:b/>
        </w:rPr>
        <w:t xml:space="preserve">[21:19] </w:t>
      </w:r>
      <w:r>
        <w:t>sari dunya mein, sari dunya aaye ke log maro, maro, maro, qatal karo is ko. lekin jo fatway diye jinho ne woh sab mar gaye aur Rushdie zinda hai.</w:t>
      </w:r>
    </w:p>
    <w:p>
      <w:pPr>
        <w:jc w:val="right"/>
      </w:pPr>
      <w:r>
        <w:t>ساری دنیا میں، ساری دنیا آئے کہ لوگ مارو، مارو، مارو، قتل کرو اس کو۔ لیکن جو فتوے دیے جنہوں نے وہ سب مر گئے اور رشدی زندہ ہے۔</w:t>
      </w:r>
    </w:p>
    <w:p>
      <w:r>
        <w:rPr>
          <w:b/>
        </w:rPr>
        <w:t xml:space="preserve">[21:28] </w:t>
      </w:r>
      <w:r>
        <w:t>is ki kitab itni popular hui ke us ne karoron dollar kamaye. us ne to kon jeeta, kon hara? yeh waqia batata hai ke musalman ki jo activities hain, jo un ki sar-garmiyan hain, jo un ki un ki jo movement hai, un ki tehreekein hain, woh falah nahi pa rahi hain.</w:t>
      </w:r>
    </w:p>
    <w:p>
      <w:pPr>
        <w:jc w:val="right"/>
      </w:pPr>
      <w:r>
        <w:t>اس کی کتاب اتنی پاپولر ہوئی کہ اس نے کروڑوں ڈالر کمائے۔ اس نے تو کون جیتا، کون ہارا؟ یہ واقعہ بتاتا ہے کہ مسلمان کی جو ایکٹیویٹیز ہیں، جو ان کی سرگرمیاں ہیں، جو ان کی ان کی جو موومنٹ ہے، ان کی تحریکیں ہیں، وہ فلاح نہیں پا رہی ہیں۔</w:t>
      </w:r>
    </w:p>
    <w:p>
      <w:r>
        <w:rPr>
          <w:b/>
        </w:rPr>
        <w:t xml:space="preserve">[21:52] </w:t>
      </w:r>
      <w:r>
        <w:t>yani Allah ki nusrat se mehroom hain.</w:t>
      </w:r>
    </w:p>
    <w:p>
      <w:pPr>
        <w:jc w:val="right"/>
      </w:pPr>
      <w:r>
        <w:t>یعنی اللہ کی نصرت سے محروم ہیں۔</w:t>
      </w:r>
    </w:p>
    <w:p>
      <w:r>
        <w:rPr>
          <w:b/>
        </w:rPr>
        <w:t xml:space="preserve">[21:57] </w:t>
      </w:r>
      <w:r>
        <w:t>to kya karna hai? ijtamai toba, collective repentance. ab mein yahan par aik aur baat aur arz karunga.</w:t>
      </w:r>
    </w:p>
    <w:p>
      <w:pPr>
        <w:jc w:val="right"/>
      </w:pPr>
      <w:r>
        <w:t>تو کیا کرنا ہے؟ اجتماعی توبہ، کلیکٹیو ریپینٹنس۔ اب میں یہاں پر ایک اور بات اور عرض کروں گا۔</w:t>
      </w:r>
    </w:p>
    <w:p>
      <w:r>
        <w:rPr>
          <w:b/>
        </w:rPr>
        <w:t xml:space="preserve">[22:07] </w:t>
      </w:r>
      <w:r>
        <w:t>dekhiye yeh saada baat nahi hai. is par mein ne ghhor kiya ke yeh bohat hi ziyada serious baat hai.</w:t>
      </w:r>
    </w:p>
    <w:p>
      <w:pPr>
        <w:jc w:val="right"/>
      </w:pPr>
      <w:r>
        <w:t>دیکھیے یہ سادہ بات نہیں ہے۔ اس پر میں نے غور کیا کہ یہ بہت ہی زیادہ سیریس بات ہے۔</w:t>
      </w:r>
    </w:p>
    <w:p>
      <w:r>
        <w:rPr>
          <w:b/>
        </w:rPr>
        <w:t xml:space="preserve">[22:17] </w:t>
      </w:r>
      <w:r>
        <w:t>yeh hai yahudiyat, yahudiyon ki ki taqleed. jo hadith mein aata hai ke "latatba'un man kana qablakum" ke tum zaroor follow karoge yahudiyon ko</w:t>
      </w:r>
    </w:p>
    <w:p>
      <w:pPr>
        <w:jc w:val="right"/>
      </w:pPr>
      <w:r>
        <w:t>یہ ہے یہودیت، یہودیوں کی کی تقلید۔ جو حدیث میں آتا ہے کہ "لتتبعون من کان قبلکم" کہ تم ضرور فالو کرو گے یہودیوں کو</w:t>
      </w:r>
    </w:p>
    <w:p>
      <w:r>
        <w:rPr>
          <w:b/>
        </w:rPr>
        <w:t xml:space="preserve">[22:34] </w:t>
      </w:r>
      <w:r>
        <w:t>har har aitbar se, qadam ba qadam follow karoge. to yeh yahudiyat ka itteba hai.</w:t>
      </w:r>
    </w:p>
    <w:p>
      <w:pPr>
        <w:jc w:val="right"/>
      </w:pPr>
      <w:r>
        <w:t>ہر ہر اعتبار سے، قدم بقدم فالو کرو گے۔ تو یہ یہودیت کا اتباع ہے۔</w:t>
      </w:r>
    </w:p>
    <w:p>
      <w:r>
        <w:rPr>
          <w:b/>
        </w:rPr>
        <w:t xml:space="preserve">[22:43] </w:t>
      </w:r>
      <w:r>
        <w:t>woh kaise? aap surah al-baqarah yahan se wapas janay ke baad mein kehta hoon aap se</w:t>
      </w:r>
    </w:p>
    <w:p>
      <w:pPr>
        <w:jc w:val="right"/>
      </w:pPr>
      <w:r>
        <w:t>وہ کیسے؟ آپ سورہ البقرہ یہاں سے واپس جانے کے بعد میں کہتا ہوں آپ سے</w:t>
      </w:r>
    </w:p>
    <w:p>
      <w:r>
        <w:rPr>
          <w:b/>
        </w:rPr>
        <w:t xml:space="preserve">[22:51] </w:t>
      </w:r>
      <w:r>
        <w:t>keh surah albara ki ayat number 89, qaul ta'ala kijiye is ke shan-e-nazool ko le kar ke. Surah albara ayat number 89 yeh ek ayat hai,</w:t>
      </w:r>
    </w:p>
    <w:p>
      <w:pPr>
        <w:jc w:val="right"/>
      </w:pPr>
      <w:r>
        <w:t>کہ سورہ البقرہ کی آیت نمبر 89، قول تعالیٰ کیجئے اس کے شان نزول کو لے کر کے۔ سورہ البقرہ آیت نمبر 89 یہ ایک آیت ہے،</w:t>
      </w:r>
    </w:p>
    <w:p>
      <w:r>
        <w:rPr>
          <w:b/>
        </w:rPr>
        <w:t xml:space="preserve">[23:08] </w:t>
      </w:r>
      <w:r>
        <w:t>bohat hi zyada i opener. Is mein yeh bataya gaya hai ke bible ki prediction ke mutabiq yahoodi jo thay woh aakhri nabi ka intezar kar rahay thay.</w:t>
      </w:r>
    </w:p>
    <w:p>
      <w:pPr>
        <w:jc w:val="right"/>
      </w:pPr>
      <w:r>
        <w:t>بہت ہی زیادہ آئی اوپنر۔ اس میں یہ بتایا گیا ہے کہ بائبل کی پریڈکشن کے مطابق یہودی جو تھے وہ آخری نبی کا انتظار کر رہے تھے۔</w:t>
      </w:r>
    </w:p>
    <w:p>
      <w:r>
        <w:rPr>
          <w:b/>
        </w:rPr>
        <w:t xml:space="preserve">[23:24] </w:t>
      </w:r>
      <w:r>
        <w:t>woh aakhri nabi ka intezar kar rahay thay.</w:t>
      </w:r>
    </w:p>
    <w:p>
      <w:pPr>
        <w:jc w:val="right"/>
      </w:pPr>
      <w:r>
        <w:t>وہ آخری نبی کا انتظار کر رہے تھے۔</w:t>
      </w:r>
    </w:p>
    <w:p>
      <w:r>
        <w:rPr>
          <w:b/>
        </w:rPr>
        <w:t xml:space="preserve">[23:30] </w:t>
      </w:r>
      <w:r>
        <w:t>lekin jab aakhri nabi aaya,</w:t>
      </w:r>
    </w:p>
    <w:p>
      <w:pPr>
        <w:jc w:val="right"/>
      </w:pPr>
      <w:r>
        <w:t>لیکن جب آخری نبی آیا،</w:t>
      </w:r>
    </w:p>
    <w:p>
      <w:r>
        <w:rPr>
          <w:b/>
        </w:rPr>
        <w:t xml:space="preserve">[23:35] </w:t>
      </w:r>
      <w:r>
        <w:t>woh madine mein kaam shuru kiya. Us ne phir woh makke mein kaam shuru kiya. Us ne phir woh madina aaya toh wahan par kafi yahoodi thay.</w:t>
      </w:r>
    </w:p>
    <w:p>
      <w:pPr>
        <w:jc w:val="right"/>
      </w:pPr>
      <w:r>
        <w:t>وہ مدینے میں کام شروع کیا۔ اس نے پھر وہ مکہ میں کام شروع کیا۔ اس نے پھر وہ مدینہ آیا تو وہاں پر کافی یہودی تھے۔</w:t>
      </w:r>
    </w:p>
    <w:p>
      <w:r>
        <w:rPr>
          <w:b/>
        </w:rPr>
        <w:t xml:space="preserve">[23:45] </w:t>
      </w:r>
      <w:r>
        <w:t>kaha jata hai ke taqreeban 50 percent yahoodi thay wahan par us waqt madine mein.</w:t>
      </w:r>
    </w:p>
    <w:p>
      <w:pPr>
        <w:jc w:val="right"/>
      </w:pPr>
      <w:r>
        <w:t>کہا جاتا ہے کہ تقریباً 50 پرسنٹ یہودی تھے وہاں پر اس وقت مدینے میں۔</w:t>
      </w:r>
    </w:p>
    <w:p>
      <w:r>
        <w:rPr>
          <w:b/>
        </w:rPr>
        <w:t xml:space="preserve">[23:52] </w:t>
      </w:r>
      <w:r>
        <w:t>toh yeh log munkir ban gaye usi nabi ka jis ka woh intezar kar rahay thay.</w:t>
      </w:r>
    </w:p>
    <w:p>
      <w:pPr>
        <w:jc w:val="right"/>
      </w:pPr>
      <w:r>
        <w:t>تو یہ لوگ منکر بن گئے اسی نبی کا جس کا وہ انتظار کر رہے تھے۔</w:t>
      </w:r>
    </w:p>
    <w:p>
      <w:r>
        <w:rPr>
          <w:b/>
        </w:rPr>
        <w:t xml:space="preserve">[23:58] </w:t>
      </w:r>
      <w:r>
        <w:t>munkir ka matlab kya? Dushman ban gaye, mukhalifat karne lage us ko, us ke mission ko khatam karne ki tarkeebein karne lage.</w:t>
      </w:r>
    </w:p>
    <w:p>
      <w:pPr>
        <w:jc w:val="right"/>
      </w:pPr>
      <w:r>
        <w:t>منکر کا معنی کیا؟ دشمن بن گئے، مخالفت کرنے لگے اس کو، اس کے مشن کو ختم کرنے کی کی ترکیبیں کرنے لگے۔</w:t>
      </w:r>
    </w:p>
    <w:p>
      <w:r>
        <w:rPr>
          <w:b/>
        </w:rPr>
        <w:t xml:space="preserve">[24:11] </w:t>
      </w:r>
      <w:r>
        <w:t>toh yeh kya hai? Yahudiyat bhi kya cheez hai? Yahudiyat naam hai kisi qaum ke zuwal-aafat-aahida hone ke baad jo</w:t>
      </w:r>
    </w:p>
    <w:p>
      <w:pPr>
        <w:jc w:val="right"/>
      </w:pPr>
      <w:r>
        <w:t>تو یہ کیا ہے؟ یہودیت بھی کیا چیز ہے؟ یہودیت نام ہے کسی قوم کے زوال آفتہ ہونے کے بعد جو</w:t>
      </w:r>
    </w:p>
    <w:p>
      <w:r>
        <w:rPr>
          <w:b/>
        </w:rPr>
        <w:t xml:space="preserve">[24:19] </w:t>
      </w:r>
      <w:r>
        <w:t>us ke andar cheezein paida hoti hain, usi ka naam yahudiyat hai. Yahudiyat koi purasrar cheez nahi hai. Jab kisi ummat par lambi muddat guzar jaye,</w:t>
      </w:r>
    </w:p>
    <w:p>
      <w:pPr>
        <w:jc w:val="right"/>
      </w:pPr>
      <w:r>
        <w:t>اس کے اندر چیزیں پیدا ہوتی ہیں، اسی کا نام یہودیت ہے۔ یہودیت کوئی پراسرار چیز نہیں ہے۔ جب کسی امت پر لمبی مدت گزر جائے،</w:t>
      </w:r>
    </w:p>
    <w:p>
      <w:r>
        <w:rPr>
          <w:b/>
        </w:rPr>
        <w:t xml:space="preserve">[24:33] </w:t>
      </w:r>
      <w:r>
        <w:t>jaise quran mein hai ke "qala alaihim al-awd faqasat qulubuhum"</w:t>
      </w:r>
    </w:p>
    <w:p>
      <w:pPr>
        <w:jc w:val="right"/>
      </w:pPr>
      <w:r>
        <w:t>جیسے قرآن میں ہے کہ "قال علیہم العود فقست قلوبہم"</w:t>
      </w:r>
    </w:p>
    <w:p>
      <w:r>
        <w:rPr>
          <w:b/>
        </w:rPr>
        <w:t xml:space="preserve">[24:38] </w:t>
      </w:r>
      <w:r>
        <w:t>toh tul-e-amda se jo cheez paida hoti hai, usi ka naam yahudiyat hai. Yani generation of generation girawat aati hai. Har nayi nasal mein girawat aati hai, girawat aati hai, yahan tak ke hotay hotay bilkul zuwal ka daur aa jata hai.</w:t>
      </w:r>
    </w:p>
    <w:p>
      <w:pPr>
        <w:jc w:val="right"/>
      </w:pPr>
      <w:r>
        <w:t>تو طول امد سے جو چیز پیدا ہوتی ہے، اسی کا نام یہودیت ہے۔ یعنی جنریشن آف جنریشن گراوٹ آتی ہے۔ ہر نئی نسل میں گراوٹ آتی ہے، گراوٹ آتی ہے، یہاں تک کہ ہوتے ہوتے بالکل زوال کا دور آ جاتا ہے۔</w:t>
      </w:r>
    </w:p>
    <w:p>
      <w:r>
        <w:rPr>
          <w:b/>
        </w:rPr>
        <w:t xml:space="preserve">[24:54] </w:t>
      </w:r>
      <w:r>
        <w:t>toh daur-e-zuwal mein</w:t>
      </w:r>
    </w:p>
    <w:p>
      <w:pPr>
        <w:jc w:val="right"/>
      </w:pPr>
      <w:r>
        <w:t>تو دور زوال میں</w:t>
      </w:r>
    </w:p>
    <w:p>
      <w:r>
        <w:rPr>
          <w:b/>
        </w:rPr>
        <w:t xml:space="preserve">[24:57] </w:t>
      </w:r>
      <w:r>
        <w:t>jo cheezein paida hoti hain, usi ka naam hai yahudiyat. Aur khud hadithon mein is ki peshangoi ki gayi hai ke yahi waqea khud ummat-e-muslima ke sath hoga baad ki naslon mein.</w:t>
      </w:r>
    </w:p>
    <w:p>
      <w:pPr>
        <w:jc w:val="right"/>
      </w:pPr>
      <w:r>
        <w:t>جو چیزیں پیدا ہوتی ہیں، اسی کا نام ہے یہودیت۔ اور خود حدیثوں میں اس کی پیشنگوئی کی گئی ہے کہ یہی واقعہ خود امت مسلمہ کے ساتھ ہوگا بعد کی نسلوں میں۔</w:t>
      </w:r>
    </w:p>
    <w:p>
      <w:r>
        <w:rPr>
          <w:b/>
        </w:rPr>
        <w:t xml:space="preserve">[25:13] </w:t>
      </w:r>
      <w:r>
        <w:t>yani nasal dar nasal ummat-e-muslima mein girawtiyan aati jayengi, aati jayengi, aati jayengi, yahan tak ke woh</w:t>
      </w:r>
    </w:p>
    <w:p>
      <w:pPr>
        <w:jc w:val="right"/>
      </w:pPr>
      <w:r>
        <w:t>یعنی نسل در نسل امت مسلمہ میں میں گبراہیاں آتی جائیں گی، آتی جائیں گی، آتی جائیں گی، یہاں تک کہ وہ</w:t>
      </w:r>
    </w:p>
    <w:p>
      <w:r>
        <w:rPr>
          <w:b/>
        </w:rPr>
        <w:t xml:space="preserve">[25:19] </w:t>
      </w:r>
      <w:r>
        <w:t>wohi sab karenge jo yahudiyon ne kiya. Toh dekhiye, yahan mein aap ko ek baat ki taraf tawajjuh dilana chahta hoon jo maine sochte hue mujhe daryaft hui Allah ke fazl se.</w:t>
      </w:r>
    </w:p>
    <w:p>
      <w:pPr>
        <w:jc w:val="right"/>
      </w:pPr>
      <w:r>
        <w:t>وہی سب کریں گے جو یہودیوں نے کیا۔ تو دیکھیے، یہاں میں آپ کو ایک بات کی طرف توجہ دلانا چاہتا ہوں جو میں نے سوچتے ہوئے مجھے دریافت ہوئی اللہ کے فضل سے۔</w:t>
      </w:r>
    </w:p>
    <w:p>
      <w:r>
        <w:rPr>
          <w:b/>
        </w:rPr>
        <w:t xml:space="preserve">[25:34] </w:t>
      </w:r>
      <w:r>
        <w:t>dekhiye, ek hai</w:t>
      </w:r>
    </w:p>
    <w:p>
      <w:pPr>
        <w:jc w:val="right"/>
      </w:pPr>
      <w:r>
        <w:t>دیکھیے، ایک ہے</w:t>
      </w:r>
    </w:p>
    <w:p>
      <w:r>
        <w:rPr>
          <w:b/>
        </w:rPr>
        <w:t xml:space="preserve">[25:37] </w:t>
      </w:r>
      <w:r>
        <w:t>religious yahudiyat aur ek hai secular yahudiyat. Yani yahudiyon ka ek hai religious itteba, ek hai yahudiyon ka secular itteba.</w:t>
      </w:r>
    </w:p>
    <w:p>
      <w:pPr>
        <w:jc w:val="right"/>
      </w:pPr>
      <w:r>
        <w:t>ریلیجیس یہودیت اور ایک ہے سیکولر یہودیت۔ یعنی یہودیوں کا ایک ہے ریلیجیس اتباع، ایک ہے یہودیوں کا سیکولر اتباع۔</w:t>
      </w:r>
    </w:p>
    <w:p>
      <w:r>
        <w:rPr>
          <w:b/>
        </w:rPr>
        <w:t xml:space="preserve">[25:49] </w:t>
      </w:r>
      <w:r>
        <w:t>toh quran mein jis cheez ka zikr hai, woh yahudiyon ka mazhabi itteba tha.</w:t>
      </w:r>
    </w:p>
    <w:p>
      <w:pPr>
        <w:jc w:val="right"/>
      </w:pPr>
      <w:r>
        <w:t>تو قرآن میں جس چیز کا ذکر ہے، وہ یہودیوں کا مذہبی اتباع تھا۔</w:t>
      </w:r>
    </w:p>
    <w:p>
      <w:r>
        <w:rPr>
          <w:b/>
        </w:rPr>
        <w:t xml:space="preserve">[25:54] </w:t>
      </w:r>
      <w:r>
        <w:t>yeh mazhabi itteba ki baat thi. Yani rasool Allah salallahu alaihi wasallam aaye bible ki peshangoi ke mutabiq, magar unhon ne is ka inkar kar diya, yani dushman ban gaye us ke.</w:t>
      </w:r>
    </w:p>
    <w:p>
      <w:pPr>
        <w:jc w:val="right"/>
      </w:pPr>
      <w:r>
        <w:t>یہ مذہبی اتباع کی بات تھی۔ یعنی رسول اللہ صلی اللہ علیہ وسلم آئے بائبل کی پیشنگوئی کے مطابق، مگر انہوں نے اس کا انکار کر دیا، یعنی دشمن بن گئے اس کے۔</w:t>
      </w:r>
    </w:p>
    <w:p>
      <w:r>
        <w:rPr>
          <w:b/>
        </w:rPr>
        <w:t xml:space="preserve">[26:06] </w:t>
      </w:r>
      <w:r>
        <w:t>yeh thi religious yahudiyat, mazhabi yahudiyat.</w:t>
      </w:r>
    </w:p>
    <w:p>
      <w:pPr>
        <w:jc w:val="right"/>
      </w:pPr>
      <w:r>
        <w:t>یہ تھی ریلیجیس یہودیت، مذہبی یہودیت۔</w:t>
      </w:r>
    </w:p>
    <w:p>
      <w:r>
        <w:rPr>
          <w:b/>
        </w:rPr>
        <w:t xml:space="preserve">[26:12] </w:t>
      </w:r>
      <w:r>
        <w:t>ab jo soorat-e-haal pesh aa rahi hai, woh secular yahudiyat hai. Kyun secular yahudiyat hai? Dekhiye, quran mein hai ke sahaba-e-kiram ne yeh dua ki thi ke "rabbana</w:t>
      </w:r>
    </w:p>
    <w:p>
      <w:pPr>
        <w:jc w:val="right"/>
      </w:pPr>
      <w:r>
        <w:t>اب جو صورتحال پیش آ رہی ہے، وہ سیکولر یہودیت ہے۔ کیوں سیکولر یہودیت ہے؟ دیکھیے، قرآن میں ہے کہ صحابہ کرام نے یہ دعا کی تھی کہ "ربنا</w:t>
      </w:r>
    </w:p>
    <w:p>
      <w:r>
        <w:rPr>
          <w:b/>
        </w:rPr>
        <w:t xml:space="preserve">[26:28] </w:t>
      </w:r>
      <w:r>
        <w:t>wala tahmil alaina isra kama hamaltahu alladhina min qablina, rabbana wala tuhammilna mala taqata an nabiy".</w:t>
      </w:r>
    </w:p>
    <w:p>
      <w:pPr>
        <w:jc w:val="right"/>
      </w:pPr>
      <w:r>
        <w:t>ولا تحمل علینا اسرا کما احولت الذین من قبلنا، ربنا ولا تحملنا ملا طاقت النبی"۔</w:t>
      </w:r>
    </w:p>
    <w:p>
      <w:r>
        <w:rPr>
          <w:b/>
        </w:rPr>
        <w:t xml:space="preserve">[26:37] </w:t>
      </w:r>
      <w:r>
        <w:t>surah baqara ke aakhir mein aap padh lijiye, yeh sahaba-e-kiram ne poori ummat ki taraf se dua ki, poori ummat ke</w:t>
      </w:r>
    </w:p>
    <w:p>
      <w:pPr>
        <w:jc w:val="right"/>
      </w:pPr>
      <w:r>
        <w:t>سورہ بقرہ کے آخر میں آپ پڑھ لیجئے، یہ صحابہ کرام نے پوری امت کی طرف سے دعا کی، پوری امت کے</w:t>
      </w:r>
    </w:p>
    <w:p>
      <w:r>
        <w:rPr>
          <w:b/>
        </w:rPr>
        <w:t xml:space="preserve">[26:46] </w:t>
      </w:r>
      <w:r>
        <w:t>represent karte hue dua ki. Woh kya thi? Aye Allah, hum ko woh musibatein na daal jo pichli ummaton par rahi hain, pichli ummaton ko pesh aayi theen,</w:t>
      </w:r>
    </w:p>
    <w:p>
      <w:pPr>
        <w:jc w:val="right"/>
      </w:pPr>
      <w:r>
        <w:t>ریپریزنٹ کرتے ہوئے دعا کی۔ وہ کیا تھی؟ اے اللہ، ہم کو وہ مصیبتیں نہ ڈال جو پچھلی امتوں پر رہی ہیں، پچھلی امتوں کو پیش آئی تھیں،</w:t>
      </w:r>
    </w:p>
    <w:p>
      <w:r>
        <w:rPr>
          <w:b/>
        </w:rPr>
        <w:t xml:space="preserve">[27:02] </w:t>
      </w:r>
      <w:r>
        <w:t>aur hum par hum aasani farma.</w:t>
      </w:r>
    </w:p>
    <w:p>
      <w:pPr>
        <w:jc w:val="right"/>
      </w:pPr>
      <w:r>
        <w:t>اور ہم پر ہم آسانی فرما۔</w:t>
      </w:r>
    </w:p>
    <w:p>
      <w:r>
        <w:rPr>
          <w:b/>
        </w:rPr>
        <w:t xml:space="preserve">[27:06] </w:t>
      </w:r>
      <w:r>
        <w:t>pichhli ummaton ko kya museebatein aati thin? woh tha mazhabi jabr, religious persecution. pichhli ummaton mein jab bhi kisi ne kaha ke Allah ek hai, ek Allah ki ibadat karo, to bas log us ko maanne lagte thay.</w:t>
      </w:r>
    </w:p>
    <w:p>
      <w:pPr>
        <w:jc w:val="right"/>
      </w:pPr>
      <w:r>
        <w:t>پچھلی امتوں کو کیا مصیبتیں آتی تھیں؟ وہ تھا مذہبی جبر، ریلیجیس پرسیکیوشن۔ پچھلی امتوں میں جب بھی کسی نے کہا کہ اللہ ایک ہے، ایک اللہ کی عبادت کرو، تو بس لوگ اس کو ماننے لگتے تھے۔</w:t>
      </w:r>
    </w:p>
    <w:p>
      <w:r>
        <w:rPr>
          <w:b/>
        </w:rPr>
        <w:t xml:space="preserve">[27:23] </w:t>
      </w:r>
      <w:r>
        <w:t>yeh daur tha, yahan tak ke hadees mein hai ke aariz cheere gaye, aariz cheere gaye, aur ashaab-e-kahf ko basti chhod kar kho mein jaana pada.</w:t>
      </w:r>
    </w:p>
    <w:p>
      <w:pPr>
        <w:jc w:val="right"/>
      </w:pPr>
      <w:r>
        <w:t>یہ دور تھا، یہاں تک کہ حدیث میں ہے کہ عارض چیر دیے گئے، عارض چیر گئے، اور اصحاب کہف کو بستی چھوڑ کر کھو میں جانا پڑا۔</w:t>
      </w:r>
    </w:p>
    <w:p>
      <w:r>
        <w:rPr>
          <w:b/>
        </w:rPr>
        <w:t xml:space="preserve">[27:36] </w:t>
      </w:r>
      <w:r>
        <w:t>khud Rasool Allah ke zamane mein tha ke "arayta allazeena yunha abdan idhaa Allah".</w:t>
      </w:r>
    </w:p>
    <w:p>
      <w:pPr>
        <w:jc w:val="right"/>
      </w:pPr>
      <w:r>
        <w:t>خود رسول اللہ کے زمانے میں تھا کہ "ارایت الذیینہا عبدا اداس اللہ"۔</w:t>
      </w:r>
    </w:p>
    <w:p>
      <w:r>
        <w:rPr>
          <w:b/>
        </w:rPr>
        <w:t xml:space="preserve">[27:41] </w:t>
      </w:r>
      <w:r>
        <w:t>to qadeem zamane mein mazhab-e-tauheed ko ikhtiyar karne mein rukawatein pesh aati thin, bohat zyada rukawatein. to Sahaba Karam ne ki yeh dua naqal hui Quran Majeed mein.</w:t>
      </w:r>
    </w:p>
    <w:p>
      <w:pPr>
        <w:jc w:val="right"/>
      </w:pPr>
      <w:r>
        <w:t>تو قدیم زمانے میں مذہب توحید کو اختیار کرنے میں رکاوٹیں پیش آتی تھیں، بہت زیادہ رکاوٹیں۔ تو صحابہ کرام نے کی یہ دعا نقل ہوئی قرآن مجید میں۔</w:t>
      </w:r>
    </w:p>
    <w:p>
      <w:r>
        <w:rPr>
          <w:b/>
        </w:rPr>
        <w:t xml:space="preserve">[27:57] </w:t>
      </w:r>
      <w:r>
        <w:t>poori ummat ki taraf se unhon ne</w:t>
      </w:r>
    </w:p>
    <w:p>
      <w:pPr>
        <w:jc w:val="right"/>
      </w:pPr>
      <w:r>
        <w:t>پوری امت کی طرف سے انہوں نے</w:t>
      </w:r>
    </w:p>
    <w:p>
      <w:r>
        <w:rPr>
          <w:b/>
        </w:rPr>
        <w:t xml:space="preserve">[28:00] </w:t>
      </w:r>
      <w:r>
        <w:t>niyabat karti hui kaha ke Khudaaya, yeh daur ab khatm ho jaye aur aindah jo daur aane wala hai, us mein hum ko tauheed ka mazhab ikhtiyar karna aasan ho jaye aur Khuda parasti aasan ho jaye.</w:t>
      </w:r>
    </w:p>
    <w:p>
      <w:pPr>
        <w:jc w:val="right"/>
      </w:pPr>
      <w:r>
        <w:t>نیابت کرتی ہوئی کہا کہ خدایا، یہ دور اب ختم ہو جائے اور آئندہ جو دور آنے والا ہے، اس میں ہم کو توحید کا مذہب اختیار کرنا آسان ہو جائے اور خدا پرستی آسان ہو جائے۔</w:t>
      </w:r>
    </w:p>
    <w:p>
      <w:r>
        <w:rPr>
          <w:b/>
        </w:rPr>
        <w:t xml:space="preserve">[28:16] </w:t>
      </w:r>
      <w:r>
        <w:t>iski dua ki unhon ne.</w:t>
      </w:r>
    </w:p>
    <w:p>
      <w:pPr>
        <w:jc w:val="right"/>
      </w:pPr>
      <w:r>
        <w:t>اس کی دعا کی انہوں نے۔</w:t>
      </w:r>
    </w:p>
    <w:p>
      <w:r>
        <w:rPr>
          <w:b/>
        </w:rPr>
        <w:t xml:space="preserve">[28:18] </w:t>
      </w:r>
      <w:r>
        <w:t>aaj woh waqea pesh aa chuka hai. misaal ke taur par dekhiye, abhi jo log maghrib ke khilaaf bolte hain, stage pe aa kar ke, woh isi liye bol paate hain ke maghrib ne yeh naya daur paida kiya hai.</w:t>
      </w:r>
    </w:p>
    <w:p>
      <w:pPr>
        <w:jc w:val="right"/>
      </w:pPr>
      <w:r>
        <w:t>آج وہ واقعہ پیش آ چکا ہے۔ مثلاً دیکھیے، ابھی جو لوگ مغرب کے خلاف بولتے ہیں، اسٹیج پہ آ کر کے، وہ اسی لیے بول پاتے ہیں کہ مغرب نے یہ نیا دور پیدا کیا ہے۔</w:t>
      </w:r>
    </w:p>
    <w:p>
      <w:r>
        <w:rPr>
          <w:b/>
        </w:rPr>
        <w:t xml:space="preserve">[28:33] </w:t>
      </w:r>
      <w:r>
        <w:t>yeh bolna kya hai? yeh hai anti authority bolna. kyunke aap jaante hain ke maghrib ko dhadd mar jagah hai.</w:t>
      </w:r>
    </w:p>
    <w:p>
      <w:pPr>
        <w:jc w:val="right"/>
      </w:pPr>
      <w:r>
        <w:t>یہ بولنا کیا ہے؟ یہ ہے اینٹی اتھارٹی بولنا۔ کیونکہ آپ جانتے ہیں کہ مغرب کو دھد مار جگہ ہے۔</w:t>
      </w:r>
    </w:p>
    <w:p>
      <w:r>
        <w:rPr>
          <w:b/>
        </w:rPr>
        <w:t xml:space="preserve">[28:43] </w:t>
      </w:r>
      <w:r>
        <w:t>yeh is ko aap is tarah se ghaur kijiye ke yeh maghrib ke khilaaf jo log itne dhoom dhaam taqreer karte hain, woh anti authority bolna hota hai.</w:t>
      </w:r>
    </w:p>
    <w:p>
      <w:pPr>
        <w:jc w:val="right"/>
      </w:pPr>
      <w:r>
        <w:t>یہ اس کو آپ اس طرح سے غور کیجئے کہ یہ مغرب کے خلاف جو لوگ اتنے دھوم دھام تقریر کرتے ہیں، وہ اینٹی اتھارٹی بولنا ہوتا ہے۔</w:t>
      </w:r>
    </w:p>
    <w:p>
      <w:r>
        <w:rPr>
          <w:b/>
        </w:rPr>
        <w:t xml:space="preserve">[28:54] </w:t>
      </w:r>
      <w:r>
        <w:t>pehle zamane mein anti authority bolne ki qeemat kya thi? thi sar kaat diya jaata tha, haath paon tod diya jaata tha,</w:t>
      </w:r>
    </w:p>
    <w:p>
      <w:pPr>
        <w:jc w:val="right"/>
      </w:pPr>
      <w:r>
        <w:t>پہلے زمانے میں اینٹی اتھارٹی بولنے کی قیمت کیا تھی؟ تھی سر کاٹ دیا جاتا تھا، ہاتھ پاؤں توڑ دیا جاتا تھا،</w:t>
      </w:r>
    </w:p>
    <w:p>
      <w:r>
        <w:rPr>
          <w:b/>
        </w:rPr>
        <w:t xml:space="preserve">[29:02] </w:t>
      </w:r>
      <w:r>
        <w:t>aag mein daal diya jaata tha. to anti authority bolne ka jo aaj riwaj hua hai ke aap bolein aur koi rokne wala nahi, yeh kis ne paida kiya?</w:t>
      </w:r>
    </w:p>
    <w:p>
      <w:pPr>
        <w:jc w:val="right"/>
      </w:pPr>
      <w:r>
        <w:t>آگ میں ڈال دیا جاتا تھا۔ تو اینٹی اتھارٹی بولنے کا جو آج رواج ہوا ہے کہ آپ بولیں اور کوئی روکنے والا نہیں، یہ کس نے پیدا کیا؟</w:t>
      </w:r>
    </w:p>
    <w:p>
      <w:r>
        <w:rPr>
          <w:b/>
        </w:rPr>
        <w:t xml:space="preserve">[29:12] </w:t>
      </w:r>
      <w:r>
        <w:t>yeh khud maghrib ne paida kiya. maghrib jo daur aaya, secularism ka,</w:t>
      </w:r>
    </w:p>
    <w:p>
      <w:pPr>
        <w:jc w:val="right"/>
      </w:pPr>
      <w:r>
        <w:t>یہ خود مغرب نے پیدا کیا۔ مغرب جو دور آیا، سیکولرزم کا،</w:t>
      </w:r>
    </w:p>
    <w:p>
      <w:r>
        <w:rPr>
          <w:b/>
        </w:rPr>
        <w:t xml:space="preserve">[29:18] </w:t>
      </w:r>
      <w:r>
        <w:t>democracy ka, freedom ka, us ki wajah se yeh mumkin hua hai ke aap authority ke khilaaf bolte hain aur koi aap ko pakadne wala nahi. yahi baat nahi hai.</w:t>
      </w:r>
    </w:p>
    <w:p>
      <w:pPr>
        <w:jc w:val="right"/>
      </w:pPr>
      <w:r>
        <w:t>ڈیموکریسی کا، فریڈم کا، اس کی وجہ سے یہ ممکن ہوا ہے کہ آپ اتھارٹی کے خلاف بولتے ہیں اور کوئی آپ کو پکڑنے والا نہیں۔ یہی بات نہیں ہے۔</w:t>
      </w:r>
    </w:p>
    <w:p>
      <w:r>
        <w:rPr>
          <w:b/>
        </w:rPr>
        <w:t xml:space="preserve">[29:31] </w:t>
      </w:r>
      <w:r>
        <w:t>dekhiye, aaj kya hai?</w:t>
      </w:r>
    </w:p>
    <w:p>
      <w:pPr>
        <w:jc w:val="right"/>
      </w:pPr>
      <w:r>
        <w:t>دیکھیے، آج کیا ہے؟</w:t>
      </w:r>
    </w:p>
    <w:p>
      <w:r>
        <w:rPr>
          <w:b/>
        </w:rPr>
        <w:t xml:space="preserve">[29:36] </w:t>
      </w:r>
      <w:r>
        <w:t>pehle zamane mein, aaj mein subah ek baat soch raha tha ke qadeem zamane mein duniya ki cheezon ko teen taqseem ki jaati thi: jamadaat, nabataat, haiwanaat.</w:t>
      </w:r>
    </w:p>
    <w:p>
      <w:pPr>
        <w:jc w:val="right"/>
      </w:pPr>
      <w:r>
        <w:t>پہلے زمانے میں، آج میں صبح ایک بات سوچ رہا تھا کہ قدیم زمانے میں دنیا کی چیزوں کو تین تقسیم کی جاتی تھی: جمادات، نباتات، حیوانات۔</w:t>
      </w:r>
    </w:p>
    <w:p>
      <w:r>
        <w:rPr>
          <w:b/>
        </w:rPr>
        <w:t xml:space="preserve">[29:49] </w:t>
      </w:r>
      <w:r>
        <w:t>jamadaat, nabataat, haiwanaat. haiwanaat ka matlab hai animal, nabataat ka matlab hai</w:t>
      </w:r>
    </w:p>
    <w:p>
      <w:pPr>
        <w:jc w:val="right"/>
      </w:pPr>
      <w:r>
        <w:t>جمادات، نباتات، حیوانات۔ حیوانات کا مطلب ہے اینیمل، نباتات کا مطلب ہے</w:t>
      </w:r>
    </w:p>
    <w:p>
      <w:r>
        <w:rPr>
          <w:b/>
        </w:rPr>
        <w:t xml:space="preserve">[29:56] </w:t>
      </w:r>
      <w:r>
        <w:t>plant kingdom, jamadaat ka matlab hai woh cheezein jo mutharrik na hon, ghair mutharrik.</w:t>
      </w:r>
    </w:p>
    <w:p>
      <w:pPr>
        <w:jc w:val="right"/>
      </w:pPr>
      <w:r>
        <w:t>پلانٹ کنگڈم، جمادات کا مطلب ہے وہ چیزیں جو متحرک نہ ہوں، غیر متحرک۔</w:t>
      </w:r>
    </w:p>
    <w:p>
      <w:r>
        <w:rPr>
          <w:b/>
        </w:rPr>
        <w:t xml:space="preserve">[30:06] </w:t>
      </w:r>
      <w:r>
        <w:t>aaj kya hai? aaj jamadaat jo thi, woh mutharrik hai. yaani matter move kar raha hai. matter aap ko rok kar sarkon par daudta hai, matter aap ko rok kar samundaron mein aap ko le kar ke</w:t>
      </w:r>
    </w:p>
    <w:p>
      <w:pPr>
        <w:jc w:val="right"/>
      </w:pPr>
      <w:r>
        <w:t>آج کیا ہے؟ آج جمادات جو تھی، وہ متحرک ہے۔ یعنی میٹر موو کر رہا ہے۔ میٹر آپ کو روک کر سڑکوں پر دوڑتا ہے، میٹر آپ کو روک کر سمندروں میں آپ کو لے کر کے</w:t>
      </w:r>
    </w:p>
    <w:p>
      <w:r>
        <w:rPr>
          <w:b/>
        </w:rPr>
        <w:t xml:space="preserve">[30:22] </w:t>
      </w:r>
      <w:r>
        <w:t>teer raha hai, matter aap ko rok kar hawai jahaz ke sar par hawa mein ud raha hai. hum bhi abhi jo bol rahe hain, yahan par to battery to hai ke hamari awaaz kahan kahan pahunch rahi hai duniya bhar mein.</w:t>
      </w:r>
    </w:p>
    <w:p>
      <w:pPr>
        <w:jc w:val="right"/>
      </w:pPr>
      <w:r>
        <w:t>تیر رہا ہے، میٹر آپ کو روک کر ہوا جہاز کے سر پر ہوا میں اڑ رہا ہے۔ ہم بھی ابھی جو بول رہے ہیں، یہاں پر تو بیٹری تو ہے کہ ہماری آواز کہاں کہاں پہنچ رہی ہے دنیا بھر میں۔</w:t>
      </w:r>
    </w:p>
    <w:p>
      <w:r>
        <w:rPr>
          <w:b/>
        </w:rPr>
        <w:t xml:space="preserve">[30:36] </w:t>
      </w:r>
      <w:r>
        <w:t>to Hazrat Musa ke zamane mein ek asa jo hai, us ne move kiya tha, yaani saamp ban gaya tha.</w:t>
      </w:r>
    </w:p>
    <w:p>
      <w:pPr>
        <w:jc w:val="right"/>
      </w:pPr>
      <w:r>
        <w:t>تو حضرت موسیٰ کے زمانے میں ایک عصا جو ہے، اس نے موو کیا تھا، یعنی سانپ بن گیا تھا۔</w:t>
      </w:r>
    </w:p>
    <w:p>
      <w:r>
        <w:rPr>
          <w:b/>
        </w:rPr>
        <w:t xml:space="preserve">[30:43] </w:t>
      </w:r>
      <w:r>
        <w:t>ek waqea hua tha, aaj jab poore poore poori universe jo hai, move kar rahi hai aap ke liye, yeh saara communication, nayi sawariyan, yeh yeh jitna bhi hai, jab matter move kar raha hai,</w:t>
      </w:r>
    </w:p>
    <w:p>
      <w:pPr>
        <w:jc w:val="right"/>
      </w:pPr>
      <w:r>
        <w:t>ایک واقعہ ہوا تھا، آج جب پورے پورے پوری یونیورس جو ہے، موو کر رہی ہے آپ کے لیے، یہ سارا کمیونیکیشن، نئی سواریاں، یہ یہ جتنا بھی ہے، جب میٹر موو کر رہا ہے،</w:t>
      </w:r>
    </w:p>
    <w:p>
      <w:r>
        <w:rPr>
          <w:b/>
        </w:rPr>
        <w:t xml:space="preserve">[31:00] </w:t>
      </w:r>
      <w:r>
        <w:t>matter is on the move. jis ko unhon ne jamadaat keh kar keh diya tha ke yeh to ghair mutharrik cheezein hain, ghair mutharrik cheezein hain, woh aaj kya hai?</w:t>
      </w:r>
    </w:p>
    <w:p>
      <w:pPr>
        <w:jc w:val="right"/>
      </w:pPr>
      <w:r>
        <w:t>میٹر از ان دا موو۔ جس کو انہوں نے جمادات کہہ کر کہہ دیا تھا کہ یہ تو غیر متحرک چیزیں ہیں، غیر متحرک چیزیں ہیں، وہ آج کیا ہے؟</w:t>
      </w:r>
    </w:p>
    <w:p>
      <w:r>
        <w:rPr>
          <w:b/>
        </w:rPr>
        <w:t xml:space="preserve">[31:12] </w:t>
      </w:r>
      <w:r>
        <w:t>woh matter on the move hai. yeh jo aap sawariyan istemaal karte hain, woh kya hai? woh matter hi to hai jo ke daud raha hai aap ko le kar ke.</w:t>
      </w:r>
    </w:p>
    <w:p>
      <w:pPr>
        <w:jc w:val="right"/>
      </w:pPr>
      <w:r>
        <w:t>وہ میٹر ان دا موو ہے۔ یہ جو آپ سواریاں استعمال کرتے ہیں، وہ کیا ہے؟ وہ میٹر ہی تو ہے جو کہ دوڑ رہا ہے آپ کو لے کر کے۔</w:t>
      </w:r>
    </w:p>
    <w:p>
      <w:r>
        <w:rPr>
          <w:b/>
        </w:rPr>
        <w:t xml:space="preserve">[31:23] </w:t>
      </w:r>
      <w:r>
        <w:t>to kaisi ajeeb baat hai ke aaj meter aap ko le kar ke yahan se wahan pohncha raha hai, samundaron mein, hawa mein, har jagah aap chal phir rahe hain, meter ke oopar sawaar ho kar ke.</w:t>
      </w:r>
    </w:p>
    <w:p>
      <w:pPr>
        <w:jc w:val="right"/>
      </w:pPr>
      <w:r>
        <w:t>تو کیسی عجیب بات ہے کہ آج میٹر آپ کو لے کر کے یہاں سے وہاں پہنچا رہا ہے، سمندروں میں، ہوا میں، ہر جگہ آپ چل پھر رہے ہیں، میٹر کے اوپر سوار ہو کر کے۔</w:t>
      </w:r>
    </w:p>
    <w:p>
      <w:r>
        <w:rPr>
          <w:b/>
        </w:rPr>
        <w:t xml:space="preserve">[31:38] </w:t>
      </w:r>
      <w:r>
        <w:t>aap ki awaz dekhiye, kis tarah se</w:t>
      </w:r>
    </w:p>
    <w:p>
      <w:pPr>
        <w:jc w:val="right"/>
      </w:pPr>
      <w:r>
        <w:t>آپ کی آواز دیکھیے، کس طرح سے</w:t>
      </w:r>
    </w:p>
    <w:p>
      <w:r>
        <w:rPr>
          <w:b/>
        </w:rPr>
        <w:t xml:space="preserve">[31:42] </w:t>
      </w:r>
      <w:r>
        <w:t>yeh jo camera hai, yeh jo yeh jo yeh jo system hai communication ka, yeh sab kya hai? meter hi to hai yeh. yani meter aap ki tasweer le raha hai, meter aap ki awaz ko record kar raha hai aur sari dunya mein pohncha raha hai.</w:t>
      </w:r>
    </w:p>
    <w:p>
      <w:pPr>
        <w:jc w:val="right"/>
      </w:pPr>
      <w:r>
        <w:t>یہ جو کیمرہ ہے، یہ جو یہ جو یہ جو سسٹم ہے کمیونیکیشن کا، یہ سب کیا ہے؟ میٹر ہی تو ہے یہ۔ یعنی میٹر آپ کی تصویر لے رہا ہے، میٹر آپ کی آواز کو ریکارڈ کر رہا ہے اور ساری دنیا میں پہنچا رہا ہے۔</w:t>
      </w:r>
    </w:p>
    <w:p>
      <w:r>
        <w:rPr>
          <w:b/>
        </w:rPr>
        <w:t xml:space="preserve">[31:56] </w:t>
      </w:r>
      <w:r>
        <w:t>achha, ab suniye, ab sochiye ke yeh kis ne kiya? yeh sab aik aik kaam, yeh kis ne kiya hai?</w:t>
      </w:r>
    </w:p>
    <w:p>
      <w:pPr>
        <w:jc w:val="right"/>
      </w:pPr>
      <w:r>
        <w:t>اچھا، اب سنیے، اب سوچیے کہ یہ کس نے کیا؟ یہ سب ایک ایک کام، یہ کس نے کیا ہے؟</w:t>
      </w:r>
    </w:p>
    <w:p>
      <w:r>
        <w:rPr>
          <w:b/>
        </w:rPr>
        <w:t xml:space="preserve">[32:05] </w:t>
      </w:r>
      <w:r>
        <w:t>yeh kis ne kiya hai? is mein kuch bhi hissa east ka nahi hai jis ko kaha ke unhon ne kaha ke east sab west ka hissa hai.</w:t>
      </w:r>
    </w:p>
    <w:p>
      <w:pPr>
        <w:jc w:val="right"/>
      </w:pPr>
      <w:r>
        <w:t>یہ کس نے کیا ہے؟ اس میں کچھ بھی حصہ ایسٹ کا نہیں ہے جس کو کہا کہ انہوں نے کہا کہ ایسٹ سب ویسٹ کا حصہ ہے۔</w:t>
      </w:r>
    </w:p>
    <w:p>
      <w:r>
        <w:rPr>
          <w:b/>
        </w:rPr>
        <w:t xml:space="preserve">[32:14] </w:t>
      </w:r>
      <w:r>
        <w:t>yeh western nations ne sab kuch kiya, yani Allah taala ne un ko tofeeq di ke woh karein.</w:t>
      </w:r>
    </w:p>
    <w:p>
      <w:pPr>
        <w:jc w:val="right"/>
      </w:pPr>
      <w:r>
        <w:t>یہ ویسٹرن نیشنز نے سب کچھ کیا، یعنی اللہ تعالیٰ نے ان کو توفیق دی کہ وہ کریں۔</w:t>
      </w:r>
    </w:p>
    <w:p>
      <w:r>
        <w:rPr>
          <w:b/>
        </w:rPr>
        <w:t xml:space="preserve">[32:22] </w:t>
      </w:r>
      <w:r>
        <w:t>mein yeh manta hoon ke west ne jo kuch kiya, woh ittefaq se nahi hua, Allah taala ki madad se hua. lekin behal zahiri taur par unhon ne nahi kiya.</w:t>
      </w:r>
    </w:p>
    <w:p>
      <w:pPr>
        <w:jc w:val="right"/>
      </w:pPr>
      <w:r>
        <w:t>میں یہ مانتا ہوں کہ ویسٹ نے جو کچھ کیا، وہ اتفاق سے نہیں ہوا، اللہ تعالیٰ کی مدد سے ہوا۔ لیکن بہرحال ظاہری طور پر انہوں نے نہیں کیا۔</w:t>
      </w:r>
    </w:p>
    <w:p>
      <w:r>
        <w:rPr>
          <w:b/>
        </w:rPr>
        <w:t xml:space="preserve">[32:33] </w:t>
      </w:r>
      <w:r>
        <w:t>to filma jaham marifat kufr bhi ho gaya yeh ke jo dua ki thi</w:t>
      </w:r>
    </w:p>
    <w:p>
      <w:pPr>
        <w:jc w:val="right"/>
      </w:pPr>
      <w:r>
        <w:t>تو فلما جاہم معرف کفر بھی ہو گیا یہ کہ جو دعا کی تھی</w:t>
      </w:r>
    </w:p>
    <w:p>
      <w:r>
        <w:rPr>
          <w:b/>
        </w:rPr>
        <w:t xml:space="preserve">[32:41] </w:t>
      </w:r>
      <w:r>
        <w:t>sahaba ne, us dua par tehqeeq kiya. yani western nation ne tehqeeq karte karte meter ko, yani itni sari blessing jo Khuda ki chupi hui thi, us ko zahir kar di.</w:t>
      </w:r>
    </w:p>
    <w:p>
      <w:pPr>
        <w:jc w:val="right"/>
      </w:pPr>
      <w:r>
        <w:t>صحابہ نے، اس دعا پر تحقیق کیا۔ یعنی ویسٹرن نیشن نے تحقیق کرتے کرتے میٹر کو، یعنی اتنی ساری بلیسنگ جو خدا کی چھپی ہوئی تھی، اس کو ظاہر کر دی۔</w:t>
      </w:r>
    </w:p>
    <w:p>
      <w:r>
        <w:rPr>
          <w:b/>
        </w:rPr>
        <w:t xml:space="preserve">[33:01] </w:t>
      </w:r>
      <w:r>
        <w:t>to kya hua? aap munkir ban gaye ya enemy ban gaye? isi cheez ke enemy ban gaye jo sahaba kiram ki duaon ke zariye dunya mein hamein hasil hua tha.</w:t>
      </w:r>
    </w:p>
    <w:p>
      <w:pPr>
        <w:jc w:val="right"/>
      </w:pPr>
      <w:r>
        <w:t>تو کیا ہوا؟ آپ منکر بن گئے یا اینی بن گئے؟ اسی چیز کے اینی بن گئے جو صحابہ کرام کی دعاؤں کے ذریعے دنیا میں ہمیں حاصل ہوا تھا۔</w:t>
      </w:r>
    </w:p>
    <w:p>
      <w:r>
        <w:rPr>
          <w:b/>
        </w:rPr>
        <w:t xml:space="preserve">[33:16] </w:t>
      </w:r>
      <w:r>
        <w:t>aaj har aadmi ki</w:t>
      </w:r>
    </w:p>
    <w:p>
      <w:pPr>
        <w:jc w:val="right"/>
      </w:pPr>
      <w:r>
        <w:t>آج ہر آدمی کی</w:t>
      </w:r>
    </w:p>
    <w:p>
      <w:r>
        <w:rPr>
          <w:b/>
        </w:rPr>
        <w:t xml:space="preserve">[33:18] </w:t>
      </w:r>
      <w:r>
        <w:t>jeeb mein mobile hota hai. yeh mobile kis ne ijad kiya hai? kis ne daryaft kiya hai? west ne kiya hai? har aadmi apni jeeb mein camera liye hue hai.</w:t>
      </w:r>
    </w:p>
    <w:p>
      <w:pPr>
        <w:jc w:val="right"/>
      </w:pPr>
      <w:r>
        <w:t>جیب میں موبائل ہوتا ہے۔ یہ موبائل کس نے ایجاد کیا ہے؟ کس نے دریافت کیا ہے؟ ویسٹ نے کیا ہے؟ ہر آدمی اپنی جیب میں کیمرہ لیے ہوئے ہیں۔</w:t>
      </w:r>
    </w:p>
    <w:p>
      <w:r>
        <w:rPr>
          <w:b/>
        </w:rPr>
        <w:t xml:space="preserve">[33:29] </w:t>
      </w:r>
      <w:r>
        <w:t>yeh camera kis ne daryaft kiya hai? west ne kiya hai? har aadmi website par apna baatein dali hui hain.</w:t>
      </w:r>
    </w:p>
    <w:p>
      <w:pPr>
        <w:jc w:val="right"/>
      </w:pPr>
      <w:r>
        <w:t>یہ کیمرہ کس نے دریافت کیا ہے؟ ویسٹ نے کیا ہے؟ ہر آدمی ویب سائٹ پر اپنا باتیں ڈالی ہوئی ہیں۔</w:t>
      </w:r>
    </w:p>
    <w:p>
      <w:r>
        <w:rPr>
          <w:b/>
        </w:rPr>
        <w:t xml:space="preserve">[33:38] </w:t>
      </w:r>
      <w:r>
        <w:t>jis ko dekhiye, website us ko apna khol rakha hai. is ne yeh website ki technique kis ne daryaft ki? kis ne develop kiya? woh sab west ne kiya.</w:t>
      </w:r>
    </w:p>
    <w:p>
      <w:pPr>
        <w:jc w:val="right"/>
      </w:pPr>
      <w:r>
        <w:t>جس کو دیکھیے، ویب سائٹ اس کو اپنا کھول رکھا ہے۔ اس نے یہ ویب سائٹ کی ٹیکنیک کس نے دریافت کی؟ کس نے ڈیولپ کیا؟ وہ سب ویسٹ نے کیا۔</w:t>
      </w:r>
    </w:p>
    <w:p>
      <w:r>
        <w:rPr>
          <w:b/>
        </w:rPr>
        <w:t xml:space="preserve">[33:49] </w:t>
      </w:r>
      <w:r>
        <w:t>yeh jitni bhi kisi ghar mein aap chale jaiye, us ke ghar mein jo furniture hoga aur jo saman hoga, woh sab west ka</w:t>
      </w:r>
    </w:p>
    <w:p>
      <w:pPr>
        <w:jc w:val="right"/>
      </w:pPr>
      <w:r>
        <w:t>یہ جتنی بھی کسی گھر میں آپ چلے جائیے، اس کے گھر میں جو فرنیچر ہوگا اور جو سامان ہوگا، وہ سب ویسٹ کا</w:t>
      </w:r>
    </w:p>
    <w:p>
      <w:r>
        <w:rPr>
          <w:b/>
        </w:rPr>
        <w:t xml:space="preserve">[33:56] </w:t>
      </w:r>
      <w:r>
        <w:t>westernized hoga woh sab</w:t>
      </w:r>
    </w:p>
    <w:p>
      <w:pPr>
        <w:jc w:val="right"/>
      </w:pPr>
      <w:r>
        <w:t>ویسٹرنائزڈ ہوگا۔ وہ سب</w:t>
      </w:r>
    </w:p>
    <w:p>
      <w:r>
        <w:rPr>
          <w:b/>
        </w:rPr>
        <w:t xml:space="preserve">[34:01] </w:t>
      </w:r>
      <w:r>
        <w:t>to is ke mani hain ke sahaba kiram ne dua ki thi ke Khuda ya, hamare liye aik suhoolat ka dour paida farma. yeh jo dour tha pehle ke hum Allah ko aik nahi keh sakte the,</w:t>
      </w:r>
    </w:p>
    <w:p>
      <w:pPr>
        <w:jc w:val="right"/>
      </w:pPr>
      <w:r>
        <w:t>تو اس کے معنی ہیں کہ صحابہ کرام نے دعا کی تھی کہ خدایا، ہمارے لیے ایک سہولت کا دور پیدا فرما۔ یہ جو دور تھا پہلے کہ ہم اللہ کو ایک نہیں کہہ سکتے تھے،</w:t>
      </w:r>
    </w:p>
    <w:p>
      <w:r>
        <w:rPr>
          <w:b/>
        </w:rPr>
        <w:t xml:space="preserve">[34:15] </w:t>
      </w:r>
      <w:r>
        <w:t>Allah ki parastish nahi kar sakte the,</w:t>
      </w:r>
    </w:p>
    <w:p>
      <w:pPr>
        <w:jc w:val="right"/>
      </w:pPr>
      <w:r>
        <w:t>اللہ کی پرستش نہیں کر سکتے تھے،</w:t>
      </w:r>
    </w:p>
    <w:p>
      <w:r>
        <w:rPr>
          <w:b/>
        </w:rPr>
        <w:t xml:space="preserve">[34:19] </w:t>
      </w:r>
      <w:r>
        <w:t>Allah ki ibadat nahi kar sakte the, har jagah marpeet hoti thi, yani mushrik banne ki azadi thi, muahid banne ki azadi nahi thi.</w:t>
      </w:r>
    </w:p>
    <w:p>
      <w:pPr>
        <w:jc w:val="right"/>
      </w:pPr>
      <w:r>
        <w:t>اللہ کی عبادت نہیں کر سکتے تھے، ہر جگہ مارپیٹ ہوتی تھی، یعنی مشرک بننے کی آزادی تھی، معاہد بننے کی آزادی نہیں تھی۔</w:t>
      </w:r>
    </w:p>
    <w:p>
      <w:r>
        <w:rPr>
          <w:b/>
        </w:rPr>
        <w:t xml:space="preserve">[34:30] </w:t>
      </w:r>
      <w:r>
        <w:t>kaisa ajeeb dour tha pehle zamaney mein! Quran mein hai ke "وما نقم منہم الا ایوب باللہ العزیز الحمید".</w:t>
      </w:r>
    </w:p>
    <w:p>
      <w:pPr>
        <w:jc w:val="right"/>
      </w:pPr>
      <w:r>
        <w:t>کیسا عجیب دور تھا پہلے زمانے میں! قرآن میں ہے کہ "وما نقم منہم الا ایوب باللہ العزیز الحمید"۔</w:t>
      </w:r>
    </w:p>
    <w:p>
      <w:r>
        <w:rPr>
          <w:b/>
        </w:rPr>
        <w:t xml:space="preserve">[34:39] </w:t>
      </w:r>
      <w:r>
        <w:t>is ka matlab tha qadeem zamaney mein hazaron saal tak yeh dunya mein culture tha ke mushrik bane to aap azad hain, muahid bane to aap ko mara jayega.</w:t>
      </w:r>
    </w:p>
    <w:p>
      <w:pPr>
        <w:jc w:val="right"/>
      </w:pPr>
      <w:r>
        <w:t>اس کا مطلب تھا قدیم زمانے میں ہزاروں سال تک یہ دنیا میں کلچر تھا کہ مشرک بنے تو آپ آزاد ہیں، معاہد بنے تو آپ کو مارا جائے گا۔</w:t>
      </w:r>
    </w:p>
    <w:p>
      <w:r>
        <w:rPr>
          <w:b/>
        </w:rPr>
        <w:t xml:space="preserve">[34:51] </w:t>
      </w:r>
      <w:r>
        <w:t>is dour ko khatam sahaba ne dua ki ke yeh dour khatam ho. Khuda ya,</w:t>
      </w:r>
    </w:p>
    <w:p>
      <w:pPr>
        <w:jc w:val="right"/>
      </w:pPr>
      <w:r>
        <w:t>اس دور کو ختم صحابہ نے دعا کی کہ یہ دور ختم ہو۔ خدایا،</w:t>
      </w:r>
    </w:p>
    <w:p>
      <w:r>
        <w:rPr>
          <w:b/>
        </w:rPr>
        <w:t xml:space="preserve">[34:56] </w:t>
      </w:r>
      <w:r>
        <w:t>yeh kaisi museebat hai ke Khuda ki dunya mein aadmi Khuda parasti ka tareeqa nahi ikhtiyar kar sakta? to Allah taala ne tofeeq di ahl-e-maghrib ko aur unhon ne sari cheezein badal dain.</w:t>
      </w:r>
    </w:p>
    <w:p>
      <w:pPr>
        <w:jc w:val="right"/>
      </w:pPr>
      <w:r>
        <w:t>یہ کیسی مصیبت ہے کہ خدا کی دنیا میں آدمی خدا پرستی کا طریقہ نہیں اختیار کر سکتا؟ تو اللہ تعالیٰ نے توفیق دی اہل مغرب کو اور انہوں نے ساری چیزیں بدلیں۔</w:t>
      </w:r>
    </w:p>
    <w:p>
      <w:r>
        <w:rPr>
          <w:b/>
        </w:rPr>
        <w:t xml:space="preserve">[35:11] </w:t>
      </w:r>
      <w:r>
        <w:t>aik taraf unhon ne scientific technology paida ki, is technology se yeh sara nai nai cheezein samne aain. doosre unhon ne, yani</w:t>
      </w:r>
    </w:p>
    <w:p>
      <w:pPr>
        <w:jc w:val="right"/>
      </w:pPr>
      <w:r>
        <w:t>ایک طرف انہوں نے سائنٹیفک ٹیکنالوجی پیدا کی، اس ٹیکنالوجی سے یہ سارا نئی نئی چیزیں سامنے آئیں۔ دوسرے انہوں نے، یعنی</w:t>
      </w:r>
    </w:p>
    <w:p>
      <w:r>
        <w:rPr>
          <w:b/>
        </w:rPr>
        <w:t xml:space="preserve">[35:23] </w:t>
      </w:r>
      <w:r>
        <w:t>woh bhi badla, yani thought bhi badla, culture bhi badla. yeh jitni cheezein aain hain, chahe azadi ho, jo democracy ho, secularism ho, yeh sab kon laya hai?</w:t>
      </w:r>
    </w:p>
    <w:p>
      <w:pPr>
        <w:jc w:val="right"/>
      </w:pPr>
      <w:r>
        <w:t>وہ بھی بدلا، یعنی تھاٹ بھی بدلا، کلچر بھی بدلا۔ یہ جتنی چیزیں آئیں ہیں، چاہے آزادی ہو، جو ڈیموکریسی ہو، سیکولرزم ہو، یہ سب کون لایا ہے؟</w:t>
      </w:r>
    </w:p>
    <w:p>
      <w:r>
        <w:rPr>
          <w:b/>
        </w:rPr>
        <w:t xml:space="preserve">[35:36] </w:t>
      </w:r>
      <w:r>
        <w:t>wahi to laye hain, wahi log. is ki wajah se aap ke liye mumkin hai ke aap</w:t>
      </w:r>
    </w:p>
    <w:p>
      <w:pPr>
        <w:jc w:val="right"/>
      </w:pPr>
      <w:r>
        <w:t>وہی تو لائے ہیں، وہی لوگ۔ اس کی وجہ سے آپ کے لیے ممکن ہے کہ آپ</w:t>
      </w:r>
    </w:p>
    <w:p>
      <w:r>
        <w:rPr>
          <w:b/>
        </w:rPr>
        <w:t xml:space="preserve">[35:41] </w:t>
      </w:r>
      <w:r>
        <w:t>anti authority bolte hain aur koi aap ko pakadta nahin. aap apne mazhab ki tablegh karte hain aur koi pakadta nahin. yeh sari, yani haqeeqat ke aitbaar se sab Allah ki blessing hai.</w:t>
      </w:r>
    </w:p>
    <w:p>
      <w:pPr>
        <w:jc w:val="right"/>
      </w:pPr>
      <w:r>
        <w:t>اینٹی اتھارٹی بولتے ہیں اور کوئی آپ کو پکڑتا نہیں۔ آپ اپنے مذہب کی تبلیغ کرتے ہیں اور کوئی پکڑتا نہیں۔ یہ ساری، یعنی حقیقت کے اعتبار سے سب اللہ کی بلیسنگ ہے۔</w:t>
      </w:r>
    </w:p>
    <w:p>
      <w:r>
        <w:rPr>
          <w:b/>
        </w:rPr>
        <w:t xml:space="preserve">[35:55] </w:t>
      </w:r>
      <w:r>
        <w:t>yeh sab ki sab Allah ki blessing hai. lekin Allah ne kis ko zariya banaya</w:t>
      </w:r>
    </w:p>
    <w:p>
      <w:pPr>
        <w:jc w:val="right"/>
      </w:pPr>
      <w:r>
        <w:t>یہ سب کی سب اللہ کی بلیسنگ ہے۔ لیکن اللہ نے کس کو ذریعہ بنایا</w:t>
      </w:r>
    </w:p>
    <w:p>
      <w:r>
        <w:rPr>
          <w:b/>
        </w:rPr>
        <w:t xml:space="preserve">[36:00] </w:t>
      </w:r>
      <w:r>
        <w:t>is is blessing ko saamne laane ka? inhi ko banaya phir is zariya. achha, jab woh bana chuke to aap un ka enemy, dushman ban gaye.</w:t>
      </w:r>
    </w:p>
    <w:p>
      <w:pPr>
        <w:jc w:val="right"/>
      </w:pPr>
      <w:r>
        <w:t>اس اس بلیسنگ کو سامنے لانے کا؟ انہی کو بنایا پھر اس ذریعہ۔ اچھا، جب وہ بنا چکے تو آپ ان کا اینیمی، دشمن بن گئے۔</w:t>
      </w:r>
    </w:p>
    <w:p>
      <w:r>
        <w:rPr>
          <w:b/>
        </w:rPr>
        <w:t xml:space="preserve">[36:12] </w:t>
      </w:r>
      <w:r>
        <w:t>yani jeeb mein mobile rakhe hue hain aur dushman wahi kahe jo jis ne mobile ko, yani</w:t>
      </w:r>
    </w:p>
    <w:p>
      <w:pPr>
        <w:jc w:val="right"/>
      </w:pPr>
      <w:r>
        <w:t>یعنی جیب میں موبائل رکھے ہوئے ہیں اور دشمن وہی کہے جو جس نے موبائل کو، یعنی</w:t>
      </w:r>
    </w:p>
    <w:p>
      <w:r>
        <w:rPr>
          <w:b/>
        </w:rPr>
        <w:t xml:space="preserve">[36:19] </w:t>
      </w:r>
      <w:r>
        <w:t>taiyar kiya hai. woh industry jis se mobile bana, camera bana, computer bana, car bana, hawai jahaz bana, yeh sari industry jo hai, kis ne paida ki?</w:t>
      </w:r>
    </w:p>
    <w:p>
      <w:pPr>
        <w:jc w:val="right"/>
      </w:pPr>
      <w:r>
        <w:t>تیار کیا ہے۔ وہ انڈسٹری جس سے موبائل بنا، کیمرہ بنا، کمپیوٹر بنا، کار بنا، ہوا جہاز بنا، یہ ساری انڈسٹری جو ہے، کس نے پیدا کی؟</w:t>
      </w:r>
    </w:p>
    <w:p>
      <w:r>
        <w:rPr>
          <w:b/>
        </w:rPr>
        <w:t xml:space="preserve">[36:31] </w:t>
      </w:r>
      <w:r>
        <w:t>yeh industry leej kaun laya?</w:t>
      </w:r>
    </w:p>
    <w:p>
      <w:pPr>
        <w:jc w:val="right"/>
      </w:pPr>
      <w:r>
        <w:t>یہ انڈسٹری لیج کون لایا؟</w:t>
      </w:r>
    </w:p>
    <w:p>
      <w:r>
        <w:rPr>
          <w:b/>
        </w:rPr>
        <w:t xml:space="preserve">[36:36] </w:t>
      </w:r>
      <w:r>
        <w:t>yeh printing press aur sari cheezein jo yeh ek, yeh jo modern industries ko kehte hain, kaun laya?</w:t>
      </w:r>
    </w:p>
    <w:p>
      <w:pPr>
        <w:jc w:val="right"/>
      </w:pPr>
      <w:r>
        <w:t>یہ پرنٹنگ پریس اور ساری چیزیں جو یہ ایک، یہ جو ماڈرن انڈسٹریز کو کہتے ہیں، کون لایا؟</w:t>
      </w:r>
    </w:p>
    <w:p>
      <w:r>
        <w:rPr>
          <w:b/>
        </w:rPr>
        <w:t xml:space="preserve">[36:45] </w:t>
      </w:r>
      <w:r>
        <w:t>yeh maghrib ke log laye. to main yeh kehta hoon ke khud sahaba karami ki dua se aisa hua.</w:t>
      </w:r>
    </w:p>
    <w:p>
      <w:pPr>
        <w:jc w:val="right"/>
      </w:pPr>
      <w:r>
        <w:t>یہ مغرب کے لوگ لائے۔ تو میں یہ کہتا ہوں کہ خود صحابہ کرامی کی دعا سے ایسا ہوا۔</w:t>
      </w:r>
    </w:p>
    <w:p>
      <w:r>
        <w:rPr>
          <w:b/>
        </w:rPr>
        <w:t xml:space="preserve">[36:54] </w:t>
      </w:r>
      <w:r>
        <w:t>Allah taala ki rehmat mutawajjah hui, Allah taala ne ahle maghrib ko tofeeq di aur yeh sab cheezein paida keen, unhon ne daryaft keen.</w:t>
      </w:r>
    </w:p>
    <w:p>
      <w:pPr>
        <w:jc w:val="right"/>
      </w:pPr>
      <w:r>
        <w:t>اللہ تعالیٰ کی رحمت متوجہ ہوئی، اللہ تعالیٰ نے اہل مغرب کو توفیق دی اور یہ سب چیزیں پیدا کیں، انہوں نے دریافت کیں۔</w:t>
      </w:r>
    </w:p>
    <w:p>
      <w:r>
        <w:rPr>
          <w:b/>
        </w:rPr>
        <w:t xml:space="preserve">[37:05] </w:t>
      </w:r>
      <w:r>
        <w:t>ab jab saamne aaya to wahi hua gaya ke "falamma jahum ma'rif kafar".</w:t>
      </w:r>
    </w:p>
    <w:p>
      <w:pPr>
        <w:jc w:val="right"/>
      </w:pPr>
      <w:r>
        <w:t>اب جب سامنے آیا تو وہی ہوا گیا کہ "فلما جاہم معرف کفر"۔</w:t>
      </w:r>
    </w:p>
    <w:p>
      <w:r>
        <w:rPr>
          <w:b/>
        </w:rPr>
        <w:t xml:space="preserve">[37:11] </w:t>
      </w:r>
      <w:r>
        <w:t>jab woh sab cheez saamne aa gayi to aap us ke enemy ban gaye. to zaati nafa ke liye, zaati interest ke liye to khoob istemal karte hain log, hatta ke apne beta beti ko, apne pota poti ko, apne nawasa nawasi ko isi west mein bhejte hain,</w:t>
      </w:r>
    </w:p>
    <w:p>
      <w:pPr>
        <w:jc w:val="right"/>
      </w:pPr>
      <w:r>
        <w:t>جب وہ سب چیز سامنے آ گئی تو آپ اس کے اینی بن گئے۔ تو ذاتی نفع کے لیے، ذاتی انٹرسٹ کے لیے تو خوب استعمال کرتے ہیں لوگ، حتیٰ کہ اپنے بیٹا بیٹی کو، اپنے پوتا بیٹی کو، اپنے نواسہ نواسی کو اسی ویسٹ میں بھیجتے ہیں،</w:t>
      </w:r>
    </w:p>
    <w:p>
      <w:r>
        <w:rPr>
          <w:b/>
        </w:rPr>
        <w:t xml:space="preserve">[37:30] </w:t>
      </w:r>
      <w:r>
        <w:t>yahan tak karte hain. lekin west ke dushman hain. yeh kya hai? yeh secular yahudiyat hai, yahudiyat ka secular imitation hai.</w:t>
      </w:r>
    </w:p>
    <w:p>
      <w:pPr>
        <w:jc w:val="right"/>
      </w:pPr>
      <w:r>
        <w:t>یہاں تک کرتے ہیں۔ لیکن ویسٹ کے دشمن ہیں۔ یہ کیا ہے؟ یہ سیکولر یہودیت ہے، یہودیت کا سیکولر ایمیٹیشن ہے۔</w:t>
      </w:r>
    </w:p>
    <w:p>
      <w:r>
        <w:rPr>
          <w:b/>
        </w:rPr>
        <w:t xml:space="preserve">[37:43] </w:t>
      </w:r>
      <w:r>
        <w:t>yeh yahudiyon ki secular naqali hai, yeh</w:t>
      </w:r>
    </w:p>
    <w:p>
      <w:pPr>
        <w:jc w:val="right"/>
      </w:pPr>
      <w:r>
        <w:t>یہ یہودیوں کی سیکولر نقالی ہے، یہ</w:t>
      </w:r>
    </w:p>
    <w:p>
      <w:r>
        <w:rPr>
          <w:b/>
        </w:rPr>
        <w:t xml:space="preserve">[37:50] </w:t>
      </w:r>
      <w:r>
        <w:t>ke apne apne Muslim ko ka dushman ban jaana.</w:t>
      </w:r>
    </w:p>
    <w:p>
      <w:pPr>
        <w:jc w:val="right"/>
      </w:pPr>
      <w:r>
        <w:t>کہ اپنے اپنے مسلم کو کا دشمن بن جانا۔</w:t>
      </w:r>
    </w:p>
    <w:p>
      <w:r>
        <w:rPr>
          <w:b/>
        </w:rPr>
        <w:t xml:space="preserve">[37:57] </w:t>
      </w:r>
      <w:r>
        <w:t>yeh saada baat nahin hai aur yeh itna phaila, itna phaila, itna phaila ke dekhiye, yeh phailne ki wajah kya hai?</w:t>
      </w:r>
    </w:p>
    <w:p>
      <w:pPr>
        <w:jc w:val="right"/>
      </w:pPr>
      <w:r>
        <w:t>یہ سادہ بات نہیں ہے اور یہ اتنا پھیلا، اتنا پھیلا، اتنا پھیلا کہ دیکھیے، یہ پھیلنے کی وجہ کیا ہے؟</w:t>
      </w:r>
    </w:p>
    <w:p>
      <w:r>
        <w:rPr>
          <w:b/>
        </w:rPr>
        <w:t xml:space="preserve">[38:09] </w:t>
      </w:r>
      <w:r>
        <w:t>Allah taala ne maujooda zamane mein ek nayi cheez paida ki jis ko hum kehte hain</w:t>
      </w:r>
    </w:p>
    <w:p>
      <w:pPr>
        <w:jc w:val="right"/>
      </w:pPr>
      <w:r>
        <w:t>اللہ تعالیٰ نے موجودہ زمانے میں ایک نئی چیز پیدا کی جس کو ہم کہتے ہیں</w:t>
      </w:r>
    </w:p>
    <w:p>
      <w:r>
        <w:rPr>
          <w:b/>
        </w:rPr>
        <w:t xml:space="preserve">[38:14] </w:t>
      </w:r>
      <w:r>
        <w:t>print media, electronic media, communication. yeh kehte hain, yeh kis liye aaya tha? is liye aaya tha ke aap sachai ki tablegh karein, Allah ke paigham ko duniya tak pahunchayein.</w:t>
      </w:r>
    </w:p>
    <w:p>
      <w:pPr>
        <w:jc w:val="right"/>
      </w:pPr>
      <w:r>
        <w:t>پرنٹ میڈیا، الیکٹرانک میڈیا، کمیونیکیشن۔ یہ کہتے ہیں، یہ کس لیے آیا تھا؟ اس لیے آیا تھا کہ آپ سچائی کی تبلیغ کریں، اللہ کے پیغام کو دنیا تک پہنچائیں۔</w:t>
      </w:r>
    </w:p>
    <w:p>
      <w:r>
        <w:rPr>
          <w:b/>
        </w:rPr>
        <w:t xml:space="preserve">[38:28] </w:t>
      </w:r>
      <w:r>
        <w:t>yeh age of communication is liye aaya tha.</w:t>
      </w:r>
    </w:p>
    <w:p>
      <w:pPr>
        <w:jc w:val="right"/>
      </w:pPr>
      <w:r>
        <w:t>یہ ایج آف کمیونیکیشن اس لیے آیا تھا۔</w:t>
      </w:r>
    </w:p>
    <w:p>
      <w:r>
        <w:rPr>
          <w:b/>
        </w:rPr>
        <w:t xml:space="preserve">[38:31] </w:t>
      </w:r>
      <w:r>
        <w:t>lekin musalmanon ne kya kiya? is poore zarea zarea ko istemal kiya manfi baatein phailane ke liye.</w:t>
      </w:r>
    </w:p>
    <w:p>
      <w:pPr>
        <w:jc w:val="right"/>
      </w:pPr>
      <w:r>
        <w:t>لیکن مسلمانوں نے کیا کیا؟ اس پورے ذرائع ذرائع کو استعمال کیا منفی باتیں پھیلانے کے لیے۔</w:t>
      </w:r>
    </w:p>
    <w:p>
      <w:r>
        <w:rPr>
          <w:b/>
        </w:rPr>
        <w:t xml:space="preserve">[38:40] </w:t>
      </w:r>
      <w:r>
        <w:t>musalmanon ke akhbarat, musalmanon ke magazines, musalmanon ki kitabein, musalmanon ke stage sab kahan is kaam mein masroof hain?</w:t>
      </w:r>
    </w:p>
    <w:p>
      <w:pPr>
        <w:jc w:val="right"/>
      </w:pPr>
      <w:r>
        <w:t>مسلمانوں کے اخبارات، مسلمانوں کے میگزین، مسلمانوں کی کتابیں، مسلمانوں کے اسٹیج سب کہاں اس کام میں مشغول ہیں؟</w:t>
      </w:r>
    </w:p>
    <w:p>
      <w:r>
        <w:rPr>
          <w:b/>
        </w:rPr>
        <w:t xml:space="preserve">[38:50] </w:t>
      </w:r>
      <w:r>
        <w:t>bas nafrat ki baatein phailane mein.</w:t>
      </w:r>
    </w:p>
    <w:p>
      <w:pPr>
        <w:jc w:val="right"/>
      </w:pPr>
      <w:r>
        <w:t>بس نفرت کی باتیں پھیلانے میں۔</w:t>
      </w:r>
    </w:p>
    <w:p>
      <w:r>
        <w:rPr>
          <w:b/>
        </w:rPr>
        <w:t xml:space="preserve">[38:55] </w:t>
      </w:r>
      <w:r>
        <w:t>mujhe mein soch raha tha is par to mujhe yaad aaya ke ek ek English shayar tha, ek British shayar tha, ek uska naam tha Rudyard Kipling.</w:t>
      </w:r>
    </w:p>
    <w:p>
      <w:pPr>
        <w:jc w:val="right"/>
      </w:pPr>
      <w:r>
        <w:t>مجھے میں سوچ رہا تھا اس پر تو مجھے یاد آیا کہ ایک ایک انگلش شاعر تھا، ایک برٹش شاعر تھا، ایک اس کا نام تھا روڈ یارڈ کپلنگ۔</w:t>
      </w:r>
    </w:p>
    <w:p>
      <w:r>
        <w:rPr>
          <w:b/>
        </w:rPr>
        <w:t xml:space="preserve">[39:06] </w:t>
      </w:r>
      <w:r>
        <w:t>Rudyard Kipling yeh British daur mein Bombay mein paida hua tha.</w:t>
      </w:r>
    </w:p>
    <w:p>
      <w:pPr>
        <w:jc w:val="right"/>
      </w:pPr>
      <w:r>
        <w:t>روڈ یارڈ کپلنگ یہ برٹش دور میں بمبے میں پیدا ہوا تھا۔</w:t>
      </w:r>
    </w:p>
    <w:p>
      <w:r>
        <w:rPr>
          <w:b/>
        </w:rPr>
        <w:t xml:space="preserve">[39:15] </w:t>
      </w:r>
      <w:r>
        <w:t>uske maa baap Bombay mein rehte the, wahan paida hua. woh yeh jab woh paanch saal ka tha to uske baba le ke chale gaye us ko Bartania.</w:t>
      </w:r>
    </w:p>
    <w:p>
      <w:pPr>
        <w:jc w:val="right"/>
      </w:pPr>
      <w:r>
        <w:t>اس کے ماں باپ بمبے میں رہتے تھے، وہاں پیدا ہوا۔ وہ یہ جب وہ پانچ سال کا تھا تو اس کے بابا لے کے چلے گئے اس کو برطانیہ۔</w:t>
      </w:r>
    </w:p>
    <w:p>
      <w:r>
        <w:rPr>
          <w:b/>
        </w:rPr>
        <w:t xml:space="preserve">[39:26] </w:t>
      </w:r>
      <w:r>
        <w:t>is ka intaqal hua 1936 mein. rudyard kipling jo tha, bohat ziyada</w:t>
      </w:r>
    </w:p>
    <w:p>
      <w:pPr>
        <w:jc w:val="right"/>
      </w:pPr>
      <w:r>
        <w:t>اس کا انتقال ہوا 1936 میں۔ روڈ یارڈ کپلنگ جو تھا، بہت زیادہ</w:t>
      </w:r>
    </w:p>
    <w:p>
      <w:r>
        <w:rPr>
          <w:b/>
        </w:rPr>
        <w:t xml:space="preserve">[39:34] </w:t>
      </w:r>
      <w:r>
        <w:t>shayad argand aadmi tha, west ki superiority ko per believe karta tha. woh to behal is ka aik mashhoor couplet hai ke "West is West and East is East and</w:t>
      </w:r>
    </w:p>
    <w:p>
      <w:pPr>
        <w:jc w:val="right"/>
      </w:pPr>
      <w:r>
        <w:t>شاید ارگنڈ آدمی تھا، ویسٹ کی سپیریٹی کو پر بیلیو کرتا تھا۔ وہ تو بہرحال اس کا ایک مشہور کپلیٹ ہے کہ "ویسٹ از ویسٹ اینڈ ایسٹ از ایسٹ اینڈ</w:t>
      </w:r>
    </w:p>
    <w:p>
      <w:r>
        <w:rPr>
          <w:b/>
        </w:rPr>
        <w:t xml:space="preserve">[39:53] </w:t>
      </w:r>
      <w:r>
        <w:t>"The twain shall not shall never meet." West is West and East is East and and twain shall not shall never meet ke maghrib maghrib hai aur mashriq mashriq hai, dono kabhi mil nahi sakte.</w:t>
      </w:r>
    </w:p>
    <w:p>
      <w:pPr>
        <w:jc w:val="right"/>
      </w:pPr>
      <w:r>
        <w:t>دا ٹوین شیل ناٹ شیل نیور بیٹ۔" ویسٹ از ویسٹ اینڈ ایسٹ از ایسٹ اینڈ اینڈ ٹوین شیل ناٹ شیل نیور بیٹ کہ مغرب مغرب ہے اور مشرق مشرق ہے، دونوں کبھی مل نہیں سکتے۔</w:t>
      </w:r>
    </w:p>
    <w:p>
      <w:r>
        <w:rPr>
          <w:b/>
        </w:rPr>
        <w:t xml:space="preserve">[40:13] </w:t>
      </w:r>
      <w:r>
        <w:t>maghrib maghrib hai, mashriq mashriq hai, dono kabhi mil nahi sakte. to rudyard kipling ke sath yeh tasawwur to wahan khatam ho gaya.</w:t>
      </w:r>
    </w:p>
    <w:p>
      <w:pPr>
        <w:jc w:val="right"/>
      </w:pPr>
      <w:r>
        <w:t>مغرب مغرب ہے، مشرق مشرق ہے، دونوں کبھی مل نہیں سکتے۔ تو روڈ یارڈ کپلنگ کے ساتھ یہ تصور تو وہاں ختم ہو گیا۔</w:t>
      </w:r>
    </w:p>
    <w:p>
      <w:r>
        <w:rPr>
          <w:b/>
        </w:rPr>
        <w:t xml:space="preserve">[40:22] </w:t>
      </w:r>
      <w:r>
        <w:t>maghrib dunya mein tasawwur maujood nahi hai. musalmanon ne is ko khoob qabool kar liya. musalmanon mein kya hai?</w:t>
      </w:r>
    </w:p>
    <w:p>
      <w:pPr>
        <w:jc w:val="right"/>
      </w:pPr>
      <w:r>
        <w:t>مغرب دنیا میں تصور موجود نہیں ہے۔ مسلمانوں نے اس کو خوب قبول کر لیا۔ مسلمانوں میں کیا ہے؟</w:t>
      </w:r>
    </w:p>
    <w:p>
      <w:r>
        <w:rPr>
          <w:b/>
        </w:rPr>
        <w:t xml:space="preserve">[40:31] </w:t>
      </w:r>
      <w:r>
        <w:t>agarche woh lafzi tor par ailaan nahi kiya, unhon ne amalan dekha, amalan ke muslim muslim hai, ghair muslim ghair muslim hai, dono mil nahi sakte kabhi.</w:t>
      </w:r>
    </w:p>
    <w:p>
      <w:pPr>
        <w:jc w:val="right"/>
      </w:pPr>
      <w:r>
        <w:t>اگرچہ وہ لفظی طور پر اعلان نہیں کیا، انہوں نے عملاً دیکھا، عملاً کہ مسلم مسلم ہے، غیر مسلم غیر مسلم ہے، دونوں مل نہیں سکتے کبھی۔</w:t>
      </w:r>
    </w:p>
    <w:p>
      <w:r>
        <w:rPr>
          <w:b/>
        </w:rPr>
        <w:t xml:space="preserve">[40:43] </w:t>
      </w:r>
      <w:r>
        <w:t>yeh momin hai, woh kafir hai. yeh darul islam hai, woh darul harb hai.</w:t>
      </w:r>
    </w:p>
    <w:p>
      <w:pPr>
        <w:jc w:val="right"/>
      </w:pPr>
      <w:r>
        <w:t>یہ مومن ہے، وہ کافر ہے۔ یہ دارالاسلام ہے، وہ دارالحرب ہے۔</w:t>
      </w:r>
    </w:p>
    <w:p>
      <w:r>
        <w:rPr>
          <w:b/>
        </w:rPr>
        <w:t xml:space="preserve">[40:49] </w:t>
      </w:r>
      <w:r>
        <w:t>yeh hamari, yeh hamari ideology banai hai is baat ka logon ne.</w:t>
      </w:r>
    </w:p>
    <w:p>
      <w:pPr>
        <w:jc w:val="right"/>
      </w:pPr>
      <w:r>
        <w:t>یہ ہماری، یہ ہماری ائیڈالوجی بنائی ہے اس بات کا لوگوں نے۔</w:t>
      </w:r>
    </w:p>
    <w:p>
      <w:r>
        <w:rPr>
          <w:b/>
        </w:rPr>
        <w:t xml:space="preserve">[40:56] </w:t>
      </w:r>
      <w:r>
        <w:t>kitni khatarnak ideology hai!</w:t>
      </w:r>
    </w:p>
    <w:p>
      <w:pPr>
        <w:jc w:val="right"/>
      </w:pPr>
      <w:r>
        <w:t>کتنی خطرناک ائیڈالوجی ہے!</w:t>
      </w:r>
    </w:p>
    <w:p>
      <w:r>
        <w:rPr>
          <w:b/>
        </w:rPr>
        <w:t xml:space="preserve">[41:02] </w:t>
      </w:r>
      <w:r>
        <w:t>we and they concept bohat hi bari shakal mein musalmanon mein aa chuka hai, jo ke anti islam hai. is liye dekhiye, islam jo hai aik mazhab, dawati mazhab hai,</w:t>
      </w:r>
    </w:p>
    <w:p>
      <w:pPr>
        <w:jc w:val="right"/>
      </w:pPr>
      <w:r>
        <w:t>وی اینڈ دے کانسیپٹ بہت ہی بڑی شکل میں مسلمانوں میں آ چکا ہے، جو کہ اینٹی اسلام ہے۔ اس لیے دیکھیے، اسلام جو ہے ایک مذہب، دعوتی مذہب ہے،</w:t>
      </w:r>
    </w:p>
    <w:p>
      <w:r>
        <w:rPr>
          <w:b/>
        </w:rPr>
        <w:t xml:space="preserve">[41:16] </w:t>
      </w:r>
      <w:r>
        <w:t>dawati mission hai. tamam paighambaron ne</w:t>
      </w:r>
    </w:p>
    <w:p>
      <w:pPr>
        <w:jc w:val="right"/>
      </w:pPr>
      <w:r>
        <w:t>دعوتی مشن ہے۔ تمام پیغمبروں نے</w:t>
      </w:r>
    </w:p>
    <w:p>
      <w:r>
        <w:rPr>
          <w:b/>
        </w:rPr>
        <w:t xml:space="preserve">[41:20] </w:t>
      </w:r>
      <w:r>
        <w:t>kaha tha ke "ani lakum nasih, ani lakum nasih". nasih ke mani hotay hain khair khwah, well wisher. mein tumhara well wisher hoon, mein tumhara well wisher hoon.</w:t>
      </w:r>
    </w:p>
    <w:p>
      <w:pPr>
        <w:jc w:val="right"/>
      </w:pPr>
      <w:r>
        <w:t>کہا تھا کہ "انی لکم ناسح، انی لکم ناسح"۔ ناسح کے معنی ہوتے ہیں خیر خواہ، ولشر۔ میں تمہارا ولشر ہوں، میں تمہارا ولشر ہوں۔</w:t>
      </w:r>
    </w:p>
    <w:p>
      <w:r>
        <w:rPr>
          <w:b/>
        </w:rPr>
        <w:t xml:space="preserve">[41:33] </w:t>
      </w:r>
      <w:r>
        <w:t>yani woh log jo</w:t>
      </w:r>
    </w:p>
    <w:p>
      <w:pPr>
        <w:jc w:val="right"/>
      </w:pPr>
      <w:r>
        <w:t>یعنی وہ لوگ جو</w:t>
      </w:r>
    </w:p>
    <w:p>
      <w:r>
        <w:rPr>
          <w:b/>
        </w:rPr>
        <w:t xml:space="preserve">[41:38] </w:t>
      </w:r>
      <w:r>
        <w:t>maroof istilaah ke mutabiq kafir thay, mushrik thay, un ko kaha ke mein tumhara well wisher hoon. is mani ki yeh concept ke ke muslim muslim hai aur ghair muslim ghair muslim hai, dono mil nahi sakte thay, bilkul yeh false, false nazariya hai.</w:t>
      </w:r>
    </w:p>
    <w:p>
      <w:pPr>
        <w:jc w:val="right"/>
      </w:pPr>
      <w:r>
        <w:t>معروف اصطلاح کے مطابق کافر تھے، مشرک تھے، ان کو کہا کہ میں تمہارا ولشر ہوں۔ اس معنی کی یہ کانسیپٹ کہ کہ مسلم مسلم ہے اور غیر مسلم غیر مسلم ہے، دونوں مل نہیں سکتے تھے، بالکل یہ فالس، فالس نظریہ ہے۔</w:t>
      </w:r>
    </w:p>
    <w:p>
      <w:r>
        <w:rPr>
          <w:b/>
        </w:rPr>
        <w:t xml:space="preserve">[41:58] </w:t>
      </w:r>
      <w:r>
        <w:t>yeh islami nazariya nahi hai.</w:t>
      </w:r>
    </w:p>
    <w:p>
      <w:pPr>
        <w:jc w:val="right"/>
      </w:pPr>
      <w:r>
        <w:t>یہ اسلامی نظریہ نہیں ہے۔</w:t>
      </w:r>
    </w:p>
    <w:p>
      <w:r>
        <w:rPr>
          <w:b/>
        </w:rPr>
        <w:t xml:space="preserve">[42:01] </w:t>
      </w:r>
      <w:r>
        <w:t>islami nazariya to aik yahan tak hai, yahan tak hai ke quran mein hai ke agar koi tum ko bazahir dushman dikhai de, tab bhi tum kya karo?</w:t>
      </w:r>
    </w:p>
    <w:p>
      <w:pPr>
        <w:jc w:val="right"/>
      </w:pPr>
      <w:r>
        <w:t>اسلامی نظریہ تو ایک یہاں تک ہے، یہاں تک ہے کہ قرآن میں ہے کہ اگر کوئی تم کو بظاہر دشمن دکھائی دے، تب بھی تم کیا کرو؟</w:t>
      </w:r>
    </w:p>
    <w:p>
      <w:r>
        <w:rPr>
          <w:b/>
        </w:rPr>
        <w:t xml:space="preserve">[42:11] </w:t>
      </w:r>
      <w:r>
        <w:t>acha sulook kar ke us ko dost banao. tab bhi</w:t>
      </w:r>
    </w:p>
    <w:p>
      <w:pPr>
        <w:jc w:val="right"/>
      </w:pPr>
      <w:r>
        <w:t>اچھا سلوک کر کے اس کو دوست بناؤ۔ تب بھی</w:t>
      </w:r>
    </w:p>
    <w:p>
      <w:r>
        <w:rPr>
          <w:b/>
        </w:rPr>
        <w:t xml:space="preserve">[42:19] </w:t>
      </w:r>
      <w:r>
        <w:t>surah hami was-sajdah mein ayat hai</w:t>
      </w:r>
    </w:p>
    <w:p>
      <w:pPr>
        <w:jc w:val="right"/>
      </w:pPr>
      <w:r>
        <w:t>سورہ حامی وسجدہ میں آیت ہے</w:t>
      </w:r>
    </w:p>
    <w:p>
      <w:r>
        <w:rPr>
          <w:b/>
        </w:rPr>
        <w:t xml:space="preserve">[42:26] </w:t>
      </w:r>
      <w:r>
        <w:t>ke us ke sath acha sulook karo. fa-iz alladhi bainaka wa bainahum 'adaawatun ka-annahu waliyyun hameem. is ka matlab kya hai?</w:t>
      </w:r>
    </w:p>
    <w:p>
      <w:pPr>
        <w:jc w:val="right"/>
      </w:pPr>
      <w:r>
        <w:t>کہ اس کے ساتھ اچھا سلوک کرو۔ فیض الذی بینک بنو عداوہ کانو ولی حمیم۔ اس کا مطلب کیا ہے؟</w:t>
      </w:r>
    </w:p>
    <w:p>
      <w:r>
        <w:rPr>
          <w:b/>
        </w:rPr>
        <w:t xml:space="preserve">[42:35] </w:t>
      </w:r>
      <w:r>
        <w:t>yeh bari revolutionary baat hai, bohat hi inqilabi baat hai ke musalman ko yeh soch di gayi ke tum apne enemy ko bhi</w:t>
      </w:r>
    </w:p>
    <w:p>
      <w:pPr>
        <w:jc w:val="right"/>
      </w:pPr>
      <w:r>
        <w:t>یہ بڑی ریولیوشنری بات ہے، بہت ہی انقلابی بات ہے کہ مسلمان کو یہ سوچ دی گئی کہ تم اپنے اینمی کو بھی</w:t>
      </w:r>
    </w:p>
    <w:p>
      <w:r>
        <w:rPr>
          <w:b/>
        </w:rPr>
        <w:t xml:space="preserve">[42:44] </w:t>
      </w:r>
      <w:r>
        <w:t>potential friend mano. apna kaisi ajeeb baat hai!</w:t>
      </w:r>
    </w:p>
    <w:p>
      <w:pPr>
        <w:jc w:val="right"/>
      </w:pPr>
      <w:r>
        <w:t>پوٹینشل فرینڈ مانو۔ اپنا کیسی عجیب بات ہے!</w:t>
      </w:r>
    </w:p>
    <w:p>
      <w:r>
        <w:rPr>
          <w:b/>
        </w:rPr>
        <w:t xml:space="preserve">[42:48] </w:t>
      </w:r>
      <w:r>
        <w:t>yeh tum apne enemy ko bhi apne potential friend ke roop mein dekho. your enemy is your potential friend.</w:t>
      </w:r>
    </w:p>
    <w:p>
      <w:pPr>
        <w:jc w:val="right"/>
      </w:pPr>
      <w:r>
        <w:t>یہ تم اپنے اینمی کو بھی اپنے پوٹینشل فرینڈ کے روپ میں دیکھو۔ یور اینمی از یور پوٹینشل فرینڈ۔</w:t>
      </w:r>
    </w:p>
    <w:p>
      <w:r>
        <w:rPr>
          <w:b/>
        </w:rPr>
        <w:t xml:space="preserve">[43:01] </w:t>
      </w:r>
      <w:r>
        <w:t>ab bataiye ke yeh west ke khilaf jo zehn bana rakha hai musalmanon mein, yeh kis qadar ghair islami zehn hai?</w:t>
      </w:r>
    </w:p>
    <w:p>
      <w:pPr>
        <w:jc w:val="right"/>
      </w:pPr>
      <w:r>
        <w:t>اب بتائیے کہ یہ ویسٹ کے خلاف جو ذہن بنا رکھا ہے مسلمانوں میں، یہ کس قدر غیر اسلامی ذہن ہے؟</w:t>
      </w:r>
    </w:p>
    <w:p>
      <w:r>
        <w:rPr>
          <w:b/>
        </w:rPr>
        <w:t xml:space="preserve">[43:06] </w:t>
      </w:r>
      <w:r>
        <w:t>kitna ziyada door hai islam se yeh baat? bal farz, mein nahi manta ke maghrib hamara dushman hai, mein is ko bilkul hi absurd manta hoon, baseless.</w:t>
      </w:r>
    </w:p>
    <w:p>
      <w:pPr>
        <w:jc w:val="right"/>
      </w:pPr>
      <w:r>
        <w:t>کتنا زیادہ دور ہے اسلام سے یہ بات؟ بالفرض، میں نہیں مانتا کہ مغرب ہمارا دشمن ہے، میں اس کو بالکل ہی ایبسرٹ مانتا ہوں، بیسلیس۔</w:t>
      </w:r>
    </w:p>
    <w:p>
      <w:r>
        <w:rPr>
          <w:b/>
        </w:rPr>
        <w:t xml:space="preserve">[43:17] </w:t>
      </w:r>
      <w:r>
        <w:t>lekin bal farz, for the sake of argument, mein kahoon ga ke agar maghrib dushman ho, tab bhi aap ko</w:t>
      </w:r>
    </w:p>
    <w:p>
      <w:pPr>
        <w:jc w:val="right"/>
      </w:pPr>
      <w:r>
        <w:t>لیکن بالفرض، فار دا سیک آف ارگومنٹ، میں کہوں گا کہ اگر مغرب دشمن ہو، تب بھی آپ کو</w:t>
      </w:r>
    </w:p>
    <w:p>
      <w:r>
        <w:rPr>
          <w:b/>
        </w:rPr>
        <w:t xml:space="preserve">[43:26] </w:t>
      </w:r>
      <w:r>
        <w:t>quran ki is taleem ke mutabiq maghrib ko apne potential friend ke roop mein dekhna chahiye.</w:t>
      </w:r>
    </w:p>
    <w:p>
      <w:pPr>
        <w:jc w:val="right"/>
      </w:pPr>
      <w:r>
        <w:t>قرآن کی اس تعلیم کے مطابق مغرب کو اپنے پوٹینشل فرینڈ کے روپ میں دیکھنا چاہیے۔</w:t>
      </w:r>
    </w:p>
    <w:p>
      <w:r>
        <w:rPr>
          <w:b/>
        </w:rPr>
        <w:t xml:space="preserve">[43:36] </w:t>
      </w:r>
      <w:r>
        <w:t>phir main repeat karunga ke main zaati taur par hargiz yeh nahi manta ke maghrib hamara dushman hai. main is ko bohat hi zyada baseless samajhta hoon, absurd samajhta hoon.</w:t>
      </w:r>
    </w:p>
    <w:p>
      <w:pPr>
        <w:jc w:val="right"/>
      </w:pPr>
      <w:r>
        <w:t>پھر میں ریپیٹ کروں گا کہ میں ذاتی طور پر ہرگز یہ نہیں مانتا کہ مغرب ہمارا دشمن ہے۔ میں اس کو بہت ہی زیادہ بیسلیس سمجھتا ہوں، ایبسرٹ سمجھتا ہوں۔</w:t>
      </w:r>
    </w:p>
    <w:p>
      <w:r>
        <w:rPr>
          <w:b/>
        </w:rPr>
        <w:t xml:space="preserve">[43:50] </w:t>
      </w:r>
      <w:r>
        <w:t>is mein kuch bhi sachai nahi hai ke maghrib hamara dushman hai.</w:t>
      </w:r>
    </w:p>
    <w:p>
      <w:pPr>
        <w:jc w:val="right"/>
      </w:pPr>
      <w:r>
        <w:t>اس میں کچھ بھی سچائی نہیں ہے کہ مغرب ہمارا دشمن ہے۔</w:t>
      </w:r>
    </w:p>
    <w:p>
      <w:r>
        <w:rPr>
          <w:b/>
        </w:rPr>
        <w:t xml:space="preserve">[43:54] </w:t>
      </w:r>
      <w:r>
        <w:t>lekin chuna ke musalman sari dunya mein yahi samajh bethe hain, to main kahunga ke for the sake of argument, balfarz agar maghrib dushman ho, tab bhi quran ki taleem kya hai?</w:t>
      </w:r>
    </w:p>
    <w:p>
      <w:pPr>
        <w:jc w:val="right"/>
      </w:pPr>
      <w:r>
        <w:t>لیکن چونکہ مسلمان ساری دنیا میں یہی سمجھ بیٹھے ہیں، تو میں کہوں گا کہ فار دا سیک آف ارگومنٹ، بالفرض اگر مغرب دشمن ہو، تب بھی قرآن کی تعلیم کیا ہے؟</w:t>
      </w:r>
    </w:p>
    <w:p>
      <w:r>
        <w:rPr>
          <w:b/>
        </w:rPr>
        <w:t xml:space="preserve">[44:11] </w:t>
      </w:r>
      <w:r>
        <w:t>ke tum maghrib ko apna potential friend mano aur is ko acha sulook kar ke is potential ko actual banao. is potential ko actual banao.</w:t>
      </w:r>
    </w:p>
    <w:p>
      <w:pPr>
        <w:jc w:val="right"/>
      </w:pPr>
      <w:r>
        <w:t>کہ تم مغرب کو اپنا پوٹینشل فرینڈ مانو اور اس کو اچھا سلوک کر کے اس پوٹینشل کو ایکچول بناؤ۔ اس پوٹینشل کو ایکچول بناؤ۔</w:t>
      </w:r>
    </w:p>
    <w:p>
      <w:r>
        <w:rPr>
          <w:b/>
        </w:rPr>
        <w:t xml:space="preserve">[44:25] </w:t>
      </w:r>
      <w:r>
        <w:t>to yeh hai surah taha jis mein aaj sari ummat e muslema mubtala hai. sari ummat e muslema yeh all pervasive mentality hai musalmanon mein ke maghrib hamara dushman hai, maghrib hamare khilaf conspiracy karta hai,</w:t>
      </w:r>
    </w:p>
    <w:p>
      <w:pPr>
        <w:jc w:val="right"/>
      </w:pPr>
      <w:r>
        <w:t>تو یہ ہے سورہ طہ جس میں آج ساری امت مسلمہ مبتلا ہے۔ ساری امت مسلمہ یہ ال پرویسو مینٹیلٹی ہے مسلمانوں میں کہ مغرب ہمارا دشمن ہے، مغرب ہمارے خلاف کانسپریسی کرتا ہے،</w:t>
      </w:r>
    </w:p>
    <w:p>
      <w:r>
        <w:rPr>
          <w:b/>
        </w:rPr>
        <w:t xml:space="preserve">[44:42] </w:t>
      </w:r>
      <w:r>
        <w:t>maghrib hamara rival hai.</w:t>
      </w:r>
    </w:p>
    <w:p>
      <w:pPr>
        <w:jc w:val="right"/>
      </w:pPr>
      <w:r>
        <w:t>مغرب ہمارا رائیول ہے۔</w:t>
      </w:r>
    </w:p>
    <w:p>
      <w:r>
        <w:rPr>
          <w:b/>
        </w:rPr>
        <w:t xml:space="preserve">[44:46] </w:t>
      </w:r>
      <w:r>
        <w:t>to wahi soorat e haal jo madine mein sirf ek town ki satah par hui thi, town madina ek town tha, aaj global level pe ho chuki hai.</w:t>
      </w:r>
    </w:p>
    <w:p>
      <w:pPr>
        <w:jc w:val="right"/>
      </w:pPr>
      <w:r>
        <w:t>تو وہی صورتحال جو مدینے میں صرف ایک ٹاؤن کی سطح پر ہوئی تھی، ٹاؤن بدینہ ایک ٹاؤن تھا، آج گلوبل لیول پہ ہو چکی ہے۔</w:t>
      </w:r>
    </w:p>
    <w:p>
      <w:r>
        <w:rPr>
          <w:b/>
        </w:rPr>
        <w:t xml:space="preserve">[45:00] </w:t>
      </w:r>
      <w:r>
        <w:t>yani jo burai, jo negative</w:t>
      </w:r>
    </w:p>
    <w:p>
      <w:pPr>
        <w:jc w:val="right"/>
      </w:pPr>
      <w:r>
        <w:t>یعنی جو برائی، جو نیگیٹیو</w:t>
      </w:r>
    </w:p>
    <w:p>
      <w:r>
        <w:rPr>
          <w:b/>
        </w:rPr>
        <w:t xml:space="preserve">[45:04] </w:t>
      </w:r>
      <w:r>
        <w:t>mentality madine mein aayi thi ek town ki satah par, wahi negative mentality aaj musalmanon mein aa gayi hai global level par.</w:t>
      </w:r>
    </w:p>
    <w:p>
      <w:pPr>
        <w:jc w:val="right"/>
      </w:pPr>
      <w:r>
        <w:t>مینٹیلٹی مدینے میں آئی تھی ایک ٹاؤن کی سطح پر، وہی نیگیٹیو مینٹیلٹی آج مسلمانوں میں آ گئی ہے گلوبل لیول پر۔</w:t>
      </w:r>
    </w:p>
    <w:p>
      <w:r>
        <w:rPr>
          <w:b/>
        </w:rPr>
        <w:t xml:space="preserve">[45:16] </w:t>
      </w:r>
      <w:r>
        <w:t>to yeh bilashuba waqt aa gaya hai ke jab ke musalman ijtamai toba karein.</w:t>
      </w:r>
    </w:p>
    <w:p>
      <w:pPr>
        <w:jc w:val="right"/>
      </w:pPr>
      <w:r>
        <w:t>تو یہ بلاشبہ وقت آ گیا ہے کہ جب کہ مسلمان اجتماعی توبہ کریں۔</w:t>
      </w:r>
    </w:p>
    <w:p>
      <w:r>
        <w:rPr>
          <w:b/>
        </w:rPr>
        <w:t xml:space="preserve">[45:22] </w:t>
      </w:r>
      <w:r>
        <w:t>character repentance ka waqt aa gaya hai.</w:t>
      </w:r>
    </w:p>
    <w:p>
      <w:pPr>
        <w:jc w:val="right"/>
      </w:pPr>
      <w:r>
        <w:t>کریکٹر ریپیٹنس کا وقت آ گیا ہے۔</w:t>
      </w:r>
    </w:p>
    <w:p>
      <w:r>
        <w:rPr>
          <w:b/>
        </w:rPr>
        <w:t xml:space="preserve">[45:26] </w:t>
      </w:r>
      <w:r>
        <w:t>u-turn lein, u-turn lein, u-turn lein, warna quran ke alfaaz mein woh kabhi bhi falah nahi payenge, qayamat tak falah nahi payenge.</w:t>
      </w:r>
    </w:p>
    <w:p>
      <w:pPr>
        <w:jc w:val="right"/>
      </w:pPr>
      <w:r>
        <w:t>یو ٹرن لیں، یو ٹرن لیں، یو ٹرن لیں، ورنہ قرآن کے الفاظ میں وہ کبھی بھی فلاں نہیں پائیں گے، قیامت تک فلاں نہیں پائیں گے۔</w:t>
      </w:r>
    </w:p>
    <w:p>
      <w:r>
        <w:rPr>
          <w:b/>
        </w:rPr>
        <w:t xml:space="preserve">[45:36] </w:t>
      </w:r>
      <w:r>
        <w:t>unki sari activities fail ho jayengi, unke sare tareeqe fail ho jayengi,</w:t>
      </w:r>
    </w:p>
    <w:p>
      <w:pPr>
        <w:jc w:val="right"/>
      </w:pPr>
      <w:r>
        <w:t>ان کی ساری ایکٹیویٹیز فیل ہو جائیں گی، ان کے سارے طریقے فیل ہو جائیں گی،</w:t>
      </w:r>
    </w:p>
    <w:p>
      <w:r>
        <w:rPr>
          <w:b/>
        </w:rPr>
        <w:t xml:space="preserve">[45:43] </w:t>
      </w:r>
      <w:r>
        <w:t>unki sari qurbaniyan bekar chali jayengi.</w:t>
      </w:r>
    </w:p>
    <w:p>
      <w:pPr>
        <w:jc w:val="right"/>
      </w:pPr>
      <w:r>
        <w:t>ان کے ساری قربانیاں بیکار چلی جائیں گی۔</w:t>
      </w:r>
    </w:p>
    <w:p>
      <w:r>
        <w:rPr>
          <w:b/>
        </w:rPr>
        <w:t xml:space="preserve">[45:49] </w:t>
      </w:r>
      <w:r>
        <w:t>bible mein ek tamseel hai ke mazdoor apni mazdoori surakhdaar theli mein jama karta hai.</w:t>
      </w:r>
    </w:p>
    <w:p>
      <w:pPr>
        <w:jc w:val="right"/>
      </w:pPr>
      <w:r>
        <w:t>بائبل میں ایک تمثیل ہے کہ مزدور اپنی مزدوری سوراخدار تھیلی میں جمع کرتا ہے۔</w:t>
      </w:r>
    </w:p>
    <w:p>
      <w:r>
        <w:rPr>
          <w:b/>
        </w:rPr>
        <w:t xml:space="preserve">[46:04] </w:t>
      </w:r>
      <w:r>
        <w:t>mazdoor apni mazdoori surakhdaar theli mein jama karta hai.</w:t>
      </w:r>
    </w:p>
    <w:p>
      <w:pPr>
        <w:jc w:val="right"/>
      </w:pPr>
      <w:r>
        <w:t>مزدور اپنی مزدوری سوراخدار تھیلی میں جمع کرتا ہے۔</w:t>
      </w:r>
    </w:p>
    <w:p>
      <w:r>
        <w:rPr>
          <w:b/>
        </w:rPr>
        <w:t xml:space="preserve">[46:13] </w:t>
      </w:r>
      <w:r>
        <w:t>dekhiye, farz kijiye yeh theli hai, is ke andar yahan par surakh hai. aap ne kaam kiya kai din par aur aap ko mazdoori di gayi, is mein bhar diya gaya.</w:t>
      </w:r>
    </w:p>
    <w:p>
      <w:pPr>
        <w:jc w:val="right"/>
      </w:pPr>
      <w:r>
        <w:t>دیکھیے، فرض کیجئے یہ تھیلی ہے، اس کے اندر یہاں پر سوراخ ہے۔ آپ نے کام کیا کئی دن پر اور آپ کو مزدوری دی گئی، اس میں بھر دیا گیا۔</w:t>
      </w:r>
    </w:p>
    <w:p>
      <w:r>
        <w:rPr>
          <w:b/>
        </w:rPr>
        <w:t xml:space="preserve">[46:27] </w:t>
      </w:r>
      <w:r>
        <w:t>aap le ke chale</w:t>
      </w:r>
    </w:p>
    <w:p>
      <w:pPr>
        <w:jc w:val="right"/>
      </w:pPr>
      <w:r>
        <w:t>آپ لے کے چلے</w:t>
      </w:r>
    </w:p>
    <w:p>
      <w:r>
        <w:rPr>
          <w:b/>
        </w:rPr>
        <w:t xml:space="preserve">[46:29] </w:t>
      </w:r>
      <w:r>
        <w:t>to surakh ki wajah se woh to girta jayega, girta jayega, girta jayega. aap ghar pounchenge to aap ki theli khali ho jayegi.</w:t>
      </w:r>
    </w:p>
    <w:p>
      <w:pPr>
        <w:jc w:val="right"/>
      </w:pPr>
      <w:r>
        <w:t>تو سوراخ کی وجہ سے وہ تو گرتا جائے گا، گرتا جائے گا، گرتا جائے گا۔ آپ گھر پہنچیں گے تو آپ کی تھیلی خالی ہو جائے گی۔</w:t>
      </w:r>
    </w:p>
    <w:p>
      <w:r>
        <w:rPr>
          <w:b/>
        </w:rPr>
        <w:t xml:space="preserve">[46:41] </w:t>
      </w:r>
      <w:r>
        <w:t>yeh matlab hai is tamseel ka ke mazdoor apni theli, ab mazdoor apni mazdoori surakhdaar theli mein jama karta hai. wahi musalmanon ka haal hai.</w:t>
      </w:r>
    </w:p>
    <w:p>
      <w:pPr>
        <w:jc w:val="right"/>
      </w:pPr>
      <w:r>
        <w:t>یہ مطلب ہے اس تمثیل کا کہ مزدور اپنی تھیلی، اب مزدور اپنی مزدوری سوراخدار تھیلی میں جمع کرتا ہے۔ وہی مسلمانوں کا حال ہے۔</w:t>
      </w:r>
    </w:p>
    <w:p>
      <w:r>
        <w:rPr>
          <w:b/>
        </w:rPr>
        <w:t xml:space="preserve">[46:52] </w:t>
      </w:r>
      <w:r>
        <w:t>khud musalman apni jo subah shaam jo boli bol rahe hain, woh kya hai?</w:t>
      </w:r>
    </w:p>
    <w:p>
      <w:pPr>
        <w:jc w:val="right"/>
      </w:pPr>
      <w:r>
        <w:t>خود مسلمان اپنی جو صبح شام جو بولی بول رہے ہیں، وہ کیا ہے؟</w:t>
      </w:r>
    </w:p>
    <w:p>
      <w:r>
        <w:rPr>
          <w:b/>
        </w:rPr>
        <w:t xml:space="preserve">[46:58] </w:t>
      </w:r>
      <w:r>
        <w:t>yahi to hai ke ke har jo yeh karte hain, sab woh log jibratize kar dete hain. un ko aap kitni jitni kitabein parhiye jo tehreekon ke bare mein, sab mein yeh likha rahega ke maghrib ne sazish kar ke is ko naqab bana diya.</w:t>
      </w:r>
    </w:p>
    <w:p>
      <w:pPr>
        <w:jc w:val="right"/>
      </w:pPr>
      <w:r>
        <w:t>یہی تو ہے کہ کہ ہر جو یہ کرتے ہیں، سب وہ لوگ جبرٹائز کر دیتے ہیں۔ ان کو آپ کتنی جتنی کتابیں پڑھیے جو تحریکوں کے بارے میں، سب میں یہ لکھا رہے گا کہ مغرب نے سازش کر کے اس کو نقاب بنا دیا۔</w:t>
      </w:r>
    </w:p>
    <w:p>
      <w:r>
        <w:rPr>
          <w:b/>
        </w:rPr>
        <w:t xml:space="preserve">[47:17] </w:t>
      </w:r>
      <w:r>
        <w:t>sab mein yeh likha rahega, koi na koi sazishi wahan mil jayega un ko jo un ki koshishon ko, qurbaniyon ko naqab bana deta hai.</w:t>
      </w:r>
    </w:p>
    <w:p>
      <w:pPr>
        <w:jc w:val="right"/>
      </w:pPr>
      <w:r>
        <w:t>سب میں یہ لکھا رہے گا، کوئی نہ کوئی سازشی وہاں مل جائے گا ان کو جو ان کی کوششوں کو، قربانیوں کو نقاب بنا دیتا ہے۔</w:t>
      </w:r>
    </w:p>
    <w:p>
      <w:r>
        <w:rPr>
          <w:b/>
        </w:rPr>
        <w:t xml:space="preserve">[47:27] </w:t>
      </w:r>
      <w:r>
        <w:t>sab mein yeh likha hua hai. to yeh to hua ke mazdoor apni mazdoori surakhdaar theli mein jama karta hai</w:t>
      </w:r>
    </w:p>
    <w:p>
      <w:pPr>
        <w:jc w:val="right"/>
      </w:pPr>
      <w:r>
        <w:t>سب میں یہ لکھا ہوا ہے۔ تو یہ تو ہوا کہ مزدور اپنی مزدوری سوراخدار تھیلی میں جمع کرتا ہے</w:t>
      </w:r>
    </w:p>
    <w:p>
      <w:r>
        <w:rPr>
          <w:b/>
        </w:rPr>
        <w:t xml:space="preserve">[47:36] </w:t>
      </w:r>
      <w:r>
        <w:t>aur falan nahi mil rahi hai, falan se mehroom ho rahe hain. yeh khula hua indication hai ke waqt aa gaya hai ijtimai tauba ka, collective repentance ka.</w:t>
      </w:r>
    </w:p>
    <w:p>
      <w:pPr>
        <w:jc w:val="right"/>
      </w:pPr>
      <w:r>
        <w:t>اور فلاں نہیں مل رہی ہے، فلاں سے محروم ہو رہے ہیں۔ یہ کھلا ہوا انڈیکیشن ہے کہ وقت آ گیا ہے اجتماعی توبہ کا، کلیکٹو ریپیٹنس کا۔</w:t>
      </w:r>
    </w:p>
    <w:p>
      <w:r>
        <w:rPr>
          <w:b/>
        </w:rPr>
        <w:t xml:space="preserve">[47:51] </w:t>
      </w:r>
      <w:r>
        <w:t>ab collective repentance kaise hoga?</w:t>
      </w:r>
    </w:p>
    <w:p>
      <w:pPr>
        <w:jc w:val="right"/>
      </w:pPr>
      <w:r>
        <w:t>اب کلیکٹو ریپیٹنس کیسے ہوگا؟</w:t>
      </w:r>
    </w:p>
    <w:p>
      <w:r>
        <w:rPr>
          <w:b/>
        </w:rPr>
        <w:t xml:space="preserve">[47:54] </w:t>
      </w:r>
      <w:r>
        <w:t>yeh kisi stage activism se nahi hoga. yeh</w:t>
      </w:r>
    </w:p>
    <w:p>
      <w:pPr>
        <w:jc w:val="right"/>
      </w:pPr>
      <w:r>
        <w:t>یہ کسی اسٹیج ایکٹیوزم سے نہیں ہوگا۔ یہ</w:t>
      </w:r>
    </w:p>
    <w:p>
      <w:r>
        <w:rPr>
          <w:b/>
        </w:rPr>
        <w:t xml:space="preserve">[48:00] </w:t>
      </w:r>
      <w:r>
        <w:t>nahi, ek poora, yaani ek ek ek poora ek ek campaign chalana padega</w:t>
      </w:r>
    </w:p>
    <w:p>
      <w:pPr>
        <w:jc w:val="right"/>
      </w:pPr>
      <w:r>
        <w:t>نہیں، ایک پورا، یعنی ایک ایک ایک پورا ایک ایک کیمپین چلانا پڑے گا</w:t>
      </w:r>
    </w:p>
    <w:p>
      <w:r>
        <w:rPr>
          <w:b/>
        </w:rPr>
        <w:t xml:space="preserve">[48:13] </w:t>
      </w:r>
      <w:r>
        <w:t>soch ke correction ka. campaign masjid mein, madrasay mein, idaray mein, kitabon mein, magazine mein, akhbar mein, har jagah aisa yeh karna padega.</w:t>
      </w:r>
    </w:p>
    <w:p>
      <w:pPr>
        <w:jc w:val="right"/>
      </w:pPr>
      <w:r>
        <w:t>سوچ کے کریکشن کا۔ کمپین مسجد میں، مدرسے میں، ادارے میں، کتابوں میں، میگزین میں، اخبار میں، ہر جگہ ایسا یہ کرنا پڑے گا۔</w:t>
      </w:r>
    </w:p>
    <w:p>
      <w:r>
        <w:rPr>
          <w:b/>
        </w:rPr>
        <w:t xml:space="preserve">[48:28] </w:t>
      </w:r>
      <w:r>
        <w:t>sab se pehle yeh ailan karna padega ke hamari soch galat thi. hum ne west ko</w:t>
      </w:r>
    </w:p>
    <w:p>
      <w:pPr>
        <w:jc w:val="right"/>
      </w:pPr>
      <w:r>
        <w:t>سب سے پہلے یہ اعلان کرنا پڑے گا کہ ہماری سوچ غلط تھی۔ ہم نے ویسٹ کو</w:t>
      </w:r>
    </w:p>
    <w:p>
      <w:r>
        <w:rPr>
          <w:b/>
        </w:rPr>
        <w:t xml:space="preserve">[48:33] </w:t>
      </w:r>
      <w:r>
        <w:t>jo dushman samajh liya, yeh bilkul galat, baseless tha. yeh</w:t>
      </w:r>
    </w:p>
    <w:p>
      <w:pPr>
        <w:jc w:val="right"/>
      </w:pPr>
      <w:r>
        <w:t>جو دشمن سمجھ لیا، یہ بالکل غلط، بیسلیس تھا۔ یہ</w:t>
      </w:r>
    </w:p>
    <w:p>
      <w:r>
        <w:rPr>
          <w:b/>
        </w:rPr>
        <w:t xml:space="preserve">[48:40] </w:t>
      </w:r>
      <w:r>
        <w:t>kyunke dekhiye, pehle la ilaha hota hai, phir illallah hota hai. agar aap yeh ailan na karein ke ab tak hamari soch galat thi to kuch bhi kijiye, woh tauba ijtimai nahi banegi.</w:t>
      </w:r>
    </w:p>
    <w:p>
      <w:pPr>
        <w:jc w:val="right"/>
      </w:pPr>
      <w:r>
        <w:t>کیونکہ دیکھیے، پہلے لا الہ ہوتا ہے، پھر الا اللہ ہوتا ہے۔ اگر آپ یہ اعلان نہ کریں کہ اب تک ہماری سوچ غلط تھی تو کچھ بھی کیجیے، وہ توبہ اجتماعی نہیں بنے گی۔</w:t>
      </w:r>
    </w:p>
    <w:p>
      <w:r>
        <w:rPr>
          <w:b/>
        </w:rPr>
        <w:t xml:space="preserve">[48:51] </w:t>
      </w:r>
      <w:r>
        <w:t>woh</w:t>
      </w:r>
    </w:p>
    <w:p>
      <w:pPr>
        <w:jc w:val="right"/>
      </w:pPr>
      <w:r>
        <w:t>وہ</w:t>
      </w:r>
    </w:p>
    <w:p>
      <w:r>
        <w:rPr>
          <w:b/>
        </w:rPr>
        <w:t xml:space="preserve">[48:55] </w:t>
      </w:r>
      <w:r>
        <w:t>kuch bhi kijiye,</w:t>
      </w:r>
    </w:p>
    <w:p>
      <w:pPr>
        <w:jc w:val="right"/>
      </w:pPr>
      <w:r>
        <w:t>کچھ بھی کیجیے،</w:t>
      </w:r>
    </w:p>
    <w:p>
      <w:r>
        <w:rPr>
          <w:b/>
        </w:rPr>
        <w:t xml:space="preserve">[48:59] </w:t>
      </w:r>
      <w:r>
        <w:t>ijtimai tauba sab se pehle ijtimai etiraf ka naam hai. sab se pehle aap ko ijtimai satah par, matlab saare musalmanon ke zehen mein yeh baat paida karni padegi ke dekho, yeh soch hamari galat thi.</w:t>
      </w:r>
    </w:p>
    <w:p>
      <w:pPr>
        <w:jc w:val="right"/>
      </w:pPr>
      <w:r>
        <w:t>اجتماعی توبہ سب سے پہلے اجتماعی اعتراف کا نام ہے۔ سب سے پہلے آپ کو اجتماعی سطح پر، مطلب سارے مسلمانوں کے ذہن میں یہ بات پیدا کرنی پڑے گی کہ دیکھو، یہ سوچ ہماری غلط تھی۔</w:t>
      </w:r>
    </w:p>
    <w:p>
      <w:r>
        <w:rPr>
          <w:b/>
        </w:rPr>
        <w:t xml:space="preserve">[49:18] </w:t>
      </w:r>
      <w:r>
        <w:t>hum galat soch par khade hue the. yeh manna padega, yeh etiraf karna padega. we were wrong, we were wrong, we were wrong.</w:t>
      </w:r>
    </w:p>
    <w:p>
      <w:pPr>
        <w:jc w:val="right"/>
      </w:pPr>
      <w:r>
        <w:t>ہم غلط سوچ پر کھڑے ہوئے تھے۔ یہ ماننا پڑے گا، یہ اعتراف کرنا پڑے گا۔ وی ویر رونگ، وی ویر رونگ، وی ویر رونگ۔</w:t>
      </w:r>
    </w:p>
    <w:p>
      <w:r>
        <w:rPr>
          <w:b/>
        </w:rPr>
        <w:t xml:space="preserve">[49:27] </w:t>
      </w:r>
      <w:r>
        <w:t>yeh kehna padega aap ko. tab nai thinking aayegi, tab nai soch aayegi,</w:t>
      </w:r>
    </w:p>
    <w:p>
      <w:pPr>
        <w:jc w:val="right"/>
      </w:pPr>
      <w:r>
        <w:t>یہ کہنا پڑے گا آپ کو۔ تب نئی تھنکنگ آئے گی، تب نئی سوچ آئے گی،</w:t>
      </w:r>
    </w:p>
    <w:p>
      <w:r>
        <w:rPr>
          <w:b/>
        </w:rPr>
        <w:t xml:space="preserve">[49:35] </w:t>
      </w:r>
      <w:r>
        <w:t>tab negative thinking ki jagah positive thinking aayegi. aur phir kya hoga? la'allakum taghlaboon hoga. yaani hamari koshishein jo hain, woh barabar hongi.</w:t>
      </w:r>
    </w:p>
    <w:p>
      <w:pPr>
        <w:jc w:val="right"/>
      </w:pPr>
      <w:r>
        <w:t>تب نیگیٹیو تھنکنگ کی جگہ پازیٹیو تھنکنگ آئے گی۔ اور پھر کیا ہوگا؟ لعلکم تغلون ہوگا۔ یعنی ہماری کوششیں جو ہیں، وہ برابر ہوں گی۔</w:t>
      </w:r>
    </w:p>
    <w:p>
      <w:r>
        <w:rPr>
          <w:b/>
        </w:rPr>
        <w:t xml:space="preserve">[49:49] </w:t>
      </w:r>
      <w:r>
        <w:t>hamari koshishein</w:t>
      </w:r>
    </w:p>
    <w:p>
      <w:pPr>
        <w:jc w:val="right"/>
      </w:pPr>
      <w:r>
        <w:t>ہماری کوششیں</w:t>
      </w:r>
    </w:p>
    <w:p>
      <w:r>
        <w:rPr>
          <w:b/>
        </w:rPr>
        <w:t xml:space="preserve">[49:51] </w:t>
      </w:r>
      <w:r>
        <w:t>ka result nikalna shuru hoga. to teen teen stage hain, is ke teen stage.</w:t>
      </w:r>
    </w:p>
    <w:p>
      <w:pPr>
        <w:jc w:val="right"/>
      </w:pPr>
      <w:r>
        <w:t>کا رزلٹ نکلنا شروع ہوگا۔ تو تین تین اسٹیج ہیں، اس کے تین اسٹیج۔</w:t>
      </w:r>
    </w:p>
    <w:p>
      <w:r>
        <w:rPr>
          <w:b/>
        </w:rPr>
        <w:t xml:space="preserve">[50:01] </w:t>
      </w:r>
      <w:r>
        <w:t>pehla stage hai yeh kehna ke we were wrong, we were wrong. west hamara dushman nahi hai.</w:t>
      </w:r>
    </w:p>
    <w:p>
      <w:pPr>
        <w:jc w:val="right"/>
      </w:pPr>
      <w:r>
        <w:t>پہلا اسٹیج ہے یہ کہنا کہ وی ویر رونگ، وی ویر رونگ۔ ویسٹ ہمارا دشمن نہیں ہے۔</w:t>
      </w:r>
    </w:p>
    <w:p>
      <w:r>
        <w:rPr>
          <w:b/>
        </w:rPr>
        <w:t xml:space="preserve">[50:12] </w:t>
      </w:r>
      <w:r>
        <w:t>dusra stage yeh hai ke saare logon ke andar negative thinking ki jagah positive think lai jaye.</w:t>
      </w:r>
    </w:p>
    <w:p>
      <w:pPr>
        <w:jc w:val="right"/>
      </w:pPr>
      <w:r>
        <w:t>دوسرا اسٹیج یہ ہے کہ سارے لوگوں کے اندر نیگیٹیو تھنکنگ کی جگہ پازیٹیو تھنک لائی جائے۔</w:t>
      </w:r>
    </w:p>
    <w:p>
      <w:r>
        <w:rPr>
          <w:b/>
        </w:rPr>
        <w:t xml:space="preserve">[50:23] </w:t>
      </w:r>
      <w:r>
        <w:t>phir teesri baat hogi ke falan ka daur aayega, la'allakum taghlaboon duniya mein bhi aur akhirat mein bhi.</w:t>
      </w:r>
    </w:p>
    <w:p>
      <w:pPr>
        <w:jc w:val="right"/>
      </w:pPr>
      <w:r>
        <w:t>پھر تیسری بات ہوگی کہ فلاں کا دور آئے گا، لعلکم تغلون دنیا میں بھی اور آخرت میں بھی۔</w:t>
      </w:r>
    </w:p>
    <w:p>
      <w:r>
        <w:rPr>
          <w:b/>
        </w:rPr>
        <w:t xml:space="preserve">[50:32] </w:t>
      </w:r>
      <w:r>
        <w:t>yeh hai ijtimai tauba, yeh hai character repentance.</w:t>
      </w:r>
    </w:p>
    <w:p>
      <w:pPr>
        <w:jc w:val="right"/>
      </w:pPr>
      <w:r>
        <w:t>یہ ہے اجتماعی توبہ، یہ ہے کریکٹر ریپیٹنس۔</w:t>
      </w:r>
    </w:p>
    <w:p>
      <w:r>
        <w:rPr>
          <w:b/>
        </w:rPr>
        <w:t xml:space="preserve">[50:40] </w:t>
      </w:r>
      <w:r>
        <w:t>to musalman aam taur par jante hi nahi ijtimai tauba. yeh lafz hi nahi bola gaya, main mujhe to pata nahi, maine kabhi suna nahi yeh lafz jabke maujood hai ayat Quran majeed mein.</w:t>
      </w:r>
    </w:p>
    <w:p>
      <w:pPr>
        <w:jc w:val="right"/>
      </w:pPr>
      <w:r>
        <w:t>تو مسلمان عام طور پر جانتے ہی نہیں اجتماعی توبہ۔ یہ لفظ ہی نہیں بولا گیا، میں مجھے تو پتہ نہیں، میں نے کبھی سنا نہیں یہ لفظ جبکہ موجود ہے آیت قرآن مجید میں۔</w:t>
      </w:r>
    </w:p>
    <w:p>
      <w:r>
        <w:rPr>
          <w:b/>
        </w:rPr>
        <w:t xml:space="preserve">[50:57] </w:t>
      </w:r>
      <w:r>
        <w:t>infiradi tauba ko sab log jante hain, har aadmi infiradi tauba ko janta hai, matlab lafz ko janta hai.</w:t>
      </w:r>
    </w:p>
    <w:p>
      <w:pPr>
        <w:jc w:val="right"/>
      </w:pPr>
      <w:r>
        <w:t>انفرادی توبہ کو سب لوگ جانتے ہیں، ہر آدمی انفرادی توبہ کو جانتا ہے، مطلب لفظ کو جانتا ہے۔</w:t>
      </w:r>
    </w:p>
    <w:p>
      <w:r>
        <w:rPr>
          <w:b/>
        </w:rPr>
        <w:t xml:space="preserve">[51:08] </w:t>
      </w:r>
      <w:r>
        <w:t>lekin ijtimai tauba, character repentance, yeh shoori taur par musalman jante hi nahi.</w:t>
      </w:r>
    </w:p>
    <w:p>
      <w:pPr>
        <w:jc w:val="right"/>
      </w:pPr>
      <w:r>
        <w:t>لیکن اجتماعی توبہ، کریکٹر ریپیٹنس، یہ شعوری طور پر مسلمان جانتے ہی نہیں۔</w:t>
      </w:r>
    </w:p>
    <w:p>
      <w:r>
        <w:rPr>
          <w:b/>
        </w:rPr>
        <w:t xml:space="preserve">[51:18] </w:t>
      </w:r>
      <w:r>
        <w:t>to hamein yeh soch laani padegi, yeh shaoor lana padega, yeh thinking laani padegi,</w:t>
      </w:r>
    </w:p>
    <w:p>
      <w:pPr>
        <w:jc w:val="right"/>
      </w:pPr>
      <w:r>
        <w:t>تو ہمیں یہ سوچ لانی پڑے گی، یہ شعور لانا پڑے گا، یہ تھنکنگ لانی پڑے گی،</w:t>
      </w:r>
    </w:p>
    <w:p>
      <w:r>
        <w:rPr>
          <w:b/>
        </w:rPr>
        <w:t xml:space="preserve">[51:26] </w:t>
      </w:r>
      <w:r>
        <w:t>aur woh process chalana padega. woh process</w:t>
      </w:r>
    </w:p>
    <w:p>
      <w:pPr>
        <w:jc w:val="right"/>
      </w:pPr>
      <w:r>
        <w:t>اور وہ پروسیس چلانا پڑے گا۔ وہ پروسیس</w:t>
      </w:r>
    </w:p>
    <w:p>
      <w:r>
        <w:rPr>
          <w:b/>
        </w:rPr>
        <w:t xml:space="preserve">[51:32] </w:t>
      </w:r>
      <w:r>
        <w:t>jo required process hai, woh chalana parega. tab ja kar aisa hoga ke hamari tauba Allah ko qabool ho, aur tab ja kar aisa ho ke la'allakum taghloona hamare haq mein poora ho.</w:t>
      </w:r>
    </w:p>
    <w:p>
      <w:pPr>
        <w:jc w:val="right"/>
      </w:pPr>
      <w:r>
        <w:t>جو ریکوائرڈ پروسیس ہے، وہ چلانا پڑے گا۔ تب جا کر ایسا ہوگا کہ ہماری توبہ اللہ کو قبول ہو، اور تب جا کر ایسا ہو کہ لعلکم تغلون ہمارے حق میں پورا ہو۔</w:t>
      </w:r>
    </w:p>
    <w:p>
      <w:r>
        <w:rPr>
          <w:b/>
        </w:rPr>
        <w:t xml:space="preserve">[51:44] </w:t>
      </w:r>
      <w:r>
        <w:t>warna nahi, woh na hone wala nahi hai. aakhir do sau saal beet gaye,</w:t>
      </w:r>
    </w:p>
    <w:p>
      <w:pPr>
        <w:jc w:val="right"/>
      </w:pPr>
      <w:r>
        <w:t>ورنہ نہیں، وہ نہ ہونے والا نہیں ہے۔ آخر دو سو سال بیت گئے،</w:t>
      </w:r>
    </w:p>
    <w:p>
      <w:r>
        <w:rPr>
          <w:b/>
        </w:rPr>
        <w:t xml:space="preserve">[51:52] </w:t>
      </w:r>
      <w:r>
        <w:t>ab kab waqt aayega? dekhiye, Quran mein bohat kai aayatein aisi hain jismein is tarah ki baat kahi gayi ke kaana haqqan 'alayna nasrul momineen.</w:t>
      </w:r>
    </w:p>
    <w:p>
      <w:pPr>
        <w:jc w:val="right"/>
      </w:pPr>
      <w:r>
        <w:t>اب کب وقت آئے گا؟ دیکھیں، قرآن میں بہت کئی آیتیں ایسی ہیں جس میں اس طرح کی بات کہی گئی کہ کان حق علینا نصر المومنین۔</w:t>
      </w:r>
    </w:p>
    <w:p>
      <w:r>
        <w:rPr>
          <w:b/>
        </w:rPr>
        <w:t xml:space="preserve">[52:06] </w:t>
      </w:r>
      <w:r>
        <w:t>is tarah ki aayatein kai hain Quran majeed mein.</w:t>
      </w:r>
    </w:p>
    <w:p>
      <w:pPr>
        <w:jc w:val="right"/>
      </w:pPr>
      <w:r>
        <w:t>اس طرح کی آیتیں کئی ہیں قرآن مجید میں۔</w:t>
      </w:r>
    </w:p>
    <w:p>
      <w:r>
        <w:rPr>
          <w:b/>
        </w:rPr>
        <w:t xml:space="preserve">[52:09] </w:t>
      </w:r>
      <w:r>
        <w:t>kaana haqqan 'alayna nasrul momineen. yaani hamare upar haq hai, Allah ke upar haq hai ke woh al-imaan ki madad kare, madad kar ke unhein kaamyaab kare.</w:t>
      </w:r>
    </w:p>
    <w:p>
      <w:pPr>
        <w:jc w:val="right"/>
      </w:pPr>
      <w:r>
        <w:t>کان حق علینا نصر المومنین۔ یعنی ہمارے اوپر حق ہے، اللہ کے اوپر حق ہے کہ وہ ال ایمان کی مدد کرے، مدد کر کے انہیں کامیاب کرے۔</w:t>
      </w:r>
    </w:p>
    <w:p>
      <w:r>
        <w:rPr>
          <w:b/>
        </w:rPr>
        <w:t xml:space="preserve">[52:22] </w:t>
      </w:r>
      <w:r>
        <w:t>kaana haqqan 'alayna nasrul momineen.</w:t>
      </w:r>
    </w:p>
    <w:p>
      <w:pPr>
        <w:jc w:val="right"/>
      </w:pPr>
      <w:r>
        <w:t>کان حق علینا نصر المومنین۔</w:t>
      </w:r>
    </w:p>
    <w:p>
      <w:r>
        <w:rPr>
          <w:b/>
        </w:rPr>
        <w:t xml:space="preserve">[52:25] </w:t>
      </w:r>
      <w:r>
        <w:t>to do saal se kai naslein beet gayin, kai generation khatam ho gayin. badi badi tehreekein uthi hongi aur badi badi sacrifices kiye unhone, aur kuch nikla nahi, koi natija.</w:t>
      </w:r>
    </w:p>
    <w:p>
      <w:pPr>
        <w:jc w:val="right"/>
      </w:pPr>
      <w:r>
        <w:t>تو دو سال سے کئی نسلیں بیت گئیں، کئی جنریشن ختم ہوگئیں۔ بڑی بڑی تحریکیں اٹھی ہوں اور بڑی بڑی سیکریفائسز کیے انہوں نے، اور کچھ نکلا نہیں، کوئی نتیجہ۔</w:t>
      </w:r>
    </w:p>
    <w:p>
      <w:r>
        <w:rPr>
          <w:b/>
        </w:rPr>
        <w:t xml:space="preserve">[52:45] </w:t>
      </w:r>
      <w:r>
        <w:t>to kya yeh yeh aayi, yeh aayi operator banne ke liye kaafi nahi? yeh baat ke Allah ki nusrat hamein nahi mil rahi hai, Allah ka wada hamare upar poora nahi ho raha hai.</w:t>
      </w:r>
    </w:p>
    <w:p>
      <w:pPr>
        <w:jc w:val="right"/>
      </w:pPr>
      <w:r>
        <w:t>تو کیا یہ یہ آئی، یہ آئی اپریٹر بننے کے لیے کافی نہیں؟ یہ بات کہ اللہ کی نصرت ہمیں نہیں مل رہی ہے، اللہ کا وعدہ ہمارے اوپر پورا نہیں ہو رہا ہے۔</w:t>
      </w:r>
    </w:p>
    <w:p>
      <w:r>
        <w:rPr>
          <w:b/>
        </w:rPr>
        <w:t xml:space="preserve">[53:03] </w:t>
      </w:r>
      <w:r>
        <w:t>is tarah ki aayatein Quran mein kai hain ke Allah par yeh haq hai ke al-imaan ki nusrat kare.</w:t>
      </w:r>
    </w:p>
    <w:p>
      <w:pPr>
        <w:jc w:val="right"/>
      </w:pPr>
      <w:r>
        <w:t>اس طرح کی آیتیں قرآن میں کئی ہیں کہ اللہ پر یہ حق ہے کہ ال ایمان کی نصرت کرے۔</w:t>
      </w:r>
    </w:p>
    <w:p>
      <w:r>
        <w:rPr>
          <w:b/>
        </w:rPr>
        <w:t xml:space="preserve">[53:12] </w:t>
      </w:r>
      <w:r>
        <w:t>lekin nusrat kab kab hogi? jab Musalman uski shartein poori karenge, uski shartein poori karenge.</w:t>
      </w:r>
    </w:p>
    <w:p>
      <w:pPr>
        <w:jc w:val="right"/>
      </w:pPr>
      <w:r>
        <w:t>لیکن نصرت کب کب ہوگی؟ جب مسلمان اس کی شرطیں پوری کریں گے، اس کی شرطیں پوری کریں گے۔</w:t>
      </w:r>
    </w:p>
    <w:p>
      <w:r>
        <w:rPr>
          <w:b/>
        </w:rPr>
        <w:t xml:space="preserve">[53:23] </w:t>
      </w:r>
      <w:r>
        <w:t>is aur is maamle mein jo maine arz kiya, is maamle mein jo shartein hain, woh yeh teen hain. sab se pehli baat yeh hai ke yeh yeh khule taur par ailaan karna padega ke we were wrong, maghrib hamara dushman nahi tha.</w:t>
      </w:r>
    </w:p>
    <w:p>
      <w:pPr>
        <w:jc w:val="right"/>
      </w:pPr>
      <w:r>
        <w:t>اس اور اس معاملے میں جو میں نے عرض کیا، اس معاملے میں جو شرطیں ہیں، وہ یہ تین ہیں۔ سب سے پہلی بات یہ ہے کہ یہ یہ کھلے طور پر اعلان کرنا پڑے گا کہ وی ویر رونگ، مغرب ہمارا دشمن نہیں تھا۔</w:t>
      </w:r>
    </w:p>
    <w:p>
      <w:r>
        <w:rPr>
          <w:b/>
        </w:rPr>
        <w:t xml:space="preserve">[53:39] </w:t>
      </w:r>
      <w:r>
        <w:t>yeh saari zindagi aap isi par chala rahe hain.</w:t>
      </w:r>
    </w:p>
    <w:p>
      <w:pPr>
        <w:jc w:val="right"/>
      </w:pPr>
      <w:r>
        <w:t>یہ ساری زندگی آپ اسی پر چلا رہے ہیں۔</w:t>
      </w:r>
    </w:p>
    <w:p>
      <w:r>
        <w:rPr>
          <w:b/>
        </w:rPr>
        <w:t xml:space="preserve">[53:42] </w:t>
      </w:r>
      <w:r>
        <w:t>aap ghaur kijiye, kaun Musalman hai jo maghrib se faida nahi utha raha hai?</w:t>
      </w:r>
    </w:p>
    <w:p>
      <w:pPr>
        <w:jc w:val="right"/>
      </w:pPr>
      <w:r>
        <w:t>آپ غور کیجئے، کون مسلمان ہے جو مغرب سے فائدہ نہیں اٹھا رہا ہے؟</w:t>
      </w:r>
    </w:p>
    <w:p>
      <w:r>
        <w:rPr>
          <w:b/>
        </w:rPr>
        <w:t xml:space="preserve">[53:51] </w:t>
      </w:r>
      <w:r>
        <w:t>kaun Musalman hai jo maghrib se faida nahi nahi utha raha hai? yaani main hi ek aadmi hoon jo jiski jeb mein mobile nahi hota hai, warna har aadmi hai, sabzi bechne wala bhi uski jeb mein mobile hota hai.</w:t>
      </w:r>
    </w:p>
    <w:p>
      <w:pPr>
        <w:jc w:val="right"/>
      </w:pPr>
      <w:r>
        <w:t>کون مسلمان ہے جو مغرب سے فائدہ نہیں نہیں اٹھا رہا ہے؟ یعنی میں ہی ایک آدمی ہوں جو جس کی جیب میں موبائل نہیں ہوتا ہے، ورنہ ہر آدمی ہے، سبزی بیچنے والا بھی اس کی جیب میں موبائل ہوتا ہے۔</w:t>
      </w:r>
    </w:p>
    <w:p>
      <w:r>
        <w:rPr>
          <w:b/>
        </w:rPr>
        <w:t xml:space="preserve">[54:08] </w:t>
      </w:r>
      <w:r>
        <w:t>meri jeb mein mobile nahi hai. jis ko dekhiye, rickshaw kheenchne wala, sabzi farosh, molvi, mister, jo bhi, ek ek aalim hamare milne aaye, hamare paas bohat hi</w:t>
      </w:r>
    </w:p>
    <w:p>
      <w:pPr>
        <w:jc w:val="right"/>
      </w:pPr>
      <w:r>
        <w:t>میری جیب میں موبائل نہیں ہے۔ جس کو دیکھیے، رکشہ کھینچنے والا، سبزی فروش، مولوی، مسٹر، جو بھی، ایک ایک عالم ہمارے ملنے آئے، ہمارے پاس بہت ہی</w:t>
      </w:r>
    </w:p>
    <w:p>
      <w:r>
        <w:rPr>
          <w:b/>
        </w:rPr>
        <w:t xml:space="preserve">[54:25] </w:t>
      </w:r>
      <w:r>
        <w:t>safed kapda pehne hue, bilkul safed, aur bohat hi. yaani unka bhi ek well-dressed hota hai, unka bhi dress hota hai ulama ka.</w:t>
      </w:r>
    </w:p>
    <w:p>
      <w:pPr>
        <w:jc w:val="right"/>
      </w:pPr>
      <w:r>
        <w:t>سفید کپڑا پہنے ہوئے، بالکل سفید، اور بہت ہی۔ یعنی ان کا بھی ایک ویل ڈریس ہوتا ہے، ان کا بھی ڈریس ہوتا ہے علماء کا۔</w:t>
      </w:r>
    </w:p>
    <w:p>
      <w:r>
        <w:rPr>
          <w:b/>
        </w:rPr>
        <w:t xml:space="preserve">[54:34] </w:t>
      </w:r>
      <w:r>
        <w:t>to ulama wala jo jo dress hai, uske aitbaar se woh well-dressed thay, bilkul usi ke mere kamre mein aaye aur</w:t>
      </w:r>
    </w:p>
    <w:p>
      <w:pPr>
        <w:jc w:val="right"/>
      </w:pPr>
      <w:r>
        <w:t>تو علماء والا جو جو ڈریس ہے، اس کے اعتبار سے وہ ویل ڈریس تھے، بالکل اسی کے میرے کمرے میں آئے اور</w:t>
      </w:r>
    </w:p>
    <w:p>
      <w:r>
        <w:rPr>
          <w:b/>
        </w:rPr>
        <w:t xml:space="preserve">[54:44] </w:t>
      </w:r>
      <w:r>
        <w:t>bahar teh sab lage baatein kar rahe hain west ke khilaaf ke maghrib hamara dushman hai, maghrib saazishein karta hai. dekhiye, maghrib yeh kar raha hai, dekhiye, maghrib woh kar raha hai.</w:t>
      </w:r>
    </w:p>
    <w:p>
      <w:pPr>
        <w:jc w:val="right"/>
      </w:pPr>
      <w:r>
        <w:t>باہر تہی سب لگے باتیں کر رہے ہیں ویسٹ کے خلاف کہ مغرب ہمارا دشمن ہے، مغرب سازشیں کرتا ہے۔ دیکھیے، مغرب یہ کر رہا ہے، دیکھیے، مغرب وہ کر رہا ہے۔</w:t>
      </w:r>
    </w:p>
    <w:p>
      <w:r>
        <w:rPr>
          <w:b/>
        </w:rPr>
        <w:t xml:space="preserve">[55:02] </w:t>
      </w:r>
      <w:r>
        <w:t>achha, itne mein kya hua ke unki jeb mein mobile tha, uski ghanti baji to us mein nikala unhone aur lage baat karne.</w:t>
      </w:r>
    </w:p>
    <w:p>
      <w:pPr>
        <w:jc w:val="right"/>
      </w:pPr>
      <w:r>
        <w:t>اچھا، اتنے میں کیا ہوا کہ ان کی جیب میں موبائل تھا، اس کی گھنٹی بجی تو اس میں نکالا انہوں نے اور لگے بات کرنے۔</w:t>
      </w:r>
    </w:p>
    <w:p>
      <w:r>
        <w:rPr>
          <w:b/>
        </w:rPr>
        <w:t xml:space="preserve">[55:16] </w:t>
      </w:r>
      <w:r>
        <w:t>maine poocha ke yeh bataiye ke yeh mobile jo hai,</w:t>
      </w:r>
    </w:p>
    <w:p>
      <w:pPr>
        <w:jc w:val="right"/>
      </w:pPr>
      <w:r>
        <w:t>میں نے پوچھا کہ یہ بتائیے کہ یہ موبائل جو ہے،</w:t>
      </w:r>
    </w:p>
    <w:p>
      <w:r>
        <w:rPr>
          <w:b/>
        </w:rPr>
        <w:t xml:space="preserve">[55:20] </w:t>
      </w:r>
      <w:r>
        <w:t>yeh kisne banaya hai? yeh technology kisne develop ki hai?</w:t>
      </w:r>
    </w:p>
    <w:p>
      <w:pPr>
        <w:jc w:val="right"/>
      </w:pPr>
      <w:r>
        <w:t>یہ کس نے بنایا ہے؟ یہ ٹیکنالوجی کس نے ڈیولپ کی ہے؟</w:t>
      </w:r>
    </w:p>
    <w:p>
      <w:r>
        <w:rPr>
          <w:b/>
        </w:rPr>
        <w:t xml:space="preserve">[55:27] </w:t>
      </w:r>
      <w:r>
        <w:t>to zahir hai koi na maana pada ke yeh saari technology develop kiye west ne. to maine kaha, itni badi nemat jis west ne di hai aap ko ke aap kahin bhi hon aur apne doston se, apne ghar walon se, apne mutalliqeen se contact kar sakte hain,</w:t>
      </w:r>
    </w:p>
    <w:p>
      <w:pPr>
        <w:jc w:val="right"/>
      </w:pPr>
      <w:r>
        <w:t>تو ظاہر ہے کوئی نہ مانا پڑا کہ یہ ساری ٹیکنالوجی ڈیولپ کیے ویسٹ نے۔ تو میں نے کہا، اتنی بڑی نعمت جس ویسٹ نے دی ہے آپ کو کہ آپ کہیں بھی ہوں اور اپنے دوستوں سے، اپنے گھر والوں سے، اپنے متعلقین سے کنٹیکٹ کر سکتے ہیں،</w:t>
      </w:r>
    </w:p>
    <w:p>
      <w:r>
        <w:rPr>
          <w:b/>
        </w:rPr>
        <w:t xml:space="preserve">[55:47] </w:t>
      </w:r>
      <w:r>
        <w:t>kitni badi nemat hai. jab se mobile aaya hai, tab se business sau guna ke hazar guna badh gaya hai. to isi ke, isi ko, isi ko aap kehte hain saazishi dushman batate hain, woh to aap ka dost hai.</w:t>
      </w:r>
    </w:p>
    <w:p>
      <w:pPr>
        <w:jc w:val="right"/>
      </w:pPr>
      <w:r>
        <w:t>کتنی بڑی نعمت ہے۔ جب سے موبائل آیا ہے، تب سے بزنس سو گنا کے ہزار گنا بڑھ گیا ہے۔ تو اسی کے، اسی کو، اسی کو آپ کہتے ہیں سازشی دشمن بتاتے ہیں، وہ تو آپ کا دوست ہے۔</w:t>
      </w:r>
    </w:p>
    <w:p>
      <w:r>
        <w:rPr>
          <w:b/>
        </w:rPr>
        <w:t xml:space="preserve">[56:03] </w:t>
      </w:r>
      <w:r>
        <w:t>yeh itni badi nemat to saari tareekh mein koi nahi de saka tha aap ko.</w:t>
      </w:r>
    </w:p>
    <w:p>
      <w:pPr>
        <w:jc w:val="right"/>
      </w:pPr>
      <w:r>
        <w:t>یہ اتنی بڑی نعمت تو ساری تاریخ میں کوئی نہیں دے سکا تھا آپ کو۔</w:t>
      </w:r>
    </w:p>
    <w:p>
      <w:r>
        <w:rPr>
          <w:b/>
        </w:rPr>
        <w:t xml:space="preserve">[56:09] </w:t>
      </w:r>
      <w:r>
        <w:t>na Mughal daur tha India mein to kya Mughal daur mein aap ko yeh yeh nemat mili? aap ko kabhi nahi mili.</w:t>
      </w:r>
    </w:p>
    <w:p>
      <w:pPr>
        <w:jc w:val="right"/>
      </w:pPr>
      <w:r>
        <w:t>نہ مغل دور تھا انڈیا میں تو کیا مغل دور میں آپ کو یہ یہ نعمت ملی؟ آپ کو کبھی نہیں ملی۔</w:t>
      </w:r>
    </w:p>
    <w:p>
      <w:r>
        <w:rPr>
          <w:b/>
        </w:rPr>
        <w:t xml:space="preserve">[56:25] </w:t>
      </w:r>
      <w:r>
        <w:t>yani haqeeqat yeh hai ke musalman itna pichray hue thay ke main aap ko aik qissa arz karoon turki ka.</w:t>
      </w:r>
    </w:p>
    <w:p>
      <w:pPr>
        <w:jc w:val="right"/>
      </w:pPr>
      <w:r>
        <w:t>یعنی حقیقت یہ ہے کہ مسلمان اتنا پچھڑے ہوئے تھے کہ میں آپ کو ایک قصہ عرض کروں ترکی کا۔</w:t>
      </w:r>
    </w:p>
    <w:p>
      <w:r>
        <w:rPr>
          <w:b/>
        </w:rPr>
        <w:t xml:space="preserve">[56:37] </w:t>
      </w:r>
      <w:r>
        <w:t>turki mein jo unhon ne kaha ke ke turki jo hai,</w:t>
      </w:r>
    </w:p>
    <w:p>
      <w:pPr>
        <w:jc w:val="right"/>
      </w:pPr>
      <w:r>
        <w:t>ترکی میں جو انہوں نے کہا کہ کہ ترکی جو ہے،</w:t>
      </w:r>
    </w:p>
    <w:p>
      <w:r>
        <w:rPr>
          <w:b/>
        </w:rPr>
        <w:t xml:space="preserve">[56:42] </w:t>
      </w:r>
      <w:r>
        <w:t>west ki taraf na dekhay, east ki taraf dekhay, yeh bilkul hi bay asal baat hai. West ki taraf dekhnay ki wajah se turki ne taraqqi ki hai, warna turki to bohat peechay ja chuka tha.</w:t>
      </w:r>
    </w:p>
    <w:p>
      <w:pPr>
        <w:jc w:val="right"/>
      </w:pPr>
      <w:r>
        <w:t>ویسٹ کی طرف نہ دیکھے، ایسٹ کی طرف دیکھے، یہ بالکل ہی بے اصل بات ہے۔ ویسٹ کی طرف دیکھنے کی وجہ سے ترکی نے ترقی کی ہے، ورنہ ترکی تو بہت پیچھے جا چکا تھا۔</w:t>
      </w:r>
    </w:p>
    <w:p>
      <w:r>
        <w:rPr>
          <w:b/>
        </w:rPr>
        <w:t xml:space="preserve">[56:54] </w:t>
      </w:r>
      <w:r>
        <w:t>aap aik kitaab parhiye, tareekh al-hadarat al-arabiyah ke usmani empire ne arbon mein koi taraqqi nahi hone di.</w:t>
      </w:r>
    </w:p>
    <w:p>
      <w:pPr>
        <w:jc w:val="right"/>
      </w:pPr>
      <w:r>
        <w:t>آپ ایک کتاب پڑھیے، تاریخ الحضارت عربیہ کہ عثمانی ایمپائر نے عربوں میں کوئی ترقی نہیں ہونے دی۔</w:t>
      </w:r>
    </w:p>
    <w:p>
      <w:r>
        <w:rPr>
          <w:b/>
        </w:rPr>
        <w:t xml:space="preserve">[57:07] </w:t>
      </w:r>
      <w:r>
        <w:t>beesveen beesveen sadi ke aaghaz mein aik turki sultan ne yeh kiya ke bahri bayra banaya. Turki ka bahri bayra bohat mashhoor hua karta tha, lekin woh tha,</w:t>
      </w:r>
    </w:p>
    <w:p>
      <w:pPr>
        <w:jc w:val="right"/>
      </w:pPr>
      <w:r>
        <w:t>بیسویں بیسویں صدی کے آغاز میں ایک ترکی سلطان نے یہ کیا کہ بحری بیڑا بنایا۔ ترکی کا بحری بیڑا بہت مشہور ہوا کرتا تھا، لیکن وہ تھا،</w:t>
      </w:r>
    </w:p>
    <w:p>
      <w:r>
        <w:rPr>
          <w:b/>
        </w:rPr>
        <w:t xml:space="preserve">[57:21] </w:t>
      </w:r>
      <w:r>
        <w:t>woh riwayati qism ka tha. Yani</w:t>
      </w:r>
    </w:p>
    <w:p>
      <w:pPr>
        <w:jc w:val="right"/>
      </w:pPr>
      <w:r>
        <w:t>وہ روایتی قسم کا تھا۔ یعنی</w:t>
      </w:r>
    </w:p>
    <w:p>
      <w:r>
        <w:rPr>
          <w:b/>
        </w:rPr>
        <w:t xml:space="preserve">[57:27] </w:t>
      </w:r>
      <w:r>
        <w:t>is mein jo jis ko chapu kehtay hain, oar o ae ar, oar chapu chalta tha aur is mein woh mastoor hua karta tha.</w:t>
      </w:r>
    </w:p>
    <w:p>
      <w:pPr>
        <w:jc w:val="right"/>
      </w:pPr>
      <w:r>
        <w:t>اس میں جو جس کو چپو کہتے ہیں، اوور او اے ار، اوور چپو چلتا تھا اور اس میں وہ مستور ہوا کرتا تھا۔</w:t>
      </w:r>
    </w:p>
    <w:p>
      <w:r>
        <w:rPr>
          <w:b/>
        </w:rPr>
        <w:t xml:space="preserve">[57:37] </w:t>
      </w:r>
      <w:r>
        <w:t>mast woh is qism ka hota tha un ke paas. Phir jab steamship aaya</w:t>
      </w:r>
    </w:p>
    <w:p>
      <w:pPr>
        <w:jc w:val="right"/>
      </w:pPr>
      <w:r>
        <w:t>ماسٹ وہ اس قسم کا ہوتا تھا ان کے پاس۔ پھر جب اسٹیم شپ آیا</w:t>
      </w:r>
    </w:p>
    <w:p>
      <w:r>
        <w:rPr>
          <w:b/>
        </w:rPr>
        <w:t xml:space="preserve">[57:45] </w:t>
      </w:r>
      <w:r>
        <w:t>aur steam power daryaft hui to europe aagay barh gaya aur turki peechay reh gaya. To is ne nikala, woh wahan wahan se mangwaya steamship.</w:t>
      </w:r>
    </w:p>
    <w:p>
      <w:pPr>
        <w:jc w:val="right"/>
      </w:pPr>
      <w:r>
        <w:t>اور اسٹیم پاور دریافت ہوئی تو یورپ آگے بڑھ گیا اور ترکی پیچھے رہ گیا۔ تو اس نے نکالا، وہ وہاں وہاں سے منگوایا اسٹیم شپ۔</w:t>
      </w:r>
    </w:p>
    <w:p>
      <w:r>
        <w:rPr>
          <w:b/>
        </w:rPr>
        <w:t xml:space="preserve">[57:58] </w:t>
      </w:r>
      <w:r>
        <w:t>to ulama ne fatwa diya ke jab tak bukhari khatam bukhari na kiya jaye, in jahazon ko samandar mein dalna khatarnak hai.</w:t>
      </w:r>
    </w:p>
    <w:p>
      <w:pPr>
        <w:jc w:val="right"/>
      </w:pPr>
      <w:r>
        <w:t>تو علماء نے فتویٰ دیا کہ جب تک بخاری ختم بخاری نہ کیا جائے، ان جہازوں کو سمندر میں ڈالنا خطرناک ہے۔</w:t>
      </w:r>
    </w:p>
    <w:p>
      <w:r>
        <w:rPr>
          <w:b/>
        </w:rPr>
        <w:t xml:space="preserve">[58:07] </w:t>
      </w:r>
      <w:r>
        <w:t>aik masla khara kar diya, pehlay khatam bukhari karo. Yani ulama jama hon, is par bukhari parh kar khatam karen. Is ko to aik thay mister sadqi, un ki taleem europe mein hui thi.</w:t>
      </w:r>
    </w:p>
    <w:p>
      <w:pPr>
        <w:jc w:val="right"/>
      </w:pPr>
      <w:r>
        <w:t>ایک مسئلہ کھڑا کر دیا، پہلے ختم بخاری کرو۔ یعنی علماء جمع ہوں، اس پر بخاری پڑھ کر ختم کریں۔ اس کو تو ایک تھے مسٹر صدقی، ان کی تعلیم یورپ میں ہوئی تھی۔</w:t>
      </w:r>
    </w:p>
    <w:p>
      <w:r>
        <w:rPr>
          <w:b/>
        </w:rPr>
        <w:t xml:space="preserve">[58:18] </w:t>
      </w:r>
      <w:r>
        <w:t>unhon ne kaha tha is zamanay mein ke in al-asateel fi hadha al-asr</w:t>
      </w:r>
    </w:p>
    <w:p>
      <w:pPr>
        <w:jc w:val="right"/>
      </w:pPr>
      <w:r>
        <w:t>انہوں نے کہا تھا اس زمانے میں کہ ان الاساتیل فی هذا العصر</w:t>
      </w:r>
    </w:p>
    <w:p>
      <w:r>
        <w:rPr>
          <w:b/>
        </w:rPr>
        <w:t xml:space="preserve">[58:25] </w:t>
      </w:r>
      <w:r>
        <w:t>tasweer bil bukhar la bil bukhari. Is zamanay mein kashtiyan jo hain, woh bukhari se nahi chalti, woh steam power se chalti hain.</w:t>
      </w:r>
    </w:p>
    <w:p>
      <w:pPr>
        <w:jc w:val="right"/>
      </w:pPr>
      <w:r>
        <w:t>تصویر بالبخار لا بالبخاری۔ اس زمانے میں کشتیاں جو ہیں، وہ بخاری سے نہیں چلتی، وہ اسٹیم پاور سے چلتی ہیں۔</w:t>
      </w:r>
    </w:p>
    <w:p>
      <w:r>
        <w:rPr>
          <w:b/>
        </w:rPr>
        <w:t xml:space="preserve">[58:37] </w:t>
      </w:r>
      <w:r>
        <w:t>is stagnation ko toṛa kamal tha turk ne.</w:t>
      </w:r>
    </w:p>
    <w:p>
      <w:pPr>
        <w:jc w:val="right"/>
      </w:pPr>
      <w:r>
        <w:t>اس اسٹیگنیشن کو توڑا کمال تھا ترک نے۔</w:t>
      </w:r>
    </w:p>
    <w:p>
      <w:r>
        <w:rPr>
          <w:b/>
        </w:rPr>
        <w:t xml:space="preserve">[58:42] </w:t>
      </w:r>
      <w:r>
        <w:t>tab turki mein taraqqi hui, musti ki wajah se taraqqi hui. Turki mein kitnay be khabar hain woh log jo kehtay hain ke west ki taraf mat dekho, east ki taraf dekho.</w:t>
      </w:r>
    </w:p>
    <w:p>
      <w:pPr>
        <w:jc w:val="right"/>
      </w:pPr>
      <w:r>
        <w:t>تب ترکی میں ترقی ہوئی، وسطی کی وجہ سے ترقی ہوئی۔ ترکی میں کتنے بے خبر ہیں وہ لوگ جو کہتے ہیں کہ ویسٹ کی طرف مت دیکھو، ایسٹ کی طرف دیکھو۔</w:t>
      </w:r>
    </w:p>
    <w:p>
      <w:r>
        <w:rPr>
          <w:b/>
        </w:rPr>
        <w:t xml:space="preserve">[58:56] </w:t>
      </w:r>
      <w:r>
        <w:t>to bahar hal is waqt jo main arz karna chaha tha, woh yeh baat ke is waqt waqt aa gaya hai sari ummat muslima ke liye ijtamai toba ka, collective repentance ka,</w:t>
      </w:r>
    </w:p>
    <w:p>
      <w:pPr>
        <w:jc w:val="right"/>
      </w:pPr>
      <w:r>
        <w:t>تو بہرحال اس وقت جو میں عرض کرنا چاہا تھا، وہ یہ بات کہ اس وقت وقت آ گیا ہے ساری امت مسلمہ کے لیے اجتماعی توبہ کا، کلیکٹو ریپیٹنس کا،</w:t>
      </w:r>
    </w:p>
    <w:p>
      <w:r>
        <w:rPr>
          <w:b/>
        </w:rPr>
        <w:t xml:space="preserve">[59:07] </w:t>
      </w:r>
      <w:r>
        <w:t>maghrib se dushmani khatam karne ka. Isi ki wajah se kitni bari nemat se mehroom hain ke dawat jazba khatam. Jab kisi ko aap dushman samajh len to dawat jazba khatam ho jaye ga, kyunke dawat ka jazba paida hota hai khair khwahi ki buniyad par.</w:t>
      </w:r>
    </w:p>
    <w:p>
      <w:pPr>
        <w:jc w:val="right"/>
      </w:pPr>
      <w:r>
        <w:t>مغرب سے دشمنی ختم کرنے کا۔ اسی کی وجہ سے کتنی بڑی نعمت سے محروم ہیں کہ دعوت جذبہ ختم۔ جب کسی کو آپ دشمن سمجھ لیں تو دعوت جذبہ ختم ہو جائے گا، کیونکہ دعوت کا جذبہ پیدا ہوتا ہے خیر خواہی کی بنیاد پر۔</w:t>
      </w:r>
    </w:p>
    <w:p>
      <w:r>
        <w:rPr>
          <w:b/>
        </w:rPr>
        <w:t xml:space="preserve">[59:21] </w:t>
      </w:r>
      <w:r>
        <w:t>khair khwahi nahi to dawat bhi nahi.</w:t>
      </w:r>
    </w:p>
    <w:p>
      <w:pPr>
        <w:jc w:val="right"/>
      </w:pPr>
      <w:r>
        <w:t>خیر خواہی نہیں تو دعوت بھی نہیں۔</w:t>
      </w:r>
    </w:p>
    <w:p>
      <w:r>
        <w:rPr>
          <w:b/>
        </w:rPr>
        <w:t xml:space="preserve">[59:27] </w:t>
      </w:r>
      <w:r>
        <w:t>to waqt aakhri waqt aa gaya hai ke poori poori ummat muslima jo hai, poori poori ummat ijtamai toba kare. Main dua karta hoon ke Allah taala mujh ko aur aap ko tofeeq de</w:t>
      </w:r>
    </w:p>
    <w:p>
      <w:pPr>
        <w:jc w:val="right"/>
      </w:pPr>
      <w:r>
        <w:t>تو وقت آخری وقت آ گیا ہے کہ پوری پوری امت مسلمہ جو ہے، پوری پوری امت اجتماعی توبہ کرے۔ میں دعا کرتا ہوں کہ اللہ تعالی مجھ کو اور آپ کو توفیق دے</w:t>
      </w:r>
    </w:p>
    <w:p>
      <w:r>
        <w:rPr>
          <w:b/>
        </w:rPr>
        <w:t xml:space="preserve">[59:43] </w:t>
      </w:r>
      <w:r>
        <w:t>saheeh rastay ki. Aqool qawli haza wastaghfirullaha lakum ajmaeen.</w:t>
      </w:r>
    </w:p>
    <w:p>
      <w:pPr>
        <w:jc w:val="right"/>
      </w:pPr>
      <w:r>
        <w:t>صحیح راستے کی۔ اقول قولیھذا واستغفراللہ لیلکم اجمعین۔</w:t>
      </w:r>
    </w:p>
    <w:p>
      <w:r>
        <w:rPr>
          <w:b/>
        </w:rPr>
        <w:t xml:space="preserve">[1:00:02] </w:t>
      </w:r>
      <w:r>
        <w:t>Maulana, yeh sawal Kashmir se aaya hai Aamir Jan Mori sahib ka. Unhon ne likha hai: "In a day to day dawah activities, we often talk of giving Quran to non-Muslims, so that they could understand the creation plan of God and discover the right path.</w:t>
      </w:r>
    </w:p>
    <w:p>
      <w:pPr>
        <w:jc w:val="right"/>
      </w:pPr>
      <w:r>
        <w:t>مولانا، یہ سوال کشمیر سے آیا ہے عامر جن موری صاحب کا۔ انہوں نے لکھا ہے: "ان ا ڈے ٹو ڈے دعوی ایکٹیویٹیز، وی افن ٹاک اف گیونگ قرآن ٹو نان مسلمز، سو دیٹ دے کڈ انڈرسٹینڈ دا کریشن پلان اف گاڈ اینڈ ڈسکور دا رائٹ پاتھ۔</w:t>
      </w:r>
    </w:p>
    <w:p>
      <w:r>
        <w:rPr>
          <w:b/>
        </w:rPr>
        <w:t xml:space="preserve">[1:00:24] </w:t>
      </w:r>
      <w:r>
        <w:t>in contrast to it, muslims despite of knowing the creation plan of god and essence of quran, are leading their life in the wrong path." Maulana sahib, my question is: "what is the reason for this unawareness and how can we address it?"</w:t>
      </w:r>
    </w:p>
    <w:p>
      <w:pPr>
        <w:jc w:val="right"/>
      </w:pPr>
      <w:r>
        <w:t>ان کنٹراسٹ ٹو اٹ، مسلمز ڈسپائٹ اف نوئنگ دا کریشن پلان اف گاڈ اینڈ ایسنس اف قرآن، ار لیڈنگ دیر لائف ان دا رونگ پاتھ۔" مولانا صاحب، مائی کوئسچن از: "واٹ از دا ریزن فار دس ان اویرنس اینڈ ہاؤ کین وی ایڈریس اٹ؟"</w:t>
      </w:r>
    </w:p>
    <w:p>
      <w:r>
        <w:rPr>
          <w:b/>
        </w:rPr>
        <w:t xml:space="preserve">[1:00:43] </w:t>
      </w:r>
      <w:r>
        <w:t>dekhen, yeh islaah ka kaam bohat lambi koshish ke baad hota hai. Musalmanon ki islaah jo nahi hui, is ki wajah yeh hai ke saray musalmanon ko jo likhnay aur bolnay walay thay, aik taraf to kya kar rahay hain?</w:t>
      </w:r>
    </w:p>
    <w:p>
      <w:pPr>
        <w:jc w:val="right"/>
      </w:pPr>
      <w:r>
        <w:t>دیکھیں، یہ اصلاح کا کام بہت لمبی کوشش کے بعد ہوتا ہے۔ مسلمانوں کی اصلاح جو نہیں ہوئی، اس کی وجہ یہ ہے کہ سارے مسلمانوں کو جو لکھنے اور بولنے والے تھے، ایک طرف تو کیا کر رہے ہیں؟</w:t>
      </w:r>
    </w:p>
    <w:p>
      <w:r>
        <w:rPr>
          <w:b/>
        </w:rPr>
        <w:t xml:space="preserve">[1:01:02] </w:t>
      </w:r>
      <w:r>
        <w:t>nafrat phaila rahay hain</w:t>
      </w:r>
    </w:p>
    <w:p>
      <w:pPr>
        <w:jc w:val="right"/>
      </w:pPr>
      <w:r>
        <w:t>نفرت پھیلا رہے ہیں</w:t>
      </w:r>
    </w:p>
    <w:p>
      <w:r>
        <w:rPr>
          <w:b/>
        </w:rPr>
        <w:t xml:space="preserve">[1:01:06] </w:t>
      </w:r>
      <w:r>
        <w:t>ghair muslim ke khilaf, kafir ke khilaf, west ke khilaf. To nafrat ka jo zehn hai, woh rog ban jata hai islaah ke liye.</w:t>
      </w:r>
    </w:p>
    <w:p>
      <w:pPr>
        <w:jc w:val="right"/>
      </w:pPr>
      <w:r>
        <w:t>غیر مسلم کے خلاف، کافر کے خلاف، ویسٹ کے خلاف۔ تو نفرت کا جو ذہن ہے، وہ روگ بن جاتا ہے اصلاح کے لیے۔</w:t>
      </w:r>
    </w:p>
    <w:p>
      <w:r>
        <w:rPr>
          <w:b/>
        </w:rPr>
        <w:t xml:space="preserve">[1:01:19] </w:t>
      </w:r>
      <w:r>
        <w:t>sab se bari rukawat jo hai musalmanon ke islam mein yeh hai ke un ki jo negative thinking hai,</w:t>
      </w:r>
    </w:p>
    <w:p>
      <w:pPr>
        <w:jc w:val="right"/>
      </w:pPr>
      <w:r>
        <w:t>سب سے بڑی رکاوٹ جو ہے مسلمانوں کے اسلام میں یہ ہے کہ ان کی جو نیگیٹیو تھنکنگ ہے،</w:t>
      </w:r>
    </w:p>
    <w:p>
      <w:r>
        <w:rPr>
          <w:b/>
        </w:rPr>
        <w:t xml:space="preserve">[1:01:25] </w:t>
      </w:r>
      <w:r>
        <w:t>jab tak aap negative thinking ko khatam na karein, tab tak koi islaah nahi ho sakti, kuch bhi islaah nahi ho sakti. har jagah negative thinking, aap ke kashmiri negative thinking hain, saare kashmiri jo hain negative thinking mein mubtala hain.</w:t>
      </w:r>
    </w:p>
    <w:p>
      <w:pPr>
        <w:jc w:val="right"/>
      </w:pPr>
      <w:r>
        <w:t>جب تک آپ نیگیٹیو تھنکنگ کو ختم نہ کریں، تب تک کوئی اصلاح نہیں ہو سکتی، کچھ بھی اصلاح نہیں ہو سکتی۔ ہر جگہ نیگیٹیو تھنکنگ، آپ کے کشمیری نیگیٹیو تھنکنگ ہیں، سارے کشمیری جو ہیں نیگیٹیو تھنکنگ میں مبتلا ہیں۔</w:t>
      </w:r>
    </w:p>
    <w:p>
      <w:r>
        <w:rPr>
          <w:b/>
        </w:rPr>
        <w:t xml:space="preserve">[1:01:41] </w:t>
      </w:r>
      <w:r>
        <w:t>saare arab dunya,</w:t>
      </w:r>
    </w:p>
    <w:p>
      <w:pPr>
        <w:jc w:val="right"/>
      </w:pPr>
      <w:r>
        <w:t>سارے عرب دنیا،</w:t>
      </w:r>
    </w:p>
    <w:p>
      <w:r>
        <w:rPr>
          <w:b/>
        </w:rPr>
        <w:t xml:space="preserve">[1:01:43] </w:t>
      </w:r>
      <w:r>
        <w:t>koi na koi dushman daryaft kar rakha hai, har ek ne. har jagah ke logon ne ek kuch dushman daryaft kar rakha hai, us ko le kar ke negative bane hue hain.</w:t>
      </w:r>
    </w:p>
    <w:p>
      <w:pPr>
        <w:jc w:val="right"/>
      </w:pPr>
      <w:r>
        <w:t>کوئی نہ کوئی دشمن دریافت کر رکھا ہے، ہر ایک نے۔ ہر جگہ کے لوگوں نے ایک کچھ دشمن دریافت کر رکھا ہے، اس کو لے کر کے نیگیٹیو بنے ہوئے ہیں۔</w:t>
      </w:r>
    </w:p>
    <w:p>
      <w:r>
        <w:rPr>
          <w:b/>
        </w:rPr>
        <w:t xml:space="preserve">[1:01:55] </w:t>
      </w:r>
      <w:r>
        <w:t>dekhein, jab tak musalmanon ke andar se negative thinking khatam na ki jaye, tab tak koi islaah nahi ho sakti.</w:t>
      </w:r>
    </w:p>
    <w:p>
      <w:pPr>
        <w:jc w:val="right"/>
      </w:pPr>
      <w:r>
        <w:t>دیکھیں، جب تک مسلمانوں کے اندر سے نیگیٹیو تھنکنگ ختم نہ کی جائے، تب تک کوئی اصلاح نہیں ہو سکتی۔</w:t>
      </w:r>
    </w:p>
    <w:p>
      <w:r>
        <w:rPr>
          <w:b/>
        </w:rPr>
        <w:t xml:space="preserve">[1:02:03] </w:t>
      </w:r>
      <w:r>
        <w:t>heer iz de starting point.</w:t>
      </w:r>
    </w:p>
    <w:p>
      <w:pPr>
        <w:jc w:val="right"/>
      </w:pPr>
      <w:r>
        <w:t>ہیر از دے سٹارٹنگ پوائنٹ۔</w:t>
      </w:r>
    </w:p>
    <w:p>
      <w:r>
        <w:rPr>
          <w:b/>
        </w:rPr>
        <w:t xml:space="preserve">[1:02:09] </w:t>
      </w:r>
      <w:r>
        <w:t>maulana, yeh sawal kiya hai makan khan sahib ne. unhone apni location nahi likhi hai, par un ka sawal yeh hai: "maulana, weather it is necessary to follow one maslak or i can follow the maslak ahle hadees</w:t>
      </w:r>
    </w:p>
    <w:p>
      <w:pPr>
        <w:jc w:val="right"/>
      </w:pPr>
      <w:r>
        <w:t>مولانا، یہ سوال کیا ہے ماکن خان صاحب نے۔ انہوں نے اپنی لوکیشن نہیں لکھی ہے، پر ان کا سوال یہ ہے: "مولانا، ویدر اٹ از نیسیسری ٹو فالو ون مسلک اور آئی کین فالو دا مسلک اہل حدیث</w:t>
      </w:r>
    </w:p>
    <w:p>
      <w:r>
        <w:rPr>
          <w:b/>
        </w:rPr>
        <w:t xml:space="preserve">[1:02:26] </w:t>
      </w:r>
      <w:r>
        <w:t>which does not follow any particular imam's maslak?" is ke bare mein aap batayein. is par dekhiye, hum ne tafseel se likha hai.</w:t>
      </w:r>
    </w:p>
    <w:p>
      <w:pPr>
        <w:jc w:val="right"/>
      </w:pPr>
      <w:r>
        <w:t>وچ ڈز ناٹ فالو اینی پرٹیکولر امامز مسلک؟" اس کے بارے میں آپ بتائیں۔ اس پر دیکھیے، ہم نے تفصیل سے لکھا ہے۔</w:t>
      </w:r>
    </w:p>
    <w:p>
      <w:r>
        <w:rPr>
          <w:b/>
        </w:rPr>
        <w:t xml:space="preserve">[1:02:35] </w:t>
      </w:r>
      <w:r>
        <w:t>hamari kitab aap padh lijiye, is ka naam hai "tajdeed deen". pehle aap is kitab ko padhiye, phir sawal kijiye.</w:t>
      </w:r>
    </w:p>
    <w:p>
      <w:pPr>
        <w:jc w:val="right"/>
      </w:pPr>
      <w:r>
        <w:t>ہماری کتاب آپ پڑھ لیجئے، اس کا نام ہے "تجدید دین"۔ پہلے آپ اس کتاب کو پڑھیے، پھر سوال کیجئے۔</w:t>
      </w:r>
    </w:p>
    <w:p>
      <w:r>
        <w:rPr>
          <w:b/>
        </w:rPr>
        <w:t xml:space="preserve">[1:02:45] </w:t>
      </w:r>
      <w:r>
        <w:t>yeh jo yeh jo masle phailaye, is qism ke sawalat phailaye hue hain musalmanon mein, isi par yeh kitab hai "tajdeed deen".</w:t>
      </w:r>
    </w:p>
    <w:p>
      <w:pPr>
        <w:jc w:val="right"/>
      </w:pPr>
      <w:r>
        <w:t>یہ جو یہ جو مسئلے پھیلے، اس قسم کے سوالات پھیلے ہوئے ہیں مسلمانوں میں، اسی پر یہ کتاب ہے "تجدید دین"۔</w:t>
      </w:r>
    </w:p>
    <w:p>
      <w:r>
        <w:rPr>
          <w:b/>
        </w:rPr>
        <w:t xml:space="preserve">[1:02:55] </w:t>
      </w:r>
      <w:r>
        <w:t>to aap pehle is kitab ko padhiye, ek baar nahi, do baar padhiye, phir jo sawal aap ke zehen mein aata hai, woh woh sawal kijiye. main inshallah is ka jawab doonga.</w:t>
      </w:r>
    </w:p>
    <w:p>
      <w:pPr>
        <w:jc w:val="right"/>
      </w:pPr>
      <w:r>
        <w:t>تو آپ پہلے اس کتاب کو پڑھیے، ایک بار نہیں، دو بار پڑھیے، پھر جو سوال آپ کے ذہن میں آتا ہے، وہ وہ سوال کیجئے۔ میں انشاءاللہ اس کا جواب دوں گا۔</w:t>
      </w:r>
    </w:p>
    <w:p>
      <w:r>
        <w:rPr>
          <w:b/>
        </w:rPr>
        <w:t xml:space="preserve">[1:03:07] </w:t>
      </w:r>
      <w:r>
        <w:t>maulana, yeh sawal tamil nadu se aaya hai maulana iqbal ahmad umri ka. unhone likha hai: "maulana, ek sahib ne kaha nuclear power ka daur hai, is mein peace ka mahol kaise barqarar ho sakta hai?</w:t>
      </w:r>
    </w:p>
    <w:p>
      <w:pPr>
        <w:jc w:val="right"/>
      </w:pPr>
      <w:r>
        <w:t>مولانا، یہ سوال تمل ناڈو سے آیا ہے مولانا اقبال احمد عمری کا۔ انہوں نے لکھا ہے: "مولانا، ایک صاحب نے کہا نیوکلیئر پاور کا دور ہے، اس میں پیس کا ماحول کیسے برقرار ہو سکتا ہے؟</w:t>
      </w:r>
    </w:p>
    <w:p>
      <w:r>
        <w:rPr>
          <w:b/>
        </w:rPr>
        <w:t xml:space="preserve">[1:03:23] </w:t>
      </w:r>
      <w:r>
        <w:t>har mulk apni taqat ka muzahira karta hai, aise waqt mein peace ki zimmedari kis par hai?"</w:t>
      </w:r>
    </w:p>
    <w:p>
      <w:pPr>
        <w:jc w:val="right"/>
      </w:pPr>
      <w:r>
        <w:t>ہر ملک اپنی طاقت کا مظاہرہ کرتا ہے، ایسے وقت میں پیس کی ذمہ داری کس پر ہے؟"</w:t>
      </w:r>
    </w:p>
    <w:p>
      <w:r>
        <w:rPr>
          <w:b/>
        </w:rPr>
        <w:t xml:space="preserve">[1:03:34] </w:t>
      </w:r>
      <w:r>
        <w:t>dekhein, yeh koi mehdood ke koi sawal nahi hai. yeh to aise hai ke koi kahe ke bhai shaitan ka daur hai to aap kaise islaah karein?</w:t>
      </w:r>
    </w:p>
    <w:p>
      <w:pPr>
        <w:jc w:val="right"/>
      </w:pPr>
      <w:r>
        <w:t>دیکھیں، یہ کوئی محدود کے کوئی سوال نہیں ہے۔ یہ تو ایسے ہے کہ کوئی کہے کہ بھئی شیطان کا دور ہے تو آپ کیسے اصلاح کریں؟</w:t>
      </w:r>
    </w:p>
    <w:p>
      <w:r>
        <w:rPr>
          <w:b/>
        </w:rPr>
        <w:t xml:space="preserve">[1:03:46] </w:t>
      </w:r>
      <w:r>
        <w:t>to nuclear nuclear power se pehle shaitan dunya mein aa chuka hai.</w:t>
      </w:r>
    </w:p>
    <w:p>
      <w:pPr>
        <w:jc w:val="right"/>
      </w:pPr>
      <w:r>
        <w:t>تو نیوکلیئر نیوکلیئر پاور سے پہلے شیطان دنیا میں آ چکا ہے۔</w:t>
      </w:r>
    </w:p>
    <w:p>
      <w:r>
        <w:rPr>
          <w:b/>
        </w:rPr>
        <w:t xml:space="preserve">[1:03:50] </w:t>
      </w:r>
      <w:r>
        <w:t>jab adam aaya to shaitan bhi aaya. jante hain, shaitan ne kaha tha ke "la tak la tanakru billah".</w:t>
      </w:r>
    </w:p>
    <w:p>
      <w:pPr>
        <w:jc w:val="right"/>
      </w:pPr>
      <w:r>
        <w:t>جب آدم آیا تو شیطان بھی آیا۔ جانتے ہیں، شیطان نے کہا تھا کہ "لا تک لا تنکر باللہ"۔</w:t>
      </w:r>
    </w:p>
    <w:p>
      <w:r>
        <w:rPr>
          <w:b/>
        </w:rPr>
        <w:t xml:space="preserve">[1:03:59] </w:t>
      </w:r>
      <w:r>
        <w:t>main majority ko nigal jaunga, solo kar loonga. to yeh to challenge ki dunya hai, yeh to rahega. nuclear power se</w:t>
      </w:r>
    </w:p>
    <w:p>
      <w:pPr>
        <w:jc w:val="right"/>
      </w:pPr>
      <w:r>
        <w:t>میں میجورٹی کو نگل جاؤں گا، سولو کر لوں گا۔ تو یہ تو چیلنج کی دنیا ہے، یہ تو رہے گا۔ نیوکلیئر پاور سے</w:t>
      </w:r>
    </w:p>
    <w:p>
      <w:r>
        <w:rPr>
          <w:b/>
        </w:rPr>
        <w:t xml:space="preserve">[1:04:09] </w:t>
      </w:r>
      <w:r>
        <w:t>billion time bada challenge hai shaitan ka. yeh koi excuse nahi hai, yeh sab hota rahega. aap apni koshish kijiye.</w:t>
      </w:r>
    </w:p>
    <w:p>
      <w:pPr>
        <w:jc w:val="right"/>
      </w:pPr>
      <w:r>
        <w:t>بلین ٹائم بڑا چیلنج ہے شیطان کا۔ یہ کوئی ایکسکیوز نہیں ہے، یہ سب ہوتا رہے گا۔ آپ اپنی کوشش کیجئے۔</w:t>
      </w:r>
    </w:p>
    <w:p>
      <w:r>
        <w:rPr>
          <w:b/>
        </w:rPr>
        <w:t xml:space="preserve">[1:04:20] </w:t>
      </w:r>
      <w:r>
        <w:t>shaitanon ki maujoodgi ki wajah se aisa nahi hua ke anbiya nahi aaye, hussain ne kaam nahi kiya.</w:t>
      </w:r>
    </w:p>
    <w:p>
      <w:pPr>
        <w:jc w:val="right"/>
      </w:pPr>
      <w:r>
        <w:t>شیطانوں کی موجودگی کی وجہ سے ایسا نہیں ہوا کہ انبیاء نہیں آئے، حسین نے کام نہیں کیا۔</w:t>
      </w:r>
    </w:p>
    <w:p>
      <w:r>
        <w:rPr>
          <w:b/>
        </w:rPr>
        <w:t xml:space="preserve">[1:04:26] </w:t>
      </w:r>
      <w:r>
        <w:t>is tarike se yeh sab jo dunya mein ho raha hai, is ki maujoodgi ke bawajood aap ko kaam karna hai. aur jis ko Allah taala tofeeq dega, us ki islaah hogi.</w:t>
      </w:r>
    </w:p>
    <w:p>
      <w:pPr>
        <w:jc w:val="right"/>
      </w:pPr>
      <w:r>
        <w:t>اس طریقے سے یہ سب جو دنیا میں ہو رہا ہے، اس کی موجودگی کے باوجود آپ کو کام کرنا ہے۔ اور جس کو اللہ تعالی توفیق دے گا، اس کی اصلاح ہوگی۔</w:t>
      </w:r>
    </w:p>
    <w:p>
      <w:r>
        <w:rPr>
          <w:b/>
        </w:rPr>
        <w:t xml:space="preserve">[1:04:39] </w:t>
      </w:r>
      <w:r>
        <w:t>to yeh yeh yeh ek ek ek ek</w:t>
      </w:r>
    </w:p>
    <w:p>
      <w:pPr>
        <w:jc w:val="right"/>
      </w:pPr>
      <w:r>
        <w:t>تو یہ یہ یہ ایک ایک ایک ایک</w:t>
      </w:r>
    </w:p>
    <w:p>
      <w:r>
        <w:rPr>
          <w:b/>
        </w:rPr>
        <w:t xml:space="preserve">[1:04:43] </w:t>
      </w:r>
      <w:r>
        <w:t>ek intellectual shosha hai. bas aise log shoshe chhodte rehte hain. jab dunya Allah taala ne is tarah banai hai ke shaitan khuli azadi di, aap bolte hain use.</w:t>
      </w:r>
    </w:p>
    <w:p>
      <w:pPr>
        <w:jc w:val="right"/>
      </w:pPr>
      <w:r>
        <w:t>ایک انٹلیکچول شوشہ ہے۔ بس ایسے لوگ شوشے چھوڑتے رہتے ہیں۔ جب دنیا اللہ تعالی نے اس طرح بنائی ہے کہ شیطان کھلی آزادی دی، آپ بولتے ہیں اسے۔</w:t>
      </w:r>
    </w:p>
    <w:p>
      <w:r>
        <w:rPr>
          <w:b/>
        </w:rPr>
        <w:t xml:space="preserve">[1:04:53] </w:t>
      </w:r>
      <w:r>
        <w:t>to aap ghaur kijiye ke shaitan ke jo koshishein hain, us ke muqable mein kya haqeeqat hai in koshishon ki.</w:t>
      </w:r>
    </w:p>
    <w:p>
      <w:pPr>
        <w:jc w:val="right"/>
      </w:pPr>
      <w:r>
        <w:t>تو آپ غور کیجئے کہ شیطان کے جو کوششیں ہیں، اس کے مقابلے میں کیا حقیقت ہے ان کوششوں کی۔</w:t>
      </w:r>
    </w:p>
    <w:p>
      <w:r>
        <w:rPr>
          <w:b/>
        </w:rPr>
        <w:t xml:space="preserve">[1:05:00] </w:t>
      </w:r>
      <w:r>
        <w:t>yeh ke aap hawala de rahe hain, shaitan ki koshishein to billion time zyada khatarnak hain. phir bhi Allah ne farishte bheje, phir bhi Allah ne anbiya bheje, phir bhi Allah taala ne muslimeen khade kiye.</w:t>
      </w:r>
    </w:p>
    <w:p>
      <w:pPr>
        <w:jc w:val="right"/>
      </w:pPr>
      <w:r>
        <w:t>یہ کہ آپ حوالہ دے رہے ہیں، شیطان کی کوششیں تو بلین ٹائم زیادہ خطرناک ہیں۔ پھر بھی اللہ نے فرشتے بھیجے، پھر بھی اللہ نے انبیاء بھیجے، پھر بھی اللہ تعالی نے مسلمین کھڑے کیے۔</w:t>
      </w:r>
    </w:p>
    <w:p>
      <w:r>
        <w:rPr>
          <w:b/>
        </w:rPr>
        <w:t xml:space="preserve">[1:05:12] </w:t>
      </w:r>
      <w:r>
        <w:t>to aap koshish karte rahiye, koshish karte rahiye, koshish karte rahiye.</w:t>
      </w:r>
    </w:p>
    <w:p>
      <w:pPr>
        <w:jc w:val="right"/>
      </w:pPr>
      <w:r>
        <w:t>تو آپ کوشش کرتے رہیے، کوشش کرتے رہیے، کوشش کرتے رہیے۔</w:t>
      </w:r>
    </w:p>
    <w:p>
      <w:r>
        <w:rPr>
          <w:b/>
        </w:rPr>
        <w:t xml:space="preserve">[1:05:19] </w:t>
      </w:r>
      <w:r>
        <w:t>maulana, agla sawal aya hai zabeer qureshi sahib ka. unhon ne likha hai: "maulana, tablighi tehreek ke ulama jamaat mein le jate hain, kya hamein jana chahiye?" dekhen, aisa sawal hi is tarah nahi kiya jata.</w:t>
      </w:r>
    </w:p>
    <w:p>
      <w:pPr>
        <w:jc w:val="right"/>
      </w:pPr>
      <w:r>
        <w:t>مولانا، اگلا سوال آیا ہے زبیر قریشی صاحب کا۔ انہوں نے لکھا ہے: "مولانا، تبلیغی تحریک کے علماء جماعت میں لے جاتے ہیں، کیا ہمیں جانا چاہیے؟" دیکھیں، ایسا سوال ہی اس طرح نہیں کیا جاتا۔</w:t>
      </w:r>
    </w:p>
    <w:p>
      <w:r>
        <w:rPr>
          <w:b/>
        </w:rPr>
        <w:t xml:space="preserve">[1:05:34] </w:t>
      </w:r>
      <w:r>
        <w:t>aap kehte hain seerat se to mere kamre mein aaiye, main office mein hoon, main bataunga aap ko.</w:t>
      </w:r>
    </w:p>
    <w:p>
      <w:pPr>
        <w:jc w:val="right"/>
      </w:pPr>
      <w:r>
        <w:t>آپ کہتے ہیں سیرت سے تو میرے کمرے میں آئیے، میں آفس میں ہوں، میں بتاؤں گا آپ کو۔</w:t>
      </w:r>
    </w:p>
    <w:p>
      <w:r>
        <w:rPr>
          <w:b/>
        </w:rPr>
        <w:t xml:space="preserve">[1:05:40] </w:t>
      </w:r>
      <w:r>
        <w:t>yeh sawal aap sanjeeda nahi hain, yeh sawal karne hain. agar sanjeeda hote to aap mujh se telephone karte ya mere paas aate milne ke liye.</w:t>
      </w:r>
    </w:p>
    <w:p>
      <w:pPr>
        <w:jc w:val="right"/>
      </w:pPr>
      <w:r>
        <w:t>یہ سوال آپ سنجیدہ نہیں ہیں، یہ سوال کرنے ہیں۔ اگر سنجیدہ ہوتے تو آپ مجھ سے ٹیلی فون کرتے یا میرے پاس آتے ملنے کے لیے۔</w:t>
      </w:r>
    </w:p>
    <w:p>
      <w:r>
        <w:rPr>
          <w:b/>
        </w:rPr>
        <w:t xml:space="preserve">[1:05:51] </w:t>
      </w:r>
      <w:r>
        <w:t>main is sawal ka jawab yahan nahi de sakta. aap ko agar dilchaspi hai to mere kamre wali mere office wali.</w:t>
      </w:r>
    </w:p>
    <w:p>
      <w:pPr>
        <w:jc w:val="right"/>
      </w:pPr>
      <w:r>
        <w:t>میں اس سوال کا جواب یہاں نہیں دے سکتا۔ آپ کو اگر دلچسپی ہے تو میرے کمرے والی میرے آفس والی۔</w:t>
      </w:r>
    </w:p>
    <w:p>
      <w:r>
        <w:rPr>
          <w:b/>
        </w:rPr>
        <w:t xml:space="preserve">[1:06:01] </w:t>
      </w:r>
      <w:r>
        <w:t>maulana, ab agla sawal mumbai se aya hai farhan naseem khan sahib ka. unhon ne likha hai: "maulana, how can one implement in today time the verse number 94 of al hijr which says</w:t>
      </w:r>
    </w:p>
    <w:p>
      <w:pPr>
        <w:jc w:val="right"/>
      </w:pPr>
      <w:r>
        <w:t>مولانا، اب اگلا سوال ممبئی سے آیا ہے فرحان نسیم خان صاحب کا۔ انہوں نے لکھا ہے: "مولانا، ہاؤ کین ون امپلیمنٹ ان ٹوڈے ٹائم دا ورس نمبر 94 اف الحجر وچ سیز</w:t>
      </w:r>
    </w:p>
    <w:p>
      <w:r>
        <w:rPr>
          <w:b/>
        </w:rPr>
        <w:t xml:space="preserve">[1:06:19] </w:t>
      </w:r>
      <w:r>
        <w:t>hence proclaim openly all that you have been bidden and leave alone and leave alone all those who ascribe divinity to anyone beside the god?" kindly comment.</w:t>
      </w:r>
    </w:p>
    <w:p>
      <w:pPr>
        <w:jc w:val="right"/>
      </w:pPr>
      <w:r>
        <w:t>ہینس پروکلیم اوپنلی ال دیٹ یو ہیو بین بڈن اینڈ لیو الون اینڈ لیو الون ال دوز ہو اسکرائب ڈیوینیٹی ٹو اینی ون بیسائیڈ دی گاڈ؟" کائنڈلی کمنٹ۔</w:t>
      </w:r>
    </w:p>
    <w:p>
      <w:r>
        <w:rPr>
          <w:b/>
        </w:rPr>
        <w:t xml:space="preserve">[1:06:33] </w:t>
      </w:r>
      <w:r>
        <w:t>aaj to azadi azadi hai,</w:t>
      </w:r>
    </w:p>
    <w:p>
      <w:pPr>
        <w:jc w:val="right"/>
      </w:pPr>
      <w:r>
        <w:t>آج تو آزادی آزادی ہے،</w:t>
      </w:r>
    </w:p>
    <w:p>
      <w:r>
        <w:rPr>
          <w:b/>
        </w:rPr>
        <w:t xml:space="preserve">[1:06:36] </w:t>
      </w:r>
      <w:r>
        <w:t>aaj to sab se zyada dunya mein yeh kaam ho sakta hai.</w:t>
      </w:r>
    </w:p>
    <w:p>
      <w:pPr>
        <w:jc w:val="right"/>
      </w:pPr>
      <w:r>
        <w:t>آج تو سب سے زیادہ دنیا میں یہ کام ہو سکتا ہے۔</w:t>
      </w:r>
    </w:p>
    <w:p>
      <w:r>
        <w:rPr>
          <w:b/>
        </w:rPr>
        <w:t xml:space="preserve">[1:06:42] </w:t>
      </w:r>
      <w:r>
        <w:t>fardah baat umar ko maane hain, khule taur par kaho. to pehle zamane mein to yani khule taur par karne ke liye pathar yani ki maar parti thi.</w:t>
      </w:r>
    </w:p>
    <w:p>
      <w:pPr>
        <w:jc w:val="right"/>
      </w:pPr>
      <w:r>
        <w:t>فردہ بات عمر کو مانے ہیں، کھلے طور پر کہو۔ تو پہلے زمانے میں تو یعنی کھلے طور پر کرنے کے لیے پتھر یعنی کی مار پڑتی تھی۔</w:t>
      </w:r>
    </w:p>
    <w:p>
      <w:r>
        <w:rPr>
          <w:b/>
        </w:rPr>
        <w:t xml:space="preserve">[1:06:53] </w:t>
      </w:r>
      <w:r>
        <w:t>ab kya hai? ab to freedom hai, ab koi rukawat hi nahi hai.</w:t>
      </w:r>
    </w:p>
    <w:p>
      <w:pPr>
        <w:jc w:val="right"/>
      </w:pPr>
      <w:r>
        <w:t>اب کیا ہے؟ اب تو فریڈم ہے، اب کوئی رکاوٹ ہی نہیں ہے۔</w:t>
      </w:r>
    </w:p>
    <w:p>
      <w:r>
        <w:rPr>
          <w:b/>
        </w:rPr>
        <w:t xml:space="preserve">[1:06:58] </w:t>
      </w:r>
      <w:r>
        <w:t>ab to kuch bhi rukawat nahi hai. ab rukawat jo hai us waqt hai jab ke aap hamakat karen. aap pehle mujhe maar ki policy chalayen. musalmanon ne sari dunya mein aap pehle mujhe maar ki policy chala rakhi hai.</w:t>
      </w:r>
    </w:p>
    <w:p>
      <w:pPr>
        <w:jc w:val="right"/>
      </w:pPr>
      <w:r>
        <w:t>اب تو کچھ بھی رکاوٹ نہیں ہے۔ اب رکاوٹ جو ہے اس وقت ہے جب کہ آپ حماقت کریں۔ آپ پہلے مجھے مار کی پالیسی چلائیں۔ مسلمانوں نے ساری دنیا میں آپ پہلے مجھے مار کی پالیسی چلا رکھی ہے۔</w:t>
      </w:r>
    </w:p>
    <w:p>
      <w:r>
        <w:rPr>
          <w:b/>
        </w:rPr>
        <w:t xml:space="preserve">[1:07:10] </w:t>
      </w:r>
      <w:r>
        <w:t>is ki wajah se masail paida hote hain. to kehte hain ke dawat ka kaam kaise karen?</w:t>
      </w:r>
    </w:p>
    <w:p>
      <w:pPr>
        <w:jc w:val="right"/>
      </w:pPr>
      <w:r>
        <w:t>اس کی وجہ سے مسائل پیدا ہوتے ہیں۔ تو کہتے ہیں کہ دعوت کا کام کیسے کریں؟</w:t>
      </w:r>
    </w:p>
    <w:p>
      <w:r>
        <w:rPr>
          <w:b/>
        </w:rPr>
        <w:t xml:space="preserve">[1:07:15] </w:t>
      </w:r>
      <w:r>
        <w:t>apne aap pehle mujhe maar ki policy band karo, phir dawat ke sare mawaqe khulenge tumhare liye.</w:t>
      </w:r>
    </w:p>
    <w:p>
      <w:pPr>
        <w:jc w:val="right"/>
      </w:pPr>
      <w:r>
        <w:t>اپنے آپ پہلے مجھے مار کی پالیسی بند کرو، پھر دعوت کے سارے مواقع کھلیں گے تمہارے لیے۔</w:t>
      </w:r>
    </w:p>
    <w:p>
      <w:r>
        <w:rPr>
          <w:b/>
        </w:rPr>
        <w:t xml:space="preserve">[1:07:25] </w:t>
      </w:r>
      <w:r>
        <w:t>aap pehle mujhe maar ki, mujhe nahi ke aap samajhte nahi samajhte is ko ke ek bail khada hua hai, seengh wala. to hum ne gaon mein dekha hai, apna bail khada hua, aap is ko koi matlab nahi kisi cheez se.</w:t>
      </w:r>
    </w:p>
    <w:p>
      <w:pPr>
        <w:jc w:val="right"/>
      </w:pPr>
      <w:r>
        <w:t>آپ پہلے مجھے مار کی، مجھے نہیں کہ آپ سمجھتے نہیں سمجھتے اس کو کہ ایک بیل کھڑا ہوا ہے، سینگ والا۔ تو ہم نے گاؤں میں دیکھا ہے، اپنا بیل کھڑا ہوا، آپ اس کو کوئی مطلب نہیں کسی چیز سے۔</w:t>
      </w:r>
    </w:p>
    <w:p>
      <w:r>
        <w:rPr>
          <w:b/>
        </w:rPr>
        <w:t xml:space="preserve">[1:07:37] </w:t>
      </w:r>
      <w:r>
        <w:t>ab bachche kahin pathar marte hain is ko to is ko seengh marta hai. woh</w:t>
      </w:r>
    </w:p>
    <w:p>
      <w:pPr>
        <w:jc w:val="right"/>
      </w:pPr>
      <w:r>
        <w:t>اب بچے کہیں پتھر مارتے ہیں اس کو تو اس کو سینگ مارتا ہے۔ وہ</w:t>
      </w:r>
    </w:p>
    <w:p>
      <w:r>
        <w:rPr>
          <w:b/>
        </w:rPr>
        <w:t xml:space="preserve">[1:07:42] </w:t>
      </w:r>
      <w:r>
        <w:t>agar aap pathar na maren to seengh bhi nahi marega. woh khamkhwah nahi marta seengh kabhi bail. to musalman shayad dunya mein chalate hain, aap pehle mujhe maar ki ki siyasat.</w:t>
      </w:r>
    </w:p>
    <w:p>
      <w:pPr>
        <w:jc w:val="right"/>
      </w:pPr>
      <w:r>
        <w:t>اگر آپ پتھر نہ ماریں تو سینگ بھی نہیں مارے گا۔ وہ خامخواہ نہیں مارتا سینگ کبھی بیل۔ تو مسلمان شاید دنیا میں چلاتے ہیں، آپ پہلے مجھے مار کی کی سیاست۔</w:t>
      </w:r>
    </w:p>
    <w:p>
      <w:r>
        <w:rPr>
          <w:b/>
        </w:rPr>
        <w:t xml:space="preserve">[1:07:55] </w:t>
      </w:r>
      <w:r>
        <w:t>aur phir jab masail paida hote hain to kehte hain hum da'wati kaam kaise karen?</w:t>
      </w:r>
    </w:p>
    <w:p>
      <w:pPr>
        <w:jc w:val="right"/>
      </w:pPr>
      <w:r>
        <w:t>اور پھر جب مسائل پیدا ہوتے ہیں تو کہتے ہیں ہم دعوتی کام کیسے کریں؟</w:t>
      </w:r>
    </w:p>
    <w:p>
      <w:r>
        <w:rPr>
          <w:b/>
        </w:rPr>
        <w:t xml:space="preserve">[1:08:01] </w:t>
      </w:r>
      <w:r>
        <w:t>to mera jawab yeh hai ke pehle khatm karo, aap pehle mujhe maar ki siyasat aur is ke baad dawat ke mauqe sab khule hue hain.</w:t>
      </w:r>
    </w:p>
    <w:p>
      <w:pPr>
        <w:jc w:val="right"/>
      </w:pPr>
      <w:r>
        <w:t>تو میرا جواب یہ ہے کہ پہلے ختم کرو، آپ پہلے مجھے مار کی سیاست اور اس کے بعد دعوت کے موقع سب کھلے ہوئے ہیں۔</w:t>
      </w:r>
    </w:p>
    <w:p>
      <w:r>
        <w:rPr>
          <w:b/>
        </w:rPr>
        <w:t xml:space="preserve">[1:08:09] </w:t>
      </w:r>
      <w:r>
        <w:t>in ko faraham kar sakte ho, koi rukawat hi nahi hai is zamane mein.</w:t>
      </w:r>
    </w:p>
    <w:p>
      <w:pPr>
        <w:jc w:val="right"/>
      </w:pPr>
      <w:r>
        <w:t>ان کو فراہم کر سکتے ہو، کوئی رکاوٹ ہی نہیں ہے اس زمانے میں۔</w:t>
      </w:r>
    </w:p>
    <w:p>
      <w:r>
        <w:rPr>
          <w:b/>
        </w:rPr>
        <w:t xml:space="preserve">[1:08:18] </w:t>
      </w:r>
      <w:r>
        <w:t>maulana, agla sawal delhi se hai miss naghma siddiqui ka. unhon ne likha hai: "the vv concept has the base in islam, but muslims are propagating vv concept.</w:t>
      </w:r>
    </w:p>
    <w:p>
      <w:pPr>
        <w:jc w:val="right"/>
      </w:pPr>
      <w:r>
        <w:t>مولانا، اگلا سوال دلی سے ہے مس نغمہ صدیقی کا۔ انہوں نے لکھا ہے: "دا وی وی کانسیپٹ ہیز دا بیس ان اسلام، بٹ مسلمز ار پروپیگیٹنگ وی دے کانسیپٹ۔</w:t>
      </w:r>
    </w:p>
    <w:p>
      <w:r>
        <w:rPr>
          <w:b/>
        </w:rPr>
        <w:t xml:space="preserve">[1:08:32] </w:t>
      </w:r>
      <w:r>
        <w:t>how can we as da'ees propagate the vv concept?" is ke bare mein batayen. abhi samjhana hai, galat taur par musalmanon ne farz kar liya ke sahib hamare dushman hain.</w:t>
      </w:r>
    </w:p>
    <w:p>
      <w:pPr>
        <w:jc w:val="right"/>
      </w:pPr>
      <w:r>
        <w:t>ہاؤ کین وی ایز دائیز پروپیگیٹ دا وی وی کانسیپٹ؟" اس کے بارے میں بتائیں۔ ابھی سمجھانا ہے، غلط طور پر مسلمانوں نے فرض کر لیا کہ صاحب ہمارے دشمن ہیں۔</w:t>
      </w:r>
    </w:p>
    <w:p>
      <w:r>
        <w:rPr>
          <w:b/>
        </w:rPr>
        <w:t xml:space="preserve">[1:08:43] </w:t>
      </w:r>
      <w:r>
        <w:t>galat taur par samajh rakha hai. to zahir hai ke un ki soch ko badalna padega.</w:t>
      </w:r>
    </w:p>
    <w:p>
      <w:pPr>
        <w:jc w:val="right"/>
      </w:pPr>
      <w:r>
        <w:t>غلط طور پر سمجھ رکھا ہے۔ تو ظاہر ہے کہ ان کی سوچ کو بدلنا پڑے گا۔</w:t>
      </w:r>
    </w:p>
    <w:p>
      <w:r>
        <w:rPr>
          <w:b/>
        </w:rPr>
        <w:t xml:space="preserve">[1:08:57] </w:t>
      </w:r>
      <w:r>
        <w:t>beginning jo hai woh soch ko badalne se hoti hai, yani jis ko main kahunga re engineering of minds, no ke zehen ki nai tashkeel.</w:t>
      </w:r>
    </w:p>
    <w:p>
      <w:pPr>
        <w:jc w:val="right"/>
      </w:pPr>
      <w:r>
        <w:t>بگننگ جو ہے وہ سوچ کو بدلنے سے ہوتی ہے، یعنی جس کو میں کہوں گا ری انجینئرنگ اف مائنڈز، نو کہ ذہن کی نئی تشکیل۔</w:t>
      </w:r>
    </w:p>
    <w:p>
      <w:r>
        <w:rPr>
          <w:b/>
        </w:rPr>
        <w:t xml:space="preserve">[1:09:11] </w:t>
      </w:r>
      <w:r>
        <w:t>to yeh woh kaam hai jis par jannaton ke wade hain, jo jannat free mein to milenge nahi.</w:t>
      </w:r>
    </w:p>
    <w:p>
      <w:pPr>
        <w:jc w:val="right"/>
      </w:pPr>
      <w:r>
        <w:t>تو یہ وہ کام ہے جس پر جنتوں کے وعدے ہیں، جو جنت فری میں تو ملیں گے نہیں۔</w:t>
      </w:r>
    </w:p>
    <w:p>
      <w:r>
        <w:rPr>
          <w:b/>
        </w:rPr>
        <w:t xml:space="preserve">[1:09:18] </w:t>
      </w:r>
      <w:r>
        <w:t>ek mushkil kaam hai, tabhi to jannat hai is ke liye. to is kaam ka aaghaz hoga re engineering of minds se, yani zehen ki tashkeel nau se.</w:t>
      </w:r>
    </w:p>
    <w:p>
      <w:pPr>
        <w:jc w:val="right"/>
      </w:pPr>
      <w:r>
        <w:t>ایک مشکل کام ہے، تبھی تو جنت ہے اس کے لیے۔ تو اس کام کا آغاز ہوگا ری انجینئرنگ اف مائنڈ سے، یعنی ذہن کی تشکیل نو سے۔</w:t>
      </w:r>
    </w:p>
    <w:p>
      <w:r>
        <w:rPr>
          <w:b/>
        </w:rPr>
        <w:t xml:space="preserve">[1:09:31] </w:t>
      </w:r>
      <w:r>
        <w:t>jab zehn badlega to phir sab chezen aasan ho jayengi apne aap.</w:t>
      </w:r>
    </w:p>
    <w:p>
      <w:pPr>
        <w:jc w:val="right"/>
      </w:pPr>
      <w:r>
        <w:t>جب ذہن بدلے گا تو پھر سب چیزیں آسان ہو جائیں گی اپنے آپ۔</w:t>
      </w:r>
    </w:p>
    <w:p>
      <w:r>
        <w:rPr>
          <w:b/>
        </w:rPr>
        <w:t xml:space="preserve">[1:09:41] </w:t>
      </w:r>
      <w:r>
        <w:t>maulana, agla sawal maulana iqbal umri ka aya hai tamil nadu se. unhon ne likha hai: "maulana, ek hadith mein aya hai ke yahood 71, nasari 72 sects aur musalman 73 sects ho jayenge, yani musalman yahood aur nasari plus ho jayenge.</w:t>
      </w:r>
    </w:p>
    <w:p>
      <w:pPr>
        <w:jc w:val="right"/>
      </w:pPr>
      <w:r>
        <w:t>مولانا، اگلا سوال مولانا اقبال عمری کا آیا ہے تمل ناڈو سے۔ انہوں نے لکھا ہے: "مولانا، ایک حدیث میں آیا ہے کہ یہود 71، نصاری 72 سیکٹس اور مسلمان 73 سیکٹس ہو جائیں گے، یعنی مسلمان یہود اور نصاری پلس ہو جائیں گے۔</w:t>
      </w:r>
    </w:p>
    <w:p>
      <w:r>
        <w:rPr>
          <w:b/>
        </w:rPr>
        <w:t xml:space="preserve">[1:10:02] </w:t>
      </w:r>
      <w:r>
        <w:t>is ka kya matlab hai?"</w:t>
      </w:r>
    </w:p>
    <w:p>
      <w:pPr>
        <w:jc w:val="right"/>
      </w:pPr>
      <w:r>
        <w:t>اس کا کیا مطلب ہے؟"</w:t>
      </w:r>
    </w:p>
    <w:p>
      <w:r>
        <w:rPr>
          <w:b/>
        </w:rPr>
        <w:t xml:space="preserve">[1:10:07] </w:t>
      </w:r>
      <w:r>
        <w:t>dekhen, yeh ginti ka muamla nahi hai. 71, 72, 73 jo hai yeh yeh to ek ilamati gintiyan hain.</w:t>
      </w:r>
    </w:p>
    <w:p>
      <w:pPr>
        <w:jc w:val="right"/>
      </w:pPr>
      <w:r>
        <w:t>دیکھیں، یہ گنتی کا معاملہ نہیں ہے۔ 71، 72، 73 جو ہے یہ یہ تو ایک علامتی گنتیاں ہیں۔</w:t>
      </w:r>
    </w:p>
    <w:p>
      <w:r>
        <w:rPr>
          <w:b/>
        </w:rPr>
        <w:t xml:space="preserve">[1:10:18] </w:t>
      </w:r>
      <w:r>
        <w:t>matlab ke musalmanon mein jo bigad aayega woh yahood o nasari se bhi zyada aayega.</w:t>
      </w:r>
    </w:p>
    <w:p>
      <w:pPr>
        <w:jc w:val="right"/>
      </w:pPr>
      <w:r>
        <w:t>مطلب کہ مسلمانوں میں جو بگاڑ آئے گا وہ یہود و نصاری سے بھی زیادہ آئے گا۔</w:t>
      </w:r>
    </w:p>
    <w:p>
      <w:r>
        <w:rPr>
          <w:b/>
        </w:rPr>
        <w:t xml:space="preserve">[1:10:30] </w:t>
      </w:r>
      <w:r>
        <w:t>aur yeh aap dekhte the, waqea yeh waqea aaj ban chuka hai. is ki wajah hai ke yahood o nasari ka jo mazhab aya, us waqt mawaqe bahut kam hote the.</w:t>
      </w:r>
    </w:p>
    <w:p>
      <w:pPr>
        <w:jc w:val="right"/>
      </w:pPr>
      <w:r>
        <w:t>اور یہ آپ دیکھتے تھے، واقعہ یہ واقعہ آج بن چکا ہے۔ اس کی وجہ ہے کہ یہود و نصاری کا جو مذہب آیا، اس وقت مواقع بہت کم ہوتے تھے۔</w:t>
      </w:r>
    </w:p>
    <w:p>
      <w:r>
        <w:rPr>
          <w:b/>
        </w:rPr>
        <w:t xml:space="preserve">[1:10:40] </w:t>
      </w:r>
      <w:r>
        <w:t>ab mawaqe bahut badh gaye aur logon ke paas paisa bhi hai, power bhi hai, communication bhi hai, har cheez</w:t>
      </w:r>
    </w:p>
    <w:p>
      <w:pPr>
        <w:jc w:val="right"/>
      </w:pPr>
      <w:r>
        <w:t>اب مواقع بہت بڑھ گئے اور لوگوں کے پاس پیسہ بھی ہے، پاور بھی ہے، کمیونیکیشن بھی ہے، ہر چیز</w:t>
      </w:r>
    </w:p>
    <w:p>
      <w:r>
        <w:rPr>
          <w:b/>
        </w:rPr>
        <w:t xml:space="preserve">[1:10:47] </w:t>
      </w:r>
      <w:r>
        <w:t>bahut zyada, bahut zyada ho gayi. to jab mawaqe badhenge to zahir hai ke bigad bhi badhega, azadi ko wasool karna bhi badhega.</w:t>
      </w:r>
    </w:p>
    <w:p>
      <w:pPr>
        <w:jc w:val="right"/>
      </w:pPr>
      <w:r>
        <w:t>بہت زیادہ، بہت زیادہ ہو گئی۔ تو جب مواقع بڑھیں گے تو ظاہر ہے کہ بگاڑ بھی بڑھے گا، آزادی کو وصول کرنا بھی بڑھے گا۔</w:t>
      </w:r>
    </w:p>
    <w:p>
      <w:r>
        <w:rPr>
          <w:b/>
        </w:rPr>
        <w:t xml:space="preserve">[1:10:58] </w:t>
      </w:r>
      <w:r>
        <w:t>yeh ummat ek aise daur mein pahunchne wali thi jab ke mawaqe ki farawani ho jayegi.</w:t>
      </w:r>
    </w:p>
    <w:p>
      <w:pPr>
        <w:jc w:val="right"/>
      </w:pPr>
      <w:r>
        <w:t>یہ امت ایک ایسے دور میں پہنچنے والی تھی جب کہ مواقع کی فراوانی ہو جائے گی۔</w:t>
      </w:r>
    </w:p>
    <w:p>
      <w:r>
        <w:rPr>
          <w:b/>
        </w:rPr>
        <w:t xml:space="preserve">[1:11:05] </w:t>
      </w:r>
      <w:r>
        <w:t>to mawaqe ki jab farawani hogi to bigad bhi bahut zyada badh jayega. it is but natural, yeh koi purasrar cheez nahi hai.</w:t>
      </w:r>
    </w:p>
    <w:p>
      <w:pPr>
        <w:jc w:val="right"/>
      </w:pPr>
      <w:r>
        <w:t>تو مواقع کی جب فراوانی ہوگی تو بگاڑ بھی بہت زیادہ بڑھ جائے گا۔ اٹ از بٹ نیچرل، یہ کوئی پراسرار چیز نہیں ہے۔</w:t>
      </w:r>
    </w:p>
    <w:p>
      <w:r>
        <w:rPr>
          <w:b/>
        </w:rPr>
        <w:t xml:space="preserve">[1:11:19] </w:t>
      </w:r>
      <w:r>
        <w:t>maulana, agla sawal chennai se hai imtiaz sahab ka. unhon ne likha hai: "maulana, kya dawat mein islam ko sabit karne ke liye bible aur gita wagerah ka istemal kar sakte hain?" nahi, main is tareeqe se ittefaq nahi karta.</w:t>
      </w:r>
    </w:p>
    <w:p>
      <w:pPr>
        <w:jc w:val="right"/>
      </w:pPr>
      <w:r>
        <w:t>مولانا، اگلا سوال چنئی سے ہے امتیاز صاحب کا۔ انہوں نے لکھا ہے: "مولانا، کیا دعوت میں اسلام کو ثابت کرنے کے لیے بائبل اور گیتا وغیرہ کا استعمال کر سکتے ہیں؟" نہیں، میں اس طریقے سے اتفاق نہیں کرتا۔</w:t>
      </w:r>
    </w:p>
    <w:p>
      <w:r>
        <w:rPr>
          <w:b/>
        </w:rPr>
        <w:t xml:space="preserve">[1:11:39] </w:t>
      </w:r>
      <w:r>
        <w:t>mujhe is se ittefaq nahi hai. kuch log aisa karte hain lekin mujhe ittefaq nahi hai. mere nazdeek dawat ka kaam sirtasar hona chahiye quran ki buniyad par, sunnat ki buniyad par.</w:t>
      </w:r>
    </w:p>
    <w:p>
      <w:pPr>
        <w:jc w:val="right"/>
      </w:pPr>
      <w:r>
        <w:t>مجھے اس سے اتفاق نہیں ہے۔ کچھ لوگ ایسا کرتے ہیں لیکن مجھے اتفاق نہیں ہے۔ میرے نزدیک دعوت کا کام سرتاسر ہونا چاہیے قرآن کی بنیاد پر، سنت کی بنیاد پر۔</w:t>
      </w:r>
    </w:p>
    <w:p>
      <w:r>
        <w:rPr>
          <w:b/>
        </w:rPr>
        <w:t xml:space="preserve">[1:11:50] </w:t>
      </w:r>
      <w:r>
        <w:t>bas</w:t>
      </w:r>
    </w:p>
    <w:p>
      <w:pPr>
        <w:jc w:val="right"/>
      </w:pPr>
      <w:r>
        <w:t>بس</w:t>
      </w:r>
    </w:p>
    <w:p>
      <w:r>
        <w:rPr>
          <w:b/>
        </w:rPr>
        <w:t xml:space="preserve">[1:11:55] </w:t>
      </w:r>
      <w:r>
        <w:t>sab se aham baat yeh hai ke jin kitabon ko aap sary se yani ilhami kitab hi nahi mante, us se nikalte hain apni baat.</w:t>
      </w:r>
    </w:p>
    <w:p>
      <w:pPr>
        <w:jc w:val="right"/>
      </w:pPr>
      <w:r>
        <w:t>سب سے اہم بات یہ ہے کہ جن کتابوں کو آپ سرے سے یعنی الہامی کتاب ہی نہیں مانتے، اس سے نکالتے ہیں اپنی بات۔</w:t>
      </w:r>
    </w:p>
    <w:p>
      <w:r>
        <w:rPr>
          <w:b/>
        </w:rPr>
        <w:t xml:space="preserve">[1:12:04] </w:t>
      </w:r>
      <w:r>
        <w:t>to pehle yeh aelan kijiye ke woh ilhami kitaben hain ya woh muharraf kitaben nahi hain. jin kitabon ko aap muharraf kehte hain,</w:t>
      </w:r>
    </w:p>
    <w:p>
      <w:pPr>
        <w:jc w:val="right"/>
      </w:pPr>
      <w:r>
        <w:t>تو پہلے یہ اعلان کیجئے کہ وہ الہامی کتابیں ہیں یا وہ محرف کتابیں نہیں ہیں۔ جن کتابوں کو آپ محرف کہتے ہیں،</w:t>
      </w:r>
    </w:p>
    <w:p>
      <w:r>
        <w:rPr>
          <w:b/>
        </w:rPr>
        <w:t xml:space="preserve">[1:12:13] </w:t>
      </w:r>
      <w:r>
        <w:t>jin kitabon ke baad kehte hain ke woh ilhami kitab hi nahi hai, us se aap dalail nikalenge? yeh to bahut ajib o gharib baat hai. yeh bilkul ghair ilmi, ghair scientific baat hai.</w:t>
      </w:r>
    </w:p>
    <w:p>
      <w:pPr>
        <w:jc w:val="right"/>
      </w:pPr>
      <w:r>
        <w:t>جن کتابوں کے بعد کہتے ہیں کہ وہ الہامی کتاب ہی نہیں ہے، اس سے آپ دلائل نکالیں گے؟ یہ تو بہت عجیب و غریب بات ہے۔ یہ بالکل غیر علمی، غیر سائنٹیفک بات ہے۔</w:t>
      </w:r>
    </w:p>
    <w:p>
      <w:r>
        <w:rPr>
          <w:b/>
        </w:rPr>
        <w:t xml:space="preserve">[1:12:24] </w:t>
      </w:r>
      <w:r>
        <w:t>awami test is se khush hota hoga, bilkul. yani</w:t>
      </w:r>
    </w:p>
    <w:p>
      <w:pPr>
        <w:jc w:val="right"/>
      </w:pPr>
      <w:r>
        <w:t>عوامی ٹیسٹ اس سے خوش ہوتا ہوگا، بالکل۔ یعنی</w:t>
      </w:r>
    </w:p>
    <w:p>
      <w:r>
        <w:rPr>
          <w:b/>
        </w:rPr>
        <w:t xml:space="preserve">[1:12:31] </w:t>
      </w:r>
      <w:r>
        <w:t>baqi koi padha likha aadmi is se khush nahi ho sakta.</w:t>
      </w:r>
    </w:p>
    <w:p>
      <w:pPr>
        <w:jc w:val="right"/>
      </w:pPr>
      <w:r>
        <w:t>باقی کوئی پڑھ لکھا آدمی اس سے خوش نہیں ہو سکتا۔</w:t>
      </w:r>
    </w:p>
    <w:p>
      <w:r>
        <w:rPr>
          <w:b/>
        </w:rPr>
        <w:t xml:space="preserve">[1:12:37] </w:t>
      </w:r>
      <w:r>
        <w:t>maulana, yeh sawal aya hai doha qatar se mister rahul bhatia ka. unhon ne likha hai: "maulana, when i was in delhi, i had attended some of your classes.</w:t>
      </w:r>
    </w:p>
    <w:p>
      <w:pPr>
        <w:jc w:val="right"/>
      </w:pPr>
      <w:r>
        <w:t>مولانا، یہ سوال آیا ہے دوحہ قطر سے مسٹر راہل بھاٹیا کا۔ انہوں نے لکھا ہے: "مولانا، وین آئی واز ان ڈلی، آئی ہیڈ اٹینڈڈ سم اف یور کلاسز۔</w:t>
      </w:r>
    </w:p>
    <w:p>
      <w:r>
        <w:rPr>
          <w:b/>
        </w:rPr>
        <w:t xml:space="preserve">[1:12:50] </w:t>
      </w:r>
      <w:r>
        <w:t>i have a question to ask. my question is:</w:t>
      </w:r>
    </w:p>
    <w:p>
      <w:pPr>
        <w:jc w:val="right"/>
      </w:pPr>
      <w:r>
        <w:t>آئی ہیو ا کوئسچن ٹو اسک۔ مائی کوئسچن از:</w:t>
      </w:r>
    </w:p>
    <w:p>
      <w:r>
        <w:rPr>
          <w:b/>
        </w:rPr>
        <w:t xml:space="preserve">[1:12:53] </w:t>
      </w:r>
      <w:r>
        <w:t>i have bought a flat in gurgaon on installment plan from builder. i could not pay the third installment in time, as my money got stuck due to somebody cheating me in dubai.</w:t>
      </w:r>
    </w:p>
    <w:p>
      <w:pPr>
        <w:jc w:val="right"/>
      </w:pPr>
      <w:r>
        <w:t>آئی ہیو باٹ ا فلیٹ ان گڑگاؤں ان انسٹالمنٹ پلان فرام بلڈر۔ آئی کڈ ناٹ پے دی تھرڈ انسٹالمنٹ ان ٹائم، ایز مائی منی گاٹ سٹک ڈیو ٹو سم بڈی چیٹنگ می ان دبئی۔</w:t>
      </w:r>
    </w:p>
    <w:p>
      <w:r>
        <w:rPr>
          <w:b/>
        </w:rPr>
        <w:t xml:space="preserve">[1:13:07] </w:t>
      </w:r>
      <w:r>
        <w:t>due to the delayed payment, the builder has put an interest on me amounting to rupees 20 thousand.</w:t>
      </w:r>
    </w:p>
    <w:p>
      <w:pPr>
        <w:jc w:val="right"/>
      </w:pPr>
      <w:r>
        <w:t>ڈیو ٹو دا ڈیلیڈ پیمنٹ، دا بلڈر ہیز پٹ این انٹرسٹ ان می اماؤنٹنگ ٹو روپیز 20 تھاؤزنڈ۔</w:t>
      </w:r>
    </w:p>
    <w:p>
      <w:r>
        <w:rPr>
          <w:b/>
        </w:rPr>
        <w:t xml:space="preserve">[1:13:14] </w:t>
      </w:r>
      <w:r>
        <w:t>i requested them to cancel the interest, but they refused. on the other hand, the bank where i hold my account have paid me an interest of rupees 13 thousand.</w:t>
      </w:r>
    </w:p>
    <w:p>
      <w:pPr>
        <w:jc w:val="right"/>
      </w:pPr>
      <w:r>
        <w:t>آئی ریکویسٹڈ دیم ٹو کینسل دا انٹرسٹ، بٹ دے ریفیوزڈ۔ ان دی ادر ہینڈ، دا بینک ویئر آئی ہولڈ مائی اکاؤنٹ ہیو پیڈ می این انٹرسٹ اف روپیز 13 تھاؤزنڈ۔</w:t>
      </w:r>
    </w:p>
    <w:p>
      <w:r>
        <w:rPr>
          <w:b/>
        </w:rPr>
        <w:t xml:space="preserve">[1:13:27] </w:t>
      </w:r>
      <w:r>
        <w:t>the builder is adamant to collect the interest from me.</w:t>
      </w:r>
    </w:p>
    <w:p>
      <w:pPr>
        <w:jc w:val="right"/>
      </w:pPr>
      <w:r>
        <w:t>دا بلڈر از ایڈمنٹ ٹو کلیکٹ دا انٹرسٹ فرام می۔</w:t>
      </w:r>
    </w:p>
    <w:p>
      <w:r>
        <w:rPr>
          <w:b/>
        </w:rPr>
        <w:t xml:space="preserve">[1:13:30] </w:t>
      </w:r>
      <w:r>
        <w:t>would it be permissible to use the interest earned from the bank to pay the interest penalty to the builder? or should i must use my fresh salary money to pay the interest to the builder?</w:t>
      </w:r>
    </w:p>
    <w:p>
      <w:pPr>
        <w:jc w:val="right"/>
      </w:pPr>
      <w:r>
        <w:t>وڈ اٹ بی پرمسیبل ٹو یوز دا انٹرسٹ ارنڈ فرام دا بینک ٹو پے دا انٹرسٹ پینلٹی ٹو دا بلڈر؟ اور شوڈ آئی مسٹ یوز مائی فریش سیلری منی ٹو پے دا انٹرسٹ ٹو دا بلڈر؟</w:t>
      </w:r>
    </w:p>
    <w:p>
      <w:r>
        <w:rPr>
          <w:b/>
        </w:rPr>
        <w:t xml:space="preserve">[1:13:44] </w:t>
      </w:r>
      <w:r>
        <w:t>i understand that interest is haram, paying as well as receiving, but because i am in a trap, please let me know what would be the right way in the light of islam. "dekhen, yeh islam ka masla nahi hai.</w:t>
      </w:r>
    </w:p>
    <w:p>
      <w:pPr>
        <w:jc w:val="right"/>
      </w:pPr>
      <w:r>
        <w:t>آئی انڈرسٹینڈ دیٹ انٹرسٹ از حرام، پینگ ایز ویل ایز ریسیونگ، بٹ بیکاز آئی ایم ان ا ٹریپ، پلیز لیٹ می نو واٹ وڈ بی دا رائٹ وے ان دا لائٹ اف اسلام۔" دیکھیں، یہ اسلام کا مسئلہ نہیں ہے۔</w:t>
      </w:r>
    </w:p>
    <w:p>
      <w:r>
        <w:rPr>
          <w:b/>
        </w:rPr>
        <w:t xml:space="preserve">[1:14:02] </w:t>
      </w:r>
      <w:r>
        <w:t>yeh aap apni hi ghalati ki price de rahe hain. yeh jo aap ne bataya, yeh ghalati sari aap ki hai.</w:t>
      </w:r>
    </w:p>
    <w:p>
      <w:pPr>
        <w:jc w:val="right"/>
      </w:pPr>
      <w:r>
        <w:t>یہ آپ اپنی ہی غلطی کی پرائس دے رہے ہیں۔ یہ جو آپ نے بتایا، یہ غلطی ساری آپ کی ہے۔</w:t>
      </w:r>
    </w:p>
    <w:p>
      <w:r>
        <w:rPr>
          <w:b/>
        </w:rPr>
        <w:t xml:space="preserve">[1:14:12] </w:t>
      </w:r>
      <w:r>
        <w:t>yeh zamana dekhiye, bohat hi zyada yani mukhtalif zamana hai.</w:t>
      </w:r>
    </w:p>
    <w:p>
      <w:pPr>
        <w:jc w:val="right"/>
      </w:pPr>
      <w:r>
        <w:t>یہ زمانہ دیکھیے، بہت ہی زیادہ یعنی مختلف زمانہ ہے۔</w:t>
      </w:r>
    </w:p>
    <w:p>
      <w:r>
        <w:rPr>
          <w:b/>
        </w:rPr>
        <w:t xml:space="preserve">[1:14:21] </w:t>
      </w:r>
      <w:r>
        <w:t>aap ne bohat zyada law ke mutabiq kaam nahi kiya, legal framework ke mutabiq kaam nahi kiya. aap ke is mein loopholes the, is ki wajah se yeh sab gadbad hua.</w:t>
      </w:r>
    </w:p>
    <w:p>
      <w:pPr>
        <w:jc w:val="right"/>
      </w:pPr>
      <w:r>
        <w:t>آپ نے بہت زیادہ لا کے مطابق کام نہیں کیا، لیگل فریم ورک کے مطابق کام نہیں کیا۔ آپ کے اس میں لوپ ہولز تھے، اس کی وجہ سے یہ سب گڑبڑ ہوا۔</w:t>
      </w:r>
    </w:p>
    <w:p>
      <w:r>
        <w:rPr>
          <w:b/>
        </w:rPr>
        <w:t xml:space="preserve">[1:14:33] </w:t>
      </w:r>
      <w:r>
        <w:t>to you have to discover your own wrong policies. yeh sab mat sochiye aap</w:t>
      </w:r>
    </w:p>
    <w:p>
      <w:pPr>
        <w:jc w:val="right"/>
      </w:pPr>
      <w:r>
        <w:t>تو یو ہیو ٹو ڈسکور یور اون رونگ پالیسیز۔ یہ سب مت سوچیے آپ</w:t>
      </w:r>
    </w:p>
    <w:p>
      <w:r>
        <w:rPr>
          <w:b/>
        </w:rPr>
        <w:t xml:space="preserve">[1:14:39] </w:t>
      </w:r>
      <w:r>
        <w:t>ke yeh sab sochna hi galat hai. aap ka dobara aap ek nai ghalati kar rahe hain, dobara aap ek nai ghalati kar rahe hain. aap sirf yeh sochiye ke maine kahan kahan ghalati ki, jis ki wajah se woh is ki price deni pad rahi hai.</w:t>
      </w:r>
    </w:p>
    <w:p>
      <w:pPr>
        <w:jc w:val="right"/>
      </w:pPr>
      <w:r>
        <w:t>کہ یہ سب سوچنا ہی غلط ہے۔ آپ کا دوبارہ آپ ایک نئی غلطی کر رہے ہیں، دوبارہ آپ ایک نئی غلطی کر رہے ہیں۔ آپ صرف یہ سوچیے کہ میں نے کہاں کہاں غلطی کی، جس کی وجہ سے وہ اس کی پرائس دینی پڑ رہی ہے۔</w:t>
      </w:r>
    </w:p>
    <w:p>
      <w:r>
        <w:rPr>
          <w:b/>
        </w:rPr>
        <w:t xml:space="preserve">[1:14:52] </w:t>
      </w:r>
      <w:r>
        <w:t>mujhe where i was wrong, where i was wrong, is ko daryaft kijiye.</w:t>
      </w:r>
    </w:p>
    <w:p>
      <w:pPr>
        <w:jc w:val="right"/>
      </w:pPr>
      <w:r>
        <w:t>مجھے ویئر آئی واز رونگ، ویئر آئی واز رونگ، اس کو دریافت کیجئے۔</w:t>
      </w:r>
    </w:p>
    <w:p>
      <w:r>
        <w:rPr>
          <w:b/>
        </w:rPr>
        <w:t xml:space="preserve">[1:14:59] </w:t>
      </w:r>
      <w:r>
        <w:t>aap mat yeh sab sochiye, sirf yeh sochiye, ek hi baat sochiye aur objective tor par sochiye. kisi ko blame mat dijiye ke falan ne cheat kiya, yeh mat kahiye.</w:t>
      </w:r>
    </w:p>
    <w:p>
      <w:pPr>
        <w:jc w:val="right"/>
      </w:pPr>
      <w:r>
        <w:t>آپ مت یہ سب سوچیے، صرف یہ سوچیے، ایک ہی بات سوچیے اور ابجیکٹو طور پر سوچیے۔ کسی کو بلیم مت دیجئے کہ فلاں نے چیٹ کیا، یہ مت کہیے۔</w:t>
      </w:r>
    </w:p>
    <w:p>
      <w:r>
        <w:rPr>
          <w:b/>
        </w:rPr>
        <w:t xml:space="preserve">[1:15:10] </w:t>
      </w:r>
      <w:r>
        <w:t>falan ne aap ki weakness se faida uthaya, kisi ne cheat nahi kiya aap ko.</w:t>
      </w:r>
    </w:p>
    <w:p>
      <w:pPr>
        <w:jc w:val="right"/>
      </w:pPr>
      <w:r>
        <w:t>فلاں نے آپ کی ویکنس سے فائدہ اٹھایا، کسی نے چیٹ نہیں کیا آپ کو۔</w:t>
      </w:r>
    </w:p>
    <w:p>
      <w:r>
        <w:rPr>
          <w:b/>
        </w:rPr>
        <w:t xml:space="preserve">[1:15:17] </w:t>
      </w:r>
      <w:r>
        <w:t>to apni is is soch ko badliye aur is is ko riba ke term mein mat sochiye. aap sirf yeh sochiye ke where i was wrong, kahan maine ghalati ki ke doosron ko mauqa mila ke mujhe aisi pareshani mein daal dein.</w:t>
      </w:r>
    </w:p>
    <w:p>
      <w:pPr>
        <w:jc w:val="right"/>
      </w:pPr>
      <w:r>
        <w:t>تو اپنی اس اس سوچ کو بدلیے اور اس اس کو ربا کے ٹرم میں مت سوچیے۔ آپ صرف یہ سوچیے کہ ویئر آئی واز رونگ، کہاں میں نے غلطی کی کہ دوسروں کو موقع ملا کہ مجھے ایسی پریشانی میں ڈال دیں۔</w:t>
      </w:r>
    </w:p>
    <w:p>
      <w:r>
        <w:rPr>
          <w:b/>
        </w:rPr>
        <w:t xml:space="preserve">[1:15:34] </w:t>
      </w:r>
      <w:r>
        <w:t>bas ek hi point hai</w:t>
      </w:r>
    </w:p>
    <w:p>
      <w:pPr>
        <w:jc w:val="right"/>
      </w:pPr>
      <w:r>
        <w:t>بس ایک ہی پوائنٹ ہے</w:t>
      </w:r>
    </w:p>
    <w:p>
      <w:r>
        <w:rPr>
          <w:b/>
        </w:rPr>
        <w:t xml:space="preserve">[1:15:37] </w:t>
      </w:r>
      <w:r>
        <w:t>aap ke liye, where i was wrong, is ko daryaft kijiye aur kuch nahi.</w:t>
      </w:r>
    </w:p>
    <w:p>
      <w:pPr>
        <w:jc w:val="right"/>
      </w:pPr>
      <w:r>
        <w:t>آپ کے لیے، ویئر آئی واز رونگ، اس کو دریافت کیجئے اور کچھ نہیں۔</w:t>
      </w:r>
    </w:p>
    <w:p>
      <w:r>
        <w:rPr>
          <w:b/>
        </w:rPr>
        <w:t xml:space="preserve">[1:15:43] </w:t>
      </w:r>
      <w:r>
        <w:t>dekhen, yeh duniya competition ki duniya hai. yaad rakhiye, har aadmi doosre ki weakness se faida uthata hai. achi tarah samajh lijiye, yeh duniya koi ideal duniya nahi hai, koi perfect duniya nahi hai.</w:t>
      </w:r>
    </w:p>
    <w:p>
      <w:pPr>
        <w:jc w:val="right"/>
      </w:pPr>
      <w:r>
        <w:t>دیکھیں، یہ دنیا کمپیٹیشن کی دنیا ہے۔ یاد رکھیے، ہر آدمی دوسرے کی ویکنس سے فائدہ اٹھاتا ہے۔ اچھی طرح سمجھ لیجئے، یہ دنیا کوئی آئیڈیل دنیا نہیں ہے، کوئی پرفیکٹ دنیا نہیں ہے۔</w:t>
      </w:r>
    </w:p>
    <w:p>
      <w:r>
        <w:rPr>
          <w:b/>
        </w:rPr>
        <w:t xml:space="preserve">[1:16:01] </w:t>
      </w:r>
      <w:r>
        <w:t>is poori duniya ka jo jo culture hai, woh that is based on competition. jab aap ghalati karenge, doosra is ka imply karega.</w:t>
      </w:r>
    </w:p>
    <w:p>
      <w:pPr>
        <w:jc w:val="right"/>
      </w:pPr>
      <w:r>
        <w:t>اس پوری دنیا کا جو جو کلچر ہے، وہ دیٹ از بیسڈ ان کمپیٹیشن۔ جب آپ غلطی کریں گے، دوسرا اس کا امپلائیڈ کرے گا۔</w:t>
      </w:r>
    </w:p>
    <w:p>
      <w:r>
        <w:rPr>
          <w:b/>
        </w:rPr>
        <w:t xml:space="preserve">[1:16:15] </w:t>
      </w:r>
      <w:r>
        <w:t>bas to yeh ghalati dobara mat kijiye ke aap ne ghalati ki wajah se jo paida hui situation, dobara is ko kahein ke is ne cheat kiya. mujhe koi cheat nahi karta, aap ki weakness ko woh exploit karta hai.</w:t>
      </w:r>
    </w:p>
    <w:p>
      <w:pPr>
        <w:jc w:val="right"/>
      </w:pPr>
      <w:r>
        <w:t>بس تو یہ غلطی دوبارہ مت کیجئے کہ آپ نے غلطی کی وجہ سے جو پیدا ہوئی سچوئیشن، دوبارہ اس کو کہیں کہ اس نے چیٹ کیا۔ مجھے کوئی چیٹ نہیں کرتا، آپ کی ویکنس کو وہ ایکسپلائٹ کرتا ہے۔</w:t>
      </w:r>
    </w:p>
    <w:p>
      <w:r>
        <w:rPr>
          <w:b/>
        </w:rPr>
        <w:t xml:space="preserve">[1:16:29] </w:t>
      </w:r>
      <w:r>
        <w:t>to mera mashwara sirf yahi ek hai ke you have to discover your own mistake, bas aur kuch nahi.</w:t>
      </w:r>
    </w:p>
    <w:p>
      <w:pPr>
        <w:jc w:val="right"/>
      </w:pPr>
      <w:r>
        <w:t>تو میرا مشورہ صرف یہی ایک ہے کہ یو ہیو ٹو ڈسکور یور اون مسٹیک، بس اور کچھ نہیں۔</w:t>
      </w:r>
    </w:p>
    <w:p>
      <w:r>
        <w:rPr>
          <w:b/>
        </w:rPr>
        <w:t xml:space="preserve">[1:16:40] </w:t>
      </w:r>
      <w:r>
        <w:t>maulana, agla sawal dilli se hai miss tuti malhotra ka. unhone likha hai: "can we say that political power given to muslims was a part of their test?" what is your comment?</w:t>
      </w:r>
    </w:p>
    <w:p>
      <w:pPr>
        <w:jc w:val="right"/>
      </w:pPr>
      <w:r>
        <w:t>مولانا، اگلا سوال دلی سے ہے مس طوطی ملہوترا کا۔ انہوں نے لکھا ہے: "کین وی سے دیٹ پولیٹیکل پاور گیون ٹو مسلمز واز ا پارٹ اف دیر ٹیسٹ؟" واٹ از یور کمنٹ؟</w:t>
      </w:r>
    </w:p>
    <w:p>
      <w:r>
        <w:rPr>
          <w:b/>
        </w:rPr>
        <w:t xml:space="preserve">[1:16:53] </w:t>
      </w:r>
      <w:r>
        <w:t>political power test hai hi sab ke liye, hatta ke paighambar ke liye bhi.</w:t>
      </w:r>
    </w:p>
    <w:p>
      <w:pPr>
        <w:jc w:val="right"/>
      </w:pPr>
      <w:r>
        <w:t>پولیٹیکل پاور ٹیسٹ ہے ہی سب کے لیے، حتی کہ پیغمبر کے لیے بھی۔</w:t>
      </w:r>
    </w:p>
    <w:p>
      <w:r>
        <w:rPr>
          <w:b/>
        </w:rPr>
        <w:t xml:space="preserve">[1:16:58] </w:t>
      </w:r>
      <w:r>
        <w:t>aap quran mein padh lijiye, hazrat dawood ne is ke baad kahi ke aap ko jo political power mila hai, test ke liye, ibtila ke liye mila hai, woh koi blessing nahi hua karti.</w:t>
      </w:r>
    </w:p>
    <w:p>
      <w:pPr>
        <w:jc w:val="right"/>
      </w:pPr>
      <w:r>
        <w:t>آپ قرآن میں پڑھ لیجئے، حضرت داؤد نے اس کے بعد کہی کہ آپ کو جو پولیٹیکل پاور ملا ہے، ٹیسٹ کے لیے، ابتلا کے لیے ملا ہے، وہ کوئی بلیسنگ نہیں ہوا کرتی۔</w:t>
      </w:r>
    </w:p>
    <w:p>
      <w:r>
        <w:rPr>
          <w:b/>
        </w:rPr>
        <w:t xml:space="preserve">[1:17:08] </w:t>
      </w:r>
      <w:r>
        <w:t>jo musalman target bana kar ke political power ke liye daud rahe hain, yeh</w:t>
      </w:r>
    </w:p>
    <w:p>
      <w:pPr>
        <w:jc w:val="right"/>
      </w:pPr>
      <w:r>
        <w:t>جو مسلمان ٹارگٹ بنا کر کے پولیٹیکل پاور کے لیے دوڑ رہے ہیں، یہ</w:t>
      </w:r>
    </w:p>
    <w:p>
      <w:r>
        <w:rPr>
          <w:b/>
        </w:rPr>
        <w:t xml:space="preserve">[1:17:14] </w:t>
      </w:r>
      <w:r>
        <w:t>daleel against the creation banana padta hai.</w:t>
      </w:r>
    </w:p>
    <w:p>
      <w:pPr>
        <w:jc w:val="right"/>
      </w:pPr>
      <w:r>
        <w:t>دلیل اگینسٹ دی کریشن بنانا پڑتا ہے۔</w:t>
      </w:r>
    </w:p>
    <w:p>
      <w:r>
        <w:rPr>
          <w:b/>
        </w:rPr>
        <w:t xml:space="preserve">[1:17:19] </w:t>
      </w:r>
      <w:r>
        <w:t>yeh sab bilkul jis tarah se yani mini test paper hai, usi tarah se political power bhi test paper hai, hatta ke aulad bhi test paper hai.</w:t>
      </w:r>
    </w:p>
    <w:p>
      <w:pPr>
        <w:jc w:val="right"/>
      </w:pPr>
      <w:r>
        <w:t>یہ سب بالکل جس طرح سے یعنی منی ٹیسٹ پیپر ہے، اسی طرح سے پولیٹیکل پاور بھی ٹیسٹ پیپر ہے، حتی کہ اولاد بھی ٹیسٹ پیپر ہے۔</w:t>
      </w:r>
    </w:p>
    <w:p>
      <w:r>
        <w:rPr>
          <w:b/>
        </w:rPr>
        <w:t xml:space="preserve">[1:17:31] </w:t>
      </w:r>
      <w:r>
        <w:t>har cheez duniya mein test paper hi hai.</w:t>
      </w:r>
    </w:p>
    <w:p>
      <w:pPr>
        <w:jc w:val="right"/>
      </w:pPr>
      <w:r>
        <w:t>ہر چیز دنیا میں ٹیسٹ پیپر ہی ہے۔</w:t>
      </w:r>
    </w:p>
    <w:p>
      <w:r>
        <w:rPr>
          <w:b/>
        </w:rPr>
        <w:t xml:space="preserve">[1:17:38] </w:t>
      </w:r>
      <w:r>
        <w:t>yeh to quran se bohat clear tor par sabit hai.</w:t>
      </w:r>
    </w:p>
    <w:p>
      <w:pPr>
        <w:jc w:val="right"/>
      </w:pPr>
      <w:r>
        <w:t>یہ تو قرآن سے بہت کلیئر طور پر ثابت ہے۔</w:t>
      </w:r>
    </w:p>
    <w:p>
      <w:r>
        <w:rPr>
          <w:b/>
        </w:rPr>
        <w:t xml:space="preserve">[1:17:45] </w:t>
      </w:r>
      <w:r>
        <w:t>maulana, agla sawal roorkee se hai sajid anwar sahib ka. unhone aap se poocha hai: "maulana, please guide as to how we can save our self from negative thinking?"</w:t>
      </w:r>
    </w:p>
    <w:p>
      <w:pPr>
        <w:jc w:val="right"/>
      </w:pPr>
      <w:r>
        <w:t>مولانا، اگلا سوال روڑکی سے ہے ساجد انور صاحب کا۔ انہوں نے آپ سے پوچھا ہے: "مولانا، پلیز گائیڈ ایز ٹو ہاؤ وی کین سیو اور سیلف فرام نیگیٹیو تھنکنگ؟"</w:t>
      </w:r>
    </w:p>
    <w:p>
      <w:r>
        <w:rPr>
          <w:b/>
        </w:rPr>
        <w:t xml:space="preserve">[1:18:00] </w:t>
      </w:r>
      <w:r>
        <w:t>bhai, main jo tareeqa mera batata hoon aap ko ke negative thought to hamesha ate hi ate hain, lekin jaise mujhe mehsoos hua ke mere andar koi degree thoda thought aaya to jaldi se parhta hoon main: "Allahumma inni aoozu, aoozu bik min hamdi aadi shaadi"</w:t>
      </w:r>
    </w:p>
    <w:p>
      <w:pPr>
        <w:jc w:val="right"/>
      </w:pPr>
      <w:r>
        <w:t>بھائی، میں جو طریقہ میرا بتاتا ہوں آپ کو کہ نیگیٹیو تھاٹ تو ہمیشہ آتے ہی آتے ہیں، لیکن جیسے مجھے محسوس ہوا کہ میرے اندر کوئی ڈگری تھوڑا تھاٹ آیا تو جلدی سے پڑھتا ہوں میں: "اللہم انی اعوذ، اعوذ بک من حمد عادی شادی"</w:t>
      </w:r>
    </w:p>
    <w:p>
      <w:r>
        <w:rPr>
          <w:b/>
        </w:rPr>
        <w:t xml:space="preserve">[1:18:20] </w:t>
      </w:r>
      <w:r>
        <w:t>aur woh foran nikal jata hai. "Allahumma inni aoozu bik min hamdi aadi shaadi" parhta hoon aur nikal jata hai. To yeh mumkin nahi, yaad rakhiye, dunya mein ke kisi aadmi ke negative thought sary se na aayen.</w:t>
      </w:r>
    </w:p>
    <w:p>
      <w:pPr>
        <w:jc w:val="right"/>
      </w:pPr>
      <w:r>
        <w:t>اور وہ فوراً نکل جاتا ہے۔ "اللہم انی اعوذ بک من حمد عادی شادی" پڑھتا ہوں اور نکل جاتا ہے۔ تو یہ ممکن نہیں، یاد رکھیے، دنیا میں کہ کسی آدمی کے نیگیٹیو تھاٹ سرے سے نہ آئیں۔</w:t>
      </w:r>
    </w:p>
    <w:p>
      <w:r>
        <w:rPr>
          <w:b/>
        </w:rPr>
        <w:t xml:space="preserve">[1:18:35] </w:t>
      </w:r>
      <w:r>
        <w:t>Yeh to mumkin nahi, negative thought aayenge, bas jaldi se woh nikaliye, jaldi se nikaliye is ko</w:t>
      </w:r>
    </w:p>
    <w:p>
      <w:pPr>
        <w:jc w:val="right"/>
      </w:pPr>
      <w:r>
        <w:t>یہ تو ممکن نہیں، نیگیٹیو تھاٹ آئیں گے، بس جلدی سے وہ نکالیے، جلدی سے نکالیے اس کو</w:t>
      </w:r>
    </w:p>
    <w:p>
      <w:r>
        <w:rPr>
          <w:b/>
        </w:rPr>
        <w:t xml:space="preserve">[1:18:45] </w:t>
      </w:r>
      <w:r>
        <w:t>aur koi doosra formula ize kar len.</w:t>
      </w:r>
    </w:p>
    <w:p>
      <w:pPr>
        <w:jc w:val="right"/>
      </w:pPr>
      <w:r>
        <w:t>اور کوئی دوسرا فارمولہ ایز کر لیں۔</w:t>
      </w:r>
    </w:p>
    <w:p>
      <w:r>
        <w:rPr>
          <w:b/>
        </w:rPr>
        <w:t xml:space="preserve">[1:18:53] </w:t>
      </w:r>
      <w:r>
        <w:t>Maulana, agla Quran mein kaha gaya: "Misr Shaitani"</w:t>
      </w:r>
    </w:p>
    <w:p>
      <w:pPr>
        <w:jc w:val="right"/>
      </w:pPr>
      <w:r>
        <w:t>مولانا، اگلا قرآن میں کہا گیا: "مصر شیطانی"</w:t>
      </w:r>
    </w:p>
    <w:p>
      <w:r>
        <w:rPr>
          <w:b/>
        </w:rPr>
        <w:t xml:space="preserve">[1:19:00] </w:t>
      </w:r>
      <w:r>
        <w:t>Haan, is ko kehte hain "Misr Shaitani". Woh lazman hoga, Shaitan aazad hai to aap ko bas bhi karega, touch bhi karega.</w:t>
      </w:r>
    </w:p>
    <w:p>
      <w:pPr>
        <w:jc w:val="right"/>
      </w:pPr>
      <w:r>
        <w:t>ہاں، اس کو کہتے ہیں "مصر شیطانی"۔ وہ لازماً ہوگا، شیطان آزاد ہے تو آپ کو بس بھی کرے گا، ٹچ بھی کرے گا۔</w:t>
      </w:r>
    </w:p>
    <w:p>
      <w:r>
        <w:rPr>
          <w:b/>
        </w:rPr>
        <w:t xml:space="preserve">[1:19:10] </w:t>
      </w:r>
      <w:r>
        <w:t>Badalna der, aap bilkul aap hoshiyar ho jaiye aur is ko khatam kijiye apne andar se.</w:t>
      </w:r>
    </w:p>
    <w:p>
      <w:pPr>
        <w:jc w:val="right"/>
      </w:pPr>
      <w:r>
        <w:t>بدلنا دیر، آپ بالکل آپ ہوشیار ہو جائیے اور اس کو ختم کیجئے اپنے اندر سے۔</w:t>
      </w:r>
    </w:p>
    <w:p>
      <w:r>
        <w:rPr>
          <w:b/>
        </w:rPr>
        <w:t xml:space="preserve">[1:19:18] </w:t>
      </w:r>
      <w:r>
        <w:t>Aur mera tareeqa to yahi hai, mera tajurba hai ke jaise hi main parhta hoon: "Allahumma inni aoozu bik min hamdi aadi shaitain", woh sab khatam ho jata hai, within second khatam ho jata hai.</w:t>
      </w:r>
    </w:p>
    <w:p>
      <w:pPr>
        <w:jc w:val="right"/>
      </w:pPr>
      <w:r>
        <w:t>اور میرا طریقہ تو یہی ہے، میرا تجربہ ہے کہ جیسے ہی میں پڑھتا ہوں: "اللہم انی اعوذ بک من حمد عادی شیاطین"، وہ سب ختم ہو جاتا ہے، ود ان سیکنڈ ختم ہو جاتا ہے۔</w:t>
      </w:r>
    </w:p>
    <w:p>
      <w:r>
        <w:rPr>
          <w:b/>
        </w:rPr>
        <w:t xml:space="preserve">[1:19:33] </w:t>
      </w:r>
      <w:r>
        <w:t>Maulana, agla sawal Dhampur se hai Mahtab Ahmed sahib ka. Unhon ne likha hai: "Maulana sahib, woh kon si taleem hai jis se khauf e Khuda paida hota hai?</w:t>
      </w:r>
    </w:p>
    <w:p>
      <w:pPr>
        <w:jc w:val="right"/>
      </w:pPr>
      <w:r>
        <w:t>مولانا، اگلا سوال دھامپور سے ہے مہتاب احمد صاحب کا۔ انہوں نے لکھا ہے: "مولانا صاحب، وہ کون سی تعلیم ہے جس سے خوف خدا پیدا ہوتا ہے؟</w:t>
      </w:r>
    </w:p>
    <w:p>
      <w:r>
        <w:rPr>
          <w:b/>
        </w:rPr>
        <w:t xml:space="preserve">[1:19:46] </w:t>
      </w:r>
      <w:r>
        <w:t>Madrasay ki taleem se khauf e Khuda to paida hota nahi."</w:t>
      </w:r>
    </w:p>
    <w:p>
      <w:pPr>
        <w:jc w:val="right"/>
      </w:pPr>
      <w:r>
        <w:t>مدرسے کی تعلیم سے خوف خدا تو پیدا ہوتا نہیں۔"</w:t>
      </w:r>
    </w:p>
    <w:p>
      <w:r>
        <w:rPr>
          <w:b/>
        </w:rPr>
        <w:t xml:space="preserve">[1:19:52] </w:t>
      </w:r>
      <w:r>
        <w:t>Is ka taluq taleem se nahi hai, aap khud aadmi ki apni soch se hai, apni soch ko train karna parta hai, new thinking ko train karna parta hai, tab fakhr aata hai.</w:t>
      </w:r>
    </w:p>
    <w:p>
      <w:pPr>
        <w:jc w:val="right"/>
      </w:pPr>
      <w:r>
        <w:t>اس کا تعلق تعلیم سے نہیں ہے، آپ خود آدمی کی اپنی سوچ سے ہے، اپنی سوچ کو ٹرین کرنا پڑتا ہے، نیویاب تھنکنگ کو ٹرین کرنا پڑتا ہے، تب فخر آتا ہے۔</w:t>
      </w:r>
    </w:p>
    <w:p>
      <w:r>
        <w:rPr>
          <w:b/>
        </w:rPr>
        <w:t xml:space="preserve">[1:20:05] </w:t>
      </w:r>
      <w:r>
        <w:t>Aisa nahi ke koi professional taleem ya madrasay ki taleem se fakhr aa jaye,</w:t>
      </w:r>
    </w:p>
    <w:p>
      <w:pPr>
        <w:jc w:val="right"/>
      </w:pPr>
      <w:r>
        <w:t>ایسا نہیں کہ کوئی پروفیشنل تعلیم یا مدرسے کی تعلیم سے فخر آ جائے،</w:t>
      </w:r>
    </w:p>
    <w:p>
      <w:r>
        <w:rPr>
          <w:b/>
        </w:rPr>
        <w:t xml:space="preserve">[1:20:11] </w:t>
      </w:r>
      <w:r>
        <w:t>Yeh bilkul naam ke andar hai, bilkul naam ke andar. Yani sab se ahem cheez is mamle mein hai woh art of thinking, art of thinking, apne mind ko is tarah train karna ke cheezon ko aap is tarah dekhen, aise right angle se dekhen ke woh aap ko</w:t>
      </w:r>
    </w:p>
    <w:p>
      <w:pPr>
        <w:jc w:val="right"/>
      </w:pPr>
      <w:r>
        <w:t>یہ بالکل نام کے اندر ہے، بالکل نام کے اندر۔ یعنی سب سے اہم چیز اس معاملے میں ہے وہ آرٹ آف تھنکنگ، آرٹ آف تھنکنگ، اپنے مائنڈ کو اس طرح ٹرین کرنا کہ چیزوں کو آپ اس طرح دیکھیں، ایسے رائٹ اینگل سے دیکھیں کہ وہ آپ کو</w:t>
      </w:r>
    </w:p>
    <w:p>
      <w:r>
        <w:rPr>
          <w:b/>
        </w:rPr>
        <w:t xml:space="preserve">[1:20:31] </w:t>
      </w:r>
      <w:r>
        <w:t>Allah ki mohabbat, Allah ka khauf paida kare aap ke andar. To apni way of think, apni apni way of thinking ko train karna hai, woh mamla yeh hai, yeh madrasay ki taleem se is ka koi taluq nahi hai.</w:t>
      </w:r>
    </w:p>
    <w:p>
      <w:pPr>
        <w:jc w:val="right"/>
      </w:pPr>
      <w:r>
        <w:t>اللہ کی محبت، اللہ کا خوف پیدا کرے آپ کے اندر۔ تو اپنی وے آف تھنک، اپنی اپنی وے آف تھنکنگ کو ٹرین کرنا ہے، وہ معاملہ یہ ہے، یہ مدرسے کی تعلیم سے اس کا کوئی تعلق نہیں ہے۔</w:t>
      </w:r>
    </w:p>
    <w:p>
      <w:r>
        <w:rPr>
          <w:b/>
        </w:rPr>
        <w:t xml:space="preserve">[1:20:49] </w:t>
      </w:r>
      <w:r>
        <w:t>Maulana, agla sawal Kashmir se hai Aamir Jan Mori sahib ka. Unhon ne likha hai: "Sometimes we do not understand the Quran and its background.</w:t>
      </w:r>
    </w:p>
    <w:p>
      <w:pPr>
        <w:jc w:val="right"/>
      </w:pPr>
      <w:r>
        <w:t>مولانا، اگلا سوال کشمیر سے ہے عامر جن موری صاحب کا۔ انہوں نے لکھا ہے: "سم ٹائمز وی ڈو ناٹ انڈرسٹینڈ دی قرآن اینڈ اٹس بیک گراؤنڈ۔</w:t>
      </w:r>
    </w:p>
    <w:p>
      <w:r>
        <w:rPr>
          <w:b/>
        </w:rPr>
        <w:t xml:space="preserve">[1:21:00] </w:t>
      </w:r>
      <w:r>
        <w:t>Kindly guide us what is the best possible way to understand Quran so that we can benefit from it to the fullest."</w:t>
      </w:r>
    </w:p>
    <w:p>
      <w:pPr>
        <w:jc w:val="right"/>
      </w:pPr>
      <w:r>
        <w:t>کائنڈلی گائیڈ اس واٹ از دا بیسٹ پوسیبل وے ٹو انڈرسٹینڈ قرآن سو دیٹ وی کین بینیفٹ فرام اٹ ٹو دا فولسٹ۔"</w:t>
      </w:r>
    </w:p>
    <w:p>
      <w:r>
        <w:rPr>
          <w:b/>
        </w:rPr>
        <w:t xml:space="preserve">[1:21:09] </w:t>
      </w:r>
      <w:r>
        <w:t>Bhai, aap is ko tafaseer parhiye, ghor kijiye, literature Islam ko parhiye aur is ko koi tareeqa hi nahi. Bhai, jahan aap atakte hain to wahan par aur mazeed aap tadabbur kijiye, tafaseer parhiye, nizami kitaben parhiye,</w:t>
      </w:r>
    </w:p>
    <w:p>
      <w:pPr>
        <w:jc w:val="right"/>
      </w:pPr>
      <w:r>
        <w:t>بھئی، آپ اس کو تفسیریں پڑھیے، غور کیجئے، لٹریچر اسلام کو پڑھیے اور اس کو کوئی طریقہ ہی نہیں۔ بھئی، جہاں آپ اٹکتے ہیں تو وہاں پر اور مزید آپ تدبر کیجئے، تفسیریں پڑھیے، نظامی کتابیں پڑھیے،</w:t>
      </w:r>
    </w:p>
    <w:p>
      <w:r>
        <w:rPr>
          <w:b/>
        </w:rPr>
        <w:t xml:space="preserve">[1:21:26] </w:t>
      </w:r>
      <w:r>
        <w:t>kis consult kijiye, mujh se aap ke album kijiye, jahan aap atken, aap ka zehn is ko mujh se cheez kijiye, kisi aur aalim se mil kar is ko discuss kijiye aur is ko shakk nahi.</w:t>
      </w:r>
    </w:p>
    <w:p>
      <w:pPr>
        <w:jc w:val="right"/>
      </w:pPr>
      <w:r>
        <w:t>کس کنسلٹ کیجئے، مجھ سے آپ کے البوم کیجئے، جہاں آپ اٹکیں، آپ کا ذہن اس کو مجھ سے چیز کیجئے، کسی اور عالم سے مل کر اس کو ڈسکس کیجئے اور اس کو شک نہیں۔</w:t>
      </w:r>
    </w:p>
    <w:p>
      <w:r>
        <w:rPr>
          <w:b/>
        </w:rPr>
        <w:t xml:space="preserve">[1:21:42] </w:t>
      </w:r>
      <w:r>
        <w:t>Maulana, agla sawal Delhi se hai Danish Siddiqui sahib ka. Unhon ne likha hai:</w:t>
      </w:r>
    </w:p>
    <w:p>
      <w:pPr>
        <w:jc w:val="right"/>
      </w:pPr>
      <w:r>
        <w:t>مولانا، اگلا سوال دلی سے ہے دانش صدیقی صاحب کا۔ انہوں نے لکھا ہے:</w:t>
      </w:r>
    </w:p>
    <w:p>
      <w:r>
        <w:rPr>
          <w:b/>
        </w:rPr>
        <w:t xml:space="preserve">[1:21:48] </w:t>
      </w:r>
      <w:r>
        <w:t>"It was a nice talk, Mashallah, and I agree that Muslims are involved in negative mentality, but as Newton's law suggests, for every action there is a reaction.</w:t>
      </w:r>
    </w:p>
    <w:p>
      <w:pPr>
        <w:jc w:val="right"/>
      </w:pPr>
      <w:r>
        <w:t>"اٹ واز ا نائس ٹاک، ماشاءاللہ، اینڈ آئی ایگری دیٹ مسلمز آر انوالوڈ ان نیگیٹیو مینٹیلیٹی، بٹ ایز نیوٹن لاء سجیسٹ، فار ایوری ایکشن دیر از ا ری ایکشن۔</w:t>
      </w:r>
    </w:p>
    <w:p>
      <w:r>
        <w:rPr>
          <w:b/>
        </w:rPr>
        <w:t xml:space="preserve">[1:22:01] </w:t>
      </w:r>
      <w:r>
        <w:t>The wrong foreign policy of the West, especially in last hundred years, is also adding fuel to the fire.</w:t>
      </w:r>
    </w:p>
    <w:p>
      <w:pPr>
        <w:jc w:val="right"/>
      </w:pPr>
      <w:r>
        <w:t>دا رونگ فارن پالیسی اف دا ویسٹ، اسپیشلی ان لاسٹ ہنڈرڈ ایئرز، از السو ایڈنگ فیول ٹو دا فائر۔</w:t>
      </w:r>
    </w:p>
    <w:p>
      <w:r>
        <w:rPr>
          <w:b/>
        </w:rPr>
        <w:t xml:space="preserve">[1:22:10] </w:t>
      </w:r>
      <w:r>
        <w:t>By all means, I am in favor of engaging with normal citizens of the Western country for dawah work." Dekhen, yeh bohat bari fallacy hai is question mein.</w:t>
      </w:r>
    </w:p>
    <w:p>
      <w:pPr>
        <w:jc w:val="right"/>
      </w:pPr>
      <w:r>
        <w:t>بائے ال مینز، آئی ایم ان فیور اف انگیجنگ ود نارمل سٹیزنز اف دا ویسٹرن کنٹری فار دعویٰ ورک۔" دیکھیں، یہ بہت بڑی فریسی ہے اس کوئسچن میں۔</w:t>
      </w:r>
    </w:p>
    <w:p>
      <w:r>
        <w:rPr>
          <w:b/>
        </w:rPr>
        <w:t xml:space="preserve">[1:22:23] </w:t>
      </w:r>
      <w:r>
        <w:t>Fallacy yeh hai ke Newton ka jo law hai, woh matter ke liye hai, insaan ke liye nahi hai.</w:t>
      </w:r>
    </w:p>
    <w:p>
      <w:pPr>
        <w:jc w:val="right"/>
      </w:pPr>
      <w:r>
        <w:t>فریسی یہ ہے کہ نیوٹن کا جو لاء ہے، وہ میٹر کے لیے ہے، انسان کے لیے نہیں ہے۔</w:t>
      </w:r>
    </w:p>
    <w:p>
      <w:r>
        <w:rPr>
          <w:b/>
        </w:rPr>
        <w:t xml:space="preserve">[1:22:28] </w:t>
      </w:r>
      <w:r>
        <w:t>Kaisa ajeeb sawal kar raha hoon!</w:t>
      </w:r>
    </w:p>
    <w:p>
      <w:pPr>
        <w:jc w:val="right"/>
      </w:pPr>
      <w:r>
        <w:t>کیسا عجیب سوال کر رہا ہوں!</w:t>
      </w:r>
    </w:p>
    <w:p>
      <w:r>
        <w:rPr>
          <w:b/>
        </w:rPr>
        <w:t xml:space="preserve">[1:22:32] </w:t>
      </w:r>
      <w:r>
        <w:t>Agar aap educated aadmi hain to kaisi education aati hogi? Kya aap jante hain ke ke Newton ka law matter ke liye hai, insaan ke liye nahi hai? Newton ka subject psychology nahi tha.</w:t>
      </w:r>
    </w:p>
    <w:p>
      <w:pPr>
        <w:jc w:val="right"/>
      </w:pPr>
      <w:r>
        <w:t>اگر آپ ایجوکیٹڈ آدمی ہیں تو کیسی ایجوکیشن آتی ہوگی؟ کیا آپ جانتے ہیں کہ کہ نیوٹن کا لاء میٹر کے لیے ہے، انسان کے لیے نہیں ہے؟ نیوٹن کا سبجیکٹ سائیکالوجی نہیں تھا۔</w:t>
      </w:r>
    </w:p>
    <w:p>
      <w:r>
        <w:rPr>
          <w:b/>
        </w:rPr>
        <w:t xml:space="preserve">[1:22:46] </w:t>
      </w:r>
      <w:r>
        <w:t>yeh yeh meter mein aisa hota hai. Is qism ki</w:t>
      </w:r>
    </w:p>
    <w:p>
      <w:pPr>
        <w:jc w:val="right"/>
      </w:pPr>
      <w:r>
        <w:t>یہ یہ میٹر میں ایسا ہوتا ہے۔ اس قسم کی</w:t>
      </w:r>
    </w:p>
    <w:p>
      <w:r>
        <w:rPr>
          <w:b/>
        </w:rPr>
        <w:t xml:space="preserve">[1:22:50] </w:t>
      </w:r>
      <w:r>
        <w:t>baat insaan to azaad makhlooq hai, is ko soch soch kar ke apne zehn banata hai. Woh negativity ko positivity convert kar sakta hai.</w:t>
      </w:r>
    </w:p>
    <w:p>
      <w:pPr>
        <w:jc w:val="right"/>
      </w:pPr>
      <w:r>
        <w:t>بات انسان تو آزاد مخلوق ہے، اس کو سوچ سوچ کر کے اپنے ذہن بناتا ہے۔ وہ نیگیٹیوٹی کو پازیٹیوٹیو کنورٹ کر سکتا ہے۔</w:t>
      </w:r>
    </w:p>
    <w:p>
      <w:r>
        <w:rPr>
          <w:b/>
        </w:rPr>
        <w:t xml:space="preserve">[1:23:00] </w:t>
      </w:r>
      <w:r>
        <w:t>Hum to roz karte hain. Aap Newton ka law ka insaan ko apply karna chahte hain? Kaise ajeeb kaam kar rahe hain aap?</w:t>
      </w:r>
    </w:p>
    <w:p>
      <w:pPr>
        <w:jc w:val="right"/>
      </w:pPr>
      <w:r>
        <w:t>ہم تو روز کرتے ہیں۔ آپ نیوٹن کا لاء کا انسان کو اپلائی کرنا چاہتے ہیں؟ کیسے عجیب کام کر رہے ہیں آپ؟</w:t>
      </w:r>
    </w:p>
    <w:p>
      <w:r>
        <w:rPr>
          <w:b/>
        </w:rPr>
        <w:t xml:space="preserve">[1:23:10] </w:t>
      </w:r>
      <w:r>
        <w:t>Yaani har amal ka radd-e-amal hota hai. Yeh meter, yeh meter ki duniya mein yeh yeh law chalta hai, insaan ki duniya mein nahi. Insaan ki duniya mein nahi chalta hai.</w:t>
      </w:r>
    </w:p>
    <w:p>
      <w:pPr>
        <w:jc w:val="right"/>
      </w:pPr>
      <w:r>
        <w:t>یعنی ہر عمل کا رد عمل ہوتا ہے۔ یہ میٹر، یہ میٹر کی دنیا میں یہ یہ لاء چلتا ہے، انسان کی دنیا میں نہیں۔ انسان کی دنیا میں نہیں چلتا ہے۔</w:t>
      </w:r>
    </w:p>
    <w:p>
      <w:r>
        <w:rPr>
          <w:b/>
        </w:rPr>
        <w:t xml:space="preserve">[1:23:21] </w:t>
      </w:r>
      <w:r>
        <w:t>Yeh insaan ki duniya ke law Quran mein dekhiye hai:</w:t>
      </w:r>
    </w:p>
    <w:p>
      <w:pPr>
        <w:jc w:val="right"/>
      </w:pPr>
      <w:r>
        <w:t>یہ انسان کی دنیا کے لاء قرآن میں دیکھیے ہے:</w:t>
      </w:r>
    </w:p>
    <w:p>
      <w:r>
        <w:rPr>
          <w:b/>
        </w:rPr>
        <w:t xml:space="preserve">[1:23:28] </w:t>
      </w:r>
      <w:r>
        <w:t>"Yeh Quran ki ayat hai:</w:t>
      </w:r>
    </w:p>
    <w:p>
      <w:pPr>
        <w:jc w:val="right"/>
      </w:pPr>
      <w:r>
        <w:t>"یہ قرآن کی آیت ہے:</w:t>
      </w:r>
    </w:p>
    <w:p>
      <w:r>
        <w:rPr>
          <w:b/>
        </w:rPr>
        <w:t xml:space="preserve">[1:23:38] </w:t>
      </w:r>
      <w:r>
        <w:t>Jab unhein ghussa aata hai to woh maaf kar dete hain." Is ka matlab kya hai? Ke momin ke andar ek bravery hota hai. Bravery woh art of conversion jaanta hai.</w:t>
      </w:r>
    </w:p>
    <w:p>
      <w:pPr>
        <w:jc w:val="right"/>
      </w:pPr>
      <w:r>
        <w:t>جب انہیں غصہ آتا ہے تو وہ معاف کر دیتے ہیں۔" اس کا معنی کیا ہے؟ کہ مومن کے اندر ایک بکریز ہوتا ہے۔ بکریز وہ آرٹ آف کنورژن جانتا ہے۔</w:t>
      </w:r>
    </w:p>
    <w:p>
      <w:r>
        <w:rPr>
          <w:b/>
        </w:rPr>
        <w:t xml:space="preserve">[1:23:51] </w:t>
      </w:r>
      <w:r>
        <w:t>Meter ke andar yeh bravery nahi hota.</w:t>
      </w:r>
    </w:p>
    <w:p>
      <w:pPr>
        <w:jc w:val="right"/>
      </w:pPr>
      <w:r>
        <w:t>میٹر کے اندر یہ بکریز نہیں ہوتا۔</w:t>
      </w:r>
    </w:p>
    <w:p>
      <w:r>
        <w:rPr>
          <w:b/>
        </w:rPr>
        <w:t xml:space="preserve">[1:23:57] </w:t>
      </w:r>
      <w:r>
        <w:t>To art of conversion ek momin apne zehn ko is tarah develop karta hai ke us ke andar art of conversion ki salahiyat paida hoti hai.</w:t>
      </w:r>
    </w:p>
    <w:p>
      <w:pPr>
        <w:jc w:val="right"/>
      </w:pPr>
      <w:r>
        <w:t>تو آرٹ آف کنورژن ایک مومن اپنے ذہن کو اس طرح ڈیولپ کرتا ہے کہ اس کے اندر آرٹ آف کنورژن کی صلاحیت پیدا ہوتی ہے۔</w:t>
      </w:r>
    </w:p>
    <w:p>
      <w:r>
        <w:rPr>
          <w:b/>
        </w:rPr>
        <w:t xml:space="preserve">[1:24:06] </w:t>
      </w:r>
      <w:r>
        <w:t>Woh is qabil hota hai ke woh ghazab ko forgivness se badle, negative thought ko positive thought se badle. Yahi to insaan ki khusoosiyat hai.</w:t>
      </w:r>
    </w:p>
    <w:p>
      <w:pPr>
        <w:jc w:val="right"/>
      </w:pPr>
      <w:r>
        <w:t>وہ اس قابل ہوتا ہے کہ وہ غضب کو فارگیٹو سے بدلے، نیگیٹیو تھاٹ کو پازیٹیو تھاٹ سے بدلے۔ یہی تو انسان کی خصوصیت ہے۔</w:t>
      </w:r>
    </w:p>
    <w:p>
      <w:r>
        <w:rPr>
          <w:b/>
        </w:rPr>
        <w:t xml:space="preserve">[1:24:16] </w:t>
      </w:r>
      <w:r>
        <w:t>Is liye to hai: "Karamna ummiyat". Yaani aap to insaan ko bohat chota kar diya, us ko meter ke level pe laya. Aap insaan to meter se bohat buland hai.</w:t>
      </w:r>
    </w:p>
    <w:p>
      <w:pPr>
        <w:jc w:val="right"/>
      </w:pPr>
      <w:r>
        <w:t>اس لیے تو ہے: "کرمنا عمری عادت"۔ یعنی آپ تو انسان کو بہت چھوٹا کر دیا، اس کو میٹر کے لیول پہ لایا۔ آپ انسان تو میٹر سے بہت بلند ہے۔</w:t>
      </w:r>
    </w:p>
    <w:p>
      <w:r>
        <w:rPr>
          <w:b/>
        </w:rPr>
        <w:t xml:space="preserve">[1:24:25] </w:t>
      </w:r>
      <w:r>
        <w:t>Meter to uska meter to insaan ka subject hai. Meter se insaan ko kaam lena hai.</w:t>
      </w:r>
    </w:p>
    <w:p>
      <w:pPr>
        <w:jc w:val="right"/>
      </w:pPr>
      <w:r>
        <w:t>میٹر تو اس کا میٹر تو انسان کا سبجیکٹ ہے۔ میٹر سے انسان کو کام لینا ہے۔</w:t>
      </w:r>
    </w:p>
    <w:p>
      <w:r>
        <w:rPr>
          <w:b/>
        </w:rPr>
        <w:t xml:space="preserve">[1:24:36] </w:t>
      </w:r>
      <w:r>
        <w:t>Insaan kisi meter ka maamool nahi hai. Apne zehn ko develop kijiye aur.</w:t>
      </w:r>
    </w:p>
    <w:p>
      <w:pPr>
        <w:jc w:val="right"/>
      </w:pPr>
      <w:r>
        <w:t>انسان کسی میٹر کا معمول نہیں ہے۔ اپنے ذہن کو ڈیولپ کیجئے اور۔</w:t>
      </w:r>
    </w:p>
    <w:p>
      <w:r>
        <w:rPr>
          <w:b/>
        </w:rPr>
        <w:t xml:space="preserve">[1:24:45] </w:t>
      </w:r>
      <w:r>
        <w:t>Main samajhta hoon is shakhs ke paas jeo ka woh lamha hota hai, jeo ka lamha hota hai jab aap ek negative thought ko positive thought convert karein.</w:t>
      </w:r>
    </w:p>
    <w:p>
      <w:pPr>
        <w:jc w:val="right"/>
      </w:pPr>
      <w:r>
        <w:t>میں سمجھتا ہوں اس شخص کے پاس جوئے کا وہ لمحہ ہوتا ہے، جوئے کا لمحہ ہوتا ہے جب آپ ایک نیگیٹیو تھاٹ کو پازیٹیو تھاٹ کنورٹ کریں۔</w:t>
      </w:r>
    </w:p>
    <w:p>
      <w:r>
        <w:rPr>
          <w:b/>
        </w:rPr>
        <w:t xml:space="preserve">[1:24:54] </w:t>
      </w:r>
      <w:r>
        <w:t>Woh kaise? Aap dekhiye, yaani West ki baaz policy ko le kar aap ghussa ho rahe hain. Yaani more than one percent, more than 90, 90 percent West se aap ko blessing mili hai.</w:t>
      </w:r>
    </w:p>
    <w:p>
      <w:pPr>
        <w:jc w:val="right"/>
      </w:pPr>
      <w:r>
        <w:t>وہ کیسے؟ آپ دیکھیے، یعنی ویسٹ کی بعض پالیسی کو لے کر آپ غصہ ہو رہے ہیں۔ یعنی مور دین ون پرسنٹ، مور دین 90، 90 پرسنٹ ویسٹ سے آپ کو بلیسنگ ملی ہے۔</w:t>
      </w:r>
    </w:p>
    <w:p>
      <w:r>
        <w:rPr>
          <w:b/>
        </w:rPr>
        <w:t xml:space="preserve">[1:25:10] </w:t>
      </w:r>
      <w:r>
        <w:t>More than 90 percent, less than one percent aap ko koi cheez mil gayi, woh bhi main is ko false shikayat samajhta hoon. Jaise Israel ke baray mein America ki policy, us ko le kar musalman ghussa ho rahe hain</w:t>
      </w:r>
    </w:p>
    <w:p>
      <w:pPr>
        <w:jc w:val="right"/>
      </w:pPr>
      <w:r>
        <w:t>مور دین 90 پرسنٹ، لیس دین ون پرسنٹ آپ کو کوئی چیز مل گئی، وہ بھی میں اس کو فالس شکایت سمجھتا ہوں۔ جیسے اسرائیل کے بارے میں امریکہ کی پالیسی، اس کو لے کر مسلمان غصہ ہو رہے ہیں</w:t>
      </w:r>
    </w:p>
    <w:p>
      <w:r>
        <w:rPr>
          <w:b/>
        </w:rPr>
        <w:t xml:space="preserve">[1:25:23] </w:t>
      </w:r>
      <w:r>
        <w:t>Aur wohi musalman bharpoor tor par faida uthate hain America se. Wohi musalman wahan settle hote hain, apne beton ko wahan bhejte hain, apne apne apne family ko wahan par settle karte hain.</w:t>
      </w:r>
    </w:p>
    <w:p>
      <w:pPr>
        <w:jc w:val="right"/>
      </w:pPr>
      <w:r>
        <w:t>اور وہی مسلمان بھرپور طور پر فائدہ اٹھاتے ہیں امریکہ سے۔ وہی مسلمان وہاں سیٹل ہوتے ہیں، اپنے بیٹوں کو وہاں بھیجتے ہیں، اپنے اپنے اپنے فیملی کو وہاں پر سیٹل کرتے ہیں۔</w:t>
      </w:r>
    </w:p>
    <w:p>
      <w:r>
        <w:rPr>
          <w:b/>
        </w:rPr>
        <w:t xml:space="preserve">[1:25:38] </w:t>
      </w:r>
      <w:r>
        <w:t>Wohi musalman, same musalman.</w:t>
      </w:r>
    </w:p>
    <w:p>
      <w:pPr>
        <w:jc w:val="right"/>
      </w:pPr>
      <w:r>
        <w:t>وہی مسلمان، سیم مسلمان۔</w:t>
      </w:r>
    </w:p>
    <w:p>
      <w:r>
        <w:rPr>
          <w:b/>
        </w:rPr>
        <w:t xml:space="preserve">[1:25:41] </w:t>
      </w:r>
      <w:r>
        <w:t>Dekhiye, ek baat bohat khatarnak baat aap ko kehta hoon: Yeh thinking jante hain, yeh munafiqat tak pahunchati hai.</w:t>
      </w:r>
    </w:p>
    <w:p>
      <w:pPr>
        <w:jc w:val="right"/>
      </w:pPr>
      <w:r>
        <w:t>دیکھیے، ایک بات بہت خطرناک بات آپ کو کہتا ہوں: یہ تھنکنگ جانتے ہیں، یہ منافقت تک پہنچاتی ہے۔</w:t>
      </w:r>
    </w:p>
    <w:p>
      <w:r>
        <w:rPr>
          <w:b/>
        </w:rPr>
        <w:t xml:space="preserve">[1:25:51] </w:t>
      </w:r>
      <w:r>
        <w:t>This kind of thinking need to munafiqat aur saare musalman munafiq banenge ke jis West ki burai karte hain,</w:t>
      </w:r>
    </w:p>
    <w:p>
      <w:pPr>
        <w:jc w:val="right"/>
      </w:pPr>
      <w:r>
        <w:t>دس کائنڈ آف تھنکنگ نیڈ ٹو منافقت اور سارے مسلمان منافق بنیں گے کہ جس ویسٹ کی برائی کرتے ہیں،</w:t>
      </w:r>
    </w:p>
    <w:p>
      <w:r>
        <w:rPr>
          <w:b/>
        </w:rPr>
        <w:t xml:space="preserve">[1:26:00] </w:t>
      </w:r>
      <w:r>
        <w:t>usi West ko se saare faide uthate hain. Aap maloom ho ke fuqaha ka maslak kya hai? Bohat khatarnak hai yeh masla musalmanon ka.</w:t>
      </w:r>
    </w:p>
    <w:p>
      <w:pPr>
        <w:jc w:val="right"/>
      </w:pPr>
      <w:r>
        <w:t>اسی ویسٹ کو سے سارے فائدے اٹھاتے ہیں۔ آپ معلوم ہو کہ فقہاء کا مسلک کیا ہے؟ بہت خطرناک ہے یہ مسئلہ مسلمانوں کا۔</w:t>
      </w:r>
    </w:p>
    <w:p>
      <w:r>
        <w:rPr>
          <w:b/>
        </w:rPr>
        <w:t xml:space="preserve">[1:26:10] </w:t>
      </w:r>
      <w:r>
        <w:t>Jo hai fuqaha ka maslak yeh hai ke agar aap yeh samjhein ke falan country dushman-e-Islam hai to aap par hijrat laazim ho jati hai.</w:t>
      </w:r>
    </w:p>
    <w:p>
      <w:pPr>
        <w:jc w:val="right"/>
      </w:pPr>
      <w:r>
        <w:t>جو ہے فقہاء کا مسلک یہ ہے کہ اگر آپ یہ سمجھیں کہ فلاں کنٹری دشمن اسلام ہے تو آپ پر ہجرت لازم ہو جاتی ہے۔</w:t>
      </w:r>
    </w:p>
    <w:p>
      <w:r>
        <w:rPr>
          <w:b/>
        </w:rPr>
        <w:t xml:space="preserve">[1:26:21] </w:t>
      </w:r>
      <w:r>
        <w:t>Kitna khatarnak hai musalmanon ki soch ke woh West ka America mein, Europe mein rehte hain, yeh kehte hain ke dushman hai.</w:t>
      </w:r>
    </w:p>
    <w:p>
      <w:pPr>
        <w:jc w:val="right"/>
      </w:pPr>
      <w:r>
        <w:t>کتنا خطرناک ہے مسلمانوں کی سوچ کہ وہ ویسٹ کا امریکہ میں، یورپ میں رہتے ہیں، یہ کہتے ہیں کہ دشمن ہے۔</w:t>
      </w:r>
    </w:p>
    <w:p>
      <w:r>
        <w:rPr>
          <w:b/>
        </w:rPr>
        <w:t xml:space="preserve">[1:26:29] </w:t>
      </w:r>
      <w:r>
        <w:t>To pehla kaam hai ke tum hijrat karo wahan se, chodo us mulk ko, tumhari tumhara raha nahi raha, haram ban jata hai. Wahan</w:t>
      </w:r>
    </w:p>
    <w:p>
      <w:pPr>
        <w:jc w:val="right"/>
      </w:pPr>
      <w:r>
        <w:t>تو پہلا کام ہے کہ تم ہجرت کرو وہاں سے، چھوڑو اس ملک کو، تمہاری تمہارا رہا نہیں رہا، حرام بن جاتا ہے۔ وہاں</w:t>
      </w:r>
    </w:p>
    <w:p>
      <w:r>
        <w:rPr>
          <w:b/>
        </w:rPr>
        <w:t xml:space="preserve">[1:26:39] </w:t>
      </w:r>
      <w:r>
        <w:t>Jo log aap jante hain ke jitne bhi Europe, America mein log the, sab ke sab yahi boli bolte hain. Un ke liye wahan rehna jaiz nahi, un ka farz hai ke woh chodein us ko, warna haram maut marne ka desh hai.</w:t>
      </w:r>
    </w:p>
    <w:p>
      <w:pPr>
        <w:jc w:val="right"/>
      </w:pPr>
      <w:r>
        <w:t>جو لوگ آپ جانتے ہیں کہ جتنے بھی یورپ، امریکہ میں لوگ تھے، سب کے سب یہی بولی بولتے ہیں۔ ان کے لیے وہاں رہنا جائز نہیں، ان کا فرض ہے کہ وہ چھوڑیں اس کو، ورنہ حرام موت مرنے کا دیس ہے۔</w:t>
      </w:r>
    </w:p>
    <w:p>
      <w:r>
        <w:rPr>
          <w:b/>
        </w:rPr>
        <w:t xml:space="preserve">[1:26:53] </w:t>
      </w:r>
      <w:r>
        <w:t>kisi ajeeb masla hai yeh!</w:t>
      </w:r>
    </w:p>
    <w:p>
      <w:pPr>
        <w:jc w:val="right"/>
      </w:pPr>
      <w:r>
        <w:t>کیسی عجیب مسئلہ ہے یہ!</w:t>
      </w:r>
    </w:p>
    <w:p>
      <w:r>
        <w:rPr>
          <w:b/>
        </w:rPr>
        <w:t xml:space="preserve">[1:26:57] </w:t>
      </w:r>
      <w:r>
        <w:t>yani fuqaha ka masla hai, yeh aap parh lijiyay. fuqaha ka masla hai ke jis mulk ke baray mein yeh pata chal jaye ke woh musalman ke dushman hai to aap ko wahan se hijrat karni paray gi.</w:t>
      </w:r>
    </w:p>
    <w:p>
      <w:pPr>
        <w:jc w:val="right"/>
      </w:pPr>
      <w:r>
        <w:t>یعنی فقہاء کا مسئلہ ہے، یہ آپ پڑھ لیجئے۔ فقہاء کا مسئلہ ہے کہ جس ملک کے بارے میں یہ پتہ چل جائے کہ وہ مسلمان کے دشمن ہے تو آپ کو وہاں سے ہجرت کرنی پڑے گی۔</w:t>
      </w:r>
    </w:p>
    <w:p>
      <w:r>
        <w:rPr>
          <w:b/>
        </w:rPr>
        <w:t xml:space="preserve">[1:27:09] </w:t>
      </w:r>
      <w:r>
        <w:t>yani yeh boli aap bahar aa ke bol sakte hain, bahar aa ke nahi bol sakte. koi America, sare musalman kiya kehte hain?</w:t>
      </w:r>
    </w:p>
    <w:p>
      <w:pPr>
        <w:jc w:val="right"/>
      </w:pPr>
      <w:r>
        <w:t>یعنی یہ بولی آپ باہر آ کے بول سکتے ہیں، باہر آ کے نہیں بول سکتے۔ کوئی امریکہ، سارے مسلمان کیا کہتے ہیں؟</w:t>
      </w:r>
    </w:p>
    <w:p>
      <w:r>
        <w:rPr>
          <w:b/>
        </w:rPr>
        <w:t xml:space="preserve">[1:27:18] </w:t>
      </w:r>
      <w:r>
        <w:t>America is enemy number one of Islam. Arab kehte hain ke America adu al Islam raqam wahid. yeh baat aap America mein reh ke nahi kar sakte, aap ko bahar aana paray ga.</w:t>
      </w:r>
    </w:p>
    <w:p>
      <w:pPr>
        <w:jc w:val="right"/>
      </w:pPr>
      <w:r>
        <w:t>امریکہ از اینمی نمبر ون آف اسلام۔ عرب کہتے ہیں کہ امریکہ عدو الاسلام رقم واحد۔ یہ بات آپ امریکہ میں رہ کے نہیں کر سکتے، آپ کو باہر آنا پڑے گا۔</w:t>
      </w:r>
    </w:p>
    <w:p>
      <w:r>
        <w:rPr>
          <w:b/>
        </w:rPr>
        <w:t xml:space="preserve">[1:27:30] </w:t>
      </w:r>
      <w:r>
        <w:t>to bataiye ke yeh soch kiya kar rahi hai? aap ko munafiq bana rahi hai? aap ko yani yeh soch musalmanon ko munafiq bana rahi hai. dekhiye, khatarnak baat hai yeh!</w:t>
      </w:r>
    </w:p>
    <w:p>
      <w:pPr>
        <w:jc w:val="right"/>
      </w:pPr>
      <w:r>
        <w:t>تو بتائیے کہ یہ سوچ کیا کر رہی ہے؟ آپ کو منافق بنا رہی ہے؟ آپ کو یعنی یہ سوچ مسلمانوں کو منافق بنا رہی ہے۔ دیکھیں، خطرناک بات ہے یہ!</w:t>
      </w:r>
    </w:p>
    <w:p>
      <w:r>
        <w:rPr>
          <w:b/>
        </w:rPr>
        <w:t xml:space="preserve">[1:27:41] </w:t>
      </w:r>
      <w:r>
        <w:t>kis waqt khatarnak baat hai? yani doosron ko aap dushman bata rahe hain aur khud apne ko munafiq declare kar rahe hain. ghhor kijiye ke aap doosre ko munafiq, doosre ko dushman bata rahe hain, ain isi waqt apne ko munafiq declare kar rahe hain.</w:t>
      </w:r>
    </w:p>
    <w:p>
      <w:pPr>
        <w:jc w:val="right"/>
      </w:pPr>
      <w:r>
        <w:t>کس وقت خطرناک بات ہے؟ یعنی دوسروں کو آپ دشمن بتا رہے ہیں اور خود اپنے کو منافق ڈیکلیئر کر رہے ہیں۔ غور کیجئے کہ آپ دوسرے کو منافق، دوسرے کو دشمن بتا رہے ہیں، عین اسی وقت اپنے کو منافق ڈیکلیئر کر رہے ہیں۔</w:t>
      </w:r>
    </w:p>
    <w:p>
      <w:r>
        <w:rPr>
          <w:b/>
        </w:rPr>
        <w:t xml:space="preserve">[1:27:59] </w:t>
      </w:r>
      <w:r>
        <w:t>sadah baat nahi! yaad rakhiye, bohat hi sangi, serious baat hai, bohat ziyada serious baat hai.</w:t>
      </w:r>
    </w:p>
    <w:p>
      <w:pPr>
        <w:jc w:val="right"/>
      </w:pPr>
      <w:r>
        <w:t>سادہ بات نہیں! یاد رکھیے، بہت ہی سنگی، سیریس بات ہے، بہت زیادہ سیریس بات ہے۔</w:t>
      </w:r>
    </w:p>
    <w:p>
      <w:r>
        <w:rPr>
          <w:b/>
        </w:rPr>
        <w:t xml:space="preserve">[1:28:09] </w:t>
      </w:r>
      <w:r>
        <w:t>aur hadith Quran majeed hai:</w:t>
      </w:r>
    </w:p>
    <w:p>
      <w:pPr>
        <w:jc w:val="right"/>
      </w:pPr>
      <w:r>
        <w:t>اور حدیث قرآن مجید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