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Ramadan 5 Sept, 2010 - Maulana Wahiduddin Khan</w:t>
      </w:r>
    </w:p>
    <w:p>
      <w:r>
        <w:t>https://www.youtube.com/watch?v=2w5Tm9gWvPA</w:t>
      </w:r>
    </w:p>
    <w:p>
      <w:r>
        <w:rPr>
          <w:b/>
        </w:rPr>
        <w:t xml:space="preserve">[00:13] </w:t>
      </w:r>
      <w:r>
        <w:t>rabbi shrah li sadri, wa yassir li amri, wah lul uqdatan min lisani, yafqahu qawli.</w:t>
      </w:r>
    </w:p>
    <w:p>
      <w:pPr>
        <w:jc w:val="right"/>
      </w:pPr>
      <w:r>
        <w:t>رب اشرح لی صدری، ویسر لی امری، واحل العقدۃ من لسانی، یفقہ قولی۔</w:t>
      </w:r>
    </w:p>
    <w:p>
      <w:r>
        <w:rPr>
          <w:b/>
        </w:rPr>
        <w:t xml:space="preserve">[00:26] </w:t>
      </w:r>
      <w:r>
        <w:t>aaj ramzan ki 25 tareekh hai.</w:t>
      </w:r>
    </w:p>
    <w:p>
      <w:pPr>
        <w:jc w:val="right"/>
      </w:pPr>
      <w:r>
        <w:t>آج رمضان کی 25 تاریخ ہے۔</w:t>
      </w:r>
    </w:p>
    <w:p>
      <w:r>
        <w:rPr>
          <w:b/>
        </w:rPr>
        <w:t xml:space="preserve">[00:34] </w:t>
      </w:r>
      <w:r>
        <w:t>is nisbat se main aaj roze ke bare mein kuch kehna chahta hoon. dekhiye, ek buniyadi baat yeh hai ke quran o hadees ko samajhne ke liye isko rephrase karna padta hai,</w:t>
      </w:r>
    </w:p>
    <w:p>
      <w:pPr>
        <w:jc w:val="right"/>
      </w:pPr>
      <w:r>
        <w:t>اس نسبت سے میں آج روزے کے بارے میں کچھ کہنا چاہتا ہوں۔ دیکھیے، ایک بنیادی بات یہ ہے کہ قرآن و حدیث کو سمجھنے کے لیے اس کو ری فریز کرنا پڑتا ہے،</w:t>
      </w:r>
    </w:p>
    <w:p>
      <w:r>
        <w:rPr>
          <w:b/>
        </w:rPr>
        <w:t xml:space="preserve">[00:52] </w:t>
      </w:r>
      <w:r>
        <w:t>yani alfaaz ko badalna. agar aap alfaaz ko badal na saken to aap quran o hadees ke sirf traditional mafhoom ko janenge.</w:t>
      </w:r>
    </w:p>
    <w:p>
      <w:pPr>
        <w:jc w:val="right"/>
      </w:pPr>
      <w:r>
        <w:t>یعنی الفاظ کو بدلنا۔ اگر آپ الفاظ کو بدل نہ سکیں تو آپ قرآن و حدیث کے صرف ٹریڈیشنل مفہوم کو جانیں گے۔</w:t>
      </w:r>
    </w:p>
    <w:p>
      <w:r>
        <w:rPr>
          <w:b/>
        </w:rPr>
        <w:t xml:space="preserve">[01:03] </w:t>
      </w:r>
      <w:r>
        <w:t>deep meaning jo is mein hai woh aap nahi samajh payenge. kyunke aaj ka jo insaan hai,</w:t>
      </w:r>
    </w:p>
    <w:p>
      <w:pPr>
        <w:jc w:val="right"/>
      </w:pPr>
      <w:r>
        <w:t>ڈیپ میننگ جو اس میں ہے وہ آپ نہیں سمجھ پائیں گے۔ کیونکہ آج کا جو انسان ہے،</w:t>
      </w:r>
    </w:p>
    <w:p>
      <w:r>
        <w:rPr>
          <w:b/>
        </w:rPr>
        <w:t xml:space="preserve">[01:09] </w:t>
      </w:r>
      <w:r>
        <w:t>aaj ke insaan ka jo intellectual level hai woh is se mukhtalif hai, traditional aish ke muqable mein.</w:t>
      </w:r>
    </w:p>
    <w:p>
      <w:pPr>
        <w:jc w:val="right"/>
      </w:pPr>
      <w:r>
        <w:t>آج کے انسان کا جو انٹلیکچوئل لیول ہے وہ اس سے مختلف ہے، ٹریڈیشنل عیش کے مقابلے میں۔</w:t>
      </w:r>
    </w:p>
    <w:p>
      <w:r>
        <w:rPr>
          <w:b/>
        </w:rPr>
        <w:t xml:space="preserve">[01:20] </w:t>
      </w:r>
      <w:r>
        <w:t>to jab tak aap aaj ke term mein na dhalen in baaton ko to iski ahmiyat samajh mein nahi aayegi.</w:t>
      </w:r>
    </w:p>
    <w:p>
      <w:pPr>
        <w:jc w:val="right"/>
      </w:pPr>
      <w:r>
        <w:t>تو جب تک آپ آج کے ٹرم میں نہ ڈھالیں ان باتوں کو تو اس کی اہمیت سمجھ میں نہیں آئے گی۔</w:t>
      </w:r>
    </w:p>
    <w:p>
      <w:r>
        <w:rPr>
          <w:b/>
        </w:rPr>
        <w:t xml:space="preserve">[01:32] </w:t>
      </w:r>
      <w:r>
        <w:t>yeh bohat hi zaroori baat hai, isko samajhna chahiye. to ramzan ke bare mein dekhiye, mukhtalif alfaaz aaye hain quran o hadees mein.</w:t>
      </w:r>
    </w:p>
    <w:p>
      <w:pPr>
        <w:jc w:val="right"/>
      </w:pPr>
      <w:r>
        <w:t>یہ بہت ہی ضروری بات ہے، اس کو سمجھنا چاہیے۔ تو رمضان کے بارے میں دیکھیے، مختلف الفاظ آئے ہیں قرآن و حدیث میں۔</w:t>
      </w:r>
    </w:p>
    <w:p>
      <w:r>
        <w:rPr>
          <w:b/>
        </w:rPr>
        <w:t xml:space="preserve">[01:44] </w:t>
      </w:r>
      <w:r>
        <w:t>jaise shahr us sabr, sabr ka mahina hadees mein aaya hai.</w:t>
      </w:r>
    </w:p>
    <w:p>
      <w:pPr>
        <w:jc w:val="right"/>
      </w:pPr>
      <w:r>
        <w:t>جیسے شہر الصبر، صبر کا مہینہ حدیث میں آیا ہے۔</w:t>
      </w:r>
    </w:p>
    <w:p>
      <w:r>
        <w:rPr>
          <w:b/>
        </w:rPr>
        <w:t xml:space="preserve">[01:52] </w:t>
      </w:r>
      <w:r>
        <w:t>quran mein shahr us shukr, shukr ka mahina. isi tarah aaya hai shahr ut taqwa, taqwa ka mahina.</w:t>
      </w:r>
    </w:p>
    <w:p>
      <w:pPr>
        <w:jc w:val="right"/>
      </w:pPr>
      <w:r>
        <w:t>قرآن میں شہر الشکر، شکر کا مہینہ۔ اسی طرح آیا ہے شہر التقویٰ، تقویٰ کا مہینہ۔</w:t>
      </w:r>
    </w:p>
    <w:p>
      <w:r>
        <w:rPr>
          <w:b/>
        </w:rPr>
        <w:t xml:space="preserve">[02:01] </w:t>
      </w:r>
      <w:r>
        <w:t>aise hi aaya hai shahr ud dua, dua ka mahina. is par maine socha ke in sab ko agar ek mein</w:t>
      </w:r>
    </w:p>
    <w:p>
      <w:pPr>
        <w:jc w:val="right"/>
      </w:pPr>
      <w:r>
        <w:t>ایسے ہی آیا ہے شہر الدعا، دعا کا مہینہ۔ اس پر میں نے سوچا کہ ان سب کو اگر ایک میں</w:t>
      </w:r>
    </w:p>
    <w:p>
      <w:r>
        <w:rPr>
          <w:b/>
        </w:rPr>
        <w:t xml:space="preserve">[02:09] </w:t>
      </w:r>
      <w:r>
        <w:t>bayan karen to main kahunga ke shahr ar rabbaniya, yani month of spirituality. rabbaniya jo hai woh spirituality ka equivalent hai islam mein.</w:t>
      </w:r>
    </w:p>
    <w:p>
      <w:pPr>
        <w:jc w:val="right"/>
      </w:pPr>
      <w:r>
        <w:t>بیان کریں تو میں کہوں گا کہ شہر الربانیہ، یعنی منتھ آف اسپریچوئلٹی۔ الربانیہ جو ہے وہ اسپریچوئلٹی کا ایکولنٹ ہے اسلام میں۔</w:t>
      </w:r>
    </w:p>
    <w:p>
      <w:r>
        <w:rPr>
          <w:b/>
        </w:rPr>
        <w:t xml:space="preserve">[02:25] </w:t>
      </w:r>
      <w:r>
        <w:t>isi mein saari baat aa jaati hai.</w:t>
      </w:r>
    </w:p>
    <w:p>
      <w:pPr>
        <w:jc w:val="right"/>
      </w:pPr>
      <w:r>
        <w:t>اسی میں ساری بات آ جاتی ہے۔</w:t>
      </w:r>
    </w:p>
    <w:p>
      <w:r>
        <w:rPr>
          <w:b/>
        </w:rPr>
        <w:t xml:space="preserve">[02:28] </w:t>
      </w:r>
      <w:r>
        <w:t>to yeh mahina jo hai yeh spirituality ka mahina hai, rabbaniya ka mahina hai, roohaniyat ka mahina hai.</w:t>
      </w:r>
    </w:p>
    <w:p>
      <w:pPr>
        <w:jc w:val="right"/>
      </w:pPr>
      <w:r>
        <w:t>تو یہ مہینہ جو ہے یہ اسپریچوئلٹی کا مہینہ ہے، ربانیت کا مہینہ ہے، روحانیت کا مہینہ ہے۔</w:t>
      </w:r>
    </w:p>
    <w:p>
      <w:r>
        <w:rPr>
          <w:b/>
        </w:rPr>
        <w:t xml:space="preserve">[02:40] </w:t>
      </w:r>
      <w:r>
        <w:t>dekhiye, yeh doosri baat mein yeh kahunga</w:t>
      </w:r>
    </w:p>
    <w:p>
      <w:pPr>
        <w:jc w:val="right"/>
      </w:pPr>
      <w:r>
        <w:t>دیکھیے، یہ دوسری بات میں یہ کہوں گا</w:t>
      </w:r>
    </w:p>
    <w:p>
      <w:r>
        <w:rPr>
          <w:b/>
        </w:rPr>
        <w:t xml:space="preserve">[02:44] </w:t>
      </w:r>
      <w:r>
        <w:t>keh bohat purana kahaawat hai keh "In comparison that we understand". arabi mein kaha jaata hai keh "تورف الاشیاء بیدادہ".</w:t>
      </w:r>
    </w:p>
    <w:p>
      <w:pPr>
        <w:jc w:val="right"/>
      </w:pPr>
      <w:r>
        <w:t>کہ بہت پرانا کہاوت ہے کہ "In comparison that we understand"۔ عربی میں کہا جاتا ہے کہ "تورف الاشیاء بیدادہ"۔</w:t>
      </w:r>
    </w:p>
    <w:p>
      <w:r>
        <w:rPr>
          <w:b/>
        </w:rPr>
        <w:t xml:space="preserve">[02:56] </w:t>
      </w:r>
      <w:r>
        <w:t>cheezein apni zid se pehchani jaati hain. ab dekhiye keh aap yeh sochiye keh roza</w:t>
      </w:r>
    </w:p>
    <w:p>
      <w:pPr>
        <w:jc w:val="right"/>
      </w:pPr>
      <w:r>
        <w:t>چیزیں اپنی ضد سے پہچانی جاتی ہیں۔ اب دیکھیے کہ آپ یہ سوچیے کہ روزہ</w:t>
      </w:r>
    </w:p>
    <w:p>
      <w:r>
        <w:rPr>
          <w:b/>
        </w:rPr>
        <w:t xml:space="preserve">[03:04] </w:t>
      </w:r>
      <w:r>
        <w:t>farz kiya gaya kis ke liye؟ insaan ke liye. sher aur haathi ko roza nahi rakhna hai. pahaad aur samundaron ko roza nahi rakhna hai.</w:t>
      </w:r>
    </w:p>
    <w:p>
      <w:pPr>
        <w:jc w:val="right"/>
      </w:pPr>
      <w:r>
        <w:t>فرض کیا گیا کس کے لیے؟ انسان کے لیے۔ شیر اور ہاتھی کو روزہ نہیں رکھنا ہے۔ پہاڑ اور سمندروں کو روزہ نہیں رکھنا ہے۔</w:t>
      </w:r>
    </w:p>
    <w:p>
      <w:r>
        <w:rPr>
          <w:b/>
        </w:rPr>
        <w:t xml:space="preserve">[03:16] </w:t>
      </w:r>
      <w:r>
        <w:t>star aur planets ke liye roza nahi hai. yeh hai comparison.</w:t>
      </w:r>
    </w:p>
    <w:p>
      <w:pPr>
        <w:jc w:val="right"/>
      </w:pPr>
      <w:r>
        <w:t>اسٹار اور پلینٹس کے لیے روزہ نہیں ہے۔ یہ ہے کمپیریزن۔</w:t>
      </w:r>
    </w:p>
    <w:p>
      <w:r>
        <w:rPr>
          <w:b/>
        </w:rPr>
        <w:t xml:space="preserve">[03:23] </w:t>
      </w:r>
      <w:r>
        <w:t>is tarah jab aap sochenge to bohat ajeeb ghareeb qism ki ek ek aap ko haqeeqat maloom hogi. keh sirf insaan ko Allah ne chuna keh woh roza rakhe.</w:t>
      </w:r>
    </w:p>
    <w:p>
      <w:pPr>
        <w:jc w:val="right"/>
      </w:pPr>
      <w:r>
        <w:t>اس طرح جب آپ سوچیں گے تو بہت عجیب غریب قسم کی ایک ایک آپ کو حقیقت معلوم ہوگی۔ کہ صرف انسان کو اللہ نے چنا کہ وہ روزہ رکھے۔</w:t>
      </w:r>
    </w:p>
    <w:p>
      <w:r>
        <w:rPr>
          <w:b/>
        </w:rPr>
        <w:t xml:space="preserve">[03:37] </w:t>
      </w:r>
      <w:r>
        <w:t>aur itni bari universe hai, itni bari kainat hai, kisi ke liye roza rakhna nahi muqarrar kiya gaya. to is ka matlab hai keh koi bohat hi bari baat is ke andar hai.</w:t>
      </w:r>
    </w:p>
    <w:p>
      <w:pPr>
        <w:jc w:val="right"/>
      </w:pPr>
      <w:r>
        <w:t>اور اتنی بڑی یونیورس ہے، اتنی بڑی کائنات ہے، کسی کے لیے روزہ رکھنا نہیں مقرر کیا گیا۔ تو اس کا معنی ہے کہ کوئی بہت ہی بڑی بات اس کے اندر ہے۔</w:t>
      </w:r>
    </w:p>
    <w:p>
      <w:r>
        <w:rPr>
          <w:b/>
        </w:rPr>
        <w:t xml:space="preserve">[03:49] </w:t>
      </w:r>
      <w:r>
        <w:t>bohat hi bari baat hai. woh kya hai؟</w:t>
      </w:r>
    </w:p>
    <w:p>
      <w:pPr>
        <w:jc w:val="right"/>
      </w:pPr>
      <w:r>
        <w:t>بہت ہی بڑی بات ہے۔ وہ کیا ہے؟</w:t>
      </w:r>
    </w:p>
    <w:p>
      <w:r>
        <w:rPr>
          <w:b/>
        </w:rPr>
        <w:t xml:space="preserve">[03:55] </w:t>
      </w:r>
      <w:r>
        <w:t>yaani roze mein kya karte hain aap؟ hadees mein aata hai keh roze ka sawab insaan ko, bohat rozedaar ko bohat zyada diya jaata hai.</w:t>
      </w:r>
    </w:p>
    <w:p>
      <w:pPr>
        <w:jc w:val="right"/>
      </w:pPr>
      <w:r>
        <w:t>یعنی روزے میں کیا کرتے ہیں آپ؟ حدیث میں آتا ہے کہ روزے کا ثواب انسان کو، بہت روزے دار کو بہت زیادہ دیا جاتا ہے۔</w:t>
      </w:r>
    </w:p>
    <w:p>
      <w:r>
        <w:rPr>
          <w:b/>
        </w:rPr>
        <w:t xml:space="preserve">[04:10] </w:t>
      </w:r>
      <w:r>
        <w:t>unlimited diya jaata hai.</w:t>
      </w:r>
    </w:p>
    <w:p>
      <w:pPr>
        <w:jc w:val="right"/>
      </w:pPr>
      <w:r>
        <w:t>ان لمیٹڈ دیا جاتا ہے۔</w:t>
      </w:r>
    </w:p>
    <w:p>
      <w:r>
        <w:rPr>
          <w:b/>
        </w:rPr>
        <w:t xml:space="preserve">[04:13] </w:t>
      </w:r>
      <w:r>
        <w:t>to hadees mein aata hai keh "یدع طعامہ وشرابہ ولذتہ وشہوتہ لاجلی"۔</w:t>
      </w:r>
    </w:p>
    <w:p>
      <w:pPr>
        <w:jc w:val="right"/>
      </w:pPr>
      <w:r>
        <w:t>تو حدیث میں آتا ہے کہ "یدع طعامہ وشرابہ ولذتہ وشہوتہ لاجلی"۔</w:t>
      </w:r>
    </w:p>
    <w:p>
      <w:r>
        <w:rPr>
          <w:b/>
        </w:rPr>
        <w:t xml:space="preserve">[04:24] </w:t>
      </w:r>
      <w:r>
        <w:t>yaani rozedaar mere liye, yaani Allah ke liye chhodta hai khane ko, peene ko, lazzaton ko.</w:t>
      </w:r>
    </w:p>
    <w:p>
      <w:pPr>
        <w:jc w:val="right"/>
      </w:pPr>
      <w:r>
        <w:t>یعنی روزے دار میرے لیے، یعنی اللہ کے لیے چھوڑتا ہے کھانے کو، پینے کو، لذتوں کو۔</w:t>
      </w:r>
    </w:p>
    <w:p>
      <w:r>
        <w:rPr>
          <w:b/>
        </w:rPr>
        <w:t xml:space="preserve">[04:34] </w:t>
      </w:r>
      <w:r>
        <w:t>sirf Allah ke liye.</w:t>
      </w:r>
    </w:p>
    <w:p>
      <w:pPr>
        <w:jc w:val="right"/>
      </w:pPr>
      <w:r>
        <w:t>صرف اللہ کے لیے۔</w:t>
      </w:r>
    </w:p>
    <w:p>
      <w:r>
        <w:rPr>
          <w:b/>
        </w:rPr>
        <w:t xml:space="preserve">[04:37] </w:t>
      </w:r>
      <w:r>
        <w:t>to yeh yeh sharaf sirf insaan ko haasil hai keh woh chhodde kisi cheez ko. aur jo makhlooqat hain woh jaanti hi nahi keh chhodna bhi koi cheez hai. chhodne se kya hota hai؟</w:t>
      </w:r>
    </w:p>
    <w:p>
      <w:pPr>
        <w:jc w:val="right"/>
      </w:pPr>
      <w:r>
        <w:t>تو یہ یہ شرف صرف انسان کو حاصل ہے کہ وہ چھوڑے کسی چیز کو۔ اور جو مخلوقات ہیں وہ جانتی ہی نہیں کہ چھوڑنا بھی کوئی چیز ہے۔ چھوڑنے سے کیا ہوتا ہے؟</w:t>
      </w:r>
    </w:p>
    <w:p>
      <w:r>
        <w:rPr>
          <w:b/>
        </w:rPr>
        <w:t xml:space="preserve">[04:50] </w:t>
      </w:r>
      <w:r>
        <w:t>is ki ahmiyat aap samajh paate hain. jab aap paani se apne ko mehroom kiya, jaan boojh kar. bhooke aur pyaase rahe aap.</w:t>
      </w:r>
    </w:p>
    <w:p>
      <w:pPr>
        <w:jc w:val="right"/>
      </w:pPr>
      <w:r>
        <w:t>اس کی اہمیت آپ سمجھ پاتے ہیں۔ جب آپ پانی سے اپنے کو محروم کیا، جان بوجھ کر۔ بھوکے اور پیاسے رہے آپ۔</w:t>
      </w:r>
    </w:p>
    <w:p>
      <w:r>
        <w:rPr>
          <w:b/>
        </w:rPr>
        <w:t xml:space="preserve">[04:59] </w:t>
      </w:r>
      <w:r>
        <w:t>phir shaam ko iftar ke waqt aap ne paani piya, khana khaya. to aap ne discover kiya</w:t>
      </w:r>
    </w:p>
    <w:p>
      <w:pPr>
        <w:jc w:val="right"/>
      </w:pPr>
      <w:r>
        <w:t>پھر شام کو افطار کے وقت آپ نے پانی پیا، کھانا کھایا۔ تو آپ نے ڈسکور کیا</w:t>
      </w:r>
    </w:p>
    <w:p>
      <w:r>
        <w:rPr>
          <w:b/>
        </w:rPr>
        <w:t xml:space="preserve">[05:06] </w:t>
      </w:r>
      <w:r>
        <w:t>keh yeh jo khana aur paani hai Allah ki kitni bari nemat hai. to discovery ke baad jo aadmi ke andar ehsaas jaagta hai woh ajeeb o ghareeb cheez hai.</w:t>
      </w:r>
    </w:p>
    <w:p>
      <w:pPr>
        <w:jc w:val="right"/>
      </w:pPr>
      <w:r>
        <w:t>کہ یہ جو کھانا اور پانی ہے اللہ کی کتنی بڑی نعمت ہے۔ تو ڈسکوری کے بعد جو آدمی کے اندر احساس جاگتا ہے وہ عجیب و غریب چیز ہے۔</w:t>
      </w:r>
    </w:p>
    <w:p>
      <w:r>
        <w:rPr>
          <w:b/>
        </w:rPr>
        <w:t xml:space="preserve">[05:17] </w:t>
      </w:r>
      <w:r>
        <w:t>jaise mashhoor hai keh ek aadmi ko, younan ke ek philosopher ko discovery hui</w:t>
      </w:r>
    </w:p>
    <w:p>
      <w:pPr>
        <w:jc w:val="right"/>
      </w:pPr>
      <w:r>
        <w:t>جیسے مشہور ہے کہ ایک آدمی کو، یونان کے ایک فلاسفر کو ڈسکوری ہوئی</w:t>
      </w:r>
    </w:p>
    <w:p>
      <w:r>
        <w:rPr>
          <w:b/>
        </w:rPr>
        <w:t xml:space="preserve">[05:24] </w:t>
      </w:r>
      <w:r>
        <w:t>keh us ke baare mein. ek paani mein kashti kyun nahi doobti؟ us ke baare mein.</w:t>
      </w:r>
    </w:p>
    <w:p>
      <w:pPr>
        <w:jc w:val="right"/>
      </w:pPr>
      <w:r>
        <w:t>کہ اس کے بارے میں۔ ایک پانی میں کشتی کیوں نہیں ڈوبتی؟ اس کے بارے میں۔</w:t>
      </w:r>
    </w:p>
    <w:p>
      <w:r>
        <w:rPr>
          <w:b/>
        </w:rPr>
        <w:t xml:space="preserve">[05:34] </w:t>
      </w:r>
      <w:r>
        <w:t>to woh eureka eureka kehta hua bhaga. maine jaan liya, maine jaan liya, maine daryaft kar liya.</w:t>
      </w:r>
    </w:p>
    <w:p>
      <w:pPr>
        <w:jc w:val="right"/>
      </w:pPr>
      <w:r>
        <w:t>تو وہ یوریکا یوریکا کہتا ہوا بھاگا۔ میں نے جان لیا، میں نے جان لیا، میں نے دریافت کر لیا۔</w:t>
      </w:r>
    </w:p>
    <w:p>
      <w:r>
        <w:rPr>
          <w:b/>
        </w:rPr>
        <w:t xml:space="preserve">[05:41] </w:t>
      </w:r>
      <w:r>
        <w:t>itna us ko deewangi taari hui keh sab ko jaldi se ja kar bataye. to jab aap yeh yeh kisi sher ko, kisi haathi ko yeh discovery nahi hoti keh khana kaisi ajeeb o ghareeb cheez hai.</w:t>
      </w:r>
    </w:p>
    <w:p>
      <w:pPr>
        <w:jc w:val="right"/>
      </w:pPr>
      <w:r>
        <w:t>اتنا اس کو دیوانگی طاری ہوئی کہ سب کو جلدی سے جا کر بتائے۔ تو جب آپ یہ یہ کسی شیر کو، کسی ہاتھی کو یہ ڈسکوری نہیں ہوتی کہ کھانا کیسی عجیب و غریب چیز ہے۔</w:t>
      </w:r>
    </w:p>
    <w:p>
      <w:r>
        <w:rPr>
          <w:b/>
        </w:rPr>
        <w:t xml:space="preserve">[05:55] </w:t>
      </w:r>
      <w:r>
        <w:t>woh to bas khate rehte hain, khate rehte hain.</w:t>
      </w:r>
    </w:p>
    <w:p>
      <w:pPr>
        <w:jc w:val="right"/>
      </w:pPr>
      <w:r>
        <w:t>وہ تو بس کھاتے رہتے ہیں، کھاتے رہتے ہیں۔</w:t>
      </w:r>
    </w:p>
    <w:p>
      <w:r>
        <w:rPr>
          <w:b/>
        </w:rPr>
        <w:t xml:space="preserve">[05:59] </w:t>
      </w:r>
      <w:r>
        <w:t>kisi bhi cheez ko, suraj, chand, star, planets, pahaad, samundar. kisi ko yeh discovery nahi hoti keh Khuda ne kitni bari nemat, kitni blessing di hai is ko.</w:t>
      </w:r>
    </w:p>
    <w:p>
      <w:pPr>
        <w:jc w:val="right"/>
      </w:pPr>
      <w:r>
        <w:t>کسی بھی چیز کو، سورج، چاند، اسٹار، پلینٹس، پہاڑ، سمندر۔ کسی کو یہ ڈسکوری نہیں ہوتی کہ خدا نے کتنی بڑی نعمت، کتنی بلیسنگ دی ہے اس کو۔</w:t>
      </w:r>
    </w:p>
    <w:p>
      <w:r>
        <w:rPr>
          <w:b/>
        </w:rPr>
        <w:t xml:space="preserve">[06:12] </w:t>
      </w:r>
      <w:r>
        <w:t>to discovery kar ke blessing ko jaanna.</w:t>
      </w:r>
    </w:p>
    <w:p>
      <w:pPr>
        <w:jc w:val="right"/>
      </w:pPr>
      <w:r>
        <w:t>تو ڈسکوری کر کے بلیسنگ کو جاننا۔</w:t>
      </w:r>
    </w:p>
    <w:p>
      <w:r>
        <w:rPr>
          <w:b/>
        </w:rPr>
        <w:t xml:space="preserve">[06:16] </w:t>
      </w:r>
      <w:r>
        <w:t>aur phir jo bohat hi bara shukr aata hai aadmi ke andar. storm aata hai, storm. jaise keh Rasool Allah Sal Allahu Alaihi Wasallam ke baare mein aata hai keh roza rakha aap ne, shaam ko aap ne iftar kiya.</w:t>
      </w:r>
    </w:p>
    <w:p>
      <w:pPr>
        <w:jc w:val="right"/>
      </w:pPr>
      <w:r>
        <w:t>اور پھر جو بہت ہی بڑا شکر آتا ہے آدمی کے اندر۔ اسٹارم آتا ہے، اسٹارم۔ جیسے کہ رسول اللہ صلی اللہ علیہ وسلم کے بارے میں آتا ہے کہ روزہ رکھا آپ نے، شام کو آپ نے افطار کیا۔</w:t>
      </w:r>
    </w:p>
    <w:p>
      <w:r>
        <w:rPr>
          <w:b/>
        </w:rPr>
        <w:t xml:space="preserve">[06:31] </w:t>
      </w:r>
      <w:r>
        <w:t>to aap ki zabaan se nikla</w:t>
      </w:r>
    </w:p>
    <w:p>
      <w:pPr>
        <w:jc w:val="right"/>
      </w:pPr>
      <w:r>
        <w:t>تو آپ کی زبان سے نکلا</w:t>
      </w:r>
    </w:p>
    <w:p>
      <w:r>
        <w:rPr>
          <w:b/>
        </w:rPr>
        <w:t xml:space="preserve">[06:33] </w:t>
      </w:r>
      <w:r>
        <w:t>"zahabt zama wa tal al-urooq wa thabat al-ard insha Allah ta'ala".</w:t>
      </w:r>
    </w:p>
    <w:p>
      <w:pPr>
        <w:jc w:val="right"/>
      </w:pPr>
      <w:r>
        <w:t>"ذہبت زما وطل العروق وثبت الارض انشاء اللہ تعالی"۔</w:t>
      </w:r>
    </w:p>
    <w:p>
      <w:r>
        <w:rPr>
          <w:b/>
        </w:rPr>
        <w:t xml:space="preserve">[06:41] </w:t>
      </w:r>
      <w:r>
        <w:t>pyaas chali gayi aur ragen tar ho gayeen. Aur Allah ke haan is ka sabr, Allah ke haan is ka is ka jaza muqaddar ho gaya.</w:t>
      </w:r>
    </w:p>
    <w:p>
      <w:pPr>
        <w:jc w:val="right"/>
      </w:pPr>
      <w:r>
        <w:t>پیاس چلی گئی اور رگیں تر ہو گئیں۔ اور اللہ کے ہاں اس کا صبر، اللہ کے ہاں اس کا اس کا جزا مقدر ہو گئی۔</w:t>
      </w:r>
    </w:p>
    <w:p>
      <w:r>
        <w:rPr>
          <w:b/>
        </w:rPr>
        <w:t xml:space="preserve">[06:54] </w:t>
      </w:r>
      <w:r>
        <w:t>yeh kya matlab is ka hai? Yani bhook ke baad pani khane ki ahmiyat ko daryaft kiya aap ne. Pyaas ke baad pani ki ahmiyat ko daryaft kiya aap ne.</w:t>
      </w:r>
    </w:p>
    <w:p>
      <w:pPr>
        <w:jc w:val="right"/>
      </w:pPr>
      <w:r>
        <w:t>یہ کیا مطلب اس کا ہے؟ یعنی بھوک کے بعد پانی کھانے کی اہمیت کو دریافت کیا آپ نے۔ پیاس کے بعد پانی کی اہمیت کو دریافت کیا آپ نے۔</w:t>
      </w:r>
    </w:p>
    <w:p>
      <w:r>
        <w:rPr>
          <w:b/>
        </w:rPr>
        <w:t xml:space="preserve">[07:06] </w:t>
      </w:r>
      <w:r>
        <w:t>to ajeeb ghareeb qism ki duaen niklen. Allah ke acknowledge kiya aap ne, Allah ka itraaf kiya aap ne. Ke khudaaya tu kitna bara raheem o kareem hai.</w:t>
      </w:r>
    </w:p>
    <w:p>
      <w:pPr>
        <w:jc w:val="right"/>
      </w:pPr>
      <w:r>
        <w:t>تو عجیب غریب قسم کی دعائیں نکلیں۔ اللہ کے اکنالج کیا آپ نے، اللہ کا اعتراف کیا آپ نے۔ کہ خدایا تو کتنا بڑا رحیم و کریم ہے۔</w:t>
      </w:r>
    </w:p>
    <w:p>
      <w:r>
        <w:rPr>
          <w:b/>
        </w:rPr>
        <w:t xml:space="preserve">[07:17] </w:t>
      </w:r>
      <w:r>
        <w:t>ke mujhe pyaas di to pani bhi duniya mein paida kar diya. Mujhe bhook diya to khana bhi duniya mein paida kar diya. Yeh hai goya Allah ke ko acknowledge karna daryaft ke baad.</w:t>
      </w:r>
    </w:p>
    <w:p>
      <w:pPr>
        <w:jc w:val="right"/>
      </w:pPr>
      <w:r>
        <w:t>کہ مجھے پیاس دی تو پانی بھی دنیا میں پیدا کر دیا۔ مجھے بھوک دیا تو کھانا بھی دنیا میں پیدا کر دیا۔ یہ ہے گویا اللہ کے کو اکنالج کرنا دریافت کے بعد۔</w:t>
      </w:r>
    </w:p>
    <w:p>
      <w:r>
        <w:rPr>
          <w:b/>
        </w:rPr>
        <w:t xml:space="preserve">[07:35] </w:t>
      </w:r>
      <w:r>
        <w:t>kitni bari cheez hai.</w:t>
      </w:r>
    </w:p>
    <w:p>
      <w:pPr>
        <w:jc w:val="right"/>
      </w:pPr>
      <w:r>
        <w:t>کتنی بڑی چیز ہے۔</w:t>
      </w:r>
    </w:p>
    <w:p>
      <w:r>
        <w:rPr>
          <w:b/>
        </w:rPr>
        <w:t xml:space="preserve">[07:37] </w:t>
      </w:r>
      <w:r>
        <w:t>to yeh sirf insaan ko haasil hai. Is poori universe mein sirf insaan hai jo Allah ki nematoun ko daryaft karta hai.</w:t>
      </w:r>
    </w:p>
    <w:p>
      <w:pPr>
        <w:jc w:val="right"/>
      </w:pPr>
      <w:r>
        <w:t>تو یہ صرف انسان کو حاصل ہے۔ اس پوری یونیورس میں صرف انسان ہے جو اللہ کی نعمتوں کو دریافت کرتا ہے۔</w:t>
      </w:r>
    </w:p>
    <w:p>
      <w:r>
        <w:rPr>
          <w:b/>
        </w:rPr>
        <w:t xml:space="preserve">[07:48] </w:t>
      </w:r>
      <w:r>
        <w:t>daryaft ka baad woh keh uthta hai ke khudaaya tu kitna raheem o kareem khuda hai. Kaisi ajeeb baat hai yeh.</w:t>
      </w:r>
    </w:p>
    <w:p>
      <w:pPr>
        <w:jc w:val="right"/>
      </w:pPr>
      <w:r>
        <w:t>دریافت کا بعد وہ کہہ اٹھتا ہے کہ خدایا تو کتنا رحیم و کریم خدا ہے۔ کیسی عجیب بات ہے یہ۔</w:t>
      </w:r>
    </w:p>
    <w:p>
      <w:r>
        <w:rPr>
          <w:b/>
        </w:rPr>
        <w:t xml:space="preserve">[07:57] </w:t>
      </w:r>
      <w:r>
        <w:t>aise hi dekhiye,</w:t>
      </w:r>
    </w:p>
    <w:p>
      <w:pPr>
        <w:jc w:val="right"/>
      </w:pPr>
      <w:r>
        <w:t>ایسے ہی دیکھیے،</w:t>
      </w:r>
    </w:p>
    <w:p>
      <w:r>
        <w:rPr>
          <w:b/>
        </w:rPr>
        <w:t xml:space="preserve">[08:01] </w:t>
      </w:r>
      <w:r>
        <w:t>shaban ke aakhri raat, aakhri shaam ko log chand dekhte hain.</w:t>
      </w:r>
    </w:p>
    <w:p>
      <w:pPr>
        <w:jc w:val="right"/>
      </w:pPr>
      <w:r>
        <w:t>شعبان کے آخری رات، آخری شام کو لوگ چاند دیکھتے ہیں۔</w:t>
      </w:r>
    </w:p>
    <w:p>
      <w:r>
        <w:rPr>
          <w:b/>
        </w:rPr>
        <w:t xml:space="preserve">[08:10] </w:t>
      </w:r>
      <w:r>
        <w:t>aaj kal to chounke pollution bohat ziyada hai to saaf dikhai nahi deta. Jab mein rehta tha gaon mein, bachpan mein. Khoob saaf dikhai deta tha chand.</w:t>
      </w:r>
    </w:p>
    <w:p>
      <w:pPr>
        <w:jc w:val="right"/>
      </w:pPr>
      <w:r>
        <w:t>آج کل تو چونکہ پولیوشن بہت زیادہ ہے تو صاف دکھائی نہیں دیتا۔ جب میں رہتا تھا گاؤں میں، بچپن میں۔ خوب صاف دکھائی دیتا تھا چاند۔</w:t>
      </w:r>
    </w:p>
    <w:p>
      <w:r>
        <w:rPr>
          <w:b/>
        </w:rPr>
        <w:t xml:space="preserve">[08:22] </w:t>
      </w:r>
      <w:r>
        <w:t>yani new moon ya naya chand jo hai bohat saaf dikhai deta tha.</w:t>
      </w:r>
    </w:p>
    <w:p>
      <w:pPr>
        <w:jc w:val="right"/>
      </w:pPr>
      <w:r>
        <w:t>یعنی نیو مون یا نیا چاند جو ہے بہت صاف دکھائی دیتا تھا۔</w:t>
      </w:r>
    </w:p>
    <w:p>
      <w:r>
        <w:rPr>
          <w:b/>
        </w:rPr>
        <w:t xml:space="preserve">[08:27] </w:t>
      </w:r>
      <w:r>
        <w:t>yeh bhi ek ajeeb o ghareeb cheez hai. Yani</w:t>
      </w:r>
    </w:p>
    <w:p>
      <w:pPr>
        <w:jc w:val="right"/>
      </w:pPr>
      <w:r>
        <w:t>یہ بھی ایک عجیب و غریب چیز ہے۔ یعنی</w:t>
      </w:r>
    </w:p>
    <w:p>
      <w:r>
        <w:rPr>
          <w:b/>
        </w:rPr>
        <w:t xml:space="preserve">[08:34] </w:t>
      </w:r>
      <w:r>
        <w:t>ek ek din khatam hua aur naya chand tuloo hua. Ek din jo hai subah se chala aur shaam tak din khatam hua.</w:t>
      </w:r>
    </w:p>
    <w:p>
      <w:pPr>
        <w:jc w:val="right"/>
      </w:pPr>
      <w:r>
        <w:t>ایک ایک دن ختم ہوا اور نیا چاند طلوع ہوا۔ ایک دن جو ہے صبح سے چلا اور شام تک دن ختم ہوا۔</w:t>
      </w:r>
    </w:p>
    <w:p>
      <w:r>
        <w:rPr>
          <w:b/>
        </w:rPr>
        <w:t xml:space="preserve">[08:44] </w:t>
      </w:r>
      <w:r>
        <w:t>is ke baad ek naya chand nikal aaya. Yeh kya hai? Ek bohat bara message hai, bohat bara message.</w:t>
      </w:r>
    </w:p>
    <w:p>
      <w:pPr>
        <w:jc w:val="right"/>
      </w:pPr>
      <w:r>
        <w:t>اس کے بعد ایک نیا چاند نکل آیا۔ یہ کیا ہے؟ ایک بہت بڑا میسج ہے، بہت بڑا میسج۔</w:t>
      </w:r>
    </w:p>
    <w:p>
      <w:r>
        <w:rPr>
          <w:b/>
        </w:rPr>
        <w:t xml:space="preserve">[08:52] </w:t>
      </w:r>
      <w:r>
        <w:t>bohat hi bara message hai. Yani har khatma ek naye aaghaz ki tamheed hai. Kaisi ajeeb baat hai.</w:t>
      </w:r>
    </w:p>
    <w:p>
      <w:pPr>
        <w:jc w:val="right"/>
      </w:pPr>
      <w:r>
        <w:t>بہت ہی بڑا میسج ہے۔ یعنی ہر خاتمہ ایک نئے آغاز کی تمہید ہے۔ کیسی عجیب بات ہے۔</w:t>
      </w:r>
    </w:p>
    <w:p>
      <w:r>
        <w:rPr>
          <w:b/>
        </w:rPr>
        <w:t xml:space="preserve">[09:03] </w:t>
      </w:r>
      <w:r>
        <w:t>"after every end there is a new bright beginning". Jab aap ne chand ko dekha to Allah ki wusaton ko yaad kiya aap ne.</w:t>
      </w:r>
    </w:p>
    <w:p>
      <w:pPr>
        <w:jc w:val="right"/>
      </w:pPr>
      <w:r>
        <w:t>"آفٹر ایوری اینڈ دیر از اے نیو برائٹ بگننگ"۔ جب آپ نے چاند کو دیکھا تو اللہ کی وسعتوں کو یاد کیا آپ نے۔</w:t>
      </w:r>
    </w:p>
    <w:p>
      <w:r>
        <w:rPr>
          <w:b/>
        </w:rPr>
        <w:t xml:space="preserve">[09:13] </w:t>
      </w:r>
      <w:r>
        <w:t>ke kaisi ajeeb duniya banai hai Allah ta'ala ne. Ke yahan par har khatme ke baad ek naya aaghaz hai.</w:t>
      </w:r>
    </w:p>
    <w:p>
      <w:pPr>
        <w:jc w:val="right"/>
      </w:pPr>
      <w:r>
        <w:t>کہ کیسی عجیب دنیا بنائی ہے اللہ تعالیٰ نے۔ کہ یہاں پر ہر خاتمے کے بعد ایک نیا آغاز ہے۔</w:t>
      </w:r>
    </w:p>
    <w:p>
      <w:r>
        <w:rPr>
          <w:b/>
        </w:rPr>
        <w:t xml:space="preserve">[09:21] </w:t>
      </w:r>
      <w:r>
        <w:t>"every end after every end there is new bright beginning". Yeh hai discovery. To chand jo dekha jata hai woh saada baat nahi hai.</w:t>
      </w:r>
    </w:p>
    <w:p>
      <w:pPr>
        <w:jc w:val="right"/>
      </w:pPr>
      <w:r>
        <w:t>"ایوری اینڈ آفٹر ایوری اینڈ دیر از نیو برائٹ بگننگ"۔ یہ ہے ڈسکوری۔ تو چاند جو دیکھا جاتا ہے وہ سادہ بات نہیں ہے۔</w:t>
      </w:r>
    </w:p>
    <w:p>
      <w:r>
        <w:rPr>
          <w:b/>
        </w:rPr>
        <w:t xml:space="preserve">[09:33] </w:t>
      </w:r>
      <w:r>
        <w:t>is mein Allah ta'ala ki be panah wusaton ko</w:t>
      </w:r>
    </w:p>
    <w:p>
      <w:pPr>
        <w:jc w:val="right"/>
      </w:pPr>
      <w:r>
        <w:t>اس میں اللہ تعالیٰ کی بے پناہ وسعتوں کو</w:t>
      </w:r>
    </w:p>
    <w:p>
      <w:r>
        <w:rPr>
          <w:b/>
        </w:rPr>
        <w:t xml:space="preserve">[09:37] </w:t>
      </w:r>
      <w:r>
        <w:t>aadmi daryaft karta hai. Yani is ke baad talkhi khatam, shikayat khatam. Sab kuch khatam, mayoosi khatam.</w:t>
      </w:r>
    </w:p>
    <w:p>
      <w:pPr>
        <w:jc w:val="right"/>
      </w:pPr>
      <w:r>
        <w:t>آدمی دریافت کرتا ہے۔ یعنی اس کے بعد تلخی ختم، شکایت ختم۔ سب کچھ ختم، مایوسی ختم۔</w:t>
      </w:r>
    </w:p>
    <w:p>
      <w:r>
        <w:rPr>
          <w:b/>
        </w:rPr>
        <w:t xml:space="preserve">[09:48] </w:t>
      </w:r>
      <w:r>
        <w:t>kyun ke jab Khuda ki duniya mein har end ke baad ek naya aaghaz hone wala ho to kis baat ki shikayat?</w:t>
      </w:r>
    </w:p>
    <w:p>
      <w:pPr>
        <w:jc w:val="right"/>
      </w:pPr>
      <w:r>
        <w:t>کیونکہ جب خدا کی دنیا میں ہر اینڈ کے بعد ایک نیا آغاز ہونے والا ہو تو کس بات کی شکایت؟</w:t>
      </w:r>
    </w:p>
    <w:p>
      <w:r>
        <w:rPr>
          <w:b/>
        </w:rPr>
        <w:t xml:space="preserve">[09:56] </w:t>
      </w:r>
      <w:r>
        <w:t>ek cheez khoi gayi hai aur nayi cheez mil jati hai is ke baad to kis baat ki shikayat? Ek din gaya to doosra din mil gaya.</w:t>
      </w:r>
    </w:p>
    <w:p>
      <w:pPr>
        <w:jc w:val="right"/>
      </w:pPr>
      <w:r>
        <w:t>ایک چیز کھوئی گئی ہے اور نئی چیز مل جاتی ہے اس کے بعد تو کس بات کی شکایت؟ ایک دن گیا تو دوسرا دن مل گیا۔</w:t>
      </w:r>
    </w:p>
    <w:p>
      <w:r>
        <w:rPr>
          <w:b/>
        </w:rPr>
        <w:t xml:space="preserve">[10:06] </w:t>
      </w:r>
      <w:r>
        <w:t>kis baat ki shikayat? To chand dekh kar ke Allah ta'ala aap ko yeh message de rahe hain, message.</w:t>
      </w:r>
    </w:p>
    <w:p>
      <w:pPr>
        <w:jc w:val="right"/>
      </w:pPr>
      <w:r>
        <w:t>کس بات کی شکایت؟ تو چاند دیکھ کر کے اللہ تعالیٰ آپ کو یہ میسج دے رہے ہیں، میسج۔</w:t>
      </w:r>
    </w:p>
    <w:p>
      <w:r>
        <w:rPr>
          <w:b/>
        </w:rPr>
        <w:t xml:space="preserve">[10:13] </w:t>
      </w:r>
      <w:r>
        <w:t>keh dekho is dunya mein naik shikayat ki, تلخی ki, ihtijaj ki, complaint ki koi jagah hi nahi hai.</w:t>
      </w:r>
    </w:p>
    <w:p>
      <w:pPr>
        <w:jc w:val="right"/>
      </w:pPr>
      <w:r>
        <w:t>کہ دیکھو اس دنیا میں نیک شکایت کی، تلخی کی، احتجاج کی، کمپلینٹ کی کوئی جگہ ہی نہیں ہے۔</w:t>
      </w:r>
    </w:p>
    <w:p>
      <w:r>
        <w:rPr>
          <w:b/>
        </w:rPr>
        <w:t xml:space="preserve">[10:23] </w:t>
      </w:r>
      <w:r>
        <w:t>kyunke yahan par be payan hai dunya hai. "after every end there is a new bright beginning".</w:t>
      </w:r>
    </w:p>
    <w:p>
      <w:pPr>
        <w:jc w:val="right"/>
      </w:pPr>
      <w:r>
        <w:t>کیونکہ یہاں پر بے پایاں ہے دنیا ہے۔ "آفٹر ایوری اینڈ دیر از اے نیو برائٹ بگننگ"۔</w:t>
      </w:r>
    </w:p>
    <w:p>
      <w:r>
        <w:rPr>
          <w:b/>
        </w:rPr>
        <w:t xml:space="preserve">[10:31] </w:t>
      </w:r>
      <w:r>
        <w:t>ab dekhiye kitna hausla barhega. kitna zyada aap ke yani horizon wasee hoga.</w:t>
      </w:r>
    </w:p>
    <w:p>
      <w:pPr>
        <w:jc w:val="right"/>
      </w:pPr>
      <w:r>
        <w:t>اب دیکھیے کتنا حوصلہ بڑھے گا۔ کتنا زیادہ آپ کے یعنی ہورائزن وسیع ہوگا۔</w:t>
      </w:r>
    </w:p>
    <w:p>
      <w:r>
        <w:rPr>
          <w:b/>
        </w:rPr>
        <w:t xml:space="preserve">[10:42] </w:t>
      </w:r>
      <w:r>
        <w:t>yeh hai yani new moon ko dekhne ke baad agar aap sahih zehan ke sath dekhein. aap aap ke andar shaoor paida ho chuka hai.</w:t>
      </w:r>
    </w:p>
    <w:p>
      <w:pPr>
        <w:jc w:val="right"/>
      </w:pPr>
      <w:r>
        <w:t>یہ ہے یعنی نیو مون کو دیکھنے کے بعد اگر آپ صحیح ذہن کے ساتھ دیکھیں۔ آپ آپ کے اندر شعور پیدا ہو چکا ہو۔</w:t>
      </w:r>
    </w:p>
    <w:p>
      <w:r>
        <w:rPr>
          <w:b/>
        </w:rPr>
        <w:t xml:space="preserve">[10:54] </w:t>
      </w:r>
      <w:r>
        <w:t>roze ki ahmiyat ko aap jante hain. to yeh sari baatein aap ko nazar ayengi.</w:t>
      </w:r>
    </w:p>
    <w:p>
      <w:pPr>
        <w:jc w:val="right"/>
      </w:pPr>
      <w:r>
        <w:t>روزے کی اہمیت کو آپ جانتے ہوں۔ تو یہ ساری باتیں آپ کو نظر آئیں گی۔</w:t>
      </w:r>
    </w:p>
    <w:p>
      <w:r>
        <w:rPr>
          <w:b/>
        </w:rPr>
        <w:t xml:space="preserve">[11:02] </w:t>
      </w:r>
      <w:r>
        <w:t>aise hi dekhiye, main yeh baat yeh kehna chahunga keh tayari bohat zaroori hai. koi bhi cheez ho, tayari zaroori hai.</w:t>
      </w:r>
    </w:p>
    <w:p>
      <w:pPr>
        <w:jc w:val="right"/>
      </w:pPr>
      <w:r>
        <w:t>ایسے ہی دیکھیے، میں یہ بات یہ کہنا چاہوں گا کہ تیاری بہت ضروری ہے۔ کوئی بھی چیز ہو، تیاری ضروری ہے۔</w:t>
      </w:r>
    </w:p>
    <w:p>
      <w:r>
        <w:rPr>
          <w:b/>
        </w:rPr>
        <w:t xml:space="preserve">[11:14] </w:t>
      </w:r>
      <w:r>
        <w:t>misalan namaz hai. agar aap namaz ke liye pehle se tayar na hon.</w:t>
      </w:r>
    </w:p>
    <w:p>
      <w:pPr>
        <w:jc w:val="right"/>
      </w:pPr>
      <w:r>
        <w:t>مثلاً نماز ہے۔ اگر آپ نماز کے لیے پہلے سے تیار نہ ہوں۔</w:t>
      </w:r>
    </w:p>
    <w:p>
      <w:r>
        <w:rPr>
          <w:b/>
        </w:rPr>
        <w:t xml:space="preserve">[11:21] </w:t>
      </w:r>
      <w:r>
        <w:t>namaz ki spirit aap ke andar pehle se maujood hona chahiye tab namaz aap ke liye sachi namaz banegi. yani namaz ke waqt se pehle to bilkul aap ki zindagi alag thi, alag dhang ki.</w:t>
      </w:r>
    </w:p>
    <w:p>
      <w:pPr>
        <w:jc w:val="right"/>
      </w:pPr>
      <w:r>
        <w:t>نماز کی اسپرٹ آپ کے اندر پہلے سے موجود ہونا چاہیے۔ تب نماز آپ کے لیے سچی نماز بنے گی۔ یعنی نماز کے وقت سے پہلے تو بالکل آپ کی زندگی الگ تھی، الگ ڈھنگ کی۔</w:t>
      </w:r>
    </w:p>
    <w:p>
      <w:r>
        <w:rPr>
          <w:b/>
        </w:rPr>
        <w:t xml:space="preserve">[11:35] </w:t>
      </w:r>
      <w:r>
        <w:t>aur achaanak masjid mein aaye aur niyat baandh liya.</w:t>
      </w:r>
    </w:p>
    <w:p>
      <w:pPr>
        <w:jc w:val="right"/>
      </w:pPr>
      <w:r>
        <w:t>اور اچانک مسجد میں آئے اور نیت باندھ لیا۔</w:t>
      </w:r>
    </w:p>
    <w:p>
      <w:r>
        <w:rPr>
          <w:b/>
        </w:rPr>
        <w:t xml:space="preserve">[11:38] </w:t>
      </w:r>
      <w:r>
        <w:t>is namaz mein kuch jaan nahi hogi. pehle se aap ke andar ek shaoor hona chahiye, shaoor, samajh.</w:t>
      </w:r>
    </w:p>
    <w:p>
      <w:pPr>
        <w:jc w:val="right"/>
      </w:pPr>
      <w:r>
        <w:t>اس نماز میں کچھ جان نہیں ہوگی۔ پہلے سے آپ کے اندر ایک شعور ہونا چاہیے، شعور، سمجھ۔</w:t>
      </w:r>
    </w:p>
    <w:p>
      <w:r>
        <w:rPr>
          <w:b/>
        </w:rPr>
        <w:t xml:space="preserve">[11:47] </w:t>
      </w:r>
      <w:r>
        <w:t>ek strict, namaz kya cheez hai. tab woh namaz aap ki namaz banegi. jaise mashhoor hai keh ek scientist se, ek scientist se kisi ne kaha</w:t>
      </w:r>
    </w:p>
    <w:p>
      <w:pPr>
        <w:jc w:val="right"/>
      </w:pPr>
      <w:r>
        <w:t>ایک اسٹرکٹ، نماز کیا چیز ہے۔ تب وہ نماز آپ کی نماز بنے گی۔ جیسے مشہور ہے کہ ایک سائنسدان سے، ایک سائنٹسٹ سے کسی نے کہا</w:t>
      </w:r>
    </w:p>
    <w:p>
      <w:r>
        <w:rPr>
          <w:b/>
        </w:rPr>
        <w:t xml:space="preserve">[11:59] </w:t>
      </w:r>
      <w:r>
        <w:t>keh scientists ko jo discovery hoti hai woh to bas ittefaq se ho jati hai, by chance ho jati hai. matlab kuch scientists kya karta hai?</w:t>
      </w:r>
    </w:p>
    <w:p>
      <w:pPr>
        <w:jc w:val="right"/>
      </w:pPr>
      <w:r>
        <w:t>کہ سائنسدانوں کو جو ڈسکوری ہوتی ہے وہ تو بس اتفاق سے ہو جاتی ہے، بائی چانس ہو جاتی ہے۔ مطلب کچھ سائنسدان کیا کرتا ہے؟</w:t>
      </w:r>
    </w:p>
    <w:p>
      <w:r>
        <w:rPr>
          <w:b/>
        </w:rPr>
        <w:t xml:space="preserve">[12:11] </w:t>
      </w:r>
      <w:r>
        <w:t>laboratory mein kuch test kar raha hai. test karte karte ek cheez flash kar gayi.</w:t>
      </w:r>
    </w:p>
    <w:p>
      <w:pPr>
        <w:jc w:val="right"/>
      </w:pPr>
      <w:r>
        <w:t>لیبارٹری میں کچھ ٹیسٹ کر رہا ہے۔ ٹیسٹ کرتے کرتے ایک چیز فلیش کر گئی۔</w:t>
      </w:r>
    </w:p>
    <w:p>
      <w:r>
        <w:rPr>
          <w:b/>
        </w:rPr>
        <w:t xml:space="preserve">[12:17] </w:t>
      </w:r>
      <w:r>
        <w:t>wahan se is ka mind ek nai taraf gaya. aur us ne ek baat daryaft kar li. keh seb girne se Newton ne zameen ki gravity daryaft kar li thi.</w:t>
      </w:r>
    </w:p>
    <w:p>
      <w:pPr>
        <w:jc w:val="right"/>
      </w:pPr>
      <w:r>
        <w:t>وہاں سے اس کا مائنڈ ایک نئی طرف گیا۔ اور اس نے ایک بات دریافت کر لی۔ کہ سیب گرنے سے نیوٹن نے زمین کی گریویٹی دریافت کر لی تھی۔</w:t>
      </w:r>
    </w:p>
    <w:p>
      <w:r>
        <w:rPr>
          <w:b/>
        </w:rPr>
        <w:t xml:space="preserve">[12:31] </w:t>
      </w:r>
      <w:r>
        <w:t>to us ne kaha keh scientists ka koi kamal nahi hai.</w:t>
      </w:r>
    </w:p>
    <w:p>
      <w:pPr>
        <w:jc w:val="right"/>
      </w:pPr>
      <w:r>
        <w:t>تو اس نے کہا کہ سائنسدانوں کا کوئی کمال نہیں ہے۔</w:t>
      </w:r>
    </w:p>
    <w:p>
      <w:r>
        <w:rPr>
          <w:b/>
        </w:rPr>
        <w:t xml:space="preserve">[12:37] </w:t>
      </w:r>
      <w:r>
        <w:t>yeh sab chance factor hota hai yeh sab. to kitna acha jawab diya us ne. keh haan tum ne theek kaha. but this chance happens only to a scientist, to a scientific mind.</w:t>
      </w:r>
    </w:p>
    <w:p>
      <w:pPr>
        <w:jc w:val="right"/>
      </w:pPr>
      <w:r>
        <w:t>یہ سب چانس فیکٹر ہوتا ہے یہ سب۔ تو کتنا اچھا جواب دیا اس نے۔ کہ ہاں تم نے ٹھیک کہا۔ بٹ دس چانس ہیپنز اونلی ٹو ا سائنٹسٹ، ٹو ا سائنٹیفک مائنڈ۔</w:t>
      </w:r>
    </w:p>
    <w:p>
      <w:r>
        <w:rPr>
          <w:b/>
        </w:rPr>
        <w:t xml:space="preserve">[12:56] </w:t>
      </w:r>
      <w:r>
        <w:t>this chance happens only to a scientific mind. to jitne bhi dekhe namaz ho, roza ho, hajj ho, zakat ho, kuch bhi ho.</w:t>
      </w:r>
    </w:p>
    <w:p>
      <w:pPr>
        <w:jc w:val="right"/>
      </w:pPr>
      <w:r>
        <w:t>دس چانس ہیپنز اونلی ٹو ا سائنٹیفک مائنڈ۔ تو جتنے بھی دیکھے نماز ہو، روزہ ہو، حج ہو، زکوۃ ہو، کچھ بھی ہو۔</w:t>
      </w:r>
    </w:p>
    <w:p>
      <w:r>
        <w:rPr>
          <w:b/>
        </w:rPr>
        <w:t xml:space="preserve">[13:06] </w:t>
      </w:r>
      <w:r>
        <w:t>hata keh iman bhi. is se pehle kuch cheezein hoti hain. to har cheez mein hai pre iman, pre roza, pre salat, pre hajj.</w:t>
      </w:r>
    </w:p>
    <w:p>
      <w:pPr>
        <w:jc w:val="right"/>
      </w:pPr>
      <w:r>
        <w:t>حتیٰ کہ ایمان بھی۔ اس سے پہلے کچھ چیزیں ہوتی ہیں۔ تو ہر چیز میں ہے پری ایمان، پری روزہ، پری صلاۃ، پری حج۔</w:t>
      </w:r>
    </w:p>
    <w:p>
      <w:r>
        <w:rPr>
          <w:b/>
        </w:rPr>
        <w:t xml:space="preserve">[13:17] </w:t>
      </w:r>
      <w:r>
        <w:t>woh kya hai? preparatory period. agar aap ne woh tayari nahi ki hai to kuch bhi nahi hoga.</w:t>
      </w:r>
    </w:p>
    <w:p>
      <w:pPr>
        <w:jc w:val="right"/>
      </w:pPr>
      <w:r>
        <w:t>وہ کیا ہے؟ پریپریٹری پیریڈ۔ اگر آپ نے وہ تیاری نہیں کی ہے تو کچھ بھی نہیں ہوگا۔</w:t>
      </w:r>
    </w:p>
    <w:p>
      <w:r>
        <w:rPr>
          <w:b/>
        </w:rPr>
        <w:t xml:space="preserve">[13:26] </w:t>
      </w:r>
      <w:r>
        <w:t>jaise maine abhi chand ke bare mein bataya. keh aap ek prepared mind hain to chand dekh kar ke aap ek bohat bari discovery ho jayegi aap ko.</w:t>
      </w:r>
    </w:p>
    <w:p>
      <w:pPr>
        <w:jc w:val="right"/>
      </w:pPr>
      <w:r>
        <w:t>جیسے میں نے ابھی چاند کے بارے میں بتایا۔ کہ آپ ایک پریپیرڈ مائنڈ ہیں۔ تو چاند دیکھ کر کے آپ ایک بہت بڑی ڈسکوری ہو جائے گی آپ کو۔</w:t>
      </w:r>
    </w:p>
    <w:p>
      <w:r>
        <w:rPr>
          <w:b/>
        </w:rPr>
        <w:t xml:space="preserve">[13:35] </w:t>
      </w:r>
      <w:r>
        <w:t>"after every end there is no new bright beginning". Aur prepared mind aap ko nahi hai to khali ho hua karenge, chand dekh lenge aur bas qissa khatam.</w:t>
      </w:r>
    </w:p>
    <w:p>
      <w:pPr>
        <w:jc w:val="right"/>
      </w:pPr>
      <w:r>
        <w:t>"آفٹر ایوری اینڈ دیر از نو نیو برائٹ بگننگ"۔ اور پریپیرڈ مائنڈ آپ کو نہیں ہے تو خالی ہو ہوا کریں گے، چاند دیکھ لیں گے اور بس قصہ ختم۔</w:t>
      </w:r>
    </w:p>
    <w:p>
      <w:r>
        <w:rPr>
          <w:b/>
        </w:rPr>
        <w:t xml:space="preserve">[13:46] </w:t>
      </w:r>
      <w:r>
        <w:t>aur bas chale gaye market jayenge shopping karne ke liye. to jitni bhi cheez hai</w:t>
      </w:r>
    </w:p>
    <w:p>
      <w:pPr>
        <w:jc w:val="right"/>
      </w:pPr>
      <w:r>
        <w:t>اور بس چلے گئے مارکیٹ جائیں گے شاپنگ کرنے کے لیے۔ تو جتنی بھی چیز ہے</w:t>
      </w:r>
    </w:p>
    <w:p>
      <w:r>
        <w:rPr>
          <w:b/>
        </w:rPr>
        <w:t xml:space="preserve">[13:54] </w:t>
      </w:r>
      <w:r>
        <w:t>har ek ke liye aap ko pehle se tayari karna zaroori hota hai. pehle se aap ko prepared mind banna parta hai. nahi to koi faida nahi hoga.</w:t>
      </w:r>
    </w:p>
    <w:p>
      <w:pPr>
        <w:jc w:val="right"/>
      </w:pPr>
      <w:r>
        <w:t>ہر ایک کے لیے آپ کو پہلے سے تیاری کرنا ضروری ہوتا ہے۔ پہلے سے آپ کو پریپیرڈ مائنڈ بننا پڑتا ہے۔ نہیں تو کوئی فائدہ نہیں ہوگا۔</w:t>
      </w:r>
    </w:p>
    <w:p>
      <w:r>
        <w:rPr>
          <w:b/>
        </w:rPr>
        <w:t xml:space="preserve">[14:08] </w:t>
      </w:r>
      <w:r>
        <w:t>aise hi dekhiye Quran majeed mein hai keh "lalakum tashkuroon". yani roze ke bare mein bataya gaya keh roze ka maqsad hai shukr karna.</w:t>
      </w:r>
    </w:p>
    <w:p>
      <w:pPr>
        <w:jc w:val="right"/>
      </w:pPr>
      <w:r>
        <w:t>ایسے ہی دیکھیے قرآن مجید میں ہے کہ "لالکم تشکرون"۔ یعنی روزے کے بارے میں بتایا گیا کہ روزہ کا مقصد ہے شکر کرنا۔</w:t>
      </w:r>
    </w:p>
    <w:p>
      <w:r>
        <w:rPr>
          <w:b/>
        </w:rPr>
        <w:t xml:space="preserve">[14:17] </w:t>
      </w:r>
      <w:r>
        <w:t>shukr kiya cheez hai? dekhiye shukr ka matlab yeh nahi keh aap ka Alhamdulillah, Alhamdulillah. aaj bohat riwaj hai koi baat pucha hai kisi se to bas Alhamdulillah bolta hai woh.</w:t>
      </w:r>
    </w:p>
    <w:p>
      <w:pPr>
        <w:jc w:val="right"/>
      </w:pPr>
      <w:r>
        <w:t>شکر کیا چیز ہے؟ دیکھیے شکر کا مطلب یہ نہیں کہ آپ کا الحمدللہ، الحمدللہ۔ آج بہت رواج ہے کوئی بات پوچھا ہے کسی سے تو بس الحمدللہ بولتا ہے وہ۔</w:t>
      </w:r>
    </w:p>
    <w:p>
      <w:r>
        <w:rPr>
          <w:b/>
        </w:rPr>
        <w:t xml:space="preserve">[14:30] </w:t>
      </w:r>
      <w:r>
        <w:t>koi bhi baat ho alhamdulillah bolenge log. yeh yeh koi islam nahi hai yeh. yeh culture hai.</w:t>
      </w:r>
    </w:p>
    <w:p>
      <w:pPr>
        <w:jc w:val="right"/>
      </w:pPr>
      <w:r>
        <w:t>کوئی بھی بات ہو الحمدللہ بولیں گے لوگ۔ یہ یہ کوئی اسلام نہیں ہے یہ۔ یہ کلچر ہے۔</w:t>
      </w:r>
    </w:p>
    <w:p>
      <w:r>
        <w:rPr>
          <w:b/>
        </w:rPr>
        <w:t xml:space="preserve">[14:38] </w:t>
      </w:r>
      <w:r>
        <w:t>yeh culture hai yeh islam nahi hai.</w:t>
      </w:r>
    </w:p>
    <w:p>
      <w:pPr>
        <w:jc w:val="right"/>
      </w:pPr>
      <w:r>
        <w:t>یہ کلچر ہے یہ اسلام نہیں ہے۔</w:t>
      </w:r>
    </w:p>
    <w:p>
      <w:r>
        <w:rPr>
          <w:b/>
        </w:rPr>
        <w:t xml:space="preserve">[14:43] </w:t>
      </w:r>
      <w:r>
        <w:t>sahaba alhamdulillah, alhamdulillah na kahein kaha karte thay. aap parhein sahaba ke halaat. to alhamdulillah, alhamdulillah na koi baat ho alhamdulillah.</w:t>
      </w:r>
    </w:p>
    <w:p>
      <w:pPr>
        <w:jc w:val="right"/>
      </w:pPr>
      <w:r>
        <w:t>صحابہ الحمدللہ، الحمدللہ نہ کہیں کہا کرتے تھے۔ آپ پڑھیں صحابہ کے حالات۔ تو الحمدللہ، الحمدللہ نہ کوئی بات ہو الحمدللہ۔</w:t>
      </w:r>
    </w:p>
    <w:p>
      <w:r>
        <w:rPr>
          <w:b/>
        </w:rPr>
        <w:t xml:space="preserve">[14:54] </w:t>
      </w:r>
      <w:r>
        <w:t>alhamdulillah aik daryaft ke baad aata hai. yani shukr ke maani, alhamdulillah ke maani shukr hai Allah ka. to yeh kya cheez hai?</w:t>
      </w:r>
    </w:p>
    <w:p>
      <w:pPr>
        <w:jc w:val="right"/>
      </w:pPr>
      <w:r>
        <w:t>الحمدللہ ایک دریافت کے بعد آتا ہے۔ یعنی شکر کے معنی، الحمدللہ کے معنی شکر ہے اللہ کا۔ تو یہ کیا چیز ہے؟</w:t>
      </w:r>
    </w:p>
    <w:p>
      <w:r>
        <w:rPr>
          <w:b/>
        </w:rPr>
        <w:t xml:space="preserve">[15:05] </w:t>
      </w:r>
      <w:r>
        <w:t>main ne is par socha to mujhe laga ke shukr naam hai high thinking ka.</w:t>
      </w:r>
    </w:p>
    <w:p>
      <w:pPr>
        <w:jc w:val="right"/>
      </w:pPr>
      <w:r>
        <w:t>میں نے اس پر سوچا تو مجھے لگا کہ شکر نام ہے ہائی تھنکنگ کا۔</w:t>
      </w:r>
    </w:p>
    <w:p>
      <w:r>
        <w:rPr>
          <w:b/>
        </w:rPr>
        <w:t xml:space="preserve">[15:11] </w:t>
      </w:r>
      <w:r>
        <w:t>high thinking. jaise rozmarra ki jo baatein hain jo aap ke andar shikayat paida karti hain. protest paida karti hain. negative mind banati hain aap ko.</w:t>
      </w:r>
    </w:p>
    <w:p>
      <w:pPr>
        <w:jc w:val="right"/>
      </w:pPr>
      <w:r>
        <w:t>ہائی تھنکنگ۔ جیسے روزمرہ کی جو باتیں ہیں جو آپ کے اندر شکایت پیدا کرتی ہیں۔ پروٹیسٹ پیدا کرتی ہیں۔ نیگیٹیو مائنڈ بناتی ہیں آپ کو۔</w:t>
      </w:r>
    </w:p>
    <w:p>
      <w:r>
        <w:rPr>
          <w:b/>
        </w:rPr>
        <w:t xml:space="preserve">[15:21] </w:t>
      </w:r>
      <w:r>
        <w:t>nafrat paida karti hain. yeh sab jo hai is se oopar uthein ge aap. tab aap shukr kar paein ge. yeh jo alhamdulillah kaha karte hain log in mein se kisi ki bhi scrutiny kijiye to dil mein negative thinking mile gi.</w:t>
      </w:r>
    </w:p>
    <w:p>
      <w:pPr>
        <w:jc w:val="right"/>
      </w:pPr>
      <w:r>
        <w:t>نفرت پیدا کرتی ہیں۔ یہ سب جو ہے اس سے اوپر اٹھیں گے آپ۔ تب آپ شکر کر پائیں گے۔ یہ جو الحمدللہ کہا کرتے ہیں لوگ ان میں سے کسی کی بھی سکروٹنی کیجیے تو دل میں نیگیٹیو تھنکنگ ملے گی۔</w:t>
      </w:r>
    </w:p>
    <w:p>
      <w:r>
        <w:rPr>
          <w:b/>
        </w:rPr>
        <w:t xml:space="preserve">[15:36] </w:t>
      </w:r>
      <w:r>
        <w:t>munh par alhamdulillah kahein ge baar baar. lekin dil mein alhamdulillah nahi hai. to alhamdulillah sachaa jo hai yani shukr sachaa shukr woh hai jab ke aap har qism ke negative, negativity se oopar uth gaye hon.</w:t>
      </w:r>
    </w:p>
    <w:p>
      <w:pPr>
        <w:jc w:val="right"/>
      </w:pPr>
      <w:r>
        <w:t>منہ پر الحمدللہ کہیں گے بار بار۔ لیکن دل میں الحمدللہ نہیں ہے۔ تو الحمدللہ سچا جو ہے یعنی شکر سچا شکر وہ ہے جب کہ آپ ہر قسم کے نیگیٹیو، نیگیٹیوٹی سے اوپر اٹھ گئے ہوں۔</w:t>
      </w:r>
    </w:p>
    <w:p>
      <w:r>
        <w:rPr>
          <w:b/>
        </w:rPr>
        <w:t xml:space="preserve">[15:54] </w:t>
      </w:r>
      <w:r>
        <w:t>woh baatein hain jo aap ke andar shikayat paida karti hain. nafrat paida karti hain, hate paida karti hain. aur woh is se oopar uth gaye hon aap.</w:t>
      </w:r>
    </w:p>
    <w:p>
      <w:pPr>
        <w:jc w:val="right"/>
      </w:pPr>
      <w:r>
        <w:t>وہ باتیں ہیں جو آپ کے اندر شکایت پیدا کرتی ہیں۔ نفرت پیدا کرتی ہیں، ہیٹ پیدا کرتی ہیں۔ اور وہ اس سے اوپر اٹھ گئے ہوں آپ۔</w:t>
      </w:r>
    </w:p>
    <w:p>
      <w:r>
        <w:rPr>
          <w:b/>
        </w:rPr>
        <w:t xml:space="preserve">[16:06] </w:t>
      </w:r>
      <w:r>
        <w:t>tab sachaa shukr aaye ga. kal mein aik article parh raha tha aik aik bohat baray</w:t>
      </w:r>
    </w:p>
    <w:p>
      <w:pPr>
        <w:jc w:val="right"/>
      </w:pPr>
      <w:r>
        <w:t>تب سچا شکر آئے گا۔ کل میں ایک آرٹیکل پڑھ رہا تھا ایک ایک بہت بڑے</w:t>
      </w:r>
    </w:p>
    <w:p>
      <w:r>
        <w:rPr>
          <w:b/>
        </w:rPr>
        <w:t xml:space="preserve">[16:14] </w:t>
      </w:r>
      <w:r>
        <w:t>islami scholar ka. to saare article mein kya tha ke shikayati baatein. yani Europe ki shikayat, America ki shikayat.</w:t>
      </w:r>
    </w:p>
    <w:p>
      <w:pPr>
        <w:jc w:val="right"/>
      </w:pPr>
      <w:r>
        <w:t>اسلامی اسکالر کا۔ تو سارے آرٹیکل میں کیا تھا کہ شکایتی باتیں۔ یعنی یورپ کی شکایت، امریکہ کی شکایت۔</w:t>
      </w:r>
    </w:p>
    <w:p>
      <w:r>
        <w:rPr>
          <w:b/>
        </w:rPr>
        <w:t xml:space="preserve">[16:23] </w:t>
      </w:r>
      <w:r>
        <w:t>yeh log sazish kar rahe hain, yeh log zulm kar rahe hain. har jagah yeh musalmanon ko zer kar rahe hain. inhone musalman hukoomatein khatam kar di hain waghera waghera.</w:t>
      </w:r>
    </w:p>
    <w:p>
      <w:pPr>
        <w:jc w:val="right"/>
      </w:pPr>
      <w:r>
        <w:t>یہ لوگ سازش کر رہے ہیں، یہ لوگ ظلم کر رہے ہیں۔ ہر جگہ یہ مسلمانوں کو زیر کر رہے ہیں۔ انہوں نے مسلمان حکومتیں ختم کر دی ہیں وغیرہ وغیرہ۔</w:t>
      </w:r>
    </w:p>
    <w:p>
      <w:r>
        <w:rPr>
          <w:b/>
        </w:rPr>
        <w:t xml:space="preserve">[16:32] </w:t>
      </w:r>
      <w:r>
        <w:t>aisa aise aise dil mein shukr kahan se aaye ga? shukr kahan se aaye ga? shukr to aaye ga jab aap is ko bhula chuke hon.</w:t>
      </w:r>
    </w:p>
    <w:p>
      <w:pPr>
        <w:jc w:val="right"/>
      </w:pPr>
      <w:r>
        <w:t>ایسا ایسے ایسے دل میں شکر کہاں سے آئے گا؟ شکر کہاں سے آئے گا؟ شکر تو آئے گا جب آپ اس کو بھلا چکے ہوں۔</w:t>
      </w:r>
    </w:p>
    <w:p>
      <w:r>
        <w:rPr>
          <w:b/>
        </w:rPr>
        <w:t xml:space="preserve">[16:46] </w:t>
      </w:r>
      <w:r>
        <w:t>Bernard Shaw ne kaha tha ke "the boast in educated person is one who is nothing to forget". to main yeh kahoon ga ke shukr woh kar paaye ga jis ke paas bhulne ke liye cheezein hon.</w:t>
      </w:r>
    </w:p>
    <w:p>
      <w:pPr>
        <w:jc w:val="right"/>
      </w:pPr>
      <w:r>
        <w:t>برنارڈ شاہ نے کہا تھا کہ "دا بوسٹ ان ایجوکیٹڈ پرسن از ون ہو از نتھنگ ٹو فارگیٹ"۔ تو میں یہ کہوں گا کہ شکر وہ کر پائے گا جس کے پاس بھولنے کے لیے چیزیں ہوں۔</w:t>
      </w:r>
    </w:p>
    <w:p>
      <w:r>
        <w:rPr>
          <w:b/>
        </w:rPr>
        <w:t xml:space="preserve">[17:00] </w:t>
      </w:r>
      <w:r>
        <w:t>us ne kaha ke taleem yafta aadmi woh hai jis ke paas bhulne wali cheezein hon. main kahoon ga ke shukr woh kar sakta hai.</w:t>
      </w:r>
    </w:p>
    <w:p>
      <w:pPr>
        <w:jc w:val="right"/>
      </w:pPr>
      <w:r>
        <w:t>اس نے کہا کہ تعلیم یافتہ آدمی وہ ہے جس کے پاس بھولنے والی چیزیں ہوں۔ میں کہوں گا کہ شکر وہ کر سکتا ہے۔</w:t>
      </w:r>
    </w:p>
    <w:p>
      <w:r>
        <w:rPr>
          <w:b/>
        </w:rPr>
        <w:t xml:space="preserve">[17:07] </w:t>
      </w:r>
      <w:r>
        <w:t>alhamdulillah woh kar sakta hai. jis ke paas bhulne ki taaqat ho. bhalane ki taaqat ho. kyunke dunya mein to dekhiye yeh to dunya competition ki dunya hai.</w:t>
      </w:r>
    </w:p>
    <w:p>
      <w:pPr>
        <w:jc w:val="right"/>
      </w:pPr>
      <w:r>
        <w:t>الحمدللہ وہ کر سکتا ہے۔ جس کے پاس بھولنے کی طاقت ہو۔ بھلانے کی طاقت ہو۔ کیونکہ دنیا میں تو دیکھیے یہ تو دنیا کمپیٹیشن کی دنیا ہے۔</w:t>
      </w:r>
    </w:p>
    <w:p>
      <w:r>
        <w:rPr>
          <w:b/>
        </w:rPr>
        <w:t xml:space="preserve">[17:20] </w:t>
      </w:r>
      <w:r>
        <w:t>challenge ki dunya hai. har waqt kuch na kuch aap ko unwanted experience hota rahe ga.</w:t>
      </w:r>
    </w:p>
    <w:p>
      <w:pPr>
        <w:jc w:val="right"/>
      </w:pPr>
      <w:r>
        <w:t>چیلنج کی دنیا ہے۔ ہر وقت کچھ نہ کچھ آپ کو ان وانٹڈ ایکسپیرینس ہوتا رہے گا۔</w:t>
      </w:r>
    </w:p>
    <w:p>
      <w:r>
        <w:rPr>
          <w:b/>
        </w:rPr>
        <w:t xml:space="preserve">[17:27] </w:t>
      </w:r>
      <w:r>
        <w:t>har waqt kuch na kuch hoga. aap is mein phanse hue hain to aap kahan se kahein ge shukr? agar shukr kahein ge to aap woh lip service hoga. woh koi haqeeqi nahi hoga.</w:t>
      </w:r>
    </w:p>
    <w:p>
      <w:pPr>
        <w:jc w:val="right"/>
      </w:pPr>
      <w:r>
        <w:t>ہر وقت کچھ نہ کچھ ہوگا۔ آپ اس میں پھنسے ہوئے ہیں تو آپ کہاں سے کہیں گے شکر؟ اگر شکر کہیں گے تو آپ وہ لپ سروس ہوگا۔ وہ کوئی حقیقی نہیں ہوگا۔</w:t>
      </w:r>
    </w:p>
    <w:p>
      <w:r>
        <w:rPr>
          <w:b/>
        </w:rPr>
        <w:t xml:space="preserve">[17:39] </w:t>
      </w:r>
      <w:r>
        <w:t>to sachaa shukr kehne ke liye, sachaa alhamdulillah kehne ke liye</w:t>
      </w:r>
    </w:p>
    <w:p>
      <w:pPr>
        <w:jc w:val="right"/>
      </w:pPr>
      <w:r>
        <w:t>تو سچا شکر کہنے کے لیے، سچا الحمدللہ کہنے کے لیے</w:t>
      </w:r>
    </w:p>
    <w:p>
      <w:r>
        <w:rPr>
          <w:b/>
        </w:rPr>
        <w:t xml:space="preserve">[17:45] </w:t>
      </w:r>
      <w:r>
        <w:t>is waqt hai possible jab ke aap uth jaein, uth jaein, uth jaein, uth jaein. yani high thinking. isi liye mein kehta hoon ke shukr jo hai buland fikri chahiye is se pehle.</w:t>
      </w:r>
    </w:p>
    <w:p>
      <w:pPr>
        <w:jc w:val="right"/>
      </w:pPr>
      <w:r>
        <w:t>اس وقت ہے پاسیبل جب کہ آپ اٹھ جائیں، اٹھ جائیں، اٹھ جائیں، اٹھ جائیں۔ یعنی ہائی تھنکنگ۔ اسی لیے میں کہتا ہوں کہ شکر جو ہے بلند فکری چاہیے اس سے پہلے۔</w:t>
      </w:r>
    </w:p>
    <w:p>
      <w:r>
        <w:rPr>
          <w:b/>
        </w:rPr>
        <w:t xml:space="preserve">[17:55] </w:t>
      </w:r>
      <w:r>
        <w:t>yani shukr se pehle aik pre shukr hai. woh hai buland fikri, oonchi soch. tamam baaton se oopar uth jaana.</w:t>
      </w:r>
    </w:p>
    <w:p>
      <w:pPr>
        <w:jc w:val="right"/>
      </w:pPr>
      <w:r>
        <w:t>یعنی شکر سے پہلے ایک پری شکر ہے۔ وہ ہے بلند فکری، اونچی سوچ۔ تمام باتوں سے اوپر اٹھ جانا۔</w:t>
      </w:r>
    </w:p>
    <w:p>
      <w:r>
        <w:rPr>
          <w:b/>
        </w:rPr>
        <w:t xml:space="preserve">[18:05] </w:t>
      </w:r>
      <w:r>
        <w:t>jaise Rasool Allah Sal Allahu Alaihi Wasallam dekhiye. kal jo mein article parh raha tha ke saare mazalim bata rahe hain woh Europe walon ke aur America walon ke.</w:t>
      </w:r>
    </w:p>
    <w:p>
      <w:pPr>
        <w:jc w:val="right"/>
      </w:pPr>
      <w:r>
        <w:t>جیسے رسول اللہ صلی اللہ علیہ وسلم دیکھیے۔ کل جو میں آرٹیکل پڑھ رہا تھا کہ سارے مظالم بتا رہے ہیں وہ یورپ والوں کے اور امریکہ والوں کے۔</w:t>
      </w:r>
    </w:p>
    <w:p>
      <w:r>
        <w:rPr>
          <w:b/>
        </w:rPr>
        <w:t xml:space="preserve">[18:16] </w:t>
      </w:r>
      <w:r>
        <w:t>aur saare non-muslim world jo hai woh sab musalmanon ke khilaaf zulm kar rahi hai, har jagah zulm kar rahi hai. sab gina rahe thay woh.</w:t>
      </w:r>
    </w:p>
    <w:p>
      <w:pPr>
        <w:jc w:val="right"/>
      </w:pPr>
      <w:r>
        <w:t>اور سارے نان مسلم ورلڈ جو ہے وہ سب مسلمانوں کے خلاف ظلم کر رہی ہے، ہر جگہ ظلم کر رہی ہے۔ سب گنا رہے تھے وہ۔</w:t>
      </w:r>
    </w:p>
    <w:p>
      <w:r>
        <w:rPr>
          <w:b/>
        </w:rPr>
        <w:t xml:space="preserve">[18:25] </w:t>
      </w:r>
      <w:r>
        <w:t>to maine kaha ke dekhiye, maine socha ke Rasool Allah Sal Allahu Alaihi Wasallam ne Mecca mein jab dawat ka kaam kiya to wahan par un ke saath zulm kiya gaya.</w:t>
      </w:r>
    </w:p>
    <w:p>
      <w:pPr>
        <w:jc w:val="right"/>
      </w:pPr>
      <w:r>
        <w:t>تو میں نے کہا کہ دیکھیے، میں نے سوچا کہ رسول اللہ صلی اللہ علیہ وسلم نے مکہ میں جب دعوت کا کام کیا تو وہاں پر ان کے ساتھ ظلم کیا گیا۔</w:t>
      </w:r>
    </w:p>
    <w:p>
      <w:r>
        <w:rPr>
          <w:b/>
        </w:rPr>
        <w:t xml:space="preserve">[18:35] </w:t>
      </w:r>
      <w:r>
        <w:t>terah saal tak zulm sehte rahe. boycott jo kiya gaya tha us ko parhiye ke kitni ziyada museebatein pari theen. har kisi ki museebat.</w:t>
      </w:r>
    </w:p>
    <w:p>
      <w:pPr>
        <w:jc w:val="right"/>
      </w:pPr>
      <w:r>
        <w:t>تیرہ سال تک ظلم سہتے رہے۔ بائیکاٹ جو کیا گیا تھا اس کو پڑھیے کہ کتنی زیادہ مصیبتیں پڑی تھیں۔ ہر کسی کی مصیبت۔</w:t>
      </w:r>
    </w:p>
    <w:p>
      <w:r>
        <w:rPr>
          <w:b/>
        </w:rPr>
        <w:t xml:space="preserve">[18:45] </w:t>
      </w:r>
      <w:r>
        <w:t>is ke baad aap ne makkah se madinah ke liye migrate kiya. jab wahan pohnche aap to das saal wahan rahe aap. das saal ki poori zindagi mein kabhi aap ne makkah walon ke zulm ka ka dastaan nahi bayan kiya.</w:t>
      </w:r>
    </w:p>
    <w:p>
      <w:pPr>
        <w:jc w:val="right"/>
      </w:pPr>
      <w:r>
        <w:t>اس کے بعد آپ نے مکہ سے مدینہ کے لیے مائیگریٹ کیا۔ جب وہاں پہنچے آپ تو دس سال وہاں رہے آپ۔ دس سال کی پوری زندگی میں کبھی آپ نے مکہ والوں کے ظلم کا کا داستان نہیں بیان کی۔</w:t>
      </w:r>
    </w:p>
    <w:p>
      <w:r>
        <w:rPr>
          <w:b/>
        </w:rPr>
        <w:t xml:space="preserve">[19:00] </w:t>
      </w:r>
      <w:r>
        <w:t>koi bhi hadith nahi bata sakte aap.</w:t>
      </w:r>
    </w:p>
    <w:p>
      <w:pPr>
        <w:jc w:val="right"/>
      </w:pPr>
      <w:r>
        <w:t>کوئی بھی حدیث نہیں بتا سکتے آپ۔</w:t>
      </w:r>
    </w:p>
    <w:p>
      <w:r>
        <w:rPr>
          <w:b/>
        </w:rPr>
        <w:t xml:space="preserve">[19:03] </w:t>
      </w:r>
      <w:r>
        <w:t>ke log yeh kahein aap duk hue makkah wale yeh zulm kiya, woh zulm kiya, apne watan se nikaal diya waghera waghera. kuch bhi, koi zikr hi nahi hai is ka. koi zikr nahi.</w:t>
      </w:r>
    </w:p>
    <w:p>
      <w:pPr>
        <w:jc w:val="right"/>
      </w:pPr>
      <w:r>
        <w:t>کہ لوگ یہ کہیں آپ دکھ ہوئے مکہ والے یہ ظلم کیا، وہ ظلم کیا، اپنے وطن سے نکال دیا وغیرہ وغیرہ۔ کچھ بھی، کوئی ذکر ہی نہیں ہے اس کا۔ کوئی ذکر نہیں۔</w:t>
      </w:r>
    </w:p>
    <w:p>
      <w:r>
        <w:rPr>
          <w:b/>
        </w:rPr>
        <w:t xml:space="preserve">[19:14] </w:t>
      </w:r>
      <w:r>
        <w:t>tab woh sachi namaz parh sakte thay. tab woh sacha roza rakh sakte thay. tab woh sacha alhamdulillah keh sakte thay woh.</w:t>
      </w:r>
    </w:p>
    <w:p>
      <w:pPr>
        <w:jc w:val="right"/>
      </w:pPr>
      <w:r>
        <w:t>تب وہ سچی نماز پڑھ سکتے تھے۔ تب وہ سچا روزہ رکھ سکتے تھے۔ تب وہ سچا الحمدللہ کہہ سکتے تھے وہ۔</w:t>
      </w:r>
    </w:p>
    <w:p>
      <w:r>
        <w:rPr>
          <w:b/>
        </w:rPr>
        <w:t xml:space="preserve">[19:22] </w:t>
      </w:r>
      <w:r>
        <w:t>ab to aap ke dil mein bhara hua hai sab yahi shikayati baatein. to aap ka alhamdulillah lap service rahega. bohat ajeeb misaal hai ke quran majeed mein hai ke "fi rasool Allah sab log taqreer karte hain is ke upar, rasool Allah is pe hasna hai".</w:t>
      </w:r>
    </w:p>
    <w:p>
      <w:pPr>
        <w:jc w:val="right"/>
      </w:pPr>
      <w:r>
        <w:t>اب تو آپ کے دل میں بھرا ہوا ہے سب یہی شکایتی باتیں۔ تو آپ کا الحمدللہ لپ سروس رہے گا۔ بہت عجیب مثال ہے کہ قرآن مجید میں ہے کہ "فی رسول اللہ سب لوگ تقریر کرتے ہیں اس کے اوپر، رسول اللہ اس پہ حسنہ ہے"۔</w:t>
      </w:r>
    </w:p>
    <w:p>
      <w:r>
        <w:rPr>
          <w:b/>
        </w:rPr>
        <w:t xml:space="preserve">[19:41] </w:t>
      </w:r>
      <w:r>
        <w:t>yaani aap model hain, model hain. to model kis sense mein? har sense mein. yeh nahi ke aap model hain choti choti chand cheezon ke baray mein.</w:t>
      </w:r>
    </w:p>
    <w:p>
      <w:pPr>
        <w:jc w:val="right"/>
      </w:pPr>
      <w:r>
        <w:t>یعنی آپ ماڈل ہیں، ماڈل ہیں۔ تو ماڈل کس سینس میں؟ ہر سینس میں۔ یہ نہیں کہ آپ ماڈل ہیں چھوٹی چھوٹی چند چیزوں کے بارے میں۔</w:t>
      </w:r>
    </w:p>
    <w:p>
      <w:r>
        <w:rPr>
          <w:b/>
        </w:rPr>
        <w:t xml:space="preserve">[19:52] </w:t>
      </w:r>
      <w:r>
        <w:t>ke dadi aur is qism ki cheezon ke baray mein. nahi, yeh bhi to model ka hissa hai</w:t>
      </w:r>
    </w:p>
    <w:p>
      <w:pPr>
        <w:jc w:val="right"/>
      </w:pPr>
      <w:r>
        <w:t>کہ داڑھی اور اس قسم کی چیزوں کے بارے میں۔ نہیں، یہ بھی تو ماڈل کا حصہ ہے</w:t>
      </w:r>
    </w:p>
    <w:p>
      <w:r>
        <w:rPr>
          <w:b/>
        </w:rPr>
        <w:t xml:space="preserve">[19:59] </w:t>
      </w:r>
      <w:r>
        <w:t>ke makkah mein aap ne zulm ko saha. aap ne, aap ke ashaab ne jo aap par iman lata tha un ko woh satatay thay woh log.</w:t>
      </w:r>
    </w:p>
    <w:p>
      <w:pPr>
        <w:jc w:val="right"/>
      </w:pPr>
      <w:r>
        <w:t>کہ مکہ میں آپ نے ظلم کو سہا۔ آپ نے، آپ کے اصحاب نے جو آپ پر ایمان لاتا تھا ان کو وہ ستاتے تھے وہ لوگ۔</w:t>
      </w:r>
    </w:p>
    <w:p>
      <w:r>
        <w:rPr>
          <w:b/>
        </w:rPr>
        <w:t xml:space="preserve">[20:11] </w:t>
      </w:r>
      <w:r>
        <w:t>yaani jitnay bhi tareeqay satane ke sab unhon ne kiya. yahan tak ke apne watan ko choday, majboor kar diya.</w:t>
      </w:r>
    </w:p>
    <w:p>
      <w:pPr>
        <w:jc w:val="right"/>
      </w:pPr>
      <w:r>
        <w:t>یعنی جتنے بھی طریقے ستانے کے سب انہوں نے کیا۔ یہاں تک کہ اپنے وطن کو چھوڑے، مجبور کر دیا۔</w:t>
      </w:r>
    </w:p>
    <w:p>
      <w:r>
        <w:rPr>
          <w:b/>
        </w:rPr>
        <w:t xml:space="preserve">[20:18] </w:t>
      </w:r>
      <w:r>
        <w:t>is ke baad jab aap ka ja kar ke madine mein rehne lagay. zahir hai ke wahan par yaani jo zindagi thi madine mein us ko bhi aap parhiye.</w:t>
      </w:r>
    </w:p>
    <w:p>
      <w:pPr>
        <w:jc w:val="right"/>
      </w:pPr>
      <w:r>
        <w:t>اس کے بعد جب آپ کا جا کر کے مدینے میں رہنے لگے۔ ظاہر ہے کہ وہاں پر یعنی جو زندگی تھی مدینے میں اس کو بھی آپ پڑھیے۔</w:t>
      </w:r>
    </w:p>
    <w:p>
      <w:r>
        <w:rPr>
          <w:b/>
        </w:rPr>
        <w:t xml:space="preserve">[20:31] </w:t>
      </w:r>
      <w:r>
        <w:t>wahan na koi khane ka thikana hai, rehne ka thikana hai. ek museebat ki zindagi madine mein bhi thi.</w:t>
      </w:r>
    </w:p>
    <w:p>
      <w:pPr>
        <w:jc w:val="right"/>
      </w:pPr>
      <w:r>
        <w:t>وہاں نہ کوئی کھانے کا ٹھکانہ ہے، رہنے کا ٹھکانہ ہے۔ ایک مصیبت کی زندگی مدینے میں بھی تھی۔</w:t>
      </w:r>
    </w:p>
    <w:p>
      <w:r>
        <w:rPr>
          <w:b/>
        </w:rPr>
        <w:t xml:space="preserve">[20:37] </w:t>
      </w:r>
      <w:r>
        <w:t>lekin rasool Allah salallahu alaihi wasallam ne das saal ke madni ki zindagi mein kabhi bhi makkah walon ko shikayat nahi ki. tab woh is qabil hue ke alhamdulillah keh sakein.</w:t>
      </w:r>
    </w:p>
    <w:p>
      <w:pPr>
        <w:jc w:val="right"/>
      </w:pPr>
      <w:r>
        <w:t>لیکن رسول اللہ صلی اللہ علیہ وسلم نے دس سال کے مدنی کی زندگی میں کبھی بھی مکہ والوں کو شکایت نہیں کی۔ تب وہ اس قابل ہوئے کہ الحمدللہ کہہ سکیں۔</w:t>
      </w:r>
    </w:p>
    <w:p>
      <w:r>
        <w:rPr>
          <w:b/>
        </w:rPr>
        <w:t xml:space="preserve">[20:48] </w:t>
      </w:r>
      <w:r>
        <w:t>sacha roza rakh sakein. sachi namaz parh sakein. to jab tak</w:t>
      </w:r>
    </w:p>
    <w:p>
      <w:pPr>
        <w:jc w:val="right"/>
      </w:pPr>
      <w:r>
        <w:t>سچا روزہ رکھ سکیں۔ سچی نماز پڑھ سکیں۔ تو جب تک</w:t>
      </w:r>
    </w:p>
    <w:p>
      <w:r>
        <w:rPr>
          <w:b/>
        </w:rPr>
        <w:t xml:space="preserve">[20:54] </w:t>
      </w:r>
      <w:r>
        <w:t>yeh na aaye ga buland fikri yaani high thinking.</w:t>
      </w:r>
    </w:p>
    <w:p>
      <w:pPr>
        <w:jc w:val="right"/>
      </w:pPr>
      <w:r>
        <w:t>یہ نہ آئے گا بلند فکری یعنی ہائی تھنکنگ۔</w:t>
      </w:r>
    </w:p>
    <w:p>
      <w:r>
        <w:rPr>
          <w:b/>
        </w:rPr>
        <w:t xml:space="preserve">[21:00] </w:t>
      </w:r>
      <w:r>
        <w:t>high think, high think ka matlab yeh hai cheezon ko upar uth kar sochna. woh cheezein jo nafrat paida karti hain, hate paida karti hain, shikayat paida karti hain un se upar uth jaiye.</w:t>
      </w:r>
    </w:p>
    <w:p>
      <w:pPr>
        <w:jc w:val="right"/>
      </w:pPr>
      <w:r>
        <w:t>ہائی تھنک، ہائی تھنک کا مطلب یہ ہے چیزوں کو اوپر اٹھ کر سوچنا۔ وہ چیزیں جو نفرت پیدا کرتی ہیں، ہیٹ پیدا کرتی ہیں، شکایت پیدا کرتی ہیں ان سے اوپر اٹھ جائیے۔</w:t>
      </w:r>
    </w:p>
    <w:p>
      <w:r>
        <w:rPr>
          <w:b/>
        </w:rPr>
        <w:t xml:space="preserve">[21:12] </w:t>
      </w:r>
      <w:r>
        <w:t>upar kaise uthein ge aap? un ko Khuda ke khaliq mein daal dijiye.</w:t>
      </w:r>
    </w:p>
    <w:p>
      <w:pPr>
        <w:jc w:val="right"/>
      </w:pPr>
      <w:r>
        <w:t>اوپر کیسے اٹھیں گے آپ؟ ان کو خدا کے خالق میں ڈال دیجیے۔</w:t>
      </w:r>
    </w:p>
    <w:p>
      <w:r>
        <w:rPr>
          <w:b/>
        </w:rPr>
        <w:t xml:space="preserve">[21:17] </w:t>
      </w:r>
      <w:r>
        <w:t>woh jaane, Allah taala jaane. hum to shukr karein ge. to jo aisay experiences hotay hain un ko jab tak Khuda ke khaliq mein nahi dalein ge to aap ke mind mein para rahe ga woh.</w:t>
      </w:r>
    </w:p>
    <w:p>
      <w:pPr>
        <w:jc w:val="right"/>
      </w:pPr>
      <w:r>
        <w:t>وہ جانے، اللہ تعالیٰ جانے۔ ہم تو شکر کریں گے۔ تو جو ایسے ایکسپیرینسز ہوتے ہیں ان کو جب تک خدا کے خالق میں نہیں ڈالیں گے تو آپ کے مائنڈ میں پڑا رہے گا وہ۔</w:t>
      </w:r>
    </w:p>
    <w:p>
      <w:r>
        <w:rPr>
          <w:b/>
        </w:rPr>
        <w:t xml:space="preserve">[21:32] </w:t>
      </w:r>
      <w:r>
        <w:t>yaani rasool Allah salallahu alaihi wasallam aur aap ke ashaab jo makkah se gaye agar unhon ne Khuda ke khaliq mein na dala hota to sab un ke dimagh mein bhara hua hota.</w:t>
      </w:r>
    </w:p>
    <w:p>
      <w:pPr>
        <w:jc w:val="right"/>
      </w:pPr>
      <w:r>
        <w:t>یعنی رسول اللہ صلی اللہ علیہ وسلم اور آپ کے اصحاب جو مکہ سے گئے اگر انہوں نے خدا کے خالق میں نہ ڈالا ہوتا تو سب ان کے دماغ میں بھرا ہوا ہوتا۔</w:t>
      </w:r>
    </w:p>
    <w:p>
      <w:r>
        <w:rPr>
          <w:b/>
        </w:rPr>
        <w:t xml:space="preserve">[21:41] </w:t>
      </w:r>
      <w:r>
        <w:t>wohi nikalta har mauqa par. dekho makkah wale kitnay kharab hain, makkah wale kitnay zalim hain. jaisay ke aaj kal musalmanon ka haal hai. jahan bhi musalman ke jalsay mein jaiye, un ke magazine parhiye.</w:t>
      </w:r>
    </w:p>
    <w:p>
      <w:pPr>
        <w:jc w:val="right"/>
      </w:pPr>
      <w:r>
        <w:t>وہی نکلتا ہر موقع پر۔ دیکھو مکہ والے کتنے خراب ہیں، مکہ والے کتنے ظالم ہیں۔ جیسے کہ آج کل مسلمانوں کا حال ہے۔ جہاں بھی مسلمان کے جلسے میں جائیے، ان کے میگزین پڑھیے۔</w:t>
      </w:r>
    </w:p>
    <w:p>
      <w:r>
        <w:rPr>
          <w:b/>
        </w:rPr>
        <w:t xml:space="preserve">[21:54] </w:t>
      </w:r>
      <w:r>
        <w:t>har jagah shikayati baatein hain, shikayati baatein.</w:t>
      </w:r>
    </w:p>
    <w:p>
      <w:pPr>
        <w:jc w:val="right"/>
      </w:pPr>
      <w:r>
        <w:t>ہر جگہ شکایتی باتیں ہیں، شکایتی باتیں۔</w:t>
      </w:r>
    </w:p>
    <w:p>
      <w:r>
        <w:rPr>
          <w:b/>
        </w:rPr>
        <w:t xml:space="preserve">[21:58] </w:t>
      </w:r>
      <w:r>
        <w:t>ke unhon ne Khuda ke khaliq mein nahi dala is ko.</w:t>
      </w:r>
    </w:p>
    <w:p>
      <w:pPr>
        <w:jc w:val="right"/>
      </w:pPr>
      <w:r>
        <w:t>کہ انہوں نے خدا کے خالق میں نہیں ڈالا اس کو۔</w:t>
      </w:r>
    </w:p>
    <w:p>
      <w:r>
        <w:rPr>
          <w:b/>
        </w:rPr>
        <w:t xml:space="preserve">[22:05] </w:t>
      </w:r>
      <w:r>
        <w:t>Khuda ke khaliq mein nahi dala to nateeja apne apne mind mein bhara hua hai woh. wohi nikalta rehta hai woh.</w:t>
      </w:r>
    </w:p>
    <w:p>
      <w:pPr>
        <w:jc w:val="right"/>
      </w:pPr>
      <w:r>
        <w:t>خدا کے خالق میں نہیں ڈالا تو نتیجہ اپنے اپنے مائنڈ میں بھرا ہوا ہے وہ۔ وہی نکلتا رہتا ہے وہ۔</w:t>
      </w:r>
    </w:p>
    <w:p>
      <w:r>
        <w:rPr>
          <w:b/>
        </w:rPr>
        <w:t xml:space="preserve">[22:13] </w:t>
      </w:r>
      <w:r>
        <w:t>dekhiye quran majeed mein jahan hukum aaya hai rozay ka to us mein hai ke "kutiba alaikumus siyam kama kutiba allazeena min qablikum".</w:t>
      </w:r>
    </w:p>
    <w:p>
      <w:pPr>
        <w:jc w:val="right"/>
      </w:pPr>
      <w:r>
        <w:t>دیکھیے قرآن مجید میں جہاں حکم آیا ہے روزے کا تو اس میں ہے کہ "کتب علیکم الصیام کما کتب الذین من قبلکم"۔</w:t>
      </w:r>
    </w:p>
    <w:p>
      <w:r>
        <w:rPr>
          <w:b/>
        </w:rPr>
        <w:t xml:space="preserve">[22:26] </w:t>
      </w:r>
      <w:r>
        <w:t>yaani roza farz kiya gaya jis tarah se pichli ummaton ko farz kiya gaya tha.</w:t>
      </w:r>
    </w:p>
    <w:p>
      <w:pPr>
        <w:jc w:val="right"/>
      </w:pPr>
      <w:r>
        <w:t>یعنی روزہ فرض کیا گیا جس طرح سے پچھلی امتوں کو فرض کیا گیا تھا۔</w:t>
      </w:r>
    </w:p>
    <w:p>
      <w:r>
        <w:rPr>
          <w:b/>
        </w:rPr>
        <w:t xml:space="preserve">[22:31] </w:t>
      </w:r>
      <w:r>
        <w:t>yeh bohat ajeeb baat hai. yaani is mein afaqiyat hai. universality hai. ab jab roza rakhte hain aap to lagta hai ke aap aik universal tradition mein jud gaye hain aap.</w:t>
      </w:r>
    </w:p>
    <w:p>
      <w:pPr>
        <w:jc w:val="right"/>
      </w:pPr>
      <w:r>
        <w:t>یہ بہت عجیب بات ہے۔ یعنی اس میں افاقیت ہے۔ یونیورسلٹی ہے۔ اب جب روزہ رکھتے ہیں آپ تو لگتا ہے کہ آپ ایک یونیورسل ٹریڈیشن میں جڑ گئے ہیں آپ۔</w:t>
      </w:r>
    </w:p>
    <w:p>
      <w:r>
        <w:rPr>
          <w:b/>
        </w:rPr>
        <w:t xml:space="preserve">[22:46] </w:t>
      </w:r>
      <w:r>
        <w:t>kesi ajeeb baat hai yeh</w:t>
      </w:r>
    </w:p>
    <w:p>
      <w:pPr>
        <w:jc w:val="right"/>
      </w:pPr>
      <w:r>
        <w:t>کیسی عجیب بات ہے یہ</w:t>
      </w:r>
    </w:p>
    <w:p>
      <w:r>
        <w:rPr>
          <w:b/>
        </w:rPr>
        <w:t xml:space="preserve">[22:48] </w:t>
      </w:r>
      <w:r>
        <w:t>keh aap ne jab roza rakha to aap ne yeh socha keh main akela roza nahi rakh raha hoon. aur phir tareekh mein roza rakhte rahe hain log.</w:t>
      </w:r>
    </w:p>
    <w:p>
      <w:pPr>
        <w:jc w:val="right"/>
      </w:pPr>
      <w:r>
        <w:t>کہ آپ نے جب روزہ رکھا تو آپ نے یہ سوچا کہ میں اکیلا روزہ نہیں رکھ رہا ہوں۔ اور پھر تاریخ میں روزہ رکھتے رہے ہیں لوگ۔</w:t>
      </w:r>
    </w:p>
    <w:p>
      <w:r>
        <w:rPr>
          <w:b/>
        </w:rPr>
        <w:t xml:space="preserve">[22:58] </w:t>
      </w:r>
      <w:r>
        <w:t>saare nabi, saare momineen, saare Allah ko maanne wale log. yeh hai universality.</w:t>
      </w:r>
    </w:p>
    <w:p>
      <w:pPr>
        <w:jc w:val="right"/>
      </w:pPr>
      <w:r>
        <w:t>سارے نبی، سارے مومنین، سارے اللہ کو ماننے والے لوگ۔ یہ ہے یونیورسلٹی۔</w:t>
      </w:r>
    </w:p>
    <w:p>
      <w:r>
        <w:rPr>
          <w:b/>
        </w:rPr>
        <w:t xml:space="preserve">[23:07] </w:t>
      </w:r>
      <w:r>
        <w:t>to roza jo hai universality ka sabak hai. yehin se Quran mein jo jo ayat woh jo rukoo hai us mein yehin se shuru hota hai keh roza tum par farz kiya gaya Ramzan ke mahine mein jaisa keh pichli ummaton ko farz kiya gaya tha.</w:t>
      </w:r>
    </w:p>
    <w:p>
      <w:pPr>
        <w:jc w:val="right"/>
      </w:pPr>
      <w:r>
        <w:t>تو روزہ جو ہے یونیورسلٹی کا سبق ہے۔ یہیں سے قرآن میں جو جو آیت وہ جو رکوع ہے اس میں یہیں سے شروع ہوتا ہے کہ روزہ تم پر فرض کیا گیا رمضان کے مہینے میں جیسا کہ پچھلی امتوں کو فرض کیا گیا تھا۔</w:t>
      </w:r>
    </w:p>
    <w:p>
      <w:r>
        <w:rPr>
          <w:b/>
        </w:rPr>
        <w:t xml:space="preserve">[23:23] </w:t>
      </w:r>
      <w:r>
        <w:t>to yeh hai afaqiyat, yeh hai universality.</w:t>
      </w:r>
    </w:p>
    <w:p>
      <w:pPr>
        <w:jc w:val="right"/>
      </w:pPr>
      <w:r>
        <w:t>تو یہ ہے افاقیت، یہ ہے یونیورسلٹی۔</w:t>
      </w:r>
    </w:p>
    <w:p>
      <w:r>
        <w:rPr>
          <w:b/>
        </w:rPr>
        <w:t xml:space="preserve">[23:28] </w:t>
      </w:r>
      <w:r>
        <w:t>kesi ajeeb baat hai yeh. kyunkeh aap iman ki duniya mein akele nahi hain. roohaniyat ki duniya mein aap akele nahi hain.</w:t>
      </w:r>
    </w:p>
    <w:p>
      <w:pPr>
        <w:jc w:val="right"/>
      </w:pPr>
      <w:r>
        <w:t>کیسی عجیب بات ہے یہ۔ کیونکہ آپ ایمان کی دنیا میں اکیلے نہیں ہیں۔ روحانیت کی دنیا میں آپ اکیلے نہیں ہیں۔</w:t>
      </w:r>
    </w:p>
    <w:p>
      <w:r>
        <w:rPr>
          <w:b/>
        </w:rPr>
        <w:t xml:space="preserve">[23:38] </w:t>
      </w:r>
      <w:r>
        <w:t>roohaniyat ka, spirituality ka, iman ka, Allah wali zindagi ka aik aik yahan se poori history mein phaila hua aik aik tradition hai.</w:t>
      </w:r>
    </w:p>
    <w:p>
      <w:pPr>
        <w:jc w:val="right"/>
      </w:pPr>
      <w:r>
        <w:t>روحانیت کا، سپرچویلٹی کا، ایمان کا، اللہ والی زندگی کا ایک ایک یہاں سے پوری ہسٹری میں پھیلا ہوا ایک ایک ٹریڈیشن ہے۔</w:t>
      </w:r>
    </w:p>
    <w:p>
      <w:r>
        <w:rPr>
          <w:b/>
        </w:rPr>
        <w:t xml:space="preserve">[23:48] </w:t>
      </w:r>
      <w:r>
        <w:t>is se aap jud gaye hain. is se kesa yaqeen barhta hai. kesa aik ajeeb hosla aata hai.</w:t>
      </w:r>
    </w:p>
    <w:p>
      <w:pPr>
        <w:jc w:val="right"/>
      </w:pPr>
      <w:r>
        <w:t>اس سے آپ جڑ گئے ہیں۔ اس سے کیسا یقین بڑھتا ہے۔ کیسا ایک عجیب حوصلہ آتا ہے۔</w:t>
      </w:r>
    </w:p>
    <w:p>
      <w:r>
        <w:rPr>
          <w:b/>
        </w:rPr>
        <w:t xml:space="preserve">[23:57] </w:t>
      </w:r>
      <w:r>
        <w:t>saare insanon se mohabbat paida hoti hai, saare insanon se. bohat ajeeb o ghareeb cheez hai yeh.</w:t>
      </w:r>
    </w:p>
    <w:p>
      <w:pPr>
        <w:jc w:val="right"/>
      </w:pPr>
      <w:r>
        <w:t>سارے انسانوں سے محبت پیدا ہوتی ہے، سارے انسانوں سے۔ بہت عجیب و غریب چیز ہے یہ۔</w:t>
      </w:r>
    </w:p>
    <w:p>
      <w:r>
        <w:rPr>
          <w:b/>
        </w:rPr>
        <w:t xml:space="preserve">[24:06] </w:t>
      </w:r>
      <w:r>
        <w:t>is tarah dekhiye</w:t>
      </w:r>
    </w:p>
    <w:p>
      <w:pPr>
        <w:jc w:val="right"/>
      </w:pPr>
      <w:r>
        <w:t>اس طرح دیکھیے</w:t>
      </w:r>
    </w:p>
    <w:p>
      <w:r>
        <w:rPr>
          <w:b/>
        </w:rPr>
        <w:t xml:space="preserve">[24:14] </w:t>
      </w:r>
      <w:r>
        <w:t>yaani roze mein aik bohat bara sabak meri samajh mein aata hai. woh kya hai? keh baghair zaroorat ke ilawa har doosri cheez ko secondary banana.</w:t>
      </w:r>
    </w:p>
    <w:p>
      <w:pPr>
        <w:jc w:val="right"/>
      </w:pPr>
      <w:r>
        <w:t>یعنی روزے میں ایک بہت بڑا سبق میری سمجھ میں آتا ہے۔ وہ کیا ہے؟ کہ بغیر ضرورت کے علاوہ ہر دوسری چیز کو سیکنڈری بنانا۔</w:t>
      </w:r>
    </w:p>
    <w:p>
      <w:r>
        <w:rPr>
          <w:b/>
        </w:rPr>
        <w:t xml:space="preserve">[24:28] </w:t>
      </w:r>
      <w:r>
        <w:t>yeh bohat hi ahem baat hai. zindagi mein dekhiye aadmi phansa rehta hai.</w:t>
      </w:r>
    </w:p>
    <w:p>
      <w:pPr>
        <w:jc w:val="right"/>
      </w:pPr>
      <w:r>
        <w:t>یہ بہت ہی اہم بات ہے۔ زندگی میں دیکھیے آدمی پھنسا رہتا ہے۔</w:t>
      </w:r>
    </w:p>
    <w:p>
      <w:r>
        <w:rPr>
          <w:b/>
        </w:rPr>
        <w:t xml:space="preserve">[24:33] </w:t>
      </w:r>
      <w:r>
        <w:t>yaani family ke masail mein aur maash ke masail mein, business mein, job mein, is mein, is mein. subah se shaam tak, shaam se subah tak phansa rehta hai.</w:t>
      </w:r>
    </w:p>
    <w:p>
      <w:pPr>
        <w:jc w:val="right"/>
      </w:pPr>
      <w:r>
        <w:t>یعنی فیملی کے مسائل میں اور معاش کے مسائل میں، بزنس میں، جاب میں، اس میں، اس میں۔ صبح سے شام تک، شام سے صبح تک پھنسا رہتا ہے۔</w:t>
      </w:r>
    </w:p>
    <w:p>
      <w:r>
        <w:rPr>
          <w:b/>
        </w:rPr>
        <w:t xml:space="preserve">[24:43] </w:t>
      </w:r>
      <w:r>
        <w:t>aur sachai is ka concern nahi ban paati. sachai to kahin aik khane mein kahin rehti hai. ab is ka</w:t>
      </w:r>
    </w:p>
    <w:p>
      <w:pPr>
        <w:jc w:val="right"/>
      </w:pPr>
      <w:r>
        <w:t>اور سچائی اس کا کنسرن نہیں بن پاتی۔ سچائی تو کہیں ایک خانے میں کہیں رہتی ہے۔ اب اس کا</w:t>
      </w:r>
    </w:p>
    <w:p>
      <w:r>
        <w:rPr>
          <w:b/>
        </w:rPr>
        <w:t xml:space="preserve">[24:52] </w:t>
      </w:r>
      <w:r>
        <w:t>saboot yeh hai keh dekh li jiye jab log ikattha hote hain to kis baat par charchah karte hain? kya Khuda ka charchah karte hain? jannat dozakh ka charchah karte hain? sachai ka charchah karte hain?</w:t>
      </w:r>
    </w:p>
    <w:p>
      <w:pPr>
        <w:jc w:val="right"/>
      </w:pPr>
      <w:r>
        <w:t>ثبوت یہ ہے کہ دیکھ لیجیے جب لوگ اکٹھا ہوتے ہیں تو کس بات پر چرچہ کرتے ہیں؟ کیا خدا کا چرچہ کرتے ہیں؟ جنت دوزخ کا چرچہ کرتے ہیں؟ سچائی کا چرچہ کرتے ہیں؟</w:t>
      </w:r>
    </w:p>
    <w:p>
      <w:r>
        <w:rPr>
          <w:b/>
        </w:rPr>
        <w:t xml:space="preserve">[25:02] </w:t>
      </w:r>
      <w:r>
        <w:t>kuch nahi. wahi sab baatein hain jo aap ki business ki aur</w:t>
      </w:r>
    </w:p>
    <w:p>
      <w:pPr>
        <w:jc w:val="right"/>
      </w:pPr>
      <w:r>
        <w:t>کچھ نہیں۔ وہی سب باتیں ہیں جو آپ کی بزنس کی اور</w:t>
      </w:r>
    </w:p>
    <w:p>
      <w:r>
        <w:rPr>
          <w:b/>
        </w:rPr>
        <w:t xml:space="preserve">[25:09] </w:t>
      </w:r>
      <w:r>
        <w:t>un ki, un ki wahi sab baatein hoti hain. to kyun logon ne roze ka sachaa jo sabak hai woh nahi liya?</w:t>
      </w:r>
    </w:p>
    <w:p>
      <w:pPr>
        <w:jc w:val="right"/>
      </w:pPr>
      <w:r>
        <w:t>ان کی، ان کی وہی سب باتیں ہوتی ہیں۔ تو کیوں لوگوں نے روزے کا سچا جو سبق ہے وہ نہیں لیا؟</w:t>
      </w:r>
    </w:p>
    <w:p>
      <w:r>
        <w:rPr>
          <w:b/>
        </w:rPr>
        <w:t xml:space="preserve">[25:19] </w:t>
      </w:r>
      <w:r>
        <w:t>roze mein kya hota hai? dekhiye roze mein aadmi baghair zaroorat par jeeta hai.</w:t>
      </w:r>
    </w:p>
    <w:p>
      <w:pPr>
        <w:jc w:val="right"/>
      </w:pPr>
      <w:r>
        <w:t>روزے میں کیا ہوتا ہے؟ دیکھیے روزے میں آدمی بغیر ضرورت پر جیتا ہے۔</w:t>
      </w:r>
    </w:p>
    <w:p>
      <w:r>
        <w:rPr>
          <w:b/>
        </w:rPr>
        <w:t xml:space="preserve">[25:25] </w:t>
      </w:r>
      <w:r>
        <w:t>sachaa roza mein kar raha hoon. aaj kal to roze ke maani hain keh woh bhi aik dhoom bana diya logon ne. woh bhi aik dhoom bana diya. aik sahab ja rahe the roze mein wahan Makkah ja rahe the.</w:t>
      </w:r>
    </w:p>
    <w:p>
      <w:pPr>
        <w:jc w:val="right"/>
      </w:pPr>
      <w:r>
        <w:t>سچا روزہ میں کر رہا ہوں۔ آج کل تو روزے کے معنی ہیں کہ وہ بھی ایک دھوم بنا دیا لوگوں نے۔ وہ بھی ایک دھوم بنا دیا۔ ایک صاحب جا رہے تھے روزے میں وہاں مکہ جا رہے تھے۔</w:t>
      </w:r>
    </w:p>
    <w:p>
      <w:r>
        <w:rPr>
          <w:b/>
        </w:rPr>
        <w:t xml:space="preserve">[25:39] </w:t>
      </w:r>
      <w:r>
        <w:t>to keh rahe the keh wahan kya shaan hai roze ki. woh to wahan ke roze ki dhoom manane ja rahe hain wahan par. woh roze ka mela.</w:t>
      </w:r>
    </w:p>
    <w:p>
      <w:pPr>
        <w:jc w:val="right"/>
      </w:pPr>
      <w:r>
        <w:t>تو کہہ رہے تھے کہ وہاں کیا شان ہے روزے کی۔ وہ تو وہاں کے روزے کی دھوم منانے جا رہے ہیں وہاں پر۔ وہ روزے کا میلہ۔</w:t>
      </w:r>
    </w:p>
    <w:p>
      <w:r>
        <w:rPr>
          <w:b/>
        </w:rPr>
        <w:t xml:space="preserve">[25:49] </w:t>
      </w:r>
      <w:r>
        <w:t>yeh koi roza hai yeh? to roze ka sachaa rooh kya hai? keh baghair zaroorat khana, baghair zaroorat peena.</w:t>
      </w:r>
    </w:p>
    <w:p>
      <w:pPr>
        <w:jc w:val="right"/>
      </w:pPr>
      <w:r>
        <w:t>یہ کوئی روزہ ہے یہ؟ تو روزے کا سچا روح کیا ہے؟ کہ بغیر ضرورت کھانا، بغیر ضرورت پینا۔</w:t>
      </w:r>
    </w:p>
    <w:p>
      <w:r>
        <w:rPr>
          <w:b/>
        </w:rPr>
        <w:t xml:space="preserve">[26:03] </w:t>
      </w:r>
      <w:r>
        <w:t>baqi sab cheezon ko chhod dena. saare routine toot jaate hain. aik sachay rozedaar ke liye is ke saare routine toot jaate hain. mamoolat toot jaate hain.</w:t>
      </w:r>
    </w:p>
    <w:p>
      <w:pPr>
        <w:jc w:val="right"/>
      </w:pPr>
      <w:r>
        <w:t>باقی سب چیزوں کو چھوڑ دینا۔ سارے روٹین ٹوٹ جاتے ہیں۔ ایک سچے روزے دار کے لیے اس کے سارے روٹین ٹوٹ جاتے ہیں۔ معمولات ٹوٹ جاتے ہیں۔</w:t>
      </w:r>
    </w:p>
    <w:p>
      <w:r>
        <w:rPr>
          <w:b/>
        </w:rPr>
        <w:t xml:space="preserve">[26:14] </w:t>
      </w:r>
      <w:r>
        <w:t>zindagi mein aik aik aik aur haal aa jata hai.</w:t>
      </w:r>
    </w:p>
    <w:p>
      <w:pPr>
        <w:jc w:val="right"/>
      </w:pPr>
      <w:r>
        <w:t>زندگی میں ایک ایک ایک اور حال آ جاتا ہے۔</w:t>
      </w:r>
    </w:p>
    <w:p>
      <w:r>
        <w:rPr>
          <w:b/>
        </w:rPr>
        <w:t xml:space="preserve">[26:19] </w:t>
      </w:r>
      <w:r>
        <w:t>to is ke maani kya hue? keh khana peena to aik baghair zaroorat hai. is ke siwa har cheez ko aap secondary bana diya. aaram ko, mamoolat ko, routine ko, aadaton ko.</w:t>
      </w:r>
    </w:p>
    <w:p>
      <w:pPr>
        <w:jc w:val="right"/>
      </w:pPr>
      <w:r>
        <w:t>تو اس کے معنی کیا ہوئے؟ کہ کھانا پینا تو ایک بغیر ضرورت ہے۔ اس کے سوا ہر چیز کو آپ سیکنڈری بنا دیا۔ آرام کو، معمولات کو، روٹین کو، عادتوں کو۔</w:t>
      </w:r>
    </w:p>
    <w:p>
      <w:r>
        <w:rPr>
          <w:b/>
        </w:rPr>
        <w:t xml:space="preserve">[26:32] </w:t>
      </w:r>
      <w:r>
        <w:t>har cheez ko aap secondary bana diya. yeh sabak hai roze ka. keh sachai ko chhod kar har doosri cheez ko secondary banao.</w:t>
      </w:r>
    </w:p>
    <w:p>
      <w:pPr>
        <w:jc w:val="right"/>
      </w:pPr>
      <w:r>
        <w:t>ہر چیز کو آپ سیکنڈری بنا دیا۔ یہ سبق ہے روزے کا۔ کہ سچائی کو چھوڑ کر ہر دوسری چیز کو سیکنڈری بناؤ۔</w:t>
      </w:r>
    </w:p>
    <w:p>
      <w:r>
        <w:rPr>
          <w:b/>
        </w:rPr>
        <w:t xml:space="preserve">[26:42] </w:t>
      </w:r>
      <w:r>
        <w:t>khuda ko chhod kar har doosri cheez ko secondary banao.</w:t>
      </w:r>
    </w:p>
    <w:p>
      <w:pPr>
        <w:jc w:val="right"/>
      </w:pPr>
      <w:r>
        <w:t>خدا کو چھوڑ کر ہر دوسری چیز کو سیکنڈری بناؤ۔</w:t>
      </w:r>
    </w:p>
    <w:p>
      <w:r>
        <w:rPr>
          <w:b/>
        </w:rPr>
        <w:t xml:space="preserve">[26:48] </w:t>
      </w:r>
      <w:r>
        <w:t>yeh hai roze ka woh. yani roze mein chand cheezon ko baghair zaroorat, bilkul zaroorat ke waqt lain.</w:t>
      </w:r>
    </w:p>
    <w:p>
      <w:pPr>
        <w:jc w:val="right"/>
      </w:pPr>
      <w:r>
        <w:t>یہ ہے روزے کا وہ۔ یعنی روزے میں چند چیزوں کو بغیر ضرورت، بالکل ضرورت کے وقت لینا۔</w:t>
      </w:r>
    </w:p>
    <w:p>
      <w:r>
        <w:rPr>
          <w:b/>
        </w:rPr>
        <w:t xml:space="preserve">[26:58] </w:t>
      </w:r>
      <w:r>
        <w:t>baqi cheezon se door ho jana apne aap ko, door kar dena. yeh kya hai? ek sabak hai yeh ek sabak hai yeh.</w:t>
      </w:r>
    </w:p>
    <w:p>
      <w:pPr>
        <w:jc w:val="right"/>
      </w:pPr>
      <w:r>
        <w:t>باقی چیزوں سے دور ہو جانا اپنے آپ کو، دور کر دینا۔ یہ کیا ہے؟ ایک سبق ہے۔ یہ ایک سبق ہے یہ۔</w:t>
      </w:r>
    </w:p>
    <w:p>
      <w:r>
        <w:rPr>
          <w:b/>
        </w:rPr>
        <w:t xml:space="preserve">[27:06] </w:t>
      </w:r>
      <w:r>
        <w:t>ke zindagi is tarah guzaro ke har jo bilkul jo tumhari zaroorat hai us ko chhod kar sab cheezon ko secondary tum ne bana diya ho.</w:t>
      </w:r>
    </w:p>
    <w:p>
      <w:pPr>
        <w:jc w:val="right"/>
      </w:pPr>
      <w:r>
        <w:t>کہ زندگی اس طرح گزارو کہ ہر جو بالکل جو تمہاری ضرورت ہے اس کو چھوڑ کر سب چیزوں کو سیکنڈری تم نے بنا دیا ہو۔</w:t>
      </w:r>
    </w:p>
    <w:p>
      <w:r>
        <w:rPr>
          <w:b/>
        </w:rPr>
        <w:t xml:space="preserve">[27:19] </w:t>
      </w:r>
      <w:r>
        <w:t>yahan tak ke us ko bhi secondary bana do ke kisi ne keh diya to us ko hum liye rehte hain ke falan aisa keh diya. kisi ne hamare khilaf</w:t>
      </w:r>
    </w:p>
    <w:p>
      <w:pPr>
        <w:jc w:val="right"/>
      </w:pPr>
      <w:r>
        <w:t>یہاں تک کہ اس کو بھی سیکنڈری بنا دو کہ کسی نے کہہ دیا تو اس کو ہم لیے رہتے ہیں کہ فلاں ایسا کہہ دیا۔ کسی نے ہمارے خلاف</w:t>
      </w:r>
    </w:p>
    <w:p>
      <w:r>
        <w:rPr>
          <w:b/>
        </w:rPr>
        <w:t xml:space="preserve">[27:27] </w:t>
      </w:r>
      <w:r>
        <w:t>taqreer kar di to hum ghusse mein rehte hain ke falan aisa keh diya. kisi ne nara laga diya, ab hassas nara laga diya hamare khilaf. to yeh sab cheezon ko bhi secondary banana hai.</w:t>
      </w:r>
    </w:p>
    <w:p>
      <w:pPr>
        <w:jc w:val="right"/>
      </w:pPr>
      <w:r>
        <w:t>تقریر کر دی تو ہم غصے میں رہتے ہیں کہ فلاں ایسا کہہ دیا۔ کسی نے نعرہ لگا دیا، اب حساس نعرہ لگا دیا ہمارے خلاف۔ تو یہ سب چیزوں کو بھی سیکنڈری بنانا ہے۔</w:t>
      </w:r>
    </w:p>
    <w:p>
      <w:r>
        <w:rPr>
          <w:b/>
        </w:rPr>
        <w:t xml:space="preserve">[27:37] </w:t>
      </w:r>
      <w:r>
        <w:t>na koi nara lagata hai, lagata rahe. hamare khilaf kitab chhapta hai to chhapta rahe.</w:t>
      </w:r>
    </w:p>
    <w:p>
      <w:pPr>
        <w:jc w:val="right"/>
      </w:pPr>
      <w:r>
        <w:t>نہ کوئی نعرہ لگاتا ہے، لگاتا رہے۔ ہمارے خلاف کتاب چھاپتا ہے تو چھاپتا رہے۔</w:t>
      </w:r>
    </w:p>
    <w:p>
      <w:r>
        <w:rPr>
          <w:b/>
        </w:rPr>
        <w:t xml:space="preserve">[27:43] </w:t>
      </w:r>
      <w:r>
        <w:t>hamare khilaf koi cartoon chhapta hai to chhapta rahe. hamare khilaf koi jalsa karta hai to jalsa karta rahe. woh sab hamare liye secondary, secondary, secondary.</w:t>
      </w:r>
    </w:p>
    <w:p>
      <w:pPr>
        <w:jc w:val="right"/>
      </w:pPr>
      <w:r>
        <w:t>ہمارے خلاف کوئی کارٹون چھاپتا ہے تو چھاپتا رہے۔ ہمارے خلاف کوئی جلسہ کرتا ہے تو جلسہ کرتا رہے۔ وہ سب ہمارے لیے سیکنڈری، سیکنڈری، سیکنڈری۔</w:t>
      </w:r>
    </w:p>
    <w:p>
      <w:r>
        <w:rPr>
          <w:b/>
        </w:rPr>
        <w:t xml:space="preserve">[27:55] </w:t>
      </w:r>
      <w:r>
        <w:t>hamein to Allah ko yaad karna hai, sachai par dhyan dena hai,</w:t>
      </w:r>
    </w:p>
    <w:p>
      <w:pPr>
        <w:jc w:val="right"/>
      </w:pPr>
      <w:r>
        <w:t>ہمیں تو اللہ کو یاد کرنا ہے، سچائی پر دھیان دینا ہے،</w:t>
      </w:r>
    </w:p>
    <w:p>
      <w:r>
        <w:rPr>
          <w:b/>
        </w:rPr>
        <w:t xml:space="preserve">[28:00] </w:t>
      </w:r>
      <w:r>
        <w:t>aakhirat ko ahmiyat dena hai. yeh hai sabak roze ka.</w:t>
      </w:r>
    </w:p>
    <w:p>
      <w:pPr>
        <w:jc w:val="right"/>
      </w:pPr>
      <w:r>
        <w:t>آخرت کو اہمیت دینا ہے۔ یہ ہے سبق روزے کا۔</w:t>
      </w:r>
    </w:p>
    <w:p>
      <w:r>
        <w:rPr>
          <w:b/>
        </w:rPr>
        <w:t xml:space="preserve">[28:07] </w:t>
      </w:r>
      <w:r>
        <w:t>roze mein yahi to hota hai ke baghair zaroorat khana, baghair zaroorat sona aur baqiyon ko chhod dena.</w:t>
      </w:r>
    </w:p>
    <w:p>
      <w:pPr>
        <w:jc w:val="right"/>
      </w:pPr>
      <w:r>
        <w:t>روزے میں یہی تو ہوتا ہے کہ بغیر ضرورت کھانا، بغیر ضرورت سونا اور باقیوں کو چھوڑ دینا۔</w:t>
      </w:r>
    </w:p>
    <w:p>
      <w:r>
        <w:rPr>
          <w:b/>
        </w:rPr>
        <w:t xml:space="preserve">[28:18] </w:t>
      </w:r>
      <w:r>
        <w:t>isi ki aakhri shakal aitkaf hoti hai. aitkaf jo hai roze ka jis mein khulasa hai.</w:t>
      </w:r>
    </w:p>
    <w:p>
      <w:pPr>
        <w:jc w:val="right"/>
      </w:pPr>
      <w:r>
        <w:t>اسی کی آخری شکل اعتکاف ہوتی ہے۔ اعتکاف جو ہے روزے کا جس میں خلاصہ ہے۔</w:t>
      </w:r>
    </w:p>
    <w:p>
      <w:r>
        <w:rPr>
          <w:b/>
        </w:rPr>
        <w:t xml:space="preserve">[28:25] </w:t>
      </w:r>
      <w:r>
        <w:t>aitkaf kya hai? apne ko ikhtitam mein le jana. to roze ke culmination hai woh. sach poochhein to aitkaf jo hai roze ka culmination hai.</w:t>
      </w:r>
    </w:p>
    <w:p>
      <w:pPr>
        <w:jc w:val="right"/>
      </w:pPr>
      <w:r>
        <w:t>اعتکاف کیا ہے؟ اپنے کو اختتام میں لے جانا۔ تو روزہ کے کلمنیشن ہے وہ۔ سچ پوچھیں تو اعتکاف جو ہے روزے کا کلمنیشن ہے۔</w:t>
      </w:r>
    </w:p>
    <w:p>
      <w:r>
        <w:rPr>
          <w:b/>
        </w:rPr>
        <w:t xml:space="preserve">[28:38] </w:t>
      </w:r>
      <w:r>
        <w:t>aitkaf mein jane ka matlab yeh hai ke aap ne har doosri cheez ko bilkul hi secondary bana diya.</w:t>
      </w:r>
    </w:p>
    <w:p>
      <w:pPr>
        <w:jc w:val="right"/>
      </w:pPr>
      <w:r>
        <w:t>اعتکاف میں جانے کا معنی یہ ہے کہ آپ نے ہر دوسری چیز کو بالکل ہی سیکنڈری بنا دیا۔</w:t>
      </w:r>
    </w:p>
    <w:p>
      <w:r>
        <w:rPr>
          <w:b/>
        </w:rPr>
        <w:t xml:space="preserve">[28:43] </w:t>
      </w:r>
      <w:r>
        <w:t>ab sirf jo hai Khuda ko yaad karna, Khuda ka sochna, Khuda ki baaton mein dhyan dena, jannat dozakh par ghor karna, Quran ke par tadabbur karna.</w:t>
      </w:r>
    </w:p>
    <w:p>
      <w:pPr>
        <w:jc w:val="right"/>
      </w:pPr>
      <w:r>
        <w:t>اب صرف جو ہے خدا کو یاد کرنا، خدا کا سوچنا، خدا کی باتوں میں دھیان دینا، جنت دوزخ پر غور کرنا، قرآن کے پر تدبر کرنا۔</w:t>
      </w:r>
    </w:p>
    <w:p>
      <w:r>
        <w:rPr>
          <w:b/>
        </w:rPr>
        <w:t xml:space="preserve">[28:57] </w:t>
      </w:r>
      <w:r>
        <w:t>yeh roze ka jo hai</w:t>
      </w:r>
    </w:p>
    <w:p>
      <w:pPr>
        <w:jc w:val="right"/>
      </w:pPr>
      <w:r>
        <w:t>یہ روزے کا جو ہے</w:t>
      </w:r>
    </w:p>
    <w:p>
      <w:r>
        <w:rPr>
          <w:b/>
        </w:rPr>
        <w:t xml:space="preserve">[29:00] </w:t>
      </w:r>
      <w:r>
        <w:t>culmination hai, aitkaf. to roza yeh yeh sabak hai is baat ka ke agar tum chahte ho jannat hasil karna, ke tum chahte ho Allah taala ke haan tum ko nijat mile, Allah taala ke haan tum ko bare bare darjat milen, to duniya mein tum</w:t>
      </w:r>
    </w:p>
    <w:p>
      <w:pPr>
        <w:jc w:val="right"/>
      </w:pPr>
      <w:r>
        <w:t>کلمنیشن ہے، اعتکاف۔ تو روزہ یہ یہ سبق ہے اس بات کا کہ اگر تم چاہتے ہو جنت حاصل کرنا، کہ تم چاہتے ہو اللہ تعالیٰ کے ہاں تم کو نجات ملے، اللہ تعالیٰ کے ہاں تم کو بڑے بڑے درجات ملیں، تو دنیا میں تم</w:t>
      </w:r>
    </w:p>
    <w:p>
      <w:r>
        <w:rPr>
          <w:b/>
        </w:rPr>
        <w:t xml:space="preserve">[29:18] </w:t>
      </w:r>
      <w:r>
        <w:t>Allah wali baaton ko chhod kar sab ko secondary bana do, secondary bana do, secondary bana do. yeh hai roze ka sabak.</w:t>
      </w:r>
    </w:p>
    <w:p>
      <w:pPr>
        <w:jc w:val="right"/>
      </w:pPr>
      <w:r>
        <w:t>اللہ والی باتوں کو چھوڑ کر سب کو سیکنڈری بنا دو، سیکنڈری بنا دو، سیکنڈری بنا دو۔ یہ ہے روزے کا سبق۔</w:t>
      </w:r>
    </w:p>
    <w:p>
      <w:r>
        <w:rPr>
          <w:b/>
        </w:rPr>
        <w:t xml:space="preserve">[29:30] </w:t>
      </w:r>
      <w:r>
        <w:t>Quran mein hai ke jahan roze ka hukum aya hai wahan par hai ke ke Allah yusr chahta, yusr, usr nahi chahta. yadullah bikumul yusra walayud billukumul usra. yusr ke mane hote hain aasani, usr ke mane hote hain mushkil.</w:t>
      </w:r>
    </w:p>
    <w:p>
      <w:pPr>
        <w:jc w:val="right"/>
      </w:pPr>
      <w:r>
        <w:t>قرآن میں ہے کہ جہاں روزے کا حکم آیا ہے وہاں پر ہے کہ کہ اللہ یسر چاہتا، یسر، عسر نہیں چاہتا۔ید اللہ بکم الیسر ولاید بکم العسر یسر کے معنی ہوتے ہیں آسانی، عسر کے معنی ہوتے ہیں مشکل۔</w:t>
      </w:r>
    </w:p>
    <w:p>
      <w:r>
        <w:rPr>
          <w:b/>
        </w:rPr>
        <w:t xml:space="preserve">[29:49] </w:t>
      </w:r>
      <w:r>
        <w:t>ab yahan par ghor kijiye ke yusr ka matlab kya hai? yani roza jo hai tumhare liye bator usr nahi hai, yani mushkil ke nahi hai, aasani ke taur par yeh hai.</w:t>
      </w:r>
    </w:p>
    <w:p>
      <w:pPr>
        <w:jc w:val="right"/>
      </w:pPr>
      <w:r>
        <w:t>اب یہاں پر غور کیجیے کہ یسر کا مطلب کیا ہے؟ یعنی روزہ جو ہے تمہارے لیے بطور عسر نہیں ہے، یعنی مشکل کے نہیں ہے، آسانی کے طور پر یہ ہے۔</w:t>
      </w:r>
    </w:p>
    <w:p>
      <w:r>
        <w:rPr>
          <w:b/>
        </w:rPr>
        <w:t xml:space="preserve">[30:02] </w:t>
      </w:r>
      <w:r>
        <w:t>is ka matlab kya hai? is ka main is ka matlab yeh samajh paya hoon</w:t>
      </w:r>
    </w:p>
    <w:p>
      <w:pPr>
        <w:jc w:val="right"/>
      </w:pPr>
      <w:r>
        <w:t>اس کا مطلب کیا ہے؟ اس کا میں اس کا مطلب یہ سمجھ پایا ہوں</w:t>
      </w:r>
    </w:p>
    <w:p>
      <w:r>
        <w:rPr>
          <w:b/>
        </w:rPr>
        <w:t xml:space="preserve">[30:08] </w:t>
      </w:r>
      <w:r>
        <w:t>ke roza jo hai woh aap ko yani sirf yeh nahi ke bhooke rahen aap. agar sirf bhooke rehna hota to to to usr mushkil ban jata.</w:t>
      </w:r>
    </w:p>
    <w:p>
      <w:pPr>
        <w:jc w:val="right"/>
      </w:pPr>
      <w:r>
        <w:t>کہ روزہ جو ہے وہ آپ کو یعنی صرف یہ نہیں کہ بھوکے رہیں آپ۔ اگر صرف بھوکے رہنا ہوتا تو تو تو عصر مشکل بن جاتا۔</w:t>
      </w:r>
    </w:p>
    <w:p>
      <w:r>
        <w:rPr>
          <w:b/>
        </w:rPr>
        <w:t xml:space="preserve">[30:21] </w:t>
      </w:r>
      <w:r>
        <w:t>to bhooke rehna jo hai kisi aur cheez ke liye.</w:t>
      </w:r>
    </w:p>
    <w:p>
      <w:pPr>
        <w:jc w:val="right"/>
      </w:pPr>
      <w:r>
        <w:t>تو بھوکے رہنا جو ہے کسی اور چیز کے لیے۔</w:t>
      </w:r>
    </w:p>
    <w:p>
      <w:r>
        <w:rPr>
          <w:b/>
        </w:rPr>
        <w:t xml:space="preserve">[30:26] </w:t>
      </w:r>
      <w:r>
        <w:t>to it is not fitne ka hunger, but it is fitne ka of summer goal. Is ka matlab yeh hai ke sirf bhooka rakh kar ke tumhein musibat mein dalna yeh matlab nahi hai,</w:t>
      </w:r>
    </w:p>
    <w:p>
      <w:pPr>
        <w:jc w:val="right"/>
      </w:pPr>
      <w:r>
        <w:t>تو It is not فتشے کا ہنگر، but it is فتشے کا اف سم ہار گول۔ اس کا مطلب یہ ہے کہ صرف بھوکا رکھ کر کے تمہیں مصیبت میں ڈالنا یہ مطلب نہیں ہے،</w:t>
      </w:r>
    </w:p>
    <w:p>
      <w:r>
        <w:rPr>
          <w:b/>
        </w:rPr>
        <w:t xml:space="preserve">[30:41] </w:t>
      </w:r>
      <w:r>
        <w:t>balkeh is ke zariye ek sabak dena tum ko, ek spiritual, spirituality paida karna tumhare andar, roohaniyat paida karna tumhare andar, Allah ki taraf tumhara dhyan jaye.</w:t>
      </w:r>
    </w:p>
    <w:p>
      <w:pPr>
        <w:jc w:val="right"/>
      </w:pPr>
      <w:r>
        <w:t>بلکہ اس کے ذریعے ایک سبق دینا تم کو، ایک سپرچول، سپرچویلٹی پیدا کرنا تمہارے اندر، روحانیت پیدا کرنا تمہارے اندر، اللہ کی طرف تمہارا دھیان جائے۔</w:t>
      </w:r>
    </w:p>
    <w:p>
      <w:r>
        <w:rPr>
          <w:b/>
        </w:rPr>
        <w:t xml:space="preserve">[30:52] </w:t>
      </w:r>
      <w:r>
        <w:t>yeh sab paida karna</w:t>
      </w:r>
    </w:p>
    <w:p>
      <w:pPr>
        <w:jc w:val="right"/>
      </w:pPr>
      <w:r>
        <w:t>یہ سب پیدا کرنا</w:t>
      </w:r>
    </w:p>
    <w:p>
      <w:r>
        <w:rPr>
          <w:b/>
        </w:rPr>
        <w:t xml:space="preserve">[30:55] </w:t>
      </w:r>
      <w:r>
        <w:t>to yeh fateh seek of hunger nahi hai, fateh seek of higher goal hai. woh goal kya hai? wahi secondary banana cheezon ko aur Khuda ko primary banana.</w:t>
      </w:r>
    </w:p>
    <w:p>
      <w:pPr>
        <w:jc w:val="right"/>
      </w:pPr>
      <w:r>
        <w:t>تو یہ فتح سیک آف ہنگر نہیں ہے، فتح سیک آف ہائر گول ہے۔ وہ گول کیا ہے؟ وہی سیکنڈری بنانا چیزوں کو اور خدا کو پرائمری بنانا۔</w:t>
      </w:r>
    </w:p>
    <w:p>
      <w:r>
        <w:rPr>
          <w:b/>
        </w:rPr>
        <w:t xml:space="preserve">[31:09] </w:t>
      </w:r>
      <w:r>
        <w:t>is ki training hai, is ki tarbiyat hai, is ka sabaq hai.</w:t>
      </w:r>
    </w:p>
    <w:p>
      <w:pPr>
        <w:jc w:val="right"/>
      </w:pPr>
      <w:r>
        <w:t>اس کی ٹریننگ ہے، اس کی تربیت ہے، اس کا سبق ہے۔</w:t>
      </w:r>
    </w:p>
    <w:p>
      <w:r>
        <w:rPr>
          <w:b/>
        </w:rPr>
        <w:t xml:space="preserve">[31:13] </w:t>
      </w:r>
      <w:r>
        <w:t>yeh matlab hai.</w:t>
      </w:r>
    </w:p>
    <w:p>
      <w:pPr>
        <w:jc w:val="right"/>
      </w:pPr>
      <w:r>
        <w:t>یہ مطلب ہے۔</w:t>
      </w:r>
    </w:p>
    <w:p>
      <w:r>
        <w:rPr>
          <w:b/>
        </w:rPr>
        <w:t xml:space="preserve">[31:17] </w:t>
      </w:r>
      <w:r>
        <w:t>ek bari ajeeb cheez hadith mein hai ke wa la khuloof fis saaim atyab inda Allah min min reyl misk ke rozaydaar ke munh se jo khuloof nikle,</w:t>
      </w:r>
    </w:p>
    <w:p>
      <w:pPr>
        <w:jc w:val="right"/>
      </w:pPr>
      <w:r>
        <w:t>ایک بڑی عجیب چیز حدیث میں ہے کہ ولا خلوف فی السائم اطیب عند اللہ من من ریل مسک کہ روزے دار کے منہ سے جو خلوف نکلتا ہے،</w:t>
      </w:r>
    </w:p>
    <w:p>
      <w:r>
        <w:rPr>
          <w:b/>
        </w:rPr>
        <w:t xml:space="preserve">[31:33] </w:t>
      </w:r>
      <w:r>
        <w:t>woh Allah ke nazdeek</w:t>
      </w:r>
    </w:p>
    <w:p>
      <w:pPr>
        <w:jc w:val="right"/>
      </w:pPr>
      <w:r>
        <w:t>وہ اللہ کے نزدیک</w:t>
      </w:r>
    </w:p>
    <w:p>
      <w:r>
        <w:rPr>
          <w:b/>
        </w:rPr>
        <w:t xml:space="preserve">[31:35] </w:t>
      </w:r>
      <w:r>
        <w:t>mishk ki khushboo se bhi zyada pasand hai. khuloof kehte hain yani jab aadmi bhooka ho to jo saans leta hai to khaas taur par ek bo aati hai is mein.</w:t>
      </w:r>
    </w:p>
    <w:p>
      <w:pPr>
        <w:jc w:val="right"/>
      </w:pPr>
      <w:r>
        <w:t>مشک کی خوشبو سے بھی زیادہ پسند ہے۔ خلوف کہتے ہیں یعنی جب آدمی بھوکا ہو تو جو سانس لیتا ہے تو خاص طور پر ایک بو آتی ہے اس میں۔</w:t>
      </w:r>
    </w:p>
    <w:p>
      <w:r>
        <w:rPr>
          <w:b/>
        </w:rPr>
        <w:t xml:space="preserve">[31:51] </w:t>
      </w:r>
      <w:r>
        <w:t>isko khuloof kehte hain.</w:t>
      </w:r>
    </w:p>
    <w:p>
      <w:pPr>
        <w:jc w:val="right"/>
      </w:pPr>
      <w:r>
        <w:t>اس کو خلوف کہتے ہیں۔</w:t>
      </w:r>
    </w:p>
    <w:p>
      <w:r>
        <w:rPr>
          <w:b/>
        </w:rPr>
        <w:t xml:space="preserve">[31:53] </w:t>
      </w:r>
      <w:r>
        <w:t>lekin yahan par dekhein, khuloof jo hai yeh alamati lafz hai. asal cheez woh woh saans ki bo nahi hai. lafzi maani to yahi hain khuloof ke ke bhooke aadmi ke andar se jo ek bo nikalti hai, woh us ko khuloof kehte hain.</w:t>
      </w:r>
    </w:p>
    <w:p>
      <w:pPr>
        <w:jc w:val="right"/>
      </w:pPr>
      <w:r>
        <w:t>لیکن یہاں پر دیکھیں، خلوف جو ہے یہ علامتی لفظ ہے۔ اصل چیز وہ وہ سانس کی بو نہیں ہے۔ لفظی معنی تو یہی ہیں خلوف کے کہ بھوکے آدمی کے اندر سے جو ایک بو نکلتی ہے، وہ اس کو خلوف کہتے ہیں۔</w:t>
      </w:r>
    </w:p>
    <w:p>
      <w:r>
        <w:rPr>
          <w:b/>
        </w:rPr>
        <w:t xml:space="preserve">[32:12] </w:t>
      </w:r>
      <w:r>
        <w:t>lekin yeh alamati lafz hai. yani jo aadmi bhook mein ho, uska tone badal jata hai, uska lehja badal jata hai.</w:t>
      </w:r>
    </w:p>
    <w:p>
      <w:pPr>
        <w:jc w:val="right"/>
      </w:pPr>
      <w:r>
        <w:t>لیکن یہ علامتی لفظ ہے۔ یعنی جو آدمی بھوک میں ہو، اس کا ٹون بدل جاتا ہے، اس کا لہجہ بدل جاتا ہے۔</w:t>
      </w:r>
    </w:p>
    <w:p>
      <w:r>
        <w:rPr>
          <w:b/>
        </w:rPr>
        <w:t xml:space="preserve">[32:21] </w:t>
      </w:r>
      <w:r>
        <w:t>aur aadmi jiska pait bhara hua ho to usko dakaar nikalti hai. farq hai dono mein.</w:t>
      </w:r>
    </w:p>
    <w:p>
      <w:pPr>
        <w:jc w:val="right"/>
      </w:pPr>
      <w:r>
        <w:t>اور آدمی جس کا پیٹ بھرا ہوا ہو تو اس کو ڈکار نکلتی ہے۔ فرق ہے دونوں میں۔</w:t>
      </w:r>
    </w:p>
    <w:p>
      <w:r>
        <w:rPr>
          <w:b/>
        </w:rPr>
        <w:t xml:space="preserve">[32:29] </w:t>
      </w:r>
      <w:r>
        <w:t>dekhiye yani bhook jo hai bari ajeeb o ghareeb cheez hai. bhook se kya hota hai?</w:t>
      </w:r>
    </w:p>
    <w:p>
      <w:pPr>
        <w:jc w:val="right"/>
      </w:pPr>
      <w:r>
        <w:t>دیکھیے یعنی بھوک جو ہے بڑی عجیب و غریب چیز ہے۔ بھوک سے کیا ہوتا ہے؟</w:t>
      </w:r>
    </w:p>
    <w:p>
      <w:r>
        <w:rPr>
          <w:b/>
        </w:rPr>
        <w:t xml:space="preserve">[32:38] </w:t>
      </w:r>
      <w:r>
        <w:t>aadmi ko to modesty aati hai, ajz aata hai, helplessness aata hai, submission aata hai.</w:t>
      </w:r>
    </w:p>
    <w:p>
      <w:pPr>
        <w:jc w:val="right"/>
      </w:pPr>
      <w:r>
        <w:t>آدمی کو تو ماڈیسٹی آتی ہے، عجز آتا ہے، ہیلپ لیسنس آتا ہے، سبمیشن آتا ہے۔</w:t>
      </w:r>
    </w:p>
    <w:p>
      <w:r>
        <w:rPr>
          <w:b/>
        </w:rPr>
        <w:t xml:space="preserve">[32:46] </w:t>
      </w:r>
      <w:r>
        <w:t>yeh sab jab aata hai to uske bolne ka andaaz badal jata hai. uske bolne mein ek ek ek darmy, ek modesty, ek tawazu, ek roohaniyat.</w:t>
      </w:r>
    </w:p>
    <w:p>
      <w:pPr>
        <w:jc w:val="right"/>
      </w:pPr>
      <w:r>
        <w:t>یہ سب جب آتا ہے تو اس کے بولنے کا انداز بدل جاتا ہے۔ اس کے بولنے میں ایک ایک ایک ڈرمی، ایک ماڈیسٹی، ایک تواضع، ایک روحانیت۔</w:t>
      </w:r>
    </w:p>
    <w:p>
      <w:r>
        <w:rPr>
          <w:b/>
        </w:rPr>
        <w:t xml:space="preserve">[33:00] </w:t>
      </w:r>
      <w:r>
        <w:t>yani uski voice spiritual voice ban jati hai.</w:t>
      </w:r>
    </w:p>
    <w:p>
      <w:pPr>
        <w:jc w:val="right"/>
      </w:pPr>
      <w:r>
        <w:t>یعنی اس کی وائس سپرچول وائس بن جاتی ہے۔</w:t>
      </w:r>
    </w:p>
    <w:p>
      <w:r>
        <w:rPr>
          <w:b/>
        </w:rPr>
        <w:t xml:space="preserve">[33:05] </w:t>
      </w:r>
      <w:r>
        <w:t>jo aadmi khoob dat kar is ne khaya ho, khoob dakaar le raha ho to uski baaton mein arrogance hoga. ego hoga.</w:t>
      </w:r>
    </w:p>
    <w:p>
      <w:pPr>
        <w:jc w:val="right"/>
      </w:pPr>
      <w:r>
        <w:t>جو آدمی خوب ڈٹ کر اس نے کھایا ہو، خوب ڈکار لے رہا ہو تو اس کی باتوں میں آرگینس ہوگا۔ ایگو ہوگا۔</w:t>
      </w:r>
    </w:p>
    <w:p>
      <w:r>
        <w:rPr>
          <w:b/>
        </w:rPr>
        <w:t xml:space="preserve">[33:17] </w:t>
      </w:r>
      <w:r>
        <w:t>aur woh hoga satisfaction hoga. yeh sab hoga.</w:t>
      </w:r>
    </w:p>
    <w:p>
      <w:pPr>
        <w:jc w:val="right"/>
      </w:pPr>
      <w:r>
        <w:t>اور وہ ہوگا سیٹسفیکشن ہوگا۔ یہ سب ہوگا۔</w:t>
      </w:r>
    </w:p>
    <w:p>
      <w:r>
        <w:rPr>
          <w:b/>
        </w:rPr>
        <w:t xml:space="preserve">[33:24] </w:t>
      </w:r>
      <w:r>
        <w:t>to woh woh jo lehja jo hai, woh Allah taala ko pasand hai. yani yeh jo farmaya ke</w:t>
      </w:r>
    </w:p>
    <w:p>
      <w:pPr>
        <w:jc w:val="right"/>
      </w:pPr>
      <w:r>
        <w:t>تو وہ وہ جو لہجہ جو ہے، وہ اللہ تعالیٰ کو پسند ہے۔ یعنی یہ جو فرمایا کہ</w:t>
      </w:r>
    </w:p>
    <w:p>
      <w:r>
        <w:rPr>
          <w:b/>
        </w:rPr>
        <w:t xml:space="preserve">[33:35] </w:t>
      </w:r>
      <w:r>
        <w:t>rozay daar ke munh se nikla woh khuloof jo hai, Allah ko khush pasand hai, mishk jaisi khushboo se bhi zyada. to woh asal mein ishara kiya gaya is is lehje ki taraf ke ek aadmi jo purtakalluf khana khaye aur dat kar khaye aur dakaar le raha ho, uski awaaz mein</w:t>
      </w:r>
    </w:p>
    <w:p>
      <w:pPr>
        <w:jc w:val="right"/>
      </w:pPr>
      <w:r>
        <w:t>روزے دار کے منہ سے نکلا وہ خلوف جو ہے، اللہ کو خوش پسند ہے، مشک جیسی خوشبو سے بھی زیادہ۔ تو وہ اصل میں اشارہ کیا گیا اس اس لہجے کی طرف کہ ایک آدمی جو پرتکلف کھانا کھائے اور ڈٹ کر کھائے اور ڈکار لے رہا ہو، اس کی آواز میں</w:t>
      </w:r>
    </w:p>
    <w:p>
      <w:r>
        <w:rPr>
          <w:b/>
        </w:rPr>
        <w:t xml:space="preserve">[33:56] </w:t>
      </w:r>
      <w:r>
        <w:t>jo arrogance hoga, woh Allah ko pasand nahi. uski awaaz mein jo ego hoga, woh Allah ko pasand nahi.</w:t>
      </w:r>
    </w:p>
    <w:p>
      <w:pPr>
        <w:jc w:val="right"/>
      </w:pPr>
      <w:r>
        <w:t>جو آرگینس ہوگا، وہ اللہ کو پسند نہیں۔ اس کی آواز میں جو ایگو ہوگا، وہ اللہ کو پسند نہیں۔</w:t>
      </w:r>
    </w:p>
    <w:p>
      <w:r>
        <w:rPr>
          <w:b/>
        </w:rPr>
        <w:t xml:space="preserve">[34:06] </w:t>
      </w:r>
      <w:r>
        <w:t>uski awaaz mein jo yeh hoga ke main hoon, mere paas sab kuch hai, mere paas har cheez hai, yeh jo</w:t>
      </w:r>
    </w:p>
    <w:p>
      <w:pPr>
        <w:jc w:val="right"/>
      </w:pPr>
      <w:r>
        <w:t>اس کی آواز میں جو یہ ہوگا کہ میں ہوں، میرے پاس سب کچھ ہے، میرے پاس ہر چیز ہے، یہ جو</w:t>
      </w:r>
    </w:p>
    <w:p>
      <w:r>
        <w:rPr>
          <w:b/>
        </w:rPr>
        <w:t xml:space="preserve">[34:14] </w:t>
      </w:r>
      <w:r>
        <w:t>apne bare mein hoga, woh Allah ko pasand nahi. is ke bar aks jis ne sach mein chura to rakha hai, pyaas aur bhook mein jis ki waqt guzra hai, uski awaaz mein ek ek miskeeni,</w:t>
      </w:r>
    </w:p>
    <w:p>
      <w:pPr>
        <w:jc w:val="right"/>
      </w:pPr>
      <w:r>
        <w:t>اپنے بارے میں ہوگا، وہ اللہ کو پسند نہیں۔ اس کے برعکس جس نے سچ میں چورا تو رکھا ہے، پیاس اور بھوک میں جس کی وقت گزرا ہے، اس کی آواز میں ایک ایک مسکینی،</w:t>
      </w:r>
    </w:p>
    <w:p>
      <w:r>
        <w:rPr>
          <w:b/>
        </w:rPr>
        <w:t xml:space="preserve">[34:29] </w:t>
      </w:r>
      <w:r>
        <w:t>ek ek pasti, ek ajz, ek ek submission, ek tawazu ka andaaz aa jayega. woh Allah ko pasand hai.</w:t>
      </w:r>
    </w:p>
    <w:p>
      <w:pPr>
        <w:jc w:val="right"/>
      </w:pPr>
      <w:r>
        <w:t>ایک ایک پستی، ایک عجز، ایک ایک سبمیشن، ایک تواضع کا انداز آ جائے گا۔ وہ اللہ کو پسند ہے۔</w:t>
      </w:r>
    </w:p>
    <w:p>
      <w:r>
        <w:rPr>
          <w:b/>
        </w:rPr>
        <w:t xml:space="preserve">[34:40] </w:t>
      </w:r>
      <w:r>
        <w:t>woh Allah ko pasand hai. to is ke goya ke roza aap ko yeh bhi ek ek tarbiyat deta hai, ek train karta hai aap ko ke aap woh lehja bol saken jis mein dard bandi hoti hai, jis mein ajz hota hai,</w:t>
      </w:r>
    </w:p>
    <w:p>
      <w:pPr>
        <w:jc w:val="right"/>
      </w:pPr>
      <w:r>
        <w:t>وہ اللہ کو پسند ہے۔ تو اس کے گویا کہ روزہ آپ کو یہ بھی ایک ایک تربیت دیتا ہے، ایک ٹرین کرتا ہے آپ کو کہ آپ وہ لہجہ بول سکیں جس میں درد بندی ہوتی ہے، جس میں عجز ہوتا ہے،</w:t>
      </w:r>
    </w:p>
    <w:p>
      <w:r>
        <w:rPr>
          <w:b/>
        </w:rPr>
        <w:t xml:space="preserve">[34:55] </w:t>
      </w:r>
      <w:r>
        <w:t>jis mein taseer hoti hai.</w:t>
      </w:r>
    </w:p>
    <w:p>
      <w:pPr>
        <w:jc w:val="right"/>
      </w:pPr>
      <w:r>
        <w:t>جس میں تاثیر ہوتی ہے۔</w:t>
      </w:r>
    </w:p>
    <w:p>
      <w:r>
        <w:rPr>
          <w:b/>
        </w:rPr>
        <w:t xml:space="preserve">[34:58] </w:t>
      </w:r>
      <w:r>
        <w:t>yeh kehte hain na az dil khaizt bil dil raizt yani rohani kalam ki taaseer alag hoti hai. Aur ghamand wala aadmi jo insaan bolta hai, uska mamla alag hota hai.</w:t>
      </w:r>
    </w:p>
    <w:p>
      <w:pPr>
        <w:jc w:val="right"/>
      </w:pPr>
      <w:r>
        <w:t>یہ کہتے ہیں نا از دل خیزت بل دل ریزت یعنی روحانی کلام کی تاثیر الگ ہوتی ہے۔ اور گھمنڈ والا آدمی جو انسان بولتا ہے، اس کا معاملہ الگ ہوتا ہے۔</w:t>
      </w:r>
    </w:p>
    <w:p>
      <w:r>
        <w:rPr>
          <w:b/>
        </w:rPr>
        <w:t xml:space="preserve">[35:12] </w:t>
      </w:r>
      <w:r>
        <w:t>kyunke roza aadmi ko tayyar karta hai ke uska ghamand, is</w:t>
      </w:r>
    </w:p>
    <w:p>
      <w:pPr>
        <w:jc w:val="right"/>
      </w:pPr>
      <w:r>
        <w:t>کیونکہ روزہ آدمی کو تیار کرتا ہے کہ اس کا گھمنڈ، اس</w:t>
      </w:r>
    </w:p>
    <w:p>
      <w:r>
        <w:rPr>
          <w:b/>
        </w:rPr>
        <w:t xml:space="preserve">[35:18] </w:t>
      </w:r>
      <w:r>
        <w:t>yani aap ghaur kijiye ke jab aadmi bhook lagti hai, pyaas lagti hai to sara gharoor toot jata hai. Main kya, do waqt ka khana nahi mila to mera sara yani sari taqat khatam.</w:t>
      </w:r>
    </w:p>
    <w:p>
      <w:pPr>
        <w:jc w:val="right"/>
      </w:pPr>
      <w:r>
        <w:t>یعنی آپ غور کیجیے کہ جب آدمی بھوک لگتی ہے، پیاس لگتی ہے تو سارا غرور ٹوٹ جاتا ہے۔ میں کیا، دو وقت کا کھانا نہیں ملا تو میرا سارا یعنی ساری طاقت ختم۔</w:t>
      </w:r>
    </w:p>
    <w:p>
      <w:r>
        <w:rPr>
          <w:b/>
        </w:rPr>
        <w:t xml:space="preserve">[35:35] </w:t>
      </w:r>
      <w:r>
        <w:t>do waqt ka khana nahi mile to sari taqat khatam meri.</w:t>
      </w:r>
    </w:p>
    <w:p>
      <w:pPr>
        <w:jc w:val="right"/>
      </w:pPr>
      <w:r>
        <w:t>دو وقت کا کھانا نہیں ملے تو ساری طاقت ختم میری۔</w:t>
      </w:r>
    </w:p>
    <w:p>
      <w:r>
        <w:rPr>
          <w:b/>
        </w:rPr>
        <w:t xml:space="preserve">[35:40] </w:t>
      </w:r>
      <w:r>
        <w:t>yeh sab kuch yeh hoga, haath paon sab kuch lekin bilkul bejaan hoga. Yeh roza aap ko aajz ka tajurba karata hai.</w:t>
      </w:r>
    </w:p>
    <w:p>
      <w:pPr>
        <w:jc w:val="right"/>
      </w:pPr>
      <w:r>
        <w:t>یہ سب کچھ یہ ہوگا، ہاتھ پاؤں سب کچھ لیکن بالکل بے جان ہوگا۔ یہ روزہ آپ کو عجز کا تجربہ کراتا ہے۔</w:t>
      </w:r>
    </w:p>
    <w:p>
      <w:r>
        <w:rPr>
          <w:b/>
        </w:rPr>
        <w:t xml:space="preserve">[35:53] </w:t>
      </w:r>
      <w:r>
        <w:t>yeh jo hadith mein aata hai ke aye bani Adam, tum mein tum sab bhooke ho siwaye us ke ke main us ko khana doon.</w:t>
      </w:r>
    </w:p>
    <w:p>
      <w:pPr>
        <w:jc w:val="right"/>
      </w:pPr>
      <w:r>
        <w:t>یہ جو حدیث میں آتا ہے کہ اے بنی آدم، تم میں تم سب بھوکے ہو سوائے اس کے کہ میں اس کو کھانا دوں۔</w:t>
      </w:r>
    </w:p>
    <w:p>
      <w:r>
        <w:rPr>
          <w:b/>
        </w:rPr>
        <w:t xml:space="preserve">[36:04] </w:t>
      </w:r>
      <w:r>
        <w:t>to Khuda agar ghaur kijiye, Khuda agar pani na barsaye, Khuda agar zameen se fasal na ugaye to kya ho?</w:t>
      </w:r>
    </w:p>
    <w:p>
      <w:pPr>
        <w:jc w:val="right"/>
      </w:pPr>
      <w:r>
        <w:t>تو خدا اگر غور کیجیے، خدا اگر پانی نہ برسائے، خدا اگر زمین سے فصل نہ اگائے تو کیا ہو؟</w:t>
      </w:r>
    </w:p>
    <w:p>
      <w:r>
        <w:rPr>
          <w:b/>
        </w:rPr>
        <w:t xml:space="preserve">[36:15] </w:t>
      </w:r>
      <w:r>
        <w:t>to phir kya hoga? Kuch bhi nahi hoga. Kuch bhi nahi hoga.</w:t>
      </w:r>
    </w:p>
    <w:p>
      <w:pPr>
        <w:jc w:val="right"/>
      </w:pPr>
      <w:r>
        <w:t>تو پھر کیا ہوگا؟ کچھ بھی نہیں ہوگا۔ کچھ بھی نہیں ہوگا۔</w:t>
      </w:r>
    </w:p>
    <w:p>
      <w:r>
        <w:rPr>
          <w:b/>
        </w:rPr>
        <w:t xml:space="preserve">[36:22] </w:t>
      </w:r>
      <w:r>
        <w:t>main ko pata hai ek pahaad par charha jahan jo chatani pahaad tha, woh yani ghaas phaas nahi thi us mein. Arab mein sab chatani pahaad hua karte hain. Aise nahi hote jaise India mein pahaad hum jante hain.</w:t>
      </w:r>
    </w:p>
    <w:p>
      <w:pPr>
        <w:jc w:val="right"/>
      </w:pPr>
      <w:r>
        <w:t>میں کو پتہ ہے ایک پہاڑ پر چڑھا جہاں جو چٹانی پہاڑ تھا، وہ یعنی گھاس پھاس نہیں تھی اس میں۔ عرب میں سب چٹانی پہاڑ ہوا کرتے ہیں۔ ایسے نہیں ہوتے جیسے انڈیا میں پہاڑ ہم جانتے ہیں۔</w:t>
      </w:r>
    </w:p>
    <w:p>
      <w:r>
        <w:rPr>
          <w:b/>
        </w:rPr>
        <w:t xml:space="preserve">[36:32] </w:t>
      </w:r>
      <w:r>
        <w:t>India ke pahaad to sarsabz hote hain, wahan aise pahaad nahi hote, bilkul chatanein, chatanein, chatanein.</w:t>
      </w:r>
    </w:p>
    <w:p>
      <w:pPr>
        <w:jc w:val="right"/>
      </w:pPr>
      <w:r>
        <w:t>انڈیا کے پہاڑ تو سرسبز ہوتے ہیں، وہاں ایسے پہاڑ نہیں ہوتے، بالکل چٹانیں، چٹانیں، چٹانیں۔</w:t>
      </w:r>
    </w:p>
    <w:p>
      <w:r>
        <w:rPr>
          <w:b/>
        </w:rPr>
        <w:t xml:space="preserve">[36:39] </w:t>
      </w:r>
      <w:r>
        <w:t>us ke upar jab main charha, wahan par na pani tha, na koi fasal ugne ke liye mitti thi, na soil tha. To maine socha agar yahan rehna ho to kaisa ajeeb ho jaye hamari zindagi.</w:t>
      </w:r>
    </w:p>
    <w:p>
      <w:pPr>
        <w:jc w:val="right"/>
      </w:pPr>
      <w:r>
        <w:t>اس کے اوپر جب میں چڑھا، وہاں پر نہ پانی تھا، نہ کوئی فصل اگنے کے لیے مٹی تھی، نہ سوائل تھا۔ تو میں نے سوچا اگر یہاں رہنا ہو تو کیسا عجیب ہو جائے ہماری زندگی۔</w:t>
      </w:r>
    </w:p>
    <w:p>
      <w:r>
        <w:rPr>
          <w:b/>
        </w:rPr>
        <w:t xml:space="preserve">[36:55] </w:t>
      </w:r>
      <w:r>
        <w:t>yani bilkul pathrile pahaad jo hote hain, woh woh tha. Woh</w:t>
      </w:r>
    </w:p>
    <w:p>
      <w:pPr>
        <w:jc w:val="right"/>
      </w:pPr>
      <w:r>
        <w:t>یعنی بالکل پتھریلے پہاڑ جو ہوتے ہیں، وہ وہ تھا۔ وہ</w:t>
      </w:r>
    </w:p>
    <w:p>
      <w:r>
        <w:rPr>
          <w:b/>
        </w:rPr>
        <w:t xml:space="preserve">[37:01] </w:t>
      </w:r>
      <w:r>
        <w:t>ek hota hai pathrile pahaad, ek hai sarsabz pahaad. India mein sab sarsabz pahaad hain. Lekin wahan jo Arab mein jo pahaad hain, woh woh pathrile pahaad hain.</w:t>
      </w:r>
    </w:p>
    <w:p>
      <w:pPr>
        <w:jc w:val="right"/>
      </w:pPr>
      <w:r>
        <w:t>ایک ہوتا ہے پتھریلے پہاڑ، ایک ہے سرسبز پہاڑ۔ انڈیا میں سب سرسبز پہاڑ ہیں۔ لیکن وہاں جو عرب میں جو پہاڑ ہیں، وہ وہ پتھریلے پہاڑ ہیں۔</w:t>
      </w:r>
    </w:p>
    <w:p>
      <w:r>
        <w:rPr>
          <w:b/>
        </w:rPr>
        <w:t xml:space="preserve">[37:12] </w:t>
      </w:r>
      <w:r>
        <w:t>to us par jab main charha to ajeeb ghareeb ehsaas hua. Ke aisi agar poori zameen ho</w:t>
      </w:r>
    </w:p>
    <w:p>
      <w:pPr>
        <w:jc w:val="right"/>
      </w:pPr>
      <w:r>
        <w:t>تو اس پر جب میں چڑھا تو عجیب غریب احساس ہوا۔ کہ ایسی اگر پوری زمین ہو</w:t>
      </w:r>
    </w:p>
    <w:p>
      <w:r>
        <w:rPr>
          <w:b/>
        </w:rPr>
        <w:t xml:space="preserve">[37:20] </w:t>
      </w:r>
      <w:r>
        <w:t>ke jahan soil na ho, pani na ho to hamara kya haal hoga? To roza hum ko wahi yaad dilata hai apni izzat ko ke Allah ke dene se hamein sab cheez milti hai.</w:t>
      </w:r>
    </w:p>
    <w:p>
      <w:pPr>
        <w:jc w:val="right"/>
      </w:pPr>
      <w:r>
        <w:t>کہ جہاں سوائل نہ ہو، پانی نہ ہو تو ہمارا کیا حال ہوگا؟ تو روزہ ہم کو وہی یاد دلاتا ہے اپنی عزت کو کہ اللہ کے دینے سے ہمیں سب چیز ملتی ہے۔</w:t>
      </w:r>
    </w:p>
    <w:p>
      <w:r>
        <w:rPr>
          <w:b/>
        </w:rPr>
        <w:t xml:space="preserve">[37:34] </w:t>
      </w:r>
      <w:r>
        <w:t>Allah na de to kuch bhi nahi milega.</w:t>
      </w:r>
    </w:p>
    <w:p>
      <w:pPr>
        <w:jc w:val="right"/>
      </w:pPr>
      <w:r>
        <w:t>اللہ نہ دے تو کچھ بھی نہیں ملے گا۔</w:t>
      </w:r>
    </w:p>
    <w:p>
      <w:r>
        <w:rPr>
          <w:b/>
        </w:rPr>
        <w:t xml:space="preserve">[37:37] </w:t>
      </w:r>
      <w:r>
        <w:t>kuch bhi milne wala nahi. To khuloof ka lafz ek alamati lafz hai.</w:t>
      </w:r>
    </w:p>
    <w:p>
      <w:pPr>
        <w:jc w:val="right"/>
      </w:pPr>
      <w:r>
        <w:t>کچھ بھی ملنے والا نہیں۔ تو خلوف کا لفظ ایک علامتی لفظ ہے۔</w:t>
      </w:r>
    </w:p>
    <w:p>
      <w:r>
        <w:rPr>
          <w:b/>
        </w:rPr>
        <w:t xml:space="preserve">[37:46] </w:t>
      </w:r>
      <w:r>
        <w:t>ke woh jo dil shiksati aati hai, dil shiksati woh murad hai us se ke toote hue dil ki baat. Ek hadith hai ke yani Allah taala Jibrael se kehte hain ke</w:t>
      </w:r>
    </w:p>
    <w:p>
      <w:pPr>
        <w:jc w:val="right"/>
      </w:pPr>
      <w:r>
        <w:t>کہ وہ جو دل شکستی آتی ہے، دل شکستی وہ مراد ہے اس سے کہ ٹوٹے ہوئے دل کی بات۔ ایک حدیث ہے کہ یعنی اللہ تعالیٰ جبرائیل سے کہتے ہیں کہ</w:t>
      </w:r>
    </w:p>
    <w:p>
      <w:r>
        <w:rPr>
          <w:b/>
        </w:rPr>
        <w:t xml:space="preserve">[38:03] </w:t>
      </w:r>
      <w:r>
        <w:t>ek museebat ka ek aadmi museebat mein phansa hua hai. Ek momin, sacha momin. Us waqt woh kuch bol raha hai, zikr kar raha hai, dua kar raha hai. Us mein dil shiksati hai.</w:t>
      </w:r>
    </w:p>
    <w:p>
      <w:pPr>
        <w:jc w:val="right"/>
      </w:pPr>
      <w:r>
        <w:t>ایک مصیبت کا ایک آدمی مصیبت میں پھنسا ہوا ہے۔ ایک مومن، سچا مومن۔ اس وقت وہ کچھ بول رہا ہے، ذکر کر رہا ہے، دعا کر رہا ہے۔ اس میں دل شکستگی ہے۔</w:t>
      </w:r>
    </w:p>
    <w:p>
      <w:r>
        <w:rPr>
          <w:b/>
        </w:rPr>
        <w:t xml:space="preserve">[38:14] </w:t>
      </w:r>
      <w:r>
        <w:t>ek tawazu hai, aajz hai. To us mein hadith mein aaya hai ke aye Jibrael, us ki us ki abhi us ki hajat ko poora na kar.</w:t>
      </w:r>
    </w:p>
    <w:p>
      <w:pPr>
        <w:jc w:val="right"/>
      </w:pPr>
      <w:r>
        <w:t>ایک تواضع ہے، عجز ہے۔ تو اس میں حدیث میں آیا ہے کہ اے جبرائیل، اس کی اس کی ابھی اس کی حاجت کو پورا نہ کر۔</w:t>
      </w:r>
    </w:p>
    <w:p>
      <w:r>
        <w:rPr>
          <w:b/>
        </w:rPr>
        <w:t xml:space="preserve">[38:25] </w:t>
      </w:r>
      <w:r>
        <w:t>fainni uhibbu an asba'a sawtahu kaisi ajeeb baat hai.</w:t>
      </w:r>
    </w:p>
    <w:p>
      <w:pPr>
        <w:jc w:val="right"/>
      </w:pPr>
      <w:r>
        <w:t>فَإِنِّي أُحِبُّ أَنْ أَسْبَعَ صَوْتَهُ کیسی عجیب بات ہے۔</w:t>
      </w:r>
    </w:p>
    <w:p>
      <w:r>
        <w:rPr>
          <w:b/>
        </w:rPr>
        <w:t xml:space="preserve">[38:33] </w:t>
      </w:r>
      <w:r>
        <w:t>aye Jibrael, us aadmi ki ki ki hajat abhi poori na kar. Kyunke mujhe mehboob hai ke main us ki awaaz aur sunoon, aur sunoon, aur sunoon.</w:t>
      </w:r>
    </w:p>
    <w:p>
      <w:pPr>
        <w:jc w:val="right"/>
      </w:pPr>
      <w:r>
        <w:t>اے جبرائیل، اس آدمی کی کی کی حاجت ابھی پوری نہ کر۔ کیونکہ مجھے محبوب ہے کہ میں اس کی آواز اور سنوں، اور سنوں، اور سنوں۔</w:t>
      </w:r>
    </w:p>
    <w:p>
      <w:r>
        <w:rPr>
          <w:b/>
        </w:rPr>
        <w:t xml:space="preserve">[38:47] </w:t>
      </w:r>
      <w:r>
        <w:t>fainni uhibbu an asma'a sawtahu yeh sawt kya hai? Wohi sawt hai jis mein ek ehsaas bandagi hota hai. Jis mein izzat hota hai.</w:t>
      </w:r>
    </w:p>
    <w:p>
      <w:pPr>
        <w:jc w:val="right"/>
      </w:pPr>
      <w:r>
        <w:t>فَإِنِّي أُحِبُّ أَنْ أَسْمَعَ صَوْتَهُ یہ صوت کیا ہے؟ وہی صوت ہے جس میں ایک احساس بندگی ہوتا ہے۔ جس میں عزت ہوتا ہے۔</w:t>
      </w:r>
    </w:p>
    <w:p>
      <w:r>
        <w:rPr>
          <w:b/>
        </w:rPr>
        <w:t xml:space="preserve">[38:56] </w:t>
      </w:r>
      <w:r>
        <w:t>jis mein tawazu hoti hai. Jis mein submission hota hai. Jis mein yeh hota hai ke Khuda tu dene wala hai, main paane wala hoon.</w:t>
      </w:r>
    </w:p>
    <w:p>
      <w:pPr>
        <w:jc w:val="right"/>
      </w:pPr>
      <w:r>
        <w:t>جس میں تواضع ہوتی ہے۔ جس میں سبمیشن ہوتا ہے۔ جس میں یہ ہوتا ہے کہ خدا تو دینے والا ہے، میں پانے والا ہوں۔</w:t>
      </w:r>
    </w:p>
    <w:p>
      <w:r>
        <w:rPr>
          <w:b/>
        </w:rPr>
        <w:t xml:space="preserve">[39:06] </w:t>
      </w:r>
      <w:r>
        <w:t>to giver hai, main taker hoon.</w:t>
      </w:r>
    </w:p>
    <w:p>
      <w:pPr>
        <w:jc w:val="right"/>
      </w:pPr>
      <w:r>
        <w:t>تو گیور ہے، میں ٹیکر ہوں۔</w:t>
      </w:r>
    </w:p>
    <w:p>
      <w:r>
        <w:rPr>
          <w:b/>
        </w:rPr>
        <w:t xml:space="preserve">[39:11] </w:t>
      </w:r>
      <w:r>
        <w:t>to roza is baat ki training hai.</w:t>
      </w:r>
    </w:p>
    <w:p>
      <w:pPr>
        <w:jc w:val="right"/>
      </w:pPr>
      <w:r>
        <w:t>تو روزہ اس بات کی ٹریننگ ہے۔</w:t>
      </w:r>
    </w:p>
    <w:p>
      <w:r>
        <w:rPr>
          <w:b/>
        </w:rPr>
        <w:t xml:space="preserve">[39:16] </w:t>
      </w:r>
      <w:r>
        <w:t>is baat ki training hai. to woh jo hadith hai keidahu shahwatuhu wa ta'amuhu wa ashraabuhu lil ajli yani mere liye chhodta hai.</w:t>
      </w:r>
    </w:p>
    <w:p>
      <w:pPr>
        <w:jc w:val="right"/>
      </w:pPr>
      <w:r>
        <w:t>اس بات کی ٹریننگ ہے۔ تو وہ جو حدیث ہے کہیدَهُ شَهْوَةَهُ وَطَعَامُهُ وَاَشْرَابُهُ لِلْعَجْلِ یعنی میرے لیے چھوڑتا ہے۔</w:t>
      </w:r>
    </w:p>
    <w:p>
      <w:r>
        <w:rPr>
          <w:b/>
        </w:rPr>
        <w:t xml:space="preserve">[39:33] </w:t>
      </w:r>
      <w:r>
        <w:t>yani Allah ke liye chhodta hai.</w:t>
      </w:r>
    </w:p>
    <w:p>
      <w:pPr>
        <w:jc w:val="right"/>
      </w:pPr>
      <w:r>
        <w:t>یعنی اللہ کے لیے چھوڑتا ہے۔</w:t>
      </w:r>
    </w:p>
    <w:p>
      <w:r>
        <w:rPr>
          <w:b/>
        </w:rPr>
        <w:t xml:space="preserve">[39:38] </w:t>
      </w:r>
      <w:r>
        <w:t>kaisi ajeeb baat hai</w:t>
      </w:r>
    </w:p>
    <w:p>
      <w:pPr>
        <w:jc w:val="right"/>
      </w:pPr>
      <w:r>
        <w:t>کیسی عجیب بات ہے</w:t>
      </w:r>
    </w:p>
    <w:p>
      <w:r>
        <w:rPr>
          <w:b/>
        </w:rPr>
        <w:t xml:space="preserve">[39:39] </w:t>
      </w:r>
      <w:r>
        <w:t>yeh. ek hai khwamkhwah hi bhooka pada hai aadmi. to woh Allah ke liye nahi hua. ek yeh hai ke Allah ke liye, Allah ke hukum ki bina par, apne aap ko Allah wala banane ke liye, Allah ke wali ke liye kya hai?</w:t>
      </w:r>
    </w:p>
    <w:p>
      <w:pPr>
        <w:jc w:val="right"/>
      </w:pPr>
      <w:r>
        <w:t>یہ۔ ایک ہے خوامخواہ ہی بھوکا پڑا ہے آدمی۔ تو وہ اللہ کے لیے نہیں ہوا۔ ایک یہ ہے کہ اللہ کے لیے، اللہ کے حکم کی بنا پر، اپنے آپ کو اللہ والا بنانے کے لیے، اللہ کے ولی کے لیے کیا ہے؟</w:t>
      </w:r>
    </w:p>
    <w:p>
      <w:r>
        <w:rPr>
          <w:b/>
        </w:rPr>
        <w:t xml:space="preserve">[39:54] </w:t>
      </w:r>
      <w:r>
        <w:t>aap yeh ek course se apne guzarte hain, ek course se. bhook ka course, pyaas ka course.</w:t>
      </w:r>
    </w:p>
    <w:p>
      <w:pPr>
        <w:jc w:val="right"/>
      </w:pPr>
      <w:r>
        <w:t>آپ یہ ایک کورس سے اپنے گزارتے ہیں، ایک کورس سے۔ بھوک کا کورس، پیاس کا کورس۔</w:t>
      </w:r>
    </w:p>
    <w:p>
      <w:r>
        <w:rPr>
          <w:b/>
        </w:rPr>
        <w:t xml:space="preserve">[40:05] </w:t>
      </w:r>
      <w:r>
        <w:t>apne routine ko todne ka course. apne mamlaat ko badal</w:t>
      </w:r>
    </w:p>
    <w:p>
      <w:pPr>
        <w:jc w:val="right"/>
      </w:pPr>
      <w:r>
        <w:t>اپنے روٹین کو توڑنے کا کورس۔ اپنے معاملات کو بدل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