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Message on Eid al-Adha 21 July 2021 - Prof. Farida Khanam and Dr. Saniyasnain Khan</w:t>
      </w:r>
    </w:p>
    <w:p>
      <w:r>
        <w:t>https://www.youtube.com/watch?v=SscB7XLQ3Qg</w:t>
      </w:r>
    </w:p>
    <w:p>
      <w:r>
        <w:rPr>
          <w:b/>
        </w:rPr>
        <w:t xml:space="preserve">[00:12]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[00:19] </w:t>
      </w:r>
      <w:r>
        <w:t>wahal al-uqdah min lisani, yafqah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[00:24] </w:t>
      </w:r>
      <w:r>
        <w:t>assalam o alaikum warahmatullahi.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[00:27] </w:t>
      </w:r>
      <w:r>
        <w:t>sab se pehle main aap sab ko eid ul adha ki mubarakbad pesh karna chahunga.</w:t>
      </w:r>
    </w:p>
    <w:p>
      <w:pPr>
        <w:jc w:val="right"/>
      </w:pPr>
      <w:r>
        <w:t>سب سے پہلے میں آپ سب کو عیدالاضحی کی مبارکباد پیش کرنا چاہوں گا۔</w:t>
      </w:r>
    </w:p>
    <w:p>
      <w:r>
        <w:rPr>
          <w:b/>
        </w:rPr>
        <w:t xml:space="preserve">[00:34] </w:t>
      </w:r>
      <w:r>
        <w:t>aaj hum logon ne yahin ghar pe hi eid ki namaz padhi,</w:t>
      </w:r>
    </w:p>
    <w:p>
      <w:pPr>
        <w:jc w:val="right"/>
      </w:pPr>
      <w:r>
        <w:t>آج ہم لوگوں نے یہیں گھر پہ ہی عید کی نماز پڑھی،</w:t>
      </w:r>
    </w:p>
    <w:p>
      <w:r>
        <w:rPr>
          <w:b/>
        </w:rPr>
        <w:t xml:space="preserve">[00:41] </w:t>
      </w:r>
      <w:r>
        <w:t>aur</w:t>
      </w:r>
    </w:p>
    <w:p>
      <w:pPr>
        <w:jc w:val="right"/>
      </w:pPr>
      <w:r>
        <w:t>اور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