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Understanding Sufism August 07, 2022</w:t>
      </w:r>
    </w:p>
    <w:p>
      <w:r>
        <w:t>https://youtu.be/DCJ11IpxcOA</w:t>
      </w:r>
    </w:p>
    <w:p>
      <w:r>
        <w:rPr>
          <w:b/>
        </w:rPr>
        <w:t xml:space="preserve">[00:12] </w:t>
      </w:r>
      <w:r>
        <w:t>Assalam o alaikum, aaj hum Surah Yusuf ke aakhri hisse ko leinge. Is Surah mein ke koi kahani ko bayan nahi kiya gaya hai, balke ek Law of Nature ko bataya gaya hai ke har insaan is kahani ko dohra sakta hai agar woh iski sharaait ko poora kare.</w:t>
      </w:r>
    </w:p>
    <w:p>
      <w:pPr>
        <w:jc w:val="right"/>
      </w:pPr>
      <w:r>
        <w:t>الس لامعلیکم، آجہم سورہ یوسف کے آخریحص ےکولیںگے۔ اس سورہمیں کہ انیکو بیاننہیںکیا گیاہے،بلکہ ایک Law of Natureکوبتایاگیاہے کہہر انسان اس کہانیکو دہر ایاکرسکتاہے اگر وہاسکی شر ائط کو پوراکرے۔</w:t>
      </w:r>
    </w:p>
    <w:p>
      <w:r>
        <w:rPr>
          <w:b/>
        </w:rPr>
        <w:t xml:space="preserve">[00:31] </w:t>
      </w:r>
      <w:r>
        <w:t>Pichhle teen sessions mein humne is Prophet Yusuf ki zindagi se jaana ke humein kya karna chahiye aur kya nahi.</w:t>
      </w:r>
    </w:p>
    <w:p>
      <w:pPr>
        <w:jc w:val="right"/>
      </w:pPr>
      <w:r>
        <w:t>پچھلے تینسی شنزمیںہمنے اسProphetیوسفکیزندگی سےجانا کہہمیںکیا کرناچاہیے اورکیا نہیں ۔</w:t>
      </w:r>
    </w:p>
    <w:p>
      <w:r>
        <w:rPr>
          <w:b/>
        </w:rPr>
        <w:t xml:space="preserve">[00:38] </w:t>
      </w:r>
      <w:r>
        <w:t>To chaliye aaj Surah Yusuf ke aakhri session ki chercha karte hain Dr. Sani Hasnain Khan sahib ke saath. Assalam o alaikum Dr. sahib, kaise hain aap? Wa alaikum assalam, sab theek hai, aap sunayein?</w:t>
      </w:r>
    </w:p>
    <w:p>
      <w:pPr>
        <w:jc w:val="right"/>
      </w:pPr>
      <w:r>
        <w:t>توچلیےآج سورہیوسفکےآخریسیشنکیچرچاکرتے ہیں ڈاکٹر ثانی ہحسنین خان صاحبکےساتھ ۔ السلامعلیکمڈاکٹرصاحب،کیسےہیںآپ؟وعلیکمالسلام،سبٹھیکہے،آپسنائیں؟</w:t>
      </w:r>
    </w:p>
    <w:p>
      <w:r>
        <w:rPr>
          <w:b/>
        </w:rPr>
        <w:t xml:space="preserve">[00:49] </w:t>
      </w:r>
      <w:r>
        <w:t>Alhamdulillah. Kaise mizaj hain? J</w:t>
      </w:r>
    </w:p>
    <w:p>
      <w:pPr>
        <w:jc w:val="right"/>
      </w:pPr>
      <w:r>
        <w:t>الحمدللہ۔کیسےمزاجہیں؟ج</w:t>
      </w:r>
    </w:p>
    <w:p>
      <w:r>
        <w:rPr>
          <w:b/>
        </w:rPr>
        <w:t xml:space="preserve">[00:51] </w:t>
      </w:r>
      <w:r>
        <w:t>ee, Dr. sahib, pichhle session mein hum is morr par pahunche ke Prophet Yusuf ne apne das soteli bhaiyon ko kaha ke aap apne agle visit mein Binyamin ko le kar aaein, aur agar aap Binyamin ko le kar nahi aaye to yeh samjha jayega ke aap ne jhoot kaha.</w:t>
      </w:r>
    </w:p>
    <w:p>
      <w:pPr>
        <w:jc w:val="right"/>
      </w:pPr>
      <w:r>
        <w:t>ی، ڈاکٹرصاحب،پچھلے سیشنمیں ہم اس موڑپرپہنچے کہ Prophetیوسفنے اپنے دس سوتیلےبھائیوںکوکہاکہآپ اپنے اگلےوز ٹمیں بنی امینکولےکرآئیں، اوراگرآپ بنی امینکو لےکرنہیں آئے تویہسمجھاجائےگاکہ آپ نے جھوٹکہا۔</w:t>
      </w:r>
    </w:p>
    <w:p>
      <w:r>
        <w:rPr>
          <w:b/>
        </w:rPr>
        <w:t xml:space="preserve">[01:10] </w:t>
      </w:r>
      <w:r>
        <w:t>To phir agla safar dobara se hota hai, woh das bhai Binyamin jo Prophet Yusuf ke sage bhai the, unko le kar Misr pahunchte hain.</w:t>
      </w:r>
    </w:p>
    <w:p>
      <w:pPr>
        <w:jc w:val="right"/>
      </w:pPr>
      <w:r>
        <w:t>توپھر اگلا سفر دوبارہسےہوتاہے،وہ دسبھائی بنی امین جو Prophetیوسفکےسگےبھائیتھے، انکولےکر مصر پہنچتےہیں۔</w:t>
      </w:r>
    </w:p>
    <w:p>
      <w:r>
        <w:rPr>
          <w:b/>
        </w:rPr>
        <w:t xml:space="preserve">[01:19] </w:t>
      </w:r>
      <w:r>
        <w:t>Unhone jab galla liya aur jab Kanaan wapas jaane ka waqt aaya to Prophet Yusuf ne mohabbat ki wajah se unke saaman mein, Binyamin ke saaman mein, apna peene ka pyala yani Drinking Cup ko saaman mein daal diya.</w:t>
      </w:r>
    </w:p>
    <w:p>
      <w:pPr>
        <w:jc w:val="right"/>
      </w:pPr>
      <w:r>
        <w:t>انہوںنےجب گلہلیا اور جب کنانواپسجانےکاوقت آیا تو Prophetیوسف نے مح بتکیوجہ سے ان کے سامانمیں،بنی امینکےسامانمیں، اپنا پینےکاپیالہیعنیDrinkingCup کو سامانمیںڈالدیا ۔</w:t>
      </w:r>
    </w:p>
    <w:p>
      <w:r>
        <w:rPr>
          <w:b/>
        </w:rPr>
        <w:t xml:space="preserve">[01:35] </w:t>
      </w:r>
      <w:r>
        <w:t>To uske baad ki kahani hum chahenge ke aap bataein ke kya hua. Bismillah Rehman ur Rahim, Rabbi shrah li sadri wa yassir li amri wahlul uqdatan min lisani yafqahu qawli.</w:t>
      </w:r>
    </w:p>
    <w:p>
      <w:pPr>
        <w:jc w:val="right"/>
      </w:pPr>
      <w:r>
        <w:t>تو اسکے بعد کیکہانیہمچاہیںگےکہآپ بت ائیںکہکیا ہوا ۔ بسماللہ الرحمنالرحیم ، رباشر حلی صدری و یسرلی امری ، واحل العقد ۃ منلسانی یفقہقولی۔</w:t>
      </w:r>
    </w:p>
    <w:p>
      <w:r>
        <w:rPr>
          <w:b/>
        </w:rPr>
        <w:t xml:space="preserve">[01:51] </w:t>
      </w:r>
      <w:r>
        <w:t>To aap ne sahi bataya ke yeh kahani yahan tak pahunchi thi ke saare bhai Binyamin ko le ke pahunche</w:t>
      </w:r>
    </w:p>
    <w:p>
      <w:pPr>
        <w:jc w:val="right"/>
      </w:pPr>
      <w:r>
        <w:t>توآپنے صحیح بتایا کہ یہ کہانی یہاںتکپہنچیتھیکہ سارےبھائی بنی امینکولےکےپہنچے</w:t>
      </w:r>
    </w:p>
    <w:p>
      <w:r>
        <w:rPr>
          <w:b/>
        </w:rPr>
        <w:t xml:space="preserve">[02:00] </w:t>
      </w:r>
      <w:r>
        <w:t>, to wahan jab anaaj tola jaane laga aur usmein bags waghera mein rakha jaane laga to Hazrat Yusuf alehissalam ne apna koi chandi ka cup tha ghaleban, koi qeemti cup tha,</w:t>
      </w:r>
    </w:p>
    <w:p>
      <w:pPr>
        <w:jc w:val="right"/>
      </w:pPr>
      <w:r>
        <w:t>، تو وہاںجب اناج تولاجانےلگا اور اسمیں بیگزوغیرہمیںرکھاجانےلگا تو حضرت یوسفعلیہالسلام نے اپنا کوئیچاندیکاکپ تھاغالباً،کوئیقیمتیکپ تھا،</w:t>
      </w:r>
    </w:p>
    <w:p>
      <w:r>
        <w:rPr>
          <w:b/>
        </w:rPr>
        <w:t xml:space="preserve">[02:18] </w:t>
      </w:r>
      <w:r>
        <w:t>woh Binyamin ke bag mein rakh diya. Aur yeh ek ejra e inayat unhone kiya tha, pehle bhi yeh is tarah ka kaam kar chuke the</w:t>
      </w:r>
    </w:p>
    <w:p>
      <w:pPr>
        <w:jc w:val="right"/>
      </w:pPr>
      <w:r>
        <w:t>وہ بنی امینکےبیگمیںرکھدیا ۔ اور یہ ایک اجرائےعنایتانہوںنےکیا تھا، پہلے بھییہ اسطرحکاکام کرچکےتھے</w:t>
      </w:r>
    </w:p>
    <w:p>
      <w:r>
        <w:rPr>
          <w:b/>
        </w:rPr>
        <w:t xml:space="preserve">[02:29] </w:t>
      </w:r>
      <w:r>
        <w:t>jab pehli baar bhai aaye the aur chandi waghera kuch laaye the khareedne ke liye anaaj, to Yusuf alehissalam ne yeh achha nahi samjha ke bhaiyon se paise liye jaaein.</w:t>
      </w:r>
    </w:p>
    <w:p>
      <w:pPr>
        <w:jc w:val="right"/>
      </w:pPr>
      <w:r>
        <w:t>جب پہلیبار بھائی آئےتھےاور چاندیوغیرہ کچھ لائےتھے خریدنےکےلیے اناج ، تو یوسفعلیہالسلامنےیہاچھانہیںسمجھاکہبھائیوںسےپیسےلیےجائیں۔</w:t>
      </w:r>
    </w:p>
    <w:p>
      <w:r>
        <w:rPr>
          <w:b/>
        </w:rPr>
        <w:t xml:space="preserve">[02:43] </w:t>
      </w:r>
      <w:r>
        <w:t>To unhone woh saari chandi ke jo sikke waghera the woh wapas rakh diye the jo unko baad mein ja ke mile jab khola unhone saaman</w:t>
      </w:r>
    </w:p>
    <w:p>
      <w:pPr>
        <w:jc w:val="right"/>
      </w:pPr>
      <w:r>
        <w:t>تو انہوں نےوہ ساری چاندی کےجو سک ےوغیرہتھےوہواپسرکھدیےتھےجو انکو بعدمیںجاکےملا جب کھ ولاانہوںنےسامان</w:t>
      </w:r>
    </w:p>
    <w:p>
      <w:r>
        <w:rPr>
          <w:b/>
        </w:rPr>
        <w:t xml:space="preserve">[02:51] </w:t>
      </w:r>
      <w:r>
        <w:t>. To aise hi iss baar bhi unhone kiya hai ke ek qeemti pyala mohabbat mein apne chhote bhai ke rakh diya, aur uske bare mein Binyamin ko bhi pata nahi tha aur mahalon ko bhi pata nahi tha.</w:t>
      </w:r>
    </w:p>
    <w:p>
      <w:pPr>
        <w:jc w:val="right"/>
      </w:pPr>
      <w:r>
        <w:t>۔ توایسےہیاسباربھیانہوںنےکیا ہےکہ ایک قیمتیپیالہ مح بت میں اپنےچھوٹےبھائی کے رکھ دیا، اور اسکےبارےمیں بنی امینکوبھیپتہنہیںتھااورمحلوالوںکوبھیپتہنہیںتھا۔</w:t>
      </w:r>
    </w:p>
    <w:p>
      <w:r>
        <w:rPr>
          <w:b/>
        </w:rPr>
        <w:t xml:space="preserve">[03:07] </w:t>
      </w:r>
      <w:r>
        <w:t>To ittefaq se kya hua ke ek aur cup gum ho gaya,</w:t>
      </w:r>
    </w:p>
    <w:p>
      <w:pPr>
        <w:jc w:val="right"/>
      </w:pPr>
      <w:r>
        <w:t>تو اتفاقسےکیاہوا کہ ایک اور کپ گمہوگیا ،</w:t>
      </w:r>
    </w:p>
    <w:p>
      <w:r>
        <w:rPr>
          <w:b/>
        </w:rPr>
        <w:t xml:space="preserve">[03:16] </w:t>
      </w:r>
      <w:r>
        <w:t>to uski wajah se wahan thoda mahal ke karindon mein halchal machi.</w:t>
      </w:r>
    </w:p>
    <w:p>
      <w:pPr>
        <w:jc w:val="right"/>
      </w:pPr>
      <w:r>
        <w:t>تو اسکیوجہ سے وہاںتھوڑا محلکےکار ندوںمیں ہلچلمچی۔</w:t>
      </w:r>
    </w:p>
    <w:p>
      <w:r>
        <w:rPr>
          <w:b/>
        </w:rPr>
        <w:t xml:space="preserve">[03:26] </w:t>
      </w:r>
      <w:r>
        <w:t>To yeh baat thi</w:t>
      </w:r>
    </w:p>
    <w:p>
      <w:pPr>
        <w:jc w:val="right"/>
      </w:pPr>
      <w:r>
        <w:t>تویہجوبات تھی</w:t>
      </w:r>
    </w:p>
    <w:p>
      <w:r>
        <w:rPr>
          <w:b/>
        </w:rPr>
        <w:t xml:space="preserve">[03:31] </w:t>
      </w:r>
      <w:r>
        <w:t>cup rakhne ki, iska maqsad yeh nahi tha Yusuf alehissalam ka ke Binyamin ko chori ke ilzaam mein pakad liya jaaye, yaani koi chaal nahi thi unki, balke yeh Allah ki planning thi.</w:t>
      </w:r>
    </w:p>
    <w:p>
      <w:pPr>
        <w:jc w:val="right"/>
      </w:pPr>
      <w:r>
        <w:t>کپ رکھنےکی، اسکامقصد یہنہیںتھا یوسفعلیہالسلامکا کہ بنی امین کو چوریکے الزاممیںپکڑلیاجائے ، یعنیکوئی چالنہیںتھیانکی ،بلکہیہاللہ کیPlan ningتھی۔</w:t>
      </w:r>
    </w:p>
    <w:p>
      <w:r>
        <w:rPr>
          <w:b/>
        </w:rPr>
        <w:t xml:space="preserve">[03:46] </w:t>
      </w:r>
      <w:r>
        <w:t>Aur yaani yeh paighambar ke shayad nishan nahi hain ke woh is tarah ka kaam kare ke woh ek aisa kaam kare ke jis se koi doosra shakhs chori ke ilzaam mein phans jaaye.</w:t>
      </w:r>
    </w:p>
    <w:p>
      <w:pPr>
        <w:jc w:val="right"/>
      </w:pPr>
      <w:r>
        <w:t>اور یعنییہپیغمبرکےشایدنشان نہیںہیںکہوہاسطرحکاکامکرے کہوہ ایک ایساکام کرےکہجسسےکوئیدوسرا شخص چوریکےالزاممیں پھنسجائے۔</w:t>
      </w:r>
    </w:p>
    <w:p>
      <w:r>
        <w:rPr>
          <w:b/>
        </w:rPr>
        <w:t xml:space="preserve">[03:58] </w:t>
      </w:r>
      <w:r>
        <w:t>Jee, aur Dr. sahib, badi dilchasp baat hai ke jab woh Royal Cup, badshah ka jo cup tha, woh ghalat jagah ho gaya, jaise aap ne bataya ke woh Binyamin ke bag se nikla, to</w:t>
      </w:r>
    </w:p>
    <w:p>
      <w:pPr>
        <w:jc w:val="right"/>
      </w:pPr>
      <w:r>
        <w:t>جی، اور ڈاکٹرصاحب،بڑیدل چسپباتہےکہ جب وہ Royal Cup ،بادشاہکاجو کپ تھا، وہ غلطجگہہوگیا،جیسےآپنےبتایا کہ وہ بنی امینکے بیگسےنکلا، تو</w:t>
      </w:r>
    </w:p>
    <w:p>
      <w:r>
        <w:rPr>
          <w:b/>
        </w:rPr>
        <w:t xml:space="preserve">[04:12] </w:t>
      </w:r>
      <w:r>
        <w:t>jo bhai the woh bohat hi, badi dilchasp baat hai ke bohat hi adab aur aajzi se Prophet Yusuf ko mukhatib kar rahe the. Lekin saath mein hi unhone yeh bhi kaha ke iska ek bhai tha Yusuf jo chorr tha, to unki nazar mein Yusuf ki jo hesiyat thi woh us gaon ke us ladke ki thi jis ko woh chorr bata rahe the. Lekin ussi waqt Prophet Yusuf ko bohat hi aajzi se, jaise maine kaha mukhatib kar rahe the. To</w:t>
      </w:r>
    </w:p>
    <w:p>
      <w:pPr>
        <w:jc w:val="right"/>
      </w:pPr>
      <w:r>
        <w:t>جو بھائی تھے وہ بہت ہی، بڑیدلچسپباتہےکہبہت ہی ادباورعاج زیسے Prophetیوسفکومخاطبکررہےتھے۔ لیکن ساتھمیںہیانہوںنے یہبھیکہاکہ اسکا ایک بھائیتھایوسف جو چورتھا، تو انکی نظر میں یوسفکیجو حیثیتتھی وہاسگاؤںکےاس لڑکےکیتھی جسکووہچوربتارہےتھے۔</w:t>
      </w:r>
    </w:p>
    <w:p>
      <w:r>
        <w:rPr>
          <w:b/>
        </w:rPr>
        <w:t xml:space="preserve">[04:36] </w:t>
      </w:r>
      <w:r>
        <w:t>uske baad kya hua Dr. sahib, kyunke zahir si baat hai agar hum apni zindagi mein bhi dekhein ke agar kisi ko aap chorr bolein to matlab kitni ishtiaq angez soorat e haal hai, balke main to yeh kahunga ke agar chorr ko bhi chorr bolein to woh bhi bigad jaata hai.</w:t>
      </w:r>
    </w:p>
    <w:p>
      <w:pPr>
        <w:jc w:val="right"/>
      </w:pPr>
      <w:r>
        <w:t>لیکن اسیوقت Prophetیوسفکوبہتہیادبسے،جیسےمیںنےکہاکہ مخاطبکررہےتھے۔ تو</w:t>
      </w:r>
    </w:p>
    <w:p>
      <w:r>
        <w:rPr>
          <w:b/>
        </w:rPr>
        <w:t xml:space="preserve">[04:42] </w:t>
      </w:r>
      <w:r>
        <w:t>To iske baad kya hua Dr. sahib, kyunke zahir si baat hai agar hum apni zindagi mein bhi dekhein ke agar kisi ko aap chorr bolein to matlab kitni ishtiaq angez soorat e haal hai, balke main to yeh kahunga ke agar chorr ko bhi chorr bolein to woh bhi bigad jaata hai.</w:t>
      </w:r>
    </w:p>
    <w:p>
      <w:pPr>
        <w:jc w:val="right"/>
      </w:pPr>
      <w:r>
        <w:t>اسکے بعد کیا ہوا ڈاکٹرصاحب،کیونکہ ظاہرسیباتہےاگرہم اپنی زندگی میںبھیدیکھیں کہاگر کسی کوآپ چوربولیں تو مطلب کتنی اشتعالانگیزصورتحالہے، بلکہمیںتویہکہوںگاکہاگرچورکوبھیچوربولیںتووہبھی بگڑجاتاہے۔</w:t>
      </w:r>
    </w:p>
    <w:p>
      <w:r>
        <w:rPr>
          <w:b/>
        </w:rPr>
        <w:t xml:space="preserve">[04:58] </w:t>
      </w:r>
      <w:r>
        <w:t>lekin yahan pe . woh to wazir the . woh to wazir the aur unhi ke bare mein woh chor bata rahe hain . to Prophet Yusuf ka kya radd-e-amal tha, kya radd-e-amal tha, is ke bare mein bataein .</w:t>
      </w:r>
    </w:p>
    <w:p>
      <w:pPr>
        <w:jc w:val="right"/>
      </w:pPr>
      <w:r>
        <w:t>لیکن یہاں پہ ۔وہتو وزیرتھے۔وہتو وزیرتھےاور انہیکےبارےمیں وہ چوربتارہےہیں۔ تو Prophetیوسفکاکیا ردعملتھا،کیا ردعملتھا، اسکےبارےمیںبت ائیں۔</w:t>
      </w:r>
    </w:p>
    <w:p>
      <w:r>
        <w:rPr>
          <w:b/>
        </w:rPr>
        <w:t xml:space="preserve">[05:10] </w:t>
      </w:r>
      <w:r>
        <w:t>ji, jaisa aap ne abhi bataya ke badshah ka ek qeemti kap, ghhaliban King's Goblet, goblet, sone ka raha hoga aur saji hui jawaharat se, to bohat hi qeemti koi goblet tha woh King ka, to woh gum ho gaya ittefaqan .</w:t>
      </w:r>
    </w:p>
    <w:p>
      <w:pPr>
        <w:jc w:val="right"/>
      </w:pPr>
      <w:r>
        <w:t>جی،جیساآپنےابھیبتایا کہ بادشاہکاایک قیمتیکپ غالباً King 's G oblet ،گوبلیٹ، سونےکارہاہوگااور سجی ہوئیجواہرات سے،توبہت ہی قیمتیکوئی گوبلیٹتھاوہKing کا ،تو وہ گمہوگیا اتفاقاً ۔</w:t>
      </w:r>
    </w:p>
    <w:p>
      <w:r>
        <w:rPr>
          <w:b/>
        </w:rPr>
        <w:t xml:space="preserve">[05:29] </w:t>
      </w:r>
      <w:r>
        <w:t>to jo karkun the un ko yeh laga ke yeh bhaiyon mein se kisi ne rakh liya hai apne paas,</w:t>
      </w:r>
    </w:p>
    <w:p>
      <w:pPr>
        <w:jc w:val="right"/>
      </w:pPr>
      <w:r>
        <w:t>توجو کار کن تھے انکو یہ لگاکہ یہ بھائیوں میںسےکسی نے رکھلیاہےاپنےپاس،</w:t>
      </w:r>
    </w:p>
    <w:p>
      <w:r>
        <w:rPr>
          <w:b/>
        </w:rPr>
        <w:t xml:space="preserve">[05:37] </w:t>
      </w:r>
      <w:r>
        <w:t>to unhon ne awaz di jab bhai ja rahe the to ke bhai tum log chor ho, to unhon ne kaha ke tumhari kya cheez gum ho gayi hai, hum to chor nahin hain, hum chori karne nahin aaye yahan .</w:t>
      </w:r>
    </w:p>
    <w:p>
      <w:pPr>
        <w:jc w:val="right"/>
      </w:pPr>
      <w:r>
        <w:t>توانہوںنےآواز دی جببھائیجارہےتھےتو کہبھئیتم لوگ چورہو، تو انہوںنےکہا کہ تمہاریکیاچیز گمہوگئیہے،ہمتوچورنہیںہیں،ہمچوریکرنے نہیںآئےیہاں۔</w:t>
      </w:r>
    </w:p>
    <w:p>
      <w:r>
        <w:rPr>
          <w:b/>
        </w:rPr>
        <w:t xml:space="preserve">[05:50] </w:t>
      </w:r>
      <w:r>
        <w:t>to unhon ne kaha ke King ka ek kap jis ko unhon ne . siwa-e-malika, aur jo pehle kap jo rakha tha Yusuf (a.s.) ne us ke liye lafz aaya sakayah, to bhaiyon ne kaha ke hum to chor nahin hain,</w:t>
      </w:r>
    </w:p>
    <w:p>
      <w:pPr>
        <w:jc w:val="right"/>
      </w:pPr>
      <w:r>
        <w:t>توانہوںنےکہاکہ King کاایک کپ جسکوانہوںنے۔ سوائے الملکہ، اورجو پہلے کپ جو رکھاتھا یوسفعلیہالسلامنے اسکےلیے لفظآیا سکایہ، تو بھائیوںنےکہاکہہمتوچورنہیںہیں،</w:t>
      </w:r>
    </w:p>
    <w:p>
      <w:r>
        <w:rPr>
          <w:b/>
        </w:rPr>
        <w:t xml:space="preserve">[06:06] </w:t>
      </w:r>
      <w:r>
        <w:t>to badshah ke jo کارکن the unhon ne kaha ke agar</w:t>
      </w:r>
    </w:p>
    <w:p>
      <w:pPr>
        <w:jc w:val="right"/>
      </w:pPr>
      <w:r>
        <w:t>تو بادشاہکےجو کارکن تھے انہوںنےکہاکہاگر</w:t>
      </w:r>
    </w:p>
    <w:p>
      <w:r>
        <w:rPr>
          <w:b/>
        </w:rPr>
        <w:t xml:space="preserve">[06:11] </w:t>
      </w:r>
      <w:r>
        <w:t>tumhare yahan tumhare saman mein se nikla to kya is ka saza kya hogi, kya saza hogi,</w:t>
      </w:r>
    </w:p>
    <w:p>
      <w:pPr>
        <w:jc w:val="right"/>
      </w:pPr>
      <w:r>
        <w:t>تمہارےہاںتمہارے سامانمیںسے نکلا توکیا اسکا سزاکیاہوگی،کیاسزاہوگی،</w:t>
      </w:r>
    </w:p>
    <w:p>
      <w:r>
        <w:rPr>
          <w:b/>
        </w:rPr>
        <w:t xml:space="preserve">[06:18] </w:t>
      </w:r>
      <w:r>
        <w:t>un se hi poocha bhaiyon se, to bhaiyon ne kaha ke hamare yahan to yeh hota hai</w:t>
      </w:r>
    </w:p>
    <w:p>
      <w:pPr>
        <w:jc w:val="right"/>
      </w:pPr>
      <w:r>
        <w:t>انسےہیپوچھا بھائیوںسے،توبھائیوںنے کہاکہہمارےہاںتویہہوتاہے</w:t>
      </w:r>
    </w:p>
    <w:p>
      <w:r>
        <w:rPr>
          <w:b/>
        </w:rPr>
        <w:t xml:space="preserve">[06:26] </w:t>
      </w:r>
      <w:r>
        <w:t>ke jis ke saman mein se</w:t>
      </w:r>
    </w:p>
    <w:p>
      <w:pPr>
        <w:jc w:val="right"/>
      </w:pPr>
      <w:r>
        <w:t>کہ جسکے سامانمیںسے</w:t>
      </w:r>
    </w:p>
    <w:p>
      <w:r>
        <w:rPr>
          <w:b/>
        </w:rPr>
        <w:t xml:space="preserve">[06:29] </w:t>
      </w:r>
      <w:r>
        <w:t>nikla yani jis ne chori ki woh ghulam ke taur par is ke yahan ruk jata hai jis ka saman hota hai,</w:t>
      </w:r>
    </w:p>
    <w:p>
      <w:pPr>
        <w:jc w:val="right"/>
      </w:pPr>
      <w:r>
        <w:t>نکلےگایعنیجسنےچوریکی وہ غلام کےطورپر اسکےہاںرکجاتاہےجسکاسامانہوتاہے،</w:t>
      </w:r>
    </w:p>
    <w:p>
      <w:r>
        <w:rPr>
          <w:b/>
        </w:rPr>
        <w:t xml:space="preserve">[06:36] </w:t>
      </w:r>
      <w:r>
        <w:t>halan ke King ka qanoon kuch aur tha . ji . King ka qanoon yeh tha ke jo chor hai us ko saza di jaye aur jo saman hai us ki dugni raqam us se li jaye, maan lijiye ke ek hazar rupay ka saman hai to do hazar rupay us se liye jayein aur thori bohat saza di jaye phir</w:t>
      </w:r>
    </w:p>
    <w:p>
      <w:pPr>
        <w:jc w:val="right"/>
      </w:pPr>
      <w:r>
        <w:t>حالانکہKing کاقانون کچھاورتھا۔ جی۔ King کاقانون یہتھاکہ جو چورہے اسکو سزادیا جائے اور جو سامانہے اسکی دوگنی رق ماسسےلیجائے، مانلیجیےایکہزارروپےکاسامانہے تو دوہزارروپےاسسےلیےجائیں اور تھوڑیبہت سزادیجائے پھر</w:t>
      </w:r>
    </w:p>
    <w:p>
      <w:r>
        <w:rPr>
          <w:b/>
        </w:rPr>
        <w:t xml:space="preserve">[06:55] </w:t>
      </w:r>
      <w:r>
        <w:t>chhora jaye . ji . lekin yeh jo unhon ne tajweez kiya bhaiyon ne is mein yeh tha ke agar koi chori karta hai to us ko rukna pare ga, khud unhon ne tajweez kar diya, to jo tajweez kiya unhon ne woh maan liya King ke karkunon ne ke theek hai yehi theek hai, to saman jab dhoonda to is mein se kap mila lekin yeh woh kap nahin tha siwa-e-malika</w:t>
      </w:r>
    </w:p>
    <w:p>
      <w:pPr>
        <w:jc w:val="right"/>
      </w:pPr>
      <w:r>
        <w:t>چھوڑاجائے۔ جی۔لیکن یہجو انہوں نے تج ویزکیا بھائیوںنے اسمیں یہتھاکہ اگر کوئی چوریکرتاہےتو اسکو رکناپڑےگا، خود انہوںنےتجویزکردیا ، توجو تجویزکیا انہوںنے وہ مانلیا King کے کار کنوںنےکہٹھیکہےیہیٹھیکہے، تو سامانجب ڈھونڈا تو اسمیںسے کپ ملا لیکن یہ وہ کپنہیںتھا سوائےالملکہ</w:t>
      </w:r>
    </w:p>
    <w:p>
      <w:r>
        <w:rPr>
          <w:b/>
        </w:rPr>
        <w:t xml:space="preserve">[07:24] </w:t>
      </w:r>
      <w:r>
        <w:t>, yeh kap tha sakayah jo rakha tha Yusuf (a.s.) ne, do alag naam aaye hain, is ko Molana ne Tazkir-ul-Quran mein bohat achha samjhaya hai, aam taur se log samajhte hain ke Yusuf (a.s.) ne rakh diya tha .</w:t>
      </w:r>
    </w:p>
    <w:p>
      <w:pPr>
        <w:jc w:val="right"/>
      </w:pPr>
      <w:r>
        <w:t>،یہکپ تھا سک ایہجورکھاتھا یوسفعلیہالسلامنے،دوالگنامآئےہیں،اسکومول انانے تذکر القرآنمیںبہتاچھاسمجھایا ہے، عامطورسےلوگسمجھتےہیںکہ یوسفعلیہالسلامنےرکھدیا تھا۔</w:t>
      </w:r>
    </w:p>
    <w:p>
      <w:r>
        <w:rPr>
          <w:b/>
        </w:rPr>
        <w:t xml:space="preserve">[07:36] </w:t>
      </w:r>
      <w:r>
        <w:t>ji . ta ke woh is ke chori ke ilzam mein ruk jayein, to is technique jo farq hai dono ke naam mein us se pata chalta hai ke is ka naam tha sakayah . sakayah . sakayah woh hai woh ek muannas lafz hai aur jo siwa-e-malika hai woh muzakkar</w:t>
      </w:r>
    </w:p>
    <w:p>
      <w:pPr>
        <w:jc w:val="right"/>
      </w:pPr>
      <w:r>
        <w:t>جی۔تاکہوہ اس کے چوریکےالزاممیںرکجائیں،تو اس تکنیکی جوفرقہے دونوںکے نام میں اسسےپتہچلتاہےکہاسکانام تھا سکایہ۔سک ایہ۔سکایہجوہےوہایک مؤن ثلفظہے اور جو سو ائےالملکہہےوہ مذکر</w:t>
      </w:r>
    </w:p>
    <w:p>
      <w:r>
        <w:rPr>
          <w:b/>
        </w:rPr>
        <w:t xml:space="preserve">[07:53] </w:t>
      </w:r>
      <w:r>
        <w:t>lafz hai, to sakayah ke liye jo lafz aaya woh woh haa ek zameer hoti hai, segha, woh aaya istakhrajah, agar woh siwa-e-malika hota nikalta to istakhrajah hota, to yeh ek bohat chhota sa nukta hai jo Molana ne wazeh kiya hai ke kap dhoond rahe the woh sakayah aur mila siwa-e-malika, woh bhi qeemti tha, to unhon ne samjha ke unhon ne chori ki hai .</w:t>
      </w:r>
    </w:p>
    <w:p>
      <w:pPr>
        <w:jc w:val="right"/>
      </w:pPr>
      <w:r>
        <w:t>لفظہے، تو سک ایہکےلیےجو لفظ آیا وہ وہ ہاایکضمیرہوتیہے صیغہ ،وہ آیا است خرج ہ، اگر وہ سوائے الملکہہوتا نکلتاتواست خرج ہ ہوتا، تویہایکبہتچھوٹاسانکتہہےجومول انانے واضحکیاہے کہ کپ ڈھونڈتورہےتھےوہ سک ایہاور ملا سوائےالملکہ، وہبھیقیمتیتھا، تو انہوں نے سمجھاکہانہوںنےچوریکیہے۔</w:t>
      </w:r>
    </w:p>
    <w:p>
      <w:r>
        <w:rPr>
          <w:b/>
        </w:rPr>
        <w:t xml:space="preserve">[08:18] </w:t>
      </w:r>
      <w:r>
        <w:t>ji, aur bilkul ishtia'al angizi jo di un ko us ka koi asar nahin hua un ka . ji . ji, aur balkeh Doctor sahib agar dekha jaye to kitna yeh ek display of high character tha Prophet Yusuf ka ke chor batane par bhi woh naraz nahin</w:t>
      </w:r>
    </w:p>
    <w:p>
      <w:pPr>
        <w:jc w:val="right"/>
      </w:pPr>
      <w:r>
        <w:t>جی، اوربالکل اشتعال انگیزیجو دی انکو اسکاکوئی اثرنہیںہوا انکا ۔ جی۔ جی، اور بلکہ ڈاکٹرصاحباگر دیکھاجائےتوکتنا یہ ایک ڈسپلےآف ہائیکریکٹرتھا Prophetیوسفکا کہ چوربتانےپربھی وہ ناراضنہیں</w:t>
      </w:r>
    </w:p>
    <w:p>
      <w:r>
        <w:rPr>
          <w:b/>
        </w:rPr>
        <w:t xml:space="preserve">[08:36] </w:t>
      </w:r>
      <w:r>
        <w:t>hue, balkeh main kahoon ga ke ek pehmana diya hum sab ko ke hum agar apne andar janchana chahein ke hamare andar high character hai ke nahin to hamein yeh dekhna chahiye ke agar koi hamare sath galat bartao kare to kya hum qabil hain ke negative sulook se oopar uthein, negative treatment that is meted out to us and give a positive response, matlab ek predictable character banna, aap</w:t>
      </w:r>
    </w:p>
    <w:p>
      <w:pPr>
        <w:jc w:val="right"/>
      </w:pPr>
      <w:r>
        <w:t>ہوئے، بلکہ میں کہوںگاکہایک پیمانہدیا ہمسبکو کہ ہماگر اپنے اندر جانچناچاہیںکہہمارےاندرہائیکریکٹرہےکہنہیں تو ہمیںیہدیکھناچاہیےکہاگر کوئیہمارے ساتھ غلطبرتاؤکرے تو کیا ہمقابلہیںکہ منفی سلوکسےاوپراٹھیں،NegativeTreatment that ismet edouttous andgiveapos itiveres ponse، مطلب ایک pred ictableکریکٹر بننا، آپ</w:t>
      </w:r>
    </w:p>
    <w:p>
      <w:r>
        <w:rPr>
          <w:b/>
        </w:rPr>
        <w:t xml:space="preserve">[09:02] </w:t>
      </w:r>
      <w:r>
        <w:t>ka jo raaye doosron ke liye banta hai woh is liye nahin banta ke woh aapse mutafiq karte hain ke nahin, to Doctor sahib mujhe yaad aa raha hai ke Molana ne ek bohat achha misaal di thi ke agar ek pul banana ho to us pul ko banane mein steel ka istemal hota hai kyun ke steel mein woh taqat hoti hai woh taqat hoti hai jo pul ko thaame rakh sakti hai, aap ret ka ya kisi aur material ka aap pul nahin bana</w:t>
      </w:r>
    </w:p>
    <w:p>
      <w:pPr>
        <w:jc w:val="right"/>
      </w:pPr>
      <w:r>
        <w:t>کاجو رائے دوسروںکےلیےبنتاہےوہاسلیےنہیںبنےکہوہآپسےمتفقکرتےہیںکہنہیں ، تو ڈاکٹرصاحبمجھے یادآرہاہےکہ مول انانےایکبہتاچھامث الدیاتھاکہ اگر ایک پلبن اناہو تو اس پلکوبن انےمیں اسٹیلکااستعمال ہوتاہےکیونکہ اسٹیل میںوہ طاقتہوتیہےوہطاقتہوتیہے جو پلکو تھامےرکھسکتیہے، آپ ریتکایاکسی اورمو ادکاآپپلنہیںبناسکت</w:t>
      </w:r>
    </w:p>
    <w:p>
      <w:r>
        <w:rPr>
          <w:b/>
        </w:rPr>
        <w:t xml:space="preserve">[09:27] </w:t>
      </w:r>
      <w:r>
        <w:t>sakte, isi tarike se agar maqnateesi maidan aur harkat ko ikatthe laya jaye to jo bahao electronz ka hota hai us se barqi urja paida hoti hai, to yeh jo material objects hain in ki bharose, inhisaar aur pesh goi ki wajah se in ko istemal kiya jata</w:t>
      </w:r>
    </w:p>
    <w:p>
      <w:pPr>
        <w:jc w:val="right"/>
      </w:pPr>
      <w:r>
        <w:t>ے، اسیطریقےسے اگر مق ناطیسی میدان اور حرکتکواکٹھےلایاجائے تو جو بہاؤ الیکٹرانزہوتاہےاسسےبر قیتوانائیپیدا ہوتیہے، تویہجومو ادآبجیکٹسہیں انکی بھروسے، انحصار اور پیش گو ئی کیوجہ سے انکواستعمال کیاجاتا</w:t>
      </w:r>
    </w:p>
    <w:p>
      <w:r>
        <w:rPr>
          <w:b/>
        </w:rPr>
        <w:t xml:space="preserve">[09:45] </w:t>
      </w:r>
      <w:r>
        <w:t>hai, theek usi tarike se ek insaan ka high character hona tab sabit hota hai jab woh aisi soorat-e-haal mein jo manfi hon us mein woh mustaqil rawaiyah dikhaye jo ke hum ne Prophet Yusuf ki zindagi se dekha,</w:t>
      </w:r>
    </w:p>
    <w:p>
      <w:pPr>
        <w:jc w:val="right"/>
      </w:pPr>
      <w:r>
        <w:t>ہے، ٹھیکاسیطریقےسے ایک انسان کا ہائیکریکٹرہونا تب ثابتہوتاہےجبوہایسی صورت حال میں جو من فی ہوں اسمیںوہ مست قل روی ہ دکھ ائے جوکہہمنےProphetیوسفکی زندگی سےدیکھا،</w:t>
      </w:r>
    </w:p>
    <w:p>
      <w:r>
        <w:rPr>
          <w:b/>
        </w:rPr>
        <w:t xml:space="preserve">[10:01] </w:t>
      </w:r>
      <w:r>
        <w:t>to Doctor sahib phir yeh hua ke matlab un ke bhaiyon mein se unhon ne kaha ke aap jab unhon ne kaha ke Binyamin ko hum rokein ge to unhon ne kaha ke aap badle mein hamein rok lijiye, aur ek bhai to dar-e-haqeeqat wapas nahin gaya ke woh bohat zyada sharminda tha ke apne walid Prophet Yaqoob ke samne kaise woh pesh hon ge kyun ke unhon ne wada kiya tha ke hum Binyamin ko wapas le kar aa</w:t>
      </w:r>
    </w:p>
    <w:p>
      <w:pPr>
        <w:jc w:val="right"/>
      </w:pPr>
      <w:r>
        <w:t>توڈاکٹرصاحبپھر یہہوا کہ مطلب انکے بھائیوںمیںسےانہوںنےکہاکہآپ جب انہوںنےکہاکہ بنی امینکوہمروکیںگے توانہوںنےکہاکہآپبدلےمیں ہمیں رکھ لیجیے، اورایکبھائیتو درحقیقت واپسبھینہیںگیا کہ وہبہتزیادہ شرم سارتھا کہ اپنے والد Prophetیعقوبکےسامنے کیسے وہپیش ہوںگےکیونکہانہوںنےوعدہکیا تھا کہہمبنی امینکو واپسلےکرآ</w:t>
      </w:r>
    </w:p>
    <w:p>
      <w:r>
        <w:rPr>
          <w:b/>
        </w:rPr>
        <w:t xml:space="preserve">[10:29] </w:t>
      </w:r>
      <w:r>
        <w:t>enge, to us ke bare mein bataiye Doctor sahib phir kya hua . woh jo piyala jab mila kap mila Binyamin ke bag mein se to bhaiyon ne kaha jaisa aap ne abhi kaha ke yeh to chor hai hi is ka bhai bhi chor tha, to Yusuf (a.s.) ne bara apne upar qabu rakha aur bole ke antum mashar makani</w:t>
      </w:r>
    </w:p>
    <w:p>
      <w:pPr>
        <w:jc w:val="right"/>
      </w:pPr>
      <w:r>
        <w:t>ئیںگے، تو اسکےبارےمیںبتائیےڈاکٹرصاحبپھرکیاہوا ۔ وہ جو پیالہجبملاکپ ملا بنی امینکےبیگمیںسے تو بھائیوںنےکہا جیساآپنےابھیکہا کہ یہتو چورہےہی اسکابھائیبھیچورتھا، تو یوسفعلیہالسلامنےبڑا اپنے اوپر قابورکھا اور بولےکہ انت ھمشر مکان</w:t>
      </w:r>
    </w:p>
    <w:p>
      <w:r>
        <w:rPr>
          <w:b/>
        </w:rPr>
        <w:t xml:space="preserve">[10:57] </w:t>
      </w:r>
      <w:r>
        <w:t>hai yani you are in worst position, matlab yeh yeh tha ke ek bil-wasta unhon ne kaha tha ke tum Binyamin ko chor bata rahe ho tumhari to yeh halat hai ke tum ne ek masoom bachche ko us ke boorhe baap se chura liya tha</w:t>
      </w:r>
    </w:p>
    <w:p>
      <w:pPr>
        <w:jc w:val="right"/>
      </w:pPr>
      <w:r>
        <w:t>ہ یعنی youare inworstposition ، مطلب یہ یہتھا کہایک بالواسطہانہوںنےکہاتھاکہتم بنی امینکوچور بتارہےہو تمہاریتو یہ حالتہے کہتم نے ایک معصوم بچےکو اسکےبوڑھےباپسےچرالیاتھا</w:t>
      </w:r>
    </w:p>
    <w:p>
      <w:r>
        <w:rPr>
          <w:b/>
        </w:rPr>
        <w:t xml:space="preserve">[11:15] </w:t>
      </w:r>
      <w:r>
        <w:t>, to yeh yani kitne bil-wasta aur dhundhle andaaz mein unhon ne baat ki, aur bhaiyon ko dekhiye wahan to keh rahe the apne walid se ke hum le ja rahe hain Binyamin ko aur us ki hifazat karein ge na hifz wa khana keh hum apne bhai ki hifazat karein ge, aur yahan us ko chor sabit kar rahe hain,</w:t>
      </w:r>
    </w:p>
    <w:p>
      <w:pPr>
        <w:jc w:val="right"/>
      </w:pPr>
      <w:r>
        <w:t>، تویہ یعنیکتنے بالو اسط ہاور دھندلےاندازمیںانہوںنے باتکی ،اور بھائیوںکودیکھیے وہاںتوکہہرہےتھےاپنے والد سےکہہم لےجارہےہیں بنی امینکواوراسکیحفاظتکریںگےن حفظ واخانا کہہماپنےبھائیکیحفاظتکریںگے ،اور یہاںاسکو چور ثابتکررہےہیں،</w:t>
      </w:r>
    </w:p>
    <w:p>
      <w:r>
        <w:rPr>
          <w:b/>
        </w:rPr>
        <w:t xml:space="preserve">[11:38] </w:t>
      </w:r>
      <w:r>
        <w:t>yani un ko kehna chahiye tha unhon ne difa karna chahiye tha ke bhai agar kisi ke saman mein se koi kisi ke bag mein se koi saman mila hai to us ka matlab chor thori hai woh, ji ho sakta hai ghalti se rakh diya ho ho sakta hai kisi ne rakh diya ho koi saboot, balkeh unhon ne kaha ke haan yeh to chor hai hi is ke bhai bhi chor tha, to yani jo karkun the mehel ke un ke aur un ko pakka kar diya ke haan yeh to bilkul theek hai jo ilzam hai woh pakka ho gaya, ji</w:t>
      </w:r>
    </w:p>
    <w:p>
      <w:pPr>
        <w:jc w:val="right"/>
      </w:pPr>
      <w:r>
        <w:t>یعنی انکوکہناچاہیےتھاانہیںدفاع کرناچاہیےتھا کہبھئیاگرکسی کےسامانمیںسےکوئی کسی کےبیگمیںسےکوئیسامان ملاہےتواسکامطلبچورتھوڑیہےوہ، جیہوسکتاہےغلطیسےرکھدیا ہوہوسکتاہےکسینےرکھدیاہو کوئیثبوت ،بلکہانہوںنےکہاکہہاںیہتوچورہےہی اسکےبھائیبھی چورتھا،تویعنی جو کار ندےتھے محلکے انکےاور انکو پختہکردیا کہہاںیہتوبالکلٹھیکہے جو الزامہےوہپکاہوگیا،جی</w:t>
      </w:r>
    </w:p>
    <w:p>
      <w:r>
        <w:rPr>
          <w:b/>
        </w:rPr>
        <w:t xml:space="preserve">[12:07] </w:t>
      </w:r>
      <w:r>
        <w:t>to ek tarike se woh unhon ne madad ki un ki ji ke woh yeh sabit karne ke liye ji ke woh chor hai .</w:t>
      </w:r>
    </w:p>
    <w:p>
      <w:pPr>
        <w:jc w:val="right"/>
      </w:pPr>
      <w:r>
        <w:t>توایکطریقےسے وہ انہوں نے مددکیانکی جی کہ وہ یہ ثابت کرنے کےلیے جی کہوہچورہے۔</w:t>
      </w:r>
    </w:p>
    <w:p>
      <w:r>
        <w:rPr>
          <w:b/>
        </w:rPr>
        <w:t xml:space="preserve">[12:16] </w:t>
      </w:r>
      <w:r>
        <w:t>ji</w:t>
      </w:r>
    </w:p>
    <w:p>
      <w:pPr>
        <w:jc w:val="right"/>
      </w:pPr>
      <w:r>
        <w:t>جی</w:t>
      </w:r>
    </w:p>
    <w:p>
      <w:r>
        <w:rPr>
          <w:b/>
        </w:rPr>
        <w:t xml:space="preserve">[12:17] </w:t>
      </w:r>
      <w:r>
        <w:t>aur Doctor sahib jab wapas ghar gaye hon ge aur apne walid sahib Prophet Yaqoob ko bataya hoga ke Binyamin ko chori ke ilzam mein hirasat mein le liya gaya hai .</w:t>
      </w:r>
    </w:p>
    <w:p>
      <w:pPr>
        <w:jc w:val="right"/>
      </w:pPr>
      <w:r>
        <w:t>اورڈاکٹرصاحبجب واپس گھرگئےہوںگےاور اپنے والد صاحبProphetیعقوبکوبتایاہوگاکہ بنی امینکو چوریکے الزاممیں حراستمیںلےلیاگیاہے۔</w:t>
      </w:r>
    </w:p>
    <w:p>
      <w:r>
        <w:rPr>
          <w:b/>
        </w:rPr>
        <w:t xml:space="preserve">[12:28] </w:t>
      </w:r>
      <w:r>
        <w:t>ji . to kitna shauq hue hon ge un ka dil toot gaya hoga . ji . woh is baat ko jante the ke Binyamin kuch bhi ho sakta hai lekin chori nahin kar sakta .</w:t>
      </w:r>
    </w:p>
    <w:p>
      <w:pPr>
        <w:jc w:val="right"/>
      </w:pPr>
      <w:r>
        <w:t>جی۔تو کتنا شوقہوئےہوںگےانکا دل ٹوٹگیاہوگا۔ جی۔ وہ اسباتکو جانتےتھےکہ بنی امینکچھبھیہوسکتاہےلیکن چورینہیںکرسکتا۔</w:t>
      </w:r>
    </w:p>
    <w:p>
      <w:r>
        <w:rPr>
          <w:b/>
        </w:rPr>
        <w:t xml:space="preserve">[12:37] </w:t>
      </w:r>
      <w:r>
        <w:t>yaqeenan to kya kya hua doctor sahib iske baad inka kya radd e amal tha prophet yaqoob ka iske bare mein bataein</w:t>
      </w:r>
    </w:p>
    <w:p>
      <w:pPr>
        <w:jc w:val="right"/>
      </w:pPr>
      <w:r>
        <w:t>یقینا۔ تو کیا کیا ہوا ڈاکٹرصاحباسکےبعد انکاکیا ردعملتھا Prophetیعقوبکااسکےبارےمیںبتائیں۔</w:t>
      </w:r>
    </w:p>
    <w:p>
      <w:r>
        <w:rPr>
          <w:b/>
        </w:rPr>
        <w:t xml:space="preserve">[12:46] </w:t>
      </w:r>
      <w:r>
        <w:t>aaj jaisa aap ne pehle abhi bataya bhi ke ek bhai to wahin ruk gaya. ji. ab woh bhai jo tha woh he was one of the elder brothers do jo bare bhai the sab se bare do bhai ek ka naam robin aata hai ek ka naam yahuda aata hai.</w:t>
      </w:r>
    </w:p>
    <w:p>
      <w:pPr>
        <w:jc w:val="right"/>
      </w:pPr>
      <w:r>
        <w:t>آججیساآپنےپہلے ابھیبتایا بھیکہ ایکبھائیتووہیںرکگیا۔ جی۔ ابوہبھائیجوتھا وہ hewasoneoftheelderbrothers دو جو بڑےبھائی تھے سبسےبڑےدوبھائی ایک کانام روبنآتاہےایککانامیہوداآتاہے۔</w:t>
      </w:r>
    </w:p>
    <w:p>
      <w:r>
        <w:rPr>
          <w:b/>
        </w:rPr>
        <w:t xml:space="preserve">[13:00] </w:t>
      </w:r>
      <w:r>
        <w:t>ji. to yeh dono narm konay thay inka bachpan se shuru mein jab yeh log irada kar rahe thay ke yusuf ko daal dein kuwein mein ya maar dein ya qatal hi kar dein to is ne kaha tha isi bhai ne kaha tha ke bhai qatal mat karo kisi kun</w:t>
      </w:r>
    </w:p>
    <w:p>
      <w:pPr>
        <w:jc w:val="right"/>
      </w:pPr>
      <w:r>
        <w:t>جی۔ تویہدونوں نرم کونےتھےانکا بچپنسے شروعمیںجبیہلوگ ارادہکررہےتھےکہیوسف کو ڈالدیںکنویںمیںیامار دیںیاقتلہیکردیںتو اسنےکہاتھا اسیبھائینےکہاتھا کہ بھئی قتلمتکروکسی کن</w:t>
      </w:r>
    </w:p>
    <w:p>
      <w:r>
        <w:rPr>
          <w:b/>
        </w:rPr>
        <w:t xml:space="preserve">[13:15] </w:t>
      </w:r>
      <w:r>
        <w:t>wein mein daal do ho sakta hai ke koi qafila aa ke le jaye to is ne kaha tha ke bhai ab mein wapas nahi ja sakta. ji. ab mein jaunga nahi wapas mein misr mein rahunga mere andar himmat nahi hai ke apne walid ko chehra dikhaun apna to phir khair saare bhai nikle wapas gaye aur ja ke bataya yaqoob alehالسلام ko ke tumhare bete ne chori ki hai chori ke ilzaam mein woh us ko rokk liya hai</w:t>
      </w:r>
    </w:p>
    <w:p>
      <w:pPr>
        <w:jc w:val="right"/>
      </w:pPr>
      <w:r>
        <w:t>ویںمیںڈالدو ہوسکتاہےکہکوئی قافلہآکےلےجائے تو اسینےکہاکہبھئیابمیںواپسنہیںجاسکتا۔ جی۔ابمیںجاؤںگانہیں واپسمیںمصر میںرہوںگا میرےاندرہمتنہیںہےکہاپنےوالد کو چہرہدکھاؤںاپنا توپھرخیرسارےبھائینکلے واپس گئے اور جاکےبت ایا یعقوبعلیہالسلامکو کہ تمہارےبیٹےنے چوریکیہے چوریکے الزاممیںوہ اسکوروکلیاہے</w:t>
      </w:r>
    </w:p>
    <w:p>
      <w:r>
        <w:rPr>
          <w:b/>
        </w:rPr>
        <w:t xml:space="preserve">[13:42] </w:t>
      </w:r>
      <w:r>
        <w:t>to hazrat yaqoob alehالسلام ne jab yeh dardnak baat suni to unhein yaqeen nahi aaya woh woh jante thay apne bete ko khaas taur se bini amin ko ke bohat shareef insan tha woh bohat shareef bacha tha woh kaise aisa kar sakta hai.</w:t>
      </w:r>
    </w:p>
    <w:p>
      <w:pPr>
        <w:jc w:val="right"/>
      </w:pPr>
      <w:r>
        <w:t>تو حضرت یعقوبعلیہالسلامنےجبیہدردناک باتسنیتوانہیں یقیننہیںآیا وہ وہجانتےتھے اپنےبیٹےکو خاص طور سے بنی امینکو کہبہتہیشریفانسان تھاوہبہتہیشریفبچہتھاوہ کیسے ایسا کرسکتاہے۔</w:t>
      </w:r>
    </w:p>
    <w:p>
      <w:r>
        <w:rPr>
          <w:b/>
        </w:rPr>
        <w:t xml:space="preserve">[13:58] </w:t>
      </w:r>
      <w:r>
        <w:t>ji. lekin bhaiyon ne barha yaqeen dilaya ke aap jo hum saath jan jo gyarah thay hum saath gaye thay hum jin logon ke saath hum aaye hain un se pooch li jiye.</w:t>
      </w:r>
    </w:p>
    <w:p>
      <w:pPr>
        <w:jc w:val="right"/>
      </w:pPr>
      <w:r>
        <w:t>جی۔لیکن بھائیوںنے بڑایقیندل ایا کہآپ جو ہم ساتھ جن جو گیارہوں ہمیںساتھ گئےتھےہم جنلوگوںکےساتھ ہمآئےہیں انسےپوچھلیجیے۔</w:t>
      </w:r>
    </w:p>
    <w:p>
      <w:r>
        <w:rPr>
          <w:b/>
        </w:rPr>
        <w:t xml:space="preserve">[14:10] </w:t>
      </w:r>
      <w:r>
        <w:t>ji. lekin koi baat manin nahi unhon ne. ji. kaha un ko poora yaqeen tha ke yeh koi na koi is ke andar in logon ki chaal hai.</w:t>
      </w:r>
    </w:p>
    <w:p>
      <w:pPr>
        <w:jc w:val="right"/>
      </w:pPr>
      <w:r>
        <w:t>جی۔لیکن کوئیبات مانینہیں انہوںنے۔ جی۔کہانکو پورایقینتھا کہیہکوئینہکوئی اسکےاندر انلوگوںکیچالہے۔</w:t>
      </w:r>
    </w:p>
    <w:p>
      <w:r>
        <w:rPr>
          <w:b/>
        </w:rPr>
        <w:t xml:space="preserve">[14:19] </w:t>
      </w:r>
      <w:r>
        <w:t>ji balkeh doctor sahib agar dekha jaye ke kitna zyada sabr karna pada hoga prophet yaqoob ko. ji.</w:t>
      </w:r>
    </w:p>
    <w:p>
      <w:pPr>
        <w:jc w:val="right"/>
      </w:pPr>
      <w:r>
        <w:t>جی بلکہڈاکٹرصاحباگردیکھاجائےکہ کتنا زیادہ صبرکرنا پڑاہوگا Prophetیعقوبکو ۔جی۔</w:t>
      </w:r>
    </w:p>
    <w:p>
      <w:r>
        <w:rPr>
          <w:b/>
        </w:rPr>
        <w:t xml:space="preserve">[14:29] </w:t>
      </w:r>
      <w:r>
        <w:t>agar agar is ko khud par le kar sochein ke agar aap ki sab se azeem cheez aap se le li jaye. hmm. to kitna mushkil hai</w:t>
      </w:r>
    </w:p>
    <w:p>
      <w:pPr>
        <w:jc w:val="right"/>
      </w:pPr>
      <w:r>
        <w:t>اگر اگر اسکوخود پرلےکرسوچیںکہاگرآپکیسبسے عظیمچیز آپسےلےلیجائے۔ ہمم۔ توکتنا مشکل ہے</w:t>
      </w:r>
    </w:p>
    <w:p>
      <w:r>
        <w:rPr>
          <w:b/>
        </w:rPr>
        <w:t xml:space="preserve">[14:37] </w:t>
      </w:r>
      <w:r>
        <w:t>lekin prophet yaqoob ne jo misaal yeh sabr dikhaya is ko quran mein bhi meetha sabr kaha gaya hai to mein chahunga ke aap sab ko bataein ke yeh meetha sabr ke kya maani hain is ko wazeh karein.</w:t>
      </w:r>
    </w:p>
    <w:p>
      <w:pPr>
        <w:jc w:val="right"/>
      </w:pPr>
      <w:r>
        <w:t>لیکن Prophet یعقوبنےجو مث الی یہ صبردکھایا اسکو قرآنمیںبھی میٹھاصبر کہاگیاہے تومیںچاہوںگاکہآپ سبکوبتائیںکہ یہمیٹھاص بر کےکیا مع نیہیں اسکو واضحکریں۔</w:t>
      </w:r>
    </w:p>
    <w:p>
      <w:r>
        <w:rPr>
          <w:b/>
        </w:rPr>
        <w:t xml:space="preserve">[14:53] </w:t>
      </w:r>
      <w:r>
        <w:t>yaqoob alehالسلام ne to manin nahi baat un ki jo unhon ne bhaiyon ne aa ke batai balkeh kaha unhon ne qalb su lat lakum anfus kum amra ke tumhare tum ne apne dil se ek baat bana li hai</w:t>
      </w:r>
    </w:p>
    <w:p>
      <w:pPr>
        <w:jc w:val="right"/>
      </w:pPr>
      <w:r>
        <w:t>یعقوبعلیہالسلامنےتو مانینہیںباتانکی جوانہوںنےبھائیوںنےآکےبتائی بلکہکہاانہوںنے قالبل سولت لکم انفس کم امرا کہتمہارے تم نےاپنےدلسےایکباتبنالیہے</w:t>
      </w:r>
    </w:p>
    <w:p>
      <w:r>
        <w:rPr>
          <w:b/>
        </w:rPr>
        <w:t xml:space="preserve">[15:07] </w:t>
      </w:r>
      <w:r>
        <w:t>tumhare jo nafs hai is ne ek baat bana li hai aur kaha ke fasbir jameel meetha sabr. ji. yani meetha sabr is a form of patience in which one complains to God alone and not to other human beings</w:t>
      </w:r>
    </w:p>
    <w:p>
      <w:pPr>
        <w:jc w:val="right"/>
      </w:pPr>
      <w:r>
        <w:t>تمہارےجو نفس ہےاسنےایکبات بنالیہےاورکہاکہفصبر جمیل میٹھاصبر ۔ جی۔یعنی میٹھاص بر is aform ofpatience inwhich one complains to God alone andnot toother human be ings</w:t>
      </w:r>
    </w:p>
    <w:p>
      <w:r>
        <w:rPr>
          <w:b/>
        </w:rPr>
        <w:t xml:space="preserve">[15:23] </w:t>
      </w:r>
      <w:r>
        <w:t>yani sirf Allah se woh apni takleef ko bayan karta hai aur is ko hadith mein kaha gaya hai man ajat yani yun aji rabbah ke woh apne rabb se hum kalam hota hai aur sabr ke andaz mein munajat woh hai woh sabr ke andaz mein hoti hai is mein koi shor nahi hota ke zor se bol</w:t>
      </w:r>
    </w:p>
    <w:p>
      <w:pPr>
        <w:jc w:val="right"/>
      </w:pPr>
      <w:r>
        <w:t>یعنی صرف اللہ سے وہ اپنیتکلیفکوبیانکرتاہے اور اسیکو حدیثمیںکہاگیا ہے من اجات یعنی یون اجی ربہ کہوہ اپنے ربسے ہمکلامہوتاہے وس پرکےاندازمیں مناجاتجوہےوہ وس پرکےاندازمیںہوتیہےاسمیںکوئیشور نہیںہوتاکہزورسےبول</w:t>
      </w:r>
    </w:p>
    <w:p>
      <w:r>
        <w:rPr>
          <w:b/>
        </w:rPr>
        <w:t xml:space="preserve">[15:45] </w:t>
      </w:r>
      <w:r>
        <w:t>e insan khamosh awaz mein insan Khuda se baatein karta hai aur yeh ek ek yeh ek exchange hota hai yani Allah ki taraf se inspirations aate hain aur insan dheemi awaz mein Allah se baatein karta hai yeh ek tareeqe se guftagu woh hoti hai baatcheet hoti hai bohat hi khamosh andaz mein aur quran mein is ko kaha gaya hai hazrat zakariya ki dua ke andar yeh baat aai hai.</w:t>
      </w:r>
    </w:p>
    <w:p>
      <w:pPr>
        <w:jc w:val="right"/>
      </w:pPr>
      <w:r>
        <w:t>ےانسان خاموش آوازمیں انسان خداسے باتیںکرتاہےاوریہ ایک ایک یہایکسچینجہوتاہےیعنیاللہ کیطرفسے انسپیریشنزآتےہیں اور انسان دھیمیآوازمیں اللہ سےباتیں کرتاہےیہایکطریقےسے گفتگوہوتیہےباتچیتہوتیہے بہتہی خاموش اندازمیں اور قرآنمیں اسکو کہاگیا ہے حضرت زکر یاکیدعاکےاندریہباتآئیہے۔</w:t>
      </w:r>
    </w:p>
    <w:p>
      <w:r>
        <w:rPr>
          <w:b/>
        </w:rPr>
        <w:t xml:space="preserve">[16:12] </w:t>
      </w:r>
      <w:r>
        <w:t>ji.</w:t>
      </w:r>
    </w:p>
    <w:p>
      <w:pPr>
        <w:jc w:val="right"/>
      </w:pPr>
      <w:r>
        <w:t>جی۔</w:t>
      </w:r>
    </w:p>
    <w:p>
      <w:r>
        <w:rPr>
          <w:b/>
        </w:rPr>
        <w:t xml:space="preserve">[16:13] </w:t>
      </w:r>
      <w:r>
        <w:t>az nadara rabbah nida khufiya ke is ne apne rabb ko bari dheemi awaz mein low voice mein pukara</w:t>
      </w:r>
    </w:p>
    <w:p>
      <w:pPr>
        <w:jc w:val="right"/>
      </w:pPr>
      <w:r>
        <w:t>از نادارب ربہ ندا خفیہ کہاسنےاپنے رب کو بڑی دھیمیآوازمیں لو وائسمیں پکارا</w:t>
      </w:r>
    </w:p>
    <w:p>
      <w:r>
        <w:rPr>
          <w:b/>
        </w:rPr>
        <w:t xml:space="preserve">[16:22] </w:t>
      </w:r>
      <w:r>
        <w:t>to yeh jo low voice hai yahi darasal woh woh hai tareeqa yani ke jis mein aap Khuda se qareeb hote hain aur Khuda se jud jaate hain aur phir bole qala in ma ashku bath zani ala Allah ke mein apni pareshani aur apne gham ko ki shikayat sirf Allah se kar</w:t>
      </w:r>
    </w:p>
    <w:p>
      <w:pPr>
        <w:jc w:val="right"/>
      </w:pPr>
      <w:r>
        <w:t>تو یہجو لو وائس ہے یہی دراصل وہوہہے طریقہ یعنی کہجسمیںآپ خداسےقریبہوتےہیں اور خداسے جڑجاتےہیں اور پھر بولے قال ان مااشکو ب سوح زنیالا اللہ کہمیں اپنی پریشانیاور اپنے غم کو کیشکایت صرف اللہ سے کر</w:t>
      </w:r>
    </w:p>
    <w:p>
      <w:r>
        <w:rPr>
          <w:b/>
        </w:rPr>
        <w:t xml:space="preserve">[16:46] </w:t>
      </w:r>
      <w:r>
        <w:t>tahoon. mashaa'allaah. tuwasterahse yani kabhi bhi yeh sabr-e-jameel jowhe meethaa sabr yeh ek tareeqe se</w:t>
      </w:r>
    </w:p>
    <w:p>
      <w:pPr>
        <w:jc w:val="right"/>
      </w:pPr>
      <w:r>
        <w:t>تاہوں ۔ماشاءاللہ۔تواسطرحسےیعنی کبھیبھی یہصبر جمیلجوہے میٹھاص بر یہایکطریقےسے</w:t>
      </w:r>
    </w:p>
    <w:p>
      <w:r>
        <w:rPr>
          <w:b/>
        </w:rPr>
        <w:t xml:space="preserve">[16:56] </w:t>
      </w:r>
      <w:r>
        <w:t>kabhi bhi koi crisis ho koi pareshani ho to</w:t>
      </w:r>
    </w:p>
    <w:p>
      <w:pPr>
        <w:jc w:val="right"/>
      </w:pPr>
      <w:r>
        <w:t>کبھیبھیکوئیکرائسسہو کوئیپریشانیہو تو</w:t>
      </w:r>
    </w:p>
    <w:p>
      <w:r>
        <w:rPr>
          <w:b/>
        </w:rPr>
        <w:t xml:space="preserve">[17:00] </w:t>
      </w:r>
      <w:r>
        <w:t>allah se pur-umeed rehna chahiye aur yeh jo</w:t>
      </w:r>
    </w:p>
    <w:p>
      <w:pPr>
        <w:jc w:val="right"/>
      </w:pPr>
      <w:r>
        <w:t>اللہ سے پرامیدرہناچاہیےاوریہجو</w:t>
      </w:r>
    </w:p>
    <w:p>
      <w:r>
        <w:rPr>
          <w:b/>
        </w:rPr>
        <w:t xml:space="preserve">[17:03] </w:t>
      </w:r>
      <w:r>
        <w:t>khuda ka nazariya hai islam mein ke woh khaliq hai woh malik hai woh haraam hamein dekh raha hai hamein sun raha hai</w:t>
      </w:r>
    </w:p>
    <w:p>
      <w:pPr>
        <w:jc w:val="right"/>
      </w:pPr>
      <w:r>
        <w:t>خداکا نظریہہے اسلام میں کہوہخالقہے وہ مالکہےوہ حرام ہمیںدیکھرہاہےہمیںسنرہاہے</w:t>
      </w:r>
    </w:p>
    <w:p>
      <w:r>
        <w:rPr>
          <w:b/>
        </w:rPr>
        <w:t xml:space="preserve">[17:12] </w:t>
      </w:r>
      <w:r>
        <w:t>hamari dua qabool karta hai to yeh ek ek aisa concept hai allah taa'ala ka khuda ka concept ke is se</w:t>
      </w:r>
    </w:p>
    <w:p>
      <w:pPr>
        <w:jc w:val="right"/>
      </w:pPr>
      <w:r>
        <w:t>ہماری دعاقبول کرتاہےتویہ ایک ایکایسا کانسیپٹہے اللہ تعالیکا خداکاکانسیپٹکہاسسے</w:t>
      </w:r>
    </w:p>
    <w:p>
      <w:r>
        <w:rPr>
          <w:b/>
        </w:rPr>
        <w:t xml:space="preserve">[17:21] </w:t>
      </w:r>
      <w:r>
        <w:t>insaan na-umeed nahin hota hai aur aur</w:t>
      </w:r>
    </w:p>
    <w:p>
      <w:pPr>
        <w:jc w:val="right"/>
      </w:pPr>
      <w:r>
        <w:t>انسان ناامیدنہیںہوتاہے اور اور</w:t>
      </w:r>
    </w:p>
    <w:p>
      <w:r>
        <w:rPr>
          <w:b/>
        </w:rPr>
        <w:t xml:space="preserve">[17:26] </w:t>
      </w:r>
      <w:r>
        <w:t>depression mein nahin jaata</w:t>
      </w:r>
    </w:p>
    <w:p>
      <w:pPr>
        <w:jc w:val="right"/>
      </w:pPr>
      <w:r>
        <w:t>ڈپریشنمیںنہیںجاتا</w:t>
      </w:r>
    </w:p>
    <w:p>
      <w:r>
        <w:rPr>
          <w:b/>
        </w:rPr>
        <w:t xml:space="preserve">[17:27] </w:t>
      </w:r>
      <w:r>
        <w:t>. ji bohat achi baat batai doctor sahib aap ne matlab insan ke andar itni thinking ho ke agar koi aisi surat e haal pesh aaye jo ek setback wali surat e haal ho jis mein aap bohat barhi mushkil mein pad jayein to aap is ko Allah ke hawale mein daal dein aur har bari yeh hota hai ke jo test aata hai woh aap ke behtareen ke liye hi hota hai.</w:t>
      </w:r>
    </w:p>
    <w:p>
      <w:pPr>
        <w:jc w:val="right"/>
      </w:pPr>
      <w:r>
        <w:t>۔ جی بہت اچھی باتبتائیڈاکٹرصاحبآپنےمطلب انسان کےاندراتنی ہائیتھنکنگہو کہاگر کوئیایسیصورت حال پیش آئے جو ایک سیٹبیکوالیصورت حالہو جسمیںآپ بہت بڑیمشکلمیںپڑجائیں تو آپ اسکو اللہ کےکھانےمیں ڈالدیں اور ہرباریہیہوتاہےکہجوٹیسٹ آتاہےوہآپکےبہترینکےلیےہیہوتاہے۔</w:t>
      </w:r>
    </w:p>
    <w:p>
      <w:r>
        <w:rPr>
          <w:b/>
        </w:rPr>
        <w:t xml:space="preserve">[17:50] </w:t>
      </w:r>
      <w:r>
        <w:t>sahih sahih. aur prophet yaqoob ne bhi wohi kiya ke Allah ke hawale mein is ko daal diya. doctor sahib lekin un ka itna zyada yusuf un ke bete aur bini amin se itna zyada pyar tha dono beton ko ab kho chuke thay to kaha jata hai ke woh itna zyada roye itna zyada roye ke un ki aankhon ki roshni chali gayi.</w:t>
      </w:r>
    </w:p>
    <w:p>
      <w:pPr>
        <w:jc w:val="right"/>
      </w:pPr>
      <w:r>
        <w:t>صحیحصحیح۔اور Prophetیعقوبنےبھیوہیکیا کہ اللہ کےکھانےمیںاسکوڈالدیا ۔ ڈاکٹرصاحبلیکن انکا اتنا زیادہ یوسفانکےبیٹےاور بنی امینسےاتنازیادہ پیارتھا دونوںبیٹوںکواب کھوچکےتھے تو کہانیمیںآتاہےکہوہ اتنازیادہ روئےاتنازیادہ روئےکہانکیآنکھوںکیروشنی چلیگئی ۔</w:t>
      </w:r>
    </w:p>
    <w:p>
      <w:r>
        <w:rPr>
          <w:b/>
        </w:rPr>
        <w:t xml:space="preserve">[18:12] </w:t>
      </w:r>
      <w:r>
        <w:t>to is ke bare mein bataein is is mor mor ke bare mein bataein. haan woh lekin unhon ne umeed nahi khoyi. ji.</w:t>
      </w:r>
    </w:p>
    <w:p>
      <w:pPr>
        <w:jc w:val="right"/>
      </w:pPr>
      <w:r>
        <w:t>تو اسکےبارےمیں بت ائیں اس اس موڑموڑکےبارےمیںبتائیں۔ ہاں وہ لیکن انہوں نے امیدنہیں کھوئی۔ جی۔</w:t>
      </w:r>
    </w:p>
    <w:p>
      <w:r>
        <w:rPr>
          <w:b/>
        </w:rPr>
        <w:t xml:space="preserve">[18:20] </w:t>
      </w:r>
      <w:r>
        <w:t>takleef to hui bohat lekin unhon ne kaha ke mujhe umeed hai ke Allah taala mujhe</w:t>
      </w:r>
    </w:p>
    <w:p>
      <w:pPr>
        <w:jc w:val="right"/>
      </w:pPr>
      <w:r>
        <w:t>تکلیف توہوئی بہت لیکن انہوںنے کہا کہمجھےامیدہےکہاللہتعالی مجھے</w:t>
      </w:r>
    </w:p>
    <w:p>
      <w:r>
        <w:rPr>
          <w:b/>
        </w:rPr>
        <w:t xml:space="preserve">[18:27] </w:t>
      </w:r>
      <w:r>
        <w:t>un sab ko wapas le aye ga aur phir bhaiyon se to alag ho gaye aur bole ya asfa ala yusuf haye yusuf bohat hi takleef mein aur gham ke andaz mein kaha ke ya asfa ala yusuf haye yusuf aur quran mein aata hai wa bidat ainahu min al huzn ke un ki aankhein safed ho gayeen yani he incidence yaqoob alehالسلام wept so much that he went blind</w:t>
      </w:r>
    </w:p>
    <w:p>
      <w:pPr>
        <w:jc w:val="right"/>
      </w:pPr>
      <w:r>
        <w:t>انسبکوواپسلےآئےگا اور پھر بھائیوںسےتوالگہوگئے اور بول ے یا اصف علی یوسف ہائےیوسف بہت ہیتکلیف میںاور غم کے اندازمیں کہاکہیا اصف علییوسف ہائےیوسف اور قرآنمیںآتاہے وب یدت عیناہمن الحزن کہانکی آنکھیں سفیدہوگئیں یعنی انہیسیڈنس یعقوبعلیہالسلام ویپٹسو مچ دیٹہی وینٹبل</w:t>
      </w:r>
    </w:p>
    <w:p>
      <w:r>
        <w:rPr>
          <w:b/>
        </w:rPr>
        <w:t xml:space="preserve">[18:56] </w:t>
      </w:r>
      <w:r>
        <w:t>haind is ko quran mein aankhein safed hona kaha gaya hai to is se andaza hota hai ke kitni takleef aur aur aur gham ke andar yaqoob alehالسلام ne bare sabr ka yani muzahira kiya.</w:t>
      </w:r>
    </w:p>
    <w:p>
      <w:pPr>
        <w:jc w:val="right"/>
      </w:pPr>
      <w:r>
        <w:t>ائنڈ اسیکو قرآنمیں آنکھیںسفیدہوناکہاگیاہے تو اسسےاندازہہوتاہے کہ کتنی تکلیفاور اور اور غم کےاندر یعقوبعلیہالسلامنے بڑے صبرکا یعنیمظاہرہکیا۔</w:t>
      </w:r>
    </w:p>
    <w:p>
      <w:r>
        <w:rPr>
          <w:b/>
        </w:rPr>
        <w:t xml:space="preserve">[19:11] </w:t>
      </w:r>
      <w:r>
        <w:t>ji doctor sahib bilkul aap ne sahi kaha ke un ka sabr un ka iman itna zyada tha ke Allah par poora bharosa tha un ko aur un ko is baat par yaqeen tha ke un ke bete yusuf ko jo bachpan mein jab khwab aaya tha un ke mustaqbil ko le kar woh zaroor sach sabit hoga aur isi liye unhon ne apne beton ko kaha ke dobara misr wapas jao yusuf ko dhoondo aur bini amin ko hirasat se chudwao to</w:t>
      </w:r>
    </w:p>
    <w:p>
      <w:pPr>
        <w:jc w:val="right"/>
      </w:pPr>
      <w:r>
        <w:t>جی ڈاکٹرصاحببالکل آپنے صحیحکہاکہانکا صبر انکا ایمان اتنا زیادہ تھا کہ اللہ پرپورابھروسہتھاانکو اور انکواسباتپریقینتھا کہ انکے بیٹےیوسفکو جو بچپنمیںجب خوابآیاتھا انکے مست قبلکولےکر وہ ضرور سچ ثابتہوگا اور اسیلیے انہوںنے اپنے بیٹوںکوکہاکہ دوبارہ مصر واپسجاؤ یوسفکوڈھونڈواور بنی امینکو حراستسے چھڑواؤ تو</w:t>
      </w:r>
    </w:p>
    <w:p>
      <w:r>
        <w:rPr>
          <w:b/>
        </w:rPr>
        <w:t xml:space="preserve">[19:40] </w:t>
      </w:r>
      <w:r>
        <w:t>doctor sahib aske baad kya hua iske bare mein bataein. haan jaisa aapne kaha ke woh bohat hi pur umeed thay apni mayoos nahi hue aur beton se kaha ke jao misr dobara aur ja ke yusuf ko aur uske bhai ko talash karo aur Allah se na umeed na ho bole ke la tasm Allah ke Allah se kabhi bhi na umeed na ho dona t dispeir of</w:t>
      </w:r>
    </w:p>
    <w:p>
      <w:pPr>
        <w:jc w:val="right"/>
      </w:pPr>
      <w:r>
        <w:t>ڈاکٹرصاحباسکےبعد کیا ہوا اسکےبارےمیںبت ائیں۔ ہاںجیساآپنےکہاکہ وہ بہتہی پرامیدتھے اپنی مایوسنہیںہوئے اور بیٹوںسےکہاکہجاؤ مصر دوبارہ اور جاکے یوسفکو اور اسکےبھائیکو تلاشکرو اوراللہ سے ناامید نہرہو بول ےکہ لا تی سم اللہ کہ اللہ سےکبھیبھی ناامیدنہرہوڈوناٹ ڈسپیئراف</w:t>
      </w:r>
    </w:p>
    <w:p>
      <w:r>
        <w:rPr>
          <w:b/>
        </w:rPr>
        <w:t xml:space="preserve">[20:09] </w:t>
      </w:r>
      <w:r>
        <w:t>gods mercy ke Allah ki rehmat se kabhi mayoos na ho to yeh is se pata chalta hai ke insaan ko kabhi bhi kaise bhi halaat ho jaye mayoos nahi hona chahiye chunke khuda ki rehmat itni ziyada hai ke woh haram hamari dua qabool karne ke liye tayyar hai to jo hamein sabak milta hai yaqoob alehissalam aur yusuf alehissalam ke waqe mein ke kabhi bhi negative nahi hue yeh dono</w:t>
      </w:r>
    </w:p>
    <w:p>
      <w:pPr>
        <w:jc w:val="right"/>
      </w:pPr>
      <w:r>
        <w:t>گاڈزمرسی کہاللہ کیرحمتسےکبھی مایوسنہرہو تو یہ اسسےپتہچلتاہے کہ انسانکوکبھیبھی کیسےبھیحالاتہوجائیں مایوسنہیں ہوناچاہیے چونکہ خداکیرحمت اتنیزیادہ ہے کہ وہ حرام ہماریدعاقبولکرنے کےلیے تیار ہے تو جو ہمیں سبقملتاہے یعقوبعلیہالسلام اوریوسفعلیہالسلامکےواقع ےمیں کہ کبھیبھی نیگیٹیونہیںہوئے یہ دونوں</w:t>
      </w:r>
    </w:p>
    <w:p>
      <w:r>
        <w:rPr>
          <w:b/>
        </w:rPr>
        <w:t xml:space="preserve">[20:37] </w:t>
      </w:r>
      <w:r>
        <w:t>ji aur bohat hi positive rahe halanke itni takleef se guzre bas Allah ki taraf rukh kiya unhone aur jaisa abhi maine bataya tha ke logon logon ki taraf rukh karne ke bajaye khuda ki taraf rukh karna yani jo bhi takleef insaan ki hai woh ek to hai ke logon se bayan kare jaisa aajkal log bayan karte rehte hain balki khuda ki taraf insaan ko rukh karna chahiye koi bhi takleef hai koi bhi</w:t>
      </w:r>
    </w:p>
    <w:p>
      <w:pPr>
        <w:jc w:val="right"/>
      </w:pPr>
      <w:r>
        <w:t>۔ جی۔اور بہت ہی پوزیٹیورہے حالانکہاتنیتکلیف سے گزرے بس اللہ کیطرف رخکیاانہوں نے اور جیسا ابھیمیںنےبتایاتھاکہلوگوں لوگوں کیطرف رخکرنےکےبجائےخداکیطرف رخکرنا یعنیجوبھیتکلیفانسان کیہے وہ ایکتوہےکہلوگوںسےبیان کریںجیساآجکل لوگ بیان کرتے رہتےہیں بلکہ خدا کیطرف انسانکو رخکرناچاہیےکوئیبھیتکلیفہےکوئیبھی</w:t>
      </w:r>
    </w:p>
    <w:p>
      <w:r>
        <w:rPr>
          <w:b/>
        </w:rPr>
        <w:t xml:space="preserve">[21:05] </w:t>
      </w:r>
      <w:r>
        <w:t>pareshani hai to yahi hamein bohat zabardast ek sabak milta hai.</w:t>
      </w:r>
    </w:p>
    <w:p>
      <w:pPr>
        <w:jc w:val="right"/>
      </w:pPr>
      <w:r>
        <w:t>پریشانیہےتو یہیہمیںبہتزبرد ست ایک سبقملتاہے۔</w:t>
      </w:r>
    </w:p>
    <w:p>
      <w:r>
        <w:rPr>
          <w:b/>
        </w:rPr>
        <w:t xml:space="preserve">[21:09] </w:t>
      </w:r>
      <w:r>
        <w:t>ji doctor saahib yeh bohat hi important aap ne baat batai kyunke aksar</w:t>
      </w:r>
    </w:p>
    <w:p>
      <w:pPr>
        <w:jc w:val="right"/>
      </w:pPr>
      <w:r>
        <w:t>جی ڈاکٹرصاحبیہبہت ہی امپورٹنٹ آپنےباتبتائیکیونکہاکثر</w:t>
      </w:r>
    </w:p>
    <w:p>
      <w:r>
        <w:rPr>
          <w:b/>
        </w:rPr>
        <w:t xml:space="preserve">[21:13] </w:t>
      </w:r>
      <w:r>
        <w:t>humein yeh log dekhte hain ke dunya mein log aksar bayan karte hain ke takleefon ka pahaad toot gaya hai mere upar mere saath hi kyun</w:t>
      </w:r>
    </w:p>
    <w:p>
      <w:pPr>
        <w:jc w:val="right"/>
      </w:pPr>
      <w:r>
        <w:t>ہمیہلوگدیکھتےہیںکہ دنیا میں لوگ اکثر بیانکرتےہیںکہ تکلیفوںکا پہاڑ ٹوٹگیاہےمیرےاوپرمیرےساتھہیکیوں</w:t>
      </w:r>
    </w:p>
    <w:p>
      <w:r>
        <w:rPr>
          <w:b/>
        </w:rPr>
        <w:t xml:space="preserve">[21:21] </w:t>
      </w:r>
      <w:r>
        <w:t>lekin aap ne ek bohat important bohat umeed afza lafz batai don't despair of god's mercy to mein chahunga ke is ko aap thoda aur khul ke</w:t>
      </w:r>
    </w:p>
    <w:p>
      <w:pPr>
        <w:jc w:val="right"/>
      </w:pPr>
      <w:r>
        <w:t>لیکن آپنےایکبہت امپورٹنٹبہت امیدافزا لفظبتائی ڈونٹ ڈسپیئر اف گاڈزمر سی تومیں چاہوںگاکہاسکوآپتھوڑااورکھلکے</w:t>
      </w:r>
    </w:p>
    <w:p>
      <w:r>
        <w:rPr>
          <w:b/>
        </w:rPr>
        <w:t xml:space="preserve">[21:31] </w:t>
      </w:r>
      <w:r>
        <w:t>sabak bataein ke kya matlab hai kya ma'ne hain kya is mein se hamein sabak milta hai is ke bare mein</w:t>
      </w:r>
    </w:p>
    <w:p>
      <w:pPr>
        <w:jc w:val="right"/>
      </w:pPr>
      <w:r>
        <w:t>سبکوبتائیں کہکیا مطلب ہےکیا مع نیہیں کیا اسمیںسےہمیںسبقملتاہےاسکےبارےمیں</w:t>
      </w:r>
    </w:p>
    <w:p>
      <w:r>
        <w:rPr>
          <w:b/>
        </w:rPr>
        <w:t xml:space="preserve">[21:36] </w:t>
      </w:r>
      <w:r>
        <w:t>bataein doctor saahib.</w:t>
      </w:r>
    </w:p>
    <w:p>
      <w:pPr>
        <w:jc w:val="right"/>
      </w:pPr>
      <w:r>
        <w:t>بتائیںڈاکٹرصاحب۔</w:t>
      </w:r>
    </w:p>
    <w:p>
      <w:r>
        <w:rPr>
          <w:b/>
        </w:rPr>
        <w:t xml:space="preserve">[21:39] </w:t>
      </w:r>
      <w:r>
        <w:t>dar asal duniya mein koi bhi aisi pareshani nahi hai ke jis se jo imkanat Allah ta'ala ne rakhe hain woh khatam ho</w:t>
      </w:r>
    </w:p>
    <w:p>
      <w:pPr>
        <w:jc w:val="right"/>
      </w:pPr>
      <w:r>
        <w:t>دراصل دنیا میں کوئیبھی ایسی پریشانینہیں ہے کہ جسسے جو امکانات اللہ تعالینےرکھےہیںوہختمہو</w:t>
      </w:r>
    </w:p>
    <w:p>
      <w:r>
        <w:rPr>
          <w:b/>
        </w:rPr>
        <w:t xml:space="preserve">[21:48] </w:t>
      </w:r>
      <w:r>
        <w:t>jaayein ke koi bhi pareshani jaise aap ne kaha ke pahaad toot jaaye kisi ke upar</w:t>
      </w:r>
    </w:p>
    <w:p>
      <w:pPr>
        <w:jc w:val="right"/>
      </w:pPr>
      <w:r>
        <w:t>جائیں کہکوئیبھیپریشانی جیسےآپنےکہاکہپہاڑٹوٹجائےکسیکےاوپر</w:t>
      </w:r>
    </w:p>
    <w:p>
      <w:r>
        <w:rPr>
          <w:b/>
        </w:rPr>
        <w:t xml:space="preserve">[21:52] </w:t>
      </w:r>
      <w:r>
        <w:t>to bhi imkaanaat baaqi rehte hain ab aap to business world se ta'alluq hai kitne jo bare bare log hain bill gates aur yeh sab log in ki jo history padhein to bohat zyada</w:t>
      </w:r>
    </w:p>
    <w:p>
      <w:pPr>
        <w:jc w:val="right"/>
      </w:pPr>
      <w:r>
        <w:t>تو بھیامکانات باقیرہتےہیںابآپ تو بزنس ورلڈسےتعلقہے کتنےجو بڑےبڑے لوگ ہیں بل گیٹساور یہسب لوگ انکیجو ہسٹریپڑھیںتوبہتزیادہ</w:t>
      </w:r>
    </w:p>
    <w:p>
      <w:r>
        <w:rPr>
          <w:b/>
        </w:rPr>
        <w:t xml:space="preserve">[22:05] </w:t>
      </w:r>
      <w:r>
        <w:t>setbacks aur failure se yeh log aage aaye hain to islam mein yeh hai ke kabhi bhi mayoos nahin hona chahiye allah</w:t>
      </w:r>
    </w:p>
    <w:p>
      <w:pPr>
        <w:jc w:val="right"/>
      </w:pPr>
      <w:r>
        <w:t>سیٹبیکساور فیل یر سےیہلوگ آگےآئےہیں تو اسلام میں یہہے کہ کبھیبھیمایوسنہیںہوناچاہیےاللہ</w:t>
      </w:r>
    </w:p>
    <w:p>
      <w:r>
        <w:rPr>
          <w:b/>
        </w:rPr>
        <w:t xml:space="preserve">[22:13] </w:t>
      </w:r>
      <w:r>
        <w:t>ki rehmat se to jo jo aala salahiyatein allah ne di hain insaan ko. ji.</w:t>
      </w:r>
    </w:p>
    <w:p>
      <w:pPr>
        <w:jc w:val="right"/>
      </w:pPr>
      <w:r>
        <w:t>کیرحمتسے توجو جو اعلیٰصلاحیتیںاللہ نےدیہیںانسانکو ۔جی۔</w:t>
      </w:r>
    </w:p>
    <w:p>
      <w:r>
        <w:rPr>
          <w:b/>
        </w:rPr>
        <w:t xml:space="preserve">[22:18] </w:t>
      </w:r>
      <w:r>
        <w:t>woh iska ek tarike se underestimate hai ke koi takleef ho jaye to aadmi mayoos ho jaye to woh aala salahiyaten hain Allah ta'ala ne hamein ata ki hain to is se inshallah halaat bohat jaldi badalte hain isi liye aap dekhiye.</w:t>
      </w:r>
    </w:p>
    <w:p>
      <w:pPr>
        <w:jc w:val="right"/>
      </w:pPr>
      <w:r>
        <w:t>وہ اسکا ایکطریقےسے انڈرایسٹیمیشنہے کہکوئیتکلیفہوجائےتوآدمیمایوسہوجائے تو وہ اعلیٰصلاحیتیںہیںاللہ تعالینےہمیںعطاکیہیں تو اسسےانشاءاللہ حالات بہت جلدیبدلتےہیںاسیلیےآپدیکھیے۔</w:t>
      </w:r>
    </w:p>
    <w:p>
      <w:r>
        <w:rPr>
          <w:b/>
        </w:rPr>
        <w:t xml:space="preserve">[22:32] </w:t>
      </w:r>
      <w:r>
        <w:t>ji ke Islam mein suicide haram hai. ji ke suicide nahi kar sakta koi shakhs. hmm. yani bilkul</w:t>
      </w:r>
    </w:p>
    <w:p>
      <w:pPr>
        <w:jc w:val="right"/>
      </w:pPr>
      <w:r>
        <w:t>جی۔کہاسلام میں سوئیسائیڈحرامہے۔ جی۔ کہسوئیسائیڈنہیںکرسکتاکوئیشخص ۔ہمم۔ یعنیبالکل</w:t>
      </w:r>
    </w:p>
    <w:p>
      <w:r>
        <w:rPr>
          <w:b/>
        </w:rPr>
        <w:t xml:space="preserve">[22:39] </w:t>
      </w:r>
      <w:r>
        <w:t>haram hai. iski wajah yeh hai ke insaan chahta hai ke jo masail hain fori is se chhutkara mil jaye suicide kar le lekin jo bada masla hai woh eternal masla hai.</w:t>
      </w:r>
    </w:p>
    <w:p>
      <w:pPr>
        <w:jc w:val="right"/>
      </w:pPr>
      <w:r>
        <w:t>حرامہے۔ اسکیوجہ یہہےکہانسان چاہتاہےکہجو مسائلہیں فوری اسسے چھٹکاراملجائے سوئیسائیڈکرلے لیکن جو بڑامسئلہہےوہتواٹرنلمسئلہہے۔</w:t>
      </w:r>
    </w:p>
    <w:p>
      <w:r>
        <w:rPr>
          <w:b/>
        </w:rPr>
        <w:t xml:space="preserve">[22:50] </w:t>
      </w:r>
      <w:r>
        <w:t>ji. yani isne suicide kar li aur aur eternal ek ek masle se dochar ho. hmm. hone ka ka mamla aa gaya iske liye isi liye Quran mein aata hai fa inna mal usri yusra inna mal usri yusra ke mushkil ke sath aasani hai mushkil ke sath aasani hai yeh</w:t>
      </w:r>
    </w:p>
    <w:p>
      <w:pPr>
        <w:jc w:val="right"/>
      </w:pPr>
      <w:r>
        <w:t>جی۔یعنیاسنےسوئیسائیڈکرلی اور اور اٹرنل ایک ایک مسئلےسےدوچارہو ۔ہمم۔ہونے کا کا معاملہ آگیااسکےلیے اسیلیےقرآنمیںآتاہے ف ان ما العسر یسراان ما العسریسرا کہمشکلکےساتھ آس انیہےمشکلکےساتھ آسانیہے یہ</w:t>
      </w:r>
    </w:p>
    <w:p>
      <w:r>
        <w:rPr>
          <w:b/>
        </w:rPr>
        <w:t xml:space="preserve">[23:08] </w:t>
      </w:r>
      <w:r>
        <w:t>jab ayat utri yeh jab ayat nazil hui to rasool Allah ne bohat achhi baat batai ke ab shuru ke kaha ke khush khabri yeh hai.</w:t>
      </w:r>
    </w:p>
    <w:p>
      <w:pPr>
        <w:jc w:val="right"/>
      </w:pPr>
      <w:r>
        <w:t>جب آیت اتری یہجبآیت نازلہوئیتورسولاللہنے بہتاچھیبات بت ائی کہ ابشروع کہاکہ خوشخبریہے۔</w:t>
      </w:r>
    </w:p>
    <w:p>
      <w:r>
        <w:rPr>
          <w:b/>
        </w:rPr>
        <w:t xml:space="preserve">[23:18] </w:t>
      </w:r>
      <w:r>
        <w:t>hmm. aur asal mein ek arabi ka jo hai is zaban ka ek usool hai ke agar koi lafz al ke sath aaye ga to woh ek shumar hoga chahe do bar aaye woh. o</w:t>
      </w:r>
    </w:p>
    <w:p>
      <w:pPr>
        <w:jc w:val="right"/>
      </w:pPr>
      <w:r>
        <w:t>ہمم۔ اور اصلمیںایک عربی کاجوہے اس زبان کاایکاصولہے کہاگر کوئی لفظ الکےساتھ آئےگا تو وہ ایک شمارہوگاچاہےدوبارآئےوہ۔او</w:t>
      </w:r>
    </w:p>
    <w:p>
      <w:r>
        <w:rPr>
          <w:b/>
        </w:rPr>
        <w:t xml:space="preserve">[23:32] </w:t>
      </w:r>
      <w:r>
        <w:t>ke. aur agar bina al ke aaye ga to woh do shumar hoga agar do is mein do bar asal mein usr aaya hai aur yusr aaya hai ease aur difficulty. achha ji. to jo usr hai woh difficulty hai woh al ke sath aaya hai nakra aur marfa kaha jata hai isko. ji.</w:t>
      </w:r>
    </w:p>
    <w:p>
      <w:pPr>
        <w:jc w:val="right"/>
      </w:pPr>
      <w:r>
        <w:t>کے۔اوراگر بنا ال کےآئےگا تو وہدوشمارہوگااگردواسمیں دوبار اصلمیں عسرآیاہےاور یسر آیاہے ایزاورڈیفیکلٹی۔اچھا جی۔توجو عسرہےوہڈیفیکلٹیہےوہ الکےساتھ آیاہےنکرہاورمعرفہکہاجاتاہےاسکو۔جی۔</w:t>
      </w:r>
    </w:p>
    <w:p>
      <w:r>
        <w:rPr>
          <w:b/>
        </w:rPr>
        <w:t xml:space="preserve">[23:46] </w:t>
      </w:r>
      <w:r>
        <w:t>to</w:t>
      </w:r>
    </w:p>
    <w:p>
      <w:pPr>
        <w:jc w:val="right"/>
      </w:pPr>
      <w:r>
        <w:t>تو</w:t>
      </w:r>
    </w:p>
    <w:p>
      <w:r>
        <w:rPr>
          <w:b/>
        </w:rPr>
        <w:t xml:space="preserve">[23:47] </w:t>
      </w:r>
      <w:r>
        <w:t>yeh ek bohat hi subtle arabi point hai jo rasool Allah ne apni apni hadith mein kaha hai ke lan yaghlib usrun yusrain ke do do aasani ke upar ek difficulty kabhi ghalib nahi aa sakti. bohat important hai.</w:t>
      </w:r>
    </w:p>
    <w:p>
      <w:pPr>
        <w:jc w:val="right"/>
      </w:pPr>
      <w:r>
        <w:t>یہایکبہت ہی سبٹل عربی پوائنٹہےجو رسولاللہنےاپنی اپنی حدیثمیںکہاہےکہ لیں ی غلب عسر یسر ین کہ دو دو آسانی کےاوپر ایک ڈیفیکلٹیکبھیغالبنہیںآسکتی۔بہت امپورٹنٹہے۔</w:t>
      </w:r>
    </w:p>
    <w:p>
      <w:r>
        <w:rPr>
          <w:b/>
        </w:rPr>
        <w:t xml:space="preserve">[24:03] </w:t>
      </w:r>
      <w:r>
        <w:t>haan yeh ek iske andar se waise bhi yeh lafz bohat achha hai lekin is mein se ek aur point nikala hai ke is mein jo do bar difficulty ka lafz aaya hai woh ek count hoga do kya hai do bar bhi aaye ga to ek hi count hoga.</w:t>
      </w:r>
    </w:p>
    <w:p>
      <w:pPr>
        <w:jc w:val="right"/>
      </w:pPr>
      <w:r>
        <w:t>ہاںیہایک اسکےاندرسے ویسےبھی یہلفظبہتاچھیہےلیکناسمیںسےایکاورپوائنٹ نکالاہےکہاسمیںجودوبار ڈیفیکلٹیکالفظآیاہےوہایککاؤنٹہوگا دوکیاہےدسباربھیآئےگا تو ایکہیکاؤنٹہوگا۔</w:t>
      </w:r>
    </w:p>
    <w:p>
      <w:r>
        <w:rPr>
          <w:b/>
        </w:rPr>
        <w:t xml:space="preserve">[24:15] </w:t>
      </w:r>
      <w:r>
        <w:t>ji. to is liye unhone rasool Allah sallallahu alaihi wasallam ne yeh kaha hai ke jo jo mushkil hai woh to ek hai. hmm. aur aasani do hai. do hai. yani ease do hai aur difficulty ek hai.</w:t>
      </w:r>
    </w:p>
    <w:p>
      <w:pPr>
        <w:jc w:val="right"/>
      </w:pPr>
      <w:r>
        <w:t>جی۔تواساسلیےانہوں نے رسولاللہصلیاللہعلیہوسلمنےیہکہاکہجو جو مشکلہےوہتو ایکہے۔ ہمم۔اورآسانی دوہے۔ دوہے۔یعنیایزدوہے اور ڈیفیکلٹیایکہے۔</w:t>
      </w:r>
    </w:p>
    <w:p>
      <w:r>
        <w:rPr>
          <w:b/>
        </w:rPr>
        <w:t xml:space="preserve">[24:25] </w:t>
      </w:r>
      <w:r>
        <w:t>ji. to is tarike se isko aur pur umeed bana diya aur hazrat yasu hazrat yaqoob alehissalam aur yusuf alehissalam ke qisse mein hamein yeh hi sabse bada sabak bhi milta hai ke kitni badi bhi difficulty ho Allah ta'ala iske aur raste khol deta hai.</w:t>
      </w:r>
    </w:p>
    <w:p>
      <w:pPr>
        <w:jc w:val="right"/>
      </w:pPr>
      <w:r>
        <w:t>جی۔تواسطریقےسے اسکو اور پرامید بنادیا اور حضرت یاسو حضرت یعقوبعلیہالسلاماوریوسفعلیہالسلامکےقصےمیںہمیںیہیسبسےبڑاسبق بھیملتاہےکہکتنیبڑیبھی ڈیفیکلٹیہو اللہ تعالی اسکے اور راستے کھولدیتاہے۔</w:t>
      </w:r>
    </w:p>
    <w:p>
      <w:r>
        <w:rPr>
          <w:b/>
        </w:rPr>
        <w:t xml:space="preserve">[24:44] </w:t>
      </w:r>
      <w:r>
        <w:t>ji. yeh bohat achhi baat batai doctor sahib aapne aur bilkul sahi kaha ke Allah ki rehmat jo hai woh unlimited</w:t>
      </w:r>
    </w:p>
    <w:p>
      <w:pPr>
        <w:jc w:val="right"/>
      </w:pPr>
      <w:r>
        <w:t>جی ۔یہ بہتاچھی باتبتائیڈاکٹرصاحبآپنےاوربالکلصحیحکہاکہ اللہ کیرحمتجوہےوہ انل</w:t>
      </w:r>
    </w:p>
    <w:p>
      <w:r>
        <w:rPr>
          <w:b/>
        </w:rPr>
        <w:t xml:space="preserve">[24:52] </w:t>
      </w:r>
      <w:r>
        <w:t>hai. ji. ek riwayat doctor sahib mein jiska zikr karna chahunga jo salman farsi ke hawale se hai ke unhone rasool Allah ko yeh farmate hue suna ke beshak Allah ke liye rehmat ke so hisse hain ek hissa unhone apni tamam makhlooq ke liye bheja aur ninyanve hisse unhone apne paas rakhe aur yeh jo ninyanve hisse hain woh qayamat ke din zahir honge</w:t>
      </w:r>
    </w:p>
    <w:p>
      <w:pPr>
        <w:jc w:val="right"/>
      </w:pPr>
      <w:r>
        <w:t>میٹڈہے۔ جی۔ ایک رو ایت ڈاکٹرصاحب میں جسکاذکرکرناچاہوںگاجوسلمان فارسیکےحوالےسےہے کہ انہوں نے رسول اللہکویہفرماتےہوئے سنا کہ بےشک اللہ کے لیے رحمت کے سو حصےہیں ایک حصہانہوں نے اپنی تمام مخلوقکےلیےبھیجا اور ننان وےحصےانہوںنے اپنے پاسرکھے اوریہجو ننانوے حصےہیںوہ قیامتکےدن ظاہرہوںگے</w:t>
      </w:r>
    </w:p>
    <w:p>
      <w:r>
        <w:rPr>
          <w:b/>
        </w:rPr>
        <w:t xml:space="preserve">[25:18] </w:t>
      </w:r>
      <w:r>
        <w:t>to hum jo yeh aap mein insanon mein aap mein jo yeh mohabbat dekhte hain woh usi ek hisse ko le kar hai ek misal ke taur pe agar doctor sahib isko samjhaya jaye ke jaise hum ek maa ko dekhte hain to maa apne bachche se kitni mohabbat karti hai uska rawaiyya kitna rehmat wala hota hai</w:t>
      </w:r>
    </w:p>
    <w:p>
      <w:pPr>
        <w:jc w:val="right"/>
      </w:pPr>
      <w:r>
        <w:t>تو ہمجو یہ آپسمیںانسانوںمیں آپسمیںجو یہ مح بت دیکھتےہیںوہاسی ایک حصےکولےکرہے ایک مث الکےطورپہاگر ڈاکٹرصاحباسکو سمجھایاجائےکہ جیسےہم ایک ماںکودیکھتےہیں تو ماں اپنے بچےسےکتنیمح بت کرتیہے اسکاروی ہکتنارحمتوالاہوتاہے</w:t>
      </w:r>
    </w:p>
    <w:p>
      <w:r>
        <w:rPr>
          <w:b/>
        </w:rPr>
        <w:t xml:space="preserve">[25:39] </w:t>
      </w:r>
      <w:r>
        <w:t>bachcha agar maa ko mare tab bhi maa naraz nahi hoti gussa nahi hoti aksar dekhte hain ke bachcha aisa bachche aise karte hain to maa kya karti hai maa wapas bachche ko pyar karti hai to yeh rehmat aur mohabbat maa ne khud paida nahi ki hai yeh usi rehmat ka hissa hai jo Allah ne apni tamam makhlooq ke liye bheja.</w:t>
      </w:r>
    </w:p>
    <w:p>
      <w:pPr>
        <w:jc w:val="right"/>
      </w:pPr>
      <w:r>
        <w:t>بچہاگرماںکومار ے تب بھی ماں ناراضنہیںہوتی غصہنہیںہوتی اکثردیکھتےہیںکہبچہایسابچےایسےکرتے ہیں تو ماںکیاکرتیہےماں واپس بچےکو پیارکرتیہے تو یہ رحمت اور مح بت ماںنےخود پیدا نہیںکی ہے یہاسیرحمت کا حصہہے جو اللہ نے اپنی تمام مخلوقکےلیے بھیجا ۔</w:t>
      </w:r>
    </w:p>
    <w:p>
      <w:r>
        <w:rPr>
          <w:b/>
        </w:rPr>
        <w:t xml:space="preserve">[26:00] </w:t>
      </w:r>
      <w:r>
        <w:t>hmm. to insaan itni kam insaan ke andar itni kamiyan hain woh itne gunah karta hai</w:t>
      </w:r>
    </w:p>
    <w:p>
      <w:pPr>
        <w:jc w:val="right"/>
      </w:pPr>
      <w:r>
        <w:t>ہمم۔تو انسان اتنی کمانسانکےاندراتنیکمیاںہیںوہاتنےگناہکرتاہے</w:t>
      </w:r>
    </w:p>
    <w:p>
      <w:r>
        <w:rPr>
          <w:b/>
        </w:rPr>
        <w:t xml:space="preserve">[26:07] </w:t>
      </w:r>
      <w:r>
        <w:t>to aakhir mein doctor sahib Allah ta'ala rehmat ka jo apni jo unki rehmat hai us se zaroor logon ko maaf karein ge.</w:t>
      </w:r>
    </w:p>
    <w:p>
      <w:pPr>
        <w:jc w:val="right"/>
      </w:pPr>
      <w:r>
        <w:t>تو آخرتمیں ڈاکٹرصاحباللہ تعالی رحمت کاجو اپنیجوانکیرحمتہے اسسےضرور لوگوںکو معافکریںگے۔</w:t>
      </w:r>
    </w:p>
    <w:p>
      <w:r>
        <w:rPr>
          <w:b/>
        </w:rPr>
        <w:t xml:space="preserve">[26:17] </w:t>
      </w:r>
      <w:r>
        <w:t>inshallah. lekin iski shart yeh hai ke jaise ek bachcha maa ko halka samajhta hai isi tarah insaan yani hum logon ko bhi rabbal alameen ko halka manna hai tabhi woh rehmat ko hum hasil kar sakte hain to doctor sahib kahani ko aage badhate</w:t>
      </w:r>
    </w:p>
    <w:p>
      <w:pPr>
        <w:jc w:val="right"/>
      </w:pPr>
      <w:r>
        <w:t>انشاءاللہ۔لیکناسکیشرطیہہے کہ جیسےایکبچہ ماںکو سبکچھسمجھتاہے اسیطرح انسان یعنیہملوگوںکو بھی ربالعالم ینکو سبکچھ مان ناہے تبہی وہ رحمت کوہم حاصل کرسکتےہیں تو ڈاکٹرصاحبکہانیکو آگےبڑھاتے</w:t>
      </w:r>
    </w:p>
    <w:p>
      <w:r>
        <w:rPr>
          <w:b/>
        </w:rPr>
        <w:t xml:space="preserve">[26:35] </w:t>
      </w:r>
      <w:r>
        <w:t>hainphir doctor sahibiya hua ke bhai jo hain woh wapas Prophet Yusuf ke paas gaye aur woh bohat ziyada unko darkhwast karne lage ke aap Bani Amin ko chhod dein kyunke jo hamare walid sahib hain woh bohat ziyada ghamgeen ho chuke hain.</w:t>
      </w:r>
    </w:p>
    <w:p>
      <w:pPr>
        <w:jc w:val="right"/>
      </w:pPr>
      <w:r>
        <w:t>ہیںپھر ڈاکٹرصاحبیہہوا کہ بھائی جوہیں وہ واپس Prophetیوسفکےپاسگئے اور وہ بہتزیادہ انکودرخواستکرنےلگے کہ آپ بنی امینکوچھوڑدیں کیونکہ جو ہمارے والد صاحبہیںوہبہت زیادہ غمگینہوچکےہیں۔</w:t>
      </w:r>
    </w:p>
    <w:p>
      <w:r>
        <w:rPr>
          <w:b/>
        </w:rPr>
        <w:t xml:space="preserve">[26:53] </w:t>
      </w:r>
      <w:r>
        <w:t>hmm. to phir kya hua doctor sahib iske bare mein bataein. phir saare bhai dobara balkeh teesri baar yeh safar third dozt th ye</w:t>
      </w:r>
    </w:p>
    <w:p>
      <w:pPr>
        <w:jc w:val="right"/>
      </w:pPr>
      <w:r>
        <w:t>ہمم۔ تو پھرکیا ہوا ڈاکٹرصاحباسکےبارےمیں بتائیں۔ پھرسارےبھائیدوبارہ بلکہتیسریبار یہسفر تھرڈوزٹتھایہ</w:t>
      </w:r>
    </w:p>
    <w:p>
      <w:r>
        <w:rPr>
          <w:b/>
        </w:rPr>
        <w:t xml:space="preserve">[27:02] </w:t>
      </w:r>
      <w:r>
        <w:t>to woh nikle aur pahunche wohahan Misr lambe safar ke baad aur wahan seedhe pahunche Hazrat Yusuf alehissalam ke saamne hazir hue aur gidgidane lage aur bohat hi bebasi aur ajzi ki haalat mein bole ke Bani Amin ko chho</w:t>
      </w:r>
    </w:p>
    <w:p>
      <w:pPr>
        <w:jc w:val="right"/>
      </w:pPr>
      <w:r>
        <w:t>تووہ نکلے اور پہنچےوہاں مصر لمبےسفرکےبعد اور وہاں سیدھے پہنچے حضرتیوسفعلیہالسلامکےسامنے حاضرہوئے اور گڑگڑانےلگے اوربہت ہی بےبسی اورعاجزیکیحالتمیں بول ےکہ بنی امینکوچھو</w:t>
      </w:r>
    </w:p>
    <w:p>
      <w:r>
        <w:rPr>
          <w:b/>
        </w:rPr>
        <w:t xml:space="preserve">[27:22] </w:t>
      </w:r>
      <w:r>
        <w:t>d dein iska boodha baap ro ro ke andha ho gaya hai aur hamare ghar ke halaat bohat kharab hain aur jo yeh famine hai iski wajah se bohat pareshani hai khane peene ke liye nahi hai aur kaha ke aye naik shehzade hamare upar sadqa</w:t>
      </w:r>
    </w:p>
    <w:p>
      <w:pPr>
        <w:jc w:val="right"/>
      </w:pPr>
      <w:r>
        <w:t>ڑدیں اسکا بوڑھاباپ رو روکےاندھاہوگیاہے اور ہمارے گھرکےحالاتبہت خراب ہیں اور جو یہ فیمینہےاسکیوجہ سےبہت پریشانی ہےکھانےپینےکےلیےنہیںہے اور کہاکہاے نیکشہزادےہمارےاوپرصدقہ</w:t>
      </w:r>
    </w:p>
    <w:p>
      <w:r>
        <w:rPr>
          <w:b/>
        </w:rPr>
        <w:t xml:space="preserve">[27:39] </w:t>
      </w:r>
      <w:r>
        <w:t>karein wa tasaddaq 'alayna wa tasaddaq 'alayna ke sadqa karein aur jo log sadqa karte hain unko Allah reward deta hai yani unke paas paise bhi nahi the is asbar chuki halaat bohat kharab ho gaye the to yeh sab jab baatein suni to Yusuf alehissalam ka bheed dil bhar aaya aur unhone apna taaj utaar diya.</w:t>
      </w:r>
    </w:p>
    <w:p>
      <w:pPr>
        <w:jc w:val="right"/>
      </w:pPr>
      <w:r>
        <w:t>کریے و تصد قعلیناوتصدقعلینا کہ صدقہکریںاورجولوگ صدقہکرتے ہیں انکو اللہ ریوارڈدیتاہے یعنی انکےپاسپیسےبھینہیںتھےاساسبار چونکہحالاتبہت خرابہوگئےتھے تو یہسب جب باتیںسنیتو یوسفعلیہالسلامکابھیدلبھرایا اور انہوںنے اپنا تاجاتاردیا ۔</w:t>
      </w:r>
    </w:p>
    <w:p>
      <w:r>
        <w:rPr>
          <w:b/>
        </w:rPr>
        <w:t xml:space="preserve">[28:00] </w:t>
      </w:r>
      <w:r>
        <w:t>ji. to jab taaj utara to woh pehchan gaye. sachchai saamne aa gayi. haan woh pehchan gaye ke yeh yeh yeh Yusuf</w:t>
      </w:r>
    </w:p>
    <w:p>
      <w:pPr>
        <w:jc w:val="right"/>
      </w:pPr>
      <w:r>
        <w:t>جی۔ توجبتاجاتارا تووہ پہچانگئے۔ سچائیسامنےآگئی۔ہاںوہ پہچانگئےکہیہ یہ یہ یوسف</w:t>
      </w:r>
    </w:p>
    <w:p>
      <w:r>
        <w:rPr>
          <w:b/>
        </w:rPr>
        <w:t xml:space="preserve">[28:08] </w:t>
      </w:r>
      <w:r>
        <w:t>hain. ji. ji. ji. lekin yeh doctor sahib jaise kahani se hum yeh jaante hain ke sachchai saamne aa gayi unhone apne shanakht ko jo hai reveal kar diya. reveal kar diya.</w:t>
      </w:r>
    </w:p>
    <w:p>
      <w:pPr>
        <w:jc w:val="right"/>
      </w:pPr>
      <w:r>
        <w:t>ہیں۔ جی۔ جی۔ جی ۔لیکن یہ ڈاکٹرصاحبجیسےکہانیسےہم یہجانتےہیں کہ سچائیسامنےآگئیانہوںنےاپنیشنا خت کو جوہے ریویلکردیا۔ریویلکردیا۔</w:t>
      </w:r>
    </w:p>
    <w:p>
      <w:r>
        <w:rPr>
          <w:b/>
        </w:rPr>
        <w:t xml:space="preserve">[28:21] </w:t>
      </w:r>
      <w:r>
        <w:t>agar woh chahte to badla le sakte the kyunke unke saath jo unhone matlab jo roo ki thi woh extreme provocative thi lekin unhone apne bhaiyon ko maaf kar diya to doctor sahib iske aage kahani kaise badhi iske aage ka hissa kya hai iske bare mein bataein.</w:t>
      </w:r>
    </w:p>
    <w:p>
      <w:pPr>
        <w:jc w:val="right"/>
      </w:pPr>
      <w:r>
        <w:t>اگر وہچاہتےتو بدلہلےسکتےتھےکیونکہانکےساتھ جو انہوں نے مطلب جو روی ہکیاتھاوہ ایکسٹریمپرووکیٹیوتھا لیکن انہوں نے اپنے بھائیوںکو معافکردیا تو ڈاکٹرصاحباسکےآگےکہانیکیسےبڑھی اسکےآگےکاحصہکیاہےاسکےبارےمیںبت ائیں۔</w:t>
      </w:r>
    </w:p>
    <w:p>
      <w:r>
        <w:rPr>
          <w:b/>
        </w:rPr>
        <w:t xml:space="preserve">[28:39] </w:t>
      </w:r>
      <w:r>
        <w:t>haan jab bhaiyon ko pata chala ke yeh Yusuf hai to woh hairan ho gaye aur woh bole ke kiya tum hi Yusuf ho to unhone kaha haan mein Yusuf hoon qala ana Yusuf wa hadha akhi mein Yusuf hoon aur yeh mera bhai hai yani Bani Amin ki taraf kaha qad manna Allah 'alayna Allah ta'ala ne hamare upar bada fazl kiya</w:t>
      </w:r>
    </w:p>
    <w:p>
      <w:pPr>
        <w:jc w:val="right"/>
      </w:pPr>
      <w:r>
        <w:t>ہاںجببھائیوںکوپتہچلاکہ یہ یوسفہےتووہ حیرانہوگئےاور وہ بولےکہکیاتمہییوسفہو تو انہوںنےکہاہاںمیںیوسفہوں قال انایوسف وھذا اخی میںیوسفہوںاوریہمیرابھائیہے یعنیبنی امینکیطرف کہا قد من اللہ علینا اللہتعالینےہمارےاوپر بڑا فضلکیا</w:t>
      </w:r>
    </w:p>
    <w:p>
      <w:r>
        <w:rPr>
          <w:b/>
        </w:rPr>
        <w:t xml:space="preserve">[28:59] </w:t>
      </w:r>
      <w:r>
        <w:t>to bhai saare hairan ho gaye aur bohat hi unhone bhi kaha ke unhone bhi itraaf kiya acknowledge kiya ke qalu wallahi laqad asraqak Allah 'alayna ke Khuda ki qasam Allah ne aapko hum se bohat ooncha utha diya aur kaha ke inna kunna khatieen ke hum hi qasoor war the hum hi gunahgar the</w:t>
      </w:r>
    </w:p>
    <w:p>
      <w:pPr>
        <w:jc w:val="right"/>
      </w:pPr>
      <w:r>
        <w:t>تو بھائی سارے حیرانہوگئےاوربہت ہی انہوںنےبھیکہاکہ انہوںنےبھی اعترافکیا ایکنالجکیا کہ قالو اللہ لقد اس رکاللہ علینا کہ خداکیقسم اللہ نے آپکو ہمسےبہت اونچااٹھادیا اور کہاکہ ان اکنا لخاتینکہہمہی قصور وار تھے ہمہی گنہگارتھے</w:t>
      </w:r>
    </w:p>
    <w:p>
      <w:r>
        <w:rPr>
          <w:b/>
        </w:rPr>
        <w:t xml:space="preserve">[29:26] </w:t>
      </w:r>
      <w:r>
        <w:t>to Hazrat Yusuf alehissalam ne bohat hi sharafat ka muamla kiya aur mein Ibn Kathir mein seerata Ibn Kathir mein thoda waqi'a aur aaya hai.</w:t>
      </w:r>
    </w:p>
    <w:p>
      <w:pPr>
        <w:jc w:val="right"/>
      </w:pPr>
      <w:r>
        <w:t>تو حضرت یوسفعلیہالسلامنےبہت ہی شرافتکامعاملہکیا اور میں ابن کثیر میں سیرتابنکثیرمیںتھوڑاواقع ہاور آیاہے۔</w:t>
      </w:r>
    </w:p>
    <w:p>
      <w:r>
        <w:rPr>
          <w:b/>
        </w:rPr>
        <w:t xml:space="preserve">[29:37] </w:t>
      </w:r>
      <w:r>
        <w:t>ji. ismein likha hai ke Yusuf alehissalam ne kaha ke aaj mein tum ko jo yeh tumne ghalati ki aaj ke baad phir kabhi remind nahi karunga kabhi is baat ko yaad nahi dilaoonga.</w:t>
      </w:r>
    </w:p>
    <w:p>
      <w:pPr>
        <w:jc w:val="right"/>
      </w:pPr>
      <w:r>
        <w:t>جی۔اسمیں لکھاہےکہ یوسفعلیہالسلامنےکہاکہ آجمیں تم کو جو یہتمنےغلطیکی آجکےبعد پھرکبھی ریمائنڈنہیںکروںگا کبھیاسباتکو یادنہیںدلاؤںگا۔</w:t>
      </w:r>
    </w:p>
    <w:p>
      <w:r>
        <w:rPr>
          <w:b/>
        </w:rPr>
        <w:t xml:space="preserve">[29:50] </w:t>
      </w:r>
      <w:r>
        <w:t>hmm. aur kaha ke kabhi tum se naraz nahi hoonga. ji</w:t>
      </w:r>
    </w:p>
    <w:p>
      <w:pPr>
        <w:jc w:val="right"/>
      </w:pPr>
      <w:r>
        <w:t>ہمم۔اور کہاکہ کبھیتم سےناراضنہیںہوںگا۔ ج</w:t>
      </w:r>
    </w:p>
    <w:p>
      <w:r>
        <w:rPr>
          <w:b/>
        </w:rPr>
        <w:t xml:space="preserve">[29:54] </w:t>
      </w:r>
      <w:r>
        <w:t>ji. aur kabhi tum ko daantunga nahi balkeh tumhare liye dua karta hoon ke Allah tum ko maaf kare aur tumhari parda poshi kare</w:t>
      </w:r>
    </w:p>
    <w:p>
      <w:pPr>
        <w:jc w:val="right"/>
      </w:pPr>
      <w:r>
        <w:t>ی۔ اور کبھیتم کوڈانٹوںگانہیں بلکہ تمہارےلیےدعاکرتاہوں کہ اللہ تم کومعافکرے اور تمہاری پردہپوشیکرے</w:t>
      </w:r>
    </w:p>
    <w:p>
      <w:r>
        <w:rPr>
          <w:b/>
        </w:rPr>
        <w:t xml:space="preserve">[30:05] </w:t>
      </w:r>
      <w:r>
        <w:t>aur tum ko bakhsh de. Masha Allah. matlab yeh ek daai ka kardar hai. hmm. ke farq to ho hi jaate hain lekin daai jo hai woh one sided yak tarafah taur par maaf kar deta</w:t>
      </w:r>
    </w:p>
    <w:p>
      <w:pPr>
        <w:jc w:val="right"/>
      </w:pPr>
      <w:r>
        <w:t>اور تم کو بخش دے۔ ماشاءاللہ۔ مطلب یہ ایک داعیکاکردارہے۔ ہمم۔ کہ فر ق توہوہیجاتےہیںلیکن داعیجوہےوہ ون سائیڈڈ یک طرفہطورپرمعافکردیتا</w:t>
      </w:r>
    </w:p>
    <w:p>
      <w:r>
        <w:rPr>
          <w:b/>
        </w:rPr>
        <w:t xml:space="preserve">[30:23] </w:t>
      </w:r>
      <w:r>
        <w:t>hai woh kabhi zikr nahi karta Rasool Allah sallallahu alaihi wasallam ne bhi yahi kiya. ji. ke jab Makka wale aaye saamne jab Fatah Makkah hui to yahi lafz bole woh ke mein tum ko maaf karta hoon jaise Yusuf ne apne bhaiyon ko maaf kiya tha to yeh hai ek ek paighambar ka kardar ek daai ka kardar. ji.</w:t>
      </w:r>
    </w:p>
    <w:p>
      <w:pPr>
        <w:jc w:val="right"/>
      </w:pPr>
      <w:r>
        <w:t>ہے وہکبھیذکر نہیں کرتا رسولاللہصلیاللہعلیہوسلمنےبھییہیکیا۔ جی۔ کہ جب مکہوالے آئےسامنے جب فتحمکہہوئی تویہی لفظ بولےوہ کہمیں تم کو معافکرتاہوں جیسے یوسفنے اپنےبھائیوںکومعاف کیا تھا تو یہہے ایک ایک پیغمبرکا کردارایکداعیکاکردار۔جی۔</w:t>
      </w:r>
    </w:p>
    <w:p>
      <w:r>
        <w:rPr>
          <w:b/>
        </w:rPr>
        <w:t xml:space="preserve">[30:46] </w:t>
      </w:r>
      <w:r>
        <w:t>doctor sahib bohat hi yeh important baat</w:t>
      </w:r>
    </w:p>
    <w:p>
      <w:pPr>
        <w:jc w:val="right"/>
      </w:pPr>
      <w:r>
        <w:t>ڈاکٹرصاحببہتہی یہ امپورٹنٹبات</w:t>
      </w:r>
    </w:p>
    <w:p>
      <w:r>
        <w:rPr>
          <w:b/>
        </w:rPr>
        <w:t xml:space="preserve">[30:49] </w:t>
      </w:r>
      <w:r>
        <w:t>hai. in fact maafi ko log theek se samajh nahi paate jabke sabse badi hikmat hai Maulana Wahiduddin Khan sahib isko itna emphasize karte the woh kehte the ke agar aap maaf kar dein to foran aap destruction se bach jayenge aap jo hai ek problem jo cycle of chain reactions hota hai woh woh khatam ho jayegi aur aapka jo waqt hai woh zaya hone se bach jayega</w:t>
      </w:r>
    </w:p>
    <w:p>
      <w:pPr>
        <w:jc w:val="right"/>
      </w:pPr>
      <w:r>
        <w:t>ہے انفیکٹ مع افی کو لوگ ٹھیکسےسمجھنہیںپاتےجبکہسبسےبڑیحک متہے مولاناوحیدالدینخانصاحب اسکو اتنا ایمفس ائزکرتے تھے وہ کہتےتھےکہ اگر آپ معافکردیںتو فور اً آپ ڈسٹرکشنسےبچجائیںگے آپ جوہے ایک پرابلم جوایکسائیکلآفچینریایکشنزہوتاہے وہ وہ ختمہوجائےگی اور آپکاجو وقت ہےوہ ضائعہونےسےبچجائےگا</w:t>
      </w:r>
    </w:p>
    <w:p>
      <w:r>
        <w:rPr>
          <w:b/>
        </w:rPr>
        <w:t xml:space="preserve">[31:17] </w:t>
      </w:r>
      <w:r>
        <w:t>matlab woh kehte the doctor sahib ke yeh ek fori hal hai like a full stop lekin agar aap operating wali feeling mein rahe to wohi ek comma hai so you know you maintain your positive frame of mind and he makes you creative to maafi waqai mein bohat badi ek hikmat bhi hai aur sunnat bhi</w:t>
      </w:r>
    </w:p>
    <w:p>
      <w:pPr>
        <w:jc w:val="right"/>
      </w:pPr>
      <w:r>
        <w:t>مطلب وہکہتےتھےڈاکٹرصاحبکہیہ ایکفوری حلہےلائکا فل سٹاپ لیکن اگر آپ آپریونجوالیفیلنگمیںرہےتووہیہایک کوماہے سو یونویہ می نٹینزیور پازیٹیوفریمآف مائنڈ اینڈیہمیکسیوکریٹیو تو مع افی واقعیمیں بہت بڑی ایک حکمتبھیہے اور سن تبھی</w:t>
      </w:r>
    </w:p>
    <w:p>
      <w:r>
        <w:rPr>
          <w:b/>
        </w:rPr>
        <w:t xml:space="preserve">[31:40] </w:t>
      </w:r>
      <w:r>
        <w:t>doctor sahib iske baad phir yeh hua ke Prophet Yusuf ne apne bhaiyon ko apni qameez di. hmm. aur yeh kaha ke ise le jaakar apne walid sahib Prophet Yaqoob ke chehre par isko rakh dena isse unki aankhon ki roshni wapas aa jayegi aur phir yeh bhi kaha ke inko walidain ko dono walidain ko aur apne bhaiyon ko le kar Misr wapas aana. hmm. to iske bare mein bataein doctor sahib phir kya hua.</w:t>
      </w:r>
    </w:p>
    <w:p>
      <w:pPr>
        <w:jc w:val="right"/>
      </w:pPr>
      <w:r>
        <w:t>ڈاکٹرصاحب اسکےبعد پھریہہوا کہ Prophet یوسف نے اپنے بھائیوںکو اپنی قمیضدی۔ہمم۔اوریہکہاکہ اسے لےجاکر اپنے والد صاحب Prophetیعقوبکے چہرےپر اسکورکھدینا اسسےانکیآنکھوںکیروشنی واپسآجائےگی اورپھریہبھیکہاکہ انکو والدین کودونوںوالد ین کواوراپنےبھائیوںکو لےکر مصر واپس آنا ۔ہمم۔تو اسکےبارےمیں بتائیں ڈاکٹرصاحبپھرکیاہوا ۔</w:t>
      </w:r>
    </w:p>
    <w:p>
      <w:r>
        <w:rPr>
          <w:b/>
        </w:rPr>
        <w:t xml:space="preserve">[32:09] </w:t>
      </w:r>
      <w:r>
        <w:t>haan phir Yusuf alehissalam ne apni shirt di jaise aapne kaha ke yeh le jao aur mere walid ki aankh se isko touch karana unki eyesight wapas aa jayegi.</w:t>
      </w:r>
    </w:p>
    <w:p>
      <w:pPr>
        <w:jc w:val="right"/>
      </w:pPr>
      <w:r>
        <w:t>ہاںپھر یوسفعلیہالسلامنے اپنی شر ٹدی جیسےآپنےکہا کہیہلےجاؤاور میرے والد کیآنکھ سے اسکوٹچکرنا انکیآئیسائیڈ واپسآجائےگی۔</w:t>
      </w:r>
    </w:p>
    <w:p>
      <w:r>
        <w:rPr>
          <w:b/>
        </w:rPr>
        <w:t xml:space="preserve">[32:22] </w:t>
      </w:r>
      <w:r>
        <w:t>ji. to saare bhai bade khush khush wapas nikle aur yeh bhi kaha ke sab tum poori family jitne bhi log ho sab Misr a jao aur yahin hamare saath raho</w:t>
      </w:r>
    </w:p>
    <w:p>
      <w:pPr>
        <w:jc w:val="right"/>
      </w:pPr>
      <w:r>
        <w:t>جی۔تو سارےبھائی بڑےخوشخوش واپس نکلے اوریہبھیکہا کہ سب تم پوری فیملیجتنےبھیلوگ ہو سب مصر آجاؤاوریہیں ہمارےساتھ رہو</w:t>
      </w:r>
    </w:p>
    <w:p>
      <w:r>
        <w:rPr>
          <w:b/>
        </w:rPr>
        <w:t xml:space="preserve">[32:35] </w:t>
      </w:r>
      <w:r>
        <w:t>. ji. to yeh sab bade khush ho ke nikle aur pahunche to jab qafila Kanaan pahuncha ghar se kuch qareeb to Yaqoob alehissalam ne kaha ke mujhe Yusuf ki khushboo aa rahi hai. khushboo aa rahi hai. ji.</w:t>
      </w:r>
    </w:p>
    <w:p>
      <w:pPr>
        <w:jc w:val="right"/>
      </w:pPr>
      <w:r>
        <w:t>۔ جی۔تویہسب بڑےخوشہوکےنکلے اور پہنچے تو جب قافلہ کنان پہنچا گھرسےکچھقریب تو یعقوبعلیہالسلامنے کہاکہمجھے یوسفکیخوشبوآرہیہے۔خوشبوآرہیہے۔جی۔</w:t>
      </w:r>
    </w:p>
    <w:p>
      <w:r>
        <w:rPr>
          <w:b/>
        </w:rPr>
        <w:t xml:space="preserve">[32:50] </w:t>
      </w:r>
      <w:r>
        <w:t>to jo log baithe hue the unhone kaha hai ke yeh tumhare yeh purane khayalat hain yani tum ab paagal se ho gaye ho. ji. itne yani bohat hi galat andaaz mein baat ki lekin unhone kaha hai ke mein woh baat jaanta hoon Allah ki taraf se jo tum nahi jaante</w:t>
      </w:r>
    </w:p>
    <w:p>
      <w:pPr>
        <w:jc w:val="right"/>
      </w:pPr>
      <w:r>
        <w:t>تو جو لوگبیٹھےہوئےتھے انہوںنےکہا ہےکہ یہ تمہارےیہ پرانےخیالات ہیںیعنیتم اب پاگلسےہوگئےہو۔جی۔اتنےیعنی بہتہی غلط اندازمیںباتکی لیکن انہوںنےکہا ہےکہ میں وہباتجانتاہوں اللہ کیطرفسےجوتم نہیںجانتے</w:t>
      </w:r>
    </w:p>
    <w:p>
      <w:r>
        <w:rPr>
          <w:b/>
        </w:rPr>
        <w:t xml:space="preserve">[33:09] </w:t>
      </w:r>
      <w:r>
        <w:t>to is tareeqe se woh log aaye aur aur khushkhabri di ke Yusuf alehissalam zinda hain.</w:t>
      </w:r>
    </w:p>
    <w:p>
      <w:pPr>
        <w:jc w:val="right"/>
      </w:pPr>
      <w:r>
        <w:t>تواسطریقےسے وہلوگ آئے اور اور خوشخبریدی کہ یوسفعلیہالسلام زندہہیں۔</w:t>
      </w:r>
    </w:p>
    <w:p>
      <w:r>
        <w:rPr>
          <w:b/>
        </w:rPr>
        <w:t xml:space="preserve">[33:21] </w:t>
      </w:r>
      <w:r>
        <w:t>ji aur doctor sahib dekhen keh jo insan allah se darta hai wahi allah par bharosa bhi karta hai. hmm. aur prophet yaqoob is ka aik zinda misaal thay.</w:t>
      </w:r>
    </w:p>
    <w:p>
      <w:pPr>
        <w:jc w:val="right"/>
      </w:pPr>
      <w:r>
        <w:t>جی اور ڈاکٹرصاحبدیکھیںکہجو انسان اللہ سے ڈرتاہےوہیاللہپربھروسہبھیکرتاہے۔ ہمم۔اور Prophetیعقوب اس کاایک زندہمث ال تھے۔</w:t>
      </w:r>
    </w:p>
    <w:p>
      <w:r>
        <w:rPr>
          <w:b/>
        </w:rPr>
        <w:t xml:space="preserve">[33:31] </w:t>
      </w:r>
      <w:r>
        <w:t>zabardast. unhon ne itni lambi muddat tak apne bete yusuf ka intezar kiya allah par poora bharosa rakha</w:t>
      </w:r>
    </w:p>
    <w:p>
      <w:pPr>
        <w:jc w:val="right"/>
      </w:pPr>
      <w:r>
        <w:t>زبرد ست۔ انہوںنےاتنیلمبی مد ت تک اپنے بیٹےیوسفکا انتظارکیا اللہ پرپورابھروسہرکھا</w:t>
      </w:r>
    </w:p>
    <w:p>
      <w:r>
        <w:rPr>
          <w:b/>
        </w:rPr>
        <w:t xml:space="preserve">[33:39] </w:t>
      </w:r>
      <w:r>
        <w:t>to jab jaise aap ne bataya keh bhai jab ghar pohnche khushi khushi aur unhon ne yeh khabar break ki keh yusuf to zinda hain.</w:t>
      </w:r>
    </w:p>
    <w:p>
      <w:pPr>
        <w:jc w:val="right"/>
      </w:pPr>
      <w:r>
        <w:t>تو جب جیسےآپنےبتایاکہ بھائی جب گھر پہنچےخوشیخوشیاورانہوںنےیہ خبربریککی کہ یوسفتوزندہہے۔</w:t>
      </w:r>
    </w:p>
    <w:p>
      <w:r>
        <w:rPr>
          <w:b/>
        </w:rPr>
        <w:t xml:space="preserve">[33:47] </w:t>
      </w:r>
      <w:r>
        <w:t>hmm. to kitna zyada woh khush hue hon ge. hmm. is ke bare mein doctor sahib batayen hamein keh kya hua kya response tha.</w:t>
      </w:r>
    </w:p>
    <w:p>
      <w:pPr>
        <w:jc w:val="right"/>
      </w:pPr>
      <w:r>
        <w:t>ہمم۔تو کتنا زیادہ وہ خوشہوئے ہوںگے۔ ہمم۔ اسکےبارےمیں ڈاکٹرصاحببتائیںہمیںکہکیاہوا کیا ریسپانس تھا۔</w:t>
      </w:r>
    </w:p>
    <w:p>
      <w:r>
        <w:rPr>
          <w:b/>
        </w:rPr>
        <w:t xml:space="preserve">[33:56] </w:t>
      </w:r>
      <w:r>
        <w:t>haan yusuf alaihissalam ke sare bhai pohnche aur ja ke bataya walid ko yani yaqoob alaihissalam ko aur apni family ko keh yusuf zinda hain to zahir hai bohat hi khushi ka mahaul hoga aur unhon ne touch ki woh qameez to woh aisi side wapas aa gayi .</w:t>
      </w:r>
    </w:p>
    <w:p>
      <w:pPr>
        <w:jc w:val="right"/>
      </w:pPr>
      <w:r>
        <w:t>ہاںیوسف علیہالسلامکےسارےبھائی پہنچے اور جاکے بت ایا والد کویعنییعقوبعلیہالسلامکو اوراپنیفیملیکوکہیوسف زندہہیں تو ظاہرہےبہتہی خوشیکاماحولہوگااور انہوںنے ٹچکی وہقمیض تو وہ آئیسائیڈواپسآگئی ۔</w:t>
      </w:r>
    </w:p>
    <w:p>
      <w:r>
        <w:rPr>
          <w:b/>
        </w:rPr>
        <w:t xml:space="preserve">[34:14] </w:t>
      </w:r>
      <w:r>
        <w:t>mash</w:t>
      </w:r>
    </w:p>
    <w:p>
      <w:pPr>
        <w:jc w:val="right"/>
      </w:pPr>
      <w:r>
        <w:t>ماش</w:t>
      </w:r>
    </w:p>
    <w:p>
      <w:r>
        <w:rPr>
          <w:b/>
        </w:rPr>
        <w:t xml:space="preserve">[34:15] </w:t>
      </w:r>
      <w:r>
        <w:t>allah. to jo bhai qameez le ke aaya tha yeh bhi wohi bhai hai bara wala bhai jis ka naam ruben yehuda aata hai. ji.</w:t>
      </w:r>
    </w:p>
    <w:p>
      <w:pPr>
        <w:jc w:val="right"/>
      </w:pPr>
      <w:r>
        <w:t>اءاللہ۔توجوبھائی قمیضلےکےآیاتھا یہبھیوہیبھائیہے بڑاوالابھائی جسکانام روبنیایہوداآتاہے۔جی۔</w:t>
      </w:r>
    </w:p>
    <w:p>
      <w:r>
        <w:rPr>
          <w:b/>
        </w:rPr>
        <w:t xml:space="preserve">[34:23] </w:t>
      </w:r>
      <w:r>
        <w:t>jo thora naram kona tha yusuf alaihissalam ke to sare bhai sharm se sar jhukaliya unhon ne aur bole keh hum hum hi khatawar hain to yaqoob alaihissalam ne bhi bohat hi naram ka muamla kiya.</w:t>
      </w:r>
    </w:p>
    <w:p>
      <w:pPr>
        <w:jc w:val="right"/>
      </w:pPr>
      <w:r>
        <w:t>جو تھوڑانرم کونا تھا یوسفعلیہالسلام کے تو سارےبھائی شرمسے سرجھکالیاانہوںنے اور بولے کہ ہمہمہیخطاوارہیں تو یعقوبعلیہالسلامنےبھیبہتہی نرمیکا معاملہکیا۔</w:t>
      </w:r>
    </w:p>
    <w:p>
      <w:r>
        <w:rPr>
          <w:b/>
        </w:rPr>
        <w:t xml:space="preserve">[34:38] </w:t>
      </w:r>
      <w:r>
        <w:t>ji</w:t>
      </w:r>
    </w:p>
    <w:p>
      <w:pPr>
        <w:jc w:val="right"/>
      </w:pPr>
      <w:r>
        <w:t>جی</w:t>
      </w:r>
    </w:p>
    <w:p>
      <w:r>
        <w:rPr>
          <w:b/>
        </w:rPr>
        <w:t xml:space="preserve">[34:39] </w:t>
      </w:r>
      <w:r>
        <w:t>. aur bhaiyon ne kaha keh aap allah se dua kijiye hamari maafi ke liye maafi ke liye to unhon ne kaha mein zaroor karunga allah se dua. ji.</w:t>
      </w:r>
    </w:p>
    <w:p>
      <w:pPr>
        <w:jc w:val="right"/>
      </w:pPr>
      <w:r>
        <w:t>۔ اور بھائیوںنےکہاکہآپ اللہ سےدعاکریے ہماریمعافیکےلیے معافی کےلیے توانہوںنےکہامیںضرورکروںگا اللہسےدعا۔ جی۔</w:t>
      </w:r>
    </w:p>
    <w:p>
      <w:r>
        <w:rPr>
          <w:b/>
        </w:rPr>
        <w:t xml:space="preserve">[34:47] </w:t>
      </w:r>
      <w:r>
        <w:t>to bohat hi yani yaqoob alaihissalam ne bhi bohat hi sharifana. ji. koi kuch koi lafz nahi bole koi daanta nahi koi kuch nahi kaha balkeh yeh hi kaha hai keh mein tumhare liye dua karunga keh allah tumhari ghaltiyon ko maaf kare bohat hi acha un ka . mashallah.</w:t>
      </w:r>
    </w:p>
    <w:p>
      <w:pPr>
        <w:jc w:val="right"/>
      </w:pPr>
      <w:r>
        <w:t>توبہت ہی یعنی یعقوبعلیہالسلامنےبھیبہتہی شریفانہ۔ جی۔ کوئیکچھ کوئیلفظنہیںبولےکوئی ڈانٹانہیںکوئیکچھنہیںکہا بلکہ یہیکہاہےکہمیں تمہارےلیےدعاکروںگاکہاللہ تمہاری غلطیوںکومعافکرے بہتہیاچھا انکا ۔ماشاءاللہ۔</w:t>
      </w:r>
    </w:p>
    <w:p>
      <w:r>
        <w:rPr>
          <w:b/>
        </w:rPr>
        <w:t xml:space="preserve">[35:04] </w:t>
      </w:r>
      <w:r>
        <w:t>kirdar nazar aata hai is</w:t>
      </w:r>
    </w:p>
    <w:p>
      <w:pPr>
        <w:jc w:val="right"/>
      </w:pPr>
      <w:r>
        <w:t>کرد ارنظر آتاہےاس</w:t>
      </w:r>
    </w:p>
    <w:p>
      <w:r>
        <w:rPr>
          <w:b/>
        </w:rPr>
        <w:t xml:space="preserve">[35:06] </w:t>
      </w:r>
      <w:r>
        <w:t>waqeye mein. ji aur doctor sahib yeh bhi aata hai tareekh mein keh riwayat mein aata hai keh prophet yusuf ke waqt poori family wahan misr mein shift ho gayi aur agle panch sau saal tak . hmm. un raag dunt ke sath rahi balkeh bible mein aata hai keh jo total numbers thay family ke woh qareeb sixty seven thay.</w:t>
      </w:r>
    </w:p>
    <w:p>
      <w:pPr>
        <w:jc w:val="right"/>
      </w:pPr>
      <w:r>
        <w:t>واقعےمیں۔ جی اور ڈاکٹرصاحبیہبھیآتاہے تاریخ میں کہ روایتمیںآتاہےکہ Prophetیوسفکےوقت پوری فیملی وہاں مصر میںشفٹہوگئی اوراگلے پانچسوسال تک ۔ہمم۔انراورڈگنٹیکےساتھ رہیبلکہبائبلمیںآتاہےکہ جو ٹوٹلنمبرزتھے فیملیکےوہقریب سکسٹیسیونتھے۔</w:t>
      </w:r>
    </w:p>
    <w:p>
      <w:r>
        <w:rPr>
          <w:b/>
        </w:rPr>
        <w:t xml:space="preserve">[35:24] </w:t>
      </w:r>
      <w:r>
        <w:t>hmm. jo travel karke wapas gaye. sahi hai. to doctor sahib yeh bataiye yeh lazman aik azeem reunion thi. ab</w:t>
      </w:r>
    </w:p>
    <w:p>
      <w:pPr>
        <w:jc w:val="right"/>
      </w:pPr>
      <w:r>
        <w:t>ہمم۔جو ٹریولکرکےواپسگئے۔ صحیحہے۔ توڈاکٹرصاحبیہبتائیےیہلازماًایک عظیم رییون ینتھی۔ اب</w:t>
      </w:r>
    </w:p>
    <w:p>
      <w:r>
        <w:rPr>
          <w:b/>
        </w:rPr>
        <w:t xml:space="preserve">[35:31] </w:t>
      </w:r>
      <w:r>
        <w:t>absolutely. walidain poori family ke sath itne bare parivar ke sath . ji. wapas misr jate hain. hmm. prophet yusuf se milte hain. to is reunion ke bare mein bhi batayen hum sab ko .</w:t>
      </w:r>
    </w:p>
    <w:p>
      <w:pPr>
        <w:jc w:val="right"/>
      </w:pPr>
      <w:r>
        <w:t>سولیوٹلی۔والد ین پوریفیملیکےساتھ اتنےبڑےपरिवارکےساتھ ۔ جی۔واپس مصر جاتےہیں۔ہمم۔Prophetیوسفسےملتےہیں۔ تواس رییونینکےبارےمیںبھیبتائیںہمسبکو ۔</w:t>
      </w:r>
    </w:p>
    <w:p>
      <w:r>
        <w:rPr>
          <w:b/>
        </w:rPr>
        <w:t xml:space="preserve">[35:41] </w:t>
      </w:r>
      <w:r>
        <w:t>haan phir woh sare bhai aur sari family jaise aap ne bataya sixty seven bible mein aaya hai haan satar ke qareeb. satar ke qareeb. aata hai.</w:t>
      </w:r>
    </w:p>
    <w:p>
      <w:pPr>
        <w:jc w:val="right"/>
      </w:pPr>
      <w:r>
        <w:t>ہاںپھروہ سارےبھائی اور ساریفیملی جیسےآپنےبتایا سکسٹیسیونبائبلمیںآیاہےہاںسترکےقریب۔سترکےقریب۔آتاہے۔</w:t>
      </w:r>
    </w:p>
    <w:p>
      <w:r>
        <w:rPr>
          <w:b/>
        </w:rPr>
        <w:t xml:space="preserve">[35:50] </w:t>
      </w:r>
      <w:r>
        <w:t>ji ji. aur yeh woh log thay jo baad mein bani israel kahlaye. chunke yaqoob alaihissalam ka aik naam israel bhi tha. ji. to isi wajah se in ko children of as</w:t>
      </w:r>
    </w:p>
    <w:p>
      <w:pPr>
        <w:jc w:val="right"/>
      </w:pPr>
      <w:r>
        <w:t>جیجی۔ اوریہیوہلوگتھےجو بعدمیں بنی اسرائیلکہلائے۔ چونکہیعقوبعلیہالسلامکاایکنام اسرائیلبھیتھا۔ جی۔تواسیکی وجہ سےانکوچلڈرنآفاس</w:t>
      </w:r>
    </w:p>
    <w:p>
      <w:r>
        <w:rPr>
          <w:b/>
        </w:rPr>
        <w:t xml:space="preserve">[36:00] </w:t>
      </w:r>
      <w:r>
        <w:t>israeel kaha jaata hai. ji. to yehi log phir yani yahoodi bane yeh bani-israeel bane to ye log saare bare lambe safar mein</w:t>
      </w:r>
    </w:p>
    <w:p>
      <w:pPr>
        <w:jc w:val="right"/>
      </w:pPr>
      <w:r>
        <w:t>رائیلکہاجاتاہے۔ جی۔تویہیلوگ پھر یعنی یہودی بنےیہ بنی اسرائیلبنے تو یہ لوگ سارے بڑےلمبےسفرمیں</w:t>
      </w:r>
    </w:p>
    <w:p>
      <w:r>
        <w:rPr>
          <w:b/>
        </w:rPr>
        <w:t xml:space="preserve">[36:10] </w:t>
      </w:r>
      <w:r>
        <w:t>satr ke qareeb log nikle aur pahunche wahan to wahan jaake unhone dekha ke yusuf alaihissalaam ki jo shaan-o-shaukat thi unka andaaza ho gaya</w:t>
      </w:r>
    </w:p>
    <w:p>
      <w:pPr>
        <w:jc w:val="right"/>
      </w:pPr>
      <w:r>
        <w:t>سترکےقریبلوگ نکلے اور پہنچےوہاں تووہاںجاکےانہوںنےدیکھا کہ یوسفعلیہالسلامکیجوشانوشوکتتھیانکواندازہہوگیا</w:t>
      </w:r>
    </w:p>
    <w:p>
      <w:r>
        <w:rPr>
          <w:b/>
        </w:rPr>
        <w:t xml:space="preserve">[36:18] </w:t>
      </w:r>
      <w:r>
        <w:t>ke kitni kitni zyada bare maqam pe pahunch gaye aur jab yusuf alaihissalaam mile to gale laga liya apne walidain ko</w:t>
      </w:r>
    </w:p>
    <w:p>
      <w:pPr>
        <w:jc w:val="right"/>
      </w:pPr>
      <w:r>
        <w:t>کہکتنی کتنیزیادہ بڑے مقام پہپہنچگئے اور جب یوسفعلیہالسلام ملے تو گلےلگالیا اپنے والد ینکو</w:t>
      </w:r>
    </w:p>
    <w:p>
      <w:r>
        <w:rPr>
          <w:b/>
        </w:rPr>
        <w:t xml:space="preserve">[36:27] </w:t>
      </w:r>
      <w:r>
        <w:t>aur bohat hi achhe andaaz mein kahah ke</w:t>
      </w:r>
    </w:p>
    <w:p>
      <w:pPr>
        <w:jc w:val="right"/>
      </w:pPr>
      <w:r>
        <w:t>اور بہت ہی اچھےاندازمیںکہاکہ</w:t>
      </w:r>
    </w:p>
    <w:p>
      <w:r>
        <w:rPr>
          <w:b/>
        </w:rPr>
        <w:t xml:space="preserve">[36:30] </w:t>
      </w:r>
      <w:r>
        <w:t>qul udkhulu misra in shaa'allaahu aaminuun ke misr mein aaiye welcome to misr and live here in peace and</w:t>
      </w:r>
    </w:p>
    <w:p>
      <w:pPr>
        <w:jc w:val="right"/>
      </w:pPr>
      <w:r>
        <w:t>ق الاد خلو مصر انشاءاللہ آمنین کہ مصر میں آئیے ویلکمٹومصر اینڈلیوہیرودپیساینڈ</w:t>
      </w:r>
    </w:p>
    <w:p>
      <w:r>
        <w:rPr>
          <w:b/>
        </w:rPr>
        <w:t xml:space="preserve">[36:42] </w:t>
      </w:r>
      <w:r>
        <w:t>and and and tranquil tea</w:t>
      </w:r>
    </w:p>
    <w:p>
      <w:pPr>
        <w:jc w:val="right"/>
      </w:pPr>
      <w:r>
        <w:t>اینڈاینڈاینڈٹرینکول ٹی</w:t>
      </w:r>
    </w:p>
    <w:p>
      <w:r>
        <w:rPr>
          <w:b/>
        </w:rPr>
        <w:t xml:space="preserve">[36:43] </w:t>
      </w:r>
      <w:r>
        <w:t>mujhe yaad aata hai keh jab hum misr gaye thay molana ke sath to mujhe yaad hai keh jab hum airport mein dakhil hue jaise jahaz se jaise nikalte hain na to wahan unhon ne yeh likha hua tha yeh line. acha.</w:t>
      </w:r>
    </w:p>
    <w:p>
      <w:pPr>
        <w:jc w:val="right"/>
      </w:pPr>
      <w:r>
        <w:t>مجھےیادآتاہےکہجبہم مصر گئےتھے مول اناکےساتھ تو مجھےیادہےکہجبہم ایئرپورٹمیںداخلہوئے جیسے جہازسےجیسےنکلتےہیںناتووہاںانہوںنےیہیلکھاہواتھا یہیلائن۔اچھا۔</w:t>
      </w:r>
    </w:p>
    <w:p>
      <w:r>
        <w:rPr>
          <w:b/>
        </w:rPr>
        <w:t xml:space="preserve">[36:57] </w:t>
      </w:r>
      <w:r>
        <w:t>keh adkhulu misr inshallah aaminin. ji. welcome to misr and live with peace here. live with peace. to yeh yeh quran mein bhi aaya hai aur phir is tarike se zahir hai keh bohat hi khushi ka mahaul hoga. ji ji</w:t>
      </w:r>
    </w:p>
    <w:p>
      <w:pPr>
        <w:jc w:val="right"/>
      </w:pPr>
      <w:r>
        <w:t>کہ ادخلومصر انشاءاللہآمنین۔جی۔ ویلکمٹومصر اینڈ لیوودپیسہیر۔لیوودپیس۔تویہ یہ قرآنمیںبھیآیاہے اور پھراسطریقےسےظاہرہےکہبہتہیخوشیکاماحولہوگا۔جیج</w:t>
      </w:r>
    </w:p>
    <w:p>
      <w:r>
        <w:rPr>
          <w:b/>
        </w:rPr>
        <w:t xml:space="preserve">[37:10] </w:t>
      </w:r>
      <w:r>
        <w:t>ji ji. keh jo ya yaqoob alaihissalam saalon se . ji. kitni takleef mein thay aur yusuf alaihissalam ko dekha hoga aur un ki shaan o shaukat aur sab cheezon dekh ke bohat hi khush hue honge. ji ji ji.</w:t>
      </w:r>
    </w:p>
    <w:p>
      <w:pPr>
        <w:jc w:val="right"/>
      </w:pPr>
      <w:r>
        <w:t>یجی۔کہجو یایعقوبعلیہالسلام سالوںسے ۔جی۔ کتنیتکلیفمیںتھےاور یوسفعلیہالسلامکودیکھاہوگا اور انکیشانوشوکت اورسبچیزدیکھکےبہتہیخوشہوئےہوںگے۔جیجیجی۔</w:t>
      </w:r>
    </w:p>
    <w:p>
      <w:r>
        <w:rPr>
          <w:b/>
        </w:rPr>
        <w:t xml:space="preserve">[37:22] </w:t>
      </w:r>
      <w:r>
        <w:t>bohat hi zabardast scene raha hoga doctor sahib</w:t>
      </w:r>
    </w:p>
    <w:p>
      <w:pPr>
        <w:jc w:val="right"/>
      </w:pPr>
      <w:r>
        <w:t>بہتہیزبرد ست سین رہاہوگاڈاکٹرصاحب</w:t>
      </w:r>
    </w:p>
    <w:p>
      <w:r>
        <w:rPr>
          <w:b/>
        </w:rPr>
        <w:t xml:space="preserve">[37:25] </w:t>
      </w:r>
      <w:r>
        <w:t>agar hum visualize karen to aik bohat thrilling feeling hoti hai keh woh apne walidain se milte hain aur phir un ko bare takht pe bithate hain.</w:t>
      </w:r>
    </w:p>
    <w:p>
      <w:pPr>
        <w:jc w:val="right"/>
      </w:pPr>
      <w:r>
        <w:t>اگرہمویژ ولائزکریں تو ایکبہت تھرلنگ فیل نگ ہوتیہے کہ وہاپنےوالد ینسےملتےہیںاورپھرانکوبڑے تخت پہ بیٹھاتےہیں۔</w:t>
      </w:r>
    </w:p>
    <w:p>
      <w:r>
        <w:rPr>
          <w:b/>
        </w:rPr>
        <w:t xml:space="preserve">[37:33] </w:t>
      </w:r>
      <w:r>
        <w:t>hmm. aur un ko yaad dilate hain us khwab ke bare mein jab prophet yusuf jab bachay thay aur unhon ne apne walid sahib ko us khwab ke bare mein bataya.</w:t>
      </w:r>
    </w:p>
    <w:p>
      <w:pPr>
        <w:jc w:val="right"/>
      </w:pPr>
      <w:r>
        <w:t>ہمم۔اور انکویاد دلاتےہیںاس خوابکےبارےمیں جب Prophetیوسفجب بچےتھےاور انہوں نے اپنے والد صاحبکواس خوابکےبارےمیںبت ایا۔</w:t>
      </w:r>
    </w:p>
    <w:p>
      <w:r>
        <w:rPr>
          <w:b/>
        </w:rPr>
        <w:t xml:space="preserve">[37:43] </w:t>
      </w:r>
      <w:r>
        <w:t>ji ji. to doctor sahib is hisse ke bare mein bhi hum sab ko batayen. haan phir aisa lagta hai keh koi walidain ke aezaz mein koi function kiya hoga.</w:t>
      </w:r>
    </w:p>
    <w:p>
      <w:pPr>
        <w:jc w:val="right"/>
      </w:pPr>
      <w:r>
        <w:t>جیجی۔توڈاکٹرصاحباس اسحصےکےبارےمیںبھیہمسبکوبتائیں۔ ہاںپھرایسالگتاہےکہکوئی والد ین کےاعزازمیں کوئیفنکشنکیاہوگا۔</w:t>
      </w:r>
    </w:p>
    <w:p>
      <w:r>
        <w:rPr>
          <w:b/>
        </w:rPr>
        <w:t xml:space="preserve">[37:53] </w:t>
      </w:r>
      <w:r>
        <w:t>ji. muhallmein to takht pe jo takht hai aspah bithayahaoga walidain ko to wahanparkoi aisi riwayat hogi jab badshah ata hoga ya koi aisa function hota hoga to sare log sajda sajde mein gir jate honge to jab aisa hua to sare bhai sajde mein gir gaye</w:t>
      </w:r>
    </w:p>
    <w:p>
      <w:pPr>
        <w:jc w:val="right"/>
      </w:pPr>
      <w:r>
        <w:t>جی۔محلمیں تو تخت پہ جو تخت ہے اسپہ بیٹھایاہوگا والدین کو تووہاںپرکوئی ایسی روایتہوگی جب بادشاہآتاہوگایاکوئی ایسافنکشنہوتاہوگاتوسارےلوگ سجدہ سجدےمیںگرجاتےہوںگے تو جب ایسا ہوا تو سارےبھائی سجدےمیںگر گئے</w:t>
      </w:r>
    </w:p>
    <w:p>
      <w:r>
        <w:rPr>
          <w:b/>
        </w:rPr>
        <w:t xml:space="preserve">[38:17] </w:t>
      </w:r>
      <w:r>
        <w:t>to yaqoob to yusuf alehالسلامne yaad dilaya apne walid ko yaqoob alehالسلامko ke yeh wahi khwab jo mujhe allah ta'ala ne dikhaya tha bachpan mein ab woh jaake poora hua qad ja'ala rabbi haqqa ke yeh khwab ab sach ho gaya to yeh jo ismein aaya ke sare bhai sajda sajde mein gir gaye to khwab mein tha ke ahada 'ashara kawkaba ke gyarah sitare aur suraj aur chand sab sajda kar rahe hain</w:t>
      </w:r>
    </w:p>
    <w:p>
      <w:pPr>
        <w:jc w:val="right"/>
      </w:pPr>
      <w:r>
        <w:t>تو یعقوب تویوسفعلیہالسلامنےیاددلایا اپنے والد کو یعقوبعلیہالسلامکو کہ یہ وہی خوابجومجھے اللہ تعالینےدکھایاتھا بچپنمیں ابوہجاکے پوراہوا قد جعل ربیحق ا کہیہخواباب سچاہوگیا تو یہجو اسمیںآیا کہ سارےبھائی سجدہ سجدےمیںگرگئے تو خوابمیںتھا کہ احد عشر ہکوکبا کہگیارہ ستارےاور سورجاورچاند سب سجدہکررہےہیں</w:t>
      </w:r>
    </w:p>
    <w:p>
      <w:r>
        <w:rPr>
          <w:b/>
        </w:rPr>
        <w:t xml:space="preserve">[38:47] </w:t>
      </w:r>
      <w:r>
        <w:t>to gyarah sitare to yahi bhai the aur walidain the suraj aur chand to yahan ek hadith bhi hai sajda islam mein sajda to jaiz nahin hai.</w:t>
      </w:r>
    </w:p>
    <w:p>
      <w:pPr>
        <w:jc w:val="right"/>
      </w:pPr>
      <w:r>
        <w:t>توگیارہستارےتویہیبھائیتھے اور والدین تھےسورجاورچاند تویہاںایکحدیثبھیہے سجدہ اسلام میںسجدہتوجائزنہیںہے۔</w:t>
      </w:r>
    </w:p>
    <w:p>
      <w:r>
        <w:rPr>
          <w:b/>
        </w:rPr>
        <w:t xml:space="preserve">[38:57] </w:t>
      </w:r>
      <w:r>
        <w:t>ji. to ek sahabi the hazrat mu'az radiallahu anh wo gaye the sham yani yani syria. syria. syria us zamane mein bohat bada hota tha to wo sham gaye the to jab wapas aaye to aake Prophet ko sajda kiya unhone.</w:t>
      </w:r>
    </w:p>
    <w:p>
      <w:pPr>
        <w:jc w:val="right"/>
      </w:pPr>
      <w:r>
        <w:t>جی۔ تو ایک صحابی تھے حضرت معاذرضیاللہعنہ وہگئےتھے شام یعنی یعنی سیریا۔سیریا۔سیریااسزمانےمیںبہتبڑاہوتاتھا تو وہ شامگئےتھے توجب واپسآئے تو آکےProphetکوسجدہکیاانہوںنے۔</w:t>
      </w:r>
    </w:p>
    <w:p>
      <w:r>
        <w:rPr>
          <w:b/>
        </w:rPr>
        <w:t xml:space="preserve">[39:16] </w:t>
      </w:r>
      <w:r>
        <w:t>hmm. to</w:t>
      </w:r>
    </w:p>
    <w:p>
      <w:pPr>
        <w:jc w:val="right"/>
      </w:pPr>
      <w:r>
        <w:t>ہمم۔ تو</w:t>
      </w:r>
    </w:p>
    <w:p>
      <w:r>
        <w:rPr>
          <w:b/>
        </w:rPr>
        <w:t xml:space="preserve">[39:19] </w:t>
      </w:r>
      <w:r>
        <w:t>rasool allah ne kaha ke bhai yeh tum kya kar rahe ho sajda to jaiz nahin hai to unhone kaha ke maine dekha wahan syria mein sham mein log apne buzurgon ko apne badon ko sajda karte hain to maine socha ke aap se zyada kaun iska mustahiq hai.</w:t>
      </w:r>
    </w:p>
    <w:p>
      <w:pPr>
        <w:jc w:val="right"/>
      </w:pPr>
      <w:r>
        <w:t>رسولاللہنے کہا کہ بھئییہتمکیاکررہےہو سجدہتوجائزنہیںہے تو انہوںنےکہاکہ میںنےدیکھا وہاں سیریامیں شاممیں کہلوگ اپنے بزرگ وںکو اپنے بڑوںکوسجدہکرتےہیں تومیںنےسوچاکہ آپ سےزیادہ کون اسکا مستحقہے۔</w:t>
      </w:r>
    </w:p>
    <w:p>
      <w:r>
        <w:rPr>
          <w:b/>
        </w:rPr>
        <w:t xml:space="preserve">[39:38] </w:t>
      </w:r>
      <w:r>
        <w:t>ji. to maine sajda kiya to rasool allah ne kaha nahin sajda nahin kars</w:t>
      </w:r>
    </w:p>
    <w:p>
      <w:pPr>
        <w:jc w:val="right"/>
      </w:pPr>
      <w:r>
        <w:t>جی۔ تومیںنے سجدہکیاتو رسولاللہنےکہانہیںسجدہنہیںکرس</w:t>
      </w:r>
    </w:p>
    <w:p>
      <w:r>
        <w:rPr>
          <w:b/>
        </w:rPr>
        <w:t xml:space="preserve">[39:42] </w:t>
      </w:r>
      <w:r>
        <w:t>akte balkeh ek baat aur kahi kaha agar sajda jaiz hota to main auraton se kehta ke apne shohar ko sajda karen.</w:t>
      </w:r>
    </w:p>
    <w:p>
      <w:pPr>
        <w:jc w:val="right"/>
      </w:pPr>
      <w:r>
        <w:t>کتےبلکہایکباتاور کہی کہاگر سجدہجائزہوتا تو میں عورتوںسےکہتاکہاپنےشوہرکوسجدہکریں۔</w:t>
      </w:r>
    </w:p>
    <w:p>
      <w:r>
        <w:rPr>
          <w:b/>
        </w:rPr>
        <w:t xml:space="preserve">[39:51] </w:t>
      </w:r>
      <w:r>
        <w:t>achha. chunchke unka unka itna bada haq hai. ji. to is tarike se yeh khwab ki ta'abeer bhi yahan poori ho jati hai.</w:t>
      </w:r>
    </w:p>
    <w:p>
      <w:pPr>
        <w:jc w:val="right"/>
      </w:pPr>
      <w:r>
        <w:t>اچھا۔ چونکہانکا انکااتنابڑا حق ہے۔ جی۔تواسطریقےسے یہ خوابکیتعبیربھییہاں پوریہوجاتیہے۔</w:t>
      </w:r>
    </w:p>
    <w:p>
      <w:r>
        <w:rPr>
          <w:b/>
        </w:rPr>
        <w:t xml:space="preserve">[40:00] </w:t>
      </w:r>
      <w:r>
        <w:t>ji. aur bohat hi izzaz aur bohat hi izzat apne walidain ko di yusuf alehالسلامne.</w:t>
      </w:r>
    </w:p>
    <w:p>
      <w:pPr>
        <w:jc w:val="right"/>
      </w:pPr>
      <w:r>
        <w:t>جی۔اوربہت ہی اعزازاوربہتہیعزت اپنے والد ین کو دی یوسفعلیہالسلامنے۔</w:t>
      </w:r>
    </w:p>
    <w:p>
      <w:r>
        <w:rPr>
          <w:b/>
        </w:rPr>
        <w:t xml:space="preserve">[40:09] </w:t>
      </w:r>
      <w:r>
        <w:t>ji doctor sahib aakhri sawal aaj ke session ka main aapse poochna chahunga ke phir kahani khatm hoti hai ke Prophet yusuf bohat hi ek gehri dua karte hain allah ta'ala se aur sara credit apni kamyabi ka apne kamyabi ka allah par daal dete hain.</w:t>
      </w:r>
    </w:p>
    <w:p>
      <w:pPr>
        <w:jc w:val="right"/>
      </w:pPr>
      <w:r>
        <w:t>جی ڈاکٹرصاحب آخریسوال آجکے سیشنکا میںآپسےپوچھناچاہوںگاکہ پھر کہانی ختم ہوتیہےکہ Prophetیوسف بہت ہی ایک گ ہری دعاکرتے ہیں اللہ تعالیسے اور ساراکریڈٹاپنیک امیابی وںکا اپنے کامیابیکا اللہ پرڈالدیتےہیں۔</w:t>
      </w:r>
    </w:p>
    <w:p>
      <w:r>
        <w:rPr>
          <w:b/>
        </w:rPr>
        <w:t xml:space="preserve">[40:28] </w:t>
      </w:r>
      <w:r>
        <w:t>hmm. to main chahunga ke is dua ke bare mein aap hum sab ko bataen.</w:t>
      </w:r>
    </w:p>
    <w:p>
      <w:pPr>
        <w:jc w:val="right"/>
      </w:pPr>
      <w:r>
        <w:t>ہمم۔تو میں چاہوںگاکہ اس دعاکےبارےمیں آپ ہمسبکوبت ائیں۔</w:t>
      </w:r>
    </w:p>
    <w:p>
      <w:r>
        <w:rPr>
          <w:b/>
        </w:rPr>
        <w:t xml:space="preserve">[40:35] </w:t>
      </w:r>
      <w:r>
        <w:t>haan jaisa aap ne kaha hai ke yeh jo kahani hai jab khatm hoti hai to bohat hi gehri dua ki unhone aur sara jo credit hai woh allah ko</w:t>
      </w:r>
    </w:p>
    <w:p>
      <w:pPr>
        <w:jc w:val="right"/>
      </w:pPr>
      <w:r>
        <w:t>ہاںجیساآپنےکہاہےکہ یہجو کہانیہےجب خ تمہوتیہےتو بہتہی گہریدعاکیانہوں نے اور ساراجوکریڈٹہے وہ اللہ کو</w:t>
      </w:r>
    </w:p>
    <w:p>
      <w:r>
        <w:rPr>
          <w:b/>
        </w:rPr>
        <w:t xml:space="preserve">[40:46] </w:t>
      </w:r>
      <w:r>
        <w:t>diya bohat hi achhe andaz mein kaha ke kaha ke allah ne mujh par ehsan kiya ke main jail mein tha aur mujhe jail se rihai dilwai aur kaha ke walidain se kaha ke aap sab ko allah yahan le aaya misr mein gaon se ek shahar mein le aaya aur kaha ke bhaiyon ko shaitan ne behka diya tha</w:t>
      </w:r>
    </w:p>
    <w:p>
      <w:pPr>
        <w:jc w:val="right"/>
      </w:pPr>
      <w:r>
        <w:t>دیا بہت ہیاچھےاندازمیں کہا کہاکہاللہ نے مجھپر احسان کیا کہمیں جیلمیںتھااورمجھےجیلسے رہائی دلوائی اور کہاکہ والدینسےکہاکہآپسب کو اللہ یہاں لےآیا مصر میںگاؤںسے ایک شہر میںلےآیا اور کہاکہ بھائیوں کو شیطاننے بہکادیاتھا</w:t>
      </w:r>
    </w:p>
    <w:p>
      <w:r>
        <w:rPr>
          <w:b/>
        </w:rPr>
        <w:t xml:space="preserve">[41:09] </w:t>
      </w:r>
      <w:r>
        <w:t>allah ne isko is shar se humein bacha liya aur milwa diya aur jo kuen ki musibat thi kuen mein chale gaye the phir jail mein chale gaye</w:t>
      </w:r>
    </w:p>
    <w:p>
      <w:pPr>
        <w:jc w:val="right"/>
      </w:pPr>
      <w:r>
        <w:t>اللہ نے اسکو اس شرسےہمیںبچالیااور ملوادیا اور جو کنویںکیمصیبتتھی کنویںمیں چلےگئےتھے پھر جیلمیں چلےگئے</w:t>
      </w:r>
    </w:p>
    <w:p>
      <w:r>
        <w:rPr>
          <w:b/>
        </w:rPr>
        <w:t xml:space="preserve">[41:22] </w:t>
      </w:r>
      <w:r>
        <w:t>to in museebaton ko unhone kahah ke</w:t>
      </w:r>
    </w:p>
    <w:p>
      <w:pPr>
        <w:jc w:val="right"/>
      </w:pPr>
      <w:r>
        <w:t>تو ان مصیبتوںکوانہوںنےکہاکہ</w:t>
      </w:r>
    </w:p>
    <w:p>
      <w:r>
        <w:rPr>
          <w:b/>
        </w:rPr>
        <w:t xml:space="preserve">[41:25] </w:t>
      </w:r>
      <w:r>
        <w:t>inna rabbi lateefun limaa yashaa' ke yani yeh</w:t>
      </w:r>
    </w:p>
    <w:p>
      <w:pPr>
        <w:jc w:val="right"/>
      </w:pPr>
      <w:r>
        <w:t>ان اربی لطیفلمایشاءکہیعنییہ</w:t>
      </w:r>
    </w:p>
    <w:p>
      <w:r>
        <w:rPr>
          <w:b/>
        </w:rPr>
        <w:t xml:space="preserve">[41:28] </w:t>
      </w:r>
      <w:r>
        <w:t>mere rab ki bari lateef bari nazuk tadbeeren thin jiske zariye se woh koi aur bari planning hamare liye kar raha tha</w:t>
      </w:r>
    </w:p>
    <w:p>
      <w:pPr>
        <w:jc w:val="right"/>
      </w:pPr>
      <w:r>
        <w:t>میرےربکیبڑی لطیف بڑی نازک تدبیریںتھیں جسکےذریعےسے وہ کوئیاور بڑی پلاننگہمارےلیےکررہاتھا</w:t>
      </w:r>
    </w:p>
    <w:p>
      <w:r>
        <w:rPr>
          <w:b/>
        </w:rPr>
        <w:t xml:space="preserve">[41:36] </w:t>
      </w:r>
      <w:r>
        <w:t>yani har cheez mein musbat soch har cheez mein unhon ne koi manfi baat nahi kahi aur kaha ke ke mere rab ne mujhko hukumat</w:t>
      </w:r>
    </w:p>
    <w:p>
      <w:pPr>
        <w:jc w:val="right"/>
      </w:pPr>
      <w:r>
        <w:t>یعنیہرچیزمیں مث بت سوچ ہرچیزمیںانہوںنےکوئی من فی باتنہیںکہی اور کہا کہ کہمیرےربنےمجھکو حکومت</w:t>
      </w:r>
    </w:p>
    <w:p>
      <w:r>
        <w:rPr>
          <w:b/>
        </w:rPr>
        <w:t xml:space="preserve">[41:45] </w:t>
      </w:r>
      <w:r>
        <w:t>mein hissa diya iqtidaar diya aur kaha ke tu tu aur aur Allah ne mujhe khwab ki taabeer karna sikhai</w:t>
      </w:r>
    </w:p>
    <w:p>
      <w:pPr>
        <w:jc w:val="right"/>
      </w:pPr>
      <w:r>
        <w:t>میں حصہدیا اقت دار دیا اور کہاکہتو تو اور اور اللہ نےمجھے خوابکی تعبیر کرناسکھائی</w:t>
      </w:r>
    </w:p>
    <w:p>
      <w:r>
        <w:rPr>
          <w:b/>
        </w:rPr>
        <w:t xml:space="preserve">[41:55] </w:t>
      </w:r>
      <w:r>
        <w:t>interpret karna sikhaya</w:t>
      </w:r>
    </w:p>
    <w:p>
      <w:pPr>
        <w:jc w:val="right"/>
      </w:pPr>
      <w:r>
        <w:t>interpret کرنا سکھایا</w:t>
      </w:r>
    </w:p>
    <w:p>
      <w:r>
        <w:rPr>
          <w:b/>
        </w:rPr>
        <w:t xml:space="preserve">[41:58] </w:t>
      </w:r>
      <w:r>
        <w:t>yani har cheez ka credit allah ta'ala ko diya aur kaha ke ae zameen o asman ke banane wale aur dunya o akhirat dono jagah tu hamara kar saaz hai aur madadgar hai mujhe apni farman bardari ki halat mein maut de aur nek bando mein shamil farma</w:t>
      </w:r>
    </w:p>
    <w:p>
      <w:pPr>
        <w:jc w:val="right"/>
      </w:pPr>
      <w:r>
        <w:t>یعنیہرچیزکا کریڈٹاللہتعالیکودیا اور کہاکہ اےزمین وآسمانکےبنانےوالے اوردنیا اور آخرت دونوںجگہ توہمارا کار سازہے اور مد دگارہے مجھے اپنی فرمان برد اریکیحالتمیںموت دے اور نیک بندوںمیں شامل فر</w:t>
      </w:r>
    </w:p>
    <w:p>
      <w:r>
        <w:rPr>
          <w:b/>
        </w:rPr>
        <w:t xml:space="preserve">[42:16] </w:t>
      </w:r>
      <w:r>
        <w:t>to hazrat yusuf alehالسلامka jo yeh qissa hai aur yeh dua khas taur se ismein itna gehri baaten hain ke sara credit unhone allah ta'ala ko diya halanke apni khud salahiyaten bhi insan ki hoti hain lekin har cheez ka credit allah ko diya ke tune humein</w:t>
      </w:r>
    </w:p>
    <w:p>
      <w:pPr>
        <w:jc w:val="right"/>
      </w:pPr>
      <w:r>
        <w:t>ما تو حضرت یوسفعلیہالسلامکاجو یہقصہہے اوریہ دعاخاص طورسے اسمیںاتنا گہریباتیںہیںکہ ساراکریڈٹانہوںنےاللہ تعالیکودیا حالانکہاپنی خود صلاحیتیںبھیانسانکیہوتیہیں لیکن ہرچیز کاکریڈٹاللہ کودیا کہتونےہمیں</w:t>
      </w:r>
    </w:p>
    <w:p>
      <w:r>
        <w:rPr>
          <w:b/>
        </w:rPr>
        <w:t xml:space="preserve">[42:34] </w:t>
      </w:r>
      <w:r>
        <w:t>takht diya tune humein iqtadar diya tune bhaiyon ko ek ja kar diya aur walidain ko hamare yahan le aaya aur khwabon ki ta'abeer humein sikhai yani har cheez ko unhone allah ta'ala ke khane mein dala aur jo yeh qissa hai jaisa abhi yahan yeh khatm hota hai bohat hi iske andar sabak amoz baaten hain</w:t>
      </w:r>
    </w:p>
    <w:p>
      <w:pPr>
        <w:jc w:val="right"/>
      </w:pPr>
      <w:r>
        <w:t>تخت دیا تونےہمیں اقت دار دیا تو نے بھائیوںکو یک جاکردیا اور والد ینکو ہمارےیہاںلےآیا اور خوابوںکیتعبیرہمیں سکھائییعنیہرچیزکو انہوںنے اللہ تعالی کے خانےمیںڈالا اور جو یہقص ہہے جیساابیہاں یہختمہوتاہےبہت ہی اسکےاندر سبقآموزباتیںہیں</w:t>
      </w:r>
    </w:p>
    <w:p>
      <w:r>
        <w:rPr>
          <w:b/>
        </w:rPr>
        <w:t xml:space="preserve">[42:56] </w:t>
      </w:r>
      <w:r>
        <w:t>ke insan jo bhi is dunya mein mushkilat se guzarta hai woh allah ki koi planning hoti hai koi aisa nahin hai ke koi aisi koi koi dikkat usko koi pareshani se samna kar raha hai balkeh woh ek bohat hi nazuk andaaz ki khuda ki planning hoti hai</w:t>
      </w:r>
    </w:p>
    <w:p>
      <w:pPr>
        <w:jc w:val="right"/>
      </w:pPr>
      <w:r>
        <w:t>کہانسان جو بھی اس دنیا میں مشکلاتسے گزرتاہےوہاللہکیکوئیپلاننگہوتیہے کوئی ایسانہیںہےکہ کوئی ایسی کوئی کوئیدقتاسکوکوئیپریشانی سے سامناکرناپڑرہاہےبلکہوہایکبہتہی نازکانداز کی خداکیپلاننگہوتیہے</w:t>
      </w:r>
    </w:p>
    <w:p>
      <w:r>
        <w:rPr>
          <w:b/>
        </w:rPr>
        <w:t xml:space="preserve">[43:17] </w:t>
      </w:r>
      <w:r>
        <w:t>isi isi planning ke tehat isi mushkilat ke tehat usko koi allah ta'ala bade maqam par pahunchana chahta hai to hum sab ko allah ta'ala tofeeq de ke hum is is sabq hasil karen is qisse se aur apne andar woh salahiyat paida karen jo is qisse se humein woh baaten milti hain woh hum apni zindagi mein dhal</w:t>
      </w:r>
    </w:p>
    <w:p>
      <w:pPr>
        <w:jc w:val="right"/>
      </w:pPr>
      <w:r>
        <w:t>اسی اسیپلاننگکےتحت اسی مشکلات کےتحت اسکوکوئیاللہ تعالی بڑے مقام پر پہنچاناچاہتاہے تو ہمسبکواللہتعالی توفیقدےکہہم اس اس سب ق حاصل کریںاس قص ےسےاور اپنے اندروہ صلاحیتپیدا کریں جو اس قص ےسے ہمیں وہ باتیںملتیہیں وہہماپنیزندگی میںڈھال</w:t>
      </w:r>
    </w:p>
    <w:p>
      <w:r>
        <w:rPr>
          <w:b/>
        </w:rPr>
        <w:t xml:space="preserve">[43:42] </w:t>
      </w:r>
      <w:r>
        <w:t>en. amin amin jaza ka allah doctor sahib aap ne ek badi aham surah in char sessions mein bohat hi sabak amoz andaz mein humein samjhai allah uska aapko bohat bada ajr de.</w:t>
      </w:r>
    </w:p>
    <w:p>
      <w:pPr>
        <w:jc w:val="right"/>
      </w:pPr>
      <w:r>
        <w:t>یں۔ آمینآ مین جز اکاللہڈاکٹرصاحب آپ نےایک بڑی اہم سورہان چار سیشنزمیں بہتہی سبقآموزاندازمیں ہمیںسمجھائی اللہ اسکاآپکوبہت بڑا اجردے۔</w:t>
      </w:r>
    </w:p>
    <w:p>
      <w:r>
        <w:rPr>
          <w:b/>
        </w:rPr>
        <w:t xml:space="preserve">[43:55] </w:t>
      </w:r>
      <w:r>
        <w:t>amin. yahan par doctor sahib main ek hadith bhi share karna chahunga jo rasool allah ke hawale se hai ke unhone ek martaba farmaya main iska ek chhota hissa lena chah</w:t>
      </w:r>
    </w:p>
    <w:p>
      <w:pPr>
        <w:jc w:val="right"/>
      </w:pPr>
      <w:r>
        <w:t>آمین۔ یہاںپر ڈاکٹرصاحبمیںایک حدیثبھیشیئرکرناچاہوںگا جو رسولاللہ کےحوالےسےہے کہانہوںنےایک مرتبہ فرمایا میںاسکاایکچھوٹاحصہلیناچاہ</w:t>
      </w:r>
    </w:p>
    <w:p>
      <w:r>
        <w:rPr>
          <w:b/>
        </w:rPr>
        <w:t xml:space="preserve">[44:08] </w:t>
      </w:r>
      <w:r>
        <w:t>unga unhon ne bataya ek Allah ke nabi aur shaitan ke beech mein jo baat cheet hui uske bare mein bataya to unhon ne kaha ke shaitan ne ek bari Allah</w:t>
      </w:r>
    </w:p>
    <w:p>
      <w:pPr>
        <w:jc w:val="right"/>
      </w:pPr>
      <w:r>
        <w:t>وںگا انہوںنےبتایا ایک اللہ کےنبی اور شیطانکے بیچمیں جو باتچیتہوئی اسکےبارےمیںبتایا توانہوںنےکہا کہ شیطان نے ایک باری اللہ</w:t>
      </w:r>
    </w:p>
    <w:p>
      <w:r>
        <w:rPr>
          <w:b/>
        </w:rPr>
        <w:t xml:space="preserve">[44:19] </w:t>
      </w:r>
      <w:r>
        <w:t>ke ek nabi se poocha ke ke aap mere daaw se kaise bach sakenge to Allah ke nabi ne kaha ke jab teri aahat bhi mujhe aajati hai</w:t>
      </w:r>
    </w:p>
    <w:p>
      <w:pPr>
        <w:jc w:val="right"/>
      </w:pPr>
      <w:r>
        <w:t>کےایکنبیسےپوچھا کہ کہآپ میرے داؤسے کیسے بچسکیںگے تو اللہ کےنبینےکہا کہ جب تیری آہٹبھیمجھےآجاتیہے</w:t>
      </w:r>
    </w:p>
    <w:p>
      <w:r>
        <w:rPr>
          <w:b/>
        </w:rPr>
        <w:t xml:space="preserve">[44:31] </w:t>
      </w:r>
      <w:r>
        <w:t>to main Allah se panah mang leta hoon</w:t>
      </w:r>
    </w:p>
    <w:p>
      <w:pPr>
        <w:jc w:val="right"/>
      </w:pPr>
      <w:r>
        <w:t>تو میں اللہ سے پناہمانگلیتاہوں</w:t>
      </w:r>
    </w:p>
    <w:p>
      <w:r>
        <w:rPr>
          <w:b/>
        </w:rPr>
        <w:t xml:space="preserve">[44:34] </w:t>
      </w:r>
      <w:r>
        <w:t>to jab shaitan ne suna to usne kaha ke aap ne sahi farmaya</w:t>
      </w:r>
    </w:p>
    <w:p>
      <w:pPr>
        <w:jc w:val="right"/>
      </w:pPr>
      <w:r>
        <w:t>توجب شیطاننےسناتواسنےکہاکہآپنے صحیحفرمایا</w:t>
      </w:r>
    </w:p>
    <w:p>
      <w:r>
        <w:rPr>
          <w:b/>
        </w:rPr>
        <w:t xml:space="preserve">[44:38] </w:t>
      </w:r>
      <w:r>
        <w:t>aap iske baad mere fande mein nahin phans sakte to phir allah ke nabi ne us shaitan se poocha aur kaha ke ab bata ke tu adam ki awwal oulad par kaise ghalib hota hai aap sab log ghor farmayen yeh bohat hi aham baat hai aur isko hamesha yaad rakhiye shaitan ne kaha ke main adam ki awwal oulad ko uske ghusse aur khwahish ke waqt daba leta hoon</w:t>
      </w:r>
    </w:p>
    <w:p>
      <w:pPr>
        <w:jc w:val="right"/>
      </w:pPr>
      <w:r>
        <w:t>آپ اسکے بعد میرے فندےمیں نہیں پھنسسکتے تو پھراللہ کےنبی نے اس شیطانسےپوچھا اور کہا کہابتوبتاکہتو آدمکی اول اد پر کیسے غالبہوتاہے آپ سبلوگ غور فرمائیں یہ بہت ہیاہم بات ہے اوراسکوہمیشہیادرکھیے شیطاننے کہا کہ میں آدم کیاول اد کو اسکے غصے اور خواہشکےوقت دبوچلیتاہوں</w:t>
      </w:r>
    </w:p>
    <w:p>
      <w:r>
        <w:rPr>
          <w:b/>
        </w:rPr>
        <w:t xml:space="preserve">[45:06] </w:t>
      </w:r>
      <w:r>
        <w:t>iska matlab yeh hai ke jab ek insaan ghussa karta hai ya woh apni khwahishon aur khwahishon mein mubtala hota hai usi waqt shaitan usko behka deta hai agar hum Prophet Yusuf ki zindagi mein dekhein to yeh dono sooraten hi unki zindagi mein aayi'n ek taraf Zulekha ki shaitani aazmaish thi aur doosri taraf unke bhaiyon ne unke liye kadi mushkilen khadi kar deen</w:t>
      </w:r>
    </w:p>
    <w:p>
      <w:pPr>
        <w:jc w:val="right"/>
      </w:pPr>
      <w:r>
        <w:t>اسکامطلبیہہےکہجب ایکانسان غصہ کرتاہے یا وہاپنے خ واہشوںاور خواہشوںمیںمبتلاہوتاہے اسی وقت شی طان اسکو بہ کادیتاہے اگر ہم Prophetیوسفکیزندگی میںدیکھیں تویہ دونوں صورت یںہی انکیزندگی میںآئیں ایکطرف زلیخہ کی شیطانیآزم ائشتھی اور دوسریطرف انکے بھائیوںنےانکےلیےکڑیمشکلیںکھڑیکردیتھیں</w:t>
      </w:r>
    </w:p>
    <w:p>
      <w:r>
        <w:rPr>
          <w:b/>
        </w:rPr>
        <w:t xml:space="preserve">[45:33] </w:t>
      </w:r>
      <w:r>
        <w:t>to ghussa aur khwahish dono bohat hi bartar satah par unke samne pesh aaye agar aap sochain ke kitni</w:t>
      </w:r>
    </w:p>
    <w:p>
      <w:pPr>
        <w:jc w:val="right"/>
      </w:pPr>
      <w:r>
        <w:t>تو غصہاور خواہش دونوںبہت ہی بر تر سطح پر انکے سامنے پیش آئے اگرآپ سو چیں کہ کتنی</w:t>
      </w:r>
    </w:p>
    <w:p>
      <w:r>
        <w:rPr>
          <w:b/>
        </w:rPr>
        <w:t xml:space="preserve">[45:42] </w:t>
      </w:r>
      <w:r>
        <w:t>mushkil cheez hogi agar aapke khud bhai aapko maarne ki planning karein aapko aapke walid se juda kar dein phir aap jis ghar mein aap im andari se kaam karte hain us</w:t>
      </w:r>
    </w:p>
    <w:p>
      <w:pPr>
        <w:jc w:val="right"/>
      </w:pPr>
      <w:r>
        <w:t>مش کل چیزہوگی کہاگر آپکے خود بھائی آپکو مارنےکیپلاننگکریں آپکوآپکے والد ینسےجداکردیں پھرآپجسگھرمیںآپ ایم انداریسےکام کرتے ہیں اس</w:t>
      </w:r>
    </w:p>
    <w:p>
      <w:r>
        <w:rPr>
          <w:b/>
        </w:rPr>
        <w:t xml:space="preserve">[45:53] </w:t>
      </w:r>
      <w:r>
        <w:t>ghar mein aapke upar jhoota ilzaam lagakar aapko kai barson tak jail mein dal diya jaye aur yeh sab uske bawajood ke aap Allah ke nabi hain aapke</w:t>
      </w:r>
    </w:p>
    <w:p>
      <w:pPr>
        <w:jc w:val="right"/>
      </w:pPr>
      <w:r>
        <w:t>گھرمیںآپ کےاوپر جھوٹا الزاملگاکرآپکو کئی برستک جیلمیںڈالدیاجائے اور یہسب اسکے باوجود کہ آپ اللہ کےنبی ہیں آپ کے</w:t>
      </w:r>
    </w:p>
    <w:p>
      <w:r>
        <w:rPr>
          <w:b/>
        </w:rPr>
        <w:t xml:space="preserve">[46:03] </w:t>
      </w:r>
      <w:r>
        <w:t>walid bhi Allah</w:t>
      </w:r>
    </w:p>
    <w:p>
      <w:pPr>
        <w:jc w:val="right"/>
      </w:pPr>
      <w:r>
        <w:t>باپ بھی اللہ</w:t>
      </w:r>
    </w:p>
    <w:p>
      <w:r>
        <w:rPr>
          <w:b/>
        </w:rPr>
        <w:t xml:space="preserve">[46:05] </w:t>
      </w:r>
      <w:r>
        <w:t>ke nabi hain yahan yahan tak ke aapke dadaji yani Prophet Ibrahim woh bhi Allah ke nabi hain lekin Prophet Yusuf ne kya kiya humne Dr. Sahab ke char sessions se isko jaana ke unhone sabr kiya aur Allah par poora bharosa kiya to yaad rakhiye is duniya mein aapke sath bhi test hoga aapke sath in safa hoga aapke sath mushkilen pesh aayengi aur aapka sabr ka sakht imtehan liya jayega</w:t>
      </w:r>
    </w:p>
    <w:p>
      <w:pPr>
        <w:jc w:val="right"/>
      </w:pPr>
      <w:r>
        <w:t>کےنبی ہیںیہاںیہاںتک کہآپکے داد ایعنی Prophetابراہیم وہبھیاللہ کےنبیہیں لیکن Prophetیوسف نے کیا کیا ہمنےڈاکٹرصاحبکے چار سیشنسے اسکو جاناکہانہوں نے صبرکیا اور اللہ پرپورابھروسہکیا تویادرکھیے اس دنیا میں آپ کے ساتھ بھی ٹیسٹ ہوگا آپکےساتھ ان ص افہوگاآپکےساتھ مشکلیںپیش آئیںگی اور آپ کا صبرکا سخت امتحان لیاجائےگا</w:t>
      </w:r>
    </w:p>
    <w:p>
      <w:r>
        <w:rPr>
          <w:b/>
        </w:rPr>
        <w:t xml:space="preserve">[46:34] </w:t>
      </w:r>
      <w:r>
        <w:t>us waqt aap Prophet Yusuf ki sachchai ko lekar sochen aur wahi response dein jo Prophet Yusuf ne diya matlab sabr aur Allah par poora bharosa to in char sessions se aap jaan gaye honge ke kyun Prophet Yusuf ki kahani ko ahsan al qisas bataya gaya hai woh isliye ke ismein hum sab ke liye is duniya mein aur akhirat mein kamyabi ka raaz bataya gaya hai agar</w:t>
      </w:r>
    </w:p>
    <w:p>
      <w:pPr>
        <w:jc w:val="right"/>
      </w:pPr>
      <w:r>
        <w:t>اسوقت آپ Prophetیوسفکیاسسچیکہ انیکولےکرسوچنا اور وہی ریسپانسدیناجو Prophet یوسفنےدیا مطلب صبر اور اللہ پرپورابھروسہ تو ان چارسیشنسے آپ جان گئےہوںگےکہ کیوں Prophetیوسفکیکہانیکو احسن القصص بت ایاگیاہے وہ اسلیےکیونکہ اسمیں ہم سب کےلیے اس دنیا میں اور آخرتمیں کامیابیکا رازبتایاگیاہے اگر</w:t>
      </w:r>
    </w:p>
    <w:p>
      <w:r>
        <w:rPr>
          <w:b/>
        </w:rPr>
        <w:t xml:space="preserve">[47:04] </w:t>
      </w:r>
      <w:r>
        <w:t>aap Allah par sabr karen Allah par poora bharosa rakhen to yaqeenan is duniya mein bhi aur akhirat mein bhi aap ko kamyabi hasil hogi. Inshallah. Iske sath yeh char sessions ki summary yahan pe khatm karte hain hum phir lautenge agle itwar saade das baje.</w:t>
      </w:r>
    </w:p>
    <w:p>
      <w:pPr>
        <w:jc w:val="right"/>
      </w:pPr>
      <w:r>
        <w:t>آپ اللہ پر صبرکریں اللہ پرپورابھروسہرکھیں تو یقینا اس دنیا میںبھی اور آخرتمیںبھی آپ کو کامیابی حاصل ہوگی ۔انشاءاللہ۔اسکےساتھ یہ چارسیشنکیسی ریزہمیہاںپہختم کرتےہیں ہم پھر لوٹیںگےاگلے اتوار ساڑھےدس بجے۔</w:t>
      </w:r>
    </w:p>
    <w:p>
      <w:r>
        <w:rPr>
          <w:b/>
        </w:rPr>
        <w:t xml:space="preserve">[47:21] </w:t>
      </w:r>
      <w:r>
        <w:t>Shukriya. Inshallah.</w:t>
      </w:r>
    </w:p>
    <w:p>
      <w:pPr>
        <w:jc w:val="right"/>
      </w:pPr>
      <w:r>
        <w:t>شک ریہ۔انشاءاللہ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