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Daily Life I 26 Dec, 2010 - Maulana Wahiduddin Khan</w:t>
      </w:r>
    </w:p>
    <w:p>
      <w:r>
        <w:t>https://www.youtube.com/watch?v=S7ahMQ1iyp0</w:t>
      </w:r>
    </w:p>
    <w:p>
      <w:r>
        <w:rPr>
          <w:b/>
        </w:rPr>
        <w:t xml:space="preserve">[00:14] </w:t>
      </w:r>
      <w:r>
        <w:t>bismillah hir rahman nir raheem, wa salli allah ala an nabiyyil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 lul uqdata min lisani, yafqahu qawli.</w:t>
      </w:r>
    </w:p>
    <w:p>
      <w:pPr>
        <w:jc w:val="right"/>
      </w:pPr>
      <w:r>
        <w:t>واحل العقدۃ من لسانی، یفقہ قولی۔</w:t>
      </w:r>
    </w:p>
    <w:p>
      <w:r>
        <w:rPr>
          <w:b/>
        </w:rPr>
        <w:t xml:space="preserve">[00:38] </w:t>
      </w:r>
      <w:r>
        <w:t>aaj ka topic hai: Islam in daily life. Islam rozmarra ki zindagi mein, yaani subah aur shaam, raat aur din,</w:t>
      </w:r>
    </w:p>
    <w:p>
      <w:pPr>
        <w:jc w:val="right"/>
      </w:pPr>
      <w:r>
        <w:t>آج کا ٹاپک ہے: اسلام ان ڈیلی لائف۔ اسلام روزمرہ کی زندگی میں، یعنی صبح اور شام، رات اور دن،</w:t>
      </w:r>
    </w:p>
    <w:p>
      <w:r>
        <w:rPr>
          <w:b/>
        </w:rPr>
        <w:t xml:space="preserve">[00:55] </w:t>
      </w:r>
      <w:r>
        <w:t>hum Islam ke saath kis tarah rahein?</w:t>
      </w:r>
    </w:p>
    <w:p>
      <w:pPr>
        <w:jc w:val="right"/>
      </w:pPr>
      <w:r>
        <w:t>ہم اسلام کے ساتھ کس طرح رہیں؟</w:t>
      </w:r>
    </w:p>
    <w:p>
      <w:r>
        <w:rPr>
          <w:b/>
        </w:rPr>
        <w:t xml:space="preserve">[01:07] </w:t>
      </w:r>
      <w:r>
        <w:t>ghar pe hon ya safar mein hon, Islam ko kis tarah follow karein,</w:t>
      </w:r>
    </w:p>
    <w:p>
      <w:pPr>
        <w:jc w:val="right"/>
      </w:pPr>
      <w:r>
        <w:t>گھر پہ ہوں یا سفر میں ہوں، اسلام کو کس طرح فالو کریں،</w:t>
      </w:r>
    </w:p>
    <w:p>
      <w:r>
        <w:rPr>
          <w:b/>
        </w:rPr>
        <w:t xml:space="preserve">[01:15] </w:t>
      </w:r>
      <w:r>
        <w:t>is ke baare mein is waqt mein kuch kehna chahta hoon.</w:t>
      </w:r>
    </w:p>
    <w:p>
      <w:pPr>
        <w:jc w:val="right"/>
      </w:pPr>
      <w:r>
        <w:t>اس کے بارے میں اس وقت میں کچھ کہنا چاہتا ہوں۔</w:t>
      </w:r>
    </w:p>
    <w:p>
      <w:r>
        <w:rPr>
          <w:b/>
        </w:rPr>
        <w:t xml:space="preserve">[01:22] </w:t>
      </w:r>
      <w:r>
        <w:t>is ka main aaghaaz karunga apne do tajrube se.</w:t>
      </w:r>
    </w:p>
    <w:p>
      <w:pPr>
        <w:jc w:val="right"/>
      </w:pPr>
      <w:r>
        <w:t>اس کا میں آغاز کروں گا اپنے دو تجربے سے۔</w:t>
      </w:r>
    </w:p>
    <w:p>
      <w:r>
        <w:rPr>
          <w:b/>
        </w:rPr>
        <w:t xml:space="preserve">[01:29] </w:t>
      </w:r>
      <w:r>
        <w:t>ek baar, kai saal pehle ki baat hai,</w:t>
      </w:r>
    </w:p>
    <w:p>
      <w:pPr>
        <w:jc w:val="right"/>
      </w:pPr>
      <w:r>
        <w:t>ایک بار، کئی سال پہلے کی بات ہے،</w:t>
      </w:r>
    </w:p>
    <w:p>
      <w:r>
        <w:rPr>
          <w:b/>
        </w:rPr>
        <w:t xml:space="preserve">[01:36] </w:t>
      </w:r>
      <w:r>
        <w:t>Hyderabad mein ek Hindu Muslim dialogue rakha gaya.</w:t>
      </w:r>
    </w:p>
    <w:p>
      <w:pPr>
        <w:jc w:val="right"/>
      </w:pPr>
      <w:r>
        <w:t>حیدرآباد میں ایک ہندو مسلم ڈائیلاگ رکھا گیا۔</w:t>
      </w:r>
    </w:p>
    <w:p>
      <w:r>
        <w:rPr>
          <w:b/>
        </w:rPr>
        <w:t xml:space="preserve">[01:46] </w:t>
      </w:r>
      <w:r>
        <w:t>Hindu ki numaindagi kar rahe the Mr. Haroon Shori, jo baad ko minister bane. Islam ki numaindagi mein kar raha tha.</w:t>
      </w:r>
    </w:p>
    <w:p>
      <w:pPr>
        <w:jc w:val="right"/>
      </w:pPr>
      <w:r>
        <w:t>ہندو کی نمائندگی کر رہے تھے مسٹر ہارون شوری، جو بعد کو منسٹر بنے۔ اسلام کی نمائندگی میں کر رہا تھا۔</w:t>
      </w:r>
    </w:p>
    <w:p>
      <w:r>
        <w:rPr>
          <w:b/>
        </w:rPr>
        <w:t xml:space="preserve">[02:00] </w:t>
      </w:r>
      <w:r>
        <w:t>toh is ka jo topic rakha gaya tha, woh tha: "Living with Islam in India".</w:t>
      </w:r>
    </w:p>
    <w:p>
      <w:pPr>
        <w:jc w:val="right"/>
      </w:pPr>
      <w:r>
        <w:t>تو اس کا جو ٹاپک رکھا گیا تھا، وہ تھا: "Living with Islam in India"۔</w:t>
      </w:r>
    </w:p>
    <w:p>
      <w:r>
        <w:rPr>
          <w:b/>
        </w:rPr>
        <w:t xml:space="preserve">[02:13] </w:t>
      </w:r>
      <w:r>
        <w:t>"Living with Islam in India".</w:t>
      </w:r>
    </w:p>
    <w:p>
      <w:pPr>
        <w:jc w:val="right"/>
      </w:pPr>
      <w:r>
        <w:t>"Living with Islam in India"۔</w:t>
      </w:r>
    </w:p>
    <w:p>
      <w:r>
        <w:rPr>
          <w:b/>
        </w:rPr>
        <w:t xml:space="preserve">[02:19] </w:t>
      </w:r>
      <w:r>
        <w:t>toh Haroon Shori sahab ne jo baatein kaheen, woh aisi theen jaise ke: "Living with problem Islam in India".</w:t>
      </w:r>
    </w:p>
    <w:p>
      <w:pPr>
        <w:jc w:val="right"/>
      </w:pPr>
      <w:r>
        <w:t>تو ہارون شوری صاحب نے جو باتیں کہیں، وہ ایسی تھیں جیسے کہ: "Living with problem Islam in India"۔</w:t>
      </w:r>
    </w:p>
    <w:p>
      <w:r>
        <w:rPr>
          <w:b/>
        </w:rPr>
        <w:t xml:space="preserve">[02:32] </w:t>
      </w:r>
      <w:r>
        <w:t>yaani ek aisa mazhab jo problem hai, us ke saath kaise India mein rahein?</w:t>
      </w:r>
    </w:p>
    <w:p>
      <w:pPr>
        <w:jc w:val="right"/>
      </w:pPr>
      <w:r>
        <w:t>یعنی ایک ایسا مذہب جو پرابلم ہے، اس کے ساتھ کیسے انڈیا میں رہیں؟</w:t>
      </w:r>
    </w:p>
    <w:p>
      <w:r>
        <w:rPr>
          <w:b/>
        </w:rPr>
        <w:t xml:space="preserve">[02:41] </w:t>
      </w:r>
      <w:r>
        <w:t>toh maine kaha ke dekhein, yeh jo hai, Musalmanon ke kuch baaton ko le kar yeh image bani hai ke Islam ek problem religion hai.</w:t>
      </w:r>
    </w:p>
    <w:p>
      <w:pPr>
        <w:jc w:val="right"/>
      </w:pPr>
      <w:r>
        <w:t>تو میں نے کہا کہ دیکھیں، یہ جو ہے، مسلمانوں کے کچھ باتوں کو لے کر یہ امیج بنی ہے کہ اسلام ایک پرابلم ریلیجن ہے۔</w:t>
      </w:r>
    </w:p>
    <w:p>
      <w:r>
        <w:rPr>
          <w:b/>
        </w:rPr>
        <w:t xml:space="preserve">[02:54] </w:t>
      </w:r>
      <w:r>
        <w:t>theek hai? ek Musalmanon ko alag kar ke dekhein aap, toh Islam jo hai,</w:t>
      </w:r>
    </w:p>
    <w:p>
      <w:pPr>
        <w:jc w:val="right"/>
      </w:pPr>
      <w:r>
        <w:t>ٹھیک ہے؟ ایک مسلمانوں کو الگ کر کے دیکھیں آپ، تو اسلام جو ہے،</w:t>
      </w:r>
    </w:p>
    <w:p>
      <w:r>
        <w:rPr>
          <w:b/>
        </w:rPr>
        <w:t xml:space="preserve">[03:00] </w:t>
      </w:r>
      <w:r>
        <w:t>woh no problem religion hai.</w:t>
      </w:r>
    </w:p>
    <w:p>
      <w:pPr>
        <w:jc w:val="right"/>
      </w:pPr>
      <w:r>
        <w:t>وہ نو پرابلم ریلیجن ہے۔</w:t>
      </w:r>
    </w:p>
    <w:p>
      <w:r>
        <w:rPr>
          <w:b/>
        </w:rPr>
        <w:t xml:space="preserve">[03:04] </w:t>
      </w:r>
      <w:r>
        <w:t>yaani ulta hai. so you have to differentiate between Islam and Muslims. you have to judge Muslims in the light of Islamic teachings, and not vice versa.</w:t>
      </w:r>
    </w:p>
    <w:p>
      <w:pPr>
        <w:jc w:val="right"/>
      </w:pPr>
      <w:r>
        <w:t>یعنی الٹا ہے۔ سو یو ہیو ٹو ڈیفرنشیٹ بٹوین اسلام اینڈ مسلمز۔ یو ہیو ٹو جج مسلمز ان دا لائٹ آف اسلامک ٹیچنگز، اینڈ ناٹ وائس ورسا۔</w:t>
      </w:r>
    </w:p>
    <w:p>
      <w:r>
        <w:rPr>
          <w:b/>
        </w:rPr>
        <w:t xml:space="preserve">[03:19] </w:t>
      </w:r>
      <w:r>
        <w:t>toh maine bataya ke "Living with Islam in India" ek negative tone mein hai yeh topic. lekin sahi baat yeh hai ke Islam ke saath rehna,</w:t>
      </w:r>
    </w:p>
    <w:p>
      <w:pPr>
        <w:jc w:val="right"/>
      </w:pPr>
      <w:r>
        <w:t>تو میں نے بتایا کہ "Living with Islam in India" ایک نیگیٹیو ٹون میں ہے یہ ٹاپک۔ لیکن صحیح بات یہ ہے کہ اسلام کے ساتھ رہنا،</w:t>
      </w:r>
    </w:p>
    <w:p>
      <w:r>
        <w:rPr>
          <w:b/>
        </w:rPr>
        <w:t xml:space="preserve">[03:36] </w:t>
      </w:r>
      <w:r>
        <w:t>peace ke saath rehna hai, tolerance ke saath rehna hai,</w:t>
      </w:r>
    </w:p>
    <w:p>
      <w:pPr>
        <w:jc w:val="right"/>
      </w:pPr>
      <w:r>
        <w:t>پیس کے ساتھ رہنا ہے، ٹالرنس کے ساتھ رہنا ہے،</w:t>
      </w:r>
    </w:p>
    <w:p>
      <w:r>
        <w:rPr>
          <w:b/>
        </w:rPr>
        <w:t xml:space="preserve">[03:40] </w:t>
      </w:r>
      <w:r>
        <w:t>compeshn ke sath rehna hai.</w:t>
      </w:r>
    </w:p>
    <w:p>
      <w:pPr>
        <w:jc w:val="right"/>
      </w:pPr>
      <w:r>
        <w:t>کمپیشن کے ساتھ رہنا ہے۔</w:t>
      </w:r>
    </w:p>
    <w:p>
      <w:r>
        <w:rPr>
          <w:b/>
        </w:rPr>
        <w:t xml:space="preserve">[03:45] </w:t>
      </w:r>
      <w:r>
        <w:t>to mein ne apni baat ka, ab islam ki spirit ko lete hue, mein ne baat shuru ki to mein ne kaha ke dekhen, yeh koi debate nahi hai.</w:t>
      </w:r>
    </w:p>
    <w:p>
      <w:pPr>
        <w:jc w:val="right"/>
      </w:pPr>
      <w:r>
        <w:t>تو میں نے اپنی بات کا، اب اسلام کی سپرٹ کو لیتے ہوئے، میں نے بات شروع کی تو میں نے کہا کہ دیکھیں، یہ کوئی ڈیبیٹ نہیں ہے۔</w:t>
      </w:r>
    </w:p>
    <w:p>
      <w:r>
        <w:rPr>
          <w:b/>
        </w:rPr>
        <w:t xml:space="preserve">[03:59] </w:t>
      </w:r>
      <w:r>
        <w:t>yeh pyar ka, pyar ke sath exchange hai. mein ne kaha ke mister haroon shori ke pas bhi pyar ki batain hongi to woh kahein, mein islam ko le kar pyar ki batain kahunga.</w:t>
      </w:r>
    </w:p>
    <w:p>
      <w:pPr>
        <w:jc w:val="right"/>
      </w:pPr>
      <w:r>
        <w:t>یہ پیار کا، پیار کے ساتھ ایکسچینج ہے۔ میں نے کہا کہ مسٹر ہارون شوری کے پاس بھی پیار کی باتیں ہوں گی تو وہ کہیں، میں اسلام کو لے کر پیار کی باتیں کہوں گا۔</w:t>
      </w:r>
    </w:p>
    <w:p>
      <w:r>
        <w:rPr>
          <w:b/>
        </w:rPr>
        <w:t xml:space="preserve">[04:11] </w:t>
      </w:r>
      <w:r>
        <w:t>to yeh pyar ke sath, yani zindagi jo hai poori,</w:t>
      </w:r>
    </w:p>
    <w:p>
      <w:pPr>
        <w:jc w:val="right"/>
      </w:pPr>
      <w:r>
        <w:t>تو یہ پیار کے ساتھ، یعنی زندگی جو ہے پوری،</w:t>
      </w:r>
    </w:p>
    <w:p>
      <w:r>
        <w:rPr>
          <w:b/>
        </w:rPr>
        <w:t xml:space="preserve">[04:17] </w:t>
      </w:r>
      <w:r>
        <w:t>woh pyar ke sath lardne ka naam hai. yahi islam hai.</w:t>
      </w:r>
    </w:p>
    <w:p>
      <w:pPr>
        <w:jc w:val="right"/>
      </w:pPr>
      <w:r>
        <w:t>وہ پیار کے ساتھ لڑنے کا نام ہے۔ یہی اسلام ہے۔</w:t>
      </w:r>
    </w:p>
    <w:p>
      <w:r>
        <w:rPr>
          <w:b/>
        </w:rPr>
        <w:t xml:space="preserve">[04:25] </w:t>
      </w:r>
      <w:r>
        <w:t>to logon ko bohat taajub hua. woh hindu logon ne woh organize kiya tha us ko. unhon ne aur bhi kuch program rakhay.</w:t>
      </w:r>
    </w:p>
    <w:p>
      <w:pPr>
        <w:jc w:val="right"/>
      </w:pPr>
      <w:r>
        <w:t>تو لوگوں کو بہت تعجب ہوا۔ وہ ہندو لوگوں نے وہ ارگنائز کیا تھا اس کو۔ انہوں نے اور بھی کچھ پروگرام رکھے۔</w:t>
      </w:r>
    </w:p>
    <w:p>
      <w:r>
        <w:rPr>
          <w:b/>
        </w:rPr>
        <w:t xml:space="preserve">[04:35] </w:t>
      </w:r>
      <w:r>
        <w:t>yani is ek program ke ilawa bhi unhon ne kuch program rakhay. kyunke islam ki yeh image jo hai,</w:t>
      </w:r>
    </w:p>
    <w:p>
      <w:pPr>
        <w:jc w:val="right"/>
      </w:pPr>
      <w:r>
        <w:t>یعنی اس ایک پروگرام کے علاوہ بھی انہوں نے کچھ پروگرام رکھے۔ کیونکہ اسلام کی یہ امیج جو ہے،</w:t>
      </w:r>
    </w:p>
    <w:p>
      <w:r>
        <w:rPr>
          <w:b/>
        </w:rPr>
        <w:t xml:space="preserve">[04:43] </w:t>
      </w:r>
      <w:r>
        <w:t>woh dil ko choti hai. woh nature ko address karti hai. islam ke ka jo asal tasveer hai, woh insan ke mind ko appeal karta hai.</w:t>
      </w:r>
    </w:p>
    <w:p>
      <w:pPr>
        <w:jc w:val="right"/>
      </w:pPr>
      <w:r>
        <w:t>وہ دل کو چھوتی ہے۔ وہ نیچر کو ایڈریس کرتی ہے۔ اسلام کے کا جو اصل تصویر ہے، وہ انسان کے مائنڈ کو اپیل کرتا ہے۔</w:t>
      </w:r>
    </w:p>
    <w:p>
      <w:r>
        <w:rPr>
          <w:b/>
        </w:rPr>
        <w:t xml:space="preserve">[04:58] </w:t>
      </w:r>
      <w:r>
        <w:t>to woh log bohat khush hue.</w:t>
      </w:r>
    </w:p>
    <w:p>
      <w:pPr>
        <w:jc w:val="right"/>
      </w:pPr>
      <w:r>
        <w:t>تو وہ لوگ بہت خوش ہوئے۔</w:t>
      </w:r>
    </w:p>
    <w:p>
      <w:r>
        <w:rPr>
          <w:b/>
        </w:rPr>
        <w:t xml:space="preserve">[05:05] </w:t>
      </w:r>
      <w:r>
        <w:t>is ke baad doosra experience mein jo kehna chahta hoon, mein gaya wahan</w:t>
      </w:r>
    </w:p>
    <w:p>
      <w:pPr>
        <w:jc w:val="right"/>
      </w:pPr>
      <w:r>
        <w:t>اس کے بعد دوسرا ایکسپیرینس میں جو کہنا چاہتا ہوں، میں گیا وہاں</w:t>
      </w:r>
    </w:p>
    <w:p>
      <w:r>
        <w:rPr>
          <w:b/>
        </w:rPr>
        <w:t xml:space="preserve">[05:14] </w:t>
      </w:r>
      <w:r>
        <w:t>rishi kesh. rishi kesh mein bhi ek conference thi jo hindu logon ne kiya tha. to wahan mujhe bulaya gaya tha.</w:t>
      </w:r>
    </w:p>
    <w:p>
      <w:pPr>
        <w:jc w:val="right"/>
      </w:pPr>
      <w:r>
        <w:t>رشی کیش۔ رشی کیش میں بھی ایک کانفرنس تھی جو ہندو لوگوں نے کیا تھا۔ تو وہاں مجھے بلایا گیا تھا۔</w:t>
      </w:r>
    </w:p>
    <w:p>
      <w:r>
        <w:rPr>
          <w:b/>
        </w:rPr>
        <w:t xml:space="preserve">[05:26] </w:t>
      </w:r>
      <w:r>
        <w:t>wahan bhi mujhe islam par batana tha.</w:t>
      </w:r>
    </w:p>
    <w:p>
      <w:pPr>
        <w:jc w:val="right"/>
      </w:pPr>
      <w:r>
        <w:t>وہاں بھی مجھے اسلام پر بتانا تھا۔</w:t>
      </w:r>
    </w:p>
    <w:p>
      <w:r>
        <w:rPr>
          <w:b/>
        </w:rPr>
        <w:t xml:space="preserve">[05:31] </w:t>
      </w:r>
      <w:r>
        <w:t>to mein ne kuch waqiat ya kuch hadisain bataein wahan par. mislan yeh bataya mein ne ke prophet aleh-e-salam ne kaha ke:</w:t>
      </w:r>
    </w:p>
    <w:p>
      <w:pPr>
        <w:jc w:val="right"/>
      </w:pPr>
      <w:r>
        <w:t>تو میں نے کچھ واقعات یا کچھ حدیثیں بتائیں وہاں پر۔ مثلاً یہ بتایا میں نے کہ پرافٹ علیہ السلام نے کہا کہ:</w:t>
      </w:r>
    </w:p>
    <w:p>
      <w:r>
        <w:rPr>
          <w:b/>
        </w:rPr>
        <w:t xml:space="preserve">[05:47] </w:t>
      </w:r>
      <w:r>
        <w:t>"Al-muslim man salima al-nas bi-lisanih wa yadih".</w:t>
      </w:r>
    </w:p>
    <w:p>
      <w:pPr>
        <w:jc w:val="right"/>
      </w:pPr>
      <w:r>
        <w:t>"المسلم من سلم الناس باللسان ویدہ"۔</w:t>
      </w:r>
    </w:p>
    <w:p>
      <w:r>
        <w:rPr>
          <w:b/>
        </w:rPr>
        <w:t xml:space="preserve">[05:55] </w:t>
      </w:r>
      <w:r>
        <w:t>"A true muslim is one by whose hands and tongue people are safe". yani sacha momin woh hai jo is tarah rahe society mein ke logon ko is se takleef na pohanchay, na is ke hath se, na is ki zuban se.</w:t>
      </w:r>
    </w:p>
    <w:p>
      <w:pPr>
        <w:jc w:val="right"/>
      </w:pPr>
      <w:r>
        <w:t>"A true مسلم is one by whose hands and tongue people are safe"۔ یعنی سچا مومن وہ ہے جو اس طرح رہے سوسائٹی میں کہ لوگوں کو اس سے تکلیف نہ پہنچے، نہ اس کے ہاتھ سے، نہ اس کی زبان سے۔</w:t>
      </w:r>
    </w:p>
    <w:p>
      <w:r>
        <w:rPr>
          <w:b/>
        </w:rPr>
        <w:t xml:space="preserve">[06:16] </w:t>
      </w:r>
      <w:r>
        <w:t>ya no problem person par kar rahe hain. phir ek aur hadith hai, ab mein ne le kar bataya ke dekhen, islam mein sirf do tareeqay jo hain, woh accepted hain.</w:t>
      </w:r>
    </w:p>
    <w:p>
      <w:pPr>
        <w:jc w:val="right"/>
      </w:pPr>
      <w:r>
        <w:t>یا نو پرابلم پرسن پر کر رہے ہیں۔ پھر ایک اور حدیث ہے، اب میں نے لے کر بتایا کہ دیکھیں، اسلام میں صرف دو طریقے جو ہیں، وہ ایکسیپٹڈ ہیں۔</w:t>
      </w:r>
    </w:p>
    <w:p>
      <w:r>
        <w:rPr>
          <w:b/>
        </w:rPr>
        <w:t xml:space="preserve">[06:32] </w:t>
      </w:r>
      <w:r>
        <w:t>baqi jo hai, woh galat hai.</w:t>
      </w:r>
    </w:p>
    <w:p>
      <w:pPr>
        <w:jc w:val="right"/>
      </w:pPr>
      <w:r>
        <w:t>باقی جو ہے، وہ غلط ہے۔</w:t>
      </w:r>
    </w:p>
    <w:p>
      <w:r>
        <w:rPr>
          <w:b/>
        </w:rPr>
        <w:t xml:space="preserve">[06:36] </w:t>
      </w:r>
      <w:r>
        <w:t>ek yeh hai ke aap society mein giver person ban kar rahen.</w:t>
      </w:r>
    </w:p>
    <w:p>
      <w:pPr>
        <w:jc w:val="right"/>
      </w:pPr>
      <w:r>
        <w:t>ایک یہ ہے کہ آپ سوسائٹی میں گیور پرسن بن کر رہیں۔</w:t>
      </w:r>
    </w:p>
    <w:p>
      <w:r>
        <w:rPr>
          <w:b/>
        </w:rPr>
        <w:t xml:space="preserve">[06:46] </w:t>
      </w:r>
      <w:r>
        <w:t>hadith mein aata hai ke: "Lau tanfa' fa la tadurruhu". yani agar tum logon ko faida na pohancha sako to kam se kam nuksan na pohanchao.</w:t>
      </w:r>
    </w:p>
    <w:p>
      <w:pPr>
        <w:jc w:val="right"/>
      </w:pPr>
      <w:r>
        <w:t>حدیث میں آتا ہے کہ: "لب تنفع فلا تضرہ"۔ یعنی اگر تم لوگوں کو فائدہ نہ پہنچا سکو تو کم سے کم نقصان نہ پہنچاؤ۔</w:t>
      </w:r>
    </w:p>
    <w:p>
      <w:r>
        <w:rPr>
          <w:b/>
        </w:rPr>
        <w:t xml:space="preserve">[06:57] </w:t>
      </w:r>
      <w:r>
        <w:t>yeh do darjay hain. yani ya to aap giver person ban kar rahen,</w:t>
      </w:r>
    </w:p>
    <w:p>
      <w:pPr>
        <w:jc w:val="right"/>
      </w:pPr>
      <w:r>
        <w:t>یہ دو درجے ہیں۔ یعنی یا تو آپ گیور پرسن بن کر رہیں،</w:t>
      </w:r>
    </w:p>
    <w:p>
      <w:r>
        <w:rPr>
          <w:b/>
        </w:rPr>
        <w:t xml:space="preserve">[07:04] </w:t>
      </w:r>
      <w:r>
        <w:t>ya kam se kam no problem person ban kar rahen.</w:t>
      </w:r>
    </w:p>
    <w:p>
      <w:pPr>
        <w:jc w:val="right"/>
      </w:pPr>
      <w:r>
        <w:t>یا کم سے کم نو پرابلم پرسن بن کر رہیں۔</w:t>
      </w:r>
    </w:p>
    <w:p>
      <w:r>
        <w:rPr>
          <w:b/>
        </w:rPr>
        <w:t xml:space="preserve">[07:09] </w:t>
      </w:r>
      <w:r>
        <w:t>kisi ajeeb taleem hai: "Lau tanfa' fa la tadurruhu". agar tum doosron ko faida na pohancha sako to kam se kam nuksan to na pohanchao.</w:t>
      </w:r>
    </w:p>
    <w:p>
      <w:pPr>
        <w:jc w:val="right"/>
      </w:pPr>
      <w:r>
        <w:t>کیسی عجیب تعلیم ہے: "لب تنفع فلا تضرہ"۔ اگر تم دوسروں کو فائدہ نہ پہنچا سکو تو کم سے کم نقصان تو نہ پہنچاؤ۔</w:t>
      </w:r>
    </w:p>
    <w:p>
      <w:r>
        <w:rPr>
          <w:b/>
        </w:rPr>
        <w:t xml:space="preserve">[07:20] </w:t>
      </w:r>
      <w:r>
        <w:t>is ka matlab yeh hua ke tum samajh ke andar ya to</w:t>
      </w:r>
    </w:p>
    <w:p>
      <w:pPr>
        <w:jc w:val="right"/>
      </w:pPr>
      <w:r>
        <w:t>اس کا مطلب یہ ہوا کہ تم سماج کے اندر یا تو</w:t>
      </w:r>
    </w:p>
    <w:p>
      <w:r>
        <w:rPr>
          <w:b/>
        </w:rPr>
        <w:t xml:space="preserve">[07:28] </w:t>
      </w:r>
      <w:r>
        <w:t>giver person ban kar raho, ya no problem person ban kar raho. yeh batain un ko bari ajeeb lagti theen.</w:t>
      </w:r>
    </w:p>
    <w:p>
      <w:pPr>
        <w:jc w:val="right"/>
      </w:pPr>
      <w:r>
        <w:t>گیور پرسن بن کر رہو، یا نو پرابلم پرسن بن کر رہو۔ یہ باتیں ان کو بڑی عجیب لگتی تھیں۔</w:t>
      </w:r>
    </w:p>
    <w:p>
      <w:r>
        <w:rPr>
          <w:b/>
        </w:rPr>
        <w:t xml:space="preserve">[07:39] </w:t>
      </w:r>
      <w:r>
        <w:t>woh to samajhte hain ke islam naam hai larai jhagray ka.</w:t>
      </w:r>
    </w:p>
    <w:p>
      <w:pPr>
        <w:jc w:val="right"/>
      </w:pPr>
      <w:r>
        <w:t>وہ تو سمجھتے ہیں کہ اسلام نام ہے لڑائی جھگڑے کا۔</w:t>
      </w:r>
    </w:p>
    <w:p>
      <w:r>
        <w:rPr>
          <w:b/>
        </w:rPr>
        <w:t xml:space="preserve">[07:45] </w:t>
      </w:r>
      <w:r>
        <w:t>aise hi maine ek hadith sunai ke hazrat usman jo teesre kailf the, teesre khaleefa the islam ke, usman bin affan r.a., to unka jo khadim the, woh kehte hain:</w:t>
      </w:r>
    </w:p>
    <w:p>
      <w:pPr>
        <w:jc w:val="right"/>
      </w:pPr>
      <w:r>
        <w:t>ایسے ہی میں نے ایک حدیث سنائی کہ حضرت عثمان جو تیسرے کیلف تھے، تیسرے خلیفہ تھے اسلام کے، عثمان بن عفان رضی اللہ عنہ، تو ان کا جو خادم تھے، وہ کہتے ہیں:</w:t>
      </w:r>
    </w:p>
    <w:p>
      <w:r>
        <w:rPr>
          <w:b/>
        </w:rPr>
        <w:t xml:space="preserve">[08:03] </w:t>
      </w:r>
      <w:r>
        <w:t>"kan yaghtasil kullu yawm martan wa marratayn". yaani woh rozana ek baar ya do baar nahate the.</w:t>
      </w:r>
    </w:p>
    <w:p>
      <w:pPr>
        <w:jc w:val="right"/>
      </w:pPr>
      <w:r>
        <w:t>"کان یغتسل کل یوم مرتا و مرتین"۔ یعنی وہ روزانہ ایک بار یا دو بار نہاتے تھے۔</w:t>
      </w:r>
    </w:p>
    <w:p>
      <w:r>
        <w:rPr>
          <w:b/>
        </w:rPr>
        <w:t xml:space="preserve">[08:17] </w:t>
      </w:r>
      <w:r>
        <w:t>"kan yaghtasil kullu yawm marratayn". woh rozana ek baar ya do baar nahate the. to unko bahut taajjub hua.</w:t>
      </w:r>
    </w:p>
    <w:p>
      <w:pPr>
        <w:jc w:val="right"/>
      </w:pPr>
      <w:r>
        <w:t>"کان یغتسل کل یوم مرتین"۔ وہ روزانہ ایک بار یا دو بار نہاتے تھے۔ تو ان کو بہت تعجب ہوا۔</w:t>
      </w:r>
    </w:p>
    <w:p>
      <w:r>
        <w:rPr>
          <w:b/>
        </w:rPr>
        <w:t xml:space="preserve">[08:27] </w:t>
      </w:r>
      <w:r>
        <w:t>kyunki aap to samajhte the ke musalman sirf jummah jummah nahata hai. itni safai islam mein hai.</w:t>
      </w:r>
    </w:p>
    <w:p>
      <w:pPr>
        <w:jc w:val="right"/>
      </w:pPr>
      <w:r>
        <w:t>کیونکہ آپ تو سمجھتے تھے کہ مسلمان صرف جمعہ جمعہ نہاتا ہے۔ اتنی صفائی اسلام میں ہے۔</w:t>
      </w:r>
    </w:p>
    <w:p>
      <w:r>
        <w:rPr>
          <w:b/>
        </w:rPr>
        <w:t xml:space="preserve">[08:35] </w:t>
      </w:r>
      <w:r>
        <w:t>is tarah ki baatein kai huin. to swami chidan jo wahan ke yaani chairman hain, bahut bada trust hai rishikesh mein, unhone kaha ke dekhein, aap hamein ek kitab likhkar dijiye.</w:t>
      </w:r>
    </w:p>
    <w:p>
      <w:pPr>
        <w:jc w:val="right"/>
      </w:pPr>
      <w:r>
        <w:t>اس طرح کی باتیں کئی ہوئیں۔ تو سوامی چدادن جو وہاں کے یعنی چیئرمین ہیں، بہت بڑا ٹرسٹ ہے رشی کیش میں، انہوں نے کہا کہ دیکھیں، آپ ہمیں ایک کتاب لکھ کر دیجئے۔</w:t>
      </w:r>
    </w:p>
    <w:p>
      <w:r>
        <w:rPr>
          <w:b/>
        </w:rPr>
        <w:t xml:space="preserve">[08:52] </w:t>
      </w:r>
      <w:r>
        <w:t>is ka title unhone bataya yahi: "islam in daily life". yeh inhi ka title tha. aur is ko hum das zubanon mein chhaap kar duniya bhar mein phailayenge.</w:t>
      </w:r>
    </w:p>
    <w:p>
      <w:pPr>
        <w:jc w:val="right"/>
      </w:pPr>
      <w:r>
        <w:t>اس کا ٹائٹل انہوں نے بتایا یہی: "اسلام ان ڈیلی لائف"۔ یہ انہی کا ٹائٹل تھا۔ اور اس کو ہم دس زبانوں میں چھاپ کر دنیا بھر میں پھیلائیں گے۔</w:t>
      </w:r>
    </w:p>
    <w:p>
      <w:r>
        <w:rPr>
          <w:b/>
        </w:rPr>
        <w:t xml:space="preserve">[09:06] </w:t>
      </w:r>
      <w:r>
        <w:t>yeh shami chidanand jo ek</w:t>
      </w:r>
    </w:p>
    <w:p>
      <w:pPr>
        <w:jc w:val="right"/>
      </w:pPr>
      <w:r>
        <w:t>یہ شامی چدانند جو ایک</w:t>
      </w:r>
    </w:p>
    <w:p>
      <w:r>
        <w:rPr>
          <w:b/>
        </w:rPr>
        <w:t xml:space="preserve">[09:09] </w:t>
      </w:r>
      <w:r>
        <w:t>yaani ek hindu idare ke chairman hain, aur poora unko vishwas hai, unhone pehli baar encyclopedia of hinduism chhapi hai.</w:t>
      </w:r>
    </w:p>
    <w:p>
      <w:pPr>
        <w:jc w:val="right"/>
      </w:pPr>
      <w:r>
        <w:t>یعنی ایک ہندو ادارے کے چیئرمین ہیں، اور پورا ان کو విశ్వاس ہے، انہوں نے پہلی بار انسائیکلوپیڈیا آف ہندوازم چھاپی ہے۔</w:t>
      </w:r>
    </w:p>
    <w:p>
      <w:r>
        <w:rPr>
          <w:b/>
        </w:rPr>
        <w:t xml:space="preserve">[09:29] </w:t>
      </w:r>
      <w:r>
        <w:t>bahut kaafi is mein investment hua hai. encyclopedia of hinduism. woh aadmi kehta hai</w:t>
      </w:r>
    </w:p>
    <w:p>
      <w:pPr>
        <w:jc w:val="right"/>
      </w:pPr>
      <w:r>
        <w:t>بہت کافی اس میں انویسٹمنٹ ہوا ہے۔ انسائیکلوپیڈیا آف ہندوازم۔ وہ آدمی کہتا ہے</w:t>
      </w:r>
    </w:p>
    <w:p>
      <w:r>
        <w:rPr>
          <w:b/>
        </w:rPr>
        <w:t xml:space="preserve">[09:39] </w:t>
      </w:r>
      <w:r>
        <w:t>ke aap ek kitab tayyar kijiye, hum un ko dijiye tayyar kar ke: "islam in daily life". is ko hum das zubanon mein chhaap kar duniya bhar mein phailayenge.</w:t>
      </w:r>
    </w:p>
    <w:p>
      <w:pPr>
        <w:jc w:val="right"/>
      </w:pPr>
      <w:r>
        <w:t>کہ آپ ایک کتاب تیار کیجئے، ہم ان کو دیجئے تیار کر کے: "اسلام ان ڈیلی لائف"۔ اس کو ہم دس زبانوں میں چھاپ کر دنیا بھر میں پھیلائیں گے۔</w:t>
      </w:r>
    </w:p>
    <w:p>
      <w:r>
        <w:rPr>
          <w:b/>
        </w:rPr>
        <w:t xml:space="preserve">[09:55] </w:t>
      </w:r>
      <w:r>
        <w:t>dekhein, yahan par jo cheez sabak ki hai, woh yeh hai</w:t>
      </w:r>
    </w:p>
    <w:p>
      <w:pPr>
        <w:jc w:val="right"/>
      </w:pPr>
      <w:r>
        <w:t>دیکھیں، یہاں پر جو چیز سبق کی ہے، وہ یہ ہے</w:t>
      </w:r>
    </w:p>
    <w:p>
      <w:r>
        <w:rPr>
          <w:b/>
        </w:rPr>
        <w:t xml:space="preserve">[10:03] </w:t>
      </w:r>
      <w:r>
        <w:t>ke masla ek mazhab doosre mazhab par nahi hai. mazhab kabhi culture ban jata hai.</w:t>
      </w:r>
    </w:p>
    <w:p>
      <w:pPr>
        <w:jc w:val="right"/>
      </w:pPr>
      <w:r>
        <w:t>کہ مسئلہ ایک مذہب دوسرے مذہب پر نہیں ہے۔ مذہب کبھی کلچر بن جاتا ہے۔</w:t>
      </w:r>
    </w:p>
    <w:p>
      <w:r>
        <w:rPr>
          <w:b/>
        </w:rPr>
        <w:t xml:space="preserve">[10:13] </w:t>
      </w:r>
      <w:r>
        <w:t>asal cheez hai insaan ka nature, insaan ki fitrat. insaan ki fitrat wahi</w:t>
      </w:r>
    </w:p>
    <w:p>
      <w:pPr>
        <w:jc w:val="right"/>
      </w:pPr>
      <w:r>
        <w:t>اصل چیز ہے انسان کا نیچر، انسان کی فطرت۔ انسان کی فطرت وہی</w:t>
      </w:r>
    </w:p>
    <w:p>
      <w:r>
        <w:rPr>
          <w:b/>
        </w:rPr>
        <w:t xml:space="preserve">[10:22] </w:t>
      </w:r>
      <w:r>
        <w:t>meri hai, wahi aap ki hai, wahi muslim ki hai, wahi hindu ki hai.</w:t>
      </w:r>
    </w:p>
    <w:p>
      <w:pPr>
        <w:jc w:val="right"/>
      </w:pPr>
      <w:r>
        <w:t>میری ہے، وہی آپ کی ہے، وہی مسلم کی ہے، وہی ہندو کی ہے۔</w:t>
      </w:r>
    </w:p>
    <w:p>
      <w:r>
        <w:rPr>
          <w:b/>
        </w:rPr>
        <w:t xml:space="preserve">[10:29] </w:t>
      </w:r>
      <w:r>
        <w:t>har insaan ko Allah taala ne ek hi fitrat par paida kiya hai. "fitrat la ilaha fitrat al-nas 'alayha la tabdeela li khalqillah".</w:t>
      </w:r>
    </w:p>
    <w:p>
      <w:pPr>
        <w:jc w:val="right"/>
      </w:pPr>
      <w:r>
        <w:t>ہر انسان کو اللہ تعالیٰ نے ایک ہی فطرت پر پیدا کیا ہے۔ "فطرت لا الہ فطرت الناس علیہا لا تبدیل لخلق اللہ"۔</w:t>
      </w:r>
    </w:p>
    <w:p>
      <w:r>
        <w:rPr>
          <w:b/>
        </w:rPr>
        <w:t xml:space="preserve">[10:39] </w:t>
      </w:r>
      <w:r>
        <w:t>ek hi fitrat, ek hi nature har insaan ka hai, har aurat ka, har mard ka. aur woh us mein koi badlao nahi aata.</w:t>
      </w:r>
    </w:p>
    <w:p>
      <w:pPr>
        <w:jc w:val="right"/>
      </w:pPr>
      <w:r>
        <w:t>ایک ہی فطرت، ایک ہی نیچر ہر انسان کا ہے، ہر عورت کا، ہر مرد کا۔ اور وہ اس میں کوئی بدلاؤ نہیں آتا۔</w:t>
      </w:r>
    </w:p>
    <w:p>
      <w:r>
        <w:rPr>
          <w:b/>
        </w:rPr>
        <w:t xml:space="preserve">[10:49] </w:t>
      </w:r>
      <w:r>
        <w:t>to woh woh address ho jata hai. agar aap universal truth bolein, sachai ki baat karein, human values ki baat karein, to har insaan ka mind address ho jata hai.</w:t>
      </w:r>
    </w:p>
    <w:p>
      <w:pPr>
        <w:jc w:val="right"/>
      </w:pPr>
      <w:r>
        <w:t>تو وہ وہ ایڈریس ہو جاتا ہے۔ اگر آپ یونیورسل ٹروتھ بولیں، سچائی کی بات کریں، ہیومن ویلیوز کی بات کریں، تو ہر انسان کا مائنڈ ایڈریس ہو جاتا ہے۔</w:t>
      </w:r>
    </w:p>
    <w:p>
      <w:r>
        <w:rPr>
          <w:b/>
        </w:rPr>
        <w:t xml:space="preserve">[11:06] </w:t>
      </w:r>
      <w:r>
        <w:t>har insaan ke nature jo hai,</w:t>
      </w:r>
    </w:p>
    <w:p>
      <w:pPr>
        <w:jc w:val="right"/>
      </w:pPr>
      <w:r>
        <w:t>ہر انسان کے نیچر جو ہے،</w:t>
      </w:r>
    </w:p>
    <w:p>
      <w:r>
        <w:rPr>
          <w:b/>
        </w:rPr>
        <w:t xml:space="preserve">[11:09] </w:t>
      </w:r>
      <w:r>
        <w:t>us ko lagta hai ke yeh to meri baat hai. to aap bataiye, ek swami chidanand ne offer diya ke aap "islam in daily life" par kitab likhein.</w:t>
      </w:r>
    </w:p>
    <w:p>
      <w:pPr>
        <w:jc w:val="right"/>
      </w:pPr>
      <w:r>
        <w:t>اس کو لگتا ہے کہ یہ تو میری بات ہے۔ تو آپ بتائیے، ایک سوامی چدانند نے آفر دیا کہ آپ "اسلام ان ڈیلی لائف" پر کتاب لکھیں۔</w:t>
      </w:r>
    </w:p>
    <w:p>
      <w:r>
        <w:rPr>
          <w:b/>
        </w:rPr>
        <w:t xml:space="preserve">[11:24] </w:t>
      </w:r>
      <w:r>
        <w:t>woh hum chhaapeinge das zubanon mein, duniya bhar mein phailayenge. is se aap samajh sakte hain ke islam ka jo, islam ka jo misbat yaani face hai, woh wahi face, asal face hai.</w:t>
      </w:r>
    </w:p>
    <w:p>
      <w:pPr>
        <w:jc w:val="right"/>
      </w:pPr>
      <w:r>
        <w:t>وہ ہم چھاپیں گے دس زبانوں میں، دنیا بھر میں پھیلائیں گے۔ اس سے آپ سمجھ سکتے ہیں کہ اسلام کا جو، اسلام کا جو مثبت یعنی فیس ہے، وہ وہی فیس، اصل فیس ہے۔</w:t>
      </w:r>
    </w:p>
    <w:p>
      <w:r>
        <w:rPr>
          <w:b/>
        </w:rPr>
        <w:t xml:space="preserve">[11:39] </w:t>
      </w:r>
      <w:r>
        <w:t>kitni is ke andar appeal hai.</w:t>
      </w:r>
    </w:p>
    <w:p>
      <w:pPr>
        <w:jc w:val="right"/>
      </w:pPr>
      <w:r>
        <w:t>کتنی اس کے اندر اپیل ہے۔</w:t>
      </w:r>
    </w:p>
    <w:p>
      <w:r>
        <w:rPr>
          <w:b/>
        </w:rPr>
        <w:t xml:space="preserve">[11:41] </w:t>
      </w:r>
      <w:r>
        <w:t>woh face, asal face nahi hai jo milton log duniya ko dikha rahe hain. gun chalana, bombarna, hate karna, shikayatein, complaint aur protest karna,</w:t>
      </w:r>
    </w:p>
    <w:p>
      <w:pPr>
        <w:jc w:val="right"/>
      </w:pPr>
      <w:r>
        <w:t>وہ فیس، اصل فیس نہیں ہے جو ملٹن لوگ دنیا کو دکھا رہے ہیں۔ گن چلانا، بمبارنا، ہیٹ کرنا، شکایتیں، کمپلینٹ اور پروٹیسٹ کرنا،</w:t>
      </w:r>
    </w:p>
    <w:p>
      <w:r>
        <w:rPr>
          <w:b/>
        </w:rPr>
        <w:t xml:space="preserve">[11:56] </w:t>
      </w:r>
      <w:r>
        <w:t>yeh sab islam ka true face nahi hai.</w:t>
      </w:r>
    </w:p>
    <w:p>
      <w:pPr>
        <w:jc w:val="right"/>
      </w:pPr>
      <w:r>
        <w:t>یہ سب اسلام کا ٹرو فیس نہیں ہے۔</w:t>
      </w:r>
    </w:p>
    <w:p>
      <w:r>
        <w:rPr>
          <w:b/>
        </w:rPr>
        <w:t xml:space="preserve">[12:00] </w:t>
      </w:r>
      <w:r>
        <w:t>aur is par kisi ke liye appeal nahi ho sakti hai. to yeh mere mind mein tha yeh. aur main yeh kitab likh nahi de saka un ko.</w:t>
      </w:r>
    </w:p>
    <w:p>
      <w:pPr>
        <w:jc w:val="right"/>
      </w:pPr>
      <w:r>
        <w:t>اور اس پر کسی کے لیے اپیل نہیں ہو سکتی ہے۔ تو یہ میرے مائنڈ میں تھا یہ۔ اور میں یہ کتاب لکھ نہیں دے سکا ان کو۔</w:t>
      </w:r>
    </w:p>
    <w:p>
      <w:r>
        <w:rPr>
          <w:b/>
        </w:rPr>
        <w:t xml:space="preserve">[12:10] </w:t>
      </w:r>
      <w:r>
        <w:t>lekin is ka main bana nahi paaya tha is ka. yaani is ka naqsha, is ka khaka nahi bana paaya tha.</w:t>
      </w:r>
    </w:p>
    <w:p>
      <w:pPr>
        <w:jc w:val="right"/>
      </w:pPr>
      <w:r>
        <w:t>لیکن اس کا میں بنا نہیں پایا تھا اس کا۔ یعنی اس کا نقشہ، اس کا خاکہ نہیں بنا پایا تھا۔</w:t>
      </w:r>
    </w:p>
    <w:p>
      <w:r>
        <w:rPr>
          <w:b/>
        </w:rPr>
        <w:t xml:space="preserve">[12:17] </w:t>
      </w:r>
      <w:r>
        <w:t>is tarah likha jae. aaj mujhe samajh mein aya ke is tarah likhna chaie. woh mein apna share karna chahta hoon apna tajurba aap ko. to "islam in daily life" ka matlab dekhen yeh nahin hai ke aap kuch routine bata den.</w:t>
      </w:r>
    </w:p>
    <w:p>
      <w:pPr>
        <w:jc w:val="right"/>
      </w:pPr>
      <w:r>
        <w:t>اس طرح لکھا جائے۔ آج مجھے سمجھ میں آیا کہ اس طرح لکھنا چاہیے۔ وہ میں اپنا شیئر کرنا چاہتا ہوں اپنا تجربہ آپ کو۔ تو "اسلام ان ڈیلی لائف" کا مطلب دیکھیں یہ نہیں ہے کہ آپ کچھ روٹین بتا دیں۔</w:t>
      </w:r>
    </w:p>
    <w:p>
      <w:r>
        <w:rPr>
          <w:b/>
        </w:rPr>
        <w:t xml:space="preserve">[12:32] </w:t>
      </w:r>
      <w:r>
        <w:t>routine bata den to woh "islam in daily life" nahin hua.</w:t>
      </w:r>
    </w:p>
    <w:p>
      <w:pPr>
        <w:jc w:val="right"/>
      </w:pPr>
      <w:r>
        <w:t>روٹین بتا دیں تو وہ "اسلام ان ڈیلی لائف" نہیں ہوا۔</w:t>
      </w:r>
    </w:p>
    <w:p>
      <w:r>
        <w:rPr>
          <w:b/>
        </w:rPr>
        <w:t xml:space="preserve">[12:37] </w:t>
      </w:r>
      <w:r>
        <w:t>real life mein jor kar ke aap bataen. hamari jo real life hai, real life, is mein islam kaise jorta hai, woh batane ki zaroorat hai.</w:t>
      </w:r>
    </w:p>
    <w:p>
      <w:pPr>
        <w:jc w:val="right"/>
      </w:pPr>
      <w:r>
        <w:t>ریئل لائف میں جوڑ کر کے آپ بتائیں۔ ہماری جو ریئل لائف ہے، ریئل لائف، اس میں اسلام کیسے جوڑتا ہے، وہ بتانے کی ضرورت ہے۔</w:t>
      </w:r>
    </w:p>
    <w:p>
      <w:r>
        <w:rPr>
          <w:b/>
        </w:rPr>
        <w:t xml:space="preserve">[12:52] </w:t>
      </w:r>
      <w:r>
        <w:t>to aaj mujhe kuch tajurba hua aur maine samjha ke is tarah ek kitab likhna chaie.</w:t>
      </w:r>
    </w:p>
    <w:p>
      <w:pPr>
        <w:jc w:val="right"/>
      </w:pPr>
      <w:r>
        <w:t>تو آج مجھے کچھ تجربہ ہوا اور میں نے سمجھا کہ اس طرح ایک کتاب لکھنا چاہیے۔</w:t>
      </w:r>
    </w:p>
    <w:p>
      <w:r>
        <w:rPr>
          <w:b/>
        </w:rPr>
        <w:t xml:space="preserve">[13:00] </w:t>
      </w:r>
      <w:r>
        <w:t>ab dekhen aaj kya hua.</w:t>
      </w:r>
    </w:p>
    <w:p>
      <w:pPr>
        <w:jc w:val="right"/>
      </w:pPr>
      <w:r>
        <w:t>اب دیکھیں آج کیا ہوا۔</w:t>
      </w:r>
    </w:p>
    <w:p>
      <w:r>
        <w:rPr>
          <w:b/>
        </w:rPr>
        <w:t xml:space="preserve">[13:05] </w:t>
      </w:r>
      <w:r>
        <w:t>aaj subah mein utha, fajar ki namaz parhi to ek hadith yaad aai.</w:t>
      </w:r>
    </w:p>
    <w:p>
      <w:pPr>
        <w:jc w:val="right"/>
      </w:pPr>
      <w:r>
        <w:t>آج صبح میں اٹھا، فجر کی نماز پڑھی تو ایک حدیث یاد آئی۔</w:t>
      </w:r>
    </w:p>
    <w:p>
      <w:r>
        <w:rPr>
          <w:b/>
        </w:rPr>
        <w:t xml:space="preserve">[13:15] </w:t>
      </w:r>
      <w:r>
        <w:t>yeh hadith albukhari mein bhi hai, muslim mein bhi hai.</w:t>
      </w:r>
    </w:p>
    <w:p>
      <w:pPr>
        <w:jc w:val="right"/>
      </w:pPr>
      <w:r>
        <w:t>یہ حدیث البخاری میں بھی ہے، مسلم میں بھی ہے۔</w:t>
      </w:r>
    </w:p>
    <w:p>
      <w:r>
        <w:rPr>
          <w:b/>
        </w:rPr>
        <w:t xml:space="preserve">[13:22] </w:t>
      </w:r>
      <w:r>
        <w:t>jo ke most authentic book samjhi jati hain hadith mein. in ko sahihain kaha jata hai. sahihain.</w:t>
      </w:r>
    </w:p>
    <w:p>
      <w:pPr>
        <w:jc w:val="right"/>
      </w:pPr>
      <w:r>
        <w:t>جو کہ موسٹ آتھینٹک بک سمجھی جاتی ہیں حدیث میں۔ ان کو صحیحین کہا جاتا ہے۔ صحیحین۔</w:t>
      </w:r>
    </w:p>
    <w:p>
      <w:r>
        <w:rPr>
          <w:b/>
        </w:rPr>
        <w:t xml:space="preserve">[13:33] </w:t>
      </w:r>
      <w:r>
        <w:t>do sahi kitabain. to woh hadith is tarah se hai:</w:t>
      </w:r>
    </w:p>
    <w:p>
      <w:pPr>
        <w:jc w:val="right"/>
      </w:pPr>
      <w:r>
        <w:t>دو صحیح کتابیں۔ تو وہ حدیث اس طرح سے ہے:</w:t>
      </w:r>
    </w:p>
    <w:p>
      <w:r>
        <w:rPr>
          <w:b/>
        </w:rPr>
        <w:t xml:space="preserve">[13:40] </w:t>
      </w:r>
      <w:r>
        <w:t>"man salla al-bardain dakhala al-jannah".</w:t>
      </w:r>
    </w:p>
    <w:p>
      <w:pPr>
        <w:jc w:val="right"/>
      </w:pPr>
      <w:r>
        <w:t>"من صلی البردین دخل الجنہ"۔</w:t>
      </w:r>
    </w:p>
    <w:p>
      <w:r>
        <w:rPr>
          <w:b/>
        </w:rPr>
        <w:t xml:space="preserve">[13:49] </w:t>
      </w:r>
      <w:r>
        <w:t>"man salla al-bardain dakhala al-jannah". bard ke maeni hote hain thandak. yani do thandak waqt ki namaz jis ne parhi, woh jannat mein jaega.</w:t>
      </w:r>
    </w:p>
    <w:p>
      <w:pPr>
        <w:jc w:val="right"/>
      </w:pPr>
      <w:r>
        <w:t>"من صلی البردین دخل الجنہ"۔ برد کے معنی ہوتے ہیں ٹھنڈک۔ یعنی دو ٹھنڈے وقتوں کی نماز جس نے پڑھی، وہ جنت میں جائے گا۔</w:t>
      </w:r>
    </w:p>
    <w:p>
      <w:r>
        <w:rPr>
          <w:b/>
        </w:rPr>
        <w:t xml:space="preserve">[14:06] </w:t>
      </w:r>
      <w:r>
        <w:t>do thandak waqt ki namaz jis ne parhi, woh jannat mein jaega. yeh hadith bukhari mein bhi hai, muslim mein bhi hai.</w:t>
      </w:r>
    </w:p>
    <w:p>
      <w:pPr>
        <w:jc w:val="right"/>
      </w:pPr>
      <w:r>
        <w:t>دو ٹھنڈے وقتوں کی نماز جس نے پڑھی، وہ جنت میں جائے گا۔ یہ حدیث بخاری میں بھی ہے، مسلم میں بھی ہے۔</w:t>
      </w:r>
    </w:p>
    <w:p>
      <w:r>
        <w:rPr>
          <w:b/>
        </w:rPr>
        <w:t xml:space="preserve">[14:17] </w:t>
      </w:r>
      <w:r>
        <w:t>lekin is ka matlab mujhe aaj samajh mein aya. dekhen thandak waqt mein namaz parhne ka matlab kya hai? mu'tadil halat mein namaz parhna.</w:t>
      </w:r>
    </w:p>
    <w:p>
      <w:pPr>
        <w:jc w:val="right"/>
      </w:pPr>
      <w:r>
        <w:t>لیکن اس کا مطلب مجھے آج سمجھ میں آیا۔ دیکھیں ٹھنڈے وقت میں نماز پڑھنے کا مطلب کیا ہے؟ معتدل حالت میں نماز پڑھنا۔</w:t>
      </w:r>
    </w:p>
    <w:p>
      <w:r>
        <w:rPr>
          <w:b/>
        </w:rPr>
        <w:t xml:space="preserve">[14:26] </w:t>
      </w:r>
      <w:r>
        <w:t>normal mind ke sath namaz parhna. yeh keh ke aap garmi ho rahi hai, paseena beh raha hai,</w:t>
      </w:r>
    </w:p>
    <w:p>
      <w:pPr>
        <w:jc w:val="right"/>
      </w:pPr>
      <w:r>
        <w:t>نارمل مائنڈ کے ساتھ نماز پڑھنا۔ یہ کہہ کے آپ گرمی ہو رہی ہے، پسینہ بہہ رہا ہے،</w:t>
      </w:r>
    </w:p>
    <w:p>
      <w:r>
        <w:rPr>
          <w:b/>
        </w:rPr>
        <w:t xml:space="preserve">[14:36] </w:t>
      </w:r>
      <w:r>
        <w:t>us waqt aap namaz parhen to aap ka mind do taraf rahega. idhar garmi ki taraf, udhar namaz ki taraf.</w:t>
      </w:r>
    </w:p>
    <w:p>
      <w:pPr>
        <w:jc w:val="right"/>
      </w:pPr>
      <w:r>
        <w:t>اس وقت آپ نماز پڑھیں تو آپ کا مائنڈ دو طرف رہے گا۔ ادھر گرمی کی طرف، ادھر نماز کی طرف۔</w:t>
      </w:r>
    </w:p>
    <w:p>
      <w:r>
        <w:rPr>
          <w:b/>
        </w:rPr>
        <w:t xml:space="preserve">[14:44] </w:t>
      </w:r>
      <w:r>
        <w:t>lekin do subah ka jo waqt hota hai, woh mu'tadil waqt hota hai. is mein murad hai ek subah ki fajar ki namaz, ek asar ki namaz.</w:t>
      </w:r>
    </w:p>
    <w:p>
      <w:pPr>
        <w:jc w:val="right"/>
      </w:pPr>
      <w:r>
        <w:t>لیکن دو صبح کا جو وقت ہوتا ہے، وہ معتدل وقت ہوتا ہے۔ اس میں مراد ہے ایک صبح کی فجر کی نماز، ایک عصر کی نماز۔</w:t>
      </w:r>
    </w:p>
    <w:p>
      <w:r>
        <w:rPr>
          <w:b/>
        </w:rPr>
        <w:t xml:space="preserve">[14:58] </w:t>
      </w:r>
      <w:r>
        <w:t>yeh do namaz jo kaha gaya hai is mein, ek subah ki namaz, ek asar ki namaz hai. to is ka matlab kya hai ke yeh namazen hoti hain jab waqt bohat hi mu'tadil hota hai,</w:t>
      </w:r>
    </w:p>
    <w:p>
      <w:pPr>
        <w:jc w:val="right"/>
      </w:pPr>
      <w:r>
        <w:t>یہ دو نماز جو کہا گیا ہے اس میں، ایک صبح کی نماز، ایک عصر کی نماز ہے۔ تو اس کا مطلب کیا ہے کہ یہ نمازیں ہوتی ہیں جب وقت بہت ہی معتدل ہوتا ہے،</w:t>
      </w:r>
    </w:p>
    <w:p>
      <w:r>
        <w:rPr>
          <w:b/>
        </w:rPr>
        <w:t xml:space="preserve">[15:14] </w:t>
      </w:r>
      <w:r>
        <w:t>bohat hi suhana hota hai,</w:t>
      </w:r>
    </w:p>
    <w:p>
      <w:pPr>
        <w:jc w:val="right"/>
      </w:pPr>
      <w:r>
        <w:t>بہت ہی سہانا ہوتا ہے،</w:t>
      </w:r>
    </w:p>
    <w:p>
      <w:r>
        <w:rPr>
          <w:b/>
        </w:rPr>
        <w:t xml:space="preserve">[15:16] </w:t>
      </w:r>
      <w:r>
        <w:t>bohat hi yani munasib hota hai. us waqt jab aadmi namaz parhta hai to koi cheez distract nahin karti us ko.</w:t>
      </w:r>
    </w:p>
    <w:p>
      <w:pPr>
        <w:jc w:val="right"/>
      </w:pPr>
      <w:r>
        <w:t>بہت ہی یعنی مناسب ہوتا ہے۔ اس وقت جب آدمی نماز پڑھتا ہے تو کوئی چیز ڈسٹریکٹ نہیں کرتی اس کو۔</w:t>
      </w:r>
    </w:p>
    <w:p>
      <w:r>
        <w:rPr>
          <w:b/>
        </w:rPr>
        <w:t xml:space="preserve">[15:28] </w:t>
      </w:r>
      <w:r>
        <w:t>to distraction se bach kar ke aur mind ko ziyada concentrate kar ke parh sakte hain aap yeh dono namazen. ab bataie ke aap ne is ka matlab, hadith ka matlab kya hua?</w:t>
      </w:r>
    </w:p>
    <w:p>
      <w:pPr>
        <w:jc w:val="right"/>
      </w:pPr>
      <w:r>
        <w:t>تو ڈسٹریکشن سے بچ کر کے اور مائنڈ کو زیادہ کنسنٹریٹ کر کے پڑھ سکتے ہیں آپ یہ دونوں نمازیں۔ اب بتائیے کہ آپ نے اس کا مطلب، حدیث کا مطلب کیا ہوا؟</w:t>
      </w:r>
    </w:p>
    <w:p>
      <w:r>
        <w:rPr>
          <w:b/>
        </w:rPr>
        <w:t xml:space="preserve">[15:42] </w:t>
      </w:r>
      <w:r>
        <w:t>ke jo aadmi subah ki namaz</w:t>
      </w:r>
    </w:p>
    <w:p>
      <w:pPr>
        <w:jc w:val="right"/>
      </w:pPr>
      <w:r>
        <w:t>کہ جو آدمی صبح کی نماز</w:t>
      </w:r>
    </w:p>
    <w:p>
      <w:r>
        <w:rPr>
          <w:b/>
        </w:rPr>
        <w:t xml:space="preserve">[15:46] </w:t>
      </w:r>
      <w:r>
        <w:t>sahi dhang se parhega to kya hoga? is ka asar sham tak rahega. kam se kam. yani minimum yeh hai ke sham tak rahega is ka asar.</w:t>
      </w:r>
    </w:p>
    <w:p>
      <w:pPr>
        <w:jc w:val="right"/>
      </w:pPr>
      <w:r>
        <w:t>صحیح ڈھنگ سے پڑھے گا تو کیا ہوگا؟ اس کا اثر شام تک رہے گا۔ کم سے کم۔ یعنی منیمم یہ ہے کہ شام تک رہے گا اس کا اثر۔</w:t>
      </w:r>
    </w:p>
    <w:p>
      <w:r>
        <w:rPr>
          <w:b/>
        </w:rPr>
        <w:t xml:space="preserve">[15:58] </w:t>
      </w:r>
      <w:r>
        <w:t>acha sham ki namaz parh li aap ne isi tarah se to is ka asar subah tak rahega.</w:t>
      </w:r>
    </w:p>
    <w:p>
      <w:pPr>
        <w:jc w:val="right"/>
      </w:pPr>
      <w:r>
        <w:t>اچھا شام کی نماز پڑھ لی آپ نے اسی طرح سے تو اس کا اثر صبح تک رہے گا۔</w:t>
      </w:r>
    </w:p>
    <w:p>
      <w:r>
        <w:rPr>
          <w:b/>
        </w:rPr>
        <w:t xml:space="preserve">[16:04] </w:t>
      </w:r>
      <w:r>
        <w:t>is tarah chobis ghante cover ho jaega.</w:t>
      </w:r>
    </w:p>
    <w:p>
      <w:pPr>
        <w:jc w:val="right"/>
      </w:pPr>
      <w:r>
        <w:t>اس طرح چوبیس گھنٹے کور ہو جائے گا۔</w:t>
      </w:r>
    </w:p>
    <w:p>
      <w:r>
        <w:rPr>
          <w:b/>
        </w:rPr>
        <w:t xml:space="preserve">[16:10] </w:t>
      </w:r>
      <w:r>
        <w:t>to woh aadmi jannat mein kaise jaega? is par sochiye. yeh do namazen jo mu'tadil waqt mein parh liya to woh jannat mein chala jaega.</w:t>
      </w:r>
    </w:p>
    <w:p>
      <w:pPr>
        <w:jc w:val="right"/>
      </w:pPr>
      <w:r>
        <w:t>تو وہ آدمی جنت میں کیسے جائے گا؟ اس پر سوچیے۔ یہ دو نمازیں جو معتدل وقت میں پڑھ لیا تو وہ جنت میں چلا جائے گا۔</w:t>
      </w:r>
    </w:p>
    <w:p>
      <w:r>
        <w:rPr>
          <w:b/>
        </w:rPr>
        <w:t xml:space="preserve">[16:22] </w:t>
      </w:r>
      <w:r>
        <w:t>kyun? aisa kya baat hai is ke andar? dekhen yeh rakaton ki baat nahi hai.</w:t>
      </w:r>
    </w:p>
    <w:p>
      <w:pPr>
        <w:jc w:val="right"/>
      </w:pPr>
      <w:r>
        <w:t>کیوں؟ ایسا کیا بات ہے اس کے اندر؟ دیکھیں یہ رکعتوں کی بات نہیں ہے۔</w:t>
      </w:r>
    </w:p>
    <w:p>
      <w:r>
        <w:rPr>
          <w:b/>
        </w:rPr>
        <w:t xml:space="preserve">[16:30] </w:t>
      </w:r>
      <w:r>
        <w:t>yeh form ki baat nahi hai. namaz ko jo form hai, us ko dehra liya aap ne ek time mein to bas ho gaya. yeh matlab nahi hai is ka.</w:t>
      </w:r>
    </w:p>
    <w:p>
      <w:pPr>
        <w:jc w:val="right"/>
      </w:pPr>
      <w:r>
        <w:t>یہ فارم کی بات نہیں ہے۔ نماز کو جو فارم ہے، اس کو دہرا لیا آپ نے ایک ٹائم میں تو بس ہو گیا۔ یہ مطلب نہیں ہے اس کا۔</w:t>
      </w:r>
    </w:p>
    <w:p>
      <w:r>
        <w:rPr>
          <w:b/>
        </w:rPr>
        <w:t xml:space="preserve">[16:39] </w:t>
      </w:r>
      <w:r>
        <w:t>har giz nahi hai.</w:t>
      </w:r>
    </w:p>
    <w:p>
      <w:pPr>
        <w:jc w:val="right"/>
      </w:pPr>
      <w:r>
        <w:t>ہرگز نہیں ہے۔</w:t>
      </w:r>
    </w:p>
    <w:p>
      <w:r>
        <w:rPr>
          <w:b/>
        </w:rPr>
        <w:t xml:space="preserve">[16:44] </w:t>
      </w:r>
      <w:r>
        <w:t>quran mein hai ke: "qad aflaha al mominun allazina hum fi salatihim khashi'un". yani un logon ko falah mile gi namaz se jin ki namaz mein khushu ho.</w:t>
      </w:r>
    </w:p>
    <w:p>
      <w:pPr>
        <w:jc w:val="right"/>
      </w:pPr>
      <w:r>
        <w:t>قرآن میں ہے کہ: "قد أفلح المؤمنون الذین هم فی صلاتهم خاشعون"۔ یعنی ان لوگوں کو فلاح ملے گی نماز سے جن کی نماز میں خشوع ہو۔</w:t>
      </w:r>
    </w:p>
    <w:p>
      <w:r>
        <w:rPr>
          <w:b/>
        </w:rPr>
        <w:t xml:space="preserve">[16:57] </w:t>
      </w:r>
      <w:r>
        <w:t>yani isprit wali namaz.</w:t>
      </w:r>
    </w:p>
    <w:p>
      <w:pPr>
        <w:jc w:val="right"/>
      </w:pPr>
      <w:r>
        <w:t>یعنی اسپرٹ والی نماز۔</w:t>
      </w:r>
    </w:p>
    <w:p>
      <w:r>
        <w:rPr>
          <w:b/>
        </w:rPr>
        <w:t xml:space="preserve">[17:01] </w:t>
      </w:r>
      <w:r>
        <w:t>to isprit wali namaz aap ne parhi subah ko, isprit wali namaz parhi aap sham ko to kya hoga? isprit kya hai?</w:t>
      </w:r>
    </w:p>
    <w:p>
      <w:pPr>
        <w:jc w:val="right"/>
      </w:pPr>
      <w:r>
        <w:t>تو اسپرٹ والی نماز آپ نے پڑھی صبح کو، اسپرٹ والی نماز پڑھی آپ شام کو تو کیا ہوگا؟ اسپرٹ کیا ہے؟</w:t>
      </w:r>
    </w:p>
    <w:p>
      <w:r>
        <w:rPr>
          <w:b/>
        </w:rPr>
        <w:t xml:space="preserve">[17:13] </w:t>
      </w:r>
      <w:r>
        <w:t>subah uthe aap ya sham ko uthe namaz parhne ke liye pehla kaam karte hain aap? wuzu karte hain. wuzu kya hai?</w:t>
      </w:r>
    </w:p>
    <w:p>
      <w:pPr>
        <w:jc w:val="right"/>
      </w:pPr>
      <w:r>
        <w:t>صبح اٹھے آپ یا شام کو اٹھے نماز پڑھنے کے لیے پہلا کام کیا کرتے ہیں آپ؟ وضو کرتے ہیں۔ وضو کیا ہے؟</w:t>
      </w:r>
    </w:p>
    <w:p>
      <w:r>
        <w:rPr>
          <w:b/>
        </w:rPr>
        <w:t xml:space="preserve">[17:25] </w:t>
      </w:r>
      <w:r>
        <w:t>symbolic way mein yeh apne andar ehsas jagana</w:t>
      </w:r>
    </w:p>
    <w:p>
      <w:pPr>
        <w:jc w:val="right"/>
      </w:pPr>
      <w:r>
        <w:t>سمبالک وے میں یہ اپنے اندر احساس جگانا</w:t>
      </w:r>
    </w:p>
    <w:p>
      <w:r>
        <w:rPr>
          <w:b/>
        </w:rPr>
        <w:t xml:space="preserve">[17:30] </w:t>
      </w:r>
      <w:r>
        <w:t>ke mujhe pak saaf rehna hai. pure fire soul ke sath rehna hai. positive mind ke sath rehna hai.</w:t>
      </w:r>
    </w:p>
    <w:p>
      <w:pPr>
        <w:jc w:val="right"/>
      </w:pPr>
      <w:r>
        <w:t>کہ مجھے پاک صاف رہنا ہے۔ پیور فائر سول کے ساتھ رہنا ہے۔ پازیٹیو مائنڈ کے ساتھ رہنا ہے۔</w:t>
      </w:r>
    </w:p>
    <w:p>
      <w:r>
        <w:rPr>
          <w:b/>
        </w:rPr>
        <w:t xml:space="preserve">[17:41] </w:t>
      </w:r>
      <w:r>
        <w:t>kisi ajeeb cheez hai.</w:t>
      </w:r>
    </w:p>
    <w:p>
      <w:pPr>
        <w:jc w:val="right"/>
      </w:pPr>
      <w:r>
        <w:t>کیسی عجیب چیز ہے۔</w:t>
      </w:r>
    </w:p>
    <w:p>
      <w:r>
        <w:rPr>
          <w:b/>
        </w:rPr>
        <w:t xml:space="preserve">[17:43] </w:t>
      </w:r>
      <w:r>
        <w:t>wuzu reminder hai. symbolic reminder. wuzu koi rasam nahi hai ke hath paon dho liya bas sawab mil gaya.</w:t>
      </w:r>
    </w:p>
    <w:p>
      <w:pPr>
        <w:jc w:val="right"/>
      </w:pPr>
      <w:r>
        <w:t>وضو ریمائنڈر ہے۔ سمبالک ریمائنڈر۔ وضو کوئی رسم نہیں ہے کہ ہاتھ پاؤں دھو لیا بس ثواب مل گیا۔</w:t>
      </w:r>
    </w:p>
    <w:p>
      <w:r>
        <w:rPr>
          <w:b/>
        </w:rPr>
        <w:t xml:space="preserve">[17:54] </w:t>
      </w:r>
      <w:r>
        <w:t>yeh baat nahi hai. wuzu ko as a reminder lena yeh asal cheez hai.</w:t>
      </w:r>
    </w:p>
    <w:p>
      <w:pPr>
        <w:jc w:val="right"/>
      </w:pPr>
      <w:r>
        <w:t>یہ بات نہیں ہے۔ وضو کو ایز اے ریمائنڈر لینا یہ اصل چیز ہے۔</w:t>
      </w:r>
    </w:p>
    <w:p>
      <w:r>
        <w:rPr>
          <w:b/>
        </w:rPr>
        <w:t xml:space="preserve">[18:02] </w:t>
      </w:r>
      <w:r>
        <w:t>ab bataiye ke jab wuzu kiya aap ne aur is ke baad dua parhi aap ne: "allahumma j'alni min al tawwabin wa j'alni min al mutahirin" to is ka matlab kya hua?</w:t>
      </w:r>
    </w:p>
    <w:p>
      <w:pPr>
        <w:jc w:val="right"/>
      </w:pPr>
      <w:r>
        <w:t>اب بتائیے کہ جب وضو کیا آپ نے اور اس کے بعد دعا پڑھی آپ نے: "اللہم جل من التوابین وجل من المطہرین" تو اس کا مطلب کیا ہوا؟</w:t>
      </w:r>
    </w:p>
    <w:p>
      <w:r>
        <w:rPr>
          <w:b/>
        </w:rPr>
        <w:t xml:space="preserve">[18:17] </w:t>
      </w:r>
      <w:r>
        <w:t>ke khuda ya jis tarah se is pani ne</w:t>
      </w:r>
    </w:p>
    <w:p>
      <w:pPr>
        <w:jc w:val="right"/>
      </w:pPr>
      <w:r>
        <w:t>کہ خدایا جس طرح سے اس پانی نے</w:t>
      </w:r>
    </w:p>
    <w:p>
      <w:r>
        <w:rPr>
          <w:b/>
        </w:rPr>
        <w:t xml:space="preserve">[18:21] </w:t>
      </w:r>
      <w:r>
        <w:t>mere body ko saaf pak kiya hai, aise hi to apni rehmat se meri rooh ko pak saaf kar de.</w:t>
      </w:r>
    </w:p>
    <w:p>
      <w:pPr>
        <w:jc w:val="right"/>
      </w:pPr>
      <w:r>
        <w:t>میرے باڈی کو صاف پاک کیا ہے، ایسے ہی تو اپنی رحمت سے میری روح کو پاک صاف کر دے۔</w:t>
      </w:r>
    </w:p>
    <w:p>
      <w:r>
        <w:rPr>
          <w:b/>
        </w:rPr>
        <w:t xml:space="preserve">[18:30] </w:t>
      </w:r>
      <w:r>
        <w:t>mere mind ko pak saaf kar de. mere dil ko pak saaf kar de. aap ghor kijiye ke is isprit ke sath wuzu karen ge aap</w:t>
      </w:r>
    </w:p>
    <w:p>
      <w:pPr>
        <w:jc w:val="right"/>
      </w:pPr>
      <w:r>
        <w:t>میرے مائنڈ کو پاک صاف کر دے۔ میرے دل کو پاک صاف کر دے۔ آپ غور کیجئے کہ اس اسپرٹ کے ساتھ وضو کریں گے آپ</w:t>
      </w:r>
    </w:p>
    <w:p>
      <w:r>
        <w:rPr>
          <w:b/>
        </w:rPr>
        <w:t xml:space="preserve">[18:40] </w:t>
      </w:r>
      <w:r>
        <w:t>to woh kam se kam sham tak to baqi rahe ga woh.</w:t>
      </w:r>
    </w:p>
    <w:p>
      <w:pPr>
        <w:jc w:val="right"/>
      </w:pPr>
      <w:r>
        <w:t>تو وہ کم سے کم شام تک تو باقی رہے گا وہ۔</w:t>
      </w:r>
    </w:p>
    <w:p>
      <w:r>
        <w:rPr>
          <w:b/>
        </w:rPr>
        <w:t xml:space="preserve">[18:47] </w:t>
      </w:r>
      <w:r>
        <w:t>aap ko yeh laga rahe ga ehsas, dua nikle gi aap ki zuban se ke khuda ya mere bas mein tha apne body ko saaf karna, baqi to tere bas mein hai.</w:t>
      </w:r>
    </w:p>
    <w:p>
      <w:pPr>
        <w:jc w:val="right"/>
      </w:pPr>
      <w:r>
        <w:t>آپ کو یہ لگا رہے گا احساس، دعا نکلے گی آپ کی زبان سے کہ خدایا میرے بس میں تھا اپنے باڈی کو صاف کرنا، باقی تو تیرے بس میں ہے۔</w:t>
      </w:r>
    </w:p>
    <w:p>
      <w:r>
        <w:rPr>
          <w:b/>
        </w:rPr>
        <w:t xml:space="preserve">[18:59] </w:t>
      </w:r>
      <w:r>
        <w:t>mind ko pak saaf karna, dil ko pak saaf karna, rooh ko pak saaf karna,</w:t>
      </w:r>
    </w:p>
    <w:p>
      <w:pPr>
        <w:jc w:val="right"/>
      </w:pPr>
      <w:r>
        <w:t>مائنڈ کو پاک صاف کرنا، دل کو پاک صاف کرنا، روح کو پاک صاف کرنا،</w:t>
      </w:r>
    </w:p>
    <w:p>
      <w:r>
        <w:rPr>
          <w:b/>
        </w:rPr>
        <w:t xml:space="preserve">[19:06] </w:t>
      </w:r>
      <w:r>
        <w:t>woh to tu hi tu hi kar sakta hai. in duaon ke sath, in ehsasat ke sath aap din guzaren ge. ab dekhen kaisa ajeeb</w:t>
      </w:r>
    </w:p>
    <w:p>
      <w:pPr>
        <w:jc w:val="right"/>
      </w:pPr>
      <w:r>
        <w:t>وہ تو تو ہی تو ہی کر سکتا ہے۔ ان دعاؤں کے ساتھ، ان احساسات کے ساتھ آپ دن گزاریں گے۔ اب دیکھیں کیسا عجیب</w:t>
      </w:r>
    </w:p>
    <w:p>
      <w:r>
        <w:rPr>
          <w:b/>
        </w:rPr>
        <w:t xml:space="preserve">[19:16] </w:t>
      </w:r>
      <w:r>
        <w:t>din hoga woh. yahi sab jannat mein dakhle ki kunji hai. phir aap dekhiye, aap namaz ke liye khare hote hain to azan mein namaz mein sabza kachi dohrai jati hai:</w:t>
      </w:r>
    </w:p>
    <w:p>
      <w:pPr>
        <w:jc w:val="right"/>
      </w:pPr>
      <w:r>
        <w:t>دن ہوگا وہ۔ یہی سب جنت میں داخلے کی کنجی ہے۔ پھر آپ دیکھیے، آپ نماز کے لیے کھڑے ہوتے ہیں تو اذان میں نماز میں سبزہ کاچی دہرائی جاتی ہے:</w:t>
      </w:r>
    </w:p>
    <w:p>
      <w:r>
        <w:rPr>
          <w:b/>
        </w:rPr>
        <w:t xml:space="preserve">[19:35] </w:t>
      </w:r>
      <w:r>
        <w:t>"allahu akbar". mein samajhta hoon kam se kam dhai sau bar rozana "allahu akbar" aap bolte hain ya sunte hain.</w:t>
      </w:r>
    </w:p>
    <w:p>
      <w:pPr>
        <w:jc w:val="right"/>
      </w:pPr>
      <w:r>
        <w:t>"اللہ اکبر"۔ میں سمجھتا ہوں کم سے کم ڈھائی سو بار روزانہ "اللہ اکبر" آپ بولتے ہیں یا سنتے ہیں۔</w:t>
      </w:r>
    </w:p>
    <w:p>
      <w:r>
        <w:rPr>
          <w:b/>
        </w:rPr>
        <w:t xml:space="preserve">[19:49] </w:t>
      </w:r>
      <w:r>
        <w:t>"allahu akbar" ka matlab kya hai? is ka tarjuma to yeh hai ke Allah bara hai. lekin Allah bara hai yeh ek ek comparative word hai.</w:t>
      </w:r>
    </w:p>
    <w:p>
      <w:pPr>
        <w:jc w:val="right"/>
      </w:pPr>
      <w:r>
        <w:t>"اللہ اکبر" کا مطلب کیا ہے؟ اس کا ترجمہ تو یہ ہے کہ اللہ بڑا ہے۔ لیکن اللہ بڑا ہے یہ ایک ایک کمپیریٹیو ورڈ ہے۔</w:t>
      </w:r>
    </w:p>
    <w:p>
      <w:r>
        <w:rPr>
          <w:b/>
        </w:rPr>
        <w:t xml:space="preserve">[20:01] </w:t>
      </w:r>
      <w:r>
        <w:t>matlab koi kisi chote ke muqable mein Allah bara hai.</w:t>
      </w:r>
    </w:p>
    <w:p>
      <w:pPr>
        <w:jc w:val="right"/>
      </w:pPr>
      <w:r>
        <w:t>مطلب کوئی کسی چھوٹے کے مقابلے میں اللہ بڑا ہے۔</w:t>
      </w:r>
    </w:p>
    <w:p>
      <w:r>
        <w:rPr>
          <w:b/>
        </w:rPr>
        <w:t xml:space="preserve">[20:06] </w:t>
      </w:r>
      <w:r>
        <w:t>jab aap kahen ke yeh yeh black hai to kisi aur se aap compare kar ke batate hain ek ke is safed ke muqable mein yeh black hai.</w:t>
      </w:r>
    </w:p>
    <w:p>
      <w:pPr>
        <w:jc w:val="right"/>
      </w:pPr>
      <w:r>
        <w:t>جب آپ کہیں کہ یہ یہ بلیک ہے تو کسی اور سے آپ کمپیئر کر کے بتاتے ہیں ایک کہ اس سفید کے مقابلے میں یہ بلیک ہے۔</w:t>
      </w:r>
    </w:p>
    <w:p>
      <w:r>
        <w:rPr>
          <w:b/>
        </w:rPr>
        <w:t xml:space="preserve">[20:17] </w:t>
      </w:r>
      <w:r>
        <w:t>to yeh aik comparative word hai, yeh taqabli lafz hai yeh. to jab aap ne kaha ke Allah bara hai to is ka matlab kya hua?</w:t>
      </w:r>
    </w:p>
    <w:p>
      <w:pPr>
        <w:jc w:val="right"/>
      </w:pPr>
      <w:r>
        <w:t>تو یہ ایک کمپیریٹیو ورڈ ہے، یہ تقابلی لفظ ہے یہ۔ تو جب آپ نے کہا کہ اللہ بڑا ہے تو اس کا مطلب کیا ہوا؟</w:t>
      </w:r>
    </w:p>
    <w:p>
      <w:r>
        <w:rPr>
          <w:b/>
        </w:rPr>
        <w:t xml:space="preserve">[20:26] </w:t>
      </w:r>
      <w:r>
        <w:t>insan chota hai.</w:t>
      </w:r>
    </w:p>
    <w:p>
      <w:pPr>
        <w:jc w:val="right"/>
      </w:pPr>
      <w:r>
        <w:t>انسان چھوٹا ہے۔</w:t>
      </w:r>
    </w:p>
    <w:p>
      <w:r>
        <w:rPr>
          <w:b/>
        </w:rPr>
        <w:t xml:space="preserve">[20:30] </w:t>
      </w:r>
      <w:r>
        <w:t>"Allah Akbar wal insaan asghar".</w:t>
      </w:r>
    </w:p>
    <w:p>
      <w:pPr>
        <w:jc w:val="right"/>
      </w:pPr>
      <w:r>
        <w:t>"اللہ اکبر والانسان اصغر"۔</w:t>
      </w:r>
    </w:p>
    <w:p>
      <w:r>
        <w:rPr>
          <w:b/>
        </w:rPr>
        <w:t xml:space="preserve">[20:35] </w:t>
      </w:r>
      <w:r>
        <w:t>ab kitni ajeeb baat hai yeh ke "Allah Akbar" ka matlab hai modesty. modesty.</w:t>
      </w:r>
    </w:p>
    <w:p>
      <w:pPr>
        <w:jc w:val="right"/>
      </w:pPr>
      <w:r>
        <w:t>اب کتنی عجیب بات ہے یہ کہ "اللہ اکبر" کا مطلب ہے ماڈیسٹی۔ ماڈیسٹی۔</w:t>
      </w:r>
    </w:p>
    <w:p>
      <w:r>
        <w:rPr>
          <w:b/>
        </w:rPr>
        <w:t xml:space="preserve">[20:45] </w:t>
      </w:r>
      <w:r>
        <w:t>modesty is a key to all kinds of success.</w:t>
      </w:r>
    </w:p>
    <w:p>
      <w:pPr>
        <w:jc w:val="right"/>
      </w:pPr>
      <w:r>
        <w:t>ماڈیسٹی از اے کی آف کی ٹو آل کائنڈ آف سکسیس۔</w:t>
      </w:r>
    </w:p>
    <w:p>
      <w:r>
        <w:rPr>
          <w:b/>
        </w:rPr>
        <w:t xml:space="preserve">[20:53] </w:t>
      </w:r>
      <w:r>
        <w:t>sab sari sab se bari value, sab se bari sifat</w:t>
      </w:r>
    </w:p>
    <w:p>
      <w:pPr>
        <w:jc w:val="right"/>
      </w:pPr>
      <w:r>
        <w:t>سب ساری سب سے بڑی ویلیو، سب سے بڑی صفت</w:t>
      </w:r>
    </w:p>
    <w:p>
      <w:r>
        <w:rPr>
          <w:b/>
        </w:rPr>
        <w:t xml:space="preserve">[21:02] </w:t>
      </w:r>
      <w:r>
        <w:t>modesty hai. yani tawazu. hadith mein aata hai ke: "man tawada' rafa' Allah". jis ke andar tawazu aa gayi to Allah us ko bara darja deta hai.</w:t>
      </w:r>
    </w:p>
    <w:p>
      <w:pPr>
        <w:jc w:val="right"/>
      </w:pPr>
      <w:r>
        <w:t>ماڈیسٹی ہے۔ یعنی تواضع۔ حدیث میں آتا ہے کہ: "من تواضع رفع اللہ"۔ جس کے اندر تواضع آ گئی تو اللہ اس کو بڑا درجہ دیتا ہے۔</w:t>
      </w:r>
    </w:p>
    <w:p>
      <w:r>
        <w:rPr>
          <w:b/>
        </w:rPr>
        <w:t xml:space="preserve">[21:14] </w:t>
      </w:r>
      <w:r>
        <w:t>ab jab aap dekhiye ke namaz mein jo kalma sab se zyada dohrata hai woh kya sikhata hai?</w:t>
      </w:r>
    </w:p>
    <w:p>
      <w:pPr>
        <w:jc w:val="right"/>
      </w:pPr>
      <w:r>
        <w:t>اب جب آپ دیکھیے کہ نماز میں جو کلمہ سب سے زیادہ دہرایا جاتا ہے وہ کیا سکھاتا ہے؟</w:t>
      </w:r>
    </w:p>
    <w:p>
      <w:r>
        <w:rPr>
          <w:b/>
        </w:rPr>
        <w:t xml:space="preserve">[21:21] </w:t>
      </w:r>
      <w:r>
        <w:t>tawazu, modesty, humility. apne aap mein woh bohat bari khoobi hai. modesty hai to saare achaiyon ke darwaze aap ke liye khul gaye.</w:t>
      </w:r>
    </w:p>
    <w:p>
      <w:pPr>
        <w:jc w:val="right"/>
      </w:pPr>
      <w:r>
        <w:t>تواضع، ماڈیسٹی، ہمیلیٹی۔ اپنے آپ میں وہ بہت بڑی خوبی ہے۔ ماڈیسٹی ہے تو سارے اچھائیوں کے دروازے آپ کے لیے کھل گئے۔</w:t>
      </w:r>
    </w:p>
    <w:p>
      <w:r>
        <w:rPr>
          <w:b/>
        </w:rPr>
        <w:t xml:space="preserve">[21:39] </w:t>
      </w:r>
      <w:r>
        <w:t>yani Khuda ka inspiration bhi aap ko mile ga. kyunke modest aadmi ke paas Khuda ka inspiration aata hai. insano ke beech mein aap achhe tareeqe se reh payenge.</w:t>
      </w:r>
    </w:p>
    <w:p>
      <w:pPr>
        <w:jc w:val="right"/>
      </w:pPr>
      <w:r>
        <w:t>یعنی خدا کا انسپیریشن بھی آپ کو ملے گا۔ کیونکہ ماڈسٹ آدمی کے پاس خدا کا انسپیریشن آتا ہے۔ انسانوں کے بیچ میں آپ اچھے طریقے سے رہ پائیں گے۔</w:t>
      </w:r>
    </w:p>
    <w:p>
      <w:r>
        <w:rPr>
          <w:b/>
        </w:rPr>
        <w:t xml:space="preserve">[21:51] </w:t>
      </w:r>
      <w:r>
        <w:t>kyunke modest aadmi ko har aadmi pasand karta hai. aap job mein, business mein,</w:t>
      </w:r>
    </w:p>
    <w:p>
      <w:pPr>
        <w:jc w:val="right"/>
      </w:pPr>
      <w:r>
        <w:t>کیونکہ ماڈسٹ آدمی کو ہر آدمی پسند کرتا ہے۔ آپ جاب میں، بزنس میں،</w:t>
      </w:r>
    </w:p>
    <w:p>
      <w:r>
        <w:rPr>
          <w:b/>
        </w:rPr>
        <w:t xml:space="preserve">[21:57] </w:t>
      </w:r>
      <w:r>
        <w:t>family mein jahan bhi rahenge, aap modesty ke sath hain, har jagah aap ke mamlaat durust rahenge. sab aap se khush rahenge. yani ke saare din ka yeh sabak ho gaya.</w:t>
      </w:r>
    </w:p>
    <w:p>
      <w:pPr>
        <w:jc w:val="right"/>
      </w:pPr>
      <w:r>
        <w:t>فیملی میں جہاں بھی رہیں گے، آپ ماڈیسٹی کے ساتھ ہیں، ہر جگہ آپ کے معاملات درست رہیں گے۔ سب آپ سے خوش رہیں گے۔ یعنی کہ سارے دن کا یہ سبق ہو گیا۔</w:t>
      </w:r>
    </w:p>
    <w:p>
      <w:r>
        <w:rPr>
          <w:b/>
        </w:rPr>
        <w:t xml:space="preserve">[22:12] </w:t>
      </w:r>
      <w:r>
        <w:t>ke lay was a modest person. ab kitni bari baat hai yeh. kitni bari baat hai yeh.</w:t>
      </w:r>
    </w:p>
    <w:p>
      <w:pPr>
        <w:jc w:val="right"/>
      </w:pPr>
      <w:r>
        <w:t>کہ لی واز اے ماڈسٹ پرسن۔ اب کتنی بڑی بات ہے یہ۔ کتنی بڑی بات ہے یہ۔</w:t>
      </w:r>
    </w:p>
    <w:p>
      <w:r>
        <w:rPr>
          <w:b/>
        </w:rPr>
        <w:t xml:space="preserve">[22:24] </w:t>
      </w:r>
      <w:r>
        <w:t>kitni bari baat hai yeh. phir aap namaz mein dekhiye</w:t>
      </w:r>
    </w:p>
    <w:p>
      <w:pPr>
        <w:jc w:val="right"/>
      </w:pPr>
      <w:r>
        <w:t>کتنی بڑی بات ہے یہ۔ پھر آپ نماز میں دیکھیے</w:t>
      </w:r>
    </w:p>
    <w:p>
      <w:r>
        <w:rPr>
          <w:b/>
        </w:rPr>
        <w:t xml:space="preserve">[22:30] </w:t>
      </w:r>
      <w:r>
        <w:t>bar bar parhte hain Surah Fatiha: "Alhamdulillah Rabbil Alameen". bar bar parhte hain.</w:t>
      </w:r>
    </w:p>
    <w:p>
      <w:pPr>
        <w:jc w:val="right"/>
      </w:pPr>
      <w:r>
        <w:t>بار بار پڑھتے ہیں سورہ فاتحہ: "الحمدللہ رب العالمین"۔ بار بار پڑھتے ہیں۔</w:t>
      </w:r>
    </w:p>
    <w:p>
      <w:r>
        <w:rPr>
          <w:b/>
        </w:rPr>
        <w:t xml:space="preserve">[22:40] </w:t>
      </w:r>
      <w:r>
        <w:t>yani Khudaaya tera hi hamd hai. Khudaaya tera hi shukr hai. Khudaaya mein to shukr acknowledge karta hoon teri barhai ko.</w:t>
      </w:r>
    </w:p>
    <w:p>
      <w:pPr>
        <w:jc w:val="right"/>
      </w:pPr>
      <w:r>
        <w:t>یعنی خدایا تیرا ہی حمد ہے۔ خدایا تیرا ہی شکر ہے۔ خدایا میں تو شکر اکنالج کرتا ہوں تیری بڑائی کو۔</w:t>
      </w:r>
    </w:p>
    <w:p>
      <w:r>
        <w:rPr>
          <w:b/>
        </w:rPr>
        <w:t xml:space="preserve">[22:50] </w:t>
      </w:r>
      <w:r>
        <w:t>ab yeh jo hai yeh kitni bari baat hai. kitni bari baat hai.</w:t>
      </w:r>
    </w:p>
    <w:p>
      <w:pPr>
        <w:jc w:val="right"/>
      </w:pPr>
      <w:r>
        <w:t>اب یہ جو ہے یہ کتنی بڑی بات ہے۔ کتنی بڑی بات ہے۔</w:t>
      </w:r>
    </w:p>
    <w:p>
      <w:r>
        <w:rPr>
          <w:b/>
        </w:rPr>
        <w:t xml:space="preserve">[23:01] </w:t>
      </w:r>
      <w:r>
        <w:t>jis ne aap ko paida kiya. jis ne aap ko yeh zameen di. yeh suraj diya. life support system diya.</w:t>
      </w:r>
    </w:p>
    <w:p>
      <w:pPr>
        <w:jc w:val="right"/>
      </w:pPr>
      <w:r>
        <w:t>جس نے آپ کو پیدا کیا۔ جس نے آپ کو یہ زمین دی۔ یہ سورج دیا۔ لائف سپورٹ سسٹم دیا۔</w:t>
      </w:r>
    </w:p>
    <w:p>
      <w:r>
        <w:rPr>
          <w:b/>
        </w:rPr>
        <w:t xml:space="preserve">[23:12] </w:t>
      </w:r>
      <w:r>
        <w:t>family di. kuch bhi jo aap ko mila hua hai. chahe aik baal ho</w:t>
      </w:r>
    </w:p>
    <w:p>
      <w:pPr>
        <w:jc w:val="right"/>
      </w:pPr>
      <w:r>
        <w:t>فیملی دیا۔ کچھ بھی جو آپ کو ملا ہوا ہے۔ چاہے ایک بال ہو</w:t>
      </w:r>
    </w:p>
    <w:p>
      <w:r>
        <w:rPr>
          <w:b/>
        </w:rPr>
        <w:t xml:space="preserve">[23:19] </w:t>
      </w:r>
      <w:r>
        <w:t>ya koi bari cheez ho. woh Khuda ki di hui hai. to us ko acknowledge kiya aap ne. apne andar aap ne aik aik aisi yani zehniyat banai, aisi soch banai.</w:t>
      </w:r>
    </w:p>
    <w:p>
      <w:pPr>
        <w:jc w:val="right"/>
      </w:pPr>
      <w:r>
        <w:t>یا کوئی بڑی چیز ہو۔ وہ خدا کی دی ہوئی ہے۔ تو اس کو اکنالج کیا آپ نے۔ اپنے اندر آپ نے ایک ایک ایسی یعنی ذہنیت بنائی، ایسی سوچ بنائی۔</w:t>
      </w:r>
    </w:p>
    <w:p>
      <w:r>
        <w:rPr>
          <w:b/>
        </w:rPr>
        <w:t xml:space="preserve">[23:35] </w:t>
      </w:r>
      <w:r>
        <w:t>acknowledge karne wali soch. yaad rakhein sab se</w:t>
      </w:r>
    </w:p>
    <w:p>
      <w:pPr>
        <w:jc w:val="right"/>
      </w:pPr>
      <w:r>
        <w:t>اکنالج کرنے والی سوچ۔ یاد رکھیں سب سے</w:t>
      </w:r>
    </w:p>
    <w:p>
      <w:r>
        <w:rPr>
          <w:b/>
        </w:rPr>
        <w:t xml:space="preserve">[23:39] </w:t>
      </w:r>
      <w:r>
        <w:t>bara acknowledge ka matlab hai etraf karna. sab se bari valuable cheez zindagi mein kya hai? etraf.</w:t>
      </w:r>
    </w:p>
    <w:p>
      <w:pPr>
        <w:jc w:val="right"/>
      </w:pPr>
      <w:r>
        <w:t>بڑا اکنالج کا مطلب ہے اعتراف کرنا۔ سب سے بڑی ویلیو ایبل چیز زندگی میں کیا ہے؟ اعتراف۔</w:t>
      </w:r>
    </w:p>
    <w:p>
      <w:r>
        <w:rPr>
          <w:b/>
        </w:rPr>
        <w:t xml:space="preserve">[23:48] </w:t>
      </w:r>
      <w:r>
        <w:t>acknowledge karna. bohat bari cheez hai. to: "man lam yashkur an-nas lam yashkur Allah".</w:t>
      </w:r>
    </w:p>
    <w:p>
      <w:pPr>
        <w:jc w:val="right"/>
      </w:pPr>
      <w:r>
        <w:t>اکنالج کرنا۔ بہت بڑی چیز ہے۔ تو: "ملم اشکر الناس لم یشکر اللہ"۔</w:t>
      </w:r>
    </w:p>
    <w:p>
      <w:r>
        <w:rPr>
          <w:b/>
        </w:rPr>
        <w:t xml:space="preserve">[23:58] </w:t>
      </w:r>
      <w:r>
        <w:t>aik etraf hai insaan ke liye, aik hai Khuda ke liye.</w:t>
      </w:r>
    </w:p>
    <w:p>
      <w:pPr>
        <w:jc w:val="right"/>
      </w:pPr>
      <w:r>
        <w:t>ایک اعتراف ہے انسان کے لیے، ایک ہے خدا کے لیے۔</w:t>
      </w:r>
    </w:p>
    <w:p>
      <w:r>
        <w:rPr>
          <w:b/>
        </w:rPr>
        <w:t xml:space="preserve">[24:04] </w:t>
      </w:r>
      <w:r>
        <w:t>to etraf wali spirit paida hogi aap ki to aisa nahi hoga ke aap Khuda ke liye to kahein: "Alhamdulillah Alhamdulillah" aur insaan ke liye aap ulte ban jayein.</w:t>
      </w:r>
    </w:p>
    <w:p>
      <w:pPr>
        <w:jc w:val="right"/>
      </w:pPr>
      <w:r>
        <w:t>تو اعتراف والی اسپرٹ پیدا ہوگی آپ کی تو ایسا نہیں ہوگا کہ آپ خدا کے لیے تو کہیں: "الحمدللہ الحمدللہ" اور انسان کے لیے آپ الٹے بن جائیں۔</w:t>
      </w:r>
    </w:p>
    <w:p>
      <w:r>
        <w:rPr>
          <w:b/>
        </w:rPr>
        <w:t xml:space="preserve">[24:15] </w:t>
      </w:r>
      <w:r>
        <w:t>insaan ke liye aap sarkash ban jayen. yaani khuda ke liye shakar, insaan ke liye sarkash.</w:t>
      </w:r>
    </w:p>
    <w:p>
      <w:pPr>
        <w:jc w:val="right"/>
      </w:pPr>
      <w:r>
        <w:t>انسان کے لیے آپ سرکش بن جائیں۔ یعنی خدا کے لیے شاکر، انسان کے لیے سرکش۔</w:t>
      </w:r>
    </w:p>
    <w:p>
      <w:r>
        <w:rPr>
          <w:b/>
        </w:rPr>
        <w:t xml:space="preserve">[24:22] </w:t>
      </w:r>
      <w:r>
        <w:t>aisa nahi ho sakta hai.</w:t>
      </w:r>
    </w:p>
    <w:p>
      <w:pPr>
        <w:jc w:val="right"/>
      </w:pPr>
      <w:r>
        <w:t>ایسا نہیں ہو سکتا ہے۔</w:t>
      </w:r>
    </w:p>
    <w:p>
      <w:r>
        <w:rPr>
          <w:b/>
        </w:rPr>
        <w:t xml:space="preserve">[24:28] </w:t>
      </w:r>
      <w:r>
        <w:t>"ma j'alallahu min qalbain fi jawfi". ek hi seene mein do dil nahi. to ek hi personality, ek hi shakhsiyat, do manifestations ka ho.</w:t>
      </w:r>
    </w:p>
    <w:p>
      <w:pPr>
        <w:jc w:val="right"/>
      </w:pPr>
      <w:r>
        <w:t>"ما جعل اللہ من قلبین فی جوفی"۔ ایک ہی سینے میں دو دل نہیں۔ تو ایک ہی پرسنیلٹی، ایک ہی شخصیت، دو مینیفیسشنز کا ہو۔</w:t>
      </w:r>
    </w:p>
    <w:p>
      <w:r>
        <w:rPr>
          <w:b/>
        </w:rPr>
        <w:t xml:space="preserve">[24:43] </w:t>
      </w:r>
      <w:r>
        <w:t>ek taraf woh sarkash bana hua hai, ek taraf shakar bana hua hai. to aisa nahi ho sakta.</w:t>
      </w:r>
    </w:p>
    <w:p>
      <w:pPr>
        <w:jc w:val="right"/>
      </w:pPr>
      <w:r>
        <w:t>ایک طرف وہ سرکش بنا ہوا ہے، ایک طرف شاکر بنا ہوا ہے۔ تو ایسا نہیں ہو سکتا۔</w:t>
      </w:r>
    </w:p>
    <w:p>
      <w:r>
        <w:rPr>
          <w:b/>
        </w:rPr>
        <w:t xml:space="preserve">[24:51] </w:t>
      </w:r>
      <w:r>
        <w:t>to agar sach much aap honge itraaf karne wale to aap khuda ka bhi karenge, insaan ka bhi karenge. aur jo aadmi itraaf karne wala ban jaye woh to usko samjhiye ke sone ke part se zyada badi cheez mil gayi.</w:t>
      </w:r>
    </w:p>
    <w:p>
      <w:pPr>
        <w:jc w:val="right"/>
      </w:pPr>
      <w:r>
        <w:t>تو اگر سچ مچ آپ ہوں گے اعتراف کرنے والے تو آپ خدا کا بھی کریں گے، انسان کا بھی کریں گے۔ اور جو آدمی اعتراف کرنے والا بن جائے وہ تو اس کو سمجھیے کہ سونے کے پارٹ سے زیادہ بڑی چیز مل گئی۔</w:t>
      </w:r>
    </w:p>
    <w:p>
      <w:r>
        <w:rPr>
          <w:b/>
        </w:rPr>
        <w:t xml:space="preserve">[25:10] </w:t>
      </w:r>
      <w:r>
        <w:t>itraaf se positive personality banti hai.</w:t>
      </w:r>
    </w:p>
    <w:p>
      <w:pPr>
        <w:jc w:val="right"/>
      </w:pPr>
      <w:r>
        <w:t>اعتراف سے پازیٹیو پرسنیلٹی بنتی ہے۔</w:t>
      </w:r>
    </w:p>
    <w:p>
      <w:r>
        <w:rPr>
          <w:b/>
        </w:rPr>
        <w:t xml:space="preserve">[25:15] </w:t>
      </w:r>
      <w:r>
        <w:t>itraaf se aap complex free insaan bante hain. kyunke dekhiye itraaf na karein to kya hoga? andar to ehsaas rahega aap ko aur zubaan se bolenge nahi.</w:t>
      </w:r>
    </w:p>
    <w:p>
      <w:pPr>
        <w:jc w:val="right"/>
      </w:pPr>
      <w:r>
        <w:t>اعتراف سے آپ کمپلیکس فری انسان بنتے ہیں۔ کیونکہ دیکھیے اعتراف نہ کریں تو کیا ہوگا؟ اندر تو احساس رہے گا آپ کو اور زبان سے بولیں گے نہیں۔</w:t>
      </w:r>
    </w:p>
    <w:p>
      <w:r>
        <w:rPr>
          <w:b/>
        </w:rPr>
        <w:t xml:space="preserve">[25:27] </w:t>
      </w:r>
      <w:r>
        <w:t>itraaf na karna saada baat nahi hai.</w:t>
      </w:r>
    </w:p>
    <w:p>
      <w:pPr>
        <w:jc w:val="right"/>
      </w:pPr>
      <w:r>
        <w:t>اعتراف نہ کرنا سادہ بات نہیں ہے۔</w:t>
      </w:r>
    </w:p>
    <w:p>
      <w:r>
        <w:rPr>
          <w:b/>
        </w:rPr>
        <w:t xml:space="preserve">[25:32] </w:t>
      </w:r>
      <w:r>
        <w:t>saada baat nahi hai.</w:t>
      </w:r>
    </w:p>
    <w:p>
      <w:pPr>
        <w:jc w:val="right"/>
      </w:pPr>
      <w:r>
        <w:t>سادہ بات نہیں ہے۔</w:t>
      </w:r>
    </w:p>
    <w:p>
      <w:r>
        <w:rPr>
          <w:b/>
        </w:rPr>
        <w:t xml:space="preserve">[25:37] </w:t>
      </w:r>
      <w:r>
        <w:t>jab bhi koi aap ke saath koi sulook kare, jab bhi koi saath aap ke saath acha koi muamla kare to zaroor aap us ko jaan lete hain.</w:t>
      </w:r>
    </w:p>
    <w:p>
      <w:pPr>
        <w:jc w:val="right"/>
      </w:pPr>
      <w:r>
        <w:t>جب بھی کوئی آپ کے ساتھ کوئی سلوک کرے، جب بھی کوئی ساتھ آپ کے ساتھ اچھا کوئی معاملہ کرے تو ضرور آپ اس کو جان لیتے ہیں۔</w:t>
      </w:r>
    </w:p>
    <w:p>
      <w:r>
        <w:rPr>
          <w:b/>
        </w:rPr>
        <w:t xml:space="preserve">[25:48] </w:t>
      </w:r>
      <w:r>
        <w:t>ek baat jaan li aap ne lekin aap ne acknowledge nahi kiya, aap ne itraaf nahi kiya to kya hoga?</w:t>
      </w:r>
    </w:p>
    <w:p>
      <w:pPr>
        <w:jc w:val="right"/>
      </w:pPr>
      <w:r>
        <w:t>ایک بات جان لی آپ نے لیکن آپ نے اکنالج نہیں کیا، آپ نے اعتراف نہیں کیا تو کیا ہوگا؟</w:t>
      </w:r>
    </w:p>
    <w:p>
      <w:r>
        <w:rPr>
          <w:b/>
        </w:rPr>
        <w:t xml:space="preserve">[25:55] </w:t>
      </w:r>
      <w:r>
        <w:t>dil mein hai zubaan par nahi. yeh to hai complex. to aap ko complex mein jeena padega.</w:t>
      </w:r>
    </w:p>
    <w:p>
      <w:pPr>
        <w:jc w:val="right"/>
      </w:pPr>
      <w:r>
        <w:t>دل میں ہے زبان پر نہیں۔ یہ تو ہے کمپلیکس۔ تو آپ کو کمپلیکس میں جینا پڑے گا۔</w:t>
      </w:r>
    </w:p>
    <w:p>
      <w:r>
        <w:rPr>
          <w:b/>
        </w:rPr>
        <w:t xml:space="preserve">[26:06] </w:t>
      </w:r>
      <w:r>
        <w:t>duality mein jeena padega. doosra nateeja kya hoga? tension.</w:t>
      </w:r>
    </w:p>
    <w:p>
      <w:pPr>
        <w:jc w:val="right"/>
      </w:pPr>
      <w:r>
        <w:t>ڈوئلٹی میں جینا پڑے گا۔ دوسرا نتیجہ کیا ہوگا؟ ٹینشن۔</w:t>
      </w:r>
    </w:p>
    <w:p>
      <w:r>
        <w:rPr>
          <w:b/>
        </w:rPr>
        <w:t xml:space="preserve">[26:13] </w:t>
      </w:r>
      <w:r>
        <w:t>peaceful mind aap se chhin jayega.</w:t>
      </w:r>
    </w:p>
    <w:p>
      <w:pPr>
        <w:jc w:val="right"/>
      </w:pPr>
      <w:r>
        <w:t>پیس فل مائنڈ آپ سے چھن جائے گا۔</w:t>
      </w:r>
    </w:p>
    <w:p>
      <w:r>
        <w:rPr>
          <w:b/>
        </w:rPr>
        <w:t xml:space="preserve">[26:19] </w:t>
      </w:r>
      <w:r>
        <w:t>is tarah se itni sari baatein hain namaz mein. phir jab aap khatm karte hain to aap jante hain ke salam idhar pheraya tha, munh idhar munh pheraya tha.</w:t>
      </w:r>
    </w:p>
    <w:p>
      <w:pPr>
        <w:jc w:val="right"/>
      </w:pPr>
      <w:r>
        <w:t>اس طرح سے اتنی ساری باتیں ہیں نماز میں۔ پھر جب آپ ختم کرتے ہیں تو آپ جانتے ہیں کہ سلام ادھر پھیرایا تھا، منہ ادھر منہ پھیرایا تھا۔</w:t>
      </w:r>
    </w:p>
    <w:p>
      <w:r>
        <w:rPr>
          <w:b/>
        </w:rPr>
        <w:t xml:space="preserve">[26:31] </w:t>
      </w:r>
      <w:r>
        <w:t>kaha tha: "assalamu alaikum wa rahmatullah". is ka matlab kya hai?</w:t>
      </w:r>
    </w:p>
    <w:p>
      <w:pPr>
        <w:jc w:val="right"/>
      </w:pPr>
      <w:r>
        <w:t>کہا تھا: "السلام علیکم ورحمۃ اللہ"۔ اس کا مطلب کیا ہے؟</w:t>
      </w:r>
    </w:p>
    <w:p>
      <w:r>
        <w:rPr>
          <w:b/>
        </w:rPr>
        <w:t xml:space="preserve">[26:38] </w:t>
      </w:r>
      <w:r>
        <w:t>saare insaano ko aap address karte hain. ae east mein basne wale insaano, ae west mein basne wale insaano, ae south mein basne wale insaano, ae north mein basne wale insaano,</w:t>
      </w:r>
    </w:p>
    <w:p>
      <w:pPr>
        <w:jc w:val="right"/>
      </w:pPr>
      <w:r>
        <w:t>سارے انسانوں کو آپ ایڈریس کرتے ہیں۔ اے اے ایسٹ میں بسنے والے انسانوں، اے ویسٹ میں بسنے والے انسانوں، اے ساؤتھ میں بسنے والے انسانوں، اے نارتھ میں بسنے والے انسانوں،</w:t>
      </w:r>
    </w:p>
    <w:p>
      <w:r>
        <w:rPr>
          <w:b/>
        </w:rPr>
        <w:t xml:space="preserve">[26:52] </w:t>
      </w:r>
      <w:r>
        <w:t>tum sab ko meri taraf se</w:t>
      </w:r>
    </w:p>
    <w:p>
      <w:pPr>
        <w:jc w:val="right"/>
      </w:pPr>
      <w:r>
        <w:t>تم سب کو میری طرف سے</w:t>
      </w:r>
    </w:p>
    <w:p>
      <w:r>
        <w:rPr>
          <w:b/>
        </w:rPr>
        <w:t xml:space="preserve">[26:55] </w:t>
      </w:r>
      <w:r>
        <w:t>peace ka message. "peace be upon you, peace be upon you". ab bataiye ke yeh yeh train le kar jab aap bahar aate hain, ek training hui, ek sabak hua, ek lesson hua.</w:t>
      </w:r>
    </w:p>
    <w:p>
      <w:pPr>
        <w:jc w:val="right"/>
      </w:pPr>
      <w:r>
        <w:t>پیس کا میسج۔ "پیس بی اپان یو، پیس بی اپان یو"۔ اب بتائیے کہ یہ یہ ٹرین لے کر جب آپ باہر آتے ہیں، ایک ٹریننگ ہوئی، ایک سبق ہوا، ایک لیسن ہوا۔</w:t>
      </w:r>
    </w:p>
    <w:p>
      <w:r>
        <w:rPr>
          <w:b/>
        </w:rPr>
        <w:t xml:space="preserve">[27:10] </w:t>
      </w:r>
      <w:r>
        <w:t>aap bahar aaye to chahe aap family mein hon, chahe aap society mein hon,</w:t>
      </w:r>
    </w:p>
    <w:p>
      <w:pPr>
        <w:jc w:val="right"/>
      </w:pPr>
      <w:r>
        <w:t>آپ باہر آئے تو چاہے آپ فیملی میں ہوں، چاہے آپ سوسائٹی میں ہوں،</w:t>
      </w:r>
    </w:p>
    <w:p>
      <w:r>
        <w:rPr>
          <w:b/>
        </w:rPr>
        <w:t xml:space="preserve">[27:16] </w:t>
      </w:r>
      <w:r>
        <w:t>chahe kisi institution mein hon, chahe apne work place mein hon, kahin bhi hon to is ka is ka izhaar to hoga.</w:t>
      </w:r>
    </w:p>
    <w:p>
      <w:pPr>
        <w:jc w:val="right"/>
      </w:pPr>
      <w:r>
        <w:t>چاہے کسی انسٹیٹیوشن میں ہوں، چاہے اپنے ورک پلیس میں ہوں، کہیں بھی ہوں تو اس کا اس کا اظہار تو ہوگا۔</w:t>
      </w:r>
    </w:p>
    <w:p>
      <w:r>
        <w:rPr>
          <w:b/>
        </w:rPr>
        <w:t xml:space="preserve">[27:26] </w:t>
      </w:r>
      <w:r>
        <w:t>woh manifest karega woh. yeh spirit jo aap ne seekhi namaz mein.</w:t>
      </w:r>
    </w:p>
    <w:p>
      <w:pPr>
        <w:jc w:val="right"/>
      </w:pPr>
      <w:r>
        <w:t>وہ مینیفیسٹ کرے گا وہ۔ یہ اسپرٹ جو آپ نے سیکھی نماز میں۔</w:t>
      </w:r>
    </w:p>
    <w:p>
      <w:r>
        <w:rPr>
          <w:b/>
        </w:rPr>
        <w:t xml:space="preserve">[27:32] </w:t>
      </w:r>
      <w:r>
        <w:t>to har ek ke liye aap ke dil mein kya hoga? peace hoga, well wishing hogi, khair khwahi hogi. yaani aap human friendly ban jayenge.</w:t>
      </w:r>
    </w:p>
    <w:p>
      <w:pPr>
        <w:jc w:val="right"/>
      </w:pPr>
      <w:r>
        <w:t>تو ہر ایک کے لیے آپ کے دل میں کیا ہوگا؟ پیس ہوگا، ویل وشنگ ہوگی، خیر خواہی ہوگی۔ یعنی آپ ہیومن فرینڈلی بن جائیں گے۔</w:t>
      </w:r>
    </w:p>
    <w:p>
      <w:r>
        <w:rPr>
          <w:b/>
        </w:rPr>
        <w:t xml:space="preserve">[27:47] </w:t>
      </w:r>
      <w:r>
        <w:t>human friendly.</w:t>
      </w:r>
    </w:p>
    <w:p>
      <w:pPr>
        <w:jc w:val="right"/>
      </w:pPr>
      <w:r>
        <w:t>ہیومن فرینڈلی۔</w:t>
      </w:r>
    </w:p>
    <w:p>
      <w:r>
        <w:rPr>
          <w:b/>
        </w:rPr>
        <w:t xml:space="preserve">[27:49] </w:t>
      </w:r>
      <w:r>
        <w:t>insaan dost. ab bataiye ke kaisi ajeeb cheez hai. jo aadmi human friendly ban jaye to bilkul wohi hai ke mohabbat fateh-e-alam.</w:t>
      </w:r>
    </w:p>
    <w:p>
      <w:pPr>
        <w:jc w:val="right"/>
      </w:pPr>
      <w:r>
        <w:t>انسان دوست۔ اب بتائیے کہ کیسی عجیب چیز ہے۔ جو آدمی ہیومن فرینڈلی بن جائے تو بالکل وہی ہے کہ محبت فاتح عالم۔</w:t>
      </w:r>
    </w:p>
    <w:p>
      <w:r>
        <w:rPr>
          <w:b/>
        </w:rPr>
        <w:t xml:space="preserve">[28:04] </w:t>
      </w:r>
      <w:r>
        <w:t>mohabbat sari dunya ko fateh kar leti hai. yeh to</w:t>
      </w:r>
    </w:p>
    <w:p>
      <w:pPr>
        <w:jc w:val="right"/>
      </w:pPr>
      <w:r>
        <w:t>محبت ساری دنیا کو فتح کر لیتی ہے۔ یہ تو</w:t>
      </w:r>
    </w:p>
    <w:p>
      <w:r>
        <w:rPr>
          <w:b/>
        </w:rPr>
        <w:t xml:space="preserve">[28:07] </w:t>
      </w:r>
      <w:r>
        <w:t>yani musakhir karne wali cheez hai. logon ko capture karne wali cheez hai. yeh hai: "man salla al-bardain fa daḵala al-jannah".</w:t>
      </w:r>
    </w:p>
    <w:p>
      <w:pPr>
        <w:jc w:val="right"/>
      </w:pPr>
      <w:r>
        <w:t>یعنی مسخر کرنے والی چیز ہے۔ لوگوں کو کیپچر کرنے والی چیز ہے۔ یہ ہے: "من صلی البردین فو دخل الجنہ"۔</w:t>
      </w:r>
    </w:p>
    <w:p>
      <w:r>
        <w:rPr>
          <w:b/>
        </w:rPr>
        <w:t xml:space="preserve">[28:21] </w:t>
      </w:r>
      <w:r>
        <w:t>jis ne namaz parh li subah ki aur sham ki woh jannat mein jayega. yani</w:t>
      </w:r>
    </w:p>
    <w:p>
      <w:pPr>
        <w:jc w:val="right"/>
      </w:pPr>
      <w:r>
        <w:t>جس نے نماز پڑھ لی صبح کی اور شام کی وہ جنت میں جائے گا۔ یعنی</w:t>
      </w:r>
    </w:p>
    <w:p>
      <w:r>
        <w:rPr>
          <w:b/>
        </w:rPr>
        <w:t xml:space="preserve">[28:27] </w:t>
      </w:r>
      <w:r>
        <w:t>is ke andar jannati shakhsiyat banegi. is ke andar woh personality banegi jis ko jannati jannat mein entry mil.</w:t>
      </w:r>
    </w:p>
    <w:p>
      <w:pPr>
        <w:jc w:val="right"/>
      </w:pPr>
      <w:r>
        <w:t>اس کے اندر جنتی شخصیت بنے گی۔ اس کے اندر وہ پرسنیلٹی بنے گی جس کو جنتی جنت میں انٹری ملے۔</w:t>
      </w:r>
    </w:p>
    <w:p>
      <w:r>
        <w:rPr>
          <w:b/>
        </w:rPr>
        <w:t xml:space="preserve">[28:37] </w:t>
      </w:r>
      <w:r>
        <w:t>dekhiye jannat kis ke liye hai? woh jannat hai un logon ki jin ke andar jannat wali personality hai.</w:t>
      </w:r>
    </w:p>
    <w:p>
      <w:pPr>
        <w:jc w:val="right"/>
      </w:pPr>
      <w:r>
        <w:t>دیکھیے جنت کس کے لیے ہے؟ وہ جنت ہے ان لوگوں کی جن کے اندر جنت والی پرسنیلٹی ہے۔</w:t>
      </w:r>
    </w:p>
    <w:p>
      <w:r>
        <w:rPr>
          <w:b/>
        </w:rPr>
        <w:t xml:space="preserve">[28:47] </w:t>
      </w:r>
      <w:r>
        <w:t>aisa nahi ke bakra zabah kar diya, ab jannat mil gayi. ek hazar bar woh lafz parh diya, ab jannat mil gayi. yeh sab kuch nahi hai.</w:t>
      </w:r>
    </w:p>
    <w:p>
      <w:pPr>
        <w:jc w:val="right"/>
      </w:pPr>
      <w:r>
        <w:t>ایسا نہیں کہ بکرا ذبح کر دیا، اب جنت مل گئی۔ ایک ہزار بار وہ لفظ پڑھ دیا، اب جنت مل گئی۔ یہ سب کچھ نہیں ہے۔</w:t>
      </w:r>
    </w:p>
    <w:p>
      <w:r>
        <w:rPr>
          <w:b/>
        </w:rPr>
        <w:t xml:space="preserve">[28:58] </w:t>
      </w:r>
      <w:r>
        <w:t>das bar haj kar liya, ab jannat mil gayi. aisa kuch nahi. yeh hai</w:t>
      </w:r>
    </w:p>
    <w:p>
      <w:pPr>
        <w:jc w:val="right"/>
      </w:pPr>
      <w:r>
        <w:t>دس بار حج کر لیا، اب جنت مل گئی۔ ایسا کچھ نہیں۔ یہ ہے</w:t>
      </w:r>
    </w:p>
    <w:p>
      <w:r>
        <w:rPr>
          <w:b/>
        </w:rPr>
        <w:t xml:space="preserve">[29:05] </w:t>
      </w:r>
      <w:r>
        <w:t>ek course of personality development. namaz jo hai: "that is a course of personality development". ek shakhsiyat banana, ek personality banana, ek insan banana.</w:t>
      </w:r>
    </w:p>
    <w:p>
      <w:pPr>
        <w:jc w:val="right"/>
      </w:pPr>
      <w:r>
        <w:t>ایک کورس آف پرسنیلٹی ڈیولپمنٹ۔ نماز جو ہے: "دیٹ از ا کورس آف پرسنیلٹی ڈیولپمنٹ"۔ ایک شخصیت بنانا، ایک پرسنیلٹی بنانا، ایک انسان بنانا۔</w:t>
      </w:r>
    </w:p>
    <w:p>
      <w:r>
        <w:rPr>
          <w:b/>
        </w:rPr>
        <w:t xml:space="preserve">[29:18] </w:t>
      </w:r>
      <w:r>
        <w:t>insan. woh insan jis ke andar modesty ho.</w:t>
      </w:r>
    </w:p>
    <w:p>
      <w:pPr>
        <w:jc w:val="right"/>
      </w:pPr>
      <w:r>
        <w:t>انسان۔ وہ انسان جس کے اندر ماڈیسٹی ہو۔</w:t>
      </w:r>
    </w:p>
    <w:p>
      <w:r>
        <w:rPr>
          <w:b/>
        </w:rPr>
        <w:t xml:space="preserve">[29:23] </w:t>
      </w:r>
      <w:r>
        <w:t>woh insan jis ke andar logon ko acknowledge karne ka mizaj ho. woh insan jis ke dil mein peace ho, khair khwahi ho.</w:t>
      </w:r>
    </w:p>
    <w:p>
      <w:pPr>
        <w:jc w:val="right"/>
      </w:pPr>
      <w:r>
        <w:t>وہ انسان جس کے اندر لوگوں کو اکنالج کرنے کا مزاج ہو۔ وہ انسان جس کے دل میں پیس ہو، خیر خواہی ہو۔</w:t>
      </w:r>
    </w:p>
    <w:p>
      <w:r>
        <w:rPr>
          <w:b/>
        </w:rPr>
        <w:t xml:space="preserve">[29:35] </w:t>
      </w:r>
      <w:r>
        <w:t>phir aap sajda karte hain, woh kya hai? submission. kitni bari cheez hai submission.</w:t>
      </w:r>
    </w:p>
    <w:p>
      <w:pPr>
        <w:jc w:val="right"/>
      </w:pPr>
      <w:r>
        <w:t>پھر آپ سجدہ کرتے ہیں، وہ کیا ہے؟ سبمیشن۔ کتنی بڑی چیز ہے سبمیشن۔</w:t>
      </w:r>
    </w:p>
    <w:p>
      <w:r>
        <w:rPr>
          <w:b/>
        </w:rPr>
        <w:t xml:space="preserve">[29:44] </w:t>
      </w:r>
      <w:r>
        <w:t>to sajda aap ko submission ke sath ke sath rehna sikhata hai. yeh sari sifatain ek personality banati hain. wahi koi isi ko to jannat hai.</w:t>
      </w:r>
    </w:p>
    <w:p>
      <w:pPr>
        <w:jc w:val="right"/>
      </w:pPr>
      <w:r>
        <w:t>تو سجدہ آپ کو سبمیشن کے ساتھ کے ساتھ رہنا سکھاتا ہے۔ یہ ساری صفتیں ایک پرسنیلٹی بناتی ہیں۔ وہی کوئی اسی کو تو جنت ہے۔</w:t>
      </w:r>
    </w:p>
    <w:p>
      <w:r>
        <w:rPr>
          <w:b/>
        </w:rPr>
        <w:t xml:space="preserve">[29:55] </w:t>
      </w:r>
      <w:r>
        <w:t>aise logon ki jannat banai gayi hai.</w:t>
      </w:r>
    </w:p>
    <w:p>
      <w:pPr>
        <w:jc w:val="right"/>
      </w:pPr>
      <w:r>
        <w:t>ایسے لوگوں کی جنت بنائی گئی ہے۔</w:t>
      </w:r>
    </w:p>
    <w:p>
      <w:r>
        <w:rPr>
          <w:b/>
        </w:rPr>
        <w:t xml:space="preserve">[30:00] </w:t>
      </w:r>
      <w:r>
        <w:t>to aap subah ki namaz mein aap ne yeh sab seekha to kam se kam din bhar to asar rahega is ka. phir sham ki namaz mein yeh sab seekha aap ne to is ka subah tak to asar rahega.</w:t>
      </w:r>
    </w:p>
    <w:p>
      <w:pPr>
        <w:jc w:val="right"/>
      </w:pPr>
      <w:r>
        <w:t>تو آپ صبح کی نماز میں آپ نے یہ سب سیکھا تو کم سے کم دن بھر تو اثر رہے گا اس کا۔ پھر شام کی نماز میں یہ سب سیکھا آپ نے تو اس کا صبح تک تو اثر رہے گا۔</w:t>
      </w:r>
    </w:p>
    <w:p>
      <w:r>
        <w:rPr>
          <w:b/>
        </w:rPr>
        <w:t xml:space="preserve">[30:13] </w:t>
      </w:r>
      <w:r>
        <w:t>to chobis ghante cover ho gaya. chobis ghante.</w:t>
      </w:r>
    </w:p>
    <w:p>
      <w:pPr>
        <w:jc w:val="right"/>
      </w:pPr>
      <w:r>
        <w:t>تو چوبیس گھنٹے کور ہو گیا۔ چوبیس گھنٹے۔</w:t>
      </w:r>
    </w:p>
    <w:p>
      <w:r>
        <w:rPr>
          <w:b/>
        </w:rPr>
        <w:t xml:space="preserve">[30:21] </w:t>
      </w:r>
      <w:r>
        <w:t>yeh woh insan hai jo Allah taala ko matloob hai. aur jannat aise hi insanon ke liye banai gayi hai. yaad rahe jannat aisa nahi ke kisi ki sawari se mil jaye.</w:t>
      </w:r>
    </w:p>
    <w:p>
      <w:pPr>
        <w:jc w:val="right"/>
      </w:pPr>
      <w:r>
        <w:t>یہ وہ انسان ہے جو اللہ تعالیٰ کو مطلوب ہے۔ اور جنت ایسے ہی انسانوں کے لیے بنائی گئی ہے۔ یاد رہے جنت ایسا نہیں کہ کسی کی سواری سے مل جائے۔</w:t>
      </w:r>
    </w:p>
    <w:p>
      <w:r>
        <w:rPr>
          <w:b/>
        </w:rPr>
        <w:t xml:space="preserve">[30:36] </w:t>
      </w:r>
      <w:r>
        <w:t>koi salat al-tasbih parhne se mil jaye.</w:t>
      </w:r>
    </w:p>
    <w:p>
      <w:pPr>
        <w:jc w:val="right"/>
      </w:pPr>
      <w:r>
        <w:t>کوئی صلاۃ التسبیح پڑھنے سے مل جائے۔</w:t>
      </w:r>
    </w:p>
    <w:p>
      <w:r>
        <w:rPr>
          <w:b/>
        </w:rPr>
        <w:t xml:space="preserve">[30:39] </w:t>
      </w:r>
      <w:r>
        <w:t>bohat bar haj aur umrah karne se mil jaye. yeh sab bilkul baseless baatein hain.</w:t>
      </w:r>
    </w:p>
    <w:p>
      <w:pPr>
        <w:jc w:val="right"/>
      </w:pPr>
      <w:r>
        <w:t>بہت بار حج اور عمرہ کرنے سے مل جائے۔ یہ سب بالکل بیس لیس باتیں ہیں۔</w:t>
      </w:r>
    </w:p>
    <w:p>
      <w:r>
        <w:rPr>
          <w:b/>
        </w:rPr>
        <w:t xml:space="preserve">[30:47] </w:t>
      </w:r>
      <w:r>
        <w:t>falan tareekh ko yeh kar do, falan tareekh ko woh kar do to jannat mil jaye. yeh sab kuch bhi nahi hai. sab baseless baatein hain.</w:t>
      </w:r>
    </w:p>
    <w:p>
      <w:pPr>
        <w:jc w:val="right"/>
      </w:pPr>
      <w:r>
        <w:t>فلاں تاریخ کو یہ کر دو، فلاں تاریخ کو وہ کر دو تو جنت مل جائے۔ یہ سب کچھ بھی نہیں ہے۔ سب بیس لیس باتیں ہیں۔</w:t>
      </w:r>
    </w:p>
    <w:p>
      <w:r>
        <w:rPr>
          <w:b/>
        </w:rPr>
        <w:t xml:space="preserve">[30:57] </w:t>
      </w:r>
      <w:r>
        <w:t>jannat mein hadith Quran majeed mein hai ke: "zalika jaza man tattaq". jannat mein jayenge purified soul.</w:t>
      </w:r>
    </w:p>
    <w:p>
      <w:pPr>
        <w:jc w:val="right"/>
      </w:pPr>
      <w:r>
        <w:t>جنت میں حدیث قرآن مجید میں ہے کہ: "ذالک جزا من تتق"۔ جنت میں جائیں گے پیوریفائیڈ سول۔</w:t>
      </w:r>
    </w:p>
    <w:p>
      <w:r>
        <w:rPr>
          <w:b/>
        </w:rPr>
        <w:t xml:space="preserve">[31:07] </w:t>
      </w:r>
      <w:r>
        <w:t>yeh to hai purified soul. jannat mein jayenge woh log jinhon ne apne andar purified soul</w:t>
      </w:r>
    </w:p>
    <w:p>
      <w:pPr>
        <w:jc w:val="right"/>
      </w:pPr>
      <w:r>
        <w:t>یہ تو ہے پیوریفائیڈ سول۔ جنت میں جائیں گے وہ لوگ جنہوں نے اپنے اندر پیوریفائیڈ سول</w:t>
      </w:r>
    </w:p>
    <w:p>
      <w:r>
        <w:rPr>
          <w:b/>
        </w:rPr>
        <w:t xml:space="preserve">[31:17] </w:t>
      </w:r>
      <w:r>
        <w:t>banai hai. to namaz jo hai purified soul ke liye training course hai. aur purified soul kya hai?</w:t>
      </w:r>
    </w:p>
    <w:p>
      <w:pPr>
        <w:jc w:val="right"/>
      </w:pPr>
      <w:r>
        <w:t>بنائی ہے۔ تو نماز جو ہے پیوریفائیڈ سول کے لیے ٹریننگ کورس ہے۔ اور پیوریفائیڈ سول کیا ہے؟</w:t>
      </w:r>
    </w:p>
    <w:p>
      <w:r>
        <w:rPr>
          <w:b/>
        </w:rPr>
        <w:t xml:space="preserve">[31:29] </w:t>
      </w:r>
      <w:r>
        <w:t>aap namaz ko soch kar ke samajh sakte hain. purified soul wahi hai jis ke andar</w:t>
      </w:r>
    </w:p>
    <w:p>
      <w:pPr>
        <w:jc w:val="right"/>
      </w:pPr>
      <w:r>
        <w:t>آپ نماز کو سوچ کر کے سمجھ سکتے ہیں۔ پیوریفائیڈ سول وہی ہے جس کے اندر</w:t>
      </w:r>
    </w:p>
    <w:p>
      <w:r>
        <w:rPr>
          <w:b/>
        </w:rPr>
        <w:t xml:space="preserve">[31:37] </w:t>
      </w:r>
      <w:r>
        <w:t>apne ko pak karne ka jazba ho. jis ke andar modesty ho. jis ke andar iqrar ho. jis ke andar submission ho. jis ke andar peace ho.</w:t>
      </w:r>
    </w:p>
    <w:p>
      <w:pPr>
        <w:jc w:val="right"/>
      </w:pPr>
      <w:r>
        <w:t>اپنے کو پاک کرنے کا جذبہ ہو۔ جس کے اندر ماڈیسٹی ہو۔ جس کے اندر اعتراف ہو۔ جس کے اندر سبمیشن ہو۔ جس کے اندر پیس ہو۔</w:t>
      </w:r>
    </w:p>
    <w:p>
      <w:r>
        <w:rPr>
          <w:b/>
        </w:rPr>
        <w:t xml:space="preserve">[31:50] </w:t>
      </w:r>
      <w:r>
        <w:t>phir jab namaz parhte hain aap jamaat mein ek imam khada hai aage. aur peechay saare log sab baandh liya hai logon ne.</w:t>
      </w:r>
    </w:p>
    <w:p>
      <w:pPr>
        <w:jc w:val="right"/>
      </w:pPr>
      <w:r>
        <w:t>پھر جب نماز پڑھتے ہیں آپ جماعت میں ایک امام کھڑا ہے آگے۔ اور پیچھے سارے لوگ سب باندھ لیا ہے لوگوں نے۔</w:t>
      </w:r>
    </w:p>
    <w:p>
      <w:r>
        <w:rPr>
          <w:b/>
        </w:rPr>
        <w:t xml:space="preserve">[31:59] </w:t>
      </w:r>
      <w:r>
        <w:t>is ka matlab kya hua? ek ko aage kar ke sab back seat pe chale jao. kaisi ajeeb baat hai.</w:t>
      </w:r>
    </w:p>
    <w:p>
      <w:pPr>
        <w:jc w:val="right"/>
      </w:pPr>
      <w:r>
        <w:t>اس کا معنی کیا ہوا؟ ایک کو آگے کر کے سب بیک سیٹ پہ چلے جاؤ۔ کیسی عجیب بات ہے۔</w:t>
      </w:r>
    </w:p>
    <w:p>
      <w:r>
        <w:rPr>
          <w:b/>
        </w:rPr>
        <w:t xml:space="preserve">[32:10] </w:t>
      </w:r>
      <w:r>
        <w:t>ek ko aage kar ke sab back seat pe chale jao. yeh spirit paida ho, jhagda sara khatam. jhagde hote hain kis liye? koi sadar banna chahta hai, koi secretary banna chahta hai, koi chairman banna chahta hai.</w:t>
      </w:r>
    </w:p>
    <w:p>
      <w:pPr>
        <w:jc w:val="right"/>
      </w:pPr>
      <w:r>
        <w:t>ایک کو آگے کر کے سب بیک سیٹ پہ چلے جاؤ۔ یہ اسپرٹ پیدا ہو، جھگڑا سارا ختم۔ جھگڑے ہوتے ہیں کس لیے؟ کوئی صدر بننا چاہتا ہے، کوئی سیکرٹری بننا چاہتا ہے، کوئی چیئرمین بننا چاہتا ہے۔</w:t>
      </w:r>
    </w:p>
    <w:p>
      <w:r>
        <w:rPr>
          <w:b/>
        </w:rPr>
        <w:t xml:space="preserve">[32:23] </w:t>
      </w:r>
      <w:r>
        <w:t>yeh to jhagde hote hain. is par aap razi ho jaen</w:t>
      </w:r>
    </w:p>
    <w:p>
      <w:pPr>
        <w:jc w:val="right"/>
      </w:pPr>
      <w:r>
        <w:t>یہ تو جھگڑے ہوتے ہیں۔ اس پر آپ راضی ہو جائیں</w:t>
      </w:r>
    </w:p>
    <w:p>
      <w:r>
        <w:rPr>
          <w:b/>
        </w:rPr>
        <w:t xml:space="preserve">[32:29] </w:t>
      </w:r>
      <w:r>
        <w:t>ke ek sadar hai, baqi sab is ke follower hain.</w:t>
      </w:r>
    </w:p>
    <w:p>
      <w:pPr>
        <w:jc w:val="right"/>
      </w:pPr>
      <w:r>
        <w:t>کہ ایک صدر ہے، باقی سب اس کے فالوور ہیں۔</w:t>
      </w:r>
    </w:p>
    <w:p>
      <w:r>
        <w:rPr>
          <w:b/>
        </w:rPr>
        <w:t xml:space="preserve">[32:41] </w:t>
      </w:r>
      <w:r>
        <w:t>japan par ek bar mein ek research ki kitab likhi hai: "the japani society". is mein likha hai ke japaniyon ki mizaj kya hota hai.</w:t>
      </w:r>
    </w:p>
    <w:p>
      <w:pPr>
        <w:jc w:val="right"/>
      </w:pPr>
      <w:r>
        <w:t>جاپان پر ایک بار میں ایک ریسرچ کی کتاب لکھی ہے: "دی جاپنی سوسائٹی"۔ اس میں لکھا ہے کہ جاپانیوں کی مزاج کیا ہوتا ہے۔</w:t>
      </w:r>
    </w:p>
    <w:p>
      <w:r>
        <w:rPr>
          <w:b/>
        </w:rPr>
        <w:t xml:space="preserve">[32:53] </w:t>
      </w:r>
      <w:r>
        <w:t>ek lafz mein is ne bataya: "ii minter sum one". mein kisi ke mathat hoon.</w:t>
      </w:r>
    </w:p>
    <w:p>
      <w:pPr>
        <w:jc w:val="right"/>
      </w:pPr>
      <w:r>
        <w:t>ایک لفظ میں اس نے بتایا: "آئی آئی منٹر سم ون"۔ میں کسی کے ماتحت ہوں۔</w:t>
      </w:r>
    </w:p>
    <w:p>
      <w:r>
        <w:rPr>
          <w:b/>
        </w:rPr>
        <w:t xml:space="preserve">[33:00] </w:t>
      </w:r>
      <w:r>
        <w:t>yeh mizaj hai japaniyon ka.</w:t>
      </w:r>
    </w:p>
    <w:p>
      <w:pPr>
        <w:jc w:val="right"/>
      </w:pPr>
      <w:r>
        <w:t>یہ مزاج ہے جاپانیوں کا۔</w:t>
      </w:r>
    </w:p>
    <w:p>
      <w:r>
        <w:rPr>
          <w:b/>
        </w:rPr>
        <w:t xml:space="preserve">[33:05] </w:t>
      </w:r>
      <w:r>
        <w:t>to woh mizaj jo hai fitrat ka mizaj hai. woh islam bhi chahta hai. to islam kya chahta hai? namaz padhi aap ne, ek imam aage khara tha, peechay aap us ko follow karte rahe.</w:t>
      </w:r>
    </w:p>
    <w:p>
      <w:pPr>
        <w:jc w:val="right"/>
      </w:pPr>
      <w:r>
        <w:t>تو وہ مزاج جو ہے فطرت کا مزاج ہے۔ وہ اسلام بھی چاہتا ہے۔ تو اسلام کیا چاہتا ہے؟ نماز پڑھی آپ نے، ایک امام آگے کھڑا تھا، پیچھے آپ اس کو فالو کرتے رہے۔</w:t>
      </w:r>
    </w:p>
    <w:p>
      <w:r>
        <w:rPr>
          <w:b/>
        </w:rPr>
        <w:t xml:space="preserve">[33:19] </w:t>
      </w:r>
      <w:r>
        <w:t>is ka matlab kya hua? to "ii am under my imam". yeh matlab to hua:</w:t>
      </w:r>
    </w:p>
    <w:p>
      <w:pPr>
        <w:jc w:val="right"/>
      </w:pPr>
      <w:r>
        <w:t>اس کا مطلب کیا ہوا؟ تو "آئی آئی ایم انڈر مائی امام"۔ یہ مطلب تو ہوا:</w:t>
      </w:r>
    </w:p>
    <w:p>
      <w:r>
        <w:rPr>
          <w:b/>
        </w:rPr>
        <w:t xml:space="preserve">[33:27] </w:t>
      </w:r>
      <w:r>
        <w:t>"ii am under my imam". kaisi ajeeb baat hai.</w:t>
      </w:r>
    </w:p>
    <w:p>
      <w:pPr>
        <w:jc w:val="right"/>
      </w:pPr>
      <w:r>
        <w:t>"آئی آئی ایم انڈر مائی امام"۔ کیسی عجیب بات ہے۔</w:t>
      </w:r>
    </w:p>
    <w:p>
      <w:r>
        <w:rPr>
          <w:b/>
        </w:rPr>
        <w:t xml:space="preserve">[33:34] </w:t>
      </w:r>
      <w:r>
        <w:t>agar log logon ke andar yeh spirit aa jaye ke ek shakhs jis ko imam bana diya gaya to bas theek hai, hum us ke peechay chal rahay hain, hum ko to sara jhagda khatam, nafratein khatam, violence khatam,</w:t>
      </w:r>
    </w:p>
    <w:p>
      <w:pPr>
        <w:jc w:val="right"/>
      </w:pPr>
      <w:r>
        <w:t>اگر لوگ لوگوں کے اندر یہ اسپرٹ آ جائے کہ ایک شخص جس کو امام بنا دیا گیا تو بس ٹھیک ہے، ہم اس کے پیچھے چل رہے ہیں، ہم کو تو سارا جھگڑا ختم، نفرتیں ختم، وائیلنس ختم،</w:t>
      </w:r>
    </w:p>
    <w:p>
      <w:r>
        <w:rPr>
          <w:b/>
        </w:rPr>
        <w:t xml:space="preserve">[33:55] </w:t>
      </w:r>
      <w:r>
        <w:t>bad nazmi khatam, indiscipline khatam.</w:t>
      </w:r>
    </w:p>
    <w:p>
      <w:pPr>
        <w:jc w:val="right"/>
      </w:pPr>
      <w:r>
        <w:t>بد نظمی ختم، ان ڈسپلن ختم۔</w:t>
      </w:r>
    </w:p>
    <w:p>
      <w:r>
        <w:rPr>
          <w:b/>
        </w:rPr>
        <w:t xml:space="preserve">[34:02] </w:t>
      </w:r>
      <w:r>
        <w:t>yeh hai woh namaz jis par kaha gaya ke: "man salla al bardain dakhla al jannah".</w:t>
      </w:r>
    </w:p>
    <w:p>
      <w:pPr>
        <w:jc w:val="right"/>
      </w:pPr>
      <w:r>
        <w:t>یہ ہے وہ نماز جس پر کہا گیا کہ: "من صلی البردین دخل الجنہ"۔</w:t>
      </w:r>
    </w:p>
    <w:p>
      <w:r>
        <w:rPr>
          <w:b/>
        </w:rPr>
        <w:t xml:space="preserve">[34:13] </w:t>
      </w:r>
      <w:r>
        <w:t>jis ne subah ki namaz aur sham ki namaz padh li us ki spirit ke sath to us ke andar aisi personality banay gi jis ke liye jannat hi jannat hai.</w:t>
      </w:r>
    </w:p>
    <w:p>
      <w:pPr>
        <w:jc w:val="right"/>
      </w:pPr>
      <w:r>
        <w:t>جس نے صبح کی نماز اور شام کی نماز پڑھ لی اس کی اسپرٹ کے ساتھ تو اس کے اندر ایسی پرسنیلٹی بنے گی جس کے لیے جنت ہی جنت ہے۔</w:t>
      </w:r>
    </w:p>
    <w:p>
      <w:r>
        <w:rPr>
          <w:b/>
        </w:rPr>
        <w:t xml:space="preserve">[34:28] </w:t>
      </w:r>
      <w:r>
        <w:t>yani jannat ke liye woh deserving candidate ban gaya.</w:t>
      </w:r>
    </w:p>
    <w:p>
      <w:pPr>
        <w:jc w:val="right"/>
      </w:pPr>
      <w:r>
        <w:t>یعنی جنت کے لیے وہ ڈیزرونگ کینڈیڈیٹ بن گیا۔</w:t>
      </w:r>
    </w:p>
    <w:p>
      <w:r>
        <w:rPr>
          <w:b/>
        </w:rPr>
        <w:t xml:space="preserve">[34:31] </w:t>
      </w:r>
      <w:r>
        <w:t>is ka matlab yeh hoga ke jis ne spirit ke sath yeh namazein padh leen to goya ke woh jannat ke liye ek deserving candidate ban gaya.</w:t>
      </w:r>
    </w:p>
    <w:p>
      <w:pPr>
        <w:jc w:val="right"/>
      </w:pPr>
      <w:r>
        <w:t>اس کا مطلب یہ ہوگا کہ جس نے اسپرٹ کے ساتھ یہ نمازیں پڑھ لیں تو گویا کہ وہ جنت کے لیے ایک ڈیزرونگ کینڈیڈیٹ بن گیا۔</w:t>
      </w:r>
    </w:p>
    <w:p>
      <w:r>
        <w:rPr>
          <w:b/>
        </w:rPr>
        <w:t xml:space="preserve">[34:48] </w:t>
      </w:r>
      <w:r>
        <w:t>to maut ke baad farishtay is aayen ge aur us ko khushkhabri dein ge. khushkhabri dein ge. kaha: "aaj tumhare liye jannat ke darwazay khol diye gaye hain".</w:t>
      </w:r>
    </w:p>
    <w:p>
      <w:pPr>
        <w:jc w:val="right"/>
      </w:pPr>
      <w:r>
        <w:t>تو موت کے بعد فرشتے اس آئیں گے اور اس کو خوشخبری دیں گے۔ خوشخبری دیں گے۔ کہا: "آج تمہارے لیے جنت کے دروازے کھول دیے گئے ہیں"۔</w:t>
      </w:r>
    </w:p>
    <w:p>
      <w:r>
        <w:rPr>
          <w:b/>
        </w:rPr>
        <w:t xml:space="preserve">[35:03] </w:t>
      </w:r>
      <w:r>
        <w:t>ab aap dekhiye kuch aur mein experience aap ke sath share karna chahta hoon ke</w:t>
      </w:r>
    </w:p>
    <w:p>
      <w:pPr>
        <w:jc w:val="right"/>
      </w:pPr>
      <w:r>
        <w:t>اب آپ دیکھیے کچھ اور میں ایکسپیرینس آپ کے ساتھ شیئر کرنا چاہتا ہوں کہ</w:t>
      </w:r>
    </w:p>
    <w:p>
      <w:r>
        <w:rPr>
          <w:b/>
        </w:rPr>
        <w:t xml:space="preserve">[35:12] </w:t>
      </w:r>
      <w:r>
        <w:t>aaj subah mein ne arz kiya ke subah utha mein to namaz padhi to yeh hadith yaad aayi. subah jo hai fajar ki namaz padhi to yeh hadith aa gayi yaad aayi.</w:t>
      </w:r>
    </w:p>
    <w:p>
      <w:pPr>
        <w:jc w:val="right"/>
      </w:pPr>
      <w:r>
        <w:t>آج صبح میں نے عرض کیا کہ صبح اٹھا میں تو نماز پڑھی تو یہ حدیث یاد آئی۔ صبح جو ہے فجر کی نماز پڑھی تو یہ حدیث آ گئی یاد آئی۔</w:t>
      </w:r>
    </w:p>
    <w:p>
      <w:r>
        <w:rPr>
          <w:b/>
        </w:rPr>
        <w:t xml:space="preserve">[35:24] </w:t>
      </w:r>
      <w:r>
        <w:t>aur phir namaz ke sare pehlu samajh mein aaye. subah ko mujhe nahana tha.</w:t>
      </w:r>
    </w:p>
    <w:p>
      <w:pPr>
        <w:jc w:val="right"/>
      </w:pPr>
      <w:r>
        <w:t>اور پھر نماز کے سارے پہلو سمجھ میں آئے۔ صبح کو مجھے نہانا تھا۔</w:t>
      </w:r>
    </w:p>
    <w:p>
      <w:r>
        <w:rPr>
          <w:b/>
        </w:rPr>
        <w:t xml:space="preserve">[35:32] </w:t>
      </w:r>
      <w:r>
        <w:t>aaj mein rozana subah ko radio sunta hoon. chhay baje pehli news aati hai. subah ko chhay baje pehli news aati hai radio par.</w:t>
      </w:r>
    </w:p>
    <w:p>
      <w:pPr>
        <w:jc w:val="right"/>
      </w:pPr>
      <w:r>
        <w:t>آج میں روزانہ صبح کو ریڈیو سنتا ہوں۔ چھ بجے پہلی نیوز آتی ہے۔ صبح کو چھ بجے پہلی نیوز آتی ہے ریڈیو پر۔</w:t>
      </w:r>
    </w:p>
    <w:p>
      <w:r>
        <w:rPr>
          <w:b/>
        </w:rPr>
        <w:t xml:space="preserve">[35:42] </w:t>
      </w:r>
      <w:r>
        <w:t>sunta hoon. to unhon ne khabar kya di ke aaj dilli mein</w:t>
      </w:r>
    </w:p>
    <w:p>
      <w:pPr>
        <w:jc w:val="right"/>
      </w:pPr>
      <w:r>
        <w:t>سنتا ہوں۔ تو انہوں نے خبر کیا دی کہ آج دلی میں</w:t>
      </w:r>
    </w:p>
    <w:p>
      <w:r>
        <w:rPr>
          <w:b/>
        </w:rPr>
        <w:t xml:space="preserve">[35:50] </w:t>
      </w:r>
      <w:r>
        <w:t>fawara hai, aaj mausam bohat thanda rahe ga. yeh bataya unhon ne.</w:t>
      </w:r>
    </w:p>
    <w:p>
      <w:pPr>
        <w:jc w:val="right"/>
      </w:pPr>
      <w:r>
        <w:t>فواد ہے، آج موسم بہت ٹھنڈا رہے گا۔ یہ بتایا انہوں نے۔</w:t>
      </w:r>
    </w:p>
    <w:p>
      <w:r>
        <w:rPr>
          <w:b/>
        </w:rPr>
        <w:t xml:space="preserve">[35:59] </w:t>
      </w:r>
      <w:r>
        <w:t>ab mein ne samjha ke mujhe to nahana tha, ab kya karoon?</w:t>
      </w:r>
    </w:p>
    <w:p>
      <w:pPr>
        <w:jc w:val="right"/>
      </w:pPr>
      <w:r>
        <w:t>اب میں نے سمجھا کہ مجھے تو نہانا تھا، اب کیا کروں؟</w:t>
      </w:r>
    </w:p>
    <w:p>
      <w:r>
        <w:rPr>
          <w:b/>
        </w:rPr>
        <w:t xml:space="preserve">[36:05] </w:t>
      </w:r>
      <w:r>
        <w:t>to phir yaad aaya ke mere bathroom mein geyser hai. to ja kar geyser mein ne on kar diya. yeh hi sab hai islami daily life, yeh isi ka naam hai.</w:t>
      </w:r>
    </w:p>
    <w:p>
      <w:pPr>
        <w:jc w:val="right"/>
      </w:pPr>
      <w:r>
        <w:t>تو پھر یاد آیا کہ میرے باتھ روم میں گیزر ہے۔ تو جا کر گیزر میں نے آن کر دیا۔ یہی سب ہے اسلامی ڈیلی لائف، یہ اسی کا نام ہے۔</w:t>
      </w:r>
    </w:p>
    <w:p>
      <w:r>
        <w:rPr>
          <w:b/>
        </w:rPr>
        <w:t xml:space="preserve">[36:18] </w:t>
      </w:r>
      <w:r>
        <w:t>islami daily life kisi chho mantar ka naam nahin. kisi mysterious cheez ka naam nahin.</w:t>
      </w:r>
    </w:p>
    <w:p>
      <w:pPr>
        <w:jc w:val="right"/>
      </w:pPr>
      <w:r>
        <w:t>اسلامی ڈیلی لائف کسی چھو منتر کا نام نہیں۔ کسی مسٹیریس چیز کا نام نہیں۔</w:t>
      </w:r>
    </w:p>
    <w:p>
      <w:r>
        <w:rPr>
          <w:b/>
        </w:rPr>
        <w:t xml:space="preserve">[36:24] </w:t>
      </w:r>
      <w:r>
        <w:t>kisi hawai cheez ka naam nahin.</w:t>
      </w:r>
    </w:p>
    <w:p>
      <w:pPr>
        <w:jc w:val="right"/>
      </w:pPr>
      <w:r>
        <w:t>کسی ہوائی چیز کا نام نہیں۔</w:t>
      </w:r>
    </w:p>
    <w:p>
      <w:r>
        <w:rPr>
          <w:b/>
        </w:rPr>
        <w:t xml:space="preserve">[36:30] </w:t>
      </w:r>
      <w:r>
        <w:t>isi ka naam hai islami daily life. to maine geyser on kar diya. bees minute tak on raha, is ke baad main ja kar nahaya.</w:t>
      </w:r>
    </w:p>
    <w:p>
      <w:pPr>
        <w:jc w:val="right"/>
      </w:pPr>
      <w:r>
        <w:t>اسی کا نام ہے اسلامی ڈیلی لائف۔ تو میں نے گیزر آن کر دیا۔ بیس منٹ تک آن رہا، اس کے بعد میں جا کر نہایا۔</w:t>
      </w:r>
    </w:p>
    <w:p>
      <w:r>
        <w:rPr>
          <w:b/>
        </w:rPr>
        <w:t xml:space="preserve">[36:40] </w:t>
      </w:r>
      <w:r>
        <w:t>to khoob garam pani tha is mein, bohat aaram se nha liya main. to mujhe yaad aaya woh zamana jab main gaon mein hota tha UK mein.</w:t>
      </w:r>
    </w:p>
    <w:p>
      <w:pPr>
        <w:jc w:val="right"/>
      </w:pPr>
      <w:r>
        <w:t>تو خوب گرم پانی تھا اس میں، بہت آرام سے نہا لیا میں۔ تو مجھے یاد آیا وہ زمانہ جب میں گاؤں میں ہوتا تھا یو کے میں۔</w:t>
      </w:r>
    </w:p>
    <w:p>
      <w:r>
        <w:rPr>
          <w:b/>
        </w:rPr>
        <w:t xml:space="preserve">[36:51] </w:t>
      </w:r>
      <w:r>
        <w:t>ab se bohat pehle, azadi se bhi pehle.</w:t>
      </w:r>
    </w:p>
    <w:p>
      <w:pPr>
        <w:jc w:val="right"/>
      </w:pPr>
      <w:r>
        <w:t>اب سے بہت پہلے، آزادی سے بھی پہلے۔</w:t>
      </w:r>
    </w:p>
    <w:p>
      <w:r>
        <w:rPr>
          <w:b/>
        </w:rPr>
        <w:t xml:space="preserve">[36:56] </w:t>
      </w:r>
      <w:r>
        <w:t>to thand jab mausam aata tha jaare ka to kai kai din main nahata hi nahin tha. kyunke ek baar main ne thande mausam mein pani, thande pani se nha liya.</w:t>
      </w:r>
    </w:p>
    <w:p>
      <w:pPr>
        <w:jc w:val="right"/>
      </w:pPr>
      <w:r>
        <w:t>تو ٹھنڈا جب موسم آتا تھا جاڑے کا تو کئی کئی دن میں نہاتا ہی نہیں تھا۔ کیونکہ ایک بار میں نے ٹھنڈے موسم میں پانی، ٹھنڈے پانی سے نہا لیا۔</w:t>
      </w:r>
    </w:p>
    <w:p>
      <w:r>
        <w:rPr>
          <w:b/>
        </w:rPr>
        <w:t xml:space="preserve">[37:09] </w:t>
      </w:r>
      <w:r>
        <w:t>to ek mahine tak main beemar raha. zukaam aur bukhar. kyunke wahan us par, us waqt hum jante bhi nahin the ke geyser koi cheez hai.</w:t>
      </w:r>
    </w:p>
    <w:p>
      <w:pPr>
        <w:jc w:val="right"/>
      </w:pPr>
      <w:r>
        <w:t>تو ایک مہینے تک میں بیمار رہا۔ زکام اور بخار۔ کیونکہ وہاں اس پر، اس وقت ہم جانتے بھی نہیں تھے کہ گیزر کوئی چیز ہے۔</w:t>
      </w:r>
    </w:p>
    <w:p>
      <w:r>
        <w:rPr>
          <w:b/>
        </w:rPr>
        <w:t xml:space="preserve">[37:20] </w:t>
      </w:r>
      <w:r>
        <w:t>koi naam bhi nahin suna tha hum ne. bohat pehle ki baat hai.</w:t>
      </w:r>
    </w:p>
    <w:p>
      <w:pPr>
        <w:jc w:val="right"/>
      </w:pPr>
      <w:r>
        <w:t>کوئی نام بھی نہیں سنا تھا ہم نے۔ بہت پہلے کی بات ہے۔</w:t>
      </w:r>
    </w:p>
    <w:p>
      <w:r>
        <w:rPr>
          <w:b/>
        </w:rPr>
        <w:t xml:space="preserve">[37:28] </w:t>
      </w:r>
      <w:r>
        <w:t>to jab main naha raha tha to mujhe woh jo waqia yaad aaya ke gaon mein main ne thande mausam mein nha liya aur mahine bhar beemar raha.</w:t>
      </w:r>
    </w:p>
    <w:p>
      <w:pPr>
        <w:jc w:val="right"/>
      </w:pPr>
      <w:r>
        <w:t>تو جب میں نہا رہا تھا تو مجھے وہ جو واقعہ یاد آیا کہ گاؤں میں میں نے ٹھنڈے موسم میں نہا لیا اور مہینے بھر بیمار رہا۔</w:t>
      </w:r>
    </w:p>
    <w:p>
      <w:r>
        <w:rPr>
          <w:b/>
        </w:rPr>
        <w:t xml:space="preserve">[37:38] </w:t>
      </w:r>
      <w:r>
        <w:t>aaj main itne aaram se naha raha hoon.</w:t>
      </w:r>
    </w:p>
    <w:p>
      <w:pPr>
        <w:jc w:val="right"/>
      </w:pPr>
      <w:r>
        <w:t>آج میں اتنے آرام سے نہا رہا ہوں۔</w:t>
      </w:r>
    </w:p>
    <w:p>
      <w:r>
        <w:rPr>
          <w:b/>
        </w:rPr>
        <w:t xml:space="preserve">[37:43] </w:t>
      </w:r>
      <w:r>
        <w:t>to main ne kaha: "khudaya!</w:t>
      </w:r>
    </w:p>
    <w:p>
      <w:pPr>
        <w:jc w:val="right"/>
      </w:pPr>
      <w:r>
        <w:t>تو میں نے کہا: "خدایا!</w:t>
      </w:r>
    </w:p>
    <w:p>
      <w:r>
        <w:rPr>
          <w:b/>
        </w:rPr>
        <w:t xml:space="preserve">[37:46] </w:t>
      </w:r>
      <w:r>
        <w:t>tamam zubanon mein jitni dictionaries hain, un sab mein jitne alfaaz hain shukr ke, un sab ko main yaad kar daloon.</w:t>
      </w:r>
    </w:p>
    <w:p>
      <w:pPr>
        <w:jc w:val="right"/>
      </w:pPr>
      <w:r>
        <w:t>تمام زبانوں میں جتنی ڈکشنریاں ہیں، ان سب میں جتنے الفاظ ہیں شکر کے، ان سب کو میں یاد کر ڈالوں۔</w:t>
      </w:r>
    </w:p>
    <w:p>
      <w:r>
        <w:rPr>
          <w:b/>
        </w:rPr>
        <w:t xml:space="preserve">[37:56] </w:t>
      </w:r>
      <w:r>
        <w:t>aur sab ko main repeat karoon, million trillion baar repeat karta rahoon. tab bhi tera shukr ada nahin hoga."</w:t>
      </w:r>
    </w:p>
    <w:p>
      <w:pPr>
        <w:jc w:val="right"/>
      </w:pPr>
      <w:r>
        <w:t>اور سب کو میں ریپیٹ کروں، ملین ٹریلین بار ریپیٹ کرتا رہوں۔ تب بھی تیرا شکر ادا نہیں ہوگا۔"</w:t>
      </w:r>
    </w:p>
    <w:p>
      <w:r>
        <w:rPr>
          <w:b/>
        </w:rPr>
        <w:t xml:space="preserve">[38:06] </w:t>
      </w:r>
      <w:r>
        <w:t>yeh pani jo tu ne, yeh pani jo tu ne paida kiya, yeh jo geyser diya ke pani garam ho gaya, thande mausam mein main garam pani se naha raha hoon.</w:t>
      </w:r>
    </w:p>
    <w:p>
      <w:pPr>
        <w:jc w:val="right"/>
      </w:pPr>
      <w:r>
        <w:t>یہ پانی جو تو نے، یہ پانی جو تو نے پیدا کیا، یہ جو گیزر دیا کہ پانی گرم ہو گیا، ٹھنڈے موسم میں میں گرم پانی سے نہا رہا ہوں۔</w:t>
      </w:r>
    </w:p>
    <w:p>
      <w:r>
        <w:rPr>
          <w:b/>
        </w:rPr>
        <w:t xml:space="preserve">[38:20] </w:t>
      </w:r>
      <w:r>
        <w:t>thanday mausam mein garam pani se naha raha hoon.</w:t>
      </w:r>
    </w:p>
    <w:p>
      <w:pPr>
        <w:jc w:val="right"/>
      </w:pPr>
      <w:r>
        <w:t>ٹھنڈے موسم میں گرم پانی سے نہا رہا ہوں۔</w:t>
      </w:r>
    </w:p>
    <w:p>
      <w:r>
        <w:rPr>
          <w:b/>
        </w:rPr>
        <w:t xml:space="preserve">[38:25] </w:t>
      </w:r>
      <w:r>
        <w:t>kaisa? to million trillion baar agar main hamd aur shukr ke alfaaz boloon to haq ada nahin hoga.</w:t>
      </w:r>
    </w:p>
    <w:p>
      <w:pPr>
        <w:jc w:val="right"/>
      </w:pPr>
      <w:r>
        <w:t>کیسا؟ تو ملین ٹریلین بار اگر میں حمد اور شکر کے الفاظ بولوں تو حق ادا نہیں ہوگا۔</w:t>
      </w:r>
    </w:p>
    <w:p>
      <w:r>
        <w:rPr>
          <w:b/>
        </w:rPr>
        <w:t xml:space="preserve">[38:38] </w:t>
      </w:r>
      <w:r>
        <w:t>ab phir main bathroom se nikal kar bahar aaya kapra badalne.</w:t>
      </w:r>
    </w:p>
    <w:p>
      <w:pPr>
        <w:jc w:val="right"/>
      </w:pPr>
      <w:r>
        <w:t>اب پھر میں باتھ روم سے نکل کر باہر آیا کپڑا بدلنے۔</w:t>
      </w:r>
    </w:p>
    <w:p>
      <w:r>
        <w:rPr>
          <w:b/>
        </w:rPr>
        <w:t xml:space="preserve">[38:43] </w:t>
      </w:r>
      <w:r>
        <w:t>to heater garam tha. ab heater mein baith kar itne aaram se kapra badal liya. yeh gaon mein mumkin nahin hota tha.</w:t>
      </w:r>
    </w:p>
    <w:p>
      <w:pPr>
        <w:jc w:val="right"/>
      </w:pPr>
      <w:r>
        <w:t>تو ہیٹر گرم تھا۔ اب ہیٹر میں بیٹھ کر اتنے آرام سے کپڑا بدل لیا۔ یہ گاؤں میں ممکن نہیں ہوتا تھا۔</w:t>
      </w:r>
    </w:p>
    <w:p>
      <w:r>
        <w:rPr>
          <w:b/>
        </w:rPr>
        <w:t xml:space="preserve">[38:53] </w:t>
      </w:r>
      <w:r>
        <w:t>kaanp kaanpte hue kapra pehente the hum. gaon mein jab hum the bohat pehle,</w:t>
      </w:r>
    </w:p>
    <w:p>
      <w:pPr>
        <w:jc w:val="right"/>
      </w:pPr>
      <w:r>
        <w:t>کانپ کانپتے ہوئے کپڑا پہنتے تھے ہم۔ گاؤں میں جب ہم تھے بہت پہلے،</w:t>
      </w:r>
    </w:p>
    <w:p>
      <w:r>
        <w:rPr>
          <w:b/>
        </w:rPr>
        <w:t xml:space="preserve">[39:00] </w:t>
      </w:r>
      <w:r>
        <w:t>British zamane mein. to nahane ke baad thar thar thar kaanpte hue hum kapra pehente the. ab kya hua ke heater se, meri kursi ke paas heater laga hua tha.</w:t>
      </w:r>
    </w:p>
    <w:p>
      <w:pPr>
        <w:jc w:val="right"/>
      </w:pPr>
      <w:r>
        <w:t>برٹش زمانے میں۔ تو نہانے کے بعد تھر تھر تھر کانپتے ہوئے ہم کپڑا پہنتے تھے۔ اب کیا ہوا کہ ہیٹر سے، میری کرسی کے پاس ہیٹر لگا ہوا تھا۔</w:t>
      </w:r>
    </w:p>
    <w:p>
      <w:r>
        <w:rPr>
          <w:b/>
        </w:rPr>
        <w:t xml:space="preserve">[39:16] </w:t>
      </w:r>
      <w:r>
        <w:t>aur is mein baith kar main ne kapra badal liya.</w:t>
      </w:r>
    </w:p>
    <w:p>
      <w:pPr>
        <w:jc w:val="right"/>
      </w:pPr>
      <w:r>
        <w:t>اور اس میں بیٹھ کر میں نے کپڑا بدل لیا۔</w:t>
      </w:r>
    </w:p>
    <w:p>
      <w:r>
        <w:rPr>
          <w:b/>
        </w:rPr>
        <w:t xml:space="preserve">[39:22] </w:t>
      </w:r>
      <w:r>
        <w:t>phir main ne socha: "khudaya! ek kaisa ajeeb tar eh</w:t>
      </w:r>
    </w:p>
    <w:p>
      <w:pPr>
        <w:jc w:val="right"/>
      </w:pPr>
      <w:r>
        <w:t>پھر میں نے سوچا: "خدایا! ایک کیسا عجیب تر اح</w:t>
      </w:r>
    </w:p>
    <w:p>
      <w:r>
        <w:rPr>
          <w:b/>
        </w:rPr>
        <w:t xml:space="preserve">[39:24] </w:t>
      </w:r>
      <w:r>
        <w:t>sana hai." woh zamana mujhe yaad aaya. dekhiye, in comparison that we understand.</w:t>
      </w:r>
    </w:p>
    <w:p>
      <w:pPr>
        <w:jc w:val="right"/>
      </w:pPr>
      <w:r>
        <w:t>سان ہے۔" وہ زمانہ مجھے یاد آیا۔ دیکھیے، ان کمپیریزن دیٹ وی انڈرسٹینڈ۔</w:t>
      </w:r>
    </w:p>
    <w:p>
      <w:r>
        <w:rPr>
          <w:b/>
        </w:rPr>
        <w:t xml:space="preserve">[39:33] </w:t>
      </w:r>
      <w:r>
        <w:t>baghair comparison ke aap baton ko samajh nahin sakte.</w:t>
      </w:r>
    </w:p>
    <w:p>
      <w:pPr>
        <w:jc w:val="right"/>
      </w:pPr>
      <w:r>
        <w:t>بغیر کمپیریزن کے آپ باتوں کو سمجھ نہیں سکتے۔</w:t>
      </w:r>
    </w:p>
    <w:p>
      <w:r>
        <w:rPr>
          <w:b/>
        </w:rPr>
        <w:t xml:space="preserve">[39:39] </w:t>
      </w:r>
      <w:r>
        <w:t>phir dekhiye, ab baal nahane ke baad aap jante hain ke baal jo hai bheega rehta hai. bachpan mein bara problem hota tha hamara ke baal bheega ho to kya karein is ko?</w:t>
      </w:r>
    </w:p>
    <w:p>
      <w:pPr>
        <w:jc w:val="right"/>
      </w:pPr>
      <w:r>
        <w:t>پھر دیکھیے، اب بال نہانے کے بعد آپ جانتے ہیں کہ بال جو ہے بھیگا رہتا ہے۔ بچپن میں بڑا پرابلم ہوتا تھا ہمارا کہ بال بھیگا ہو تو کیا کریں اس کو؟</w:t>
      </w:r>
    </w:p>
    <w:p>
      <w:r>
        <w:rPr>
          <w:b/>
        </w:rPr>
        <w:t xml:space="preserve">[39:56] </w:t>
      </w:r>
      <w:r>
        <w:t>to is zamane mein aap dekhiye ke hair dryer bana hua hai.</w:t>
      </w:r>
    </w:p>
    <w:p>
      <w:pPr>
        <w:jc w:val="right"/>
      </w:pPr>
      <w:r>
        <w:t>تو اس زمانے میں آپ دیکھیے کہ ہیئر ڈرائر بنا ہوا ہے۔</w:t>
      </w:r>
    </w:p>
    <w:p>
      <w:r>
        <w:rPr>
          <w:b/>
        </w:rPr>
        <w:t xml:space="preserve">[40:03] </w:t>
      </w:r>
      <w:r>
        <w:t>hair dryer, meri beti jo hain, unhon ne hair dryer la kar ke wahan rakh diya tha. aur sirf ek switch dabana tha aur us ke andar se garam hawa nikalne lagi.</w:t>
      </w:r>
    </w:p>
    <w:p>
      <w:pPr>
        <w:jc w:val="right"/>
      </w:pPr>
      <w:r>
        <w:t>ہیئر ڈرائر، میری بیٹی جو ہیں، انہوں نے ہیئر ڈرائر لا کر کے وہاں رکھ دیا تھا۔ اور صرف ایک سوئچ دبانا تھا اور اس کے اندر سے گرم ہوا نکلنے لگی۔</w:t>
      </w:r>
    </w:p>
    <w:p>
      <w:r>
        <w:rPr>
          <w:b/>
        </w:rPr>
        <w:t xml:space="preserve">[40:16] </w:t>
      </w:r>
      <w:r>
        <w:t>aur mera baal sookh gaya.</w:t>
      </w:r>
    </w:p>
    <w:p>
      <w:pPr>
        <w:jc w:val="right"/>
      </w:pPr>
      <w:r>
        <w:t>اور میرا بال سوکھ گیا۔</w:t>
      </w:r>
    </w:p>
    <w:p>
      <w:r>
        <w:rPr>
          <w:b/>
        </w:rPr>
        <w:t xml:space="preserve">[40:20] </w:t>
      </w:r>
      <w:r>
        <w:t>to main ne socha: "khudaya! jab main gaon mein tha to main hair dryer ke naam bhi nahi janta tha.</w:t>
      </w:r>
    </w:p>
    <w:p>
      <w:pPr>
        <w:jc w:val="right"/>
      </w:pPr>
      <w:r>
        <w:t>تو میں نے سوچا: "خدایا! جب میں گاؤں میں تھا تو میں ہیئر ڈرائر کے نام بھی نہیں جانتا تھا۔</w:t>
      </w:r>
    </w:p>
    <w:p>
      <w:r>
        <w:rPr>
          <w:b/>
        </w:rPr>
        <w:t xml:space="preserve">[40:26] </w:t>
      </w:r>
      <w:r>
        <w:t>mujhe nahi pata ke hair dryer bhi koi cheez hoti hai." kya aasani se baal sookh gaya.</w:t>
      </w:r>
    </w:p>
    <w:p>
      <w:pPr>
        <w:jc w:val="right"/>
      </w:pPr>
      <w:r>
        <w:t>مجھے نہیں پتا کہ ہیئر ڈرائر بھی کوئی چیز ہوتی ہے۔" کیا آسانی سے بال سوکھ گیا۔</w:t>
      </w:r>
    </w:p>
    <w:p>
      <w:r>
        <w:rPr>
          <w:b/>
        </w:rPr>
        <w:t xml:space="preserve">[40:36] </w:t>
      </w:r>
      <w:r>
        <w:t>to shukr ka ek chashma jari ho gaya ke khuda! main kaise tera shukr karun?</w:t>
      </w:r>
    </w:p>
    <w:p>
      <w:pPr>
        <w:jc w:val="right"/>
      </w:pPr>
      <w:r>
        <w:t>تو شکر کا ایک چشمہ جاری ہو گیا کہ خدا! میں کیسے تیرا شکر کروں؟</w:t>
      </w:r>
    </w:p>
    <w:p>
      <w:r>
        <w:rPr>
          <w:b/>
        </w:rPr>
        <w:t xml:space="preserve">[40:45] </w:t>
      </w:r>
      <w:r>
        <w:t>kahan se woh alfaaz laaun?</w:t>
      </w:r>
    </w:p>
    <w:p>
      <w:pPr>
        <w:jc w:val="right"/>
      </w:pPr>
      <w:r>
        <w:t>کہاں سے وہ الفاظ لاؤں؟</w:t>
      </w:r>
    </w:p>
    <w:p>
      <w:r>
        <w:rPr>
          <w:b/>
        </w:rPr>
        <w:t xml:space="preserve">[40:53] </w:t>
      </w:r>
      <w:r>
        <w:t>phir ghar walon ne woh de diya hot water bottle. mera paon thanda ho raha tha to paon ke neeche hot water bottle rakh liya.</w:t>
      </w:r>
    </w:p>
    <w:p>
      <w:pPr>
        <w:jc w:val="right"/>
      </w:pPr>
      <w:r>
        <w:t>پھر گھر والوں نے وہ دے دیا ہاٹ واٹر باٹل۔ میرا پاؤں ٹھنڈا ہو رہا تھا تو پاؤں کے نیچے ہاٹ واٹر باٹل رکھ لیا۔</w:t>
      </w:r>
    </w:p>
    <w:p>
      <w:r>
        <w:rPr>
          <w:b/>
        </w:rPr>
        <w:t xml:space="preserve">[41:05] </w:t>
      </w:r>
      <w:r>
        <w:t>ab khoob garam ho gaya paon.</w:t>
      </w:r>
    </w:p>
    <w:p>
      <w:pPr>
        <w:jc w:val="right"/>
      </w:pPr>
      <w:r>
        <w:t>اب خوب گرم ہو گیا پاؤں۔</w:t>
      </w:r>
    </w:p>
    <w:p>
      <w:r>
        <w:rPr>
          <w:b/>
        </w:rPr>
        <w:t xml:space="preserve">[41:12] </w:t>
      </w:r>
      <w:r>
        <w:t>ab yeh sari cheezen soch kar ke ke yeh geyser, yeh heater, yeh hair dryer, hot water bottle,</w:t>
      </w:r>
    </w:p>
    <w:p>
      <w:pPr>
        <w:jc w:val="right"/>
      </w:pPr>
      <w:r>
        <w:t>اب یہ ساری چیزیں سوچ کر کے کہ یہ گیزر، یہ ہیٹر، یہ ہیئر ڈرائر، ہاٹ واٹر باٹل،</w:t>
      </w:r>
    </w:p>
    <w:p>
      <w:r>
        <w:rPr>
          <w:b/>
        </w:rPr>
        <w:t xml:space="preserve">[41:24] </w:t>
      </w:r>
      <w:r>
        <w:t>yeh sab kis ne diye? main ne to banaye nahi. yeh to Allah taala ki dein hai.</w:t>
      </w:r>
    </w:p>
    <w:p>
      <w:pPr>
        <w:jc w:val="right"/>
      </w:pPr>
      <w:r>
        <w:t>یہ سب کس نے دیے؟ میں نے تو بنائے نہیں۔ یہ تو اللہ تعالیٰ کی دین ہے۔</w:t>
      </w:r>
    </w:p>
    <w:p>
      <w:r>
        <w:rPr>
          <w:b/>
        </w:rPr>
        <w:t xml:space="preserve">[41:35] </w:t>
      </w:r>
      <w:r>
        <w:t>to main ne socha: "khudaya! main kaise shukr tera karun? kahan se woh alfaaz laaun?"</w:t>
      </w:r>
    </w:p>
    <w:p>
      <w:pPr>
        <w:jc w:val="right"/>
      </w:pPr>
      <w:r>
        <w:t>تو میں نے سوچا: "خدایا! میں کیسے شکر تیرا کروں؟ کہاں سے وہ الفاظ لاؤں؟"</w:t>
      </w:r>
    </w:p>
    <w:p>
      <w:r>
        <w:rPr>
          <w:b/>
        </w:rPr>
        <w:t xml:space="preserve">[41:45] </w:t>
      </w:r>
      <w:r>
        <w:t>dekhiye, is tarah ek shakhsiyat banti hai. is tarah jab bohat hi gehrai ke sath mehsoos karen baaton ko tab personality banti hai.</w:t>
      </w:r>
    </w:p>
    <w:p>
      <w:pPr>
        <w:jc w:val="right"/>
      </w:pPr>
      <w:r>
        <w:t>دیکھیے، اس طرح ایک شخصیت بنتی ہے۔ اس طرح جب بہت ہی گہرائی کے ساتھ محسوس کریں باتوں کو تب پرسنیلٹی بنتی ہے۔</w:t>
      </w:r>
    </w:p>
    <w:p>
      <w:r>
        <w:rPr>
          <w:b/>
        </w:rPr>
        <w:t xml:space="preserve">[41:57] </w:t>
      </w:r>
      <w:r>
        <w:t>to mind mein hundred percent positive mind ban jata hai. aap negative bhag, negativity bhag jati hai.</w:t>
      </w:r>
    </w:p>
    <w:p>
      <w:pPr>
        <w:jc w:val="right"/>
      </w:pPr>
      <w:r>
        <w:t>تو مائنڈ میں ہنڈرڈ فیصد پازیٹیو مائنڈ بن جاتا ہے۔ آپ نیگیٹیو بھاگ، نیگیٹیوٹی بھاگ جاتی ہے۔</w:t>
      </w:r>
    </w:p>
    <w:p>
      <w:r>
        <w:rPr>
          <w:b/>
        </w:rPr>
        <w:t xml:space="preserve">[42:04] </w:t>
      </w:r>
      <w:r>
        <w:t>nafrat bhag jati hai. hate bhag jati hai.</w:t>
      </w:r>
    </w:p>
    <w:p>
      <w:pPr>
        <w:jc w:val="right"/>
      </w:pPr>
      <w:r>
        <w:t>نفرت بھاگ جاتی ہے۔ ہیٹ بھاگ جاتی ہے۔</w:t>
      </w:r>
    </w:p>
    <w:p>
      <w:r>
        <w:rPr>
          <w:b/>
        </w:rPr>
        <w:t xml:space="preserve">[42:11] </w:t>
      </w:r>
      <w:r>
        <w:t>koi dushman nahi nazar aata aap ko.</w:t>
      </w:r>
    </w:p>
    <w:p>
      <w:pPr>
        <w:jc w:val="right"/>
      </w:pPr>
      <w:r>
        <w:t>کوئی دشمن نہیں نظر آتا آپ کو۔</w:t>
      </w:r>
    </w:p>
    <w:p>
      <w:r>
        <w:rPr>
          <w:b/>
        </w:rPr>
        <w:t xml:space="preserve">[42:17] </w:t>
      </w:r>
      <w:r>
        <w:t>to is tarah ke subah ko yeh sab tajrubaat guzre. phir main ne socha ke dekhiye,</w:t>
      </w:r>
    </w:p>
    <w:p>
      <w:pPr>
        <w:jc w:val="right"/>
      </w:pPr>
      <w:r>
        <w:t>تو اس طرح کے صبح کو یہ سب تجربات گزرے۔ پھر میں نے سوچا کہ دیکھیے،</w:t>
      </w:r>
    </w:p>
    <w:p>
      <w:r>
        <w:rPr>
          <w:b/>
        </w:rPr>
        <w:t xml:space="preserve">[42:28] </w:t>
      </w:r>
      <w:r>
        <w:t>yeh sab jo hai cheezen nature mein maujood theen.</w:t>
      </w:r>
    </w:p>
    <w:p>
      <w:pPr>
        <w:jc w:val="right"/>
      </w:pPr>
      <w:r>
        <w:t>یہ سب جو ہے چیزیں نیچر میں موجود تھیں۔</w:t>
      </w:r>
    </w:p>
    <w:p>
      <w:r>
        <w:rPr>
          <w:b/>
        </w:rPr>
        <w:t xml:space="preserve">[42:35] </w:t>
      </w:r>
      <w:r>
        <w:t>yani yeh bijli, yeh sab saman jo aaj hum industry ke zariye ban ban kar hamare paas aa rahi hain, sab nature mein maujood theen.</w:t>
      </w:r>
    </w:p>
    <w:p>
      <w:pPr>
        <w:jc w:val="right"/>
      </w:pPr>
      <w:r>
        <w:t>یعنی یہ بجلی، یہ سب سامان جو آج ہم انڈسٹری کے ذریعے بن بن کر ہمارے پاس آ رہی ہیں، سب نیچر میں موجود تھیں۔</w:t>
      </w:r>
    </w:p>
    <w:p>
      <w:r>
        <w:rPr>
          <w:b/>
        </w:rPr>
        <w:t xml:space="preserve">[42:47] </w:t>
      </w:r>
      <w:r>
        <w:t>nature ko convert kar ke unhon ne banaya. yani geyser kya hai? nature conversion hai.</w:t>
      </w:r>
    </w:p>
    <w:p>
      <w:pPr>
        <w:jc w:val="right"/>
      </w:pPr>
      <w:r>
        <w:t>نیچر کو کنورٹ کر کے انہوں نے بنایا۔ یعنی گیزر کیا ہے؟ نیچر کنورژن ہے۔</w:t>
      </w:r>
    </w:p>
    <w:p>
      <w:r>
        <w:rPr>
          <w:b/>
        </w:rPr>
        <w:t xml:space="preserve">[42:58] </w:t>
      </w:r>
      <w:r>
        <w:t>hair dryer kya hai? nature conversion hai. heater kya hai? nature conversion hai. nature kis ne banaya? Allah taala ne banaya.</w:t>
      </w:r>
    </w:p>
    <w:p>
      <w:pPr>
        <w:jc w:val="right"/>
      </w:pPr>
      <w:r>
        <w:t>ہیئر ڈرائر کیا ہے؟ نیچر کنورژن ہے۔ ہیٹر کیا ہے؟ نیچر کنورژن ہے۔ نیچر کس نے بنایا؟ اللہ تعالیٰ نے بنایا۔</w:t>
      </w:r>
    </w:p>
    <w:p>
      <w:r>
        <w:rPr>
          <w:b/>
        </w:rPr>
        <w:t xml:space="preserve">[43:08] </w:t>
      </w:r>
      <w:r>
        <w:t>to Quran mein hai ke: "waa'atakum min kulli ma sa'altum". jo kuch tum ne manga ho, sab hum ne de diya.</w:t>
      </w:r>
    </w:p>
    <w:p>
      <w:pPr>
        <w:jc w:val="right"/>
      </w:pPr>
      <w:r>
        <w:t>تو قرآن میں ہے کہ: "وَأَعْطٰيكُمْ مِنْ كُلِّ مَا سَأَلْتُمُوا"۔ جو کچھ تم نے مانگا ہو، سب ہم نے دے دیا۔</w:t>
      </w:r>
    </w:p>
    <w:p>
      <w:r>
        <w:rPr>
          <w:b/>
        </w:rPr>
        <w:t xml:space="preserve">[43:19] </w:t>
      </w:r>
      <w:r>
        <w:t>to main ne socha ke hum ne manga kab tha? hamare paida hone se pehle hi cheezen maujood theen duniya mein.</w:t>
      </w:r>
    </w:p>
    <w:p>
      <w:pPr>
        <w:jc w:val="right"/>
      </w:pPr>
      <w:r>
        <w:t>تو میں نے سوچا کہ ہم نے مانگا کب تھا؟ ہمارے پیدا ہونے سے پہلے ہی چیزیں موجود تھیں دنیا میں۔</w:t>
      </w:r>
    </w:p>
    <w:p>
      <w:r>
        <w:rPr>
          <w:b/>
        </w:rPr>
        <w:t xml:space="preserve">[43:28] </w:t>
      </w:r>
      <w:r>
        <w:t>yeh sab cheezen hum paida nahi hue the, duniya mein maujood theen yeh sab cheezen.</w:t>
      </w:r>
    </w:p>
    <w:p>
      <w:pPr>
        <w:jc w:val="right"/>
      </w:pPr>
      <w:r>
        <w:t>یہ سب چیزیں ہم پیدا نہیں ہوئے تھے، دنیا میں موجود تھیں یہ سب چیزیں۔</w:t>
      </w:r>
    </w:p>
    <w:p>
      <w:r>
        <w:rPr>
          <w:b/>
        </w:rPr>
        <w:t xml:space="preserve">[43:35] </w:t>
      </w:r>
      <w:r>
        <w:t>to mangne ka matlab yeh hai ke Khuda ne khud apne aap yeh samjha ke insan ko kya kya cheezen chahiye.</w:t>
      </w:r>
    </w:p>
    <w:p>
      <w:pPr>
        <w:jc w:val="right"/>
      </w:pPr>
      <w:r>
        <w:t>تو مانگنے کا مطلب یہ ہے کہ خدا نے خود اپنے آپ یہ سمجھا کہ انسان کو کیا کیا چیزیں چاہییں۔</w:t>
      </w:r>
    </w:p>
    <w:p>
      <w:r>
        <w:rPr>
          <w:b/>
        </w:rPr>
        <w:t xml:space="preserve">[43:47] </w:t>
      </w:r>
      <w:r>
        <w:t>is ki, is ka fitrat, is ka nature kya chahta hai ke yeh cheezen is ke liye,</w:t>
      </w:r>
    </w:p>
    <w:p>
      <w:pPr>
        <w:jc w:val="right"/>
      </w:pPr>
      <w:r>
        <w:t>اس کی، اس کا فطرت، اس کا نیچر کیا چاہتا ہے کہ یہ چیزیں اس کے لیے،</w:t>
      </w:r>
    </w:p>
    <w:p>
      <w:r>
        <w:rPr>
          <w:b/>
        </w:rPr>
        <w:t xml:space="preserve">[43:57] </w:t>
      </w:r>
      <w:r>
        <w:t>is ke problem ko solve karne wali hain, is ki need ko poora karne wali hain. Yani khud se andaza kar ke woh sab cheezen zameen mein bhar dein. Ab is ko discover kar ke aap bhap bana rahe hain, electricity bana rahe hain,</w:t>
      </w:r>
    </w:p>
    <w:p>
      <w:pPr>
        <w:jc w:val="right"/>
      </w:pPr>
      <w:r>
        <w:t>اس کے پرابلم کو سالو کرنے والی ہیں، اس کی نیڈ کو پورا کرنے والی ہیں۔ یعنی خود سے اندازہ کر کے وہ سب چیزیں زمین میں بھر دیں۔ اب اس کو ڈسکور کر کے آپ بھاپ بنا رہے ہیں، الیکٹریسٹی بنا رہے ہیں،</w:t>
      </w:r>
    </w:p>
    <w:p>
      <w:r>
        <w:rPr>
          <w:b/>
        </w:rPr>
        <w:t xml:space="preserve">[44:13] </w:t>
      </w:r>
      <w:r>
        <w:t>industrial product bana rahe hain. Kaisa ajeeb Allah taala ka yeh blessing hai.</w:t>
      </w:r>
    </w:p>
    <w:p>
      <w:pPr>
        <w:jc w:val="right"/>
      </w:pPr>
      <w:r>
        <w:t>انڈسٹریل پروڈکٹ بنا رہے ہیں۔ کیسا عجیب اللہ تعالیٰ کا یہ بلیسنگ ہے۔</w:t>
      </w:r>
    </w:p>
    <w:p>
      <w:r>
        <w:rPr>
          <w:b/>
        </w:rPr>
        <w:t xml:space="preserve">[44:20] </w:t>
      </w:r>
      <w:r>
        <w:t>Baghair kahe hue is ne sab kuch de diya. Aik aik aap kisi se mangen aur woh de de aap ko.</w:t>
      </w:r>
    </w:p>
    <w:p>
      <w:pPr>
        <w:jc w:val="right"/>
      </w:pPr>
      <w:r>
        <w:t>بغیر کہے ہوئے اس نے سب کچھ دے دیا۔ ایک ایک آپ کسی سے مانگیں اور وہ دے دے آپ کو۔</w:t>
      </w:r>
    </w:p>
    <w:p>
      <w:r>
        <w:rPr>
          <w:b/>
        </w:rPr>
        <w:t xml:space="preserve">[44:30] </w:t>
      </w:r>
      <w:r>
        <w:t>Yahan to hum paida bhi nahi hue thay aur Khuda ne paishgi tor par yahan par yeh sab cheezen rakh dein. Mange baghair. Aap ghor kijiye ke yeh sab soch kar ke Allah taala ki rehmaten kitna zyada samandar jaisa ehsas hota hai.</w:t>
      </w:r>
    </w:p>
    <w:p>
      <w:pPr>
        <w:jc w:val="right"/>
      </w:pPr>
      <w:r>
        <w:t>یہاں تو ہم پیدا بھی نہیں ہوئے تھے اور خدا نے پیشگی طور پر یہاں پر یہ سب چیزیں رکھ دیں۔ مانگے بغیر۔ آپ غور کیجیے کہ یہ سب سوچ کر کے اللہ تعالیٰ کی رحمتیں کتنا زیادہ سمندر جیسا احساس ہوتا ہے۔</w:t>
      </w:r>
    </w:p>
    <w:p>
      <w:r>
        <w:rPr>
          <w:b/>
        </w:rPr>
        <w:t xml:space="preserve">[44:48] </w:t>
      </w:r>
      <w:r>
        <w:t>Samandar, samandar.</w:t>
      </w:r>
    </w:p>
    <w:p>
      <w:pPr>
        <w:jc w:val="right"/>
      </w:pPr>
      <w:r>
        <w:t>سمندر، سمندر۔</w:t>
      </w:r>
    </w:p>
    <w:p>
      <w:r>
        <w:rPr>
          <w:b/>
        </w:rPr>
        <w:t xml:space="preserve">[44:52] </w:t>
      </w:r>
      <w:r>
        <w:t>Kaisa ajeeb ehsanat hain Allah taala ke insaan ke upar. Ab jis tarah aap sochen aap to aap phir bhi aap sarkash banenge.</w:t>
      </w:r>
    </w:p>
    <w:p>
      <w:pPr>
        <w:jc w:val="right"/>
      </w:pPr>
      <w:r>
        <w:t>کیسا عجیب احسانات ہیں اللہ تعالیٰ کے انسان کے اوپر۔ اب جس طرح آپ سوچیں آپ تو آپ پھر بھی آپ سرکش بنیں گے۔</w:t>
      </w:r>
    </w:p>
    <w:p>
      <w:r>
        <w:rPr>
          <w:b/>
        </w:rPr>
        <w:t xml:space="preserve">[45:02] </w:t>
      </w:r>
      <w:r>
        <w:t>Phir bhi aap ke dil mein negativity aye gi. Phir bhi aap kisi se nafrat karenge aap. Phir bhi kisi se tashaddud karenge aap.</w:t>
      </w:r>
    </w:p>
    <w:p>
      <w:pPr>
        <w:jc w:val="right"/>
      </w:pPr>
      <w:r>
        <w:t>پھر بھی آپ کے دل میں نیگیٹیوٹی آئے گی۔ پھر بھی آپ کسی سے نفرت کریں گے آپ۔ پھر بھی کسی سے تشدد کریں گے آپ۔</w:t>
      </w:r>
    </w:p>
    <w:p>
      <w:r>
        <w:rPr>
          <w:b/>
        </w:rPr>
        <w:t xml:space="preserve">[45:13] </w:t>
      </w:r>
      <w:r>
        <w:t>Namumkin, impossible. Hundred percent aap positive ban jayenge. Hundred percent positive.</w:t>
      </w:r>
    </w:p>
    <w:p>
      <w:pPr>
        <w:jc w:val="right"/>
      </w:pPr>
      <w:r>
        <w:t>ناممکن، امپاسیبل۔ ہنڈرڈ پرسنٹ آپ پازیٹیو بن جائیں گے۔ ہنڈرڈ پرسنٹ پازیٹیو۔</w:t>
      </w:r>
    </w:p>
    <w:p>
      <w:r>
        <w:rPr>
          <w:b/>
        </w:rPr>
        <w:t xml:space="preserve">[45:22] </w:t>
      </w:r>
      <w:r>
        <w:t>Aap ke rooh mein, aap ke dil mein, aap ke dimagh mein positivity ke sath kuch bhi nahi rahega, kuch bhi nahi rahega, kuch bhi nahi rahega. Positivity ka chashma jari ho jayega aap ke dil mein.</w:t>
      </w:r>
    </w:p>
    <w:p>
      <w:pPr>
        <w:jc w:val="right"/>
      </w:pPr>
      <w:r>
        <w:t>آپ کے روح میں، آپ کے دل میں، آپ کے دماغ میں پازیٹیوٹی کے ساتھ کچھ بھی نہیں رہے گا، کچھ بھی نہیں رہے گا، کچھ بھی نہیں رہے گا۔ پازیٹیوٹی کا چشمہ جاری ہو جائے گا آپ کے دل میں۔</w:t>
      </w:r>
    </w:p>
    <w:p>
      <w:r>
        <w:rPr>
          <w:b/>
        </w:rPr>
        <w:t xml:space="preserve">[45:39] </w:t>
      </w:r>
      <w:r>
        <w:t>Yeh to Khuda ki taraf se baat hai. Lekin phir mein ne socha</w:t>
      </w:r>
    </w:p>
    <w:p>
      <w:pPr>
        <w:jc w:val="right"/>
      </w:pPr>
      <w:r>
        <w:t>یہ تو خدا کی طرف سے بات ہے۔ لیکن پھر میں نے سوچا</w:t>
      </w:r>
    </w:p>
    <w:p>
      <w:r>
        <w:rPr>
          <w:b/>
        </w:rPr>
        <w:t xml:space="preserve">[45:47] </w:t>
      </w:r>
      <w:r>
        <w:t>Yeh sab nature mein tha lekin is potential ko actual kis ne banaya?</w:t>
      </w:r>
    </w:p>
    <w:p>
      <w:pPr>
        <w:jc w:val="right"/>
      </w:pPr>
      <w:r>
        <w:t>یہ سب نیچر میں تھا لیکن اس پوٹینشل کو ایکچول کس نے بنایا؟</w:t>
      </w:r>
    </w:p>
    <w:p>
      <w:r>
        <w:rPr>
          <w:b/>
        </w:rPr>
        <w:t xml:space="preserve">[45:55] </w:t>
      </w:r>
      <w:r>
        <w:t>Yani potential ke tor par is dunya mein bijli bhi thi. Potential ke tor par is dunya mein mobile bhi tha.</w:t>
      </w:r>
    </w:p>
    <w:p>
      <w:pPr>
        <w:jc w:val="right"/>
      </w:pPr>
      <w:r>
        <w:t>یعنی پوٹینشل کے طور پر اس دنیا میں بجلی بھی تھی۔ پوٹینشل کے طور پر اس دنیا میں موبائل بھی تھا۔</w:t>
      </w:r>
    </w:p>
    <w:p>
      <w:r>
        <w:rPr>
          <w:b/>
        </w:rPr>
        <w:t xml:space="preserve">[46:06] </w:t>
      </w:r>
      <w:r>
        <w:t>Potential ke tor par is dunya mein camera bhi tha. Potential ke tor par is dunya mein</w:t>
      </w:r>
    </w:p>
    <w:p>
      <w:pPr>
        <w:jc w:val="right"/>
      </w:pPr>
      <w:r>
        <w:t>پوٹینشل کے طور پر اس دنیا میں کیمرہ بھی تھا۔ پوٹینشل کے طور پر اس دنیا میں</w:t>
      </w:r>
    </w:p>
    <w:p>
      <w:r>
        <w:rPr>
          <w:b/>
        </w:rPr>
        <w:t xml:space="preserve">[46:12] </w:t>
      </w:r>
      <w:r>
        <w:t>Sari cheezen thi jis ko hum istemal karte hain rozana. Aur is potential ko actual kis ne banaya?</w:t>
      </w:r>
    </w:p>
    <w:p>
      <w:pPr>
        <w:jc w:val="right"/>
      </w:pPr>
      <w:r>
        <w:t>ساری چیزیں تھیں جس کو ہم استعمال کرتے ہیں روزانہ۔ اور اس پوٹینشل کو ایکچول کس نے بنایا؟</w:t>
      </w:r>
    </w:p>
    <w:p>
      <w:r>
        <w:rPr>
          <w:b/>
        </w:rPr>
        <w:t xml:space="preserve">[46:22] </w:t>
      </w:r>
      <w:r>
        <w:t>To mein ne socha ke sab ka sab kaam Western nations ne kiya hai. West ne kiya hai. Hamara is mein koi hissa nahi hai. Yahan hum sirf taker hain, taker hain, taker hain.</w:t>
      </w:r>
    </w:p>
    <w:p>
      <w:pPr>
        <w:jc w:val="right"/>
      </w:pPr>
      <w:r>
        <w:t>تو میں نے سوچا کہ سب کا سب کام ویسٹرن نیشنز نے کیا ہے۔ ویسٹ نے کیا ہے۔ ہمارا اس میں کوئی حصہ نہیں ہے۔ یہاں ہم صرف ٹیکر ہیں، ٹیکر ہیں، ٹیکر ہیں۔</w:t>
      </w:r>
    </w:p>
    <w:p>
      <w:r>
        <w:rPr>
          <w:b/>
        </w:rPr>
        <w:t xml:space="preserve">[46:38] </w:t>
      </w:r>
      <w:r>
        <w:t>To mein ne socha ke yeh Western nations jo hain yeh to hamare benefactor hain, hamare muhsin hain.</w:t>
      </w:r>
    </w:p>
    <w:p>
      <w:pPr>
        <w:jc w:val="right"/>
      </w:pPr>
      <w:r>
        <w:t>تو میں نے سوچا کہ یہ ویسٹرن نیشنز جو ہیں یہ تو ہمارے بینیفیکٹر ہیں، ہمارے محسن ہیں۔</w:t>
      </w:r>
    </w:p>
    <w:p>
      <w:r>
        <w:rPr>
          <w:b/>
        </w:rPr>
        <w:t xml:space="preserve">[46:46] </w:t>
      </w:r>
      <w:r>
        <w:t>Jo cheez Khuda ne is dunya mein mere liye rakh di thi, mere liye, mein us ko daryaft nahi kar pata tha. Mein us ko istemal nahi kar saka tha.</w:t>
      </w:r>
    </w:p>
    <w:p>
      <w:pPr>
        <w:jc w:val="right"/>
      </w:pPr>
      <w:r>
        <w:t>جو چیز خدا نے اس دنیا میں میرے لیے رکھ دی تھی، میرے لیے، میں اس کو دریافت نہیں کر پاتا تھا۔ میں اس کو استعمال نہیں کر سکا تھا۔</w:t>
      </w:r>
    </w:p>
    <w:p>
      <w:r>
        <w:rPr>
          <w:b/>
        </w:rPr>
        <w:t xml:space="preserve">[46:57] </w:t>
      </w:r>
      <w:r>
        <w:t>West ke log thay, unhon ne daryaft kar ke hamein diya ke: "Do bhai! Tumhare Khuda ne yeh diya hai tum ko.</w:t>
      </w:r>
    </w:p>
    <w:p>
      <w:pPr>
        <w:jc w:val="right"/>
      </w:pPr>
      <w:r>
        <w:t>ویسٹ کے لوگ تھے، انہوں نے دریافت کر کے ہمیں دیا کہ: "دو بھائی! تمہارے خدا نے یہ دیا ہے تم کو۔</w:t>
      </w:r>
    </w:p>
    <w:p>
      <w:r>
        <w:rPr>
          <w:b/>
        </w:rPr>
        <w:t xml:space="preserve">[47:07] </w:t>
      </w:r>
      <w:r>
        <w:t>Yeh tumhare Khuda ne tum ko diya hai. Tum ko rail di hai, tum ko motor rigaar diya hai, tum ko hawa jahaz diya hai, tum ko electricity di hai."</w:t>
      </w:r>
    </w:p>
    <w:p>
      <w:pPr>
        <w:jc w:val="right"/>
      </w:pPr>
      <w:r>
        <w:t>یہ تمہارے خدا نے تم کو دیا ہے۔ تم کو ریل دی ہے، تم کو موٹر رگاڑ دیا ہے، تم کو ہوا جہاز دیا ہے، تم کو الیکٹریسٹی دی ہے۔"</w:t>
      </w:r>
    </w:p>
    <w:p>
      <w:r>
        <w:rPr>
          <w:b/>
        </w:rPr>
        <w:t xml:space="preserve">[47:18] </w:t>
      </w:r>
      <w:r>
        <w:t>To Khuda ki di hui cheezon ko unhon ne discover kiya, industry lagai, product nikale aur phir hamein pohancha diya.</w:t>
      </w:r>
    </w:p>
    <w:p>
      <w:pPr>
        <w:jc w:val="right"/>
      </w:pPr>
      <w:r>
        <w:t>تو خدا کی دی ہوئی چیزوں کو انہوں نے ڈسکور کیا، انڈسٹری لگائی، پروڈکٹ نکالے اور پھر ہمیں پہنچا دیا۔</w:t>
      </w:r>
    </w:p>
    <w:p>
      <w:r>
        <w:rPr>
          <w:b/>
        </w:rPr>
        <w:t xml:space="preserve">[47:29] </w:t>
      </w:r>
      <w:r>
        <w:t>Ab mere dil mein in Western nations ke liye mohabbat ka aik darya jari ho gaya.</w:t>
      </w:r>
    </w:p>
    <w:p>
      <w:pPr>
        <w:jc w:val="right"/>
      </w:pPr>
      <w:r>
        <w:t>اب میرے دل میں ان ویسٹرن نیشنز کے لیے محبت کا ایک دریا جاری ہو گیا۔</w:t>
      </w:r>
    </w:p>
    <w:p>
      <w:r>
        <w:rPr>
          <w:b/>
        </w:rPr>
        <w:t xml:space="preserve">[47:39] </w:t>
      </w:r>
      <w:r>
        <w:t>Mohabbat ka darya.</w:t>
      </w:r>
    </w:p>
    <w:p>
      <w:pPr>
        <w:jc w:val="right"/>
      </w:pPr>
      <w:r>
        <w:t>محبت کا دریا۔</w:t>
      </w:r>
    </w:p>
    <w:p>
      <w:r>
        <w:rPr>
          <w:b/>
        </w:rPr>
        <w:t xml:space="preserve">[47:41] </w:t>
      </w:r>
      <w:r>
        <w:t>Kitne achhe hain yeh log.</w:t>
      </w:r>
    </w:p>
    <w:p>
      <w:pPr>
        <w:jc w:val="right"/>
      </w:pPr>
      <w:r>
        <w:t>کتنے اچھے ہیں یہ لوگ۔</w:t>
      </w:r>
    </w:p>
    <w:p>
      <w:r>
        <w:rPr>
          <w:b/>
        </w:rPr>
        <w:t xml:space="preserve">[47:47] </w:t>
      </w:r>
      <w:r>
        <w:t>Phir mein ne socha ke kitne zyada andhe hain woh musalman jo nafrat karte hain Western qomon se, Europe aur America se.</w:t>
      </w:r>
    </w:p>
    <w:p>
      <w:pPr>
        <w:jc w:val="right"/>
      </w:pPr>
      <w:r>
        <w:t>پھر میں نے سوچا کہ کتنے زیادہ اندھے ہیں وہ مسلمان جو نفرت کرتے ہیں ویسٹرن قوموں سے، یورپ اور امریکہ سے۔</w:t>
      </w:r>
    </w:p>
    <w:p>
      <w:r>
        <w:rPr>
          <w:b/>
        </w:rPr>
        <w:t xml:space="preserve">[47:56] </w:t>
      </w:r>
      <w:r>
        <w:t>kis qadar andhe hain woh log.</w:t>
      </w:r>
    </w:p>
    <w:p>
      <w:pPr>
        <w:jc w:val="right"/>
      </w:pPr>
      <w:r>
        <w:t>کس قدر اندھے ہیں وہ لوگ۔</w:t>
      </w:r>
    </w:p>
    <w:p>
      <w:r>
        <w:rPr>
          <w:b/>
        </w:rPr>
        <w:t xml:space="preserve">[48:02] </w:t>
      </w:r>
      <w:r>
        <w:t>quran mein ek ayat hai: "man kan fi</w:t>
      </w:r>
    </w:p>
    <w:p>
      <w:pPr>
        <w:jc w:val="right"/>
      </w:pPr>
      <w:r>
        <w:t>قرآن میں ایک آیت ہے: "من کان فی</w:t>
      </w:r>
    </w:p>
    <w:p>
      <w:r>
        <w:rPr>
          <w:b/>
        </w:rPr>
        <w:t xml:space="preserve">[48:13] </w:t>
      </w:r>
      <w:r>
        <w:t>jo hi dunya mein andha raha, wahan bhi andha uthaya jayega."</w:t>
      </w:r>
    </w:p>
    <w:p>
      <w:pPr>
        <w:jc w:val="right"/>
      </w:pPr>
      <w:r>
        <w:t>جو ہی دنیا میں اندھا رہا، وہاں بھی اندھا اٹھایا جائے گا۔"</w:t>
      </w:r>
    </w:p>
    <w:p>
      <w:r>
        <w:rPr>
          <w:b/>
        </w:rPr>
        <w:t xml:space="preserve">[48:22] </w:t>
      </w:r>
      <w:r>
        <w:t>ab ghor kijiye in waqiat mein andha pan ko. hum kya samajhte hain? hum samajhte hain ke hamare jeeb mein paisa tha to hum ja ke geyser khareed liya.</w:t>
      </w:r>
    </w:p>
    <w:p>
      <w:pPr>
        <w:jc w:val="right"/>
      </w:pPr>
      <w:r>
        <w:t>اب غور کیجیے ان واقعات میں اندھا پن کو۔ ہم کیا سمجھتے ہیں؟ ہم سمجھتے ہیں کہ ہمارے جیب میں پیسہ تھا تو ہم جا کے گیزر خرید لیا۔</w:t>
      </w:r>
    </w:p>
    <w:p>
      <w:r>
        <w:rPr>
          <w:b/>
        </w:rPr>
        <w:t xml:space="preserve">[48:32] </w:t>
      </w:r>
      <w:r>
        <w:t>hamare jeeb mein paisa tha, hum ja ke heater khareed liya. hamare jeeb mein paisa tha to hum ja ke motor car khareed liya. to yeh andhe log hain, andhe log hain</w:t>
      </w:r>
    </w:p>
    <w:p>
      <w:pPr>
        <w:jc w:val="right"/>
      </w:pPr>
      <w:r>
        <w:t>ہمارے جیب میں پیسہ تھا، ہم جا کے ہیٹر خرید لیا۔ ہمارے جیب میں پیسہ تھا تو ہم جا کے موٹر کار خرید لیا۔ تو یہ اندھے لوگ ہیں، اندھے لوگ ہیں</w:t>
      </w:r>
    </w:p>
    <w:p>
      <w:r>
        <w:rPr>
          <w:b/>
        </w:rPr>
        <w:t xml:space="preserve">[48:42] </w:t>
      </w:r>
      <w:r>
        <w:t>yeh.</w:t>
      </w:r>
    </w:p>
    <w:p>
      <w:pPr>
        <w:jc w:val="right"/>
      </w:pPr>
      <w:r>
        <w:t>یہ۔</w:t>
      </w:r>
    </w:p>
    <w:p>
      <w:r>
        <w:rPr>
          <w:b/>
        </w:rPr>
        <w:t xml:space="preserve">[48:45] </w:t>
      </w:r>
      <w:r>
        <w:t>hamare paise se kai cheezen mil sakti hain. yeh to khuda ki di hui maujood hain pehle se. hamare chand paise is ki qeemat nahi hai is ki.</w:t>
      </w:r>
    </w:p>
    <w:p>
      <w:pPr>
        <w:jc w:val="right"/>
      </w:pPr>
      <w:r>
        <w:t>ہمارے پیسے سے کئی چیزیں مل سکتی ہیں۔ یہ تو خدا کی دی ہوئی موجود ہیں پہلے سے۔ ہمارے چند پیسے اس کی قیمت نہیں ہے اس کی۔</w:t>
      </w:r>
    </w:p>
    <w:p>
      <w:r>
        <w:rPr>
          <w:b/>
        </w:rPr>
        <w:t xml:space="preserve">[48:57] </w:t>
      </w:r>
      <w:r>
        <w:t>to woh log andhe log hain jo chand paison ko samajhte hain ke hum ne is ka haq ada kar diya.</w:t>
      </w:r>
    </w:p>
    <w:p>
      <w:pPr>
        <w:jc w:val="right"/>
      </w:pPr>
      <w:r>
        <w:t>تو وہ لوگ اندھے لوگ ہیں جو چند پیسوں کو سمجھتے ہیں کہ ہم نے اس کا حق ادا کر دیا۔</w:t>
      </w:r>
    </w:p>
    <w:p>
      <w:r>
        <w:rPr>
          <w:b/>
        </w:rPr>
        <w:t xml:space="preserve">[49:07] </w:t>
      </w:r>
      <w:r>
        <w:t>kuch bhi nahi. to is mani hai ke Allah ki nematوں se jo haqeeqi shukr, jis ke dil mein haqeeqi shukr ka chashma nahi jari hua, woh andha tha, andha tha, andha tha.</w:t>
      </w:r>
    </w:p>
    <w:p>
      <w:pPr>
        <w:jc w:val="right"/>
      </w:pPr>
      <w:r>
        <w:t>کچھ بھی نہیں۔ تو اس معنی ہے کہ اللہ کی نعمتوں سے جو حقیقی شکر، جس کے دل میں حقیقی شکر کا چشمہ نہیں جاری ہوا، وہ اندھا تھا، اندھا تھا، اندھا تھا۔</w:t>
      </w:r>
    </w:p>
    <w:p>
      <w:r>
        <w:rPr>
          <w:b/>
        </w:rPr>
        <w:t xml:space="preserve">[49:23] </w:t>
      </w:r>
      <w:r>
        <w:t>yeh jo log cheezon ko for garden liye hue hain ya samajhte hain ke hamare paise se yeh sab cheezen hain, woh sab andhe log hain.</w:t>
      </w:r>
    </w:p>
    <w:p>
      <w:pPr>
        <w:jc w:val="right"/>
      </w:pPr>
      <w:r>
        <w:t>یہ جو لوگ چیزوں کو فار گارڈن لیے ہوئے ہیں یا سمجھتے ہیں کہ ہمارے پیسے سے یہ سب چیزیں ہیں، وہ سب اندھے لوگ ہیں۔</w:t>
      </w:r>
    </w:p>
    <w:p>
      <w:r>
        <w:rPr>
          <w:b/>
        </w:rPr>
        <w:t xml:space="preserve">[49:35] </w:t>
      </w:r>
      <w:r>
        <w:t>kyun ke woh itni qeemti, itni qeemti, qeemti hain ke hamara koi bank balance is ki qeemat ada nahi kar sakta hai. phir aap dekhiye, jo log western nations se nafrat karte hain, kya woh andhe nahi hain woh?</w:t>
      </w:r>
    </w:p>
    <w:p>
      <w:pPr>
        <w:jc w:val="right"/>
      </w:pPr>
      <w:r>
        <w:t>کیونکہ وہ اتنی قیمتی، اتنی قیمتی، قیمتی ہیں کہ ہمارا کوئی بینک بیلنس اس کی قیمت ادا نہیں کر سکتا ہے۔ پھر آپ دیکھیے، جو لوگ ویسٹرن نیشنز سے نفرت کرتے ہیں، کیا وہ اندھے نہیں ہیں وہ؟</w:t>
      </w:r>
    </w:p>
    <w:p>
      <w:r>
        <w:rPr>
          <w:b/>
        </w:rPr>
        <w:t xml:space="preserve">[49:54] </w:t>
      </w:r>
      <w:r>
        <w:t>jin qaumon ne woh kaam kiya jo hamein karna tha. yani hamein yeh karna tha ke hum khuda ki nematوں ko daryaft karein. nature mein jo khuda ne rakh diya tha, potentially us ko daryaft kar ke us ko actual banayein.</w:t>
      </w:r>
    </w:p>
    <w:p>
      <w:pPr>
        <w:jc w:val="right"/>
      </w:pPr>
      <w:r>
        <w:t>جن قوموں نے وہ کام کیا جو ہمیں کرنا تھا۔ یعنی ہمیں یہ کرنا تھا کہ ہم خدا کی نعمتوں کو دریافت کریں۔ نیچر میں جو خدا نے رکھ دیا تھا، پوٹینشلی اس کو دریافت کر کے اس کو ایکچول بنائیں۔</w:t>
      </w:r>
    </w:p>
    <w:p>
      <w:r>
        <w:rPr>
          <w:b/>
        </w:rPr>
        <w:t xml:space="preserve">[50:11] </w:t>
      </w:r>
      <w:r>
        <w:t>quran mein hai: "dekhiye, sakharkum ma fi samawat wal arz". yeh sari kainat tum ko de di hai, musakhkhar kar diya hai.</w:t>
      </w:r>
    </w:p>
    <w:p>
      <w:pPr>
        <w:jc w:val="right"/>
      </w:pPr>
      <w:r>
        <w:t>قرآن میں ہے: "دیکھیے، سخرکم ماف ثوابات والارض"۔ یہ ساری کائنات تم کو دے دی ہے، مسخر کر دیا ہے۔</w:t>
      </w:r>
    </w:p>
    <w:p>
      <w:r>
        <w:rPr>
          <w:b/>
        </w:rPr>
        <w:t xml:space="preserve">[50:23] </w:t>
      </w:r>
      <w:r>
        <w:t>matlab potential ke taur par us ko actual banao.</w:t>
      </w:r>
    </w:p>
    <w:p>
      <w:pPr>
        <w:jc w:val="right"/>
      </w:pPr>
      <w:r>
        <w:t>مطلب پوٹینشل کے طور پر اس کو ایکچول بناؤ۔</w:t>
      </w:r>
    </w:p>
    <w:p>
      <w:r>
        <w:rPr>
          <w:b/>
        </w:rPr>
        <w:t xml:space="preserve">[50:31] </w:t>
      </w:r>
      <w:r>
        <w:t>yani potential ke taur par tum ko hawa jahaz de diya. potential ke taur par tum ko motor car de di. potential ke taur par tum ko bijli de di. potential ke taur par sara jis ko hum kehte hain industrial product, woh sab de diya.</w:t>
      </w:r>
    </w:p>
    <w:p>
      <w:pPr>
        <w:jc w:val="right"/>
      </w:pPr>
      <w:r>
        <w:t>یعنی پوٹینشل کے طور پر تم کو ہوا جہاز دے دیا۔ پوٹینشل کے طور پر تم کو موٹر کار دے دی۔ پوٹینشل کے طور پر تم کو بجلی دے دی۔ پوٹینشل کے طور پر سارا جس کو ہم کہتے ہیں انڈسٹریل پروڈکٹ، وہ سب دے دیا۔</w:t>
      </w:r>
    </w:p>
    <w:p>
      <w:r>
        <w:rPr>
          <w:b/>
        </w:rPr>
        <w:t xml:space="preserve">[50:45] </w:t>
      </w:r>
      <w:r>
        <w:t>ab kya matlab hai? tum us ko actual banao.</w:t>
      </w:r>
    </w:p>
    <w:p>
      <w:pPr>
        <w:jc w:val="right"/>
      </w:pPr>
      <w:r>
        <w:t>اب کیا مطلب ہے؟ تم اس کو ایکچول بناؤ۔</w:t>
      </w:r>
    </w:p>
    <w:p>
      <w:r>
        <w:rPr>
          <w:b/>
        </w:rPr>
        <w:t xml:space="preserve">[50:49] </w:t>
      </w:r>
      <w:r>
        <w:t>kyun ke musalman to kuch bhi nahi kar saka.</w:t>
      </w:r>
    </w:p>
    <w:p>
      <w:pPr>
        <w:jc w:val="right"/>
      </w:pPr>
      <w:r>
        <w:t>کیونکہ مسلمان تو کچھ بھی نہیں کر سکے۔</w:t>
      </w:r>
    </w:p>
    <w:p>
      <w:r>
        <w:rPr>
          <w:b/>
        </w:rPr>
        <w:t xml:space="preserve">[50:55] </w:t>
      </w:r>
      <w:r>
        <w:t>sara a se z tak sab kuch jo kiya hai, woh western nations ne kiya hai. ek aadmi ne likha hai ke mujhe surgery karwani thi kisi.</w:t>
      </w:r>
    </w:p>
    <w:p>
      <w:pPr>
        <w:jc w:val="right"/>
      </w:pPr>
      <w:r>
        <w:t>سارا اے سے زیڈ تک سب کچھ جو کیا ہے، وہ ویسٹرن نیشنز نے کیا ہے۔ ایک آدمی نے لکھا ہے کہ مجھے سرجری کروانی تھی کسی۔</w:t>
      </w:r>
    </w:p>
    <w:p>
      <w:r>
        <w:rPr>
          <w:b/>
        </w:rPr>
        <w:t xml:space="preserve">[51:09] </w:t>
      </w:r>
      <w:r>
        <w:t>to main jab operation theatre mein dakhil kiya gaya,</w:t>
      </w:r>
    </w:p>
    <w:p>
      <w:pPr>
        <w:jc w:val="right"/>
      </w:pPr>
      <w:r>
        <w:t>تو میں جب آپریشن تھیٹر میں داخل کیا گیا،</w:t>
      </w:r>
    </w:p>
    <w:p>
      <w:r>
        <w:rPr>
          <w:b/>
        </w:rPr>
        <w:t xml:space="preserve">[51:13] </w:t>
      </w:r>
      <w:r>
        <w:t>operation theatre mein main ne dekha ke wahan jitni cheezen hain, sab ki cheezen hain, sab western nations ki banai hui hain. hamara is mein koi hissa nahi hai.</w:t>
      </w:r>
    </w:p>
    <w:p>
      <w:pPr>
        <w:jc w:val="right"/>
      </w:pPr>
      <w:r>
        <w:t>آپریشن تھیٹر میں میں نے دیکھا کہ وہاں جتنی چیزیں ہیں، سب کی چیزیں ہیں، سب ویسٹرن نیشنز کی بنائی ہوئی ہیں۔ ہمارا اس میں کوئی حصہ نہیں ہے۔</w:t>
      </w:r>
    </w:p>
    <w:p>
      <w:r>
        <w:rPr>
          <w:b/>
        </w:rPr>
        <w:t xml:space="preserve">[51:24] </w:t>
      </w:r>
      <w:r>
        <w:t>yani anesia, anesia se le kar ke nishtar tak sab inhi logon ne banaya hai. main to is se faida utha raha hoon.</w:t>
      </w:r>
    </w:p>
    <w:p>
      <w:pPr>
        <w:jc w:val="right"/>
      </w:pPr>
      <w:r>
        <w:t>یعنی انیسیا، انیسیا سے لے کر کے نشتر تک سب انہی لوگوں نے بنایا ہے۔ میں تو اس سے فائدہ اٹھا رہا ہوں۔</w:t>
      </w:r>
    </w:p>
    <w:p>
      <w:r>
        <w:rPr>
          <w:b/>
        </w:rPr>
        <w:t xml:space="preserve">[51:36] </w:t>
      </w:r>
      <w:r>
        <w:t>to sirf operation theatre ki baat nahi hai, yeh pura jo west, jo civilization hai, poori civilization kis logon ne banai? western nations ne, Europe aur America walon ne.</w:t>
      </w:r>
    </w:p>
    <w:p>
      <w:pPr>
        <w:jc w:val="right"/>
      </w:pPr>
      <w:r>
        <w:t>تو صرف آپریشن تھیٹر کی بات نہیں ہے، یہ پورا جو ویسٹ، جو سویلائزیشن ہے، پوری سویلائزیشن کس لوگوں نے بنائی؟ ویسٹرن نیشنز نے، یورپ اور امریکہ والوں نے۔</w:t>
      </w:r>
    </w:p>
    <w:p>
      <w:r>
        <w:rPr>
          <w:b/>
        </w:rPr>
        <w:t xml:space="preserve">[51:50] </w:t>
      </w:r>
      <w:r>
        <w:t>to hamein shukr karna chahiye un ka shukr. ke khuda ki nematوں, khuda ki nematیں jo potential ke roop mein theen, us ko unhon ne actual banaya.</w:t>
      </w:r>
    </w:p>
    <w:p>
      <w:pPr>
        <w:jc w:val="right"/>
      </w:pPr>
      <w:r>
        <w:t>تو ہمیں شکر کرنا چاہیے ان کا شکر۔ کہ خدا کی نعمتوں، خدا کی نعمتیں جو پوٹینشل کے روپ میں تھیں، اس کو انہوں نے ایکچول بنایا۔</w:t>
      </w:r>
    </w:p>
    <w:p>
      <w:r>
        <w:rPr>
          <w:b/>
        </w:rPr>
        <w:t xml:space="preserve">[52:00] </w:t>
      </w:r>
      <w:r>
        <w:t>to hamein to shukr karna chahiye un ka.</w:t>
      </w:r>
    </w:p>
    <w:p>
      <w:pPr>
        <w:jc w:val="right"/>
      </w:pPr>
      <w:r>
        <w:t>تو ہمیں تو شکر کرنا چاہیے ان کا۔</w:t>
      </w:r>
    </w:p>
    <w:p>
      <w:r>
        <w:rPr>
          <w:b/>
        </w:rPr>
        <w:t xml:space="preserve">[52:04] </w:t>
      </w:r>
      <w:r>
        <w:t>lekin hum nafrat karte hain choti choti baton ko le kar ke. choti choti baton ko le kar ke. un ka bomb marte hain, un ki goli marte hain, un ke khilaf zaman likhte hain, un ke khilaf takhte karte hain.</w:t>
      </w:r>
    </w:p>
    <w:p>
      <w:pPr>
        <w:jc w:val="right"/>
      </w:pPr>
      <w:r>
        <w:t>لیکن ہم نفرت کرتے ہیں چھوٹی چھوٹی باتوں کو لے کر کے۔ چھوٹی چھوٹی باتوں کو لے کر کے۔ ان کا بم مارتے ہیں، ان کی گولی مارتے ہیں، ان کے خلاف ضامن لکھتے ہیں، ان کے خلاف تختے کرتے ہیں۔</w:t>
      </w:r>
    </w:p>
    <w:p>
      <w:r>
        <w:rPr>
          <w:b/>
        </w:rPr>
        <w:t xml:space="preserve">[52:17] </w:t>
      </w:r>
      <w:r>
        <w:t>is mein bilashuba yeh log andhay hain, andhay hain, andhay hain.</w:t>
      </w:r>
    </w:p>
    <w:p>
      <w:pPr>
        <w:jc w:val="right"/>
      </w:pPr>
      <w:r>
        <w:t>اس میں بلاشبہ یہ لوگ اندھے ہیں، اندھے ہیں، اندھے ہیں۔</w:t>
      </w:r>
    </w:p>
    <w:p>
      <w:r>
        <w:rPr>
          <w:b/>
        </w:rPr>
        <w:t xml:space="preserve">[52:21] </w:t>
      </w:r>
      <w:r>
        <w:t>isi isi anjam ko face karen ge yeh log ke "man kan fi ya mafi fi al-akherah" . to wahan andhay thay, yahan bhi andhay raho.</w:t>
      </w:r>
    </w:p>
    <w:p>
      <w:pPr>
        <w:jc w:val="right"/>
      </w:pPr>
      <w:r>
        <w:t>اسی اسی انجام کو فیس کریں گے یہ لوگ کہ "من کان فی یا ماف فی الاخرۃ"۔ تو وہاں اندھے تھے، یہاں بھی اندھے رہو۔</w:t>
      </w:r>
    </w:p>
    <w:p>
      <w:r>
        <w:rPr>
          <w:b/>
        </w:rPr>
        <w:t xml:space="preserve">[52:35] </w:t>
      </w:r>
      <w:r>
        <w:t>mein yaqeen kijiye ke kai bar aisa sochta hoon ke aakhri mein mein andha utha jaon to kya hoga? idhar jaon ga to koi dhakka de ga.</w:t>
      </w:r>
    </w:p>
    <w:p>
      <w:pPr>
        <w:jc w:val="right"/>
      </w:pPr>
      <w:r>
        <w:t>میں یقین کیجیے کہ کئی بار ایسا سوچتا ہوں کہ آخرت میں میں اندھا اٹھا جاؤں تو کیا ہوگا؟ ادھر جاؤں گا تو کوئی دھکا دے گا۔</w:t>
      </w:r>
    </w:p>
    <w:p>
      <w:r>
        <w:rPr>
          <w:b/>
        </w:rPr>
        <w:t xml:space="preserve">[52:45] </w:t>
      </w:r>
      <w:r>
        <w:t>aik aur aa gaya, bhag gaye idhar jao, woh dhakka koi de ga. aisa guzra hai mere ooper.</w:t>
      </w:r>
    </w:p>
    <w:p>
      <w:pPr>
        <w:jc w:val="right"/>
      </w:pPr>
      <w:r>
        <w:t>ایک اور آ گیا، بھاگ گئے ادھر جاؤ، وہ دھکا کوئی دے گا۔ ایسا گزرا ہے میرے اوپر۔</w:t>
      </w:r>
    </w:p>
    <w:p>
      <w:r>
        <w:rPr>
          <w:b/>
        </w:rPr>
        <w:t xml:space="preserve">[52:51] </w:t>
      </w:r>
      <w:r>
        <w:t>aik bar to mein hotel mein dakhil hua to woh mujhe ghishi aa gayi thi kisi wajah se. kuch dikhai nahi deta tha.</w:t>
      </w:r>
    </w:p>
    <w:p>
      <w:pPr>
        <w:jc w:val="right"/>
      </w:pPr>
      <w:r>
        <w:t>ایک بار تو میں ہوٹل میں داخل ہوا تو وہ مجھے غشی آ گئی تھی کسی وجہ سے۔ کچھ دکھائی نہیں دیتا تھا۔</w:t>
      </w:r>
    </w:p>
    <w:p>
      <w:r>
        <w:rPr>
          <w:b/>
        </w:rPr>
        <w:t xml:space="preserve">[53:04] </w:t>
      </w:r>
      <w:r>
        <w:t>to wahan table thay aur kursiyan theen. to ghishi ki wajah se mujhe kuch dikhai nahi deta tha. to jahan jata tha, woh aadmi dhake deta tha mujh ko.</w:t>
      </w:r>
    </w:p>
    <w:p>
      <w:pPr>
        <w:jc w:val="right"/>
      </w:pPr>
      <w:r>
        <w:t>تو وہاں ٹیبل تھے اور کرسیاں تھیں۔ تو غشی کی وجہ سے مجھے کچھ دکھائی نہیں دیتا تھا۔ تو جہاں جاتا تھا، وہ آدمی ڈھکے دیتا تھا مجھ کو۔</w:t>
      </w:r>
    </w:p>
    <w:p>
      <w:r>
        <w:rPr>
          <w:b/>
        </w:rPr>
        <w:t xml:space="preserve">[53:15] </w:t>
      </w:r>
      <w:r>
        <w:t>to mein sochta hoon ke aakhrat mein agar mujhe andha uthaya jaye to har aadmi mujhe dhake le ga. mujhe idhar kahan aa gayi? bhago.</w:t>
      </w:r>
    </w:p>
    <w:p>
      <w:pPr>
        <w:jc w:val="right"/>
      </w:pPr>
      <w:r>
        <w:t>تو میں سوچتا ہوں کہ آخرت میں اگر مجھے اندھا اٹھایا جائے تو ہر آدمی مجھے ڈھکے لے گا۔ مجھے ادھر کہاں آ گئی؟ بھاگو۔</w:t>
      </w:r>
    </w:p>
    <w:p>
      <w:r>
        <w:rPr>
          <w:b/>
        </w:rPr>
        <w:t xml:space="preserve">[53:26] </w:t>
      </w:r>
      <w:r>
        <w:t>aap ghore kijiye ke bohat sare log kahin hon, wahan aik andha aa jaye, idhar ja ke to idhar thikra jaye ga, idhar ja ke idhar thikra jaye ga.</w:t>
      </w:r>
    </w:p>
    <w:p>
      <w:pPr>
        <w:jc w:val="right"/>
      </w:pPr>
      <w:r>
        <w:t>آپ غور کیجیے کہ بہت سارے لوگ کہیں ہوں، وہاں ایک اندھا آ جائے، ادھر جا کے تو ادھر ٹھکرا جائے گا، ادھر جا کے ادھر ٹھکرا جائے گا۔</w:t>
      </w:r>
    </w:p>
    <w:p>
      <w:r>
        <w:rPr>
          <w:b/>
        </w:rPr>
        <w:t xml:space="preserve">[53:36] </w:t>
      </w:r>
      <w:r>
        <w:t>to kitna bara risk hum le rahay hain, kitna bara risk le rahay hain aap?</w:t>
      </w:r>
    </w:p>
    <w:p>
      <w:pPr>
        <w:jc w:val="right"/>
      </w:pPr>
      <w:r>
        <w:t>تو کتنا بڑا رسک ہم لے رہے ہیں، کتنا بڑا رسک لے رہے ہیں آپ؟</w:t>
      </w:r>
    </w:p>
    <w:p>
      <w:r>
        <w:rPr>
          <w:b/>
        </w:rPr>
        <w:t xml:space="preserve">[53:44] </w:t>
      </w:r>
      <w:r>
        <w:t>kitna bara risk le rahay hain aap? do tarafah be eterafi hai, do tarafah be eterafi. double be eterafi hai.</w:t>
      </w:r>
    </w:p>
    <w:p>
      <w:pPr>
        <w:jc w:val="right"/>
      </w:pPr>
      <w:r>
        <w:t>کتنا بڑا رسک لے رہے ہیں آپ؟ دو طرفہ بے اعترافی ہے، دو طرفہ بے اعترافی۔ ڈبل بے اعترافی ہے۔</w:t>
      </w:r>
    </w:p>
    <w:p>
      <w:r>
        <w:rPr>
          <w:b/>
        </w:rPr>
        <w:t xml:space="preserve">[53:55] </w:t>
      </w:r>
      <w:r>
        <w:t>na kisi ko haqeeqi maanon mein mein shukr karne wala pata hoon, na kisi haqeeqi maanon mein insaan ka eteraf karne wala pata hoon. khuda ke muqable mein sarkashi hai, insaan ke muqable mein nashukri hai.</w:t>
      </w:r>
    </w:p>
    <w:p>
      <w:pPr>
        <w:jc w:val="right"/>
      </w:pPr>
      <w:r>
        <w:t>نہ کسی کو حقیقی معنوں میں میں شکر کرنے والا پاتا ہوں، نہ کسی حقیقی معنوں میں انسان کا اعتراف کرنے والا پاتا ہوں۔ خدا کے مقابلے میں سرکشی ہے، انسان کے مقابلے میں ناشکری ہے۔</w:t>
      </w:r>
    </w:p>
    <w:p>
      <w:r>
        <w:rPr>
          <w:b/>
        </w:rPr>
        <w:t xml:space="preserve">[54:10] </w:t>
      </w:r>
      <w:r>
        <w:t>yeh andha pan hai, double andha pan hai. yeh</w:t>
      </w:r>
    </w:p>
    <w:p>
      <w:pPr>
        <w:jc w:val="right"/>
      </w:pPr>
      <w:r>
        <w:t>یہ اندھا پن ہے، ڈبل اندھا پن ہے۔ یہ</w:t>
      </w:r>
    </w:p>
    <w:p>
      <w:r>
        <w:rPr>
          <w:b/>
        </w:rPr>
        <w:t xml:space="preserve">[54:13] </w:t>
      </w:r>
      <w:r>
        <w:t>double andha pan hai.</w:t>
      </w:r>
    </w:p>
    <w:p>
      <w:pPr>
        <w:jc w:val="right"/>
      </w:pPr>
      <w:r>
        <w:t>ڈبل اندھا پن ہے۔</w:t>
      </w:r>
    </w:p>
    <w:p>
      <w:r>
        <w:rPr>
          <w:b/>
        </w:rPr>
        <w:t xml:space="preserve">[54:17] </w:t>
      </w:r>
      <w:r>
        <w:t>yeh double andha pan hai.</w:t>
      </w:r>
    </w:p>
    <w:p>
      <w:pPr>
        <w:jc w:val="right"/>
      </w:pPr>
      <w:r>
        <w:t>یہ ڈبل اندھا پن ہے۔</w:t>
      </w:r>
    </w:p>
    <w:p>
      <w:r>
        <w:rPr>
          <w:b/>
        </w:rPr>
        <w:t xml:space="preserve">[54:25] </w:t>
      </w:r>
      <w:r>
        <w:t>aik bar to mein aik sahib ke haan gaya to un ka itna bara bacha tha. ghar ke andar se nikla, bohat acha, khoobsurat, tandrust tha.</w:t>
      </w:r>
    </w:p>
    <w:p>
      <w:pPr>
        <w:jc w:val="right"/>
      </w:pPr>
      <w:r>
        <w:t>ایک بار تو میں ایک صاحب کے ہاں گیا تو ان کا اتنا بڑا بچہ تھا۔ گھر کے اندر سے نکلا، بہت اچھا، خوبصورت، تندرست تھا۔</w:t>
      </w:r>
    </w:p>
    <w:p>
      <w:r>
        <w:rPr>
          <w:b/>
        </w:rPr>
        <w:t xml:space="preserve">[54:33] </w:t>
      </w:r>
      <w:r>
        <w:t>ab dekh, khush ho rahay hain, khush ho rahay hain, khush ho rahay hain. woh ke mein rone laga.</w:t>
      </w:r>
    </w:p>
    <w:p>
      <w:pPr>
        <w:jc w:val="right"/>
      </w:pPr>
      <w:r>
        <w:t>اب دیکھ، خوش ہو رہے ہیں، خوش ہو رہے ہیں، خوش ہو رہے ہیں۔ وہ کہ میں رونے لگا۔</w:t>
      </w:r>
    </w:p>
    <w:p>
      <w:r>
        <w:rPr>
          <w:b/>
        </w:rPr>
        <w:t xml:space="preserve">[54:42] </w:t>
      </w:r>
      <w:r>
        <w:t>yeh insaan kaisa insaan hai? woh woh beta to woh kis ne diya hai? tum ne paida kiya hai beta? to sochte ho ke tum ne shadi ki ho aik khatoon se aur beta paida ho gaya?</w:t>
      </w:r>
    </w:p>
    <w:p>
      <w:pPr>
        <w:jc w:val="right"/>
      </w:pPr>
      <w:r>
        <w:t>یہ انسان کیسا انسان ہے؟ وہ وہ بیٹا تو وہ کس نے دیا ہے؟ تم نے پیدا کیا ہے بیٹا؟ تو سوچتے ہو کہ تم نے شادی کی ہو ایک خاتون سے اور بیٹا پیدا ہو گیا؟</w:t>
      </w:r>
    </w:p>
    <w:p>
      <w:r>
        <w:rPr>
          <w:b/>
        </w:rPr>
        <w:t xml:space="preserve">[54:57] </w:t>
      </w:r>
      <w:r>
        <w:t>woh khuda is ka khaliq hai,</w:t>
      </w:r>
    </w:p>
    <w:p>
      <w:pPr>
        <w:jc w:val="right"/>
      </w:pPr>
      <w:r>
        <w:t>وہ خدا اس کا خالق ہے،</w:t>
      </w:r>
    </w:p>
    <w:p>
      <w:r>
        <w:rPr>
          <w:b/>
        </w:rPr>
        <w:t xml:space="preserve">[54:59] </w:t>
      </w:r>
      <w:r>
        <w:t>is bache ka khaliq khuda hai.</w:t>
      </w:r>
    </w:p>
    <w:p>
      <w:pPr>
        <w:jc w:val="right"/>
      </w:pPr>
      <w:r>
        <w:t>اس بچے کا خالق خدا ہے۔</w:t>
      </w:r>
    </w:p>
    <w:p>
      <w:r>
        <w:rPr>
          <w:b/>
        </w:rPr>
        <w:t xml:space="preserve">[55:04] </w:t>
      </w:r>
      <w:r>
        <w:t>koi shukr nahi is insaan ki zuban mein, koi shukr nahi ke khuda ya tu kitna azeem hai, kaisa beta mujhe de diya? bas khud</w:t>
      </w:r>
    </w:p>
    <w:p>
      <w:pPr>
        <w:jc w:val="right"/>
      </w:pPr>
      <w:r>
        <w:t>کوئی شکر نہیں اس انسان کی زبان میں، کوئی شکر نہیں کہ خدایا تو کتنا عظیم ہے، کیسا بیٹا مجھے دے دیا۔ بس خود</w:t>
      </w:r>
    </w:p>
    <w:p>
      <w:r>
        <w:rPr>
          <w:b/>
        </w:rPr>
        <w:t xml:space="preserve">[55:17] </w:t>
      </w:r>
      <w:r>
        <w:t>bete ko dekh dekh khush ho rahay hain ke mera beta itna acha hai. yeh sab andha pan hai, yaqeen kijiye, andha pan hai yeh ke jo cheez di hai khuda ne, us ko to apni apna kamal samajhte ho.</w:t>
      </w:r>
    </w:p>
    <w:p>
      <w:pPr>
        <w:jc w:val="right"/>
      </w:pPr>
      <w:r>
        <w:t>بیٹے کو دیکھ دیکھ خوش ہو رہے ہیں کہ میرا بیٹا اتنا اچھا ہے۔ یہ سب اندھا پن ہے، یقین کیجیے، اندھا پن ہے یہ کہ جو چیز دی ہے خدا نے، اس کو تو اپنی اپنا کمال سمجھتے ہو۔</w:t>
      </w:r>
    </w:p>
    <w:p>
      <w:r>
        <w:rPr>
          <w:b/>
        </w:rPr>
        <w:t xml:space="preserve">[55:29] </w:t>
      </w:r>
      <w:r>
        <w:t>mera beta</w:t>
      </w:r>
    </w:p>
    <w:p>
      <w:pPr>
        <w:jc w:val="right"/>
      </w:pPr>
      <w:r>
        <w:t>میرا بیٹا</w:t>
      </w:r>
    </w:p>
    <w:p>
      <w:r>
        <w:rPr>
          <w:b/>
        </w:rPr>
        <w:t xml:space="preserve">[55:35] </w:t>
      </w:r>
      <w:r>
        <w:t>to yeh sab ka haal hai. chahe beta ho, chahe ghar ho, chahe bank balance ho, chahe job ho, chahe business ho, kahin bhi aap jaiye, koi khuda ko acknowledge karne wala nahi mile ga.</w:t>
      </w:r>
    </w:p>
    <w:p>
      <w:pPr>
        <w:jc w:val="right"/>
      </w:pPr>
      <w:r>
        <w:t>تو یہ سب کا حال ہے۔ چاہے بیٹا ہو، چاہے گھر ہو، چاہے بینک بیلنس ہو، چاہے جاب ہو، چاہے بزنس ہو، کہیں بھی آپ جائیے، کوئی خدا کو ایکنالج کرنے والا نہیں ملے گا۔</w:t>
      </w:r>
    </w:p>
    <w:p>
      <w:r>
        <w:rPr>
          <w:b/>
        </w:rPr>
        <w:t xml:space="preserve">[55:53] </w:t>
      </w:r>
      <w:r>
        <w:t>lift service ke tor par kuch kar dete hain hum, kuch log. lekin isi ke andar mein to kam az kam nahi dekhta ke shukr khuda ka, yani khuda ke shukr ka darya beh raha ho us ke seenay mein.</w:t>
      </w:r>
    </w:p>
    <w:p>
      <w:pPr>
        <w:jc w:val="right"/>
      </w:pPr>
      <w:r>
        <w:t>لفٹ سروس کے طور پر کچھ کر دیتے ہیں ہم، کچھ لوگ۔ لیکن اسی کے اندر میں تو کم از کم نہیں دیکھتا کہ شکر خدا کا، یعنی خدا کے شکر کا دریا بہہ رہا ہو اس کے سینے میں۔</w:t>
      </w:r>
    </w:p>
    <w:p>
      <w:r>
        <w:rPr>
          <w:b/>
        </w:rPr>
        <w:t xml:space="preserve">[56:06] </w:t>
      </w:r>
      <w:r>
        <w:t>khuda ke shukr ke chashmay jari ho gaye ho us ke seenay mein.</w:t>
      </w:r>
    </w:p>
    <w:p>
      <w:pPr>
        <w:jc w:val="right"/>
      </w:pPr>
      <w:r>
        <w:t>خدا کے شکر کے چشمے جاری ہو گئے ہو اس کے سینے میں۔</w:t>
      </w:r>
    </w:p>
    <w:p>
      <w:r>
        <w:rPr>
          <w:b/>
        </w:rPr>
        <w:t xml:space="preserve">[56:11] </w:t>
      </w:r>
      <w:r>
        <w:t>khuda ke shukr ka samandar is ke dil seene mein mojen maar raha ho. main to nahin dekhta.</w:t>
      </w:r>
    </w:p>
    <w:p>
      <w:pPr>
        <w:jc w:val="right"/>
      </w:pPr>
      <w:r>
        <w:t>خدا کے شکر کا سمندر اس کے دل سینے میں موجیں مار رہا ہو۔ میں تو نہیں دیکھتا۔</w:t>
      </w:r>
    </w:p>
    <w:p>
      <w:r>
        <w:rPr>
          <w:b/>
        </w:rPr>
        <w:t xml:space="preserve">[56:21] </w:t>
      </w:r>
      <w:r>
        <w:t>to kiya hi andhe hain yeh log.</w:t>
      </w:r>
    </w:p>
    <w:p>
      <w:pPr>
        <w:jc w:val="right"/>
      </w:pPr>
      <w:r>
        <w:t>تو کیا ہی اندھے ہیں یہ لوگ۔</w:t>
      </w:r>
    </w:p>
    <w:p>
      <w:r>
        <w:rPr>
          <w:b/>
        </w:rPr>
        <w:t xml:space="preserve">[56:28] </w:t>
      </w:r>
      <w:r>
        <w:t>to main apne is din ko yaad karta hoon jab main hotel mein dakhil hua, mujhe ghishi aa gayi thi aur aadmi mujhe dhakelta tha.</w:t>
      </w:r>
    </w:p>
    <w:p>
      <w:pPr>
        <w:jc w:val="right"/>
      </w:pPr>
      <w:r>
        <w:t>تو میں اپنے اس دن کو یاد کرتا ہوں جب میں ہوٹل میں داخل ہوا، مجھے غشی آ گئی تھی اور آدمی مجھے ڈھکیلتا تھا۔</w:t>
      </w:r>
    </w:p>
    <w:p>
      <w:r>
        <w:rPr>
          <w:b/>
        </w:rPr>
        <w:t xml:space="preserve">[56:42] </w:t>
      </w:r>
      <w:r>
        <w:t>kyunke aap jab dikhai na de raha ho, idhar jayenge tab kisi se takrayenge, idhar jayenge to kisi se takrayenge.</w:t>
      </w:r>
    </w:p>
    <w:p>
      <w:pPr>
        <w:jc w:val="right"/>
      </w:pPr>
      <w:r>
        <w:t>کیونکہ آپ جب دکھائی نہ دے رہا ہو، ادھر جائیں گے تب کسی سے ٹکرائیں گے، ادھر جائیں گے تو کسی سے ٹکرائیں گے۔</w:t>
      </w:r>
    </w:p>
    <w:p>
      <w:r>
        <w:rPr>
          <w:b/>
        </w:rPr>
        <w:t xml:space="preserve">[56:51] </w:t>
      </w:r>
      <w:r>
        <w:t>ek jagah kuch bartan gir gaya aur woh hotel wala laga ghussa hone ke liye, kaha kaha ke andha aadmi aa gaya. to woh woh lamha mujhe yaad aata hai ke aakhirat mein mujhe andha uthaya jaye to kiya hoga?</w:t>
      </w:r>
    </w:p>
    <w:p>
      <w:pPr>
        <w:jc w:val="right"/>
      </w:pPr>
      <w:r>
        <w:t>ایک جگہ کچھ برتن گر گیا اور وہ ہوٹل والا لگا غصہ ہونے کے لیے، کہا کہا کہ اندھا آدمی آ گیا۔ تو وہ وہ لمحہ مجھے یاد آتا ہے کہ آخرت میں مجھے اندھا اٹھایا جائے تو کیا ہوگا؟</w:t>
      </w:r>
    </w:p>
    <w:p>
      <w:r>
        <w:rPr>
          <w:b/>
        </w:rPr>
        <w:t xml:space="preserve">[57:09] </w:t>
      </w:r>
      <w:r>
        <w:t>aur sare log mujhe andhe nazar aate hain.</w:t>
      </w:r>
    </w:p>
    <w:p>
      <w:pPr>
        <w:jc w:val="right"/>
      </w:pPr>
      <w:r>
        <w:t>اور سارے لوگ مجھے اندھے نظر آتے ہیں۔</w:t>
      </w:r>
    </w:p>
    <w:p>
      <w:r>
        <w:rPr>
          <w:b/>
        </w:rPr>
        <w:t xml:space="preserve">[57:19] </w:t>
      </w:r>
      <w:r>
        <w:t>to yeh hai islam in day life ka matlab. islam in day life yaad rahe, koi ritual mein jeene ka naam nahin hai.</w:t>
      </w:r>
    </w:p>
    <w:p>
      <w:pPr>
        <w:jc w:val="right"/>
      </w:pPr>
      <w:r>
        <w:t>تو یہ ہے اسلام ان ڈے لائف کا مطلب۔ اسلام ان ڈے لائف یاد رہے، کوئی ریچول میں جینے کا نام نہیں ہے۔</w:t>
      </w:r>
    </w:p>
    <w:p>
      <w:r>
        <w:rPr>
          <w:b/>
        </w:rPr>
        <w:t xml:space="preserve">[57:29] </w:t>
      </w:r>
      <w:r>
        <w:t>kuch rituals nahin hain, kuch subah kar lo, sham kar lo, rituals nahin. shukr ke samandar mein ghota lagane ka naam hai.</w:t>
      </w:r>
    </w:p>
    <w:p>
      <w:pPr>
        <w:jc w:val="right"/>
      </w:pPr>
      <w:r>
        <w:t>کچھ ریچولز نہیں ہیں، کچھ صبح کر لو، شام کر لو، ریچولز نہیں۔ شکر کے سمندر میں غوطہ لگانے کا نام ہے۔</w:t>
      </w:r>
    </w:p>
    <w:p>
      <w:r>
        <w:rPr>
          <w:b/>
        </w:rPr>
        <w:t xml:space="preserve">[57:42] </w:t>
      </w:r>
      <w:r>
        <w:t>apne andar jannati shakhsiyat banane ka naam hai.</w:t>
      </w:r>
    </w:p>
    <w:p>
      <w:pPr>
        <w:jc w:val="right"/>
      </w:pPr>
      <w:r>
        <w:t>اپنے اندر جنتی شخصیت بنانے کا نام ہے۔</w:t>
      </w:r>
    </w:p>
    <w:p>
      <w:r>
        <w:rPr>
          <w:b/>
        </w:rPr>
        <w:t xml:space="preserve">[57:49] </w:t>
      </w:r>
      <w:r>
        <w:t>apne aap ko woh insaan banane ka naam hai jo jannat ke liye deserve kare. rozana ke tajurbaat mein</w:t>
      </w:r>
    </w:p>
    <w:p>
      <w:pPr>
        <w:jc w:val="right"/>
      </w:pPr>
      <w:r>
        <w:t>اپنے آپ کو وہ انسان بنانے کا نام ہے جو جنت کے لیے ڈیزرو کرے۔ روزانہ کے تجربات میں</w:t>
      </w:r>
    </w:p>
    <w:p>
      <w:r>
        <w:rPr>
          <w:b/>
        </w:rPr>
        <w:t xml:space="preserve">[58:00] </w:t>
      </w:r>
      <w:r>
        <w:t>subah ek talfa aaya mere paas bombay se. ek sahab ne kaha ke mujhe falan jagah jana tha lekin celebrities ke haan bohat parha lag gaya hai. main kaise jaon? aur aaj bohat parha laga hua hai bombay mein celebrities ke haan.</w:t>
      </w:r>
    </w:p>
    <w:p>
      <w:pPr>
        <w:jc w:val="right"/>
      </w:pPr>
      <w:r>
        <w:t>صبح ایک تلفہ آیا میرے پاس بمبئی سے۔ ایک صاحب نے کہا کہ مجھے فلاں جگہ جانا تھا لیکن سیلیبریٹیز کے ہاں بہت پڑھا لگ گیا ہے۔ میں کیسے جاؤں؟ اور آج بہت پڑھا لگا ہوا ہے بمبئی میں سیلیبریٹیز کے ہاں۔</w:t>
      </w:r>
    </w:p>
    <w:p>
      <w:r>
        <w:rPr>
          <w:b/>
        </w:rPr>
        <w:t xml:space="preserve">[58:14] </w:t>
      </w:r>
      <w:r>
        <w:t>to main ne kaha ke dekhiye,</w:t>
      </w:r>
    </w:p>
    <w:p>
      <w:pPr>
        <w:jc w:val="right"/>
      </w:pPr>
      <w:r>
        <w:t>تو میں نے کہا کہ دیکھیے،</w:t>
      </w:r>
    </w:p>
    <w:p>
      <w:r>
        <w:rPr>
          <w:b/>
        </w:rPr>
        <w:t xml:space="preserve">[58:17] </w:t>
      </w:r>
      <w:r>
        <w:t>agar mumkin hai to dua work, nahin mumkin hai to dua work. ja saken to dua work kijiye, nahin ja saken to dua work kijiye.</w:t>
      </w:r>
    </w:p>
    <w:p>
      <w:pPr>
        <w:jc w:val="right"/>
      </w:pPr>
      <w:r>
        <w:t>اگر ممکن ہے تو دعا ورک، نہیں ممکن ہے تو دعا ورک۔ جا سکیں تو دعا ورک کیجئے، نہیں جا سکیں تو دعا ورک کیجئے۔</w:t>
      </w:r>
    </w:p>
    <w:p>
      <w:r>
        <w:rPr>
          <w:b/>
        </w:rPr>
        <w:t xml:space="preserve">[58:27] </w:t>
      </w:r>
      <w:r>
        <w:t>dua bhi ek work hai. yeh hai momin ka mizaj.</w:t>
      </w:r>
    </w:p>
    <w:p>
      <w:pPr>
        <w:jc w:val="right"/>
      </w:pPr>
      <w:r>
        <w:t>دعا بھی ایک ورک ہے۔ یہ ہے مومن کا مزاج۔</w:t>
      </w:r>
    </w:p>
    <w:p>
      <w:r>
        <w:rPr>
          <w:b/>
        </w:rPr>
        <w:t xml:space="preserve">[58:35] </w:t>
      </w:r>
      <w:r>
        <w:t>to main Allah taala se dua karta hoon ke hum hum ko aur aap ko tofeeq de ke hum Allah ki marzi ke mutabiq dunya mein rahen aur jannat mein hamein hissa milay.</w:t>
      </w:r>
    </w:p>
    <w:p>
      <w:pPr>
        <w:jc w:val="right"/>
      </w:pPr>
      <w:r>
        <w:t>تو میں اللہ تعالی سے دعا کرتا ہوں کہ ہم ہم کو اور آپ کو توفیق دے کہ ہم اللہ کی مرضی کے مطابق دنیا میں رہیں اور جنت میں ہمیں حصہ ملے۔</w:t>
      </w:r>
    </w:p>
    <w:p>
      <w:r>
        <w:rPr>
          <w:b/>
        </w:rPr>
        <w:t xml:space="preserve">[58:47] </w:t>
      </w:r>
      <w:r>
        <w:t>aqool qawlihaza wastaghfirullah walakum ajmaeen.</w:t>
      </w:r>
    </w:p>
    <w:p>
      <w:pPr>
        <w:jc w:val="right"/>
      </w:pPr>
      <w:r>
        <w:t>اقول قولیھذا واستغفراللہ ولکم اجمعین۔</w:t>
      </w:r>
    </w:p>
    <w:p>
      <w:r>
        <w:rPr>
          <w:b/>
        </w:rPr>
        <w:t xml:space="preserve">[59:04] </w:t>
      </w:r>
      <w:r>
        <w:t>maulana satwan nadvi ne nai dilli se likha hai: "maulana, kindly explain these two quranic verses. the first is in chapter 13, verse number 11,</w:t>
      </w:r>
    </w:p>
    <w:p>
      <w:pPr>
        <w:jc w:val="right"/>
      </w:pPr>
      <w:r>
        <w:t>مولانا ستوان ندوی نے نئی دلی سے لکھا ہے: "مولانا، کائنڈلی ایکسپلین دیز ٹو قرآنک ورسز۔ دا فرسٹ از ان چیپٹر 13، ورس نمبر 11،</w:t>
      </w:r>
    </w:p>
    <w:p>
      <w:r>
        <w:rPr>
          <w:b/>
        </w:rPr>
        <w:t xml:space="preserve">[59:18] </w:t>
      </w:r>
      <w:r>
        <w:t>which says: each has guardian angels before him and behind him,</w:t>
      </w:r>
    </w:p>
    <w:p>
      <w:pPr>
        <w:jc w:val="right"/>
      </w:pPr>
      <w:r>
        <w:t>وچ سیز: ایچ ہیز گارڈین اینجلز بیفور ہم اینڈ بیہائنڈ ہم،</w:t>
      </w:r>
    </w:p>
    <w:p>
      <w:r>
        <w:rPr>
          <w:b/>
        </w:rPr>
        <w:t xml:space="preserve">[59:24] </w:t>
      </w:r>
      <w:r>
        <w:t>who watch him at god's command. there is another verse in chapter 72, verse number 27, where it is mentioned: god sends down guardians who walk before them and behind them.</w:t>
      </w:r>
    </w:p>
    <w:p>
      <w:pPr>
        <w:jc w:val="right"/>
      </w:pPr>
      <w:r>
        <w:t>ہو واچ ہم ایٹ گاڈز کمانڈ۔ دیر از انادر ورس ان چیپٹر 72، ورس نمبر 27، ویئر اٹ از مینشن: گاڈ سینڈز ڈاؤن گارڈینز ہو واک بیفور دیم اینڈ بیہائنڈ دیم۔</w:t>
      </w:r>
    </w:p>
    <w:p>
      <w:r>
        <w:rPr>
          <w:b/>
        </w:rPr>
        <w:t xml:space="preserve">[59:41] </w:t>
      </w:r>
      <w:r>
        <w:t>maulana sahib, kindly explain these two verses." dekhiye, yeh do ayaten jo hain, yeh daai ke bare mein hain, rasool Allah ke bare mein hain.</w:t>
      </w:r>
    </w:p>
    <w:p>
      <w:pPr>
        <w:jc w:val="right"/>
      </w:pPr>
      <w:r>
        <w:t>مولانا صاحب، کائنڈلی ایکسپلین دیز ٹو ورسز۔" دیکھیے، یہ دو آیتیں جو ہیں، یہ داعی کے بارے میں ہیں، رسول اللہ کے بارے میں ہیں۔</w:t>
      </w:r>
    </w:p>
    <w:p>
      <w:r>
        <w:rPr>
          <w:b/>
        </w:rPr>
        <w:t xml:space="preserve">[59:56] </w:t>
      </w:r>
      <w:r>
        <w:t>to rasool Allah</w:t>
      </w:r>
    </w:p>
    <w:p>
      <w:pPr>
        <w:jc w:val="right"/>
      </w:pPr>
      <w:r>
        <w:t>تو رسول اللہ</w:t>
      </w:r>
    </w:p>
    <w:p>
      <w:r>
        <w:rPr>
          <w:b/>
        </w:rPr>
        <w:t xml:space="preserve">[59:58] </w:t>
      </w:r>
      <w:r>
        <w:t>ke baad jo dawat ka kaam kare, woh is par bhi apply hoti hain. is mein bataya gaya hai ke jo aadmi dawat ka kaam karta hai, to us ke aage aur peechhe farishte hote hain,</w:t>
      </w:r>
    </w:p>
    <w:p>
      <w:pPr>
        <w:jc w:val="right"/>
      </w:pPr>
      <w:r>
        <w:t>کے بعد جو دعوت کا کام کرے، وہ اس پر بھی اپلائی ہوتی ہیں۔ اس میں بتایا گیا ہے کہ جو آدمی دعوت کا کام کرتا ہے، تو اس کے آگے اور پیچھے فرشتے ہوتے ہیں،</w:t>
      </w:r>
    </w:p>
    <w:p>
      <w:r>
        <w:rPr>
          <w:b/>
        </w:rPr>
        <w:t xml:space="preserve">[1:00:16] </w:t>
      </w:r>
      <w:r>
        <w:t>us ki safety ke liye. kaisi ajeeb ayat hai yeh!</w:t>
      </w:r>
    </w:p>
    <w:p>
      <w:pPr>
        <w:jc w:val="right"/>
      </w:pPr>
      <w:r>
        <w:t>اس کی سیفٹی کے لیے۔ کیسی عجیب آیت ہے یہ!</w:t>
      </w:r>
    </w:p>
    <w:p>
      <w:r>
        <w:rPr>
          <w:b/>
        </w:rPr>
        <w:t xml:space="preserve">[1:00:23] </w:t>
      </w:r>
      <w:r>
        <w:t>dekhiye, quran mein ek to yeh hai: "az yatlaq al mutlaqiyan ala al yameen wal shawal qaid may al fadl min qawl illa raqeeb ateed".</w:t>
      </w:r>
    </w:p>
    <w:p>
      <w:pPr>
        <w:jc w:val="right"/>
      </w:pPr>
      <w:r>
        <w:t>دیکھیے، قرآن میں ایک تو یہ ہے: "از یتلق المتلقیان علی الیمین والشوال قید مای الفضل من قول الا رقیب عطید"۔</w:t>
      </w:r>
    </w:p>
    <w:p>
      <w:r>
        <w:rPr>
          <w:b/>
        </w:rPr>
        <w:t xml:space="preserve">[1:00:38] </w:t>
      </w:r>
      <w:r>
        <w:t>yani har aadmi ke ek dayen aur ek bayen farishte hota hai. do farishte har aadmi ke sath hote hain taake us ki har baat ko woh record karen.</w:t>
      </w:r>
    </w:p>
    <w:p>
      <w:pPr>
        <w:jc w:val="right"/>
      </w:pPr>
      <w:r>
        <w:t>یعنی ہر آدمی کے ایک دائیں اور ایک بائیں فرشتہ ہوتا ہے۔ دو فرشتے ہر آدمی کے ساتھ ہوتے ہیں تاکہ اس کی ہر بات کو وہ ریکارڈ کریں۔</w:t>
      </w:r>
    </w:p>
    <w:p>
      <w:r>
        <w:rPr>
          <w:b/>
        </w:rPr>
        <w:t xml:space="preserve">[1:00:51] </w:t>
      </w:r>
      <w:r>
        <w:t>jo kuch bolay,</w:t>
      </w:r>
    </w:p>
    <w:p>
      <w:pPr>
        <w:jc w:val="right"/>
      </w:pPr>
      <w:r>
        <w:t>جو کچھ بولے،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