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Shukr 19 Dec, 2010 - Maulana Wahiduddin Khan</w:t>
      </w:r>
    </w:p>
    <w:p>
      <w:r>
        <w:t>https://www.youtube.com/watch?v=F4mVn0DwH34</w:t>
      </w:r>
    </w:p>
    <w:p>
      <w:r>
        <w:rPr>
          <w:b/>
        </w:rPr>
        <w:t xml:space="preserve">[00:13] </w:t>
      </w:r>
      <w:r>
        <w:t>Bismillah hir rehman nir rahim, wa sallallahu ala nabiyyil kareem.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ka topic hai shukr, da importance of shukr.</w:t>
      </w:r>
    </w:p>
    <w:p>
      <w:pPr>
        <w:jc w:val="right"/>
      </w:pPr>
      <w:r>
        <w:t>آج کا ٹاپک ہے شکر، دا امپورٹنس آف شکر۔</w:t>
      </w:r>
    </w:p>
    <w:p>
      <w:r>
        <w:rPr>
          <w:b/>
        </w:rPr>
        <w:t xml:space="preserve">[00:42] </w:t>
      </w:r>
      <w:r>
        <w:t>sh</w:t>
      </w:r>
    </w:p>
    <w:p>
      <w:pPr>
        <w:jc w:val="right"/>
      </w:pPr>
      <w:r>
        <w:t>ش</w:t>
      </w:r>
    </w:p>
    <w:p>
      <w:r>
        <w:rPr>
          <w:b/>
        </w:rPr>
        <w:t xml:space="preserve">[00:43] </w:t>
      </w:r>
      <w:r>
        <w:t>kr ka matlab hai acknowledge karna, etraaf karna. kisi se kuch mile aap ko, kisi se kuch aap ko faida pohanchay,</w:t>
      </w:r>
    </w:p>
    <w:p>
      <w:pPr>
        <w:jc w:val="right"/>
      </w:pPr>
      <w:r>
        <w:t>کر کا مطلب ہے اکنالج کرنا، اعتراف کرنا۔ کسی سے کچھ ملے آپ کو، کسی سے کچھ آپ کو فائدہ پہنچے،</w:t>
      </w:r>
    </w:p>
    <w:p>
      <w:r>
        <w:rPr>
          <w:b/>
        </w:rPr>
        <w:t xml:space="preserve">[00:58] </w:t>
      </w:r>
      <w:r>
        <w:t>to aap kehte hain thank you, shukr. to yeh hai acknowledge karna.</w:t>
      </w:r>
    </w:p>
    <w:p>
      <w:pPr>
        <w:jc w:val="right"/>
      </w:pPr>
      <w:r>
        <w:t>تو آپ کہتے ہیں تھینک یو، شکر۔ تو یہ ہے اکنالج کرنا۔</w:t>
      </w:r>
    </w:p>
    <w:p>
      <w:r>
        <w:rPr>
          <w:b/>
        </w:rPr>
        <w:t xml:space="preserve">[01:07] </w:t>
      </w:r>
      <w:r>
        <w:t>to ek hai acknowledge karna insaan ke level par. woh saada tor par thank you kehne se poora ho jata hai.</w:t>
      </w:r>
    </w:p>
    <w:p>
      <w:pPr>
        <w:jc w:val="right"/>
      </w:pPr>
      <w:r>
        <w:t>تو ایک ہے اکنالج کرنا انسان کے لیول پر۔ وہ سادہ طور پر تھینک یو کہنے سے پورا ہو جاتا ہے۔</w:t>
      </w:r>
    </w:p>
    <w:p>
      <w:r>
        <w:rPr>
          <w:b/>
        </w:rPr>
        <w:t xml:space="preserve">[01:19] </w:t>
      </w:r>
      <w:r>
        <w:t>ek hai Khuda ke satah par kehna. to Khuda ke satah par jab shukr kiya jaye to usay kehte hain hamd. bohat hi bara shukr.</w:t>
      </w:r>
    </w:p>
    <w:p>
      <w:pPr>
        <w:jc w:val="right"/>
      </w:pPr>
      <w:r>
        <w:t>ایک ہے خدا کے سطح پر کہنا۔ تو خدا کے سطح پر جب شکر کیا جائے تو اسے کہتے ہیں حمد۔ بہت ہی بڑا شکر۔</w:t>
      </w:r>
    </w:p>
    <w:p>
      <w:r>
        <w:rPr>
          <w:b/>
        </w:rPr>
        <w:t xml:space="preserve">[01:34] </w:t>
      </w:r>
      <w:r>
        <w:t>to shukr jo hai woh deen ka khulasa hai.</w:t>
      </w:r>
    </w:p>
    <w:p>
      <w:pPr>
        <w:jc w:val="right"/>
      </w:pPr>
      <w:r>
        <w:t>تو شکر جو ہے وہ دین کا خلاصہ ہے۔</w:t>
      </w:r>
    </w:p>
    <w:p>
      <w:r>
        <w:rPr>
          <w:b/>
        </w:rPr>
        <w:t xml:space="preserve">[01:42] </w:t>
      </w:r>
      <w:r>
        <w:t>quran ko aap kholain to aap ko sab se pehla jo word milega woh hai alhamdulillah. alhamdulillah rabbil alameen. hamd ka matlab hai yahi.</w:t>
      </w:r>
    </w:p>
    <w:p>
      <w:pPr>
        <w:jc w:val="right"/>
      </w:pPr>
      <w:r>
        <w:t>قرآن کو آپ کھولیں تو آپ کو سب سے پہلا جو ورڈ ملے گا وہ ہے الحمد۔ الحمدللہ رب العالمین۔ حمد کا مطلب ہے یہی۔</w:t>
      </w:r>
    </w:p>
    <w:p>
      <w:r>
        <w:rPr>
          <w:b/>
        </w:rPr>
        <w:t xml:space="preserve">[01:56] </w:t>
      </w:r>
      <w:r>
        <w:t>kai andaaz se is ko aap keh sakte hain ke tareef karna, shukr karna, acknowledge karna, sab ka khulasa aik hi hai. yaani is mein hai alhamdulillah rabbil alameen.</w:t>
      </w:r>
    </w:p>
    <w:p>
      <w:pPr>
        <w:jc w:val="right"/>
      </w:pPr>
      <w:r>
        <w:t>کئی انداز سے اس کو آپ کہہ سکتے ہیں کہ تعریف کرنا، شکر کرنا، اکنالج کرنا، سب کا خلاصہ ایک ہی ہے۔ یعنی اس میں ہے الحمدللہ رب العالمین۔</w:t>
      </w:r>
    </w:p>
    <w:p>
      <w:r>
        <w:rPr>
          <w:b/>
        </w:rPr>
        <w:t xml:space="preserve">[02:10] </w:t>
      </w:r>
      <w:r>
        <w:t>yaani Allah rabb hai. rabb ka matlab yeh hai ke woh hai paalne wala, parwarish karne wala, dene wala.</w:t>
      </w:r>
    </w:p>
    <w:p>
      <w:pPr>
        <w:jc w:val="right"/>
      </w:pPr>
      <w:r>
        <w:t>یعنی اللہ رب ہے۔ رب کا معنی یہ ہے کہ وہ ہے پالنے والا، پرورش کرنے والا، دینے والا۔</w:t>
      </w:r>
    </w:p>
    <w:p>
      <w:r>
        <w:rPr>
          <w:b/>
        </w:rPr>
        <w:t xml:space="preserve">[02:24] </w:t>
      </w:r>
      <w:r>
        <w:t>yaani sab kuch jo kisi ko mila hua hai,</w:t>
      </w:r>
    </w:p>
    <w:p>
      <w:pPr>
        <w:jc w:val="right"/>
      </w:pPr>
      <w:r>
        <w:t>یعنی سب کچھ جو کسی کو ملا ہوا ہے،</w:t>
      </w:r>
    </w:p>
    <w:p>
      <w:r>
        <w:rPr>
          <w:b/>
        </w:rPr>
        <w:t xml:space="preserve">[02:29] </w:t>
      </w:r>
      <w:r>
        <w:t>chahe ek chota sa particle ho ya ek poori galaxy ho,</w:t>
      </w:r>
    </w:p>
    <w:p>
      <w:pPr>
        <w:jc w:val="right"/>
      </w:pPr>
      <w:r>
        <w:t>چاہے ایک چھوٹا سا پارٹیکل ہو یا ایک پوری گلیکسی ہو،</w:t>
      </w:r>
    </w:p>
    <w:p>
      <w:r>
        <w:rPr>
          <w:b/>
        </w:rPr>
        <w:t xml:space="preserve">[02:39] </w:t>
      </w:r>
      <w:r>
        <w:t>sab kuch Allah se mila hua hai. to is par hum kehte hain Khudaaya tera shukr hai. alhamdulillah rabbil alameen.</w:t>
      </w:r>
    </w:p>
    <w:p>
      <w:pPr>
        <w:jc w:val="right"/>
      </w:pPr>
      <w:r>
        <w:t>سب کچھ اللہ سے ملا ہوا ہے۔ تو اس پر ہم کہتے ہیں خدایا تیرا شکر ہے۔ الحمدللہ رب العالمین۔</w:t>
      </w:r>
    </w:p>
    <w:p>
      <w:r>
        <w:rPr>
          <w:b/>
        </w:rPr>
        <w:t xml:space="preserve">[02:50] </w:t>
      </w:r>
      <w:r>
        <w:t>yahi deen ka khulasa hai.</w:t>
      </w:r>
    </w:p>
    <w:p>
      <w:pPr>
        <w:jc w:val="right"/>
      </w:pPr>
      <w:r>
        <w:t>یہی دین کا خلاصہ ہے۔</w:t>
      </w:r>
    </w:p>
    <w:p>
      <w:r>
        <w:rPr>
          <w:b/>
        </w:rPr>
        <w:t xml:space="preserve">[02:55] </w:t>
      </w:r>
      <w:r>
        <w:t>yahi deen ka khulasa hai. yeh topic kal mere mind mein aaya. kal mein yahan Delhi mein ek international seminar mein gaya hua tha.</w:t>
      </w:r>
    </w:p>
    <w:p>
      <w:pPr>
        <w:jc w:val="right"/>
      </w:pPr>
      <w:r>
        <w:t>یہی دین کا خلاصہ ہے۔ یہ ٹاپک کل میرے مائنڈ میں آیا۔ کل میں یہاں دلی میں ایک انٹرنیشنل سیمینار میں گیا ہوا تھا۔</w:t>
      </w:r>
    </w:p>
    <w:p>
      <w:r>
        <w:rPr>
          <w:b/>
        </w:rPr>
        <w:t xml:space="preserve">[03:11] </w:t>
      </w:r>
      <w:r>
        <w:t>wahan meri ek speech thi.</w:t>
      </w:r>
    </w:p>
    <w:p>
      <w:pPr>
        <w:jc w:val="right"/>
      </w:pPr>
      <w:r>
        <w:t>وہاں میری ایک اسپیچ تھی۔</w:t>
      </w:r>
    </w:p>
    <w:p>
      <w:r>
        <w:rPr>
          <w:b/>
        </w:rPr>
        <w:t xml:space="preserve">[03:18] </w:t>
      </w:r>
      <w:r>
        <w:t>to wahan par glass mein pani rakha hua tha, woh mein ne piya.</w:t>
      </w:r>
    </w:p>
    <w:p>
      <w:pPr>
        <w:jc w:val="right"/>
      </w:pPr>
      <w:r>
        <w:t>تو وہاں پر گلاس میں پانی رکھا ہوا تھا، وہ میں نے پیا۔</w:t>
      </w:r>
    </w:p>
    <w:p>
      <w:r>
        <w:rPr>
          <w:b/>
        </w:rPr>
        <w:t xml:space="preserve">[03:28] </w:t>
      </w:r>
      <w:r>
        <w:t>aakhir mein jab mujhe uthna tha to glass mein ne uthaya. is mein pani tha nahi.</w:t>
      </w:r>
    </w:p>
    <w:p>
      <w:pPr>
        <w:jc w:val="right"/>
      </w:pPr>
      <w:r>
        <w:t>آخر میں جب مجھے اٹھنا تھا تو گلاس میں نے اٹھایا۔ اس میں پانی تھا نہیں۔</w:t>
      </w:r>
    </w:p>
    <w:p>
      <w:r>
        <w:rPr>
          <w:b/>
        </w:rPr>
        <w:t xml:space="preserve">[03:39] </w:t>
      </w:r>
      <w:r>
        <w:t>to log jaldi se daure ke pani chahiye, pani dene ke liye. mein ne kaha nahi mujhe pani nahi chahiye, mujhe dekhna tha ke is glass mein koi koi qatra pani ka bach gaya to us ko mein khatam kar doon.</w:t>
      </w:r>
    </w:p>
    <w:p>
      <w:pPr>
        <w:jc w:val="right"/>
      </w:pPr>
      <w:r>
        <w:t>تو لوگ جلدی سے دوڑے کہ پانی چاہیے، پانی دینے کے لیے۔ میں نے کہا نہیں مجھے پانی نہیں چاہیے، مجھے دیکھنا تھا کہ اس گلاس میں کوئی کوئی قطرہ پانی کا بچ گیا تو اس کو میں ختم کر دوں۔</w:t>
      </w:r>
    </w:p>
    <w:p>
      <w:r>
        <w:rPr>
          <w:b/>
        </w:rPr>
        <w:t xml:space="preserve">[03:57] </w:t>
      </w:r>
      <w:r>
        <w:t>aadmi pani pita hai to koi na koi bach jata hai is mein. to is bache hue pani ko khatam karne ke liye mein ne woh glass uthaya. ke ek bhi drop agar is ke andar ho, ek boond, to mein us ko pi loon.</w:t>
      </w:r>
    </w:p>
    <w:p>
      <w:pPr>
        <w:jc w:val="right"/>
      </w:pPr>
      <w:r>
        <w:t>آدمی پانی پیتا ہے تو کوئی نہ کوئی بچ جاتا ہے اس میں۔ تو اس بچے ہوئے پانی کو ختم کرنے کے لیے میں نے وہ گلاس اٹھایا۔ کہ ایک بھی ڈراپ اگر اس کے اندر ہو، ایک بوند، تو میں اس کو پی لوں۔</w:t>
      </w:r>
    </w:p>
    <w:p>
      <w:r>
        <w:rPr>
          <w:b/>
        </w:rPr>
        <w:t xml:space="preserve">[04:13] </w:t>
      </w:r>
      <w:r>
        <w:t>to logon ko bara taajjub hua ke aap ek drop ke liye</w:t>
      </w:r>
    </w:p>
    <w:p>
      <w:pPr>
        <w:jc w:val="right"/>
      </w:pPr>
      <w:r>
        <w:t>تو لوگوں کو بڑا تعجب ہوا کہ آپ ایک ڈراپ کے لیے</w:t>
      </w:r>
    </w:p>
    <w:p>
      <w:r>
        <w:rPr>
          <w:b/>
        </w:rPr>
        <w:t xml:space="preserve">[04:21] </w:t>
      </w:r>
      <w:r>
        <w:t>us ko peena chahte hain, hum to aadha glass chhod dete hain.</w:t>
      </w:r>
    </w:p>
    <w:p>
      <w:pPr>
        <w:jc w:val="right"/>
      </w:pPr>
      <w:r>
        <w:t>اس کو پینا چاہتے ہیں، ہم تو آدھا گلاس چھوڑ دیتے ہیں۔</w:t>
      </w:r>
    </w:p>
    <w:p>
      <w:r>
        <w:rPr>
          <w:b/>
        </w:rPr>
        <w:t xml:space="preserve">[04:25] </w:t>
      </w:r>
      <w:r>
        <w:t>aadha glass piya, aadha glass chhod diya.</w:t>
      </w:r>
    </w:p>
    <w:p>
      <w:pPr>
        <w:jc w:val="right"/>
      </w:pPr>
      <w:r>
        <w:t>آدھا گلاس پیا، آدھا گلاس چھوڑ دیا۔</w:t>
      </w:r>
    </w:p>
    <w:p>
      <w:r>
        <w:rPr>
          <w:b/>
        </w:rPr>
        <w:t xml:space="preserve">[04:31] </w:t>
      </w:r>
      <w:r>
        <w:t>to yeh baat mere samajh mein aayi us waqt ke logon mein shaoor ka jazba nahi. pani kitni bari cheez hai, us ko log jante nahi.</w:t>
      </w:r>
    </w:p>
    <w:p>
      <w:pPr>
        <w:jc w:val="right"/>
      </w:pPr>
      <w:r>
        <w:t>تو یہ بات میرے سمجھ میں آئی اس وقت کہ لوگوں میں شعور کا جذبہ نہیں۔ پانی کتنی بڑی چیز ہے، اس کو لوگ جانتے نہیں۔</w:t>
      </w:r>
    </w:p>
    <w:p>
      <w:r>
        <w:rPr>
          <w:b/>
        </w:rPr>
        <w:t xml:space="preserve">[04:45] </w:t>
      </w:r>
      <w:r>
        <w:t>yaani pani jo hai hamari zameen ke upar, aap jante hain ke kitna zyada hai.</w:t>
      </w:r>
    </w:p>
    <w:p>
      <w:pPr>
        <w:jc w:val="right"/>
      </w:pPr>
      <w:r>
        <w:t>یعنی پانی جو ہے ہماری زمین کے اوپر، آپ جانتے ہیں کہ کتنا زیادہ ہے۔</w:t>
      </w:r>
    </w:p>
    <w:p>
      <w:r>
        <w:rPr>
          <w:b/>
        </w:rPr>
        <w:t xml:space="preserve">[04:57] </w:t>
      </w:r>
      <w:r>
        <w:t>79 feesad.</w:t>
      </w:r>
    </w:p>
    <w:p>
      <w:pPr>
        <w:jc w:val="right"/>
      </w:pPr>
      <w:r>
        <w:t>79 فیصد۔</w:t>
      </w:r>
    </w:p>
    <w:p>
      <w:r>
        <w:rPr>
          <w:b/>
        </w:rPr>
        <w:t xml:space="preserve">[05:01] </w:t>
      </w:r>
      <w:r>
        <w:t>21 feesad jo hai zameen land hai, khushki hai. Kyun? Insaan ko pani ki zaroorat bohat zyada thi.</w:t>
      </w:r>
    </w:p>
    <w:p>
      <w:pPr>
        <w:jc w:val="right"/>
      </w:pPr>
      <w:r>
        <w:t>21 فیصد جو ہے زمین لینڈ ہے، خشکی ہے۔ کیوں؟ انسان کو پانی کی ضرورت بہت زیادہ تھی۔</w:t>
      </w:r>
    </w:p>
    <w:p>
      <w:r>
        <w:rPr>
          <w:b/>
        </w:rPr>
        <w:t xml:space="preserve">[05:12] </w:t>
      </w:r>
      <w:r>
        <w:t>Sab se zyada zaroorat insaan ko pani ki thi.</w:t>
      </w:r>
    </w:p>
    <w:p>
      <w:pPr>
        <w:jc w:val="right"/>
      </w:pPr>
      <w:r>
        <w:t>سب سے زیادہ ضرورت انسان کو پانی کی تھی۔</w:t>
      </w:r>
    </w:p>
    <w:p>
      <w:r>
        <w:rPr>
          <w:b/>
        </w:rPr>
        <w:t xml:space="preserve">[05:16] </w:t>
      </w:r>
      <w:r>
        <w:t>To Allah taala ne, yani creator ne, sari zameen ko pani se bhar diya.</w:t>
      </w:r>
    </w:p>
    <w:p>
      <w:pPr>
        <w:jc w:val="right"/>
      </w:pPr>
      <w:r>
        <w:t>تو اللہ تعالیٰ نے، یعنی کریٹر نے، ساری زمین کو پانی سے بھر دیا۔</w:t>
      </w:r>
    </w:p>
    <w:p>
      <w:r>
        <w:rPr>
          <w:b/>
        </w:rPr>
        <w:t xml:space="preserve">[05:26] </w:t>
      </w:r>
      <w:r>
        <w:t>To jo cheez bohat zyada mil jaye to log samajhte hain ke bas is ko kam samajh lete hain. Lekin pani itna zyada aham hai ke aap ka poora body ka sab se bada hissa pani hai.</w:t>
      </w:r>
    </w:p>
    <w:p>
      <w:pPr>
        <w:jc w:val="right"/>
      </w:pPr>
      <w:r>
        <w:t>تو جو چیز بہت زیادہ مل جائے تو لوگ سمجھتے ہیں کہ بس اس کو کم سمجھ لیتے ہیں۔ لیکن پانی اتنا زیادہ اہم ہے کہ آپ کا پورا باڈی کا سب سے بڑا حصہ پانی ہے۔</w:t>
      </w:r>
    </w:p>
    <w:p>
      <w:r>
        <w:rPr>
          <w:b/>
        </w:rPr>
        <w:t xml:space="preserve">[05:41] </w:t>
      </w:r>
      <w:r>
        <w:t>Pani agar na piyen aap to aap mar jayen. Pani na ho to fasal na ho gayen. Yani pani par zindagi ka inhisaar hai.</w:t>
      </w:r>
    </w:p>
    <w:p>
      <w:pPr>
        <w:jc w:val="right"/>
      </w:pPr>
      <w:r>
        <w:t>پانی اگر نہ پیئیں آپ تو آپ مر جائیں۔ پانی نہ ہو تو فصل نہ ہو گئے۔ یعنی پانی پر زندگی کا انحصار ہے۔</w:t>
      </w:r>
    </w:p>
    <w:p>
      <w:r>
        <w:rPr>
          <w:b/>
        </w:rPr>
        <w:t xml:space="preserve">[05:56] </w:t>
      </w:r>
      <w:r>
        <w:t>To jab yeh sochen aap ke kaise Allah taala ne ke liye mumkin hua ke do gases, hydrogen aur oxygen, alag alag gases hain woh,</w:t>
      </w:r>
    </w:p>
    <w:p>
      <w:pPr>
        <w:jc w:val="right"/>
      </w:pPr>
      <w:r>
        <w:t>تو جب یہ سوچیں آپ کہ کیسے اللہ تعالیٰ نے کے لیے ممکن ہوا کہ دو گیسز، ہائیڈروجن اور آکسیجن، الگ الگ گیسز ہیں وہ،</w:t>
      </w:r>
    </w:p>
    <w:p>
      <w:r>
        <w:rPr>
          <w:b/>
        </w:rPr>
        <w:t xml:space="preserve">[06:09] </w:t>
      </w:r>
      <w:r>
        <w:t>In ko mila kar Khuda ne pani bana diya. Yani gas ko liquid form mein tabdeel kar diya. Aur itna faida is mein hai.</w:t>
      </w:r>
    </w:p>
    <w:p>
      <w:pPr>
        <w:jc w:val="right"/>
      </w:pPr>
      <w:r>
        <w:t>ان کو ملا کر خدا نے پانی بنا دیا۔ یعنی گیس کو لیکوئیڈ فارم میں تبدیل کر دیا۔ اور اتنا فائدہ اس میں ہے۔</w:t>
      </w:r>
    </w:p>
    <w:p>
      <w:r>
        <w:rPr>
          <w:b/>
        </w:rPr>
        <w:t xml:space="preserve">[06:20] </w:t>
      </w:r>
      <w:r>
        <w:t>To aap yeh sochen to ek dam aap ka seena shukr se bhar jayega.</w:t>
      </w:r>
    </w:p>
    <w:p>
      <w:pPr>
        <w:jc w:val="right"/>
      </w:pPr>
      <w:r>
        <w:t>تو آپ یہ سوچیں تو ایک دم آپ کا سینہ شکر سے بھر جائے گا۔</w:t>
      </w:r>
    </w:p>
    <w:p>
      <w:r>
        <w:rPr>
          <w:b/>
        </w:rPr>
        <w:t xml:space="preserve">[06:30] </w:t>
      </w:r>
      <w:r>
        <w:t>Aap compare kar ke sochen, aap ko pyaas lagi hui hai, gala sookha hua hai.</w:t>
      </w:r>
    </w:p>
    <w:p>
      <w:pPr>
        <w:jc w:val="right"/>
      </w:pPr>
      <w:r>
        <w:t>آپ کمپیئر کر کے سوچیے، آپ کو پیاس لگی ہوئی ہے، گلا سوکھا ہوا ہے۔</w:t>
      </w:r>
    </w:p>
    <w:p>
      <w:r>
        <w:rPr>
          <w:b/>
        </w:rPr>
        <w:t xml:space="preserve">[06:39] </w:t>
      </w:r>
      <w:r>
        <w:t>Pani ki bohat zyada aap ko talab hai. Aur pani mil nahi raha hai.</w:t>
      </w:r>
    </w:p>
    <w:p>
      <w:pPr>
        <w:jc w:val="right"/>
      </w:pPr>
      <w:r>
        <w:t>پانی کی بہت زیادہ آپ کو طلب ہے۔ اور پانی مل نہیں رہا ہے۔</w:t>
      </w:r>
    </w:p>
    <w:p>
      <w:r>
        <w:rPr>
          <w:b/>
        </w:rPr>
        <w:t xml:space="preserve">[06:47] </w:t>
      </w:r>
      <w:r>
        <w:t>To us waqt aap ko koi sona de de, bohat sara. Sone ka pahaad de de koi. To aap kya kahenge?</w:t>
      </w:r>
    </w:p>
    <w:p>
      <w:pPr>
        <w:jc w:val="right"/>
      </w:pPr>
      <w:r>
        <w:t>تو اس وقت آپ کو کوئی سونا دے دے، بہت سارا۔ سونے کا پہاڑ دے دے کوئی۔ تو آپ کیا کہیں گے؟</w:t>
      </w:r>
    </w:p>
    <w:p>
      <w:r>
        <w:rPr>
          <w:b/>
        </w:rPr>
        <w:t xml:space="preserve">[06:57] </w:t>
      </w:r>
      <w:r>
        <w:t>Aap kahenge bhai sona to pani ka substitute nahi hai.</w:t>
      </w:r>
    </w:p>
    <w:p>
      <w:pPr>
        <w:jc w:val="right"/>
      </w:pPr>
      <w:r>
        <w:t>آپ کہیں گے بھئی سونا تو پانی کا سبسٹیٹیوٹ نہیں ہے۔</w:t>
      </w:r>
    </w:p>
    <w:p>
      <w:r>
        <w:rPr>
          <w:b/>
        </w:rPr>
        <w:t xml:space="preserve">[07:06] </w:t>
      </w:r>
      <w:r>
        <w:t>Gold can not be taken as water. Drinking water jo hai is ka badal sona nahi hai.</w:t>
      </w:r>
    </w:p>
    <w:p>
      <w:pPr>
        <w:jc w:val="right"/>
      </w:pPr>
      <w:r>
        <w:t>گولڈ کین ناٹ بی ٹیکن ایز واٹر۔ ڈرنکنگ واٹر جو ہے اس کا بدل سونا نہیں ہے۔</w:t>
      </w:r>
    </w:p>
    <w:p>
      <w:r>
        <w:rPr>
          <w:b/>
        </w:rPr>
        <w:t xml:space="preserve">[07:17] </w:t>
      </w:r>
      <w:r>
        <w:t>Gold is not like drinking water. Yani gold jo hai aap ki pyaas ko nahi bujha sakta.</w:t>
      </w:r>
    </w:p>
    <w:p>
      <w:pPr>
        <w:jc w:val="right"/>
      </w:pPr>
      <w:r>
        <w:t>گولڈ از ناٹ لائک ڈرنکنگ واٹر۔ یعنی گولڈ جو ہے آپ کی پیاس کو نہیں بجھا سکتا۔</w:t>
      </w:r>
    </w:p>
    <w:p>
      <w:r>
        <w:rPr>
          <w:b/>
        </w:rPr>
        <w:t xml:space="preserve">[07:28] </w:t>
      </w:r>
      <w:r>
        <w:t>Chahay kitna hi zyada aap ke paas ho. Aap daudenge pani ke liye. To jis waqt aap ko pani na mile tab samajh mein aata hai ke pani kya cheez hai.</w:t>
      </w:r>
    </w:p>
    <w:p>
      <w:pPr>
        <w:jc w:val="right"/>
      </w:pPr>
      <w:r>
        <w:t>چاہے کتنا ہی زیادہ آپ کے پاس ہو۔ آپ دوڑیں گے پانی کے لیے۔ تو جس وقت آپ کو پانی نہ ملے تب سمجھ میں آتا ہے کہ پانی کیا چیز ہے۔</w:t>
      </w:r>
    </w:p>
    <w:p>
      <w:r>
        <w:rPr>
          <w:b/>
        </w:rPr>
        <w:t xml:space="preserve">[07:43] </w:t>
      </w:r>
      <w:r>
        <w:t>To agar aap sochen ke pani itni badi nemat hai ke pani ke baghair zindagi hi nahi.</w:t>
      </w:r>
    </w:p>
    <w:p>
      <w:pPr>
        <w:jc w:val="right"/>
      </w:pPr>
      <w:r>
        <w:t>تو اگر آپ سوچیں کہ پانی اتنی بڑی نعمت ہے کہ پانی کے بغیر زندگی ہی نہیں۔</w:t>
      </w:r>
    </w:p>
    <w:p>
      <w:r>
        <w:rPr>
          <w:b/>
        </w:rPr>
        <w:t xml:space="preserve">[07:52] </w:t>
      </w:r>
      <w:r>
        <w:t>Tab aap ko niklega aap ki zuban se Alhamdulillah Rabb al-Alameen.</w:t>
      </w:r>
    </w:p>
    <w:p>
      <w:pPr>
        <w:jc w:val="right"/>
      </w:pPr>
      <w:r>
        <w:t>تب آپ کو نکلے گا آپ کی زبان سے الحمدللہ رب العالمین۔</w:t>
      </w:r>
    </w:p>
    <w:p>
      <w:r>
        <w:rPr>
          <w:b/>
        </w:rPr>
        <w:t xml:space="preserve">[08:01] </w:t>
      </w:r>
      <w:r>
        <w:t>Ek waqia mein arz karun yeh pani aur khana jo hai is ke baray mein.</w:t>
      </w:r>
    </w:p>
    <w:p>
      <w:pPr>
        <w:jc w:val="right"/>
      </w:pPr>
      <w:r>
        <w:t>ایک واقعہ میں عرض کروں یہ پانی اور کھانا جو ہے اس کے بارے میں۔</w:t>
      </w:r>
    </w:p>
    <w:p>
      <w:r>
        <w:rPr>
          <w:b/>
        </w:rPr>
        <w:t xml:space="preserve">[08:09] </w:t>
      </w:r>
      <w:r>
        <w:t>Dekhiye terveen sadi Isvi mein Abbasi saltanat khatam hui.</w:t>
      </w:r>
    </w:p>
    <w:p>
      <w:pPr>
        <w:jc w:val="right"/>
      </w:pPr>
      <w:r>
        <w:t>دیکھیے تیرویں صدی عیسوی میں عباسی سلطنت ختم ہوئی۔</w:t>
      </w:r>
    </w:p>
    <w:p>
      <w:r>
        <w:rPr>
          <w:b/>
        </w:rPr>
        <w:t xml:space="preserve">[08:18] </w:t>
      </w:r>
      <w:r>
        <w:t>Musalmanon ne sab se pehli hukoomat qaim ki thi is ko kehte hain Khilafat-e-Rashida. Phir Umayyad period aaya. Phir Abbasi period aaya.</w:t>
      </w:r>
    </w:p>
    <w:p>
      <w:pPr>
        <w:jc w:val="right"/>
      </w:pPr>
      <w:r>
        <w:t>مسلمانوں نے سب سے پہلی حکومت قائم کی تھی اس کو کہتے ہیں خلافت راشدہ۔ پھر امیت پیریڈ آیا۔ پھر عباسی پیریڈ آیا۔</w:t>
      </w:r>
    </w:p>
    <w:p>
      <w:r>
        <w:rPr>
          <w:b/>
        </w:rPr>
        <w:t xml:space="preserve">[08:27] </w:t>
      </w:r>
      <w:r>
        <w:t>Abbasi period mein bohat zyada taraqqi hui, bohat expansion hua musalmanon ka. Phir Tatariyon ne is ko khatam kar diya.</w:t>
      </w:r>
    </w:p>
    <w:p>
      <w:pPr>
        <w:jc w:val="right"/>
      </w:pPr>
      <w:r>
        <w:t>عباسی پیریڈ میں بہت زیادہ ترقی ہوئی، بہت ایکسپینشن ہوا مسلمانوں کا۔ پھر تاتاریوں نے اس کو ختم کر دیا۔</w:t>
      </w:r>
    </w:p>
    <w:p>
      <w:r>
        <w:rPr>
          <w:b/>
        </w:rPr>
        <w:t xml:space="preserve">[08:38] </w:t>
      </w:r>
      <w:r>
        <w:t>To aakhri jo Khalifa tha us ko Tatariyon ne arrest kar ke band kar diya ek tehkhane mein.</w:t>
      </w:r>
    </w:p>
    <w:p>
      <w:pPr>
        <w:jc w:val="right"/>
      </w:pPr>
      <w:r>
        <w:t>تو آخری جو خلیفہ تھا اس کو تاتاریوں نے ارسٹ کر کے بند کر دیا ایک تہ خانے میں۔</w:t>
      </w:r>
    </w:p>
    <w:p>
      <w:r>
        <w:rPr>
          <w:b/>
        </w:rPr>
        <w:t xml:space="preserve">[08:53] </w:t>
      </w:r>
      <w:r>
        <w:t>Aur khana bhi band kar diya is ka.</w:t>
      </w:r>
    </w:p>
    <w:p>
      <w:pPr>
        <w:jc w:val="right"/>
      </w:pPr>
      <w:r>
        <w:t>اور کھانا بھی بند کر دیا اس کا۔</w:t>
      </w:r>
    </w:p>
    <w:p>
      <w:r>
        <w:rPr>
          <w:b/>
        </w:rPr>
        <w:t xml:space="preserve">[08:58] </w:t>
      </w:r>
      <w:r>
        <w:t>To jab zyada bhook lagi us ko, kai din beet gaye. To us ne Tatari jo sardaar tha us ko kahalwaya ke is ko kaho kuch mujhe khana bhi bhej de.</w:t>
      </w:r>
    </w:p>
    <w:p>
      <w:pPr>
        <w:jc w:val="right"/>
      </w:pPr>
      <w:r>
        <w:t>تو جب زیادہ بھوک لگی اس کو، کئی دن بیت گئے۔ تو اس نے تاتاری جو سردار تھا اس کو کہلوایا کہ اس کو کہو کچھ مجھے کھانا بھیج دے۔</w:t>
      </w:r>
    </w:p>
    <w:p>
      <w:r>
        <w:rPr>
          <w:b/>
        </w:rPr>
        <w:t xml:space="preserve">[09:16] </w:t>
      </w:r>
      <w:r>
        <w:t>tu mahal ke teh khane mein tha us waqt woh.</w:t>
      </w:r>
    </w:p>
    <w:p>
      <w:pPr>
        <w:jc w:val="right"/>
      </w:pPr>
      <w:r>
        <w:t>تو محل کے تہ خانے میں تھا اس وقت وہ۔</w:t>
      </w:r>
    </w:p>
    <w:p>
      <w:r>
        <w:rPr>
          <w:b/>
        </w:rPr>
        <w:t xml:space="preserve">[09:20] </w:t>
      </w:r>
      <w:r>
        <w:t>tu mahal mein bohat ziyada tatariyon ko diamond mila tha, jawahir. is par qabza kiya tha unhon ne.</w:t>
      </w:r>
    </w:p>
    <w:p>
      <w:pPr>
        <w:jc w:val="right"/>
      </w:pPr>
      <w:r>
        <w:t>تو محل میں بہت زیادہ تاتاریوں کو ڈائمنڈ ملا تھا، جواہر۔ اس پر قبضہ کیا تھا انہوں نے۔</w:t>
      </w:r>
    </w:p>
    <w:p>
      <w:r>
        <w:rPr>
          <w:b/>
        </w:rPr>
        <w:t xml:space="preserve">[09:31] </w:t>
      </w:r>
      <w:r>
        <w:t>tu jab is ne kahalwaya.</w:t>
      </w:r>
    </w:p>
    <w:p>
      <w:pPr>
        <w:jc w:val="right"/>
      </w:pPr>
      <w:r>
        <w:t>تو جب اس نے کہلوایا۔</w:t>
      </w:r>
    </w:p>
    <w:p>
      <w:r>
        <w:rPr>
          <w:b/>
        </w:rPr>
        <w:t xml:space="preserve">[09:38] </w:t>
      </w:r>
      <w:r>
        <w:t>ek khaleefa tha goya ke woh.</w:t>
      </w:r>
    </w:p>
    <w:p>
      <w:pPr>
        <w:jc w:val="right"/>
      </w:pPr>
      <w:r>
        <w:t>ایکس خلیفہ تھا گویا کہ وہ۔</w:t>
      </w:r>
    </w:p>
    <w:p>
      <w:r>
        <w:rPr>
          <w:b/>
        </w:rPr>
        <w:t xml:space="preserve">[09:42] </w:t>
      </w:r>
      <w:r>
        <w:t>ab tu is ki kursi chhan chuki thi.</w:t>
      </w:r>
    </w:p>
    <w:p>
      <w:pPr>
        <w:jc w:val="right"/>
      </w:pPr>
      <w:r>
        <w:t>اب تو اس کی کرسی چھن چکی تھی۔</w:t>
      </w:r>
    </w:p>
    <w:p>
      <w:r>
        <w:rPr>
          <w:b/>
        </w:rPr>
        <w:t xml:space="preserve">[09:46] </w:t>
      </w:r>
      <w:r>
        <w:t>tu tatari sardar ne kaha ke ek ek tray lo, is tray mein diamond sajao. aur le ja kar khaleefa ko pesh kar do.</w:t>
      </w:r>
    </w:p>
    <w:p>
      <w:pPr>
        <w:jc w:val="right"/>
      </w:pPr>
      <w:r>
        <w:t>تو تاتاری سردار نے کہا کہ ایک ایک ٹرے لو، اس ٹرے میں ڈائمنڈ سجاؤ۔ اور لے جا کر خلیفہ کو پیش کر دو۔</w:t>
      </w:r>
    </w:p>
    <w:p>
      <w:r>
        <w:rPr>
          <w:b/>
        </w:rPr>
        <w:t xml:space="preserve">[09:57] </w:t>
      </w:r>
      <w:r>
        <w:t>tu aadmi le kar gaya.</w:t>
      </w:r>
    </w:p>
    <w:p>
      <w:pPr>
        <w:jc w:val="right"/>
      </w:pPr>
      <w:r>
        <w:t>تو آدمی لے کر گیا۔</w:t>
      </w:r>
    </w:p>
    <w:p>
      <w:r>
        <w:rPr>
          <w:b/>
        </w:rPr>
        <w:t xml:space="preserve">[10:01] </w:t>
      </w:r>
      <w:r>
        <w:t>tu khaleefa ne jab dekha is ko to woh rone laga. rone laga.</w:t>
      </w:r>
    </w:p>
    <w:p>
      <w:pPr>
        <w:jc w:val="right"/>
      </w:pPr>
      <w:r>
        <w:t>تو خلیفہ نے جب دیکھا اس کو تو وہ رونے لگا۔ رونے لگا۔</w:t>
      </w:r>
    </w:p>
    <w:p>
      <w:r>
        <w:rPr>
          <w:b/>
        </w:rPr>
        <w:t xml:space="preserve">[10:08] </w:t>
      </w:r>
      <w:r>
        <w:t>is ne kaha in al jawahir la tokal.</w:t>
      </w:r>
    </w:p>
    <w:p>
      <w:pPr>
        <w:jc w:val="right"/>
      </w:pPr>
      <w:r>
        <w:t>اس نے کہا ان الجواہر لا توکل۔</w:t>
      </w:r>
    </w:p>
    <w:p>
      <w:r>
        <w:rPr>
          <w:b/>
        </w:rPr>
        <w:t xml:space="preserve">[10:15] </w:t>
      </w:r>
      <w:r>
        <w:t>diamond to khaye nahi jatay. diamonds are not food.</w:t>
      </w:r>
    </w:p>
    <w:p>
      <w:pPr>
        <w:jc w:val="right"/>
      </w:pPr>
      <w:r>
        <w:t>ڈائمنڈ تو کھائے نہیں جاتے۔ ڈائمنڈز آر ناٹ فوڈ۔</w:t>
      </w:r>
    </w:p>
    <w:p>
      <w:r>
        <w:rPr>
          <w:b/>
        </w:rPr>
        <w:t xml:space="preserve">[10:24] </w:t>
      </w:r>
      <w:r>
        <w:t>jis diamond ko dekh kar pehle is ki aankhen thandi hoti theen. ab is mein koi dilchaspi nahi rahi is ko. kyunke jab bhook lagi ho to diamond ki koi value nahi hai.</w:t>
      </w:r>
    </w:p>
    <w:p>
      <w:pPr>
        <w:jc w:val="right"/>
      </w:pPr>
      <w:r>
        <w:t>جس ڈائمنڈ کو دیکھ کر پہلے اس کی آنکھیں ٹھنڈی ہوتی تھیں۔ اب اس میں کوئی دلچسپی نہیں رہی اس کو۔ کیونکہ جب بھوک لگی ہو تو ڈائمنڈ کی کوئی ویلیو نہیں ہے۔</w:t>
      </w:r>
    </w:p>
    <w:p>
      <w:r>
        <w:rPr>
          <w:b/>
        </w:rPr>
        <w:t xml:space="preserve">[10:41] </w:t>
      </w:r>
      <w:r>
        <w:t>tu cheez ko</w:t>
      </w:r>
    </w:p>
    <w:p>
      <w:pPr>
        <w:jc w:val="right"/>
      </w:pPr>
      <w:r>
        <w:t>تو چیز کو</w:t>
      </w:r>
    </w:p>
    <w:p>
      <w:r>
        <w:rPr>
          <w:b/>
        </w:rPr>
        <w:t xml:space="preserve">[10:46] </w:t>
      </w:r>
      <w:r>
        <w:t>mahrumi se pehle is ki ahmiyat ko samjhiye.</w:t>
      </w:r>
    </w:p>
    <w:p>
      <w:pPr>
        <w:jc w:val="right"/>
      </w:pPr>
      <w:r>
        <w:t>محرومی سے پہلے اس کی اہمیت کو سمجھیے۔</w:t>
      </w:r>
    </w:p>
    <w:p>
      <w:r>
        <w:rPr>
          <w:b/>
        </w:rPr>
        <w:t xml:space="preserve">[10:52] </w:t>
      </w:r>
      <w:r>
        <w:t>jab aap ke paas pani ho, aap ke paas khana ho, aap ke paas sara saman ho. tab agar aap daryaft karein is ki ahmiyat ko aur kahein alhamdulillah rabb al alameen.</w:t>
      </w:r>
    </w:p>
    <w:p>
      <w:pPr>
        <w:jc w:val="right"/>
      </w:pPr>
      <w:r>
        <w:t>جب آپ کے پاس پانی ہو، آپ کے پاس کھانا ہو، آپ کے پاس سارا سامان ہو۔ تب اگر آپ دریافت کریں اس کی اہمیت کو اور کہیں الحمدللہ رب العالمین۔</w:t>
      </w:r>
    </w:p>
    <w:p>
      <w:r>
        <w:rPr>
          <w:b/>
        </w:rPr>
        <w:t xml:space="preserve">[11:04] </w:t>
      </w:r>
      <w:r>
        <w:t>tab is ka reward hai.</w:t>
      </w:r>
    </w:p>
    <w:p>
      <w:pPr>
        <w:jc w:val="right"/>
      </w:pPr>
      <w:r>
        <w:t>تب اس کا ریوارڈ ہے۔</w:t>
      </w:r>
    </w:p>
    <w:p>
      <w:r>
        <w:rPr>
          <w:b/>
        </w:rPr>
        <w:t xml:space="preserve">[11:06] </w:t>
      </w:r>
      <w:r>
        <w:t>jab sab kuch chhan jaye. is waqt aap kahein to is ki koi value nahi hai. kyunke Allah taala ko</w:t>
      </w:r>
    </w:p>
    <w:p>
      <w:pPr>
        <w:jc w:val="right"/>
      </w:pPr>
      <w:r>
        <w:t>جب سب کچھ چھن جائے۔ اس وقت آپ کہیں تو اس کی کوئی ویلیو نہیں ہے۔ کیونکہ اللہ تعالیٰ کو</w:t>
      </w:r>
    </w:p>
    <w:p>
      <w:r>
        <w:rPr>
          <w:b/>
        </w:rPr>
        <w:t xml:space="preserve">[11:19] </w:t>
      </w:r>
      <w:r>
        <w:t>matloob hai jo cheez. azadana taur par aap keh sakein. yeh nahi ke</w:t>
      </w:r>
    </w:p>
    <w:p>
      <w:pPr>
        <w:jc w:val="right"/>
      </w:pPr>
      <w:r>
        <w:t>مطلوب ہے جو چیز۔ آزادانہ طور پر آپ کہہ سکیں۔ یہ نہیں کہ</w:t>
      </w:r>
    </w:p>
    <w:p>
      <w:r>
        <w:rPr>
          <w:b/>
        </w:rPr>
        <w:t xml:space="preserve">[11:29] </w:t>
      </w:r>
      <w:r>
        <w:t>compulsive situation aa jaye tab kahein.</w:t>
      </w:r>
    </w:p>
    <w:p>
      <w:pPr>
        <w:jc w:val="right"/>
      </w:pPr>
      <w:r>
        <w:t>کمپلسو سچویشن آ جائے تب کہیں۔</w:t>
      </w:r>
    </w:p>
    <w:p>
      <w:r>
        <w:rPr>
          <w:b/>
        </w:rPr>
        <w:t xml:space="preserve">[11:34] </w:t>
      </w:r>
      <w:r>
        <w:t>tu is duniya mein humein sab se ziyada jis cheez ka</w:t>
      </w:r>
    </w:p>
    <w:p>
      <w:pPr>
        <w:jc w:val="right"/>
      </w:pPr>
      <w:r>
        <w:t>تو اس دنیا میں ہمیں سب سے زیادہ جس چیز کا</w:t>
      </w:r>
    </w:p>
    <w:p>
      <w:r>
        <w:rPr>
          <w:b/>
        </w:rPr>
        <w:t xml:space="preserve">[11:42] </w:t>
      </w:r>
      <w:r>
        <w:t>saboot dena hai woh yeh hai ke kya Khuda ki nematوں ko pa kar hum ne is ka etaraf kiya. sach much dil se alhamdulillah rabb al alameen kaha.</w:t>
      </w:r>
    </w:p>
    <w:p>
      <w:pPr>
        <w:jc w:val="right"/>
      </w:pPr>
      <w:r>
        <w:t>ثبوت دینا ہے وہ یہ ہے کہ کیا خدا کی نعمتوں کو پا کر ہم نے اس کا اعتراف کیا۔ سچ مچ دل سے الحمدللہ رب العالمین کہا۔</w:t>
      </w:r>
    </w:p>
    <w:p>
      <w:r>
        <w:rPr>
          <w:b/>
        </w:rPr>
        <w:t xml:space="preserve">[11:59] </w:t>
      </w:r>
      <w:r>
        <w:t>is duniya mein jo kuch hai, jo kuch hai, jo kuch hai. sab Allah ki taraf se hai, sab blessing hai Allah ki.</w:t>
      </w:r>
    </w:p>
    <w:p>
      <w:pPr>
        <w:jc w:val="right"/>
      </w:pPr>
      <w:r>
        <w:t>اس دنیا میں جو کچھ ہے، جو کچھ ہے، جو کچھ ہے۔ سب اللہ کی طرف سے ہے، سب بلیسنگ ہے اللہ کی۔</w:t>
      </w:r>
    </w:p>
    <w:p>
      <w:r>
        <w:rPr>
          <w:b/>
        </w:rPr>
        <w:t xml:space="preserve">[12:07] </w:t>
      </w:r>
      <w:r>
        <w:t>lekin hum shukr karne ke baad dekhte hain. kyun? compare kar ke nahi dekhte.</w:t>
      </w:r>
    </w:p>
    <w:p>
      <w:pPr>
        <w:jc w:val="right"/>
      </w:pPr>
      <w:r>
        <w:t>لیکن ہم شکر کرنے کے بعد دیکھتے ہیں۔ کیوں؟ کمپیئر کر کے نہیں دیکھتے۔</w:t>
      </w:r>
    </w:p>
    <w:p>
      <w:r>
        <w:rPr>
          <w:b/>
        </w:rPr>
        <w:t xml:space="preserve">[12:17] </w:t>
      </w:r>
      <w:r>
        <w:t>kaha jata hai ke in comparison that we understand. yeh ek universal masla hai. arabi mein bhi hai ke torf al ashya cheezein apni zid se pehchani jati hain.</w:t>
      </w:r>
    </w:p>
    <w:p>
      <w:pPr>
        <w:jc w:val="right"/>
      </w:pPr>
      <w:r>
        <w:t>کہا جاتا ہے کہ ان کمپیریزن دیٹ وی انڈرسٹینڈ۔ یہ ایک یونیورسل مسئلہ ہے۔ عربی میں بھی ہے کہ طورف الاشیاء چیزیں اپنی ضد سے پہچانی جاتی ہیں۔</w:t>
      </w:r>
    </w:p>
    <w:p>
      <w:r>
        <w:rPr>
          <w:b/>
        </w:rPr>
        <w:t xml:space="preserve">[12:32] </w:t>
      </w:r>
      <w:r>
        <w:t>tu jo aadmi chahta ho ke woh shukr kare to is ko chahiye ke woh compare kar ke cheezon ko dekhna jaane.</w:t>
      </w:r>
    </w:p>
    <w:p>
      <w:pPr>
        <w:jc w:val="right"/>
      </w:pPr>
      <w:r>
        <w:t>تو جو آدمی چاہتا ہو کہ وہ شکر کرے تو اس کو چاہیے کہ وہ کمپیئر کر کے چیزوں کو دیکھنا جانے۔</w:t>
      </w:r>
    </w:p>
    <w:p>
      <w:r>
        <w:rPr>
          <w:b/>
        </w:rPr>
        <w:t xml:space="preserve">[12:41] </w:t>
      </w:r>
      <w:r>
        <w:t>ab aaj hi ki mein ek misaal deta hoon. aaj mujhe Quran ka ek acha chhaapa hua nuskha mere samne aaya. jaise yeh Quran hai dekhiye.</w:t>
      </w:r>
    </w:p>
    <w:p>
      <w:pPr>
        <w:jc w:val="right"/>
      </w:pPr>
      <w:r>
        <w:t>اب آج ہی کی میں ایک مثال دیتا ہوں۔ آج مجھے قرآن کا ایک اچھا چھپا ہوا نسخہ میرے سامنے آیا۔ جیسے یہ قرآن ہے دیکھیے۔</w:t>
      </w:r>
    </w:p>
    <w:p>
      <w:r>
        <w:rPr>
          <w:b/>
        </w:rPr>
        <w:t xml:space="preserve">[12:51] </w:t>
      </w:r>
      <w:r>
        <w:t>chupa hua, jild, kaghaz bohat achhi. is ka itna shandar chhapayi aur har cheez.</w:t>
      </w:r>
    </w:p>
    <w:p>
      <w:pPr>
        <w:jc w:val="right"/>
      </w:pPr>
      <w:r>
        <w:t>چھپا ہوا، جلد، کاغذ بہت اچھی۔ اس کا اتنا شاندار چھپائی اور ہر چیز۔</w:t>
      </w:r>
    </w:p>
    <w:p>
      <w:r>
        <w:rPr>
          <w:b/>
        </w:rPr>
        <w:t xml:space="preserve">[13:04] </w:t>
      </w:r>
      <w:r>
        <w:t>to main ne socha ke yeh itna chupa hua quran agar kisi ko saatvi sadi mein milta. ab hum twenty first century mein hain.</w:t>
      </w:r>
    </w:p>
    <w:p>
      <w:pPr>
        <w:jc w:val="right"/>
      </w:pPr>
      <w:r>
        <w:t>تو میں نے سوچا کہ یہ اتنا چھپا ہوا قرآن اگر کسی کو ساتویں صدی میں ملتا۔ اب ہم ٹونٹی فرسٹ سینچری میں ہیں۔</w:t>
      </w:r>
    </w:p>
    <w:p>
      <w:r>
        <w:rPr>
          <w:b/>
        </w:rPr>
        <w:t xml:space="preserve">[13:17] </w:t>
      </w:r>
      <w:r>
        <w:t>seven century mein jab yeh utra tha arab mein. tab koi agar is qism ka ek quran paya jata. aur le ke jata woh makka madina mein.</w:t>
      </w:r>
    </w:p>
    <w:p>
      <w:pPr>
        <w:jc w:val="right"/>
      </w:pPr>
      <w:r>
        <w:t>سیون سینچری میں جب یہ اترا تھا عرب میں۔ تب کوئی اگر اس قسم کا ایک قرآن پایا جاتا۔ اور لے کے جاتا وہ مکہ مدینہ میں۔</w:t>
      </w:r>
    </w:p>
    <w:p>
      <w:r>
        <w:rPr>
          <w:b/>
        </w:rPr>
        <w:t xml:space="preserve">[13:28] </w:t>
      </w:r>
      <w:r>
        <w:t>arab mein. jante hain kya hota? log dekh kar samajhte hain ke yeh to milla-e-aala ka quran hai.</w:t>
      </w:r>
    </w:p>
    <w:p>
      <w:pPr>
        <w:jc w:val="right"/>
      </w:pPr>
      <w:r>
        <w:t>عرب میں۔ جانتے ہیں کیا ہوتا؟ لوگ دیکھ کر سمجھتے ہیں کہ یہ تو ملائے اعلیٰ کا قرآن ہے۔</w:t>
      </w:r>
    </w:p>
    <w:p>
      <w:r>
        <w:rPr>
          <w:b/>
        </w:rPr>
        <w:t xml:space="preserve">[13:39] </w:t>
      </w:r>
      <w:r>
        <w:t>musalmanon ka yeh aqeedah hai ke yeh jo quran hai yeh lauh-e-mehfooz mein hai, farishton ki duniya mein.</w:t>
      </w:r>
    </w:p>
    <w:p>
      <w:pPr>
        <w:jc w:val="right"/>
      </w:pPr>
      <w:r>
        <w:t>مسلمانوں کا یہ عقیدہ ہے کہ یہ جو قرآن ہے یہ لوح محفوظ میں ہے، فرشتوں کی دنیا میں۔</w:t>
      </w:r>
    </w:p>
    <w:p>
      <w:r>
        <w:rPr>
          <w:b/>
        </w:rPr>
        <w:t xml:space="preserve">[13:50] </w:t>
      </w:r>
      <w:r>
        <w:t>ab wahan se utra woh najman najman. asal nuskha lauh-e-mehfooz mein tha, farishton ki duniya mein.</w:t>
      </w:r>
    </w:p>
    <w:p>
      <w:pPr>
        <w:jc w:val="right"/>
      </w:pPr>
      <w:r>
        <w:t>اب وہاں سے اترا وہ نجماً نجماً۔ اصل نسخہ لوح محفوظ میں تھا، فرشتوں کی دنیا میں۔</w:t>
      </w:r>
    </w:p>
    <w:p>
      <w:r>
        <w:rPr>
          <w:b/>
        </w:rPr>
        <w:t xml:space="preserve">[14:03] </w:t>
      </w:r>
      <w:r>
        <w:t>thoda thoda utra rasool Allah salallaho alaihi wasallam par.</w:t>
      </w:r>
    </w:p>
    <w:p>
      <w:pPr>
        <w:jc w:val="right"/>
      </w:pPr>
      <w:r>
        <w:t>تھوڑا تھوڑا اترا رسول اللہ صلی اللہ علیہ وسلم پر۔</w:t>
      </w:r>
    </w:p>
    <w:p>
      <w:r>
        <w:rPr>
          <w:b/>
        </w:rPr>
        <w:t xml:space="preserve">[14:06] </w:t>
      </w:r>
      <w:r>
        <w:t>to woh samjhe ke yeh lauh-e-mehfooz wala wali copy kisi ko mil gayi hai.</w:t>
      </w:r>
    </w:p>
    <w:p>
      <w:pPr>
        <w:jc w:val="right"/>
      </w:pPr>
      <w:r>
        <w:t>تو وہ سمجھے کہ یہ لوح محفوظ والا والی کاپی کسی کو مل گئی ہے۔</w:t>
      </w:r>
    </w:p>
    <w:p>
      <w:r>
        <w:rPr>
          <w:b/>
        </w:rPr>
        <w:t xml:space="preserve">[14:13] </w:t>
      </w:r>
      <w:r>
        <w:t>is zamane mein quran likha jata tha kis par? jhilli par. aur haddi par.</w:t>
      </w:r>
    </w:p>
    <w:p>
      <w:pPr>
        <w:jc w:val="right"/>
      </w:pPr>
      <w:r>
        <w:t>اس زمانے میں قرآن لکھا جاتا تھا کس پر؟ جھلی پر۔ اور ہڈی پر۔</w:t>
      </w:r>
    </w:p>
    <w:p>
      <w:r>
        <w:rPr>
          <w:b/>
        </w:rPr>
        <w:t xml:space="preserve">[14:23] </w:t>
      </w:r>
      <w:r>
        <w:t>mamooli qism ka is zamane mein paper banta tha china mein. bohat hi mamooli. aaj mile aap ko to us ko aap kuch bhi nahi likhna pasand karenge.</w:t>
      </w:r>
    </w:p>
    <w:p>
      <w:pPr>
        <w:jc w:val="right"/>
      </w:pPr>
      <w:r>
        <w:t>معمولی قسم کا اس زمانے میں پیپر بنتا تھا چائنہ میں۔ بہت ہی معمولی۔ آج ملے آپ کو تو اس کو آپ کچھ بھی نہیں لکھنا پسند کریں گے۔</w:t>
      </w:r>
    </w:p>
    <w:p>
      <w:r>
        <w:rPr>
          <w:b/>
        </w:rPr>
        <w:t xml:space="preserve">[14:37] </w:t>
      </w:r>
      <w:r>
        <w:t>to woh compare kar ke jab dekhte woh to samajhte hain ke yeh to aaya hai kahin lauh-e-mehfooz wala quran mil gaya hai kisi ko, woh le ke chala aaya hai.</w:t>
      </w:r>
    </w:p>
    <w:p>
      <w:pPr>
        <w:jc w:val="right"/>
      </w:pPr>
      <w:r>
        <w:t>تو وہ کمپیئر کر کے جب دیکھتے وہ تو سمجھتے ہیں کہ یہ تو آیا ہے کہیں لوح محفوظ والا قرآن مل گیا ہے کسی کو، وہ لے کے چلا آیا ہے۔</w:t>
      </w:r>
    </w:p>
    <w:p>
      <w:r>
        <w:rPr>
          <w:b/>
        </w:rPr>
        <w:t xml:space="preserve">[14:51] </w:t>
      </w:r>
      <w:r>
        <w:t>ab bataein ke itna zabardast hum ko yeh technology hum ko is hisse mein aayi hai hamare ke aisa quran hum chhap saken. to shukr hi shukr hona chahiye is ka.</w:t>
      </w:r>
    </w:p>
    <w:p>
      <w:pPr>
        <w:jc w:val="right"/>
      </w:pPr>
      <w:r>
        <w:t>اب بتائیں کہ اتنا زبردست ہم کو یہ ٹیکنالوجی ہم کو اس حصے میں آئی ہے ہمارے کہ ایسا قرآن ہم چھاپ سکیں۔ تو شکر ہی شکر ہونا چاہیے اس کا۔</w:t>
      </w:r>
    </w:p>
    <w:p>
      <w:r>
        <w:rPr>
          <w:b/>
        </w:rPr>
        <w:t xml:space="preserve">[15:02] </w:t>
      </w:r>
      <w:r>
        <w:t>shukr hi shukr. magar koi shukr karne wala nahi hai.</w:t>
      </w:r>
    </w:p>
    <w:p>
      <w:pPr>
        <w:jc w:val="right"/>
      </w:pPr>
      <w:r>
        <w:t>شکر ہی شکر۔ مگر کوئی شکر کرنے والا نہیں ہے۔</w:t>
      </w:r>
    </w:p>
    <w:p>
      <w:r>
        <w:rPr>
          <w:b/>
        </w:rPr>
        <w:t xml:space="preserve">[15:10] </w:t>
      </w:r>
      <w:r>
        <w:t>yani aaj ke jo quran ke hamilin hain un ko kehna chahiye ke khuda ya tareekh ko to ne itna aage badha diya hamare zamane mein.</w:t>
      </w:r>
    </w:p>
    <w:p>
      <w:pPr>
        <w:jc w:val="right"/>
      </w:pPr>
      <w:r>
        <w:t>یعنی آج کے جو قرآن کے حاملین ہیں ان کو کہنا چاہیے کہ خدایا تاریخ کو تو نے اتنا آگے بڑھا دیا ہمارے زمانے میں۔</w:t>
      </w:r>
    </w:p>
    <w:p>
      <w:r>
        <w:rPr>
          <w:b/>
        </w:rPr>
        <w:t xml:space="preserve">[15:23] </w:t>
      </w:r>
      <w:r>
        <w:t>jab quran utra tha us waqt tareekh kahan thi? history of book, history of writing kahan thi?</w:t>
      </w:r>
    </w:p>
    <w:p>
      <w:pPr>
        <w:jc w:val="right"/>
      </w:pPr>
      <w:r>
        <w:t>جب قرآن اترا تھا اس وقت تاریخ کہاں تھی؟ ہسٹری آف بک، ہسٹری آف رائٹنگ کہاں تھی؟</w:t>
      </w:r>
    </w:p>
    <w:p>
      <w:r>
        <w:rPr>
          <w:b/>
        </w:rPr>
        <w:t xml:space="preserve">[15:33] </w:t>
      </w:r>
      <w:r>
        <w:t>aaj history kahan pahunch gayi ke itna shandar quran chupa hua hamare paas hai.</w:t>
      </w:r>
    </w:p>
    <w:p>
      <w:pPr>
        <w:jc w:val="right"/>
      </w:pPr>
      <w:r>
        <w:t>آج ہسٹری کہاں پہنچ گئی کہ اتنا شاندار قرآن چھپا ہوا ہمارے پاس ہے۔</w:t>
      </w:r>
    </w:p>
    <w:p>
      <w:r>
        <w:rPr>
          <w:b/>
        </w:rPr>
        <w:t xml:space="preserve">[15:41] </w:t>
      </w:r>
      <w:r>
        <w:t>to chuki log is tarah sochte nahi compare kar ke is liye jeete hain nashukri mein.</w:t>
      </w:r>
    </w:p>
    <w:p>
      <w:pPr>
        <w:jc w:val="right"/>
      </w:pPr>
      <w:r>
        <w:t>تو چونکہ لوگ اس طرح سوچتے نہیں کمپیئر کر کے اس لیے جیتے ہیں ناشکری میں۔</w:t>
      </w:r>
    </w:p>
    <w:p>
      <w:r>
        <w:rPr>
          <w:b/>
        </w:rPr>
        <w:t xml:space="preserve">[15:50] </w:t>
      </w:r>
      <w:r>
        <w:t>nashukri mein jeete hain.</w:t>
      </w:r>
    </w:p>
    <w:p>
      <w:pPr>
        <w:jc w:val="right"/>
      </w:pPr>
      <w:r>
        <w:t>ناشکری میں جیتے ہیں۔</w:t>
      </w:r>
    </w:p>
    <w:p>
      <w:r>
        <w:rPr>
          <w:b/>
        </w:rPr>
        <w:t xml:space="preserve">[15:55] </w:t>
      </w:r>
      <w:r>
        <w:t>yeh compare kar ke cheezon ko dekhna yeh bohat zaroori hai. isi se baatein samajh mein aati hain. isi se shukr ka jazba paida hota hai.</w:t>
      </w:r>
    </w:p>
    <w:p>
      <w:pPr>
        <w:jc w:val="right"/>
      </w:pPr>
      <w:r>
        <w:t>یہ کمپیئر کر کے چیزوں کو دیکھنا یہ بہت ضروری ہے۔ اسی سے باتیں سمجھ میں آتی ہیں۔ اسی سے شکر کا جذبہ پیدا ہوتا ہے۔</w:t>
      </w:r>
    </w:p>
    <w:p>
      <w:r>
        <w:rPr>
          <w:b/>
        </w:rPr>
        <w:t xml:space="preserve">[16:10] </w:t>
      </w:r>
      <w:r>
        <w:t>jab tak aap apne peeche wale hisse ko yaad kar ke</w:t>
      </w:r>
    </w:p>
    <w:p>
      <w:pPr>
        <w:jc w:val="right"/>
      </w:pPr>
      <w:r>
        <w:t>جب تک آپ اپنے پیچھے والے حصے کو یاد کر کے</w:t>
      </w:r>
    </w:p>
    <w:p>
      <w:r>
        <w:rPr>
          <w:b/>
        </w:rPr>
        <w:t xml:space="preserve">[16:17] </w:t>
      </w:r>
      <w:r>
        <w:t>jaise aaj kal india mein musalmanon ko jahan bhi jaiye to woh shikayatein karenge. hamare sath discrimination hota hai. hum ko reservation nahi diya jata.</w:t>
      </w:r>
    </w:p>
    <w:p>
      <w:pPr>
        <w:jc w:val="right"/>
      </w:pPr>
      <w:r>
        <w:t>جیسے آج کل انڈیا میں مسلمانوں کو جہاں بھی جائیے تو وہ شکایتیں کریں گے۔ ہمارے ساتھ ڈسکریمنشن ہوتا ہے۔ ہم کو ریزرویشن نہیں دیا جاتا۔</w:t>
      </w:r>
    </w:p>
    <w:p>
      <w:r>
        <w:rPr>
          <w:b/>
        </w:rPr>
        <w:t xml:space="preserve">[16:28] </w:t>
      </w:r>
      <w:r>
        <w:t>hum ko neglect kiya jata hai.</w:t>
      </w:r>
    </w:p>
    <w:p>
      <w:pPr>
        <w:jc w:val="right"/>
      </w:pPr>
      <w:r>
        <w:t>ہم کو نگلٹ کیا جاتا ہے۔</w:t>
      </w:r>
    </w:p>
    <w:p>
      <w:r>
        <w:rPr>
          <w:b/>
        </w:rPr>
        <w:t xml:space="preserve">[16:32] </w:t>
      </w:r>
      <w:r>
        <w:t>hum ko second class citizen bana diya gaya hai waghera.</w:t>
      </w:r>
    </w:p>
    <w:p>
      <w:pPr>
        <w:jc w:val="right"/>
      </w:pPr>
      <w:r>
        <w:t>ہم کو سیکنڈ کلاس سیزنر بنا دیا گیا ہے وغیرہ۔</w:t>
      </w:r>
    </w:p>
    <w:p>
      <w:r>
        <w:rPr>
          <w:b/>
        </w:rPr>
        <w:t xml:space="preserve">[16:37] </w:t>
      </w:r>
      <w:r>
        <w:t>main bohat se musalmanon se poocha, bohat se musalmanon se yeh bataiye ke unnis sau sentalis mein india aazad hua. is se pehle aap ki family ki economic condition kya thi?</w:t>
      </w:r>
    </w:p>
    <w:p>
      <w:pPr>
        <w:jc w:val="right"/>
      </w:pPr>
      <w:r>
        <w:t>میں بہت سے مسلمانوں سے پوچھا، بہت سے مسلمانوں سے یہ بتائیے کہ انیس سو سینتالیس میں انڈیا آزاد ہوا۔ اس سے پہلے آپ کی فیملی کی اکنامک کنڈیشن کیا تھی؟</w:t>
      </w:r>
    </w:p>
    <w:p>
      <w:r>
        <w:rPr>
          <w:b/>
        </w:rPr>
        <w:t xml:space="preserve">[16:50] </w:t>
      </w:r>
      <w:r>
        <w:t>aur aaj kya hai? har ek ne yeh bataya ke aaj bohat behtar hai. to sawal yeh hai ke jab behtar hai to shukr karo.</w:t>
      </w:r>
    </w:p>
    <w:p>
      <w:pPr>
        <w:jc w:val="right"/>
      </w:pPr>
      <w:r>
        <w:t>اور آج کیا ہے؟ ہر ایک نے یہ بتایا کہ آج بہت بہتر ہے۔ تو سوال یہ ہے کہ جب بہتر ہے تو شکر کرو۔</w:t>
      </w:r>
    </w:p>
    <w:p>
      <w:r>
        <w:rPr>
          <w:b/>
        </w:rPr>
        <w:t xml:space="preserve">[17:03] </w:t>
      </w:r>
      <w:r>
        <w:t>anees so sentalis se pehle jab aap ki family ki economic condition bohat hi mamooli thi. maslan us waqt kache ghar mein thay to aaj pakke ghar mein hain.</w:t>
      </w:r>
    </w:p>
    <w:p>
      <w:pPr>
        <w:jc w:val="right"/>
      </w:pPr>
      <w:r>
        <w:t>انیس سو سینتالیس سے پہلے جب آپ کی فیملی کی اکنامک کنڈیشن بہت ہی معمولی تھی۔ مثلاً اس وقت کچے گھر میں تھے تو آج پکے گھر میں ہیں۔</w:t>
      </w:r>
    </w:p>
    <w:p>
      <w:r>
        <w:rPr>
          <w:b/>
        </w:rPr>
        <w:t xml:space="preserve">[17:14] </w:t>
      </w:r>
      <w:r>
        <w:t>us waqt bicycle par chalte thay to aaj car par chalte hain. us waqt message dene ke liye khud daurna parta tha, aaj mobile jeeb mein hai. aisi hazaron cheezen.</w:t>
      </w:r>
    </w:p>
    <w:p>
      <w:pPr>
        <w:jc w:val="right"/>
      </w:pPr>
      <w:r>
        <w:t>اس وقت بائیسکل پر چلتے تھے تو آج کار پر چلتے ہیں۔ اس وقت میسج دینے کے لیے خود دوڑنا پڑتا تھا، آج موبائل جیب میں ہے۔ ایسی ہزاروں چیزیں۔</w:t>
      </w:r>
    </w:p>
    <w:p>
      <w:r>
        <w:rPr>
          <w:b/>
        </w:rPr>
        <w:t xml:space="preserve">[17:27] </w:t>
      </w:r>
      <w:r>
        <w:t>to har ek yeh kahega ke aaj hum anees so sentalis se pehle wale zamane ke muqable mein bohat behtar hain.</w:t>
      </w:r>
    </w:p>
    <w:p>
      <w:pPr>
        <w:jc w:val="right"/>
      </w:pPr>
      <w:r>
        <w:t>تو ہر ایک یہ کہے گا کہ آج ہم انیس سو سینتالیس سے پہلے والے زمانے کے مقابلے میں بہت بہتر ہیں۔</w:t>
      </w:r>
    </w:p>
    <w:p>
      <w:r>
        <w:rPr>
          <w:b/>
        </w:rPr>
        <w:t xml:space="preserve">[17:35] </w:t>
      </w:r>
      <w:r>
        <w:t>to phir shukr karo. phir nashukri kis liye? phir shikayat kis liye? log compare kar ke dekhte nahi.</w:t>
      </w:r>
    </w:p>
    <w:p>
      <w:pPr>
        <w:jc w:val="right"/>
      </w:pPr>
      <w:r>
        <w:t>تو پھر شکر کرو۔ پھر ناشکری کس لیے؟ پھر شکایت کس لیے؟ لوگ کمپیئر کر کے دیکھتے نہیں۔</w:t>
      </w:r>
    </w:p>
    <w:p>
      <w:r>
        <w:rPr>
          <w:b/>
        </w:rPr>
        <w:t xml:space="preserve">[17:46] </w:t>
      </w:r>
      <w:r>
        <w:t>yani aap ghore kijiye ke ek aise zamane mein hum hain jahan bohat bara sawab le sakte hain hum. sacha shukr karne ka sawab</w:t>
      </w:r>
    </w:p>
    <w:p>
      <w:pPr>
        <w:jc w:val="right"/>
      </w:pPr>
      <w:r>
        <w:t>یعنی آپ غور کیجیے کہ ایک ایسے زمانے میں ہم ہیں جہاں بہت بڑا ثواب لے سکتے ہیں ہم۔ سچا شکر کرنے کا ثواب</w:t>
      </w:r>
    </w:p>
    <w:p>
      <w:r>
        <w:rPr>
          <w:b/>
        </w:rPr>
        <w:t xml:space="preserve">[17:57] </w:t>
      </w:r>
      <w:r>
        <w:t>. dekhiye sacha shukr jo hai jo dil se chashma ke taur par nikle. dil mein ek storm ban kar ke aaye.</w:t>
      </w:r>
    </w:p>
    <w:p>
      <w:pPr>
        <w:jc w:val="right"/>
      </w:pPr>
      <w:r>
        <w:t>۔ دیکھیے سچا شکر جو ہے جو دل سے چشمہ کے طور پر نکلے۔ دل میں ایک اسٹارم بن کر کے آئے۔</w:t>
      </w:r>
    </w:p>
    <w:p>
      <w:r>
        <w:rPr>
          <w:b/>
        </w:rPr>
        <w:t xml:space="preserve">[18:10] </w:t>
      </w:r>
      <w:r>
        <w:t>aur aap keh saken khudaaya tera shukr hai. khudaaya teri hamd hai. khudaaya mein tujh ko acknowledge karta hoon.</w:t>
      </w:r>
    </w:p>
    <w:p>
      <w:pPr>
        <w:jc w:val="right"/>
      </w:pPr>
      <w:r>
        <w:t>اور آپ کہہ سکیں خدایا تیرا شکر ہے۔ خدایا تیری حمد ہے۔ خدایا میں تجھ کو اکنالج کرتا ہوں۔</w:t>
      </w:r>
    </w:p>
    <w:p>
      <w:r>
        <w:rPr>
          <w:b/>
        </w:rPr>
        <w:t xml:space="preserve">[18:19] </w:t>
      </w:r>
      <w:r>
        <w:t>yeh kehna bhi lafz service na ho. lafz service na ho. ke dil mein ek storm uthe, dil mein ek chashma jaari ho.</w:t>
      </w:r>
    </w:p>
    <w:p>
      <w:pPr>
        <w:jc w:val="right"/>
      </w:pPr>
      <w:r>
        <w:t>یہ کہنا بھی لفظ سروس نہ ہو۔ لفظ سروس نہ ہو۔ کہ دل میں ایک اسٹارم اٹھے، دل میں ایک چشمہ جاری ہو۔</w:t>
      </w:r>
    </w:p>
    <w:p>
      <w:r>
        <w:rPr>
          <w:b/>
        </w:rPr>
        <w:t xml:space="preserve">[18:30] </w:t>
      </w:r>
      <w:r>
        <w:t>aur phir aap keh padhein. is se bara koi rewardable kaam nahi hai. isi liye khuda ne pehli ayat bana diya hai is ko.</w:t>
      </w:r>
    </w:p>
    <w:p>
      <w:pPr>
        <w:jc w:val="right"/>
      </w:pPr>
      <w:r>
        <w:t>اور پھر آپ کہہ پڑیں۔ اس سے بڑا کوئی ریوارڈیبل کام نہیں ہے۔ اسی لیے خدا نے پہلی آیت بنا دیا ہے اس کو۔</w:t>
      </w:r>
    </w:p>
    <w:p>
      <w:r>
        <w:rPr>
          <w:b/>
        </w:rPr>
        <w:t xml:space="preserve">[18:42] </w:t>
      </w:r>
      <w:r>
        <w:t>quran ki pehli ayat bana diya hai alhamdulillah rabbil alameen.</w:t>
      </w:r>
    </w:p>
    <w:p>
      <w:pPr>
        <w:jc w:val="right"/>
      </w:pPr>
      <w:r>
        <w:t>قرآن کی پہلی آیت بنا دیا ہے الحمدللہ رب العالمین۔</w:t>
      </w:r>
    </w:p>
    <w:p>
      <w:r>
        <w:rPr>
          <w:b/>
        </w:rPr>
        <w:t xml:space="preserve">[18:46] </w:t>
      </w:r>
      <w:r>
        <w:t>yani khuda ko bator rabb ka pehchanein.</w:t>
      </w:r>
    </w:p>
    <w:p>
      <w:pPr>
        <w:jc w:val="right"/>
      </w:pPr>
      <w:r>
        <w:t>یعنی خدا کو بطور رب کا پہچانیں۔</w:t>
      </w:r>
    </w:p>
    <w:p>
      <w:r>
        <w:rPr>
          <w:b/>
        </w:rPr>
        <w:t xml:space="preserve">[18:52] </w:t>
      </w:r>
      <w:r>
        <w:t>ke wahi sab kuch dene wala hai, super giver wahi hai.</w:t>
      </w:r>
    </w:p>
    <w:p>
      <w:pPr>
        <w:jc w:val="right"/>
      </w:pPr>
      <w:r>
        <w:t>کہ وہی سب کچھ دینے والا ہے، سپر گیور وہی ہے۔</w:t>
      </w:r>
    </w:p>
    <w:p>
      <w:r>
        <w:rPr>
          <w:b/>
        </w:rPr>
        <w:t xml:space="preserve">[18:58] </w:t>
      </w:r>
      <w:r>
        <w:t>aur phir is daryaft ke baad, is realization ke baad aap keh saken ke khudaaya teri hamd hai. khudaaya tera shukr hai.</w:t>
      </w:r>
    </w:p>
    <w:p>
      <w:pPr>
        <w:jc w:val="right"/>
      </w:pPr>
      <w:r>
        <w:t>اور پھر اس دریافت کے بعد، اس ریلائزیشن کے بعد آپ کہہ سکیں کہ خدایا تیری حمد ہے۔ خدایا تیرا شکر ہے۔</w:t>
      </w:r>
    </w:p>
    <w:p>
      <w:r>
        <w:rPr>
          <w:b/>
        </w:rPr>
        <w:t xml:space="preserve">[19:11] </w:t>
      </w:r>
      <w:r>
        <w:t>is se bara koi ibadat nahi. is se bara koi rewardable kaam nahi.</w:t>
      </w:r>
    </w:p>
    <w:p>
      <w:pPr>
        <w:jc w:val="right"/>
      </w:pPr>
      <w:r>
        <w:t>اس سے بڑا کوئی عبادت نہیں۔ اس سے بڑا کوئی ریوارڈیبل کام نہیں۔</w:t>
      </w:r>
    </w:p>
    <w:p>
      <w:r>
        <w:rPr>
          <w:b/>
        </w:rPr>
        <w:t xml:space="preserve">[19:18] </w:t>
      </w:r>
      <w:r>
        <w:t>aur is ke liye aaj samandar, suraj ke samandar mein hum jee rahe hain.</w:t>
      </w:r>
    </w:p>
    <w:p>
      <w:pPr>
        <w:jc w:val="right"/>
      </w:pPr>
      <w:r>
        <w:t>اور اس کے لیے آج سمندر، سورج کے سمندر میں ہم جی رہے ہیں۔</w:t>
      </w:r>
    </w:p>
    <w:p>
      <w:r>
        <w:rPr>
          <w:b/>
        </w:rPr>
        <w:t xml:space="preserve">[19:25] </w:t>
      </w:r>
      <w:r>
        <w:t>ghore kijiye ke agar koi achanak saatvi sadi ka aadmi yahan aa jaye achanak. aur laptop dekha hai, computer ko dekha hai.</w:t>
      </w:r>
    </w:p>
    <w:p>
      <w:pPr>
        <w:jc w:val="right"/>
      </w:pPr>
      <w:r>
        <w:t>غور کیجیے کہ اگر کوئی اچانک ساتویں صدی کا آدمی یہاں آ جائے اچانک۔ اور لیپ ٹاپ دیکھا ہے، کمپیوٹر کو دیکھا ہے۔</w:t>
      </w:r>
    </w:p>
    <w:p>
      <w:r>
        <w:rPr>
          <w:b/>
        </w:rPr>
        <w:t xml:space="preserve">[19:38] </w:t>
      </w:r>
      <w:r>
        <w:t>is loud speaker ko dekha hai, is camera ko dekha hai. to samjhein ke mein koi jannat ke kisi maqam par aa gaya hoon.</w:t>
      </w:r>
    </w:p>
    <w:p>
      <w:pPr>
        <w:jc w:val="right"/>
      </w:pPr>
      <w:r>
        <w:t>اس لاؤڈ سپیکر کو دیکھا ہے، اس کیمرے کو دیکھا ہے۔ تو سمجھیں کہ میں کوئی جنت کے کسی مقام پر آ گیا ہوں۔</w:t>
      </w:r>
    </w:p>
    <w:p>
      <w:r>
        <w:rPr>
          <w:b/>
        </w:rPr>
        <w:t xml:space="preserve">[19:50] </w:t>
      </w:r>
      <w:r>
        <w:t>is zamane mein insaan jhonpde mein rehta tha.</w:t>
      </w:r>
    </w:p>
    <w:p>
      <w:pPr>
        <w:jc w:val="right"/>
      </w:pPr>
      <w:r>
        <w:t>اس زمانے میں انسان جھونپڑے میں رہتا تھا۔</w:t>
      </w:r>
    </w:p>
    <w:p>
      <w:r>
        <w:rPr>
          <w:b/>
        </w:rPr>
        <w:t xml:space="preserve">[19:55] </w:t>
      </w:r>
      <w:r>
        <w:t>aaj ke lihaz se is zamane ke rehan sehan, khana peena, kapre, joota. har cheez, har cheez bohat hi zyada mamooli thi.</w:t>
      </w:r>
    </w:p>
    <w:p>
      <w:pPr>
        <w:jc w:val="right"/>
      </w:pPr>
      <w:r>
        <w:t>آج کے لحاظ سے اس زمانے کے رہن سہن، کھانا پینا، کپڑے، جوتا۔ ہر چیز، ہر چیز بہت ہی زیادہ معمولی تھی۔</w:t>
      </w:r>
    </w:p>
    <w:p>
      <w:r>
        <w:rPr>
          <w:b/>
        </w:rPr>
        <w:t xml:space="preserve">[20:08] </w:t>
      </w:r>
      <w:r>
        <w:t>is ke muqable mein aaj bohat zyada aala ho chuki hai har cheez. to samjhein ke bhatak kar kahin jannat ke kisi goshe mein aa gaya hoon mein. woh sochega.</w:t>
      </w:r>
    </w:p>
    <w:p>
      <w:pPr>
        <w:jc w:val="right"/>
      </w:pPr>
      <w:r>
        <w:t>اس کے مقابلے میں آج بہت زیادہ اعلیٰ ہو چکی ہے ہر چیز۔ تو سمجھیں کہ بھٹک کر کہیں جنت کے کسی گوشے میں آ گیا ہوں میں۔ وہ سوچے گا۔</w:t>
      </w:r>
    </w:p>
    <w:p>
      <w:r>
        <w:rPr>
          <w:b/>
        </w:rPr>
        <w:t xml:space="preserve">[20:20] </w:t>
      </w:r>
      <w:r>
        <w:t>ab bataiye ke agar hum compare kar ke dekhein to hum samjhenge ke khuda ne hum ko jannat mein pahuncha diya. itni nematein, itni aasaniyan.</w:t>
      </w:r>
    </w:p>
    <w:p>
      <w:pPr>
        <w:jc w:val="right"/>
      </w:pPr>
      <w:r>
        <w:t>اب بتائیے کہ اگر ہم کمپیئر کر کے دیکھیں تو ہم سمجھیں گے کہ خدا نے ہم کو جنت میں پہنچا دیا۔ اتنی نعمتیں، اتنی آسانیاں۔</w:t>
      </w:r>
    </w:p>
    <w:p>
      <w:r>
        <w:rPr>
          <w:b/>
        </w:rPr>
        <w:t xml:space="preserve">[20:35] </w:t>
      </w:r>
      <w:r>
        <w:t>yani pehle zamane mein ek paigham bhejane ke liye aadmi oont par chalta tha. aur hafton, mahinon chal ke kahin pahunch pata tha. aksar rastay mein mar jata tha.</w:t>
      </w:r>
    </w:p>
    <w:p>
      <w:pPr>
        <w:jc w:val="right"/>
      </w:pPr>
      <w:r>
        <w:t>یعنی پہلے زمانے میں ایک پیغام بھیجنے کے لیے آدمی اونٹ پر چلتا تھا۔ اور ہفتوں، مہینوں چل کے کہیں پہنچ پاتا تھا۔ اکثر راستے میں مر جاتا تھا۔</w:t>
      </w:r>
    </w:p>
    <w:p>
      <w:r>
        <w:rPr>
          <w:b/>
        </w:rPr>
        <w:t xml:space="preserve">[20:47] </w:t>
      </w:r>
      <w:r>
        <w:t>aaj ab mobile uthaya aur Europe mein baat ho rahi hai, America mein baat ho rahi hai.</w:t>
      </w:r>
    </w:p>
    <w:p>
      <w:pPr>
        <w:jc w:val="right"/>
      </w:pPr>
      <w:r>
        <w:t>آج اب موبائل اٹھایا اور یورپ میں بات ہو رہی ہے، امریکہ میں بات ہو رہی ہے۔</w:t>
      </w:r>
    </w:p>
    <w:p>
      <w:r>
        <w:rPr>
          <w:b/>
        </w:rPr>
        <w:t xml:space="preserve">[20:56] </w:t>
      </w:r>
      <w:r>
        <w:t>yeh sab kahan tha pehle? to pehle ke muqable mein aap ko khuda ne shukr ke samandar mein pahuncha diya hai.</w:t>
      </w:r>
    </w:p>
    <w:p>
      <w:pPr>
        <w:jc w:val="right"/>
      </w:pPr>
      <w:r>
        <w:t>یہ سب کہاں تھا پہلے؟ تو پہلے کے مقابلے میں آپ کو خدا نے شکر کے سمندر میں پہنچا دیا ہے۔</w:t>
      </w:r>
    </w:p>
    <w:p>
      <w:r>
        <w:rPr>
          <w:b/>
        </w:rPr>
        <w:t xml:space="preserve">[21:08] </w:t>
      </w:r>
      <w:r>
        <w:t>yani yeh mauqa diya Allah taala ne aap ko. yeh mauqa diya ke aap shukr hi shukr mein jiyein. shukr kar ke Allah ki aur rehmaten payein.</w:t>
      </w:r>
    </w:p>
    <w:p>
      <w:pPr>
        <w:jc w:val="right"/>
      </w:pPr>
      <w:r>
        <w:t>یعنی یہ موقع دیا اللہ تعالیٰ نے آپ کو۔ یہ موقع دیا کہ آپ شکر ہی شکر میں جیئیں۔ شکر کر کے اللہ کی اور رحمتیں پائیں۔</w:t>
      </w:r>
    </w:p>
    <w:p>
      <w:r>
        <w:rPr>
          <w:b/>
        </w:rPr>
        <w:t xml:space="preserve">[21:21] </w:t>
      </w:r>
      <w:r>
        <w:t>lekin shukr nahin.</w:t>
      </w:r>
    </w:p>
    <w:p>
      <w:pPr>
        <w:jc w:val="right"/>
      </w:pPr>
      <w:r>
        <w:t>لیکن شکر نہیں۔</w:t>
      </w:r>
    </w:p>
    <w:p>
      <w:r>
        <w:rPr>
          <w:b/>
        </w:rPr>
        <w:t xml:space="preserve">[21:25] </w:t>
      </w:r>
      <w:r>
        <w:t>dekhiye quran majeed mein iblis ka qissa hai. iblis ne allah ko challenge diya. aur kaha ke main sab ko behkaoonga.</w:t>
      </w:r>
    </w:p>
    <w:p>
      <w:pPr>
        <w:jc w:val="right"/>
      </w:pPr>
      <w:r>
        <w:t>دیکھیے قرآن مجید میں ابلیس کا قصہ ہے۔ ابلیس نے اللہ کو چیلنج دیا۔ اور کہا کہ میں سب کو بہکاؤں گا۔</w:t>
      </w:r>
    </w:p>
    <w:p>
      <w:r>
        <w:rPr>
          <w:b/>
        </w:rPr>
        <w:t xml:space="preserve">[21:40] </w:t>
      </w:r>
      <w:r>
        <w:t>sab ko behkaoonga. falā tajadū aktharahum shākirīn. khuda se kaha shaitan ne.</w:t>
      </w:r>
    </w:p>
    <w:p>
      <w:pPr>
        <w:jc w:val="right"/>
      </w:pPr>
      <w:r>
        <w:t>سب کو بہکاؤں گا۔ فَلَا تَجَدُوا أَكْثَرَهُمْ شَاكِرِينَ۔ خدا سے کہا شیطان نے۔</w:t>
      </w:r>
    </w:p>
    <w:p>
      <w:r>
        <w:rPr>
          <w:b/>
        </w:rPr>
        <w:t xml:space="preserve">[21:49] </w:t>
      </w:r>
      <w:r>
        <w:t>kyunki allah ko azadi di thi. ek muddat tak ke liye shaitan ko azadi thi, iblis ko.</w:t>
      </w:r>
    </w:p>
    <w:p>
      <w:pPr>
        <w:jc w:val="right"/>
      </w:pPr>
      <w:r>
        <w:t>کیونکہ اللہ کو آزادی دی تھی۔ ایک مدت تک کے لیے شیطان کو آزادی تھی، ابلیس کو۔</w:t>
      </w:r>
    </w:p>
    <w:p>
      <w:r>
        <w:rPr>
          <w:b/>
        </w:rPr>
        <w:t xml:space="preserve">[21:59] </w:t>
      </w:r>
      <w:r>
        <w:t>har waqt yahan hum hamare aas paas shaitan hote hain. kyunki woh dikhai nahin dete is liye hum jante nahin. is ne apna ghool, apni army sari duniya mein phaila diya.</w:t>
      </w:r>
    </w:p>
    <w:p>
      <w:pPr>
        <w:jc w:val="right"/>
      </w:pPr>
      <w:r>
        <w:t>ہر وقت یہاں ہم ہمارے آس پاس شیطان ہوتے ہیں۔ کیونکہ وہ دکھائی نہیں دیتے اس لیے ہم جانتے نہیں۔ اس نے اپنا غول، اپنی آرمی ساری دنیا میں پھیلا دی۔</w:t>
      </w:r>
    </w:p>
    <w:p>
      <w:r>
        <w:rPr>
          <w:b/>
        </w:rPr>
        <w:t xml:space="preserve">[22:14] </w:t>
      </w:r>
      <w:r>
        <w:t>behkaane ke liye. to is ne kaha tha challenge dete hue. falā tajadū aktharahum shākirīn ke aksar insano ko to shukr karne wala nahin paega.</w:t>
      </w:r>
    </w:p>
    <w:p>
      <w:pPr>
        <w:jc w:val="right"/>
      </w:pPr>
      <w:r>
        <w:t>بہکانے کے لیے۔ تو اس نے کہا تھا چیلنج دیتے ہوئے۔ فَلَا تَجَدُوا أَكْثَرَهُمْ شَاكِرِينَ کہ اکثر انسانوں کو تو شکر کرنے والا نہیں پائے گا۔</w:t>
      </w:r>
    </w:p>
    <w:p>
      <w:r>
        <w:rPr>
          <w:b/>
        </w:rPr>
        <w:t xml:space="preserve">[22:28] </w:t>
      </w:r>
      <w:r>
        <w:t>sab ko behka doonga.</w:t>
      </w:r>
    </w:p>
    <w:p>
      <w:pPr>
        <w:jc w:val="right"/>
      </w:pPr>
      <w:r>
        <w:t>سب کو بہکا دوں گا۔</w:t>
      </w:r>
    </w:p>
    <w:p>
      <w:r>
        <w:rPr>
          <w:b/>
        </w:rPr>
        <w:t xml:space="preserve">[22:33] </w:t>
      </w:r>
      <w:r>
        <w:t>ab wahi haal ho raha hai. gaur kijiye ke hum sab yaani shaitan ke behkawe mein aa gaye.</w:t>
      </w:r>
    </w:p>
    <w:p>
      <w:pPr>
        <w:jc w:val="right"/>
      </w:pPr>
      <w:r>
        <w:t>اب وہی حال ہو رہا ہے۔ غور کیجیے کہ ہم سب یعنی شیطان کے بہکاوے میں آ گئے۔</w:t>
      </w:r>
    </w:p>
    <w:p>
      <w:r>
        <w:rPr>
          <w:b/>
        </w:rPr>
        <w:t xml:space="preserve">[22:44] </w:t>
      </w:r>
      <w:r>
        <w:t>behkawe mein aa gaye. khuda ki hidayat ko chhod kar ke.</w:t>
      </w:r>
    </w:p>
    <w:p>
      <w:pPr>
        <w:jc w:val="right"/>
      </w:pPr>
      <w:r>
        <w:t>بہکاوے میں آ گئے۔ خدا کی ہدایت کو چھوڑ کر کے۔</w:t>
      </w:r>
    </w:p>
    <w:p>
      <w:r>
        <w:rPr>
          <w:b/>
        </w:rPr>
        <w:t xml:space="preserve">[22:53] </w:t>
      </w:r>
      <w:r>
        <w:t>yaani sare log ek taraf se shaitan ke behkawe mein hain. ke shukr ko bhule hue hain, nashukri ki baatein bolte hain. shikayat ki baat, complaint ki baat.</w:t>
      </w:r>
    </w:p>
    <w:p>
      <w:pPr>
        <w:jc w:val="right"/>
      </w:pPr>
      <w:r>
        <w:t>یعنی سارے لوگ ایک طرف سے شیطان کے بہکاوے میں ہیں۔ کہ شکر کو بھولے ہوئے ہیں، ناشکری کی باتیں بولتے ہیں۔ شکایت کی بات، کمپلینٹ کی بات۔</w:t>
      </w:r>
    </w:p>
    <w:p>
      <w:r>
        <w:rPr>
          <w:b/>
        </w:rPr>
        <w:t xml:space="preserve">[23:04] </w:t>
      </w:r>
      <w:r>
        <w:t>negative soch.</w:t>
      </w:r>
    </w:p>
    <w:p>
      <w:pPr>
        <w:jc w:val="right"/>
      </w:pPr>
      <w:r>
        <w:t>نیگیٹیو سوچ۔</w:t>
      </w:r>
    </w:p>
    <w:p>
      <w:r>
        <w:rPr>
          <w:b/>
        </w:rPr>
        <w:t xml:space="preserve">[23:11] </w:t>
      </w:r>
      <w:r>
        <w:t>kaisi ajeeb baat hai yeh.</w:t>
      </w:r>
    </w:p>
    <w:p>
      <w:pPr>
        <w:jc w:val="right"/>
      </w:pPr>
      <w:r>
        <w:t>کیسی عجیب بات ہے یہ۔</w:t>
      </w:r>
    </w:p>
    <w:p>
      <w:r>
        <w:rPr>
          <w:b/>
        </w:rPr>
        <w:t xml:space="preserve">[23:16] </w:t>
      </w:r>
      <w:r>
        <w:t>allah taala ne insan ke liye itna zyada kiya</w:t>
      </w:r>
    </w:p>
    <w:p>
      <w:pPr>
        <w:jc w:val="right"/>
      </w:pPr>
      <w:r>
        <w:t>اللہ تعالیٰ نے انسان کے لیے اتنا زیادہ کیا</w:t>
      </w:r>
    </w:p>
    <w:p>
      <w:r>
        <w:rPr>
          <w:b/>
        </w:rPr>
        <w:t xml:space="preserve">[23:22] </w:t>
      </w:r>
      <w:r>
        <w:t>ke insan jo hai yeh jo paida kiya insan ko is ka is ke andar jo jazbat rakhe un ki tazkeer ka saman jannat ki shakal mein banaya.</w:t>
      </w:r>
    </w:p>
    <w:p>
      <w:pPr>
        <w:jc w:val="right"/>
      </w:pPr>
      <w:r>
        <w:t>کہ انسان جو ہے یہ جو پیدا کیا انسان کو اس کا اس کو اس کے اندر جو جذبات رکھے ان کی تذکیر کا سامان جنت کی شکل میں بنایا۔</w:t>
      </w:r>
    </w:p>
    <w:p>
      <w:r>
        <w:rPr>
          <w:b/>
        </w:rPr>
        <w:t xml:space="preserve">[23:39] </w:t>
      </w:r>
      <w:r>
        <w:t>to khuda ko manzoor hai ke yeh insan jannat mein pahunche.</w:t>
      </w:r>
    </w:p>
    <w:p>
      <w:pPr>
        <w:jc w:val="right"/>
      </w:pPr>
      <w:r>
        <w:t>تو خدا کو منظور ہے کہ یہ انسان جنت میں پہنچے۔</w:t>
      </w:r>
    </w:p>
    <w:p>
      <w:r>
        <w:rPr>
          <w:b/>
        </w:rPr>
        <w:t xml:space="preserve">[23:46] </w:t>
      </w:r>
      <w:r>
        <w:t>lekin hum sab ne jannat ki taraf peeth kar liya.</w:t>
      </w:r>
    </w:p>
    <w:p>
      <w:pPr>
        <w:jc w:val="right"/>
      </w:pPr>
      <w:r>
        <w:t>لیکن ہم سب نے جنت کی طرف پیٹھ کر لیا۔</w:t>
      </w:r>
    </w:p>
    <w:p>
      <w:r>
        <w:rPr>
          <w:b/>
        </w:rPr>
        <w:t xml:space="preserve">[23:53] </w:t>
      </w:r>
      <w:r>
        <w:t>yahan mein ek is ko ek qissa yaad aata hai woh bahut hi illustrative hai. bahut hi relevant hai.</w:t>
      </w:r>
    </w:p>
    <w:p>
      <w:pPr>
        <w:jc w:val="right"/>
      </w:pPr>
      <w:r>
        <w:t>یہاں میں ایک اس کو ایک قصہ یاد آتا ہے وہ بہت ہی ایلسٹریٹیو ہے۔ بہت ہی ریلیونٹ ہے۔</w:t>
      </w:r>
    </w:p>
    <w:p>
      <w:r>
        <w:rPr>
          <w:b/>
        </w:rPr>
        <w:t xml:space="preserve">[24:04] </w:t>
      </w:r>
      <w:r>
        <w:t>kal maine ek sahab ko ek qissa sunaya to bahut zyada woh ajeeb laga un ko.</w:t>
      </w:r>
    </w:p>
    <w:p>
      <w:pPr>
        <w:jc w:val="right"/>
      </w:pPr>
      <w:r>
        <w:t>کل میں نے ایک صاحب کو ایک قصہ سنایا تو بہت زیادہ وہ عجیب لگا ان کو۔</w:t>
      </w:r>
    </w:p>
    <w:p>
      <w:r>
        <w:rPr>
          <w:b/>
        </w:rPr>
        <w:t xml:space="preserve">[24:13] </w:t>
      </w:r>
      <w:r>
        <w:t>dekhiye yeh baat hai azadi ke foran baad ki. to azadi se pehle upa mein ek sahab the woh congress ke worker the.</w:t>
      </w:r>
    </w:p>
    <w:p>
      <w:pPr>
        <w:jc w:val="right"/>
      </w:pPr>
      <w:r>
        <w:t>دیکھیے یہ بات ہے آزادی کے فوراً بعد کی۔ تو آزادی سے پہلے یو پی اے میں ایک صاحب تھے وہ کانگریس کے ورکر تھے۔</w:t>
      </w:r>
    </w:p>
    <w:p>
      <w:r>
        <w:rPr>
          <w:b/>
        </w:rPr>
        <w:t xml:space="preserve">[24:31] </w:t>
      </w:r>
      <w:r>
        <w:t>mamooli padhe likhe the lekin congress mein jud gaye the woh apna congress</w:t>
      </w:r>
    </w:p>
    <w:p>
      <w:pPr>
        <w:jc w:val="right"/>
      </w:pPr>
      <w:r>
        <w:t>معمولی پڑھے لکھے تھے لیکن کانگریس میں جڑ گئے تھے وہ اپنا کانگریس</w:t>
      </w:r>
    </w:p>
    <w:p>
      <w:r>
        <w:rPr>
          <w:b/>
        </w:rPr>
        <w:t xml:space="preserve">[24:37] </w:t>
      </w:r>
      <w:r>
        <w:t>ke worker the woh. phir unhone apne bachche ko padhaya. to is ko ab medical test mein dala.</w:t>
      </w:r>
    </w:p>
    <w:p>
      <w:pPr>
        <w:jc w:val="right"/>
      </w:pPr>
      <w:r>
        <w:t>کے ورکر تھے وہ۔ پھر انہوں نے اپنے بچے کو پڑھایا۔ تو اس کو اب میڈیکل ٹیسٹ میں ڈالا۔</w:t>
      </w:r>
    </w:p>
    <w:p>
      <w:r>
        <w:rPr>
          <w:b/>
        </w:rPr>
        <w:t xml:space="preserve">[24:46] </w:t>
      </w:r>
      <w:r>
        <w:t>magar is ka number bahut kam aaya. jab selection hua medical test ka to jab list khatm ho gayi is ke beeswein number par un ka ladka tha.</w:t>
      </w:r>
    </w:p>
    <w:p>
      <w:pPr>
        <w:jc w:val="right"/>
      </w:pPr>
      <w:r>
        <w:t>مگر اس کا نمبر بہت کم آیا۔ جب سلیکشن ہوا میڈیکل ٹیسٹ کا تو جب لسٹ ختم ہو گئی اس کے بیسویں نمبر پر ان کا لڑکا تھا۔</w:t>
      </w:r>
    </w:p>
    <w:p>
      <w:r>
        <w:rPr>
          <w:b/>
        </w:rPr>
        <w:t xml:space="preserve">[25:01] </w:t>
      </w:r>
      <w:r>
        <w:t>yaani bees ladke aur liye jayen tab is ka number aata tha.</w:t>
      </w:r>
    </w:p>
    <w:p>
      <w:pPr>
        <w:jc w:val="right"/>
      </w:pPr>
      <w:r>
        <w:t>یعنی بیس لڑکے اور لیے جائیں تب اس کا نمبر آتا تھا۔</w:t>
      </w:r>
    </w:p>
    <w:p>
      <w:r>
        <w:rPr>
          <w:b/>
        </w:rPr>
        <w:t xml:space="preserve">[25:08] </w:t>
      </w:r>
      <w:r>
        <w:t>ab bahut bada masla tha.</w:t>
      </w:r>
    </w:p>
    <w:p>
      <w:pPr>
        <w:jc w:val="right"/>
      </w:pPr>
      <w:r>
        <w:t>اب بہت بڑا مسئلہ تھا۔</w:t>
      </w:r>
    </w:p>
    <w:p>
      <w:r>
        <w:rPr>
          <w:b/>
        </w:rPr>
        <w:t xml:space="preserve">[25:15] </w:t>
      </w:r>
      <w:r>
        <w:t>to woh jawahar lal nehru ke paas aaye. jawahar lal nehru jo the us waqt prime minister ban chuke the. is se pehle woh congress ke leader hote the.</w:t>
      </w:r>
    </w:p>
    <w:p>
      <w:pPr>
        <w:jc w:val="right"/>
      </w:pPr>
      <w:r>
        <w:t>تو وہ جواہر لال نہرو کے پاس آئے۔ جواہر لال نہرو جو تھے اس وقت پرائم منسٹر بن چکے تھے۔ اس سے پہلے وہ کانگریس کے لیڈر ہوتے تھے۔</w:t>
      </w:r>
    </w:p>
    <w:p>
      <w:r>
        <w:rPr>
          <w:b/>
        </w:rPr>
        <w:t xml:space="preserve">[25:26] </w:t>
      </w:r>
      <w:r>
        <w:t>kahin kahin jalsay mein is se mulaqat bhi hui thi pehle. to us ne kaha ke dekhiye main sari zindagi mein ne congress ki khidmat mein guzari.</w:t>
      </w:r>
    </w:p>
    <w:p>
      <w:pPr>
        <w:jc w:val="right"/>
      </w:pPr>
      <w:r>
        <w:t>کہیں کہیں جلسے میں اس سے ملاقات بھی ہوئی تھی پہلے۔ تو اس نے کہا کہ دیکھیے میں ساری زندگی میں نے کانگریس کی خدمت میں گزاری۔</w:t>
      </w:r>
    </w:p>
    <w:p>
      <w:r>
        <w:rPr>
          <w:b/>
        </w:rPr>
        <w:t xml:space="preserve">[25:36] </w:t>
      </w:r>
      <w:r>
        <w:t>mera bachcha jo hai medical mein jana chahta hai main nahin ja pa raha hoon. to is kaam ko koi kar nahin sakta tha siwaye prime minister ke itna mushkil kaam tha us waqt.</w:t>
      </w:r>
    </w:p>
    <w:p>
      <w:pPr>
        <w:jc w:val="right"/>
      </w:pPr>
      <w:r>
        <w:t>میرا بچہ جو ہے میڈیکل میں جانا چاہتا ہے میں نہیں جا پا رہا ہے۔ تو اس کام کو کوئی کر نہیں سکتا تھا سوائے پرائم منسٹر کے اتنا مشکل کام تھا اس وقت۔</w:t>
      </w:r>
    </w:p>
    <w:p>
      <w:r>
        <w:rPr>
          <w:b/>
        </w:rPr>
        <w:t xml:space="preserve">[25:51] </w:t>
      </w:r>
      <w:r>
        <w:t>aaj to shayad ho bhi sakta ho us waqt nahin ho sakta tha.</w:t>
      </w:r>
    </w:p>
    <w:p>
      <w:pPr>
        <w:jc w:val="right"/>
      </w:pPr>
      <w:r>
        <w:t>آج تو شاید ہو بھی سکتا ہو اس وقت نہیں ہو سکتا تھا۔</w:t>
      </w:r>
    </w:p>
    <w:p>
      <w:r>
        <w:rPr>
          <w:b/>
        </w:rPr>
        <w:t xml:space="preserve">[25:56] </w:t>
      </w:r>
      <w:r>
        <w:t>to jawahar lal nehru ne kya kiya ek copy mangwai woh file mangwai is medical wahan se. is par dekha to is ka number jo hai bees student agar barhaye jayen tab is ka number aata tha.</w:t>
      </w:r>
    </w:p>
    <w:p>
      <w:pPr>
        <w:jc w:val="right"/>
      </w:pPr>
      <w:r>
        <w:t>تو جواہر لال نہرو نے کیا کیا ایک کاپی منگوائی وہ فائل منگوائی اس میڈیکل وہاں سے۔ اس پر دیکھا تو اس کا نمبر جو ہے بیس اسٹوڈنٹ اگر بڑھائے جائیں تب اس کا نمبر آتا تھا۔</w:t>
      </w:r>
    </w:p>
    <w:p>
      <w:r>
        <w:rPr>
          <w:b/>
        </w:rPr>
        <w:t xml:space="preserve">[26:16] </w:t>
      </w:r>
      <w:r>
        <w:t>to unhon ne dekha ke yeh bechara congress ki bohat khidmat ki hai is ne. to seat mein bees barha diya unhon ne.</w:t>
      </w:r>
    </w:p>
    <w:p>
      <w:pPr>
        <w:jc w:val="right"/>
      </w:pPr>
      <w:r>
        <w:t>تو انہوں نے دیکھا کہ یہ بیچارہ کانگریس کی بہت خدمت کی ہے اس نے۔ تو سیٹ میں بیس بڑھا دیا انہوں نے۔</w:t>
      </w:r>
    </w:p>
    <w:p>
      <w:r>
        <w:rPr>
          <w:b/>
        </w:rPr>
        <w:t xml:space="preserve">[26:26] </w:t>
      </w:r>
      <w:r>
        <w:t>yani order kar diya ke bees seat barhai jaye wahan par. jab bees seat barhai gayi to is ke ladke ka bhi number aa gaya. aur woh dakhla ho gaya.</w:t>
      </w:r>
    </w:p>
    <w:p>
      <w:pPr>
        <w:jc w:val="right"/>
      </w:pPr>
      <w:r>
        <w:t>یعنی آرڈر کر دیا کہ بیس سیٹ بڑھائی جائے وہاں پر۔ جب بیس سیٹ بڑھائی گئی تو اس کے لڑکے کا بھی نمبر آ گیا۔ اور وہ داخلہ ہو گیا۔</w:t>
      </w:r>
    </w:p>
    <w:p>
      <w:r>
        <w:rPr>
          <w:b/>
        </w:rPr>
        <w:t xml:space="preserve">[26:37] </w:t>
      </w:r>
      <w:r>
        <w:t>phir jante hain kya hua woh woh main sunana chahta hoon aap ko is ke baad jo hua. is aadmi ko jab pata chala ke mera beta jo hai medical college mein is ka dakhla ho gaya hai.</w:t>
      </w:r>
    </w:p>
    <w:p>
      <w:pPr>
        <w:jc w:val="right"/>
      </w:pPr>
      <w:r>
        <w:t>پھر جانتے ہیں کیا ہوا وہ وہ میں سنانا چاہتا ہوں آپ کو اس کے بعد جو ہوا۔ اس آدمی کو جب پتہ چلا کہ میرا بیٹا جو ہے میڈیکل کالج میں اس کا داخلہ ہو گیا ہے۔</w:t>
      </w:r>
    </w:p>
    <w:p>
      <w:r>
        <w:rPr>
          <w:b/>
        </w:rPr>
        <w:t xml:space="preserve">[26:51] </w:t>
      </w:r>
      <w:r>
        <w:t>ab woh doctor banega. to phir dobara aaya woh delhi.</w:t>
      </w:r>
    </w:p>
    <w:p>
      <w:pPr>
        <w:jc w:val="right"/>
      </w:pPr>
      <w:r>
        <w:t>اب وہ ڈاکٹر بنے گا۔ تو پھر دوبارہ آیا وہ دہلی۔</w:t>
      </w:r>
    </w:p>
    <w:p>
      <w:r>
        <w:rPr>
          <w:b/>
        </w:rPr>
        <w:t xml:space="preserve">[26:57] </w:t>
      </w:r>
      <w:r>
        <w:t>us waqt itna zyada security nahin hua karti thi us waqt prime minister se milna aasan kaam hota tha.</w:t>
      </w:r>
    </w:p>
    <w:p>
      <w:pPr>
        <w:jc w:val="right"/>
      </w:pPr>
      <w:r>
        <w:t>اس وقت اتنا زیادہ سیکیورٹی نہیں ہوا کرتی تھی اس وقت پرائم منسٹر سے ملنا آسان کام ہوتا تھا۔</w:t>
      </w:r>
    </w:p>
    <w:p>
      <w:r>
        <w:rPr>
          <w:b/>
        </w:rPr>
        <w:t xml:space="preserve">[27:04] </w:t>
      </w:r>
      <w:r>
        <w:t>to wahan gaya.</w:t>
      </w:r>
    </w:p>
    <w:p>
      <w:pPr>
        <w:jc w:val="right"/>
      </w:pPr>
      <w:r>
        <w:t>تو وہاں گیا۔</w:t>
      </w:r>
    </w:p>
    <w:p>
      <w:r>
        <w:rPr>
          <w:b/>
        </w:rPr>
        <w:t xml:space="preserve">[27:09] </w:t>
      </w:r>
      <w:r>
        <w:t>to gate par khara ho gaya woh. intezar mein ke niklenge woh to time tha un ke nikalne ka.</w:t>
      </w:r>
    </w:p>
    <w:p>
      <w:pPr>
        <w:jc w:val="right"/>
      </w:pPr>
      <w:r>
        <w:t>تو گیٹ پر کھڑا ہو گیا وہ۔ انتظار میں کہ نکلیں گے وہ تو ٹائم تھا ان کے نکلنے کا۔</w:t>
      </w:r>
    </w:p>
    <w:p>
      <w:r>
        <w:rPr>
          <w:b/>
        </w:rPr>
        <w:t xml:space="preserve">[27:18] </w:t>
      </w:r>
      <w:r>
        <w:t>jab nehru aaye bahar gate par. to achaanak un ke pump gir pada woh. nehru ke pump gir pada.</w:t>
      </w:r>
    </w:p>
    <w:p>
      <w:pPr>
        <w:jc w:val="right"/>
      </w:pPr>
      <w:r>
        <w:t>جب نہرو آئے باہر گیٹ پر۔ تو اچانک ان کے پمپ گر پڑا وہ۔ نہرو کے پمپ گر پڑا۔</w:t>
      </w:r>
    </w:p>
    <w:p>
      <w:r>
        <w:rPr>
          <w:b/>
        </w:rPr>
        <w:t xml:space="preserve">[27:29] </w:t>
      </w:r>
      <w:r>
        <w:t>un ka yeh kaha yeh kaha yeh kaha. to unhon ne kaha ke aap ne woh kaam kar diya jo main soch bhi nahin sakta tha. mere bete ka admission ho gaya.</w:t>
      </w:r>
    </w:p>
    <w:p>
      <w:pPr>
        <w:jc w:val="right"/>
      </w:pPr>
      <w:r>
        <w:t>ان کا یہ کہا یہ کہا یہ کہا۔ تو انہوں نے کہا کہ آپ نے وہ کام کر دیا جو میں سوچ بھی نہیں سکتا تھا۔ میرے بیٹے کا ایڈمیشن ہو گیا۔</w:t>
      </w:r>
    </w:p>
    <w:p>
      <w:r>
        <w:rPr>
          <w:b/>
        </w:rPr>
        <w:t xml:space="preserve">[27:45] </w:t>
      </w:r>
      <w:r>
        <w:t>to nehru ne bees seat barhai aur is ka dakhla karne ke liye. to woh aadmi is itna zyada thankful hua woh.</w:t>
      </w:r>
    </w:p>
    <w:p>
      <w:pPr>
        <w:jc w:val="right"/>
      </w:pPr>
      <w:r>
        <w:t>تو نہرو نے بیس سیٹ بڑھائی اور اس کا داخلہ کرنے کے لیے۔ تو وہ آدمی اس اتنا زیادہ تھینک فل ہوا وہ۔</w:t>
      </w:r>
    </w:p>
    <w:p>
      <w:r>
        <w:rPr>
          <w:b/>
        </w:rPr>
        <w:t xml:space="preserve">[27:54] </w:t>
      </w:r>
      <w:r>
        <w:t>zyada is ke andar shukr ka jazba aaya ke yeh pump gir pada.</w:t>
      </w:r>
    </w:p>
    <w:p>
      <w:pPr>
        <w:jc w:val="right"/>
      </w:pPr>
      <w:r>
        <w:t>زیادہ اس کے اندر شکر کا جذبہ آیا کہ یہ پمپ گر پڑا۔</w:t>
      </w:r>
    </w:p>
    <w:p>
      <w:r>
        <w:rPr>
          <w:b/>
        </w:rPr>
        <w:t xml:space="preserve">[28:00] </w:t>
      </w:r>
      <w:r>
        <w:t>to main ne is ko socha to main ne kaha khuda ne</w:t>
      </w:r>
    </w:p>
    <w:p>
      <w:pPr>
        <w:jc w:val="right"/>
      </w:pPr>
      <w:r>
        <w:t>تو میں نے اس کو سوچا تو میں نے کہا خدا نے</w:t>
      </w:r>
    </w:p>
    <w:p>
      <w:r>
        <w:rPr>
          <w:b/>
        </w:rPr>
        <w:t xml:space="preserve">[28:07] </w:t>
      </w:r>
      <w:r>
        <w:t>billion trillion se bhi zyada barhe pemane pe yeh kaam kiya hai insaan ke liye. lekin koi khuda ke qadmon mein girne wala nahin.</w:t>
      </w:r>
    </w:p>
    <w:p>
      <w:pPr>
        <w:jc w:val="right"/>
      </w:pPr>
      <w:r>
        <w:t>بلین ٹریلین سے بھی زیادہ بڑے پیمانے پہ یہ کام کیا ہے انسان کے لیے۔ لیکن کوئی خدا کے قدموں میں گرنے والا نہیں۔</w:t>
      </w:r>
    </w:p>
    <w:p>
      <w:r>
        <w:rPr>
          <w:b/>
        </w:rPr>
        <w:t xml:space="preserve">[28:19] </w:t>
      </w:r>
      <w:r>
        <w:t>koi khuda ke qadmon mein girne wala nahin. koi khuda ke aage surrender karne wala nahin. koi khuda ke liye sacha shukr karne wala nahin.</w:t>
      </w:r>
    </w:p>
    <w:p>
      <w:pPr>
        <w:jc w:val="right"/>
      </w:pPr>
      <w:r>
        <w:t>کوئی خدا کے قدموں میں گرنے والا نہیں۔ کوئی خدا کے آگے سرنڈر کرنے والا نہیں۔ کوئی خدا کے لیے سچا شکر کرنے والا نہیں۔</w:t>
      </w:r>
    </w:p>
    <w:p>
      <w:r>
        <w:rPr>
          <w:b/>
        </w:rPr>
        <w:t xml:space="preserve">[28:33] </w:t>
      </w:r>
      <w:r>
        <w:t>ab dekhiye is ko aap aur zara phaila kar dekhiye.</w:t>
      </w:r>
    </w:p>
    <w:p>
      <w:pPr>
        <w:jc w:val="right"/>
      </w:pPr>
      <w:r>
        <w:t>اب دیکھیے اس کو آپ اور ذرا پھیلا کر دیکھیے۔</w:t>
      </w:r>
    </w:p>
    <w:p>
      <w:r>
        <w:rPr>
          <w:b/>
        </w:rPr>
        <w:t xml:space="preserve">[28:38] </w:t>
      </w:r>
      <w:r>
        <w:t>allah taala ne paida kiya pehle jinnaat ko. jinnaat fail ho gaya is zameen par pehle jinnaat basaye gaye the.</w:t>
      </w:r>
    </w:p>
    <w:p>
      <w:pPr>
        <w:jc w:val="right"/>
      </w:pPr>
      <w:r>
        <w:t>اللہ تعالیٰ نے پیدا کیا پہلے جنات کو۔ جنات فیل ہو گیا اس زمین پر پہلے جنات بسائے گئے تھے۔</w:t>
      </w:r>
    </w:p>
    <w:p>
      <w:r>
        <w:rPr>
          <w:b/>
        </w:rPr>
        <w:t xml:space="preserve">[28:51] </w:t>
      </w:r>
      <w:r>
        <w:t>to jinnaat ko bohat aql di gayi thi. bohat zyada aql. aql ko sahi istemal na kar saka woh fail ho gaya.</w:t>
      </w:r>
    </w:p>
    <w:p>
      <w:pPr>
        <w:jc w:val="right"/>
      </w:pPr>
      <w:r>
        <w:t>تو جنات کو بہت عقل دی گئی تھی۔ بہت زیادہ عقل۔ عقل کو صحیح استعمال نہ کر سکا وہ فیل ہو گیا۔</w:t>
      </w:r>
    </w:p>
    <w:p>
      <w:r>
        <w:rPr>
          <w:b/>
        </w:rPr>
        <w:t xml:space="preserve">[29:04] </w:t>
      </w:r>
      <w:r>
        <w:t>to phir insaan ko paida kiya allah taala ne. insaan ke andar ek ek aur cheez di. ek additional cheez aql ke ilawa.</w:t>
      </w:r>
    </w:p>
    <w:p>
      <w:pPr>
        <w:jc w:val="right"/>
      </w:pPr>
      <w:r>
        <w:t>تو پھر انسان کو پیدا کیا اللہ تعالیٰ نے۔ انسان کے اندر ایک ایک اور چیز دی۔ ایک ایڈیشنل چیز عقل کے علاوہ۔</w:t>
      </w:r>
    </w:p>
    <w:p>
      <w:r>
        <w:rPr>
          <w:b/>
        </w:rPr>
        <w:t xml:space="preserve">[29:14] </w:t>
      </w:r>
      <w:r>
        <w:t>woh kya hai? intuition. jis ko hum wajdan kehte hain.</w:t>
      </w:r>
    </w:p>
    <w:p>
      <w:pPr>
        <w:jc w:val="right"/>
      </w:pPr>
      <w:r>
        <w:t>وہ کیا ہے؟ انٹیوشن۔ جس کو ہم وجدان کہتے ہیں۔</w:t>
      </w:r>
    </w:p>
    <w:p>
      <w:r>
        <w:rPr>
          <w:b/>
        </w:rPr>
        <w:t xml:space="preserve">[29:22] </w:t>
      </w:r>
      <w:r>
        <w:t>yeh is ko ek aur cheez di. yeh kya tha? taake insaan jo hai kyunke dekhiye aql jo hai aql bohat hi limited cheez hai.</w:t>
      </w:r>
    </w:p>
    <w:p>
      <w:pPr>
        <w:jc w:val="right"/>
      </w:pPr>
      <w:r>
        <w:t>یہ اس کو ایک اور چیز دی۔ یہ کیا تھا؟ تاکہ انسان جو ہے کیونکہ دیکھیے عقل جو ہے عقل بہت ہی لمیٹڈ چیز ہے۔</w:t>
      </w:r>
    </w:p>
    <w:p>
      <w:r>
        <w:rPr>
          <w:b/>
        </w:rPr>
        <w:t xml:space="preserve">[29:35] </w:t>
      </w:r>
      <w:r>
        <w:t>agarche aap sochein maujooda zamane mein science kehti hai ke reasons se aap sirf probability tak pohnchte hain probability tak.</w:t>
      </w:r>
    </w:p>
    <w:p>
      <w:pPr>
        <w:jc w:val="right"/>
      </w:pPr>
      <w:r>
        <w:t>اگرچہ آپ سوچیں موجودہ زمانے میں سائنس کہتی ہے کہ ریزنز سے آپ صرف پراببلیٹی تک پہنچتے ہیں پراببلیٹی تک۔</w:t>
      </w:r>
    </w:p>
    <w:p>
      <w:r>
        <w:rPr>
          <w:b/>
        </w:rPr>
        <w:t xml:space="preserve">[29:46] </w:t>
      </w:r>
      <w:r>
        <w:t>probability imkan. yaqeen tak nahi pahunch sakte aap.</w:t>
      </w:r>
    </w:p>
    <w:p>
      <w:pPr>
        <w:jc w:val="right"/>
      </w:pPr>
      <w:r>
        <w:t>پراببلیٹی امکان۔ یقین تک نہیں پہنچ سکتے آپ۔</w:t>
      </w:r>
    </w:p>
    <w:p>
      <w:r>
        <w:rPr>
          <w:b/>
        </w:rPr>
        <w:t xml:space="preserve">[29:51] </w:t>
      </w:r>
      <w:r>
        <w:t>to kya keh aql insan ko di gayi thi reason tha is ke paas lekin wo sirf pahunch sakta tha probability tak imkan tak.</w:t>
      </w:r>
    </w:p>
    <w:p>
      <w:pPr>
        <w:jc w:val="right"/>
      </w:pPr>
      <w:r>
        <w:t>تو کیا کہ عقل انسان کو دی گئی تھی ریزن تھا اس کے پاس لیکن وہ صرف پہنچ سکتا تھا پراببلیٹی تک امکان تک۔</w:t>
      </w:r>
    </w:p>
    <w:p>
      <w:r>
        <w:rPr>
          <w:b/>
        </w:rPr>
        <w:t xml:space="preserve">[30:01] </w:t>
      </w:r>
      <w:r>
        <w:t>to imkan ko le kar ke aap faisla nahi kar paate. maslan aap dekhiye aap ki mother hai. agar sirf reason aap apply karna ho aap ko.</w:t>
      </w:r>
    </w:p>
    <w:p>
      <w:pPr>
        <w:jc w:val="right"/>
      </w:pPr>
      <w:r>
        <w:t>تو امکان کو لے کر کے آپ فیصلہ نہیں کر پاتے۔ مثلاً آپ دیکھیے آپ کی مدر ہے۔ اگر صرف ریزن آپ اپلائی کرنا ہو آپ کو۔</w:t>
      </w:r>
    </w:p>
    <w:p>
      <w:r>
        <w:rPr>
          <w:b/>
        </w:rPr>
        <w:t xml:space="preserve">[30:13] </w:t>
      </w:r>
      <w:r>
        <w:t>aur sirf probability par ja kar mamla pahunchta ho. ke probabli ye mera meri mother hai. to aap mohabbat nahi kar payenge is se.</w:t>
      </w:r>
    </w:p>
    <w:p>
      <w:pPr>
        <w:jc w:val="right"/>
      </w:pPr>
      <w:r>
        <w:t>اور صرف پراببلیٹی پر جا کر معاملہ پہنچتا ہو۔ کہ پراببلی یہ میرا میری مدر ہے۔ تو آپ محبت نہیں کر پائیں گے اس سے۔</w:t>
      </w:r>
    </w:p>
    <w:p>
      <w:r>
        <w:rPr>
          <w:b/>
        </w:rPr>
        <w:t xml:space="preserve">[30:22] </w:t>
      </w:r>
      <w:r>
        <w:t>mohabbat jab kar paate hain kisi ke dil mein jo baithi hui hai maan. us ki wajah se aap ke dil mein aap ke intuition mein aap ke wajdan mein.</w:t>
      </w:r>
    </w:p>
    <w:p>
      <w:pPr>
        <w:jc w:val="right"/>
      </w:pPr>
      <w:r>
        <w:t>محبت جب کر پاتے ہیں کسی کے دل میں جو بیٹھی ہوئی ہے ماں۔ اس کی وجہ سے آپ کے دل میں آپ کے انٹیوشن میں آپ کے وجدان میں۔</w:t>
      </w:r>
    </w:p>
    <w:p>
      <w:r>
        <w:rPr>
          <w:b/>
        </w:rPr>
        <w:t xml:space="preserve">[30:33] </w:t>
      </w:r>
      <w:r>
        <w:t>us ki wajah se aap mohabbat karte hain. aql se le kar mohabbat nahi karte aap. aql se soch kar mohabbat karna ho to koi maan ko maane bhi nahi.</w:t>
      </w:r>
    </w:p>
    <w:p>
      <w:pPr>
        <w:jc w:val="right"/>
      </w:pPr>
      <w:r>
        <w:t>اس کی وجہ سے آپ محبت کرتے ہیں۔ عقل سے لے کر محبت نہیں کرتے آپ۔ عقل سے سوچ کر محبت کرنا ہو تو کوئی ماں کو مانے بھی نہیں۔</w:t>
      </w:r>
    </w:p>
    <w:p>
      <w:r>
        <w:rPr>
          <w:b/>
        </w:rPr>
        <w:t xml:space="preserve">[30:43] </w:t>
      </w:r>
      <w:r>
        <w:t>ke maine to dekha hai tum ke main tumhare pet se nikal raha hoon kaise maanu ke tu meri maan hai.</w:t>
      </w:r>
    </w:p>
    <w:p>
      <w:pPr>
        <w:jc w:val="right"/>
      </w:pPr>
      <w:r>
        <w:t>کہ میں نے تو دیکھا ہے تم کہ میں تمہارے پیٹ سے نکل رہا ہوں کیسے مانوں کہ تو میری ماں ہے۔</w:t>
      </w:r>
    </w:p>
    <w:p>
      <w:r>
        <w:rPr>
          <w:b/>
        </w:rPr>
        <w:t xml:space="preserve">[30:48] </w:t>
      </w:r>
      <w:r>
        <w:t>lekin dil mein jo hai us ka bhara hua us ka ehsas wo cheez aap ko mohabbat karne par majboor karta hai.</w:t>
      </w:r>
    </w:p>
    <w:p>
      <w:pPr>
        <w:jc w:val="right"/>
      </w:pPr>
      <w:r>
        <w:t>لیکن دل میں جو ہے اس کا بھرا ہوا اس کا احساس وہ چیز آپ کو محبت کرنے پر مجبور کرتا ہے۔</w:t>
      </w:r>
    </w:p>
    <w:p>
      <w:r>
        <w:rPr>
          <w:b/>
        </w:rPr>
        <w:t xml:space="preserve">[30:57] </w:t>
      </w:r>
      <w:r>
        <w:t>to Allah taala ne dekhiye aql ke sath sath ye bhi cheez diya is ke nature mein is ke wajdan mein is ki is ke intuition mein bhar diya.</w:t>
      </w:r>
    </w:p>
    <w:p>
      <w:pPr>
        <w:jc w:val="right"/>
      </w:pPr>
      <w:r>
        <w:t>تو اللہ تعالیٰ نے دیکھیے عقل کے ساتھ ساتھ یہ بھی چیز دیا اس کے نیچر میں اس کے وجدان میں اس کی اس کے انٹیوشن میں بھر دیا۔</w:t>
      </w:r>
    </w:p>
    <w:p>
      <w:r>
        <w:rPr>
          <w:b/>
        </w:rPr>
        <w:t xml:space="preserve">[31:10] </w:t>
      </w:r>
      <w:r>
        <w:t>taake insan jo hai Khuda ke manne ke mamle mein probability par na ruke. balke emotional tor par sentimental tor par Khuda se jure wo Khuda se mohabbat karne wala bane.</w:t>
      </w:r>
    </w:p>
    <w:p>
      <w:pPr>
        <w:jc w:val="right"/>
      </w:pPr>
      <w:r>
        <w:t>تاکہ انسان جو ہے خدا کے ماننے کے معاملے میں پراببلیٹی پر نہ رکے۔ بلکہ ایموشنل طور پر سینٹیمنٹل طور پر خدا سے جڑے وہ خدا سے محبت کرنے والا بنے۔</w:t>
      </w:r>
    </w:p>
    <w:p>
      <w:r>
        <w:rPr>
          <w:b/>
        </w:rPr>
        <w:t xml:space="preserve">[31:24] </w:t>
      </w:r>
      <w:r>
        <w:t>lekin insan ko dekhiye aap kuch bhi nahi. is se aage aur set badhai Allah taala ne. ke poori kainat ko ek sign bana diya sign.</w:t>
      </w:r>
    </w:p>
    <w:p>
      <w:pPr>
        <w:jc w:val="right"/>
      </w:pPr>
      <w:r>
        <w:t>لیکن انسان کو دیکھیے آپ کچھ بھی نہیں۔ اس سے آگے اور سیٹ بڑھائی اللہ تعالیٰ نے۔ کہ پوری کائنات کو ایک سائن بنا دیا سائن۔</w:t>
      </w:r>
    </w:p>
    <w:p>
      <w:r>
        <w:rPr>
          <w:b/>
        </w:rPr>
        <w:t xml:space="preserve">[31:38] </w:t>
      </w:r>
      <w:r>
        <w:t>sign of God. har cheez mein Khuda ka jalwa. har cheez mein aap ek pati mein ek zare mein ek galaxy mein solar system mein ek jalwa Khuda ka.</w:t>
      </w:r>
    </w:p>
    <w:p>
      <w:pPr>
        <w:jc w:val="right"/>
      </w:pPr>
      <w:r>
        <w:t>سائن آف گاڈ۔ ہر چیز میں خدا کا جلوہ۔ ہر چیز میں آپ ایک پتی میں ایک ذرے میں ایک گلیکسی میں سولر سسٹم میں ایک جلوہ خدا کا۔</w:t>
      </w:r>
    </w:p>
    <w:p>
      <w:r>
        <w:rPr>
          <w:b/>
        </w:rPr>
        <w:t xml:space="preserve">[31:52] </w:t>
      </w:r>
      <w:r>
        <w:t>taake is ko dekh kar aap ko sense of awe paida ho thrill paida ho aur Khuda ko maanein.</w:t>
      </w:r>
    </w:p>
    <w:p>
      <w:pPr>
        <w:jc w:val="right"/>
      </w:pPr>
      <w:r>
        <w:t>تاکہ اس کو دیکھ کر آپ کو سینس آف او پیدا ہو تھرل پیدا ہو اور خدا کو مانیں۔</w:t>
      </w:r>
    </w:p>
    <w:p>
      <w:r>
        <w:rPr>
          <w:b/>
        </w:rPr>
        <w:t xml:space="preserve">[31:59] </w:t>
      </w:r>
      <w:r>
        <w:t>tab bhi insan ne ye kuch sabak nahi liya is se. phir dekhiye Allah taala ne kya kiya insan ke liye.</w:t>
      </w:r>
    </w:p>
    <w:p>
      <w:pPr>
        <w:jc w:val="right"/>
      </w:pPr>
      <w:r>
        <w:t>تب بھی انسان نے یہ کچھ سبق نہیں لیا اس سے۔ پھر دیکھیے اللہ تعالیٰ نے کیا کیا انسان کے لیے۔</w:t>
      </w:r>
    </w:p>
    <w:p>
      <w:r>
        <w:rPr>
          <w:b/>
        </w:rPr>
        <w:t xml:space="preserve">[32:11] </w:t>
      </w:r>
      <w:r>
        <w:t>paighambar bheje.</w:t>
      </w:r>
    </w:p>
    <w:p>
      <w:pPr>
        <w:jc w:val="right"/>
      </w:pPr>
      <w:r>
        <w:t>پیغمبر بھیجے۔</w:t>
      </w:r>
    </w:p>
    <w:p>
      <w:r>
        <w:rPr>
          <w:b/>
        </w:rPr>
        <w:t xml:space="preserve">[32:15] </w:t>
      </w:r>
      <w:r>
        <w:t>paighambar koi aasan cheez nahi hai. paighambar ke maani hain</w:t>
      </w:r>
    </w:p>
    <w:p>
      <w:pPr>
        <w:jc w:val="right"/>
      </w:pPr>
      <w:r>
        <w:t>پیغمبر کوئی آسان چیز نہیں ہے۔ پیغمبر کے معنی ہیں</w:t>
      </w:r>
    </w:p>
    <w:p>
      <w:r>
        <w:rPr>
          <w:b/>
        </w:rPr>
        <w:t xml:space="preserve">[32:24] </w:t>
      </w:r>
      <w:r>
        <w:t>yani duniya mein nizam hai is nizam ko todna.</w:t>
      </w:r>
    </w:p>
    <w:p>
      <w:pPr>
        <w:jc w:val="right"/>
      </w:pPr>
      <w:r>
        <w:t>یعنی جو دنیا میں نظام ہے اس نظام کو توڑنا۔</w:t>
      </w:r>
    </w:p>
    <w:p>
      <w:r>
        <w:rPr>
          <w:b/>
        </w:rPr>
        <w:t xml:space="preserve">[32:29] </w:t>
      </w:r>
      <w:r>
        <w:t>ek ek ek farishta aata hai paighambar ke paas Khuda ke words ko le kar. to duniya ka jo natural system hai us ko tod kar ke gawah Khuda ne.</w:t>
      </w:r>
    </w:p>
    <w:p>
      <w:pPr>
        <w:jc w:val="right"/>
      </w:pPr>
      <w:r>
        <w:t>ایک ایک ایک فرشتہ آتا ہے پیغمبر کے پاس خدا کے ورڈز کو لے کر۔ تو دنیا کا جو نیچرل سسٹم ہے اس کو توڑ کر کے گواہ خدا نے۔</w:t>
      </w:r>
    </w:p>
    <w:p>
      <w:r>
        <w:rPr>
          <w:b/>
        </w:rPr>
        <w:t xml:space="preserve">[32:41] </w:t>
      </w:r>
      <w:r>
        <w:t>exceptional tor par ek farishta bheja ek paighambar ke paas. ke taake aap ko hidayat ho.</w:t>
      </w:r>
    </w:p>
    <w:p>
      <w:pPr>
        <w:jc w:val="right"/>
      </w:pPr>
      <w:r>
        <w:t>ایکسیپشنل طور پر ایک فرشتہ بھیجا ایک پیغمبر کے پاس۔ کہ تاکہ آپ کو ہدایت ہو۔</w:t>
      </w:r>
    </w:p>
    <w:p>
      <w:r>
        <w:rPr>
          <w:b/>
        </w:rPr>
        <w:t xml:space="preserve">[32:50] </w:t>
      </w:r>
      <w:r>
        <w:t>phir bhi insan</w:t>
      </w:r>
    </w:p>
    <w:p>
      <w:pPr>
        <w:jc w:val="right"/>
      </w:pPr>
      <w:r>
        <w:t>پھر بھی انسان</w:t>
      </w:r>
    </w:p>
    <w:p>
      <w:r>
        <w:rPr>
          <w:b/>
        </w:rPr>
        <w:t xml:space="preserve">[32:54] </w:t>
      </w:r>
      <w:r>
        <w:t>phir bhi insan ne hidayat nahi pakdi. phir bhi insan ne hidayat nahi pakdi kaisi ajeeb baat hai.</w:t>
      </w:r>
    </w:p>
    <w:p>
      <w:pPr>
        <w:jc w:val="right"/>
      </w:pPr>
      <w:r>
        <w:t>پھر بھی انسان نے ہدایت نہیں پکڑی۔ پھر بھی انسان نے ہدایت نہیں پکڑی کیسی عجیب بات ہے۔</w:t>
      </w:r>
    </w:p>
    <w:p>
      <w:r>
        <w:rPr>
          <w:b/>
        </w:rPr>
        <w:t xml:space="preserve">[33:03] </w:t>
      </w:r>
      <w:r>
        <w:t>aakhri had bata doon aakhri had Allah taala ne kya ki aakhri had.</w:t>
      </w:r>
    </w:p>
    <w:p>
      <w:pPr>
        <w:jc w:val="right"/>
      </w:pPr>
      <w:r>
        <w:t>آخری حد بتا دوں آخری حد اللہ تعالیٰ نے کیا کی آخری حد۔</w:t>
      </w:r>
    </w:p>
    <w:p>
      <w:r>
        <w:rPr>
          <w:b/>
        </w:rPr>
        <w:t xml:space="preserve">[33:13] </w:t>
      </w:r>
      <w:r>
        <w:t>aakhri had ye hai hadith mein aata hai ke ma raait misl jannat naam talibah ke jannat ki talab bhi nahi logon ke andar sachi tadap bhi nahi.</w:t>
      </w:r>
    </w:p>
    <w:p>
      <w:pPr>
        <w:jc w:val="right"/>
      </w:pPr>
      <w:r>
        <w:t>آخری حد یہ ہے حدیث میں آتا ہے کہ ما رایت مثل جنت نام طالبہ کہ جنت کی طلب بھی نہیں لوگوں کے اندر سچی تڑپ بھی نہیں۔</w:t>
      </w:r>
    </w:p>
    <w:p>
      <w:r>
        <w:rPr>
          <w:b/>
        </w:rPr>
        <w:t xml:space="preserve">[33:29] </w:t>
      </w:r>
      <w:r>
        <w:t>shopping center se jitna shauq un ko hota hai ek naya joda kapde karne ka jitna is ke talib hote hain utna bhi talab nahi.</w:t>
      </w:r>
    </w:p>
    <w:p>
      <w:pPr>
        <w:jc w:val="right"/>
      </w:pPr>
      <w:r>
        <w:t>شاپنگ سینٹر سے جتنا شوق ان کو ہوتا ہے ایک نیا جوڑا کپڑے کرنے کا جتنا اس کے طالب ہوتے ہیں اتنا بھی طلب نہیں۔</w:t>
      </w:r>
    </w:p>
    <w:p>
      <w:r>
        <w:rPr>
          <w:b/>
        </w:rPr>
        <w:t xml:space="preserve">[33:41] </w:t>
      </w:r>
      <w:r>
        <w:t>yani Allah taala ne yahan tak list badhai ke koi sacha talib ho to us ko bhi jannat mein dakhil karo.</w:t>
      </w:r>
    </w:p>
    <w:p>
      <w:pPr>
        <w:jc w:val="right"/>
      </w:pPr>
      <w:r>
        <w:t>یعنی اللہ تعالیٰ نے یہاں تک لسٹ بڑھائی کہ کوئی سچا طالب ہو تو اس کو بھی جنت میں داخل کرو۔</w:t>
      </w:r>
    </w:p>
    <w:p>
      <w:r>
        <w:rPr>
          <w:b/>
        </w:rPr>
        <w:t xml:space="preserve">[33:53] </w:t>
      </w:r>
      <w:r>
        <w:t>is is hadith ki asal khud quran mein maujood hai yani Allah taala ne insan se kaha ke tum se koi saal ban kar aaye mangne wala ban kar aaye to is ko jhaṛko mat de do is ko.</w:t>
      </w:r>
    </w:p>
    <w:p>
      <w:pPr>
        <w:jc w:val="right"/>
      </w:pPr>
      <w:r>
        <w:t>اس اس حدیث کی اصل خود قرآن میں موجود ہے یعنی اللہ تعالیٰ نے انسان سے کہا کہ تم سے کوئی سال بن کر آئے مانگنے والا بن کر آئے تو اس کو جھڑکو مت دے دو اس کو۔</w:t>
      </w:r>
    </w:p>
    <w:p>
      <w:r>
        <w:rPr>
          <w:b/>
        </w:rPr>
        <w:t xml:space="preserve">[34:08] </w:t>
      </w:r>
      <w:r>
        <w:t>is ke mani kya hain is mein aik aik cheez chhipi hui hai ke main woh hasti hoon ke mangay tab bhi doon ga.</w:t>
      </w:r>
    </w:p>
    <w:p>
      <w:pPr>
        <w:jc w:val="right"/>
      </w:pPr>
      <w:r>
        <w:t>اس کے معنی کیا ہیں اس میں ایک ایک چیز چھپی ہوئی ہے کہ میں وہ ہستی ہوں کہ مانگے تب بھی دوں گا۔</w:t>
      </w:r>
    </w:p>
    <w:p>
      <w:r>
        <w:rPr>
          <w:b/>
        </w:rPr>
        <w:t xml:space="preserve">[34:18] </w:t>
      </w:r>
      <w:r>
        <w:t>chahe is ne koi bara kaam na bhi kiya ho ke</w:t>
      </w:r>
    </w:p>
    <w:p>
      <w:pPr>
        <w:jc w:val="right"/>
      </w:pPr>
      <w:r>
        <w:t>چاہے اس نے کوئی بڑا کام نہ بھی کیا ہو کہ</w:t>
      </w:r>
    </w:p>
    <w:p>
      <w:r>
        <w:rPr>
          <w:b/>
        </w:rPr>
        <w:t xml:space="preserve">[34:22] </w:t>
      </w:r>
      <w:r>
        <w:t>Allah taala ne apna introduction diya hai aik keh kar ke</w:t>
      </w:r>
    </w:p>
    <w:p>
      <w:pPr>
        <w:jc w:val="right"/>
      </w:pPr>
      <w:r>
        <w:t>اللہ تعالیٰ نے اپنا انٹروڈکشن دیا ہے ایک کہہ کر کے</w:t>
      </w:r>
    </w:p>
    <w:p>
      <w:r>
        <w:rPr>
          <w:b/>
        </w:rPr>
        <w:t xml:space="preserve">[34:27] </w:t>
      </w:r>
      <w:r>
        <w:t>yani main deta hoon tum bhi do. kaisi ajeeb baat hai. Khuda ne list ko yahan tak baṛhaya yahan tak baṛhaya. Reason diya intuition diya pore nature ko science se bhar diya prophet bhejey.</w:t>
      </w:r>
    </w:p>
    <w:p>
      <w:pPr>
        <w:jc w:val="right"/>
      </w:pPr>
      <w:r>
        <w:t>یعنی میں دیتا ہوں تم بھی دو۔ کیسی عجیب بات ہے۔ خدا نے لسٹ کو یہاں تک بڑھایا یہاں تک بڑھایا۔ ریزن دیا انٹیوشن دیا پورے نیچر کو سائن سے بھر دیا پرافٹ بھیجے۔</w:t>
      </w:r>
    </w:p>
    <w:p>
      <w:r>
        <w:rPr>
          <w:b/>
        </w:rPr>
        <w:t xml:space="preserve">[34:46] </w:t>
      </w:r>
      <w:r>
        <w:t>kya kya kar ke phir yahan tak baṛhaya ke sachay talib bhi ban jao tum.</w:t>
      </w:r>
    </w:p>
    <w:p>
      <w:pPr>
        <w:jc w:val="right"/>
      </w:pPr>
      <w:r>
        <w:t>کیا کیا کر کے پھر یہاں تک بڑھایا کہ سچے طالب بھی بن جاؤ تم۔</w:t>
      </w:r>
    </w:p>
    <w:p>
      <w:r>
        <w:rPr>
          <w:b/>
        </w:rPr>
        <w:t xml:space="preserve">[34:55] </w:t>
      </w:r>
      <w:r>
        <w:t>quran majeed ki surah jo nisa hai us ke aik ajeeb ayat hai.</w:t>
      </w:r>
    </w:p>
    <w:p>
      <w:pPr>
        <w:jc w:val="right"/>
      </w:pPr>
      <w:r>
        <w:t>قرآن مجید کی سورہ جو النساء ہے اس کے ایک عجیب آیت ہے۔</w:t>
      </w:r>
    </w:p>
    <w:p>
      <w:r>
        <w:rPr>
          <w:b/>
        </w:rPr>
        <w:t xml:space="preserve">[35:03] </w:t>
      </w:r>
      <w:r>
        <w:t>ke islam mein dekhiye yeh jo inheritance hota hai virasat is ko banta jata hai marne ke baad.</w:t>
      </w:r>
    </w:p>
    <w:p>
      <w:pPr>
        <w:jc w:val="right"/>
      </w:pPr>
      <w:r>
        <w:t>کہ اسلام میں دیکھیے یہ جو انہیریٹنس ہوتا ہے وراثت اس کو بانٹا جاتا ہے مرنے کے بعد۔</w:t>
      </w:r>
    </w:p>
    <w:p>
      <w:r>
        <w:rPr>
          <w:b/>
        </w:rPr>
        <w:t xml:space="preserve">[35:11] </w:t>
      </w:r>
      <w:r>
        <w:t>to is mein hai ke jab aik admi mar gaya is ne kuch chhoṛa.</w:t>
      </w:r>
    </w:p>
    <w:p>
      <w:pPr>
        <w:jc w:val="right"/>
      </w:pPr>
      <w:r>
        <w:t>تو اس میں ہے کہ جب ایک آدمی مر گیا اس نے کچھ چھوڑا۔</w:t>
      </w:r>
    </w:p>
    <w:p>
      <w:r>
        <w:rPr>
          <w:b/>
        </w:rPr>
        <w:t xml:space="preserve">[35:18] </w:t>
      </w:r>
      <w:r>
        <w:t>pehley zamaney mein to sirf land hua karti thi ya land base kuch cheezein hua karti thi ab to in bohat zyada saman hota hai.</w:t>
      </w:r>
    </w:p>
    <w:p>
      <w:pPr>
        <w:jc w:val="right"/>
      </w:pPr>
      <w:r>
        <w:t>پہلے زمانے میں تو صرف لینڈ ہوا کرتی تھی یا لینڈ بیس کچھ چیزیں ہوا کرتی تھیں اب تو ان بہت زیادہ سامان ہوتا ہے۔</w:t>
      </w:r>
    </w:p>
    <w:p>
      <w:r>
        <w:rPr>
          <w:b/>
        </w:rPr>
        <w:t xml:space="preserve">[35:30] </w:t>
      </w:r>
      <w:r>
        <w:t>land hai ya ghalla hai ya is tarah ki jo hoti thi pehley.</w:t>
      </w:r>
    </w:p>
    <w:p>
      <w:pPr>
        <w:jc w:val="right"/>
      </w:pPr>
      <w:r>
        <w:t>لینڈ ہے یا غلہ ہے یا اس طرح کی جو ہوتی تھی پہلے۔</w:t>
      </w:r>
    </w:p>
    <w:p>
      <w:r>
        <w:rPr>
          <w:b/>
        </w:rPr>
        <w:t xml:space="preserve">[35:34] </w:t>
      </w:r>
      <w:r>
        <w:t>to quran mein hai ke aik shakhs mar gaya is ki cheezon ko taqseem karna hai wariseen ko.</w:t>
      </w:r>
    </w:p>
    <w:p>
      <w:pPr>
        <w:jc w:val="right"/>
      </w:pPr>
      <w:r>
        <w:t>تو قرآن میں ہے کہ ایک شخص مر گیا اس کی چیزوں کو تقسیم کرنا ہے وارثین کو۔</w:t>
      </w:r>
    </w:p>
    <w:p>
      <w:r>
        <w:rPr>
          <w:b/>
        </w:rPr>
        <w:t xml:space="preserve">[35:44] </w:t>
      </w:r>
      <w:r>
        <w:t>to is mein hai ke waida hazar al-qismat ul-qurba</w:t>
      </w:r>
    </w:p>
    <w:p>
      <w:pPr>
        <w:jc w:val="right"/>
      </w:pPr>
      <w:r>
        <w:t>تو اس میں ہے کہ ویدہ حضر القسمت اول القربہ</w:t>
      </w:r>
    </w:p>
    <w:p>
      <w:r>
        <w:rPr>
          <w:b/>
        </w:rPr>
        <w:t xml:space="preserve">[35:52] </w:t>
      </w:r>
      <w:r>
        <w:t>wal-yatama wal-masakin farzuq minhu</w:t>
      </w:r>
    </w:p>
    <w:p>
      <w:pPr>
        <w:jc w:val="right"/>
      </w:pPr>
      <w:r>
        <w:t>ولیتام المساکین فرزخو منہ</w:t>
      </w:r>
    </w:p>
    <w:p>
      <w:r>
        <w:rPr>
          <w:b/>
        </w:rPr>
        <w:t xml:space="preserve">[36:01] </w:t>
      </w:r>
      <w:r>
        <w:t>ke jab taqseem ka waqt hai</w:t>
      </w:r>
    </w:p>
    <w:p>
      <w:pPr>
        <w:jc w:val="right"/>
      </w:pPr>
      <w:r>
        <w:t>کہ جب تقسیم کا وقت ہے</w:t>
      </w:r>
    </w:p>
    <w:p>
      <w:r>
        <w:rPr>
          <w:b/>
        </w:rPr>
        <w:t xml:space="preserve">[36:06] </w:t>
      </w:r>
      <w:r>
        <w:t>to taqseem ki jati hai jin ka haq ho. Taqseem khwamkhwah to nahi banti jati kisi ko de di jayegi.</w:t>
      </w:r>
    </w:p>
    <w:p>
      <w:pPr>
        <w:jc w:val="right"/>
      </w:pPr>
      <w:r>
        <w:t>تو تقسیم کی جاتی ہے جن کا حق ہو۔ تقسیم خوامخواہ تو نہیں بانٹی جاتی کسی کو دے دی جائے گی۔</w:t>
      </w:r>
    </w:p>
    <w:p>
      <w:r>
        <w:rPr>
          <w:b/>
        </w:rPr>
        <w:t xml:space="preserve">[36:14] </w:t>
      </w:r>
      <w:r>
        <w:t>jo admi chhoṛ kar mara hai is ka beta betey ko beti ko rishtedaron ko milega. To quran majeed mein hai ke jab</w:t>
      </w:r>
    </w:p>
    <w:p>
      <w:pPr>
        <w:jc w:val="right"/>
      </w:pPr>
      <w:r>
        <w:t>جو آدمی چھوڑ کر مرا ہے اس کا بیٹا بیٹے کو بیٹی کو رشتہ داروں کو ملے گا۔ تو قرآن مجید میں ہے کہ جب</w:t>
      </w:r>
    </w:p>
    <w:p>
      <w:r>
        <w:rPr>
          <w:b/>
        </w:rPr>
        <w:t xml:space="preserve">[36:26] </w:t>
      </w:r>
      <w:r>
        <w:t>koi mar gaya ab is ki virasat ko taqseem karna hai. To jo haqdar hain woh aaye lene ke liye kuch aur bhi aa gaye idhar udhar ke door ke rishtedar jin ka haq nahi hota tha.</w:t>
      </w:r>
    </w:p>
    <w:p>
      <w:pPr>
        <w:jc w:val="right"/>
      </w:pPr>
      <w:r>
        <w:t>کوئی مر گیا اب اس کی وراثت کو تقسیم کرنا ہے۔ تو جو حقدار ہیں وہ آئے لینے کے لیے کچھ اور بھی آگئے ادھر ادھر کے دور کے رشتہ دار جن کا حق نہیں ہوتا تھا۔</w:t>
      </w:r>
    </w:p>
    <w:p>
      <w:r>
        <w:rPr>
          <w:b/>
        </w:rPr>
        <w:t xml:space="preserve">[36:40] </w:t>
      </w:r>
      <w:r>
        <w:t>door ke log aa ke khaṛe ho gaye.</w:t>
      </w:r>
    </w:p>
    <w:p>
      <w:pPr>
        <w:jc w:val="right"/>
      </w:pPr>
      <w:r>
        <w:t>دور کے لوگ آ کے کھڑے ہو گئے۔</w:t>
      </w:r>
    </w:p>
    <w:p>
      <w:r>
        <w:rPr>
          <w:b/>
        </w:rPr>
        <w:t xml:space="preserve">[36:49] </w:t>
      </w:r>
      <w:r>
        <w:t>to farmaya ke unhein bhi kuch de do farzuq minhu</w:t>
      </w:r>
    </w:p>
    <w:p>
      <w:pPr>
        <w:jc w:val="right"/>
      </w:pPr>
      <w:r>
        <w:t>تو فرمایا کہ انہیں بھی کچھ دے دو فرزخو منہ</w:t>
      </w:r>
    </w:p>
    <w:p>
      <w:r>
        <w:rPr>
          <w:b/>
        </w:rPr>
        <w:t xml:space="preserve">[36:57] </w:t>
      </w:r>
      <w:r>
        <w:t>kasi ajeeb ayat hai. Jab main is ko paṛhta hoon to lagta hai ke Allah ne apna introduction diya hai ke aye insan main woh hasti hoon ke aa ke koi khaṛa ho jaye sa'il ban kar tab bhi main use doonga to tum bhi do.</w:t>
      </w:r>
    </w:p>
    <w:p>
      <w:pPr>
        <w:jc w:val="right"/>
      </w:pPr>
      <w:r>
        <w:t>کیسی عجیب آیت ہے۔ جب میں اس کو پڑھتا ہوں تو لگتا ہے کہ اللہ نے اپنا انٹروڈکشن دیا ہے کہ اے انسان میں وہ ہستی ہوں کہ آ کے کوئی کھڑا ہو جائے سائل بن کر تب بھی میں اسے دوں گا تو تم بھی دو۔</w:t>
      </w:r>
    </w:p>
    <w:p>
      <w:r>
        <w:rPr>
          <w:b/>
        </w:rPr>
        <w:t xml:space="preserve">[37:15] </w:t>
      </w:r>
      <w:r>
        <w:t>ab dekhiye list ko kahan tak Allah taala ne baṛhaya. Jaise bees list unhon ne baṛhai thi bees number to beeswein par is ka inaam aa gaya.</w:t>
      </w:r>
    </w:p>
    <w:p>
      <w:pPr>
        <w:jc w:val="right"/>
      </w:pPr>
      <w:r>
        <w:t>اب دیکھیں لسٹ کو کہاں تک اللہ تعالیٰ نے بڑھایا۔ جیسے بیس لسٹ انہوں نے بڑھائی تھی بیس نمبر تو بیسویں پر اس کا انعام آ گیا۔</w:t>
      </w:r>
    </w:p>
    <w:p>
      <w:r>
        <w:rPr>
          <w:b/>
        </w:rPr>
        <w:t xml:space="preserve">[37:27] </w:t>
      </w:r>
      <w:r>
        <w:t>yahan bhi Allah taala ne kya kya ab sirf jism nahi diya jism ke sath aql bhi diya sirf aql nahi diya is ke sath intuition diya sirf intuition nahi diya is ke sath sare nature ko main science se bhar diya.</w:t>
      </w:r>
    </w:p>
    <w:p>
      <w:pPr>
        <w:jc w:val="right"/>
      </w:pPr>
      <w:r>
        <w:t>یہاں بھی اللہ تعالیٰ نے کیا کیا اب صرف جسم نہیں دیا جسم کے ساتھ عقل بھی دیا صرف عقل نہیں دیا اس کے ساتھ انٹیوشن دیا صرف انٹیوشن نہیں دیا اس کے ساتھ سارے نیچر کو میں سائنس سے بھر دیا۔</w:t>
      </w:r>
    </w:p>
    <w:p>
      <w:r>
        <w:rPr>
          <w:b/>
        </w:rPr>
        <w:t xml:space="preserve">[37:44] </w:t>
      </w:r>
      <w:r>
        <w:t>par yani peyghambaron ke zariye se hidayat di baqi jo hai to gaya yani na bolne wali cheezein thi peyghambar bolne ki zuban mein batata tha.</w:t>
      </w:r>
    </w:p>
    <w:p>
      <w:pPr>
        <w:jc w:val="right"/>
      </w:pPr>
      <w:r>
        <w:t>پر یعنی پیغمبروں کے ذریعے سے ہدایت دی باقی جو ہے تو گیا یعنی نہ بولنے والی چیزیں تھیں پیغمبر بولنے کی زبان میں بتاتا تھا۔</w:t>
      </w:r>
    </w:p>
    <w:p>
      <w:r>
        <w:rPr>
          <w:b/>
        </w:rPr>
        <w:t xml:space="preserve">[37:59] </w:t>
      </w:r>
      <w:r>
        <w:t>phir list ko yahan tak pohanchaya tak pohanchaya itna baṛhaya ke aye insan agar tu sacha talib ban jaye</w:t>
      </w:r>
    </w:p>
    <w:p>
      <w:pPr>
        <w:jc w:val="right"/>
      </w:pPr>
      <w:r>
        <w:t>پھر لسٹ کو یہاں تک پہنچایا تک پہنچایا اتنا بڑھایا کہ اے انسان اگر تو سچا طالب بن جائے</w:t>
      </w:r>
    </w:p>
    <w:p>
      <w:r>
        <w:rPr>
          <w:b/>
        </w:rPr>
        <w:t xml:space="preserve">[38:11] </w:t>
      </w:r>
      <w:r>
        <w:t>agar tu sacha saail ban jaye</w:t>
      </w:r>
    </w:p>
    <w:p>
      <w:pPr>
        <w:jc w:val="right"/>
      </w:pPr>
      <w:r>
        <w:t>اگر تو سچا سائل بن جائے</w:t>
      </w:r>
    </w:p>
    <w:p>
      <w:r>
        <w:rPr>
          <w:b/>
        </w:rPr>
        <w:t xml:space="preserve">[38:16] </w:t>
      </w:r>
      <w:r>
        <w:t>agar tu sacha maangne wala ban jaye tab bhi mein tujhe jannat doonga.</w:t>
      </w:r>
    </w:p>
    <w:p>
      <w:pPr>
        <w:jc w:val="right"/>
      </w:pPr>
      <w:r>
        <w:t>اگر تو سچا مانگنے والا بن جائے تب بھی میں تجھے جنت دوں گا۔</w:t>
      </w:r>
    </w:p>
    <w:p>
      <w:r>
        <w:rPr>
          <w:b/>
        </w:rPr>
        <w:t xml:space="preserve">[38:24] </w:t>
      </w:r>
      <w:r>
        <w:t>kesi ajeeb baat hai.</w:t>
      </w:r>
    </w:p>
    <w:p>
      <w:pPr>
        <w:jc w:val="right"/>
      </w:pPr>
      <w:r>
        <w:t>کیسی عجیب بات ہے۔</w:t>
      </w:r>
    </w:p>
    <w:p>
      <w:r>
        <w:rPr>
          <w:b/>
        </w:rPr>
        <w:t xml:space="preserve">[38:30] </w:t>
      </w:r>
      <w:r>
        <w:t>jis tarah prime minister ne list ko mein das number ka izafa kiya taake beesveen satah beesveen maqam par jo aadmi hai woh bhi iska shohar ho jaye aise Allah taala ne badha diya list ko badha diya badha diya</w:t>
      </w:r>
    </w:p>
    <w:p>
      <w:pPr>
        <w:jc w:val="right"/>
      </w:pPr>
      <w:r>
        <w:t>جس طرح پرائم منسٹر نے لسٹ کو میں دس نمبر کا اضافہ کیا تاکہ بیسویں سطح بیسویں مقام پر جو آدمی ہے وہ بھی اس کا شوہر ہو جائے ایسے اللہ تعالیٰ نے بڑھا دیا لسٹ کو بڑھا دیا بڑھا دیا</w:t>
      </w:r>
    </w:p>
    <w:p>
      <w:r>
        <w:rPr>
          <w:b/>
        </w:rPr>
        <w:t xml:space="preserve">[38:47] </w:t>
      </w:r>
      <w:r>
        <w:t>koi sachi aqal istemal kare is ke liye jannat</w:t>
      </w:r>
    </w:p>
    <w:p>
      <w:pPr>
        <w:jc w:val="right"/>
      </w:pPr>
      <w:r>
        <w:t>کوئی سچی عقل استعمال کرے اس کے لیے جنت</w:t>
      </w:r>
    </w:p>
    <w:p>
      <w:r>
        <w:rPr>
          <w:b/>
        </w:rPr>
        <w:t xml:space="preserve">[38:50] </w:t>
      </w:r>
      <w:r>
        <w:t>koi sachay ma'no mein apni intuition ko istemal kare is ke liye jannat</w:t>
      </w:r>
    </w:p>
    <w:p>
      <w:pPr>
        <w:jc w:val="right"/>
      </w:pPr>
      <w:r>
        <w:t>کوئی سچے معنوں میں اپنی انٹیوشن کو استعمال کرے اس کے لیے جنت</w:t>
      </w:r>
    </w:p>
    <w:p>
      <w:r>
        <w:rPr>
          <w:b/>
        </w:rPr>
        <w:t xml:space="preserve">[38:56] </w:t>
      </w:r>
      <w:r>
        <w:t>jo sachay maano mein universe mein jo science hai us ke sabak le us ke liye jannat</w:t>
      </w:r>
    </w:p>
    <w:p>
      <w:pPr>
        <w:jc w:val="right"/>
      </w:pPr>
      <w:r>
        <w:t>جو سچے معنوں میں یونیورس میں جو سائنس ہے اس کے سبق لے اس کے لیے جنت</w:t>
      </w:r>
    </w:p>
    <w:p>
      <w:r>
        <w:rPr>
          <w:b/>
        </w:rPr>
        <w:t xml:space="preserve">[39:03] </w:t>
      </w:r>
      <w:r>
        <w:t>jo aadmi paighambar us ki hidayat le us ke liye jannat</w:t>
      </w:r>
    </w:p>
    <w:p>
      <w:pPr>
        <w:jc w:val="right"/>
      </w:pPr>
      <w:r>
        <w:t>جو آدمی پیغمبر اس کی ہدایت لے اس کے لیے جنت</w:t>
      </w:r>
    </w:p>
    <w:p>
      <w:r>
        <w:rPr>
          <w:b/>
        </w:rPr>
        <w:t xml:space="preserve">[39:07] </w:t>
      </w:r>
      <w:r>
        <w:t>yahan tak ke yahan tak yahan tak ke agar koi aadmi sacha saail hi ban jaye sacha talib</w:t>
      </w:r>
    </w:p>
    <w:p>
      <w:pPr>
        <w:jc w:val="right"/>
      </w:pPr>
      <w:r>
        <w:t>یہاں تک کہ یہاں تک یہاں تک کہ اگر کوئی آدمی سچا سائل ہی بن جائے سچا طالب</w:t>
      </w:r>
    </w:p>
    <w:p>
      <w:r>
        <w:rPr>
          <w:b/>
        </w:rPr>
        <w:t xml:space="preserve">[39:12] </w:t>
      </w:r>
      <w:r>
        <w:t>hi ban jaye sacha maangne wala ban jaye tab bhi usay jannat</w:t>
      </w:r>
    </w:p>
    <w:p>
      <w:pPr>
        <w:jc w:val="right"/>
      </w:pPr>
      <w:r>
        <w:t>ہی بن جائے سچا مانگنے والا بن جائے تب بھی اسے جنت</w:t>
      </w:r>
    </w:p>
    <w:p>
      <w:r>
        <w:rPr>
          <w:b/>
        </w:rPr>
        <w:t xml:space="preserve">[39:21] </w:t>
      </w:r>
      <w:r>
        <w:t>kesi ajeeb baat hai</w:t>
      </w:r>
    </w:p>
    <w:p>
      <w:pPr>
        <w:jc w:val="right"/>
      </w:pPr>
      <w:r>
        <w:t>کیسی عجیب بات ہے</w:t>
      </w:r>
    </w:p>
    <w:p>
      <w:r>
        <w:rPr>
          <w:b/>
        </w:rPr>
        <w:t xml:space="preserve">[39:26] </w:t>
      </w:r>
      <w:r>
        <w:t>aise aadmi aap ko shukr ke samandar mein kood padna chahiye yani aap hamare seene mein shor ka samandar ubal ubal ubal padna chahiye ke Khuda ki rehmaten itni zyada hain</w:t>
      </w:r>
    </w:p>
    <w:p>
      <w:pPr>
        <w:jc w:val="right"/>
      </w:pPr>
      <w:r>
        <w:t>ایسے آدمی آپ کو شکر کے سمندر میں کود پڑنا چاہیے یعنی آپ ہمارے سینے میں شور کا سمندر ابل ابل ابل پڑنا چاہیے کہ خدا کی رحمتیں اتنی زیادہ ہیں</w:t>
      </w:r>
    </w:p>
    <w:p>
      <w:r>
        <w:rPr>
          <w:b/>
        </w:rPr>
        <w:t xml:space="preserve">[39:40] </w:t>
      </w:r>
      <w:r>
        <w:t>Khuda ki rehmaten itni zyada hain</w:t>
      </w:r>
    </w:p>
    <w:p>
      <w:pPr>
        <w:jc w:val="right"/>
      </w:pPr>
      <w:r>
        <w:t>خدا کی رحمتیں اتنی زیادہ ہیں</w:t>
      </w:r>
    </w:p>
    <w:p>
      <w:r>
        <w:rPr>
          <w:b/>
        </w:rPr>
        <w:t xml:space="preserve">[39:45] </w:t>
      </w:r>
      <w:r>
        <w:t>yani Khuda chahta hai ke sab log pahunchen jannat mein</w:t>
      </w:r>
    </w:p>
    <w:p>
      <w:pPr>
        <w:jc w:val="right"/>
      </w:pPr>
      <w:r>
        <w:t>یعنی خدا چاہتا ہے کہ سب لوگ پہنچیں جنت میں</w:t>
      </w:r>
    </w:p>
    <w:p>
      <w:r>
        <w:rPr>
          <w:b/>
        </w:rPr>
        <w:t xml:space="preserve">[39:54] </w:t>
      </w:r>
      <w:r>
        <w:t>ek farsi ka sher hai ke musht tarah bago ke dar asbab e husn yar cheez fazu qudrat ke tamasha bama rasad mein list ko itna badhao itna badhao ke mera bhi is mein kahin naam aa jaye</w:t>
      </w:r>
    </w:p>
    <w:p>
      <w:pPr>
        <w:jc w:val="right"/>
      </w:pPr>
      <w:r>
        <w:t>ایک فارسی کا شعر ہے کہ مشتا ترہ بگو کے در اسباب حسن یار چیز فضو قدرت کے تماشہ بما رسد میں لسٹ کو اتنا بڑھاؤ اتنا بڑھاؤ کہ میرا بھی اس میں کہیں نام آ جائے</w:t>
      </w:r>
    </w:p>
    <w:p>
      <w:r>
        <w:rPr>
          <w:b/>
        </w:rPr>
        <w:t xml:space="preserve">[40:12] </w:t>
      </w:r>
      <w:r>
        <w:t>kesi ajeeb baat hai dekhiye</w:t>
      </w:r>
    </w:p>
    <w:p>
      <w:pPr>
        <w:jc w:val="right"/>
      </w:pPr>
      <w:r>
        <w:t>کیسی عجیب بات ہے دیکھیے</w:t>
      </w:r>
    </w:p>
    <w:p>
      <w:r>
        <w:rPr>
          <w:b/>
        </w:rPr>
        <w:t xml:space="preserve">[40:17] </w:t>
      </w:r>
      <w:r>
        <w:t>aqal ki satah par aap Khuda ko discover karein tab bhi jannat intuition ki satah par jannat discover karein tab bhi jannat</w:t>
      </w:r>
    </w:p>
    <w:p>
      <w:pPr>
        <w:jc w:val="right"/>
      </w:pPr>
      <w:r>
        <w:t>عقل کی سطح پر آپ خدا کو ڈسکور کریں تب بھی جنت انٹیوشن کی سطح پر جنت ڈسکور کریں تب بھی جنت</w:t>
      </w:r>
    </w:p>
    <w:p>
      <w:r>
        <w:rPr>
          <w:b/>
        </w:rPr>
        <w:t xml:space="preserve">[40:28] </w:t>
      </w:r>
      <w:r>
        <w:t>universe mein aap Khuda ko discover karein tab bhi jannat</w:t>
      </w:r>
    </w:p>
    <w:p>
      <w:pPr>
        <w:jc w:val="right"/>
      </w:pPr>
      <w:r>
        <w:t>یونیورس میں آپ خدا کو ڈسکور کریں تب بھی جنت</w:t>
      </w:r>
    </w:p>
    <w:p>
      <w:r>
        <w:rPr>
          <w:b/>
        </w:rPr>
        <w:t xml:space="preserve">[40:35] </w:t>
      </w:r>
      <w:r>
        <w:t>prophet ki guidance se sabaq lein tab bhi jannat yahan tak ke aap sache talib ban jayein sache saail ban jayein sache maangne wale ban jayein tab bhi jannat</w:t>
      </w:r>
    </w:p>
    <w:p>
      <w:pPr>
        <w:jc w:val="right"/>
      </w:pPr>
      <w:r>
        <w:t>پرافٹ کی گائیڈنس سے سبق لیں تب بھی جنت یہاں تک کہ آپ سچے طالب بن جائیں سچے سائل بن جائیں سچے مانگنے والے بن جائیں تب بھی جنت</w:t>
      </w:r>
    </w:p>
    <w:p>
      <w:r>
        <w:rPr>
          <w:b/>
        </w:rPr>
        <w:t xml:space="preserve">[40:47] </w:t>
      </w:r>
      <w:r>
        <w:t>lekin kuch nahi hai har aadmi bilkul ghafil hai ek dam ghafil ghafil pada hua hai</w:t>
      </w:r>
    </w:p>
    <w:p>
      <w:pPr>
        <w:jc w:val="right"/>
      </w:pPr>
      <w:r>
        <w:t>لیکن کچھ نہیں ہے ہر آدمی بالکل غافل ہے ایک دم غافل غافل پڑا ہوا ہے</w:t>
      </w:r>
    </w:p>
    <w:p>
      <w:r>
        <w:rPr>
          <w:b/>
        </w:rPr>
        <w:t xml:space="preserve">[40:57] </w:t>
      </w:r>
      <w:r>
        <w:t>isi ko rasool Allah ne farmaya ke ma raait misl jannat naam taliba ke jannat itni qeemti cheez hai ke aadmi ko iska talib banna chahiye tha lekin aadmi so raha hai yani talab ke بقدر bhi aadmi jannat ka shaiq nahi</w:t>
      </w:r>
    </w:p>
    <w:p>
      <w:pPr>
        <w:jc w:val="right"/>
      </w:pPr>
      <w:r>
        <w:t>اسی کو رسول اللہ نے فرمایا کہ ما رایت مثل جنت نام طالبہ کہ جنت اتنی قیمتی چیز ہے کہ آدمی کو اس کا طالب بننا چاہیے تھا لیکن آدمی سو رہا ہے یعنی طلب کے بقدر بھی آدمی جنت کا شائق نہیں</w:t>
      </w:r>
    </w:p>
    <w:p>
      <w:r>
        <w:rPr>
          <w:b/>
        </w:rPr>
        <w:t xml:space="preserve">[41:17] </w:t>
      </w:r>
      <w:r>
        <w:t>kesi ajeeb baat hai</w:t>
      </w:r>
    </w:p>
    <w:p>
      <w:pPr>
        <w:jc w:val="right"/>
      </w:pPr>
      <w:r>
        <w:t>کیسی عجیب بات ہے</w:t>
      </w:r>
    </w:p>
    <w:p>
      <w:r>
        <w:rPr>
          <w:b/>
        </w:rPr>
        <w:t xml:space="preserve">[41:22] </w:t>
      </w:r>
      <w:r>
        <w:t>kesi ajeeb baat hai</w:t>
      </w:r>
    </w:p>
    <w:p>
      <w:pPr>
        <w:jc w:val="right"/>
      </w:pPr>
      <w:r>
        <w:t>کیسی عجیب بات ہے</w:t>
      </w:r>
    </w:p>
    <w:p>
      <w:r>
        <w:rPr>
          <w:b/>
        </w:rPr>
        <w:t xml:space="preserve">[41:29] </w:t>
      </w:r>
      <w:r>
        <w:t>ab aap dekhiye maut ko sochiye hamari zindagi jo hai aap jante hain hamesha ke liye to nahi hai</w:t>
      </w:r>
    </w:p>
    <w:p>
      <w:pPr>
        <w:jc w:val="right"/>
      </w:pPr>
      <w:r>
        <w:t>اب آپ دیکھیے موت کو سوچیے ہماری زندگی جو ہے آپ جانتے ہیں ہمیشہ کے لیے تو نہیں ہے</w:t>
      </w:r>
    </w:p>
    <w:p>
      <w:r>
        <w:rPr>
          <w:b/>
        </w:rPr>
        <w:t xml:space="preserve">[41:38] </w:t>
      </w:r>
      <w:r>
        <w:t>aaj subah mein soch raha tha ke khud meri meri family ke kitne log mar gaye jo mujh se chhote the</w:t>
      </w:r>
    </w:p>
    <w:p>
      <w:pPr>
        <w:jc w:val="right"/>
      </w:pPr>
      <w:r>
        <w:t>اج صبح میں سوچ رہا تھا کہ خود میری میری فیملی کے کتنے لوگ مر گئے جو مجھ سے چھوٹے تھے</w:t>
      </w:r>
    </w:p>
    <w:p>
      <w:r>
        <w:rPr>
          <w:b/>
        </w:rPr>
        <w:t xml:space="preserve">[41:49] </w:t>
      </w:r>
      <w:r>
        <w:t>mujh se chhote the mar gaye</w:t>
      </w:r>
    </w:p>
    <w:p>
      <w:pPr>
        <w:jc w:val="right"/>
      </w:pPr>
      <w:r>
        <w:t>مجھ سے چھوٹے تھے مر گئے</w:t>
      </w:r>
    </w:p>
    <w:p>
      <w:r>
        <w:rPr>
          <w:b/>
        </w:rPr>
        <w:t xml:space="preserve">[41:55] </w:t>
      </w:r>
      <w:r>
        <w:t>to sochte sochte mujhe apna ek waqia yaad aaya ke Khuda ne kitna ehsan kiya mere upar</w:t>
      </w:r>
    </w:p>
    <w:p>
      <w:pPr>
        <w:jc w:val="right"/>
      </w:pPr>
      <w:r>
        <w:t>تو سوچتے سوچتے مجھے اپنا ایک واقعہ یاد ایا کہ خدا نے کتنا احسان کیا میرے اوپر</w:t>
      </w:r>
    </w:p>
    <w:p>
      <w:r>
        <w:rPr>
          <w:b/>
        </w:rPr>
        <w:t xml:space="preserve">[42:04] </w:t>
      </w:r>
      <w:r>
        <w:t>aise ehsas har ek ke sath hote hain lekin wo bhool jate hain</w:t>
      </w:r>
    </w:p>
    <w:p>
      <w:pPr>
        <w:jc w:val="right"/>
      </w:pPr>
      <w:r>
        <w:t>ایسے احساس ہر ایک کے ساتھ ہوتے ہیں لیکن وہ بھول جاتے ہیں</w:t>
      </w:r>
    </w:p>
    <w:p>
      <w:r>
        <w:rPr>
          <w:b/>
        </w:rPr>
        <w:t xml:space="preserve">[42:10] </w:t>
      </w:r>
      <w:r>
        <w:t>yeh baat hai غالبا 1942 ki 1942 ki</w:t>
      </w:r>
    </w:p>
    <w:p>
      <w:pPr>
        <w:jc w:val="right"/>
      </w:pPr>
      <w:r>
        <w:t>یہ بات ہے غالبا 1942 کی 1942 کی</w:t>
      </w:r>
    </w:p>
    <w:p>
      <w:r>
        <w:rPr>
          <w:b/>
        </w:rPr>
        <w:t xml:space="preserve">[42:18] </w:t>
      </w:r>
      <w:r>
        <w:t>us waqt mein UP mein rehta tha ek junoon taari hua mere andar</w:t>
      </w:r>
    </w:p>
    <w:p>
      <w:pPr>
        <w:jc w:val="right"/>
      </w:pPr>
      <w:r>
        <w:t>اس وقت میں یو پی میں رہتا تھا ایک جنون طاری ہوا میرے اندر</w:t>
      </w:r>
    </w:p>
    <w:p>
      <w:r>
        <w:rPr>
          <w:b/>
        </w:rPr>
        <w:t xml:space="preserve">[42:28] </w:t>
      </w:r>
      <w:r>
        <w:t>ajeeb qism ka junoon</w:t>
      </w:r>
    </w:p>
    <w:p>
      <w:pPr>
        <w:jc w:val="right"/>
      </w:pPr>
      <w:r>
        <w:t>عجیب قسم کا جنون</w:t>
      </w:r>
    </w:p>
    <w:p>
      <w:r>
        <w:rPr>
          <w:b/>
        </w:rPr>
        <w:t xml:space="preserve">[42:33] </w:t>
      </w:r>
      <w:r>
        <w:t>to mein wahan par hamare jo shehar mein hua karta tha fariha wahan se mein gaya shagan yani ghar se mein aise bhaag ke baghair bataye chala gaya tha shagan se ek train jati thi lahore seedhi</w:t>
      </w:r>
    </w:p>
    <w:p>
      <w:pPr>
        <w:jc w:val="right"/>
      </w:pPr>
      <w:r>
        <w:t>تو میں وہاں پر ہمارے جو شہر میں ہوا کرتا تھا فریحہ وہاں سے میں گیا شاگن یعنی گھر سے میں ایسے بھاگ کے بغیر بتائے چلا گیا تھا شاگن سے ایک ٹرین جاتی تھی لاہور سیدھی</w:t>
      </w:r>
    </w:p>
    <w:p>
      <w:r>
        <w:rPr>
          <w:b/>
        </w:rPr>
        <w:t xml:space="preserve">[42:53] </w:t>
      </w:r>
      <w:r>
        <w:t>to is mein ticket le liya mein ne is waqt ticket shayad gyarah rupay ka tha ghalban to shagan se sawar ho kar ke mein lahore pohnch gaya</w:t>
      </w:r>
    </w:p>
    <w:p>
      <w:pPr>
        <w:jc w:val="right"/>
      </w:pPr>
      <w:r>
        <w:t>تو اس میں ٹکٹ لے لیا میں نے اس وقت ٹکٹ شاید گیارہ روپے کا تھا غالبا تو شاگن سے سوار ہو کر کے میں لاہور پہنچ گیا</w:t>
      </w:r>
    </w:p>
    <w:p>
      <w:r>
        <w:rPr>
          <w:b/>
        </w:rPr>
        <w:t xml:space="preserve">[43:04] </w:t>
      </w:r>
      <w:r>
        <w:t>aise hi bas junoon tha pagal pan tha sab kuch bekar lagta tha shayad mein true seeker tha shayad mein sachai ki talash mein tha mein</w:t>
      </w:r>
    </w:p>
    <w:p>
      <w:pPr>
        <w:jc w:val="right"/>
      </w:pPr>
      <w:r>
        <w:t>ایسے ہی بس جنون تھا پاگل پن تھا سب کچھ بیکار لگتا تھا شاید میں ٹرو سیکر تھا شاید میں سچائی کی تلاش میں تھا میں</w:t>
      </w:r>
    </w:p>
    <w:p>
      <w:r>
        <w:rPr>
          <w:b/>
        </w:rPr>
        <w:t xml:space="preserve">[43:17] </w:t>
      </w:r>
      <w:r>
        <w:t>to deewangi mein mein rail par sawar ho kar ke lahore pohnch gaya jab ke lahore mein koi mujhe koi aadmi janne wala nahi koi ek bhi shakhs nahi jo mujhe jaane</w:t>
      </w:r>
    </w:p>
    <w:p>
      <w:pPr>
        <w:jc w:val="right"/>
      </w:pPr>
      <w:r>
        <w:t>تو دیوانگی میں میں ریل پر سوار ہو کر کے لاہور پہنچ گیا جبکہ لاہور میں کوئی مجھے کوئی ادمی میرا جاننے والا نہیں کوئی ایک بھی شخص نہیں جو مجھے جانے</w:t>
      </w:r>
    </w:p>
    <w:p>
      <w:r>
        <w:rPr>
          <w:b/>
        </w:rPr>
        <w:t xml:space="preserve">[43:30] </w:t>
      </w:r>
      <w:r>
        <w:t>jo jab mein utra wahan par to achaanak mein ne mehsoos kiya ke yahan to koi janne wala nahi mera railway station ke bahar mein aaya ke kisi se kuch poochun ke bhai mein kahan jaaun to mein ne dekha ke ek aadmi suit boot mein tez hi idhar se udhar ja raha tha mein us ke paas gaya mein ne kaha ke aap kya kaam karte hain to mujhe ab tak yaad hai is ka is ne kaha tha ke mein kisi bank mein kaam karta hoon</w:t>
      </w:r>
    </w:p>
    <w:p>
      <w:pPr>
        <w:jc w:val="right"/>
      </w:pPr>
      <w:r>
        <w:t>جو جب میں اترا وہاں پر تو اچانک میں نے محسوس کیا کہ یہاں تو کوئی جاننے والا نہیں میرا ریلوے اسٹیشن کے باہر میں ایا کہ کسی سے کچھ پوچھوں کہ بھئی میں کہاں جاؤں تو میں نے دیکھا کہ ایک ادمی سوٹ بوٹ میں تیز ہی ادھر سے ادھر جا رہا تھا میں اس کے پاس گیا میں نے کہا کہ اپ کیا کام کرتے ہیں تو مجھے اب تک یاد ہے اس کا اس نے کہا تھا کہ میں کسی بینک میں کام کرتا ہوں</w:t>
      </w:r>
    </w:p>
    <w:p>
      <w:r>
        <w:rPr>
          <w:b/>
        </w:rPr>
        <w:t xml:space="preserve">[44:00] </w:t>
      </w:r>
      <w:r>
        <w:t>yeh keh kar aage barh gaya to mein ne socha ke yeh aadmi kitna khush qismat hai mere paas koi bank ki service nahi mere paas lahore mein koi ghar nahi koi janne wala nahi</w:t>
      </w:r>
    </w:p>
    <w:p>
      <w:pPr>
        <w:jc w:val="right"/>
      </w:pPr>
      <w:r>
        <w:t>یہ کہہ کر اگے بڑھ گیا تو میں نے سوچا کہ یہ ادمی کتنا خوش قسمت ہے میرے پاس کوئی بینک کی سروس نہیں میرے پاس لاہور میں کوئی گھر نہیں کوئی جاننے والا نہیں</w:t>
      </w:r>
    </w:p>
    <w:p>
      <w:r>
        <w:rPr>
          <w:b/>
        </w:rPr>
        <w:t xml:space="preserve">[44:17] </w:t>
      </w:r>
      <w:r>
        <w:t>to mujhe yaad hai ke</w:t>
      </w:r>
    </w:p>
    <w:p>
      <w:pPr>
        <w:jc w:val="right"/>
      </w:pPr>
      <w:r>
        <w:t>تو مجھے یاد ہے کہ</w:t>
      </w:r>
    </w:p>
    <w:p>
      <w:r>
        <w:rPr>
          <w:b/>
        </w:rPr>
        <w:t xml:space="preserve">[44:22] </w:t>
      </w:r>
      <w:r>
        <w:t>agle din wahan wahan par ek masjid hoti thi wahan par ja ke raat guzari mein ne</w:t>
      </w:r>
    </w:p>
    <w:p>
      <w:pPr>
        <w:jc w:val="right"/>
      </w:pPr>
      <w:r>
        <w:t>اگلے دن وہاں وہاں پر ایک مسجد ہوتی تھی وہاں پر جا کے رات گزاری میں نے</w:t>
      </w:r>
    </w:p>
    <w:p>
      <w:r>
        <w:rPr>
          <w:b/>
        </w:rPr>
        <w:t xml:space="preserve">[44:27] </w:t>
      </w:r>
      <w:r>
        <w:t>phir mein railway station par aaya to mujhe ab tak woh manzar yaad hai 1942 tha woh ghalban ke mein platform par chal raha tha pagal deewangi ke alam to wahan par ek engine aaya shunting kar raha tha</w:t>
      </w:r>
    </w:p>
    <w:p>
      <w:pPr>
        <w:jc w:val="right"/>
      </w:pPr>
      <w:r>
        <w:t>پھر میں ریلوے اسٹیشن پر ایا تو مجھے اب تک وہ منظر یاد ہے 1942 تھا وہ غالبا کہ میں پلیٹ فارم پر چل رہا تھا پاگل دیوانگی کے عالم تو وہاں پر ایک انجن ایا شنٹنگ کر رہا تھا</w:t>
      </w:r>
    </w:p>
    <w:p>
      <w:r>
        <w:rPr>
          <w:b/>
        </w:rPr>
        <w:t xml:space="preserve">[44:48] </w:t>
      </w:r>
      <w:r>
        <w:t>shunting kar raha hai khali engine jo shunting karte ke liye chalte hain idhar se udhar</w:t>
      </w:r>
    </w:p>
    <w:p>
      <w:pPr>
        <w:jc w:val="right"/>
      </w:pPr>
      <w:r>
        <w:t>شنٹنگ کر رہا ہے خالی انجن جو شنٹنگ کرتے کے لیے چلتے ہیں ادھر سے ادھر</w:t>
      </w:r>
    </w:p>
    <w:p>
      <w:r>
        <w:rPr>
          <w:b/>
        </w:rPr>
        <w:t xml:space="preserve">[44:53] </w:t>
      </w:r>
      <w:r>
        <w:t>to mein bilkul yani khauf karna chahta tha ise mein ke railway railway ke is ne dab ke mar jaaun itni deewangi taari thi is ko</w:t>
      </w:r>
    </w:p>
    <w:p>
      <w:pPr>
        <w:jc w:val="right"/>
      </w:pPr>
      <w:r>
        <w:t>تو میں بالکل یعنی خوف کرنا چاہتا تھا اسے میں کہ ریلوے ریلوے کے اس نے دب کے مر جاؤں اتنی دیوانگی طاری تھی اس کو</w:t>
      </w:r>
    </w:p>
    <w:p>
      <w:r>
        <w:rPr>
          <w:b/>
        </w:rPr>
        <w:t xml:space="preserve">[45:09] </w:t>
      </w:r>
      <w:r>
        <w:t>ke kya karun lahore mein kis ke paas jaaun</w:t>
      </w:r>
    </w:p>
    <w:p>
      <w:pPr>
        <w:jc w:val="right"/>
      </w:pPr>
      <w:r>
        <w:t>کہ کیا کروں لاہور میں کس کے پاس جاؤں</w:t>
      </w:r>
    </w:p>
    <w:p>
      <w:r>
        <w:rPr>
          <w:b/>
        </w:rPr>
        <w:t xml:space="preserve">[45:14] </w:t>
      </w:r>
      <w:r>
        <w:t>to bilkul yeh tha ke mein kood parun patri par aur railway ka engine jo hai guzre mar ke khatam ho jaaun</w:t>
      </w:r>
    </w:p>
    <w:p>
      <w:pPr>
        <w:jc w:val="right"/>
      </w:pPr>
      <w:r>
        <w:t>تو بالکل یہ تھا کہ میں کود پڑوں پٹری پر اور ریلوے کا انجن جو ہے گزرے مر کے ختم ہو جاؤں</w:t>
      </w:r>
    </w:p>
    <w:p>
      <w:r>
        <w:rPr>
          <w:b/>
        </w:rPr>
        <w:t xml:space="preserve">[45:27] </w:t>
      </w:r>
      <w:r>
        <w:t>us waqt mujhe kisi ne pakar liya ek shakhs tha is ka naam tha qureshi mujhe nahi maloom ke bechara zinda hai ya mar gaya woh shayad farishta tha qureshi ke naam se mere paas aaya tha</w:t>
      </w:r>
    </w:p>
    <w:p>
      <w:pPr>
        <w:jc w:val="right"/>
      </w:pPr>
      <w:r>
        <w:t>اس وقت مجھے کسی نے پکڑ لیا ایک شخص تھا اس کا نام تھا قریشی مجھے نہیں معلوم کہ بیچارہ زندہ ہے یا مر گیا وہ شاید فرشتہ تھا قریشی کے نام سے میرے پاس ایا تھا</w:t>
      </w:r>
    </w:p>
    <w:p>
      <w:r>
        <w:rPr>
          <w:b/>
        </w:rPr>
        <w:t xml:space="preserve">[45:47] </w:t>
      </w:r>
      <w:r>
        <w:t>to woh qureshi mujhe le gaya apne haan woh bechara ek tailor tha tailor choti si dukan thi is ki 15 din is ne rakha is ne mujh ko wahan pe bohat izzat ke sath mere paas wapsi karay pe nahi tha</w:t>
      </w:r>
    </w:p>
    <w:p>
      <w:pPr>
        <w:jc w:val="right"/>
      </w:pPr>
      <w:r>
        <w:t>تو وہ قریشی مجھے لے گیا اپنے ہاں وہ بیچارہ ایک ٹیلر تھا ٹیلر چھوٹی سی دکان تھی اس کی 15 دن اس نے رکھا اس نے مجھ کو وہاں پہ بہت عزت کے ساتھ میرے پاس واپسی کرائے پہ نہیں تھا</w:t>
      </w:r>
    </w:p>
    <w:p>
      <w:r>
        <w:rPr>
          <w:b/>
        </w:rPr>
        <w:t xml:space="preserve">[46:06] </w:t>
      </w:r>
      <w:r>
        <w:t>to woh tailor jo tha ek bara dukandar tha is ke paas le gaya mujh ko</w:t>
      </w:r>
    </w:p>
    <w:p>
      <w:pPr>
        <w:jc w:val="right"/>
      </w:pPr>
      <w:r>
        <w:t>تو وہ ٹیلر جو تھا ایک بڑا دکاندار تھا اس کے پاس لے گیا مجھ کو</w:t>
      </w:r>
    </w:p>
    <w:p>
      <w:r>
        <w:rPr>
          <w:b/>
        </w:rPr>
        <w:t xml:space="preserve">[46:13] </w:t>
      </w:r>
      <w:r>
        <w:t>ek bohat bari dukan thi ek hindu ki wahan par mall road par</w:t>
      </w:r>
    </w:p>
    <w:p>
      <w:pPr>
        <w:jc w:val="right"/>
      </w:pPr>
      <w:r>
        <w:t>ایک بہت بڑی دکان تھی ایک ہندو کی وہاں پر مال روڈ پر</w:t>
      </w:r>
    </w:p>
    <w:p>
      <w:r>
        <w:rPr>
          <w:b/>
        </w:rPr>
        <w:t xml:space="preserve">[46:23] </w:t>
      </w:r>
      <w:r>
        <w:t>is hindu ne mujhe dekha to is ne kaha ke yeh larka jo hai achhe ghar ka maloom hota hai yeh bhaag kar aa gaya hai is ko wapas karna hai</w:t>
      </w:r>
    </w:p>
    <w:p>
      <w:pPr>
        <w:jc w:val="right"/>
      </w:pPr>
      <w:r>
        <w:t>اس ہندو نے مجھے دیکھا تو اس نے کہا کہ یہ لڑکا جو ہے اچھے گھر کا معلوم ہوتا ہے یہ بھاگ کر ا گیا ہے اس کو واپس کرنا ہے</w:t>
      </w:r>
    </w:p>
    <w:p>
      <w:r>
        <w:rPr>
          <w:b/>
        </w:rPr>
        <w:t xml:space="preserve">[46:36] </w:t>
      </w:r>
      <w:r>
        <w:t>to is is woh jo jo hindu tha woh</w:t>
      </w:r>
    </w:p>
    <w:p>
      <w:pPr>
        <w:jc w:val="right"/>
      </w:pPr>
      <w:r>
        <w:t>تو اس اس وہ جو جو ہندو تھا وہ</w:t>
      </w:r>
    </w:p>
    <w:p>
      <w:r>
        <w:rPr>
          <w:b/>
        </w:rPr>
        <w:t xml:space="preserve">[46:44] </w:t>
      </w:r>
      <w:r>
        <w:t>isi ne paisa diya mere kiray ka aur qureshi sahab ne ticket le kar mujhe wapas bheja phir mein wapas aaya to mein sochta hoon ke agar mein kood pada hota is ne mar gaya hota to aaj mein jahannum mein hota</w:t>
      </w:r>
    </w:p>
    <w:p>
      <w:pPr>
        <w:jc w:val="right"/>
      </w:pPr>
      <w:r>
        <w:t>اسی نے پیسہ دیا میرے کرائے کا اور قریش صاحب نے ٹکٹ لے کر مجھے واپس بھیجا پھر میں واپس ایا تو میں سوچتا ہوں کہ اگر میں کود پڑا ہوتا اس نے مر گیا ہوتا تو اج میں جہنم میں ہوتا</w:t>
      </w:r>
    </w:p>
    <w:p>
      <w:r>
        <w:rPr>
          <w:b/>
        </w:rPr>
        <w:t xml:space="preserve">[47:03] </w:t>
      </w:r>
      <w:r>
        <w:t>aaj mein jahannum mein jal raha hota to allah taala ne kitna ehsaan kiya ke mujhe bacha liya</w:t>
      </w:r>
    </w:p>
    <w:p>
      <w:pPr>
        <w:jc w:val="right"/>
      </w:pPr>
      <w:r>
        <w:t>اج میں جہنم میں جل رہا ہوتا تو اللہ تعالی نے کتنا احسان کیا کہ مجھے بچا لیا</w:t>
      </w:r>
    </w:p>
    <w:p>
      <w:r>
        <w:rPr>
          <w:b/>
        </w:rPr>
        <w:t xml:space="preserve">[47:13] </w:t>
      </w:r>
      <w:r>
        <w:t>yeh kitna ajeeb ghareeb ehsaan tha allah taala ke is ne bacha liya mujhe ek qureshi ko bhej kar ke jis ko mein janta nahi tha</w:t>
      </w:r>
    </w:p>
    <w:p>
      <w:pPr>
        <w:jc w:val="right"/>
      </w:pPr>
      <w:r>
        <w:t>یہ کتنا عجیب غریب احسان تھا اللہ تعالی کے اس نے بچا لیا مجھے ایک قریشی کو بھیج کر کے جس کو میں جانتا نہیں تھا</w:t>
      </w:r>
    </w:p>
    <w:p>
      <w:r>
        <w:rPr>
          <w:b/>
        </w:rPr>
        <w:t xml:space="preserve">[47:24] </w:t>
      </w:r>
      <w:r>
        <w:t>har aadmi ke sath aise waqiat hote hain ke khuda kahan kahan bachata hai is ko lekin insaan bhool jata hai</w:t>
      </w:r>
    </w:p>
    <w:p>
      <w:pPr>
        <w:jc w:val="right"/>
      </w:pPr>
      <w:r>
        <w:t>ہر ادمی کے ساتھ ایسے واقعات ہوتے ہیں کہ خدا کہاں کہاں بچاتا ہے اس کو لیکن انسان بھول جاتا ہے</w:t>
      </w:r>
    </w:p>
    <w:p>
      <w:r>
        <w:rPr>
          <w:b/>
        </w:rPr>
        <w:t xml:space="preserve">[47:41] </w:t>
      </w:r>
      <w:r>
        <w:t>shukr us waqt aaye ga aap ke andar jab aap ne cheezon ko sochen apne present ko apne past ko sochen un item ko discover karen jo aap ke andar shaoor ka chashma jari karte hain woh item hote hain lekin hum is ko discover nahi kar paate be khabar rehte hain</w:t>
      </w:r>
    </w:p>
    <w:p>
      <w:pPr>
        <w:jc w:val="right"/>
      </w:pPr>
      <w:r>
        <w:t>شکر اس وقت ائے گا اپ کے اندر جب اپ نے چیزوں کو سوچیں اپنے پریزنٹ کو اپنے پاسٹ کو سوچیں ان ائٹم کو ڈسکور کریں جو اپ کے اندر شعور کا چشمہ جاری کرتے ہیں وہ ائٹم ہوتے ہیں لیکن ہم اس کو ڈسکور نہیں کر پاتے بے خبر رہتے ہیں</w:t>
      </w:r>
    </w:p>
    <w:p>
      <w:r>
        <w:rPr>
          <w:b/>
        </w:rPr>
        <w:t xml:space="preserve">[48:07] </w:t>
      </w:r>
      <w:r>
        <w:t>yani discovery nahi to shukr nahi shukr nahi to jannat nahi</w:t>
      </w:r>
    </w:p>
    <w:p>
      <w:pPr>
        <w:jc w:val="right"/>
      </w:pPr>
      <w:r>
        <w:t>یعنی ڈسکوری نہیں تو شکر نہیں شکر نہیں تو جنت نہیں</w:t>
      </w:r>
    </w:p>
    <w:p>
      <w:r>
        <w:rPr>
          <w:b/>
        </w:rPr>
        <w:t xml:space="preserve">[48:15] </w:t>
      </w:r>
      <w:r>
        <w:t>yani without discovery there is no shukr without shukr there is no paradise yeh hai formula</w:t>
      </w:r>
    </w:p>
    <w:p>
      <w:pPr>
        <w:jc w:val="right"/>
      </w:pPr>
      <w:r>
        <w:t>یعنی وداؤٹ ڈسکوری دیر از نو شکر وداؤٹ شکر دیر از نو پیراڈائز یہ ہے فارمولا</w:t>
      </w:r>
    </w:p>
    <w:p>
      <w:r>
        <w:rPr>
          <w:b/>
        </w:rPr>
        <w:t xml:space="preserve">[48:27] </w:t>
      </w:r>
      <w:r>
        <w:t>shukr kisi lip service ka naam nahi hai yeh munh se bol dete hain alhamdulillah yeh kuch bhi nahi nothing hai nothing hai nothing hai kuch bhi nahi</w:t>
      </w:r>
    </w:p>
    <w:p>
      <w:pPr>
        <w:jc w:val="right"/>
      </w:pPr>
      <w:r>
        <w:t>شکر کسی لپ سروس کا نام نہیں ہے یہ منہ سے بول دیتے ہیں الحمدللہ یہ کچھ بھی نہیں نتھنگ ہے نتھنگ ہے نتھنگ ہے کچھ بھی نہیں</w:t>
      </w:r>
    </w:p>
    <w:p>
      <w:r>
        <w:rPr>
          <w:b/>
        </w:rPr>
        <w:t xml:space="preserve">[48:39] </w:t>
      </w:r>
      <w:r>
        <w:t>hai shukr to hai ek ek chashma jaari hota hai seene mein ek samandar ubalta hai seene mein ek toofan aata hai seene mein iska naam hai shukr</w:t>
      </w:r>
    </w:p>
    <w:p>
      <w:pPr>
        <w:jc w:val="right"/>
      </w:pPr>
      <w:r>
        <w:t>ہے شکر تو ہے ایک ایک چشمہ جاری ہوتا ہے سینے میں ایک سمندر ابلتا ہے سینے میں ایک طوفان اتا ہے سینے میں اس کا نام ہے شکر</w:t>
      </w:r>
    </w:p>
    <w:p>
      <w:r>
        <w:rPr>
          <w:b/>
        </w:rPr>
        <w:t xml:space="preserve">[48:52] </w:t>
      </w:r>
      <w:r>
        <w:t>to pehle aap shukri item ko idhar discover karein phir shukr ka jazba aayega phir sachcha shukr karein phir aap ko jannat milegi warna maut to intezar kar rahi hai aap gaur kijiye kisi bhi lamha maut aa sakti hai</w:t>
      </w:r>
    </w:p>
    <w:p>
      <w:pPr>
        <w:jc w:val="right"/>
      </w:pPr>
      <w:r>
        <w:t>تو پہلے اپ شکری ائٹم کو ادھر ڈسکور کریں پھر شکر کا جذبہ ائے گا پھر سچا شکر کریں پھر اپ کو جنت ملے گی ورنہ موت تو انتظار کر رہی ہے اپ غور کیجئے کسی بھی لمحہ موت ا سکتی ہے</w:t>
      </w:r>
    </w:p>
    <w:p>
      <w:r>
        <w:rPr>
          <w:b/>
        </w:rPr>
        <w:t xml:space="preserve">[49:11] </w:t>
      </w:r>
      <w:r>
        <w:t>bachche marte hain jawan marte hain boodhe marte hain tandurust marte hain bimar marte hain maut ka koi nahi keh sakta ke yeh marega woh nahi marega sab ko marna hai achaanak marna hai</w:t>
      </w:r>
    </w:p>
    <w:p>
      <w:pPr>
        <w:jc w:val="right"/>
      </w:pPr>
      <w:r>
        <w:t>بچے مرتے ہیں جوان مرتے ہیں بوڑھے مرتے ہیں تندرست مرتے ہیں بیمار مرتے ہیں موت کا کوئی نہیں کہہ سکتا کہ یہ مرے گا وہ نہیں مرے گا سب کو مرنا ہے اچانک مرنا ہے</w:t>
      </w:r>
    </w:p>
    <w:p>
      <w:r>
        <w:rPr>
          <w:b/>
        </w:rPr>
        <w:t xml:space="preserve">[49:29] </w:t>
      </w:r>
      <w:r>
        <w:t>jaise earthquake aata hai to hamara is mein koi yani koi shai nahi hoti hamari hamari koi shai nahi hai earth ke muqable mein aisi maut ke muqable mein hamari koi shai nahi hai</w:t>
      </w:r>
    </w:p>
    <w:p>
      <w:pPr>
        <w:jc w:val="right"/>
      </w:pPr>
      <w:r>
        <w:t>جیسے ارتھ کویک اتا ہے تو ہمارا اس میں کوئی یعنی کوئی شے نہیں ہوتی ہماری ہماری کوئی شے نہیں ہے ارتھ کے مقابلے میں ایسی موت کے مقابلے میں ہماری کوئی شے نہیں ہے</w:t>
      </w:r>
    </w:p>
    <w:p>
      <w:r>
        <w:rPr>
          <w:b/>
        </w:rPr>
        <w:t xml:space="preserve">[49:43] </w:t>
      </w:r>
      <w:r>
        <w:t>aur maut ke baad wapsi nahi hai maut aati hai point of no return par kaisi ajeeb baat hai maut aati hai point of no return par</w:t>
      </w:r>
    </w:p>
    <w:p>
      <w:pPr>
        <w:jc w:val="right"/>
      </w:pPr>
      <w:r>
        <w:t>اور موت کے بعد واپسی نہیں ہے موت اتی ہے پوائنٹ اف نو ریٹرن پر کیسی عجیب بات ہے موت اتی ہے پوائنٹ اف نو ریٹرن پر</w:t>
      </w:r>
    </w:p>
    <w:p>
      <w:r>
        <w:rPr>
          <w:b/>
        </w:rPr>
        <w:t xml:space="preserve">[49:58] </w:t>
      </w:r>
      <w:r>
        <w:t>maut ke baad aap loot nahi sakte aur maut ke baad phir amal bhi khatm aisa nahi hota ke wahan pe koi hum amal shuru kar dein wahan ja kar ke jo yahan nahi kar kar sake wahan ja ke karein</w:t>
      </w:r>
    </w:p>
    <w:p>
      <w:pPr>
        <w:jc w:val="right"/>
      </w:pPr>
      <w:r>
        <w:t>موت کے بعد اپ لوٹ نہیں سکتے اور موت کے بعد پھر عمل بھی ختم ایسا نہیں ہوتا کہ وہاں پہ کوئی ہم عمل شروع کر دیں وہاں جا کر کے جو یہاں نہیں کر کر سکے وہاں جا کے کریں</w:t>
      </w:r>
    </w:p>
    <w:p>
      <w:r>
        <w:rPr>
          <w:b/>
        </w:rPr>
        <w:t xml:space="preserve">[50:13] </w:t>
      </w:r>
      <w:r>
        <w:t>that is impossible to maut ke baad na to iska koi chance hai ke lootein is duniya mein na iska koi chance hai ke hum talafi karein yani woh kar wahan karna shuru kar diya nahi kiya tha yeh sab khatm</w:t>
      </w:r>
    </w:p>
    <w:p>
      <w:pPr>
        <w:jc w:val="right"/>
      </w:pPr>
      <w:r>
        <w:t>دیٹ از امپاسیبل تو موت کے بعد نہ تو اس کا کوئی چانس ہے کہ لوٹیں اس دنیا میں نہ اس کا کوئی چانس ہے کہ ہم تلافی کریں یعنی وہ کر وہاں کرنا شروع کر دیا نہیں کیا تھا یہ سب ختم</w:t>
      </w:r>
    </w:p>
    <w:p>
      <w:r>
        <w:rPr>
          <w:b/>
        </w:rPr>
        <w:t xml:space="preserve">[50:35] </w:t>
      </w:r>
      <w:r>
        <w:t>to har aadmi khada hua hai isi maut ke kinare isi maut ke kinare</w:t>
      </w:r>
    </w:p>
    <w:p>
      <w:pPr>
        <w:jc w:val="right"/>
      </w:pPr>
      <w:r>
        <w:t>تو ہر ادمی کھڑا ہوا ہے اسی موت کے کنارے اسی موت کے کنارے</w:t>
      </w:r>
    </w:p>
    <w:p>
      <w:r>
        <w:rPr>
          <w:b/>
        </w:rPr>
        <w:t xml:space="preserve">[50:47] </w:t>
      </w:r>
      <w:r>
        <w:t>jo kuch karna hai maut se pehle karna hai maut ke baad to ise bhugtna bhugtna hai maut ke baad jo hai woh sirf bhugtna hai</w:t>
      </w:r>
    </w:p>
    <w:p>
      <w:pPr>
        <w:jc w:val="right"/>
      </w:pPr>
      <w:r>
        <w:t>جو کچھ کرنا ہے موت سے پہلے کرنا ہے موت کے بعد تو اسے بھگتنا بھگتنا ہے موت کے بعد جو ہے وہ صرف بھگتنا ہے</w:t>
      </w:r>
    </w:p>
    <w:p>
      <w:r>
        <w:rPr>
          <w:b/>
        </w:rPr>
        <w:t xml:space="preserve">[51:02] </w:t>
      </w:r>
      <w:r>
        <w:t>yeh sab baatein bahut zyada sochne ki hain bahut zyada sochne ki hain ab ek baat aur main kehna chahta hoon woh hai dawat ke aitbaar se</w:t>
      </w:r>
    </w:p>
    <w:p>
      <w:pPr>
        <w:jc w:val="right"/>
      </w:pPr>
      <w:r>
        <w:t>یہ سب باتیں بہت زیادہ سوچنے کی ہیں بہت زیادہ سوچنے کی ہیں اب ایک بات اور میں کہنا چاہتا ہوں وہ ہے دعوت کے اعتبار سے</w:t>
      </w:r>
    </w:p>
    <w:p>
      <w:r>
        <w:rPr>
          <w:b/>
        </w:rPr>
        <w:t xml:space="preserve">[51:15] </w:t>
      </w:r>
      <w:r>
        <w:t>dawat dawat ka jo kaam hai to quran jo hai kitab dawat hai sara quran jo hai dawat ki kitab hai sara quran</w:t>
      </w:r>
    </w:p>
    <w:p>
      <w:pPr>
        <w:jc w:val="right"/>
      </w:pPr>
      <w:r>
        <w:t>دعوت دعوت کا جو کام ہے تو قران جو ہے کتاب دعوت ہے سارا قران جو ہے دعوت کی کتاب ہے سارا قران</w:t>
      </w:r>
    </w:p>
    <w:p>
      <w:r>
        <w:rPr>
          <w:b/>
        </w:rPr>
        <w:t xml:space="preserve">[51:34] </w:t>
      </w:r>
      <w:r>
        <w:t>is mein kuch aayatein aisi hain jo bahut hi ajeeb aayatein hain jo yeh batati hain ke daai ke liye special security hoti hai bahut ajeeb baat hai aam logon ke liye koi special security nahi hai inhe khud hi arrange karna hai aap apna mamla karein to karein nahi to na karein to marein</w:t>
      </w:r>
    </w:p>
    <w:p>
      <w:pPr>
        <w:jc w:val="right"/>
      </w:pPr>
      <w:r>
        <w:t>اس میں کچھ ایتیں ایسی ہیں جو بہت ہی عجیب ایتیں ہیں جو یہ بتاتی ہیں کہ داعی کے لیے اسپیشل سیکیورٹی ہوتی ہے بہت عجیب بات ہے عام لوگوں کے لیے کوئی اسپیشل سیکیورٹی نہیں ہے انہیں خود ہی ارینج کرنا ہے اپ اپنا معاملہ کریں تو کریں نہیں تو نہ کریں تو مریں</w:t>
      </w:r>
    </w:p>
    <w:p>
      <w:r>
        <w:rPr>
          <w:b/>
        </w:rPr>
        <w:t xml:space="preserve">[52:02] </w:t>
      </w:r>
      <w:r>
        <w:t>daai ke liye special securi</w:t>
      </w:r>
    </w:p>
    <w:p>
      <w:pPr>
        <w:jc w:val="right"/>
      </w:pPr>
      <w:r>
        <w:t>داعی کے لیے اسپیشل سیکی</w:t>
      </w:r>
    </w:p>
    <w:p>
      <w:r>
        <w:rPr>
          <w:b/>
        </w:rPr>
        <w:t xml:space="preserve">[52:03] </w:t>
      </w:r>
      <w:r>
        <w:t>ty hai lahu ma'aqqabatun min bayni yadayhi wa min khalfihi yahfazoohum min amrillah yani daai ki is ka matlab yeh hai ke daai ke aage peeche farishte hote hain jo uski himayat karte hain Allah ke hukum se aur bhi aayatein is mafhoom ki hain quran majeed mein yani special security usko kahenge</w:t>
      </w:r>
    </w:p>
    <w:p>
      <w:pPr>
        <w:jc w:val="right"/>
      </w:pPr>
      <w:r>
        <w:t>ورٹی ہے لہو معقبات من بینیدیہ من خلفی یحفظ من امر اللہ یعنی داعی کی اس کا مطلب یہ ہے کہ داعی کے اگے پیچھے فرشتے ہوتے ہیں جو اس کی حمایت کرتے ہیں اللہ کے حکم سے اور بھی ایتیں اس مفہوم کی ہیں قران مجید میں یعنی اسپیشل سیکیورٹی اس کو کہیں گے</w:t>
      </w:r>
    </w:p>
    <w:p>
      <w:r>
        <w:rPr>
          <w:b/>
        </w:rPr>
        <w:t xml:space="preserve">[52:28] </w:t>
      </w:r>
      <w:r>
        <w:t>special security</w:t>
      </w:r>
    </w:p>
    <w:p>
      <w:pPr>
        <w:jc w:val="right"/>
      </w:pPr>
      <w:r>
        <w:t>اسپیشل سیکیورٹی</w:t>
      </w:r>
    </w:p>
    <w:p>
      <w:r>
        <w:rPr>
          <w:b/>
        </w:rPr>
        <w:t xml:space="preserve">[52:32] </w:t>
      </w:r>
      <w:r>
        <w:t>jis ka matlab kya hua ke dawat ka kaam jab aap ke samne aa jaye</w:t>
      </w:r>
    </w:p>
    <w:p>
      <w:pPr>
        <w:jc w:val="right"/>
      </w:pPr>
      <w:r>
        <w:t>جس کا مطلب کیا ہوا کہ دعوت کا کام جب اپ کے سامنے ا جائے</w:t>
      </w:r>
    </w:p>
    <w:p>
      <w:r>
        <w:rPr>
          <w:b/>
        </w:rPr>
        <w:t xml:space="preserve">[52:40] </w:t>
      </w:r>
      <w:r>
        <w:t>to is yaqeen ke saath is mein apne ko daal dijiye ke ab ab ab mamla Allah ka ho gaya</w:t>
      </w:r>
    </w:p>
    <w:p>
      <w:pPr>
        <w:jc w:val="right"/>
      </w:pPr>
      <w:r>
        <w:t>تو اس یقین کے ساتھ اس میں اپنے کو ڈال دیجئے کہ اب اب اب معاملہ اللہ کا ہو گیا</w:t>
      </w:r>
    </w:p>
    <w:p>
      <w:r>
        <w:rPr>
          <w:b/>
        </w:rPr>
        <w:t xml:space="preserve">[52:53] </w:t>
      </w:r>
      <w:r>
        <w:t>aur is kaam mein jo jo aap kar rahe hain aap log bar bar is tarah ke waqiyat samne aa rahe hain rozana mere paas aise telephone aate hain ke ajeeb ghareeb tor par Allah taala ki madad ho jati hai ajeeb ghareeb tor par</w:t>
      </w:r>
    </w:p>
    <w:p>
      <w:pPr>
        <w:jc w:val="right"/>
      </w:pPr>
      <w:r>
        <w:t>اور اس کام میں جو جو اپ کر رہے ہیں اپ لوگ بار بار اس طرح کے واقعات سامنے ا رہے ہیں روزانہ میرے پاس ایسے ٹیلی فون اتے ہیں کہ عجیب غریب طور پر اللہ تعالی کی مدد ہو جاتی ہے عجیب غریب طور پر</w:t>
      </w:r>
    </w:p>
    <w:p>
      <w:r>
        <w:rPr>
          <w:b/>
        </w:rPr>
        <w:t xml:space="preserve">[53:12] </w:t>
      </w:r>
      <w:r>
        <w:t>abhi hum log bahar gaye the to hamare paas kai bundle the kitabon ke</w:t>
      </w:r>
    </w:p>
    <w:p>
      <w:pPr>
        <w:jc w:val="right"/>
      </w:pPr>
      <w:r>
        <w:t>ابھی ہم لوگ باہر گئے تھے تو ہمارے پاس کئی بنڈل تھے کتابوں کے</w:t>
      </w:r>
    </w:p>
    <w:p>
      <w:r>
        <w:rPr>
          <w:b/>
        </w:rPr>
        <w:t xml:space="preserve">[53:21] </w:t>
      </w:r>
      <w:r>
        <w:t>hum log galiban chaar aadmi the lekin bundle jo tha woh zyada tha jitna ke unhe jitna</w:t>
      </w:r>
    </w:p>
    <w:p>
      <w:pPr>
        <w:jc w:val="right"/>
      </w:pPr>
      <w:r>
        <w:t>ہم لوگ غالبا چار ادمی تھے لیکن بنڈل جو تھا وہ زیادہ تھا جتنا کہ انہیں جتنا</w:t>
      </w:r>
    </w:p>
    <w:p>
      <w:r>
        <w:rPr>
          <w:b/>
        </w:rPr>
        <w:t xml:space="preserve">[53:31] </w:t>
      </w:r>
      <w:r>
        <w:t>ke woh le sakte the woh</w:t>
      </w:r>
    </w:p>
    <w:p>
      <w:pPr>
        <w:jc w:val="right"/>
      </w:pPr>
      <w:r>
        <w:t>کہ وہ لے سکتے تھے وہ</w:t>
      </w:r>
    </w:p>
    <w:p>
      <w:r>
        <w:rPr>
          <w:b/>
        </w:rPr>
        <w:t xml:space="preserve">[53:35] </w:t>
      </w:r>
      <w:r>
        <w:t>to main jab gate pe pahuncha aur unhone trolley se bundle utare bahut sare maine kaha ji sahab kaise ho aap kaise le jayenge use wapas kar dega woh</w:t>
      </w:r>
    </w:p>
    <w:p>
      <w:pPr>
        <w:jc w:val="right"/>
      </w:pPr>
      <w:r>
        <w:t>تو میں جب گیٹ پہ پہنچا اور انہوں نے ٹرالی سے بنڈل اتارے بہت سارے میں نے کہا جی صاحب کیسے ہو اپ کیسے لے جائیں گے اسے واپس کر دے گا وہ</w:t>
      </w:r>
    </w:p>
    <w:p>
      <w:r>
        <w:rPr>
          <w:b/>
        </w:rPr>
        <w:t xml:space="preserve">[53:48] </w:t>
      </w:r>
      <w:r>
        <w:t>meri zabaan se nikla ke is se itne saare bundle up laen kitabon ke apne saathiyon se main ne kaha ye to wapas kar dega wo book nahi karega wo</w:t>
      </w:r>
    </w:p>
    <w:p>
      <w:pPr>
        <w:jc w:val="right"/>
      </w:pPr>
      <w:r>
        <w:t>میری زبان سے نکلا کہ اس سے اتنے سارے بنڈل اپ لائیں کتابوں کے اپنے ساتھیوں سے میں نے کہا یہ تو واپس کر دے گا وہ بک نہیں کرے گا وہ</w:t>
      </w:r>
    </w:p>
    <w:p>
      <w:r>
        <w:rPr>
          <w:b/>
        </w:rPr>
        <w:t xml:space="preserve">[53:59] </w:t>
      </w:r>
      <w:r>
        <w:t>nahi lega wo counter par</w:t>
      </w:r>
    </w:p>
    <w:p>
      <w:pPr>
        <w:jc w:val="right"/>
      </w:pPr>
      <w:r>
        <w:t>نہیں لے گا وہ کاؤنٹر پر</w:t>
      </w:r>
    </w:p>
    <w:p>
      <w:r>
        <w:rPr>
          <w:b/>
        </w:rPr>
        <w:t xml:space="preserve">[54:03] </w:t>
      </w:r>
      <w:r>
        <w:t>to mujhe ab tak yaad hai ke hamare saath Mr Rajat the bare aitraaz se unhon ne kaha ke that is an unjust problem us waqt main rone laga ke dekhiye hamare saathiyon mein kaise jazbaat hain that is an unjust problem</w:t>
      </w:r>
    </w:p>
    <w:p>
      <w:pPr>
        <w:jc w:val="right"/>
      </w:pPr>
      <w:r>
        <w:t>تو مجھے اب تک یاد ہے کہ ہمارے ساتھ مسٹر رجت تھے بڑے اعتراض سے انہوں نے کہا کہ دیٹ از انجز پرابلم اس وقت میں رونے لگا کہ دیکھیے ہمارے ساتھیوں میں کیسے جذبات ہیں دیٹ از انجز پرابلم</w:t>
      </w:r>
    </w:p>
    <w:p>
      <w:r>
        <w:rPr>
          <w:b/>
        </w:rPr>
        <w:t xml:space="preserve">[54:23] </w:t>
      </w:r>
      <w:r>
        <w:t>wo hamara nahi maamla hai wo farishton ka maamla hai wo wo niptein</w:t>
      </w:r>
    </w:p>
    <w:p>
      <w:pPr>
        <w:jc w:val="right"/>
      </w:pPr>
      <w:r>
        <w:t>وہ ہمارا نہیں معاملہ ہے وہ فرشتوں کا معاملہ ہے وہ وہ نپٹیں</w:t>
      </w:r>
    </w:p>
    <w:p>
      <w:r>
        <w:rPr>
          <w:b/>
        </w:rPr>
        <w:t xml:space="preserve">[54:27] </w:t>
      </w:r>
      <w:r>
        <w:t>ge wo</w:t>
      </w:r>
    </w:p>
    <w:p>
      <w:pPr>
        <w:jc w:val="right"/>
      </w:pPr>
      <w:r>
        <w:t>گے وہ</w:t>
      </w:r>
    </w:p>
    <w:p>
      <w:r>
        <w:rPr>
          <w:b/>
        </w:rPr>
        <w:t xml:space="preserve">[54:31] </w:t>
      </w:r>
      <w:r>
        <w:t>to trolley se saara bundle le kar gaye wahan par log to wazan ke lehaz se do bare bare cartoon jo hai wo fazil the do carton fazil the kitabon ke ye do isse lotana chahiye tha to us ne kaha ye to excess hai ye to zyada hai</w:t>
      </w:r>
    </w:p>
    <w:p>
      <w:pPr>
        <w:jc w:val="right"/>
      </w:pPr>
      <w:r>
        <w:t>تو ٹرالی سے سارا بنڈل لے کر گئے وہاں پر لوگ تو وزن کے لحاظ سے دو بڑے بڑے کارٹون جو ہے وہ فاضل تھے دو کارٹن فاضل تھے کتابوں کے یہ دو اسے لوٹانا چاہیے تھا تو اس نے کہا یہ تو ایکسیس ہے یہ تو زیادہ ہے</w:t>
      </w:r>
    </w:p>
    <w:p>
      <w:r>
        <w:rPr>
          <w:b/>
        </w:rPr>
        <w:t xml:space="preserve">[54:54] </w:t>
      </w:r>
      <w:r>
        <w:t>to hamare saathi koi bole nahi</w:t>
      </w:r>
    </w:p>
    <w:p>
      <w:pPr>
        <w:jc w:val="right"/>
      </w:pPr>
      <w:r>
        <w:t>تو ہمارے ساتھی کوئی بولے نہیں</w:t>
      </w:r>
    </w:p>
    <w:p>
      <w:r>
        <w:rPr>
          <w:b/>
        </w:rPr>
        <w:t xml:space="preserve">[54:59] </w:t>
      </w:r>
      <w:r>
        <w:t>to jab ye nahi bole to farishta bola angel ne un ke kaan mein daal diya ke le lo ye khuda ke kaam ke liye ja rahe hain yani bohat hi ajeeb baat hai ke isi waqt ek aur lady aayi thi uska samaan zyada tha us ko lota diya us ne hamari aankhon ke saamne hamari aankhon ke saamne isi counter par jo aadmi tha un ka lota diya</w:t>
      </w:r>
    </w:p>
    <w:p>
      <w:pPr>
        <w:jc w:val="right"/>
      </w:pPr>
      <w:r>
        <w:t>تو جب یہ نہیں بولے تو فرشتہ بولا اینجل نے ان کے کان میں ڈال دیا کہ لے لو یہ خدا کے کام کے لیے جا رہے ہیں یعنی بہت ہی عجیب بات ہے کہ اسی وقت ایک اور لیڈی ائی تھی اس کا سامان زیادہ تھا اس کو لوٹا دیا اس نے ہماری انکھوں کے سامنے ہماری انکھوں کے سامنے اسی کاؤنٹر پر جو ادمی تھا ان کا لوٹا دیا</w:t>
      </w:r>
    </w:p>
    <w:p>
      <w:r>
        <w:rPr>
          <w:b/>
        </w:rPr>
        <w:t xml:space="preserve">[55:22] </w:t>
      </w:r>
      <w:r>
        <w:t>hum logon ko le liya kyunke is mein quran tha islamic literature tha hum bahar ja rahe the kisi conference mein</w:t>
      </w:r>
    </w:p>
    <w:p>
      <w:pPr>
        <w:jc w:val="right"/>
      </w:pPr>
      <w:r>
        <w:t>ہم لوگوں کو لے لیا کیونکہ اس میں قران تھا اسلامک لٹریچر تھا ہم باہر جا رہے تھے کسی کانفرنس میں</w:t>
      </w:r>
    </w:p>
    <w:p>
      <w:r>
        <w:rPr>
          <w:b/>
        </w:rPr>
        <w:t xml:space="preserve">[55:34] </w:t>
      </w:r>
      <w:r>
        <w:t>to dawat ka ye kaam jo hai ye supreme hai sab se bara kaam hai</w:t>
      </w:r>
    </w:p>
    <w:p>
      <w:pPr>
        <w:jc w:val="right"/>
      </w:pPr>
      <w:r>
        <w:t>تو دعوت کا یہ کام جو ہے یہ سپریم ہے سب سے بڑا کام ہے</w:t>
      </w:r>
    </w:p>
    <w:p>
      <w:r>
        <w:rPr>
          <w:b/>
        </w:rPr>
        <w:t xml:space="preserve">[55:42] </w:t>
      </w:r>
      <w:r>
        <w:t>dawat kya hai insan ko khuda ke creation plan se aagah karna insan ko batana ke khuda ne kyun paida kiya is kyun rakha is duniya mein kya karna hai kya nahi karna hai maut ke baad kya pesh aane wala hai</w:t>
      </w:r>
    </w:p>
    <w:p>
      <w:pPr>
        <w:jc w:val="right"/>
      </w:pPr>
      <w:r>
        <w:t>دعوت کیا ہے انسان کو خدا کے کریشن پلانٹ سے اگاہ کرنا انسان کو بتانا کہ خدا نے کیوں پیدا کیا اس کیوں رکھا اس دنیا میں کیا کرنا ہے کیا نہیں کرنا ہے موت کے بعد کیا پیش انے والا ہے</w:t>
      </w:r>
    </w:p>
    <w:p>
      <w:r>
        <w:rPr>
          <w:b/>
        </w:rPr>
        <w:t xml:space="preserve">[56:07] </w:t>
      </w:r>
      <w:r>
        <w:t>kya kar ke is duniya se jayen to wahan reward payenge Allah taala ka</w:t>
      </w:r>
    </w:p>
    <w:p>
      <w:pPr>
        <w:jc w:val="right"/>
      </w:pPr>
      <w:r>
        <w:t>کیا کر کے اس دنیا سے جائیں تو وہاں ریوارڈ پائیں گے اللہ تعالی کا</w:t>
      </w:r>
    </w:p>
    <w:p>
      <w:r>
        <w:rPr>
          <w:b/>
        </w:rPr>
        <w:t xml:space="preserve">[56:12] </w:t>
      </w:r>
      <w:r>
        <w:t>ye hai creation plan of god isi ko batana</w:t>
      </w:r>
    </w:p>
    <w:p>
      <w:pPr>
        <w:jc w:val="right"/>
      </w:pPr>
      <w:r>
        <w:t>یہ ہے کریشن پلان اف گاڈ اسی کو بتانا</w:t>
      </w:r>
    </w:p>
    <w:p>
      <w:r>
        <w:rPr>
          <w:b/>
        </w:rPr>
        <w:t xml:space="preserve">[56:19] </w:t>
      </w:r>
      <w:r>
        <w:t>ye dawat dawat ka taalluq kuch bhi is siyasat se nahi yaad rakhiye science se nahi hai milli work se nahi hai social work se nahi hai kisi cheez se nahi hai</w:t>
      </w:r>
    </w:p>
    <w:p>
      <w:pPr>
        <w:jc w:val="right"/>
      </w:pPr>
      <w:r>
        <w:t>یہ دعوت دعوت کا تعلق کچھ بھی اس سیاست سے نہیں یاد رکھیے سائنس سے نہیں ہے ملی ورک سے نہیں ہے سوشل ورک سے نہیں ہے کسی چیز سے نہیں ہے</w:t>
      </w:r>
    </w:p>
    <w:p>
      <w:r>
        <w:rPr>
          <w:b/>
        </w:rPr>
        <w:t xml:space="preserve">[56:32] </w:t>
      </w:r>
      <w:r>
        <w:t>dawat lillah jo hai na wo social work hai na wo milli work hai na wo political work hai na wo koi aur work hai wo sirf ek hi hai</w:t>
      </w:r>
    </w:p>
    <w:p>
      <w:pPr>
        <w:jc w:val="right"/>
      </w:pPr>
      <w:r>
        <w:t>دعوت للہ جو ہے نہ وہ سوشل ورک ہے نہ وہ ملی ورک ہے نہ وہ پولیٹیکل ورک ہے نہ وہ کوئی اور ورک ہے وہ صرف ایک ہی ہے</w:t>
      </w:r>
    </w:p>
    <w:p>
      <w:r>
        <w:rPr>
          <w:b/>
        </w:rPr>
        <w:t xml:space="preserve">[56:47] </w:t>
      </w:r>
      <w:r>
        <w:t>to make people aware of the creation plan of god insan ko khuda ke takhliqi mansoobe se aagah karna bas yahi dawat lillah</w:t>
      </w:r>
    </w:p>
    <w:p>
      <w:pPr>
        <w:jc w:val="right"/>
      </w:pPr>
      <w:r>
        <w:t>ٹو میک پیپل اویئر اف دا کریشن پلان اف گاڈ انسان کو خدا کے تخلیقی منصوبے سے اگاہ کرنا بس یہی دعوت للہ</w:t>
      </w:r>
    </w:p>
    <w:p>
      <w:r>
        <w:rPr>
          <w:b/>
        </w:rPr>
        <w:t xml:space="preserve">[57:01] </w:t>
      </w:r>
      <w:r>
        <w:t>to is is tarah se jo aap dawat lillah kare gaye is pure shakal mein to is ke liye farishton ki madad hai aur jo log dawat lillah ke saath aur cheezein milaye rahen jaise milaye rehte hain log social work milli work political work in ke liye nahi ye wada hai</w:t>
      </w:r>
    </w:p>
    <w:p>
      <w:pPr>
        <w:jc w:val="right"/>
      </w:pPr>
      <w:r>
        <w:t>تو اس اس طرح سے جو اپ دعوت اللہ کرے گئے اس پیور شکل میں تو اس کے لیے فرشتوں کی مدد ہے اور جو لوگ دعوت اللہ کے ساتھ اور چیزیں ملائے رہیں جیسے ملائے رہتے ہیں لوگ سوشل ورک ملی ورک پولیٹیکل ورک ان کے لیے نہیں یہ وعدہ ہے</w:t>
      </w:r>
    </w:p>
    <w:p>
      <w:r>
        <w:rPr>
          <w:b/>
        </w:rPr>
        <w:t xml:space="preserve">[57:20] </w:t>
      </w:r>
      <w:r>
        <w:t>khaalis dawat ka kaam Allah ke liye quran ke bataye hue naqshe ke mutabiq agar aap karenge to in advance ye yaqeen kar lijiye ke khuda ki madad aap ko zaroor aayegi zaroor aayegi zaroor aayegi</w:t>
      </w:r>
    </w:p>
    <w:p>
      <w:pPr>
        <w:jc w:val="right"/>
      </w:pPr>
      <w:r>
        <w:t>خالص دعوت کا کام اللہ کے لیے قران کے بتائے ہوئے نقشے کے مطابق اگر اپ کریں گے تو ان ایڈوانس یہ یقین کر لیجئے کہ خدا کی مدد اپ کو ضرور ائے گی ضرور ائے گی ضرور ائے گی</w:t>
      </w:r>
    </w:p>
    <w:p>
      <w:r>
        <w:rPr>
          <w:b/>
        </w:rPr>
        <w:t xml:space="preserve">[57:39] </w:t>
      </w:r>
      <w:r>
        <w:t>ye Delhi mein ek martaba vigyan molvi bohat bara program tha wahan hum log gaye the to wahan pe kitabein le gaye to kya hua ke wahan pe gate par wahan par ek mez tha wahan par kitabein rakhi hain in logon ne ek aadmi aaya yahan kitab kahan se laye aap us ki kitab ko neeche rakh diya yani tables utar ke neeche daal diya</w:t>
      </w:r>
    </w:p>
    <w:p>
      <w:pPr>
        <w:jc w:val="right"/>
      </w:pPr>
      <w:r>
        <w:t>یہ دلی میں ایک مرتبہ وگیان مولوی بہت بڑا پروگرام تھا وہاں ہم لوگ گئے تھے تو وہاں پہ کتابیں لے گئے تو کیا ہوا کہ وہاں پہ گیٹ پر وہاں پر ایک میز تھا وہاں پر کتابیں رکھی ہیں ان لوگوں نے ایک ادمی ایا یہاں کتاب کہاں سے لائے اپ اس کی کتاب کو نیچے رکھ دیا یعنی ٹیبلز اتار کے نیچے ڈال دیا</w:t>
      </w:r>
    </w:p>
    <w:p>
      <w:r>
        <w:rPr>
          <w:b/>
        </w:rPr>
        <w:t xml:space="preserve">[58:02] </w:t>
      </w:r>
      <w:r>
        <w:t>ab is ke baad Allah ka karam kya hua ke wo jo wo wahan ka jo organizer tha wo khaas aadmi wo khud aaya us ne dekha to us ne kaha are ye to quran hai ye to.</w:t>
      </w:r>
    </w:p>
    <w:p>
      <w:pPr>
        <w:jc w:val="right"/>
      </w:pPr>
      <w:r>
        <w:t>اب اس کے بعد اللہ کا کرم کیا ہوا کہ وہ جو وہ وہاں کا جو ارگنائزر تھا وہ خاص ادمی وہ خود ایا اس نے دیکھا تو اس نے کہا ارے یہ تو قران ہے یہ تو.</w:t>
      </w:r>
    </w:p>
    <w:p>
      <w:r>
        <w:rPr>
          <w:b/>
        </w:rPr>
        <w:t xml:space="preserve">[58:14] </w:t>
      </w:r>
      <w:r>
        <w:t>logon ko hum khud la ke denge logon ko us ne khud hi ja ke dena shuru kar diya baant dala aur wo wahan top ke log the wahan par bas bataun wo farishta tha</w:t>
      </w:r>
    </w:p>
    <w:p>
      <w:pPr>
        <w:jc w:val="right"/>
      </w:pPr>
      <w:r>
        <w:t>لوگوں کو ہم خود لا کے دیں گے لوگوں کو اس نے خود ہی جا کے دینا شروع کر دیا بانٹ ڈالا اور وہ وہاں ٹاپ کے لوگ تھے وہاں پر بس بتاؤں وہ فرشتہ تھا</w:t>
      </w:r>
    </w:p>
    <w:p>
      <w:r>
        <w:rPr>
          <w:b/>
        </w:rPr>
        <w:t xml:space="preserve">[58:32] </w:t>
      </w:r>
      <w:r>
        <w:t>to sab se bara kaam hai dawat lilah ka kaam</w:t>
      </w:r>
    </w:p>
    <w:p>
      <w:pPr>
        <w:jc w:val="right"/>
      </w:pPr>
      <w:r>
        <w:t>تو سب سے بڑا کام ہے دعوت للہ کا کام</w:t>
      </w:r>
    </w:p>
    <w:p>
      <w:r>
        <w:rPr>
          <w:b/>
        </w:rPr>
        <w:t xml:space="preserve">[58:36] </w:t>
      </w:r>
      <w:r>
        <w:t>agar dawat lilah ka kaam ek dam pure shakal mein kiya jaye khalis shakal mein kiya jaye koi</w:t>
      </w:r>
    </w:p>
    <w:p>
      <w:pPr>
        <w:jc w:val="right"/>
      </w:pPr>
      <w:r>
        <w:t>اگر دعوت للہ کا کام ایک دم پیور شکل میں کیا جائے خالص شکل میں کیا جائے کوئی</w:t>
      </w:r>
    </w:p>
    <w:p>
      <w:r>
        <w:rPr>
          <w:b/>
        </w:rPr>
        <w:t xml:space="preserve">[58:42] </w:t>
      </w:r>
      <w:r>
        <w:t>is mein tilt na ho koi milawat na ho hundred percent be amez ho</w:t>
      </w:r>
    </w:p>
    <w:p>
      <w:pPr>
        <w:jc w:val="right"/>
      </w:pPr>
      <w:r>
        <w:t>اس میں ٹلٹ نہ ہو کوئی ملاوٹ نہ ہو ہنڈرڈ پرسنٹ بے امیز ہو</w:t>
      </w:r>
    </w:p>
    <w:p>
      <w:r>
        <w:rPr>
          <w:b/>
        </w:rPr>
        <w:t xml:space="preserve">[58:51] </w:t>
      </w:r>
      <w:r>
        <w:t>khalis Allah ke liye ho</w:t>
      </w:r>
    </w:p>
    <w:p>
      <w:pPr>
        <w:jc w:val="right"/>
      </w:pPr>
      <w:r>
        <w:t>خالص اللہ کے لیے ہو</w:t>
      </w:r>
    </w:p>
    <w:p>
      <w:r>
        <w:rPr>
          <w:b/>
        </w:rPr>
        <w:t xml:space="preserve">[58:54] </w:t>
      </w:r>
      <w:r>
        <w:t>to bilkul yaqeeni hai yaqeeni hai yaqeeni hai ke farishtay aap ki madad ke liye aa jayenge</w:t>
      </w:r>
    </w:p>
    <w:p>
      <w:pPr>
        <w:jc w:val="right"/>
      </w:pPr>
      <w:r>
        <w:t>تو بالکل یقینی ہے یقینی ہے یقینی ہے کہ فرشتے اپ کی مدد کے لیے ا جائیں گے</w:t>
      </w:r>
    </w:p>
    <w:p>
      <w:r>
        <w:rPr>
          <w:b/>
        </w:rPr>
        <w:t xml:space="preserve">[59:03] </w:t>
      </w:r>
      <w:r>
        <w:t>daai ke liye Allah ki bohat special madad hoti hai special security is laga di jati hai is ke liye kyunke dawat ka kaam khuda ko mukammal karna hai agar koi uth jaye dawat ke kaam ke liye ye khuda ki duty ban jati hai ke is ko poora kar ke rahe wo</w:t>
      </w:r>
    </w:p>
    <w:p>
      <w:pPr>
        <w:jc w:val="right"/>
      </w:pPr>
      <w:r>
        <w:t>داعی کے لیے اللہ کی بہت اسپیشل مدد ہوتی ہے اسپیشل سیکیورٹی اس لگا دی جاتی ہے اس کے لیے کیونکہ دعوت کا کام خدا کو مکمل کرنا ہے اگر کوئی اٹھ جائے دعوت کے کام کے لیے یہ خدا کی ڈیوٹی بن جاتی ہے کہ اس کو پورا کر کے رہے وہ</w:t>
      </w:r>
    </w:p>
    <w:p>
      <w:r>
        <w:rPr>
          <w:b/>
        </w:rPr>
        <w:t xml:space="preserve">[59:26] </w:t>
      </w:r>
      <w:r>
        <w:t>to ye hai sara maamla Allah taala mujh ko aur aap ko tofeeq de ke hum sachhe khuda wale banen aur Allah ki rehmaton mein hissa</w:t>
      </w:r>
    </w:p>
    <w:p>
      <w:pPr>
        <w:jc w:val="right"/>
      </w:pPr>
      <w:r>
        <w:t>تو یہ ہے سارا معاملہ اللہ تعالی مجھ کو اور اپ کو توفیق دے کہ ہم سچے خدا والے بنیں اور اللہ کی رحمتوں میں حصہ</w:t>
      </w:r>
    </w:p>
    <w:p>
      <w:r>
        <w:rPr>
          <w:b/>
        </w:rPr>
        <w:t xml:space="preserve">[59:39] </w:t>
      </w:r>
      <w:r>
        <w:t>payen aqool qaulaha wa astaghfirullaha lakum ajmaeen</w:t>
      </w:r>
    </w:p>
    <w:p>
      <w:pPr>
        <w:jc w:val="right"/>
      </w:pPr>
      <w:r>
        <w:t>پائیں اقول قولھذا واستغفراللہ لیلکم اجمعین</w:t>
      </w:r>
    </w:p>
    <w:p>
      <w:r>
        <w:rPr>
          <w:b/>
        </w:rPr>
        <w:t xml:space="preserve">[59:57] </w:t>
      </w:r>
      <w:r>
        <w:t>Maulana, the question is from Muhammad Tuqif Alam from Muzaffarpur. What is the meaning of dawat?</w:t>
      </w:r>
    </w:p>
    <w:p>
      <w:pPr>
        <w:jc w:val="right"/>
      </w:pPr>
      <w:r>
        <w:t>مولانا دس کوئسچن از فرام محمد توقیف عالم فرام مظفرپور واٹ از دا میننگ اف دعوت</w:t>
      </w:r>
    </w:p>
    <w:p>
      <w:r>
        <w:rPr>
          <w:b/>
        </w:rPr>
        <w:t xml:space="preserve">[1:00:08] </w:t>
      </w:r>
      <w:r>
        <w:t>dekhen dawat arbi zaban ka lafz hai lafzi mani hai is ka pakarna invite karna to call islam mein jab bola jata hai ye lafz to is ka matlab hota hai allah ki taraf pakarna</w:t>
      </w:r>
    </w:p>
    <w:p>
      <w:pPr>
        <w:jc w:val="right"/>
      </w:pPr>
      <w:r>
        <w:t>دیکھیں دعوت عربی زبان کا لفظ ہے لفظی معنی ہے اس کا پکارنا انوائٹ کرنا ٹو کال اسلام میں جب بولا جاتا ہے یہ لفظ تو اس کا مطلب ہوتا ہے اللہ کی طرف پکارنا</w:t>
      </w:r>
    </w:p>
    <w:p>
      <w:r>
        <w:rPr>
          <w:b/>
        </w:rPr>
        <w:t xml:space="preserve">[1:00:29] </w:t>
      </w:r>
      <w:r>
        <w:t>allah ke ka jo mesaj hai is ko pohnchana allah ki marzi jo hai is se logon ko ba khabar karna ye bilkul alagdhng ka kam hai kai log</w:t>
      </w:r>
    </w:p>
    <w:p>
      <w:pPr>
        <w:jc w:val="right"/>
      </w:pPr>
      <w:r>
        <w:t>اللہ کے کا جو میسج ہے اس کو پہنچانا اللہ کی مرضی جو ہے اس سے لوگوں کو باخبر کرنا یہ بالکل الگढنگ کا کام ہے کئی لوگ</w:t>
      </w:r>
    </w:p>
    <w:p>
      <w:r>
        <w:rPr>
          <w:b/>
        </w:rPr>
        <w:t xml:space="preserve">[1:00:46] </w:t>
      </w:r>
      <w:r>
        <w:t>ya to dawat ko jante nahin ya is ko aur kam is mein shamil kiye rahte hain jase main amrika mein ek sahab ke han gaya to unhon ne kaha ke hum bhi dawat ka kam karte hain main ne kaha kia karte hain</w:t>
      </w:r>
    </w:p>
    <w:p>
      <w:pPr>
        <w:jc w:val="right"/>
      </w:pPr>
      <w:r>
        <w:t>یا تو دعوت کو جانتے نہیں یا اس کو اور کام اس میں شامل کیے رہتے ہیں جیسے میں امریکہ میں ایک صاحب کے ہاں گیا تو انہوں نے کہا کہ ہم بھی دعوت کا کام کرتے ہیں میں نے کہا کیا کرتے ہیں</w:t>
      </w:r>
    </w:p>
    <w:p>
      <w:r>
        <w:rPr>
          <w:b/>
        </w:rPr>
        <w:t xml:space="preserve">[1:01:03] </w:t>
      </w:r>
      <w:r>
        <w:t>isi liye hum dikhate hain ap ko to mujhe ek bilding mein le gaye wo wahan do adami the ek mard ek aurat bahut sari kitaben wahan dher thin wahan kia kam ho raha tha amrika mein jo</w:t>
      </w:r>
    </w:p>
    <w:p>
      <w:pPr>
        <w:jc w:val="right"/>
      </w:pPr>
      <w:r>
        <w:t>اسی لیے ہم دکھاتے ہیں اپ کو تو مجھے ایک بلڈنگ میں لے گئے وہ وہاں دو ادمی تھے ایک مرد ایک عورت بہت ساری کتابیں وہاں ڈھیر تھیں وہاں کیا کام ہو رہا تھا امریکہ میں جو</w:t>
      </w:r>
    </w:p>
    <w:p>
      <w:r>
        <w:rPr>
          <w:b/>
        </w:rPr>
        <w:t xml:space="preserve">[1:01:19] </w:t>
      </w:r>
      <w:r>
        <w:t>iskol mein kitaben parhai jati hain is ko wo chhan rahe the ke is mein kahin islam ke khilaf musalmanon ke khilaf koi bat to nahin hai ye dhundh rahe the wo ta ke is se phir education department mein wo complaint kar ke bhejen to main ne kaha astaghfirullah ye dawat nahin hai ye ye to bili kam ho sakta hai bahut se bahut</w:t>
      </w:r>
    </w:p>
    <w:p>
      <w:pPr>
        <w:jc w:val="right"/>
      </w:pPr>
      <w:r>
        <w:t>اسکول میں کتابیں پڑھائی جاتی ہیں اس کو وہ چھان رہے تھے کہ اس میں کہیں اسلام کے خلاف مسلمانوں کے خلاف کوئی بات تو نہیں ہے یہ ڈھونڈ رہے تھے وہ تاکہ اس سے پھر ایجوکیشن ڈیپارٹمنٹ میں وہ کمپلینٹ کر کے بھیجیں تو میں نے کہا استغفراللہ یہ دعوت نہیں ہے یہ یہ تو بلی کام ہو سکتا ہے بہت سے بہت</w:t>
      </w:r>
    </w:p>
    <w:p>
      <w:r>
        <w:rPr>
          <w:b/>
        </w:rPr>
        <w:t xml:space="preserve">[1:01:41] </w:t>
      </w:r>
      <w:r>
        <w:t>to bahut se log hain jo dawat dawat karte hain halanke wo kam dusre kar rahe hain social work mili work political work pata nahin kaun kaun sa work is ka nam rakh rakha hai dawat dekhen dawat nam hai</w:t>
      </w:r>
    </w:p>
    <w:p>
      <w:pPr>
        <w:jc w:val="right"/>
      </w:pPr>
      <w:r>
        <w:t>تو بہت سے لوگ ہیں جو دعوت دعوت کرتے ہیں حالانکہ وہ کام دوسرے کر رہے ہیں سوشل ورک ملی ورک پولیٹیکل ورک پتہ نہیں کون کون سا ورک اس کا نام رکھ رکھا ہے دعوت دیکھیں دعوت نام ہے</w:t>
      </w:r>
    </w:p>
    <w:p>
      <w:r>
        <w:rPr>
          <w:b/>
        </w:rPr>
        <w:t xml:space="preserve">[1:01:57] </w:t>
      </w:r>
      <w:r>
        <w:t>bahut hi ek khalis kam ka yani allah ka jo creation plan hai takhliqi mansooba hai is ko batana akhirat ki kamyabi kia hai is mein is se logon ko ba khabar karna</w:t>
      </w:r>
    </w:p>
    <w:p>
      <w:pPr>
        <w:jc w:val="right"/>
      </w:pPr>
      <w:r>
        <w:t>بہت ہی ایک خالص کام کا یعنی اللہ کا جو کریشن پلان ہے تخلیقی منصوبہ ہے اس کو بتانا اخرت کی کامیابی کیا ہے اس میں اس سے لوگوں کو باخبر کرنا</w:t>
      </w:r>
    </w:p>
    <w:p>
      <w:r>
        <w:rPr>
          <w:b/>
        </w:rPr>
        <w:t xml:space="preserve">[1:02:17] </w:t>
      </w:r>
      <w:r>
        <w:t>kisi aur cheez ko na milakar ke khalis jo allah ne apna bataya hai mansooba quran mein is se logon ko agah karna ye hai agar ap ne kisi aur kam ko use mila diya to phir dawat nahin rahega wo</w:t>
      </w:r>
    </w:p>
    <w:p>
      <w:pPr>
        <w:jc w:val="right"/>
      </w:pPr>
      <w:r>
        <w:t>کسی اور چیز کو نہ ملا کر کے خالص جو اللہ نے اپنا بتایا ہے منصوبہ قران میں اس سے لوگوں کو اگاہ کرنا یہ ہے اگر اپ نے کسی اور کام کو اسے ملا دیا تو پھر دعوت نہیں رہے گا وہ</w:t>
      </w:r>
    </w:p>
    <w:p>
      <w:r>
        <w:rPr>
          <w:b/>
        </w:rPr>
        <w:t xml:space="preserve">[1:02:34] </w:t>
      </w:r>
      <w:r>
        <w:t>bilkul dawat nahin rahega wo ab is ka ye hai ke dekhiye quran mein ek ilm bil qalam qalam ke zariye dawat main samajhta hoon ke sab se bara taqatwar zariya hai literature ilm bil qalam ka matlab ye hai ke literature ke zariye literature ki dawat</w:t>
      </w:r>
    </w:p>
    <w:p>
      <w:pPr>
        <w:jc w:val="right"/>
      </w:pPr>
      <w:r>
        <w:t>بالکل دعوت نہیں رہے گا وہ اب اس کا یہ ہے کہ دیکھیے قران میں ایک علم بالقلم قلم کے ذریعے دعوت میں سمجھتا ہوں کہ سب سے بڑا طاقتور ذریعہ ہے لٹریچر علم بالقلم کا مطلب یہ ہے کہ لٹریچر کے ذریعے لٹریچر کی دعوت</w:t>
      </w:r>
    </w:p>
    <w:p>
      <w:r>
        <w:rPr>
          <w:b/>
        </w:rPr>
        <w:t xml:space="preserve">[1:02:58] </w:t>
      </w:r>
      <w:r>
        <w:t>to ap kisi se kuch bat karen ya kisi ijtima mein bolen to wo bhi ek dawat hai lekin zyada bara zariya main samajhta hoon ke literature hai kitaben pohnchana kyunke ap ne de diya logon ko</w:t>
      </w:r>
    </w:p>
    <w:p>
      <w:pPr>
        <w:jc w:val="right"/>
      </w:pPr>
      <w:r>
        <w:t>تو اپ کسی سے کچھ بات کریں یا کسی اجتماع میں بولیں تو وہ بھی ایک دعوت ہے لیکن زیادہ بڑا ذریعہ میں سمجھتا ہوں کہ لٹریچر ہے کتابیں پہنچانا کیونکہ اپ نے دے دیا لوگوں کو</w:t>
      </w:r>
    </w:p>
    <w:p>
      <w:r>
        <w:rPr>
          <w:b/>
        </w:rPr>
        <w:t xml:space="preserve">[1:03:15] </w:t>
      </w:r>
      <w:r>
        <w:t>ghar ja ke parhe ga wo wo parhe ga dusre log parhen ge main samajhta hoon ke yahi tariqa is zamane mein tha sahaba karam kia karte the quran parh kar sunate the to wo kaha is zamane mein literature nahin tha</w:t>
      </w:r>
    </w:p>
    <w:p>
      <w:pPr>
        <w:jc w:val="right"/>
      </w:pPr>
      <w:r>
        <w:t>گھر جا کے پڑھے گا وہ وہ پڑھے گا دوسرے لوگ پڑھیں گے میں سمجھتا ہوں کہ یہی طریقہ اس زمانے میں تھا صحابہ کرام کیا کرتے تھے قران پڑھ کر سناتے تھے تو وہ کہا اس زمانے میں لٹریچر نہیں تھا</w:t>
      </w:r>
    </w:p>
    <w:p>
      <w:r>
        <w:rPr>
          <w:b/>
        </w:rPr>
        <w:t xml:space="preserve">[1:03:33] </w:t>
      </w:r>
      <w:r>
        <w:t>printing press se pehle ke zamane mein to dawat wo hai jo khalis kam ho is mein koi bhi dusra kam shamil na ho aur is zamane mein is ka sab se acha tariqa hai literature kitaben</w:t>
      </w:r>
    </w:p>
    <w:p>
      <w:pPr>
        <w:jc w:val="right"/>
      </w:pPr>
      <w:r>
        <w:t>پرنٹنگ پریس سے پہلے کے زمانے میں تو دعوت وہ ہے جو خالص کام ہو اس میں کوئی بھی دوسرا کام شامل نہ ہو اور اس زمانے میں اس کا سب سے اچھا طریقہ ہے لٹریچر کتابیں</w:t>
      </w:r>
    </w:p>
    <w:p>
      <w:r>
        <w:rPr>
          <w:b/>
        </w:rPr>
        <w:t xml:space="preserve">[1:03:52] </w:t>
      </w:r>
      <w:r>
        <w:t>hamare idare se khuda ke fazal se bahut si kitaben chhapi hain mukhtalif zabanon mein is ko le kar ap phailaiye apne sath rakhiye apne bag mein apne apne pocket mein chhote size ki kitaben badi size ki kitaben main is ko logon ko dete rahiye</w:t>
      </w:r>
    </w:p>
    <w:p>
      <w:pPr>
        <w:jc w:val="right"/>
      </w:pPr>
      <w:r>
        <w:t>ہمارے ادارے سے خدا کے فضل سے بہت سی کتابیں چھپی ہیں مختلف زبانوں میں اس کو لے کر اپ پھیلائیے اپنے ساتھ رکھیے اپنے بیگ میں اپنے اپنے پاکٹ میں چھوٹے سائز کی کتابیں بڑی سائز کی کتابیں میں اس کو لوگوں کو دیتے رہیے</w:t>
      </w:r>
    </w:p>
    <w:p>
      <w:r>
        <w:rPr>
          <w:b/>
        </w:rPr>
        <w:t xml:space="preserve">[1:04:09] </w:t>
      </w:r>
      <w:r>
        <w:t>ye hai dawat maulana the next question is from Doctor Asif Safdar Hospital Delhi he also know please explain how Islam spread during the time of rightly guided caliph that is from period of caliph Abu Bakar to caliph Ali</w:t>
      </w:r>
    </w:p>
    <w:p>
      <w:pPr>
        <w:jc w:val="right"/>
      </w:pPr>
      <w:r>
        <w:t>یہ ہے دعوت مولانا دا نیکسٹ کوئسچن از فرام ڈاکٹر اصف صفدر ہاسپٹل ڈلی ہی السو نو پلیز ایکسپلین ہاؤ اسلام سپریڈ ڈیورنگ دا ٹائم اف رائٹلی گائیڈڈ کیلف دیٹ از فرام پیریڈ اف کیلف ابوبکر ٹو کیلف علی</w:t>
      </w:r>
    </w:p>
    <w:p>
      <w:r>
        <w:rPr>
          <w:b/>
        </w:rPr>
        <w:t xml:space="preserve">[1:04:27] </w:t>
      </w:r>
      <w:r>
        <w:t>And what was the purpose of wars against non-Muslims during the time of rightly guided caliphs and were these wars offensive or defensive in nature?</w:t>
      </w:r>
    </w:p>
    <w:p>
      <w:pPr>
        <w:jc w:val="right"/>
      </w:pPr>
      <w:r>
        <w:t>اینڈ واٹ واز دا پرپس اف وارز اگینسٹ نان مسلمز ڈیورنگ دا ٹائم اف رائٹلی گائیڈڈ کیلف اینڈ ویر دیز وارز افینسو اور ڈیفنسو ان نیچر دیک</w:t>
      </w:r>
    </w:p>
    <w:p>
      <w:r>
        <w:rPr>
          <w:b/>
        </w:rPr>
        <w:t xml:space="preserve">[1:04:41] </w:t>
      </w:r>
      <w:r>
        <w:t>hen ye sari jagah defensiv thi is mein main detail mein nahin ja sakta bahut lamba koeschan ap ne kiya hai is liye ap kitaben parhen ap dusri kitaben parh sakte hain meri kitaben bhi sab is mozu par hain bahut zyada abhi meri kitab chhapi hai da profit of pes is ko parhiye</w:t>
      </w:r>
    </w:p>
    <w:p>
      <w:pPr>
        <w:jc w:val="right"/>
      </w:pPr>
      <w:r>
        <w:t>ھیں یہ ساری جگہ ڈیفنسو تھی اس میں میں ڈیٹیل میں نہیں جا سکتا بہت لمبا کوئسچن اپ نے کیا ہے اس لیے اپ کتابیں پڑھیں اپ دوسری کتابیں پڑھ سکتے ہیں میری کتابیں بھی سب اس موضوع پر ہیں بہت زیادہ ابھی میری کتاب چھپی ہے دا پرافٹ اف پیس اس کو پڑھیے</w:t>
      </w:r>
    </w:p>
    <w:p>
      <w:r>
        <w:rPr>
          <w:b/>
        </w:rPr>
        <w:t xml:space="preserve">[1:05:00] </w:t>
      </w:r>
      <w:r>
        <w:t>khulasa mein ye kahun ga koi bhi jang rasool allah ke zamane mein ya sahaba ke zamane mein jo hui hai wo difai jang thi defensiv war thi wo bad ke zamane mein jo badshah loot ke agaye is ka main advocate nahin hoon wo alag cheez hai</w:t>
      </w:r>
    </w:p>
    <w:p>
      <w:pPr>
        <w:jc w:val="right"/>
      </w:pPr>
      <w:r>
        <w:t>خلاصہ میں یہ کہوں گا کوئی بھی جنگ رسول اللہ کے زمانے میں یا صحابہ کے زمانے میں جو ہوئی ہے وہ دفاعی جنگ تھی ڈیفنسو وار تھی وہ بعد کے زمانے میں جو بادشاہ لوٹ کے اگئے اس کا میں ایڈوکیٹ نہیں ہوں وہ الگ چیز ہے</w:t>
      </w:r>
    </w:p>
    <w:p>
      <w:r>
        <w:rPr>
          <w:b/>
        </w:rPr>
        <w:t xml:space="preserve">[1:05:16] </w:t>
      </w:r>
      <w:r>
        <w:t>lekin rasool aur ashab rasool ki jo jangain thin wo defensiv war thi sab ki sab is ke bare mein ap meri kitabon mein parh sakte hain bahut sari kitaben hain aur hal mein jo chhapi hai kitab wo hai da profit of pes</w:t>
      </w:r>
    </w:p>
    <w:p>
      <w:pPr>
        <w:jc w:val="right"/>
      </w:pPr>
      <w:r>
        <w:t>لیکن رسول اور اصحاب رسول کی جو جنگیں تھیں وہ ڈیفنسو وار تھی سب کی سب اس کے بارے میں اپ میری کتابوں میں پڑھ سکتے ہیں بہت ساری کتابیں ہیں اور حال میں جو چھپی ہے کتاب وہ ہے دا پرافٹ اف پیس</w:t>
      </w:r>
    </w:p>
    <w:p>
      <w:r>
        <w:rPr>
          <w:b/>
        </w:rPr>
        <w:t xml:space="preserve">[1:05:33] </w:t>
      </w:r>
      <w:r>
        <w:t>quran ki meri tafsir bhi hai tazkir al quran is ko bhi ap parh sakte hain ye sab baten is mein jagah jagah discuss hui hain to tafsir agar janna ho to is mein ap dekh sakte hain</w:t>
      </w:r>
    </w:p>
    <w:p>
      <w:pPr>
        <w:jc w:val="right"/>
      </w:pPr>
      <w:r>
        <w:t>قران کی میری تفسیر بھی ہے تذکر القران اس کو بھی اپ پڑھ سکتے ہیں یہ سب باتیں اس میں جگہ جگہ ڈسکس ہوئی ہیں تو تفسیر اگر جاننا ہو تو اس میں اپ دیکھ سکتے ہیں</w:t>
      </w:r>
    </w:p>
    <w:p>
      <w:r>
        <w:rPr>
          <w:b/>
        </w:rPr>
        <w:t xml:space="preserve">[1:05:52] </w:t>
      </w:r>
      <w:r>
        <w:t>maulana agla sawal doctor muslma siddiqi ka hai dili se wo janna chahti hain ke khuda ne insan ke sine mein maan ki mohabbat rakhi insan use pehchan gaya khuda ne apni mohabbat insan ke dil mein rakhi is ko wo kyun nahin pehchan paya pliz explain</w:t>
      </w:r>
    </w:p>
    <w:p>
      <w:pPr>
        <w:jc w:val="right"/>
      </w:pPr>
      <w:r>
        <w:t>مولانا اگلا سوال ڈاکٹر مسلمہ صدیقی کا ہے دلی سے وہ جاننا چاہتی ہیں کہ خدا نے انسان کے سینے میں ماں کی محبت رکھی انسان اسے پہچان گیا خدا نے اپنی محبت انسان کے دل میں رکھی اس کو وہ کیوں نہیں پہچان پایا پلیز ایکسپلین</w:t>
      </w:r>
    </w:p>
    <w:p>
      <w:r>
        <w:rPr>
          <w:b/>
        </w:rPr>
        <w:t xml:space="preserve">[1:06:13] </w:t>
      </w:r>
      <w:r>
        <w:t>ye to anibal leval ki mohabbat hai maan ki mohabbat jo hoti hai wo anibal leval ki mohabbat hai anibal ko bhi apni maan se mohabbat hoti hai is ka na koi sawab hai na azab hai yani maan se koi mohabbat kare to jannat mein nahin chala jayega wo</w:t>
      </w:r>
    </w:p>
    <w:p>
      <w:pPr>
        <w:jc w:val="right"/>
      </w:pPr>
      <w:r>
        <w:t>یہ تو انیبل لیول کی محبت ہے ماں کی محبت جو ہوتی ہے وہ انیبل لیول کی محبت ہے انیبل کو بھی اپنی ماں سے محبت ہوتی ہے اس کا نہ کوئی ثواب ہے نہ عذاب ہے یعنی ماں سے کوئی محبت کرے تو جنت میں نہیں چلا جائے گا وہ</w:t>
      </w:r>
    </w:p>
    <w:p>
      <w:r>
        <w:rPr>
          <w:b/>
        </w:rPr>
        <w:t xml:space="preserve">[1:06:31] </w:t>
      </w:r>
      <w:r>
        <w:t>to is par lekin khuda se mohabbat to jannat ka sirf sartefikat hai to wo test ban jati hai wo wo test ban jati hai jo test ban jaye ban gayi to phir to zahir hai ke admi ke liye choais agaya</w:t>
      </w:r>
    </w:p>
    <w:p>
      <w:pPr>
        <w:jc w:val="right"/>
      </w:pPr>
      <w:r>
        <w:t>تو اس پر لیکن خدا سے محبت تو جنت کا صرف سرٹیفیکیٹ ہے تو وہ ٹیسٹ بن جاتی ہے وہ وہ ٹیسٹ بن جاتی ہے جو ٹیسٹ بن جائے بن گئی تو پھر تو ظاہر ہے کہ ادمی کے لیے چوائس ا گیا</w:t>
      </w:r>
    </w:p>
    <w:p>
      <w:r>
        <w:rPr>
          <w:b/>
        </w:rPr>
        <w:t xml:space="preserve">[1:06:48] </w:t>
      </w:r>
      <w:r>
        <w:t>to chunke khuda ki mohabbat ka mamla jannat se juda hua hai is waja se is mamla itna mushkil hai ke admi apni azadi galat istemal kar ke bhatak jata hai shaitan bhagata hai koi shaitan kisi bete ko nahin bhagata ke maan se mohabbat mat karo</w:t>
      </w:r>
    </w:p>
    <w:p>
      <w:pPr>
        <w:jc w:val="right"/>
      </w:pPr>
      <w:r>
        <w:t>تو چونکہ خدا کی محبت کا معاملہ جنت سے جڑا ہوا ہے اس وجہ سے اس معاملہ اتنا مشکل ہے کہ ادمی اپنی ازادی غلط استعمال کر کے بھٹک جاتا ہے شیطان بھاگاتا ہے کوئی شیطان کسی بیٹے کو نہیں بھاگاتا کہ ماں سے محبت مت کرو</w:t>
      </w:r>
    </w:p>
    <w:p>
      <w:r>
        <w:rPr>
          <w:b/>
        </w:rPr>
        <w:t xml:space="preserve">[1:07:05] </w:t>
      </w:r>
      <w:r>
        <w:t>duniya ke jitne bete hain sab apni maan se mohabbat karte hain mujhe to koi beta nahin mila abhi tak jo apne bete se jo apni maan se mohabbat na karta ho dako ka beta bhi maan se mohabbat karta hai kyun wahan shaitan bhagane ke liye nahin ata</w:t>
      </w:r>
    </w:p>
    <w:p>
      <w:pPr>
        <w:jc w:val="right"/>
      </w:pPr>
      <w:r>
        <w:t>دنیا کے جتنے بیٹے ہیں سب اپنی ماں سے محبت کرتے ہیں مجھے تو کوئی بیٹا نہیں ملا ابھی تک جو اپنے بیٹے سے جو اپنی ماں سے محبت نہ کرتا ہو ڈاکو کا بیٹا بھی ماں سے محبت کرتا ہے کیوں وہاں شیطان بھاگانے کے لیے نہیں اتا</w:t>
      </w:r>
    </w:p>
    <w:p>
      <w:r>
        <w:rPr>
          <w:b/>
        </w:rPr>
        <w:t xml:space="preserve">[1:07:25] </w:t>
      </w:r>
      <w:r>
        <w:t>shaitan aaj tak kisi bete ko bhagane ke liye nahi aya ek to apni maan se mohabbat mat karo</w:t>
      </w:r>
    </w:p>
    <w:p>
      <w:pPr>
        <w:jc w:val="right"/>
      </w:pPr>
      <w:r>
        <w:t>شیطان اج تک کسی بیٹے کو بھگانے کے لیے نہیں ایا ایک تو اپنی ماں سے محبت مت کرو</w:t>
      </w:r>
    </w:p>
    <w:p>
      <w:r>
        <w:rPr>
          <w:b/>
        </w:rPr>
        <w:t xml:space="preserve">[1:07:32] </w:t>
      </w:r>
      <w:r>
        <w:t>lekin jab khuda ka mamla aata hai to shaitan bhagata hai to wahan par aadmi ko chahiye ke shaitan ke behkawe ko parhe uske waswase ko samjhe shaitan ka behkaawa jo hai wo aata hai</w:t>
      </w:r>
    </w:p>
    <w:p>
      <w:pPr>
        <w:jc w:val="right"/>
      </w:pPr>
      <w:r>
        <w:t>لیکن جب خدا کا معاملہ اتا ہے تو شیطان بھاگاتا ہے تو وہاں پر ادمی کو چاہیے کہ شیطان کے بہکاوے کو پڑھے اس کے وسوسے کو سمجھے شیطان کا بہکاوا جو ہے وہ اتا ہے</w:t>
      </w:r>
    </w:p>
    <w:p>
      <w:r>
        <w:rPr>
          <w:b/>
        </w:rPr>
        <w:t xml:space="preserve">[1:07:48] </w:t>
      </w:r>
      <w:r>
        <w:t>is ki shakal mein tazeen ki shakal mein yaani ek galat kaam ko khoobsurat bana kar dikhana galat baat kaam ko khoobsurat bana kar dikhana</w:t>
      </w:r>
    </w:p>
    <w:p>
      <w:pPr>
        <w:jc w:val="right"/>
      </w:pPr>
      <w:r>
        <w:t>اس کی شکل میں تزئین کی شکل میں یعنی ایک غلط کام کو خوبصورت بنا کر دکھانا غلط بات کام کو خوبصورت بنا کر دکھانا</w:t>
      </w:r>
    </w:p>
    <w:p>
      <w:r>
        <w:rPr>
          <w:b/>
        </w:rPr>
        <w:t xml:space="preserve">[1:08:02] </w:t>
      </w:r>
      <w:r>
        <w:t>to wahan par parhna padta hai is ko</w:t>
      </w:r>
    </w:p>
    <w:p>
      <w:pPr>
        <w:jc w:val="right"/>
      </w:pPr>
      <w:r>
        <w:t>تو وہاں پر پڑھنا پڑتا ہے اس کو</w:t>
      </w:r>
    </w:p>
    <w:p>
      <w:r>
        <w:rPr>
          <w:b/>
        </w:rPr>
        <w:t xml:space="preserve">[1:08:08] </w:t>
      </w:r>
      <w:r>
        <w:t>jaise ek kal mein ne ek article likha hai science ne jo is ki discovery ki to is mein yeh tha ke cheezein jo hain wo cause har har har har event ke peeche ek cause hota hai cause to us ko kehte hain principle of causation</w:t>
      </w:r>
    </w:p>
    <w:p>
      <w:pPr>
        <w:jc w:val="right"/>
      </w:pPr>
      <w:r>
        <w:t>جیسے ایک کل میں نے ایک ارٹیکل لکھا ہے سائنس نے جو اس کی ڈسکوری کی تو اس میں یہ تھا کہ چیزیں جو ہیں وہ کاز ہر ہر ہر ہر ایونٹ کے پیچھے ایک کاز ہوتا ہے کاز تو اس کو کہتے ہیں پرنسپل اف کازیشن</w:t>
      </w:r>
    </w:p>
    <w:p>
      <w:r>
        <w:rPr>
          <w:b/>
        </w:rPr>
        <w:t xml:space="preserve">[1:08:29] </w:t>
      </w:r>
      <w:r>
        <w:t>us ko le kar mulhidin ne kya keh diya ke yeh to science ne khuda ka inkar kar diya hai kyunke if events are due to natural causes they are not due to super natural causes to wahan mein ne likha hai ke yeh ek yeh ek mughalta tha ek fallacy thi kyunke science jo daryaft kiya tha</w:t>
      </w:r>
    </w:p>
    <w:p>
      <w:pPr>
        <w:jc w:val="right"/>
      </w:pPr>
      <w:r>
        <w:t>اس کو لے کر ملحدین نے کیا کہہ دیا کہ یہ تو سائنس نے خدا کا انکار کر دیا ہے کیونکہ اف ایونٹس ار ڈیو ٹو نیچرل کازز دے ار ناٹ ڈیو ٹو سپرل سپر نیچرل کازز تو وہاں میں نے لکھا ہے کہ یہ ایک یہ ایک مغالطہ تھا ایک فیلسی تھی کیونکہ سائنس جو دریافت کیا تھا</w:t>
      </w:r>
    </w:p>
    <w:p>
      <w:r>
        <w:rPr>
          <w:b/>
        </w:rPr>
        <w:t xml:space="preserve">[1:08:51] </w:t>
      </w:r>
      <w:r>
        <w:t>wo is ka sahi aspect doosra tha ke waqiat jab ho rahe hain har har waqie ke peeche ek cause hota hai to is ka matlab yeh hai ke kainat predictable hai kainat nature predictable</w:t>
      </w:r>
    </w:p>
    <w:p>
      <w:pPr>
        <w:jc w:val="right"/>
      </w:pPr>
      <w:r>
        <w:t>وہ اس کا صحیح اسپیکٹ دوسرا تھا کہ واقعات جب ہو رہے ہیں ہر ہر واقعے کے پیچھے ایک کاز ہوتا ہے تو اس کا مطلب یہ ہے کہ کائنات پریڈکٹیبل ہے کائنات نیچر پریڈکٹیبل</w:t>
      </w:r>
    </w:p>
    <w:p>
      <w:r>
        <w:rPr>
          <w:b/>
        </w:rPr>
        <w:t xml:space="preserve">[1:09:09] </w:t>
      </w:r>
      <w:r>
        <w:t>hai qabil peshangoee hai tabhi to engineering hai warna engineering khatam ho jayegi predictable na ho agar yeh pata na ho ke pani jo hum heat denge to wo bhap niklegi nahi niklegi steam banegi nahi banegi</w:t>
      </w:r>
    </w:p>
    <w:p>
      <w:pPr>
        <w:jc w:val="right"/>
      </w:pPr>
      <w:r>
        <w:t>ہے قابل پیشنگوئی ہے تبھی تو انجینئرنگ ہے ورنہ انجینئرنگ ختم ہو جائے گی پریڈکٹیبل نہ ہو اگر یہ پتہ نہ ہو کہ پانی جو ہم ہیٹ دیں گے تو وہ بھاپ نکلے گی نہیں نکلے گی اسٹیم بنے گی نہیں بنے گی</w:t>
      </w:r>
    </w:p>
    <w:p>
      <w:r>
        <w:rPr>
          <w:b/>
        </w:rPr>
        <w:t xml:space="preserve">[1:09:26] </w:t>
      </w:r>
      <w:r>
        <w:t>ya lohe ko hum dalenge bhatti mein to pighlega nahi pighlega to predictable hai poori poora is wajah se engineering hoti hai is se chemistry hoti hai to yeh hai shaitan ne bhukaya jo cheez</w:t>
      </w:r>
    </w:p>
    <w:p>
      <w:pPr>
        <w:jc w:val="right"/>
      </w:pPr>
      <w:r>
        <w:t>یا لوہے کو ہم ڈالیں گے بھٹی میں تو پگھلے گا نہیں پگھلے گا تو پریڈکٹیبل ہے پوری پورا اس وجہ سے انجینئرنگ ہوتی ہے اس سے کیمسٹری ہوتی ہے تو یہ ہے شیطان نے بھکایا جو چیز</w:t>
      </w:r>
    </w:p>
    <w:p>
      <w:r>
        <w:rPr>
          <w:b/>
        </w:rPr>
        <w:t xml:space="preserve">[1:09:43] </w:t>
      </w:r>
      <w:r>
        <w:t>aadmi ko bata rahi thi ke dekho khuda ne banaya hai predictable taake tumhari engineering ho tumhari chemistry ho us ko baqayeda keh diya ke dekho ab to khuda ki zaroorat hi nahi sab kuch to cause se ho raha hai haalanke woh kaha tha ke koi super cause hona chahiye</w:t>
      </w:r>
    </w:p>
    <w:p>
      <w:pPr>
        <w:jc w:val="right"/>
      </w:pPr>
      <w:r>
        <w:t>ادمی کو بتا رہی تھی کہ دیکھو خدا نے بنایا ہے پریڈکٹیبل تاکہ تمہاری انجینئرنگ ہو تمہاری کیمسٹری ہو اس کو باقاعدہ کہہ دیا کہ دیکھو اب تو خدا کی ضرورت ہی نہیں سب کچھ تو کاز سے ہو رہا ہے حالانکہ وہ کہا تھا کہ کوئی سپر کاز ہونا چاہیے</w:t>
      </w:r>
    </w:p>
    <w:p>
      <w:r>
        <w:rPr>
          <w:b/>
        </w:rPr>
        <w:t xml:space="preserve">[1:10:00] </w:t>
      </w:r>
      <w:r>
        <w:t>cause of the cause hona chahiye kuch lekin bhaga diya ab hazaron lakhon karoron log is se bhag gaye</w:t>
      </w:r>
    </w:p>
    <w:p>
      <w:pPr>
        <w:jc w:val="right"/>
      </w:pPr>
      <w:r>
        <w:t>کاز اف دا کاز ہونا چاہیے کچھ لیکن بھگا دیا اب ہزاروں لاکھوں کروڑوں لوگ اس سے بھاگ گئے</w:t>
      </w:r>
    </w:p>
    <w:p>
      <w:r>
        <w:rPr>
          <w:b/>
        </w:rPr>
        <w:t xml:space="preserve">[1:10:08] </w:t>
      </w:r>
      <w:r>
        <w:t>to shaitan bhaga kar ke khuda se hatata hai bete ko nahi bhagata bete ko nahi bhagata is liye beta maan se mohabbat karta hai maan khuda ke hamare bhagata hai is liye khuda se mohabbat nahi kar paate khuda sachi mohabbat karne wale to dhoondhiye to</w:t>
      </w:r>
    </w:p>
    <w:p>
      <w:pPr>
        <w:jc w:val="right"/>
      </w:pPr>
      <w:r>
        <w:t>تو شیطان بھگا کر کے خدا سے ہٹاتا ہے بیٹے کو نہیں بھگاتا بیٹے کو نہیں بھگاتا اس لیے بیٹا ماں سے محبت کرتا ہے ماں خدا کے ہمارے بھگاتا ہے اس لیے خدا سے محبت نہیں کر پاتے خدا سچی محبت کرنے والے تو ڈھونڈیے تو</w:t>
      </w:r>
    </w:p>
    <w:p>
      <w:r>
        <w:rPr>
          <w:b/>
        </w:rPr>
        <w:t xml:space="preserve">[1:10:27] </w:t>
      </w:r>
      <w:r>
        <w:t>shayad hi koi mile kyunke shaitan ne baqa rakha hai</w:t>
      </w:r>
    </w:p>
    <w:p>
      <w:pPr>
        <w:jc w:val="right"/>
      </w:pPr>
      <w:r>
        <w:t>شاید ہی کوئی ملے کیونکہ شیطان نے باقا رکھا ہے</w:t>
      </w:r>
    </w:p>
    <w:p>
      <w:r>
        <w:rPr>
          <w:b/>
        </w:rPr>
        <w:t xml:space="preserve">[1:10:36] </w:t>
      </w:r>
      <w:r>
        <w:t>the next question is by farida doctor farida khanam from delhi she says why is it that we fail to identify satan as men's enemy and we continue to be dragged by him without any break which we don't lend ears to</w:t>
      </w:r>
    </w:p>
    <w:p>
      <w:pPr>
        <w:jc w:val="right"/>
      </w:pPr>
      <w:r>
        <w:t>دا نیکسٹ کوئسچن از بائے فریدہ ڈاکٹر فریدہ خانم فرام ڈلی شی سیز وائی از اٹ دیٹ وی فیل ٹو ائیڈینٹیفائی سیٹن ایز مینز اینمی اینڈ وی کنٹینیو ٹو بی ڈرگڈ بائے ہم ودا اؤٹ اینی بریک وچ وی ڈونٹ لینڈ ار ایئرز ٹو</w:t>
      </w:r>
    </w:p>
    <w:p>
      <w:r>
        <w:rPr>
          <w:b/>
        </w:rPr>
        <w:t xml:space="preserve">[1:10:53] </w:t>
      </w:r>
      <w:r>
        <w:t>angelic in</w:t>
      </w:r>
    </w:p>
    <w:p>
      <w:pPr>
        <w:jc w:val="right"/>
      </w:pPr>
      <w:r>
        <w:t>اینجلک ان</w:t>
      </w:r>
    </w:p>
    <w:p>
      <w:r>
        <w:rPr>
          <w:b/>
        </w:rPr>
        <w:t xml:space="preserve">[1:10:54] </w:t>
      </w:r>
      <w:r>
        <w:t>aspirations please comment baat yeh hai ke shaitan jahan bhagata hai wahan koi interest hota hai wo interest aadmi ko bhula deta hai</w:t>
      </w:r>
    </w:p>
    <w:p>
      <w:pPr>
        <w:jc w:val="right"/>
      </w:pPr>
      <w:r>
        <w:t>سپیریشنز پلیز کمنٹ بات یہ ہے کہ شیطان جہاں بھگاتا ہے وہاں کوئی انٹرسٹ ہوتا ہے وہ انٹرسٹ ادمی کو بھلا دیتا ہے</w:t>
      </w:r>
    </w:p>
    <w:p>
      <w:r>
        <w:rPr>
          <w:b/>
        </w:rPr>
        <w:t xml:space="preserve">[1:11:05] </w:t>
      </w:r>
      <w:r>
        <w:t>misalan shopping karna hai to bahar ja ke naye naye kapde khareedein naya naya saman khareedein to wo jo shauk hota hai us ki wajah se aadmi soch nahi pata shaitan ke behkawe ko mein ne to aaj tak kabhi shopping hi nahi ki</w:t>
      </w:r>
    </w:p>
    <w:p>
      <w:pPr>
        <w:jc w:val="right"/>
      </w:pPr>
      <w:r>
        <w:t>مثلاً شاپنگ کرنا ہے تو باہر جا کے نئے نئے کپڑے خریدیں نیا نیا سامان خریدیں تو وہ جو شوق ہوتا ہے اس کی وجہ سے ادمی سوچ نہیں پاتا شیطان کے بہکاوے کو میں نے تو اج تک کبھی شاپنگ ہی نہیں کی</w:t>
      </w:r>
    </w:p>
    <w:p>
      <w:r>
        <w:rPr>
          <w:b/>
        </w:rPr>
        <w:t xml:space="preserve">[1:11:23] </w:t>
      </w:r>
      <w:r>
        <w:t>to mujhe</w:t>
      </w:r>
    </w:p>
    <w:p>
      <w:pPr>
        <w:jc w:val="right"/>
      </w:pPr>
      <w:r>
        <w:t>تو مجھے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