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Companions of The Prophet (3) 18 July, 2021 - Prof. Farida Khanam and Dr. Saniyasnain Khan</w:t>
      </w:r>
    </w:p>
    <w:p>
      <w:r>
        <w:t>https://www.youtube.com/watch?v=Kntz4s5FhlU</w:t>
      </w:r>
    </w:p>
    <w:p>
      <w:r>
        <w:rPr>
          <w:b/>
        </w:rPr>
        <w:t xml:space="preserve">[00:12] </w:t>
      </w:r>
      <w:r>
        <w:t>assalam walekum everyone. before we start the today session, we are very happy to announce that today we will be releasing four new books of Maulana Wahiduddin Khan sahib. the first book that we will be releasing is with the title "remembrance of god". this book is an english translation of</w:t>
      </w:r>
    </w:p>
    <w:p>
      <w:pPr>
        <w:jc w:val="right"/>
      </w:pPr>
      <w:r>
        <w:t>अस्सलाम वालेकुम एवरीवन। बिफोर वी स्टार्ट द टुडे सेशन, वी आर वेरी हैप्पी टू अनाउंस दैट टुडे वी विल बी रिलीजिंग फोर न्यू बुक्स ऑफ मौलाना वैदुद्दीन खान साहब। द फर्स्ट बुक दैट वी विल बी रिलीजिंग इज विद द टाइटल "रिमेंब्रेंस ऑफ गॉड"। दिस बुक इज एन इंग्लिश ट्रांसलेशन ऑफ</w:t>
      </w:r>
    </w:p>
    <w:p>
      <w:r>
        <w:rPr>
          <w:b/>
        </w:rPr>
        <w:t xml:space="preserve">[00:35] </w:t>
      </w:r>
      <w:r>
        <w:t>Maulana Wahiduddin Khan sahib book "kitabe marefat". one of the chapter has been translated into this new title. the book has been translated by professor farida khanam and has been edited by doctor nagma siddiqui and doctor mariya khan.</w:t>
      </w:r>
    </w:p>
    <w:p>
      <w:pPr>
        <w:jc w:val="right"/>
      </w:pPr>
      <w:r>
        <w:t>मौलाना वैदुद्दीन खान साहब बुक "किताबे मारेफत"। वन ऑफ द चैप्टर हैज बीन ट्रांसलेटेड इनटू दिस न्यू टाइटल। द बुक हैज बीन ट्रांसलेटेड बाय प्रोफेसर फरीदा खानम एंड हैज बीन एडिटेड बाय डॉक्टर नगमा सिद्दीकी एंड डॉक्टर मारिया खान।</w:t>
      </w:r>
    </w:p>
    <w:p>
      <w:r>
        <w:rPr>
          <w:b/>
        </w:rPr>
        <w:t xml:space="preserve">[00:55] </w:t>
      </w:r>
      <w:r>
        <w:t>before i request doctor sani asan sahib to release this book, i would like to say that remembrance does not mean verbal repetition of gods name. remembrance means contemplation on gods creation and to achieve higher level of god realization.</w:t>
      </w:r>
    </w:p>
    <w:p>
      <w:pPr>
        <w:jc w:val="right"/>
      </w:pPr>
      <w:r>
        <w:t>बिफोर आई रिक्वेस्ट डॉक्टर सानी अस्न साहब टू रिलीज दिस बुक, आई वुड लाइक टू से दैट रिमेंब्रेंस डज नॉट मीन वर्बल रेपुटेशन ऑफ गॉड्स नेम। रिमेंब्रेंस मींस कंटेंप्लेशन ऑन गॉड्स क्रिएशन एंड टू अचीव हायर लेवल ऑफ गॉड रिलाइजेशन।</w:t>
      </w:r>
    </w:p>
    <w:p>
      <w:r>
        <w:rPr>
          <w:b/>
        </w:rPr>
        <w:t xml:space="preserve">[01:15] </w:t>
      </w:r>
      <w:r>
        <w:t>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p>
    <w:p>
      <w:pPr>
        <w:jc w:val="right"/>
      </w:pPr>
      <w:r>
        <w:t>नाउ, यू वुड ऑल एग्री दैट टुडे पीस ऑफ माइंड इज समथिंग दैट एवरीबॉडी वांट्स। एवरीबॉडी इज लुकिंग फॉर पीस ऑफ माइंड, बट इट एल्यूड्स एवरीवन। वी कैन से दैट इट इज प्रोबेबली वन ऑफ द ग्रेटेस्ट प्रॉब्लम ऑफ ह्यूमन वर्ल्ड, बट कुरान गिव्स अ सलूशन टू दिस प्रॉब्लम इन अनइक्विवोकल टर्म्स। इट सेज इन चैप्टर 13</w:t>
      </w:r>
    </w:p>
    <w:p>
      <w:r>
        <w:rPr>
          <w:b/>
        </w:rPr>
        <w:t xml:space="preserve">[01:38] </w:t>
      </w:r>
      <w:r>
        <w:t>that sure in the remembrance of god, hearts can find comfort. so in this book, you will find great intellectual insights into various spiritual aspects of remembrance of god and how one must go about it. so with this, i will request doctor sani asan sahib to release this book "remembrance of god".</w:t>
      </w:r>
    </w:p>
    <w:p>
      <w:pPr>
        <w:jc w:val="right"/>
      </w:pPr>
      <w:r>
        <w:t>दैट श्योर इन द रिमेंब्रेंस ऑफ गॉड, हार्ट्स कैन फाइंड कंफर्ट। सो इन दिस बुक, यू विल फाइंड ग्रेट इंटेलेक्चुअल इनसाइट्स इनटू वेरियस स्पिरिचुअल एस्पेक्ट्स ऑफ रिमेंब्रेंस ऑफ गॉड एंड हाउ वन मस्ट गो अबाउट इट। सो विद दिस, आई विल रिक्वेस्ट डॉक्टर सानी अस्न साहब टू रिलीज दिस बुक "रिमेंब्रेंस ऑफ गॉड"।</w:t>
      </w:r>
    </w:p>
    <w:p>
      <w:r>
        <w:rPr>
          <w:b/>
        </w:rPr>
        <w:t xml:space="preserve">[02:05] </w:t>
      </w:r>
      <w:r>
        <w:t>thank you.</w:t>
      </w:r>
    </w:p>
    <w:p>
      <w:pPr>
        <w:jc w:val="right"/>
      </w:pPr>
      <w:r>
        <w:t>थैंक यू।</w:t>
      </w:r>
    </w:p>
    <w:p>
      <w:r>
        <w:rPr>
          <w:b/>
        </w:rPr>
        <w:t xml:space="preserve">[02:15] </w:t>
      </w:r>
      <w:r>
        <w:t>mujhe behad khushi ho rahi hai is book ko release karte hue "Remembrance of God" by Maulana Wahiduddin</w:t>
      </w:r>
    </w:p>
    <w:p>
      <w:pPr>
        <w:jc w:val="right"/>
      </w:pPr>
      <w:r>
        <w:t>मुझे बेहद खुशी हो रही है इस बुक को रिलीज करते हुए "रिमेंब्रेंस ऑफ गॉड" बाय मौलाना वैदुद्दीन</w:t>
      </w:r>
    </w:p>
    <w:p>
      <w:r>
        <w:rPr>
          <w:b/>
        </w:rPr>
        <w:t xml:space="preserve">[02:21] </w:t>
      </w:r>
      <w:r>
        <w:t>Khan, translated by Professor Farida Khanam, edited by Doctor Nagma Siddiqui and Doctor Maria Khan.</w:t>
      </w:r>
    </w:p>
    <w:p>
      <w:pPr>
        <w:jc w:val="right"/>
      </w:pPr>
      <w:r>
        <w:t>खान, ट्रांसलेटेड बाय प्रोफेसर फरीदा खानम, एडिटेड बाय डॉक्टर नगमा सिद्दीकी एंड डॉक्टर मारिया खान।</w:t>
      </w:r>
    </w:p>
    <w:p>
      <w:r>
        <w:rPr>
          <w:b/>
        </w:rPr>
        <w:t xml:space="preserve">[02:29] </w:t>
      </w:r>
      <w:r>
        <w:t>yeh jaisa Doctor Rajat ne abhi bataya ke "Kitabe Maarifat"</w:t>
      </w:r>
    </w:p>
    <w:p>
      <w:pPr>
        <w:jc w:val="right"/>
      </w:pPr>
      <w:r>
        <w:t>यह जैसा डॉक्टर रजत ने अभी बताया कि "किताबे मारेफत"</w:t>
      </w:r>
    </w:p>
    <w:p>
      <w:r>
        <w:rPr>
          <w:b/>
        </w:rPr>
        <w:t xml:space="preserve">[02:35] </w:t>
      </w:r>
      <w:r>
        <w:t>ka ek chapter hai.</w:t>
      </w:r>
    </w:p>
    <w:p>
      <w:pPr>
        <w:jc w:val="right"/>
      </w:pPr>
      <w:r>
        <w:t>का एक चैप्टर है।</w:t>
      </w:r>
    </w:p>
    <w:p>
      <w:r>
        <w:rPr>
          <w:b/>
        </w:rPr>
        <w:t xml:space="preserve">[02:37] </w:t>
      </w:r>
      <w:r>
        <w:t>"Kitabe Maarifat" Maulana ki aham tareen kitabon mein se ek hai aur Maulana ka sab se mehboob topic maarifat</w:t>
      </w:r>
    </w:p>
    <w:p>
      <w:pPr>
        <w:jc w:val="right"/>
      </w:pPr>
      <w:r>
        <w:t>"किताबे मारेफत" मौलाना की अहम तरीन किताबों में से एक है और मौलाना का सबसे महबूब टॉपिक मारेफत</w:t>
      </w:r>
    </w:p>
    <w:p>
      <w:r>
        <w:rPr>
          <w:b/>
        </w:rPr>
        <w:t xml:space="preserve">[02:43] </w:t>
      </w:r>
      <w:r>
        <w:t>tha. Maulana ne bataya tha ke</w:t>
      </w:r>
    </w:p>
    <w:p>
      <w:pPr>
        <w:jc w:val="right"/>
      </w:pPr>
      <w:r>
        <w:t>था। मौलाना ने बताया था कि</w:t>
      </w:r>
    </w:p>
    <w:p>
      <w:r>
        <w:rPr>
          <w:b/>
        </w:rPr>
        <w:t xml:space="preserve">[02:47] </w:t>
      </w:r>
      <w:r>
        <w:t>maarifat ka matlab yeh hai ke conscious level par insaan Khuda ki daryaft kare, na ke koi rasmi</w:t>
      </w:r>
    </w:p>
    <w:p>
      <w:pPr>
        <w:jc w:val="right"/>
      </w:pPr>
      <w:r>
        <w:t>मारेफत का मतलब यह है कि कॉन्शियस लेवल पर इंसान खुदा की दरयाफ्त करे, ना कि कोई रस्मी</w:t>
      </w:r>
    </w:p>
    <w:p>
      <w:r>
        <w:rPr>
          <w:b/>
        </w:rPr>
        <w:t xml:space="preserve">[02:55] </w:t>
      </w:r>
      <w:r>
        <w:t>ya ritual ritualistic andaaz ho uska.</w:t>
      </w:r>
    </w:p>
    <w:p>
      <w:pPr>
        <w:jc w:val="right"/>
      </w:pPr>
      <w:r>
        <w:t>या रिचुअल रिचुअलिस्टिक अंदाज हो उसका।</w:t>
      </w:r>
    </w:p>
    <w:p>
      <w:r>
        <w:rPr>
          <w:b/>
        </w:rPr>
        <w:t xml:space="preserve">[02:59] </w:t>
      </w:r>
      <w:r>
        <w:t>to is lihaaz</w:t>
      </w:r>
    </w:p>
    <w:p>
      <w:pPr>
        <w:jc w:val="right"/>
      </w:pPr>
      <w:r>
        <w:t>तो इस लिहाज</w:t>
      </w:r>
    </w:p>
    <w:p>
      <w:r>
        <w:rPr>
          <w:b/>
        </w:rPr>
        <w:t xml:space="preserve">[03:00] </w:t>
      </w:r>
      <w:r>
        <w:t>se yeh kitab bohat hi aham hai. inshaallah, isse logon ko bohat faida hoga. jazaakallah.</w:t>
      </w:r>
    </w:p>
    <w:p>
      <w:pPr>
        <w:jc w:val="right"/>
      </w:pPr>
      <w:r>
        <w:t>से यह किताब बहुत ही अहम है। इंशाल्लाह, इससे लोगों को बहुत फायदा होगा। जजाकल्लाह।</w:t>
      </w:r>
    </w:p>
    <w:p>
      <w:r>
        <w:rPr>
          <w:b/>
        </w:rPr>
        <w:t xml:space="preserve">[03:10] </w:t>
      </w:r>
      <w:r>
        <w:t>the second book we have received from abdul samad sahib from pune. this is a marathi translation. its a reprint of maulana book "mohammad a prophet for all humanity". the marathi book was first published in 1994</w:t>
      </w:r>
    </w:p>
    <w:p>
      <w:pPr>
        <w:jc w:val="right"/>
      </w:pPr>
      <w:r>
        <w:t>द सेकंड बुक वी हैव रिसीवड फ्रॉम अब्दुल समद साहब फ्रॉम पुणे। दिस इज अ मराठी ट्रांसलेशन। इट्स अ रिप्रिंट ऑफ मौलाना बुक "मोहम्मद अ प्रॉफिट फॉर ऑल ह्यूमैनिटी"। द मराठी बुक वास फर्स्ट पब्लिश्ड इन 1994</w:t>
      </w:r>
    </w:p>
    <w:p>
      <w:r>
        <w:rPr>
          <w:b/>
        </w:rPr>
        <w:t xml:space="preserve">[03:30] </w:t>
      </w:r>
      <w:r>
        <w:t>with the title "mohammad krantiche preshit", but it has now been translated and it is reprinted with the efforts of pune and mumbai team. this book has been translated by mr. vighna rajendra sane</w:t>
      </w:r>
    </w:p>
    <w:p>
      <w:pPr>
        <w:jc w:val="right"/>
      </w:pPr>
      <w:r>
        <w:t>विद द टाइटल "मोहम्मद क्रांतिचे प्रेषित", बट इट हैज नाउ बीन ट्रांसलेटेड एंड इट इज रिप्रिंटेड विद द एफर्ट्स ऑफ पुणे एंड मुंबई टीम। दिस बुक हैज बीन ट्रांसलेटेड बाय मिस्टर विघ्न राजेंद्र साने</w:t>
      </w:r>
    </w:p>
    <w:p>
      <w:r>
        <w:rPr>
          <w:b/>
        </w:rPr>
        <w:t xml:space="preserve">[03:48] </w:t>
      </w:r>
      <w:r>
        <w:t>from aurangabad and the proof reading has been done by cps parbani team member professor sartaj m siddiqui sahib. this book is published by abdul samad khalil ahmed sahib from pune</w:t>
      </w:r>
    </w:p>
    <w:p>
      <w:pPr>
        <w:jc w:val="right"/>
      </w:pPr>
      <w:r>
        <w:t>फ्रॉम औरंगाबाद एंड द प्रूफ रीडिंग हैज बीन डन बाय सीपीएस परबनी टीम मेंबर प्रोफेसर सरताज एम सिद्दीकी साहब। दिस बुक इज पब्लिश्ड बाय अब्दुल समद खलील अहमद साहब फ्रॉम पुणे</w:t>
      </w:r>
    </w:p>
    <w:p>
      <w:r>
        <w:rPr>
          <w:b/>
        </w:rPr>
        <w:t xml:space="preserve">[04:05] </w:t>
      </w:r>
      <w:r>
        <w:t>and this is a collective effort of mumbai and pune team. the title of this marathi version is "mohammad samast manavte sathi antim prekshit". we are very happy to release this book. i will request doctor sani asan sahib to launch this book.</w:t>
      </w:r>
    </w:p>
    <w:p>
      <w:pPr>
        <w:jc w:val="right"/>
      </w:pPr>
      <w:r>
        <w:t>एंड दिस इज अ कलेक्टिव एफर्ट ऑफ मुंबई एंड पुणे टीम। द टाइटल ऑफ दिस मराठी वर्जन इज "मोहम्मद समस्त मानवते साठी अंतिम प्रेक्षित"। वी आर वेरी हैप्पी टू रिलीज दिस बुक। आई विल रिक्वेस्ट डॉक्टर सानी अस्न साहब टू लंच दिस बुक।</w:t>
      </w:r>
    </w:p>
    <w:p>
      <w:r>
        <w:rPr>
          <w:b/>
        </w:rPr>
        <w:t xml:space="preserve">[04:33] </w:t>
      </w:r>
      <w:r>
        <w:t>yeh mujhe behad khushi ho rahi hai "paigambar inkilab" ka marathi translation release karte hue. yeh inteha aham tareen kitab hai aur "paigambar inkilab" par do baar pakistan se maulana ko award mila tha, seerat award urdu par bhi mila tha aur english par bhi mila tha. bohat hi aham kitab hai aur yeh kitab</w:t>
      </w:r>
    </w:p>
    <w:p>
      <w:pPr>
        <w:jc w:val="right"/>
      </w:pPr>
      <w:r>
        <w:t>यह मुझे बेहद खुशी हो रही है "पैगंबर इंकलाब" का मराठी ट्रांसलेशन रिलीज करते हुए। यह इंतहा अहम तरीन किताब है और "पैगंबर इंकलाब" पर दो बार पाकिस्तान से मौलाना को अवार्ड मिला था, सीरत अवार्ड उर्दू पर भी मिला था और इंग्लिश पर भी मिला था। बहुत ही अहम किताब है और यह किताब</w:t>
      </w:r>
    </w:p>
    <w:p>
      <w:r>
        <w:rPr>
          <w:b/>
        </w:rPr>
        <w:t xml:space="preserve">[04:58] </w:t>
      </w:r>
      <w:r>
        <w:t>ka ko publish karane mein abdul samad sahib aur bombay team ka bohat bada role hai. abdul samad sahib, agar main kahoon ke woh cps ke number one member hain, pehle member hain, yaani mujhe yaad hai jab hum old delhi mein rehte the,</w:t>
      </w:r>
    </w:p>
    <w:p>
      <w:pPr>
        <w:jc w:val="right"/>
      </w:pPr>
      <w:r>
        <w:t>का को पब्लिश कराने में अब्दुल समद साहब और बॉम्बे टीम का बहुत बड़ा रोल है। अब्दुल समद साहब, अगर मैं कहूं कि वह सीपीएस के नंबर वन मेंबर हैं, पहले मेंबर हैं, यानी मुझे याद है जब हम ओल्ड दिल्ली में रहते थे,</w:t>
      </w:r>
    </w:p>
    <w:p>
      <w:r>
        <w:rPr>
          <w:b/>
        </w:rPr>
        <w:t xml:space="preserve">[05:15] </w:t>
      </w:r>
      <w:r>
        <w:t>70 late 70 mein, us waqt woh aaya karte the maulana se milne aur bohat hi dilchasp hain. unki ek baat mujhe yaad aati hai, kehte hain ke log calorie ko</w:t>
      </w:r>
    </w:p>
    <w:p>
      <w:pPr>
        <w:jc w:val="right"/>
      </w:pPr>
      <w:r>
        <w:t>70 लेट 70 में, उस वक्त वह आया करते थे मौलाना से मिलने और बहुत ही दिलचस्प हैं। उनकी एक बात मुझे याद आती है, कहते हैं कि लोग कैलोरी को</w:t>
      </w:r>
    </w:p>
    <w:p>
      <w:r>
        <w:rPr>
          <w:b/>
        </w:rPr>
        <w:t xml:space="preserve">[05:33] </w:t>
      </w:r>
      <w:r>
        <w:t>kharch karne ke liye paise kharch karte hain aur main calorie kharch karke paise kamata hoon. toh unki unki life bohat hi simple hai. woh abhi bhi, haalanki he must be 75 now, abhi bhi woh kaam karte hain bohat hi mehnat se aur bohat hi lagan se aur unke andar bohat hi bada jazba hai aur kaafi kitabein unhone</w:t>
      </w:r>
    </w:p>
    <w:p>
      <w:pPr>
        <w:jc w:val="right"/>
      </w:pPr>
      <w:r>
        <w:t>खर्च करने के लिए पैसे खर्च करते हैं और मैं कैलोरी खर्च करके पैसे कमाता हूं। तो उनकी उनकी लाइफ बहुत ही सिंपल है। वह अभी भी, हालांकि ही मस्ट बी 75 नाउ, अभी भी वह काम करते हैं बहुत ही मेहनत से और बहुत ही लगन से और उनके अंदर बहुत ही बड़ा जज्बा है और काफी किताबें उन्होंने</w:t>
      </w:r>
    </w:p>
    <w:p>
      <w:r>
        <w:rPr>
          <w:b/>
        </w:rPr>
        <w:t xml:space="preserve">[05:55] </w:t>
      </w:r>
      <w:r>
        <w:t>translate karwai hain. idhar uski ek list hai aur bombay team maashaallah bohat hi zabardast kaam kar rahi hai aur allah taala ajr azeem ata farmaye sab logon ko jin जिन्होंने ismein hissa liya.</w:t>
      </w:r>
    </w:p>
    <w:p>
      <w:pPr>
        <w:jc w:val="right"/>
      </w:pPr>
      <w:r>
        <w:t>ट्रांसलेट करवाई हैं। इधर उसकी एक लिस्ट है और बॉम्बे टीम माशाल्लाह बहुत ही जबरदस्त काम कर रही है और अल्लाह ताला अजर अजीम अता फरमाए सब लोगों को जिन जिन्होंने इसमें हिस्सा लिया।</w:t>
      </w:r>
    </w:p>
    <w:p>
      <w:r>
        <w:rPr>
          <w:b/>
        </w:rPr>
        <w:t xml:space="preserve">[06:08] </w:t>
      </w:r>
      <w:r>
        <w:t>Aameen. Shayad 90 plus ke ho gaye hain Doctor Sahab.</w:t>
      </w:r>
    </w:p>
    <w:p>
      <w:pPr>
        <w:jc w:val="right"/>
      </w:pPr>
      <w:r>
        <w:t>आमीन। शायद 90 प्लस के हो गए हैं डॉक्टर साहब।</w:t>
      </w:r>
    </w:p>
    <w:p>
      <w:r>
        <w:rPr>
          <w:b/>
        </w:rPr>
        <w:t xml:space="preserve">[06:13] </w:t>
      </w:r>
      <w:r>
        <w:t>90 plus. Masha Allah, umr se nahi hai.</w:t>
      </w:r>
    </w:p>
    <w:p>
      <w:pPr>
        <w:jc w:val="right"/>
      </w:pPr>
      <w:r>
        <w:t>90 प्लस। माशाल्लाह, उम्र से नहीं है।</w:t>
      </w:r>
    </w:p>
    <w:p>
      <w:r>
        <w:rPr>
          <w:b/>
        </w:rPr>
        <w:t xml:space="preserve">[06:16] </w:t>
      </w:r>
      <w:r>
        <w:t>ji ji. Okay, we are we will be releasing the third book title.</w:t>
      </w:r>
    </w:p>
    <w:p>
      <w:pPr>
        <w:jc w:val="right"/>
      </w:pPr>
      <w:r>
        <w:t>जी जी। ओके, वी आर वी विल बी रिलीजिंग द थर्ड बुक टाइटल।</w:t>
      </w:r>
    </w:p>
    <w:p>
      <w:r>
        <w:rPr>
          <w:b/>
        </w:rPr>
        <w:t xml:space="preserve">[06:23] </w:t>
      </w:r>
      <w:r>
        <w:t>this is "Interpretation of Human History".</w:t>
      </w:r>
    </w:p>
    <w:p>
      <w:pPr>
        <w:jc w:val="right"/>
      </w:pPr>
      <w:r>
        <w:t>दिस इज "इंटरप्रिटेशन ऑफ ह्यूमन हिस्ट्री"।</w:t>
      </w:r>
    </w:p>
    <w:p>
      <w:r>
        <w:rPr>
          <w:b/>
        </w:rPr>
        <w:t xml:space="preserve">[06:26] </w:t>
      </w:r>
      <w:r>
        <w:t>this book has been translated</w:t>
      </w:r>
    </w:p>
    <w:p>
      <w:pPr>
        <w:jc w:val="right"/>
      </w:pPr>
      <w:r>
        <w:t>दिस बुक हैज बीन ट्रांसलेटेड</w:t>
      </w:r>
    </w:p>
    <w:p>
      <w:r>
        <w:rPr>
          <w:b/>
        </w:rPr>
        <w:t xml:space="preserve">[06:30] </w:t>
      </w:r>
      <w:r>
        <w:t>by the Razvi team.</w:t>
      </w:r>
    </w:p>
    <w:p>
      <w:pPr>
        <w:jc w:val="right"/>
      </w:pPr>
      <w:r>
        <w:t>बाय द रजरी टीम।</w:t>
      </w:r>
    </w:p>
    <w:p>
      <w:r>
        <w:rPr>
          <w:b/>
        </w:rPr>
        <w:t xml:space="preserve">[06:32] </w:t>
      </w:r>
      <w:r>
        <w:t>it has been translated by Doctor Mohammad Saleem Wani Sahab and this is a translation of one of</w:t>
      </w:r>
    </w:p>
    <w:p>
      <w:pPr>
        <w:jc w:val="right"/>
      </w:pPr>
      <w:r>
        <w:t>इट हैज बीन ट्रांसलेटेड बाय डॉक्टर मोहम्मद सलीम वानी साहब एंड दिस इज अ ट्रांसलेशन ऑफ वन ऑफ</w:t>
      </w:r>
    </w:p>
    <w:p>
      <w:r>
        <w:rPr>
          <w:b/>
        </w:rPr>
        <w:t xml:space="preserve">[06:38] </w:t>
      </w:r>
      <w:r>
        <w:t>the chapter of Maulana Wahiduddin Khan sahib book "izhare deen".</w:t>
      </w:r>
    </w:p>
    <w:p>
      <w:pPr>
        <w:jc w:val="right"/>
      </w:pPr>
      <w:r>
        <w:t>द चैप्टर ऑफ मौलाना वैदुद्दीन खान साहब बुक "इजहारे दीन"।</w:t>
      </w:r>
    </w:p>
    <w:p>
      <w:r>
        <w:rPr>
          <w:b/>
        </w:rPr>
        <w:t xml:space="preserve">[06:43] </w:t>
      </w:r>
      <w:r>
        <w:t>so i will request doctor Sani Asn sahib to launch this new book "interpretation of human history".</w:t>
      </w:r>
    </w:p>
    <w:p>
      <w:pPr>
        <w:jc w:val="right"/>
      </w:pPr>
      <w:r>
        <w:t>सो आई विल रिक्वेस्ट डॉक्टर सानी अस्न साहब टू लंच दिस न्यू बुक "इंटरप्रिटेशन ऑफ ह्यूमन हिस्ट्री"।</w:t>
      </w:r>
    </w:p>
    <w:p>
      <w:r>
        <w:rPr>
          <w:b/>
        </w:rPr>
        <w:t xml:space="preserve">[07:01] </w:t>
      </w:r>
      <w:r>
        <w:t>yeh kitab inteha aham hai.</w:t>
      </w:r>
    </w:p>
    <w:p>
      <w:pPr>
        <w:jc w:val="right"/>
      </w:pPr>
      <w:r>
        <w:t>यह किताब इंतहा अहम है।</w:t>
      </w:r>
    </w:p>
    <w:p>
      <w:r>
        <w:rPr>
          <w:b/>
        </w:rPr>
        <w:t xml:space="preserve">[07:03] </w:t>
      </w:r>
      <w:r>
        <w:t>isme Maulana ne jo history ka interpretation diya hai, woh bilkul alag hai.</w:t>
      </w:r>
    </w:p>
    <w:p>
      <w:pPr>
        <w:jc w:val="right"/>
      </w:pPr>
      <w:r>
        <w:t>इसमें मौलाना ने जो हिस्ट्री का इंटरप्रिटेशन दिया है, वह बिल्कुल अलग है।</w:t>
      </w:r>
    </w:p>
    <w:p>
      <w:r>
        <w:rPr>
          <w:b/>
        </w:rPr>
        <w:t xml:space="preserve">[07:09] </w:t>
      </w:r>
      <w:r>
        <w:t>isme Maulana ne kaha hai ke aakhirat ka tasawwur agar aap rakhein, tabhi aap sahi history samajh sakte</w:t>
      </w:r>
    </w:p>
    <w:p>
      <w:pPr>
        <w:jc w:val="right"/>
      </w:pPr>
      <w:r>
        <w:t>इसमें मौलाना ने कहा है कि आखिरत का तसव्वुर अगर आप रखें, तभी आप सही हिस्ट्री समझ सकते</w:t>
      </w:r>
    </w:p>
    <w:p>
      <w:r>
        <w:rPr>
          <w:b/>
        </w:rPr>
        <w:t xml:space="preserve">[07:18] </w:t>
      </w:r>
      <w:r>
        <w:t>hain. To bahut hi inteha aham tareen kitab hai.</w:t>
      </w:r>
    </w:p>
    <w:p>
      <w:pPr>
        <w:jc w:val="right"/>
      </w:pPr>
      <w:r>
        <w:t>हैं। तो बहुत ही इंतहा अहम तरीन किताब है।</w:t>
      </w:r>
    </w:p>
    <w:p>
      <w:r>
        <w:rPr>
          <w:b/>
        </w:rPr>
        <w:t xml:space="preserve">[07:21] </w:t>
      </w:r>
      <w:r>
        <w:t>isko doctor Mohammad Saleem Wani sahib ne translate kiya.</w:t>
      </w:r>
    </w:p>
    <w:p>
      <w:pPr>
        <w:jc w:val="right"/>
      </w:pPr>
      <w:r>
        <w:t>इसको डॉक्टर मोहम्मद सलीम वानी साहब ने ट्रांसलेट किया।</w:t>
      </w:r>
    </w:p>
    <w:p>
      <w:r>
        <w:rPr>
          <w:b/>
        </w:rPr>
        <w:t xml:space="preserve">[07:25] </w:t>
      </w:r>
      <w:r>
        <w:t>doctor Saleem Wani sahib Farooq Mustar sahib ke bete hain aur Farooq Mustar sahib bhi bahut hi purane</w:t>
      </w:r>
    </w:p>
    <w:p>
      <w:pPr>
        <w:jc w:val="right"/>
      </w:pPr>
      <w:r>
        <w:t>डॉक्टर सलीम वानी साहब फारूक मुस्तर साहब के बेटे हैं और फारूक मुस्तर साहब भी बहुत ही पुराने</w:t>
      </w:r>
    </w:p>
    <w:p>
      <w:r>
        <w:rPr>
          <w:b/>
        </w:rPr>
        <w:t xml:space="preserve">[07:31] </w:t>
      </w:r>
      <w:r>
        <w:t>saathiyon mein se hain.</w:t>
      </w:r>
    </w:p>
    <w:p>
      <w:pPr>
        <w:jc w:val="right"/>
      </w:pPr>
      <w:r>
        <w:t>साथियों में से हैं।</w:t>
      </w:r>
    </w:p>
    <w:p>
      <w:r>
        <w:rPr>
          <w:b/>
        </w:rPr>
        <w:t xml:space="preserve">[07:32] </w:t>
      </w:r>
      <w:r>
        <w:t>hum jab wahan old Delhi mein rehte the, us waqt aaya karte the aur Maulana ko Jammu kai</w:t>
      </w:r>
    </w:p>
    <w:p>
      <w:pPr>
        <w:jc w:val="right"/>
      </w:pPr>
      <w:r>
        <w:t>हम जब वहां ओल्ड दिल्ली में रहते थे, उस वक्त आया करते थे और मौलाना को जम्मू कई</w:t>
      </w:r>
    </w:p>
    <w:p>
      <w:r>
        <w:rPr>
          <w:b/>
        </w:rPr>
        <w:t xml:space="preserve">[07:37] </w:t>
      </w:r>
      <w:r>
        <w:t>baar le gaye hain aur Maulana ki bahut sari yaadein wahan se wapas aaye hain.</w:t>
      </w:r>
    </w:p>
    <w:p>
      <w:pPr>
        <w:jc w:val="right"/>
      </w:pPr>
      <w:r>
        <w:t>बार ले गए हैं और मौलाना की बहुत सारी यादें वहां से वापस आए हैं।</w:t>
      </w:r>
    </w:p>
    <w:p>
      <w:r>
        <w:rPr>
          <w:b/>
        </w:rPr>
        <w:t xml:space="preserve">[07:42] </w:t>
      </w:r>
      <w:r>
        <w:t>to yeh jin logon ne ismein help ki</w:t>
      </w:r>
    </w:p>
    <w:p>
      <w:pPr>
        <w:jc w:val="right"/>
      </w:pPr>
      <w:r>
        <w:t>तो यह जिन लोगों ने इसमें हेल्प की</w:t>
      </w:r>
    </w:p>
    <w:p>
      <w:r>
        <w:rPr>
          <w:b/>
        </w:rPr>
        <w:t xml:space="preserve">[07:44] </w:t>
      </w:r>
      <w:r>
        <w:t>hai, allah taala unka ajr azeem ata farmaye.</w:t>
      </w:r>
    </w:p>
    <w:p>
      <w:pPr>
        <w:jc w:val="right"/>
      </w:pPr>
      <w:r>
        <w:t>है, अल्लाह ताला उनका अजर अजीम अता फरमाए।</w:t>
      </w:r>
    </w:p>
    <w:p>
      <w:r>
        <w:rPr>
          <w:b/>
        </w:rPr>
        <w:t xml:space="preserve">[07:50] </w:t>
      </w:r>
      <w:r>
        <w:t>rajri team has translated another</w:t>
      </w:r>
    </w:p>
    <w:p>
      <w:pPr>
        <w:jc w:val="right"/>
      </w:pPr>
      <w:r>
        <w:t>रजरी टीम हैज ट्रांसलेटेड अनदर</w:t>
      </w:r>
    </w:p>
    <w:p>
      <w:r>
        <w:rPr>
          <w:b/>
        </w:rPr>
        <w:t xml:space="preserve">[07:55] </w:t>
      </w:r>
      <w:r>
        <w:t>talk of Maulana Wahiduddin Khan sahib.</w:t>
      </w:r>
    </w:p>
    <w:p>
      <w:pPr>
        <w:jc w:val="right"/>
      </w:pPr>
      <w:r>
        <w:t>टॉक ऑफ मौलाना वैदुद्दीन खान साहब।</w:t>
      </w:r>
    </w:p>
    <w:p>
      <w:r>
        <w:rPr>
          <w:b/>
        </w:rPr>
        <w:t xml:space="preserve">[07:57] </w:t>
      </w:r>
      <w:r>
        <w:t>as you know ke Maulana sahib ne Kashmir ko lekar kaafi likha hai aur bola hai.</w:t>
      </w:r>
    </w:p>
    <w:p>
      <w:pPr>
        <w:jc w:val="right"/>
      </w:pPr>
      <w:r>
        <w:t>एज यू नो कि मौलाना साहब ने कश्मीर को लेकर काफी लिखा है और बोला है।</w:t>
      </w:r>
    </w:p>
    <w:p>
      <w:r>
        <w:rPr>
          <w:b/>
        </w:rPr>
        <w:t xml:space="preserve">[08:04] </w:t>
      </w:r>
      <w:r>
        <w:t>wahan par jab</w:t>
      </w:r>
    </w:p>
    <w:p>
      <w:pPr>
        <w:jc w:val="right"/>
      </w:pPr>
      <w:r>
        <w:t>वहां पर जब</w:t>
      </w:r>
    </w:p>
    <w:p>
      <w:r>
        <w:rPr>
          <w:b/>
        </w:rPr>
        <w:t xml:space="preserve">[08:06] </w:t>
      </w:r>
      <w:r>
        <w:t>terrorism shuru bhi hua, usse kai pehle bhi unki takreerein hui aur bahut important takreerein hui.</w:t>
      </w:r>
    </w:p>
    <w:p>
      <w:pPr>
        <w:jc w:val="right"/>
      </w:pPr>
      <w:r>
        <w:t>टेररिज्म शुरू भी हुआ, उससे कई पहले भी उनकी तकरीरें हुई और बहुत इंपॉर्टेंट तकरीरें हुई।</w:t>
      </w:r>
    </w:p>
    <w:p>
      <w:r>
        <w:rPr>
          <w:b/>
        </w:rPr>
        <w:t xml:space="preserve">[08:14] </w:t>
      </w:r>
      <w:r>
        <w:t>unka safar Jammu Kashmir mein hua June 29, 1989 ko aur ek unka bahut hi important</w:t>
      </w:r>
    </w:p>
    <w:p>
      <w:pPr>
        <w:jc w:val="right"/>
      </w:pPr>
      <w:r>
        <w:t>उनका सफर जम्मू कश्मीर में हुआ जून 29, 1989 को और एक उनका बहुत ही इंपॉर्टेंट</w:t>
      </w:r>
    </w:p>
    <w:p>
      <w:r>
        <w:rPr>
          <w:b/>
        </w:rPr>
        <w:t xml:space="preserve">[08:21] </w:t>
      </w:r>
      <w:r>
        <w:t>talk hua tha, jo Kashmir ka sabse bada auditorium hai,</w:t>
      </w:r>
    </w:p>
    <w:p>
      <w:pPr>
        <w:jc w:val="right"/>
      </w:pPr>
      <w:r>
        <w:t>टॉक हुआ था, जो कश्मीर का सबसे बड़ा ऑडिटोरियम है,</w:t>
      </w:r>
    </w:p>
    <w:p>
      <w:r>
        <w:rPr>
          <w:b/>
        </w:rPr>
        <w:t xml:space="preserve">[08:27] </w:t>
      </w:r>
      <w:r>
        <w:t>Tagore Hall. To yeh kitab Maulana ki us speech ka English tarjuma hai, jise</w:t>
      </w:r>
    </w:p>
    <w:p>
      <w:pPr>
        <w:jc w:val="right"/>
      </w:pPr>
      <w:r>
        <w:t>टगोर हॉल। तो यह किताब मौलाना की उस स्पीच का इंग्लिश तर्जुमा है, जिसे</w:t>
      </w:r>
    </w:p>
    <w:p>
      <w:r>
        <w:rPr>
          <w:b/>
        </w:rPr>
        <w:t xml:space="preserve">[08:35] </w:t>
      </w:r>
      <w:r>
        <w:t>Mohammad Muslim Wani sahib ne kiya hai.</w:t>
      </w:r>
    </w:p>
    <w:p>
      <w:pPr>
        <w:jc w:val="right"/>
      </w:pPr>
      <w:r>
        <w:t>मोहम्मद मुस्लिम बानी साहब ने किया है।</w:t>
      </w:r>
    </w:p>
    <w:p>
      <w:r>
        <w:rPr>
          <w:b/>
        </w:rPr>
        <w:t xml:space="preserve">[08:38] </w:t>
      </w:r>
      <w:r>
        <w:t>and the title of this book is "Islam and Human Welfare".</w:t>
      </w:r>
    </w:p>
    <w:p>
      <w:pPr>
        <w:jc w:val="right"/>
      </w:pPr>
      <w:r>
        <w:t>एंड द टाइटल ऑफ दिस बुक इज "इस्लाम एंड ह्यूमन वेलफेयर"।</w:t>
      </w:r>
    </w:p>
    <w:p>
      <w:r>
        <w:rPr>
          <w:b/>
        </w:rPr>
        <w:t xml:space="preserve">[08:42] </w:t>
      </w:r>
      <w:r>
        <w:t>so i will request doctor Sani Asn sahib to release this book.</w:t>
      </w:r>
    </w:p>
    <w:p>
      <w:pPr>
        <w:jc w:val="right"/>
      </w:pPr>
      <w:r>
        <w:t>सो आई विल रिक्वेस्ट डॉक्टर सानी अस्न साहब टू रिलीज दिस बुक।</w:t>
      </w:r>
    </w:p>
    <w:p>
      <w:r>
        <w:rPr>
          <w:b/>
        </w:rPr>
        <w:t xml:space="preserve">[08:55] </w:t>
      </w:r>
      <w:r>
        <w:t>yeh jo kitab hai "Islam and Human Welfare" jaise doctor Rajat ne abhi bataya ke Maulana ki jo</w:t>
      </w:r>
    </w:p>
    <w:p>
      <w:pPr>
        <w:jc w:val="right"/>
      </w:pPr>
      <w:r>
        <w:t>यह जो किताब है "इस्लाम एंड ह्यूमन वेलफेयर" जैसे डॉक्टर रजत ने अभी बताया कि मौलाना की जो</w:t>
      </w:r>
    </w:p>
    <w:p>
      <w:r>
        <w:rPr>
          <w:b/>
        </w:rPr>
        <w:t xml:space="preserve">[09:00] </w:t>
      </w:r>
      <w:r>
        <w:t>talk hui thi 1989 mein Tagore Hall mein, uska uska English transcription hai aur us waqt jo baatein</w:t>
      </w:r>
    </w:p>
    <w:p>
      <w:pPr>
        <w:jc w:val="right"/>
      </w:pPr>
      <w:r>
        <w:t>टॉक हुई थी 1989 में टैगोर हॉल में, उसका उसका इंग्लिश ट्रांसक्रिप्शन है और उस वक्त जो बातें</w:t>
      </w:r>
    </w:p>
    <w:p>
      <w:r>
        <w:rPr>
          <w:b/>
        </w:rPr>
        <w:t xml:space="preserve">[09:09] </w:t>
      </w:r>
      <w:r>
        <w:t>maulana ne kahi thi, woh aaj jaakar</w:t>
      </w:r>
    </w:p>
    <w:p>
      <w:pPr>
        <w:jc w:val="right"/>
      </w:pPr>
      <w:r>
        <w:t>मौलाना ने कही थीं, वह आज जाकर</w:t>
      </w:r>
    </w:p>
    <w:p>
      <w:r>
        <w:rPr>
          <w:b/>
        </w:rPr>
        <w:t xml:space="preserve">[09:12] </w:t>
      </w:r>
      <w:r>
        <w:t>sahi saabit hui hain.</w:t>
      </w:r>
    </w:p>
    <w:p>
      <w:pPr>
        <w:jc w:val="right"/>
      </w:pPr>
      <w:r>
        <w:t>सही साबित हुई हैं।</w:t>
      </w:r>
    </w:p>
    <w:p>
      <w:r>
        <w:rPr>
          <w:b/>
        </w:rPr>
        <w:t xml:space="preserve">[09:14] </w:t>
      </w:r>
      <w:r>
        <w:t>to is lihaaz se yeh kitaab khaas taur se kashmir ke logon ke liye bahut hi aham hai</w:t>
      </w:r>
    </w:p>
    <w:p>
      <w:pPr>
        <w:jc w:val="right"/>
      </w:pPr>
      <w:r>
        <w:t>तो इस लिहाज से यह किताब खास तौर से कश्मीर के लोगों के लिए बहुत ही अहम है</w:t>
      </w:r>
    </w:p>
    <w:p>
      <w:r>
        <w:rPr>
          <w:b/>
        </w:rPr>
        <w:t xml:space="preserve">[09:20] </w:t>
      </w:r>
      <w:r>
        <w:t>ki woh samjhein ki unka role kya hai aur unka</w:t>
      </w:r>
    </w:p>
    <w:p>
      <w:pPr>
        <w:jc w:val="right"/>
      </w:pPr>
      <w:r>
        <w:t>कि वह समझें कि उनका रोल क्या है और उनका</w:t>
      </w:r>
    </w:p>
    <w:p>
      <w:r>
        <w:rPr>
          <w:b/>
        </w:rPr>
        <w:t xml:space="preserve">[09:24] </w:t>
      </w:r>
      <w:r>
        <w:t>unka maqsad kya hai, taaki unki jo efforts hain, woh zaaya na ho aur sahi raah par chale.</w:t>
      </w:r>
    </w:p>
    <w:p>
      <w:pPr>
        <w:jc w:val="right"/>
      </w:pPr>
      <w:r>
        <w:t>उनका मकसद क्या है, ताकि उनकी जो एफर्ट्स हैं, वह जाया ना हो और सही राह पर चले।</w:t>
      </w:r>
    </w:p>
    <w:p>
      <w:r>
        <w:rPr>
          <w:b/>
        </w:rPr>
        <w:t xml:space="preserve">[09:30] </w:t>
      </w:r>
      <w:r>
        <w:t>allah taala qabool farmaaye.</w:t>
      </w:r>
    </w:p>
    <w:p>
      <w:pPr>
        <w:jc w:val="right"/>
      </w:pPr>
      <w:r>
        <w:t>अल्लाह ताला कबूल फरमाए।</w:t>
      </w:r>
    </w:p>
    <w:p>
      <w:r>
        <w:rPr>
          <w:b/>
        </w:rPr>
        <w:t xml:space="preserve">[09:35] </w:t>
      </w:r>
      <w:r>
        <w:t>you can download all this books from cps website. and now we will begin our sunday session. i will request doctor sani asan sahib to begin his talk. after him, professor farida khanam will be giving her talk and follow by question and answer session. so over to doctor sani asan sahib.</w:t>
      </w:r>
    </w:p>
    <w:p>
      <w:pPr>
        <w:jc w:val="right"/>
      </w:pPr>
      <w:r>
        <w:t>यू कैन डाउनलोड ऑल दिस बुक्स फ्रॉम सीपीएस वेबसाइट। एंड नाउ वी विल बिगिन आवर संडे सेशन। आई विल रिक्वेस्ट डॉक्टर सानी अस्न साहब टू बिगिन हिज टॉक। आफ्टर हिम, प्रोफेसर फरीदा खानम विल बी गिविंग हर टॉक एंड फॉलो बाय क्वेश्चन एंड आंसर सेशन। सो ओवर टू डॉक्टर सानी अस्न साहब।</w:t>
      </w:r>
    </w:p>
    <w:p>
      <w:r>
        <w:rPr>
          <w:b/>
        </w:rPr>
        <w:t xml:space="preserve">[10:01] </w:t>
      </w:r>
      <w:r>
        <w:t>bismillah hir rahman nir rahim. rabb ishrah li sadri wayasir li amri waludat lisani yafqahu qawli. assalamu alaikum rahmatullah. jaisa ke hajj ka season chal raha hai,</w:t>
      </w:r>
    </w:p>
    <w:p>
      <w:pPr>
        <w:jc w:val="right"/>
      </w:pPr>
      <w:r>
        <w:t>बिस्मिल्लाह रहमान रहीम। रब्ब इशराइली सदरी वयसरी अमरी वल उदत लिसानी यक कली। अस्सलाम वालेकुम रहमतुल्लाह। जैसा कि हज का सीजन चल रहा है,</w:t>
      </w:r>
    </w:p>
    <w:p>
      <w:r>
        <w:rPr>
          <w:b/>
        </w:rPr>
        <w:t xml:space="preserve">[10:23] </w:t>
      </w:r>
      <w:r>
        <w:t>toh uski munasibat se maine hajj ki kuch baatein kehne ki ke baare mein socha hai.</w:t>
      </w:r>
    </w:p>
    <w:p>
      <w:pPr>
        <w:jc w:val="right"/>
      </w:pPr>
      <w:r>
        <w:t>तो उसकी मुनासिबत से मैंने हज की कुछ बातें कहने की के बारे में सोचा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