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Principle of Avoidance in Islam I 12 Dec, 2010 - Maulana Wahiduddin Khan</w:t>
      </w:r>
    </w:p>
    <w:p>
      <w:r>
        <w:t>https://www.youtube.com/watch?v=LcEmPmf5es0</w:t>
      </w:r>
    </w:p>
    <w:p>
      <w:r>
        <w:rPr>
          <w:b/>
        </w:rPr>
        <w:t xml:space="preserve">[00:13] </w:t>
      </w:r>
      <w:r>
        <w:t>bismillah hir rahman nir rahim, wasallahu ala nabiyil karim.</w:t>
      </w:r>
    </w:p>
    <w:p>
      <w:pPr>
        <w:jc w:val="right"/>
      </w:pPr>
      <w:r>
        <w:t>بسم اللہ الرحمن الرحیم، وصلی اللہ علی النبی الکریم.</w:t>
      </w:r>
    </w:p>
    <w:p>
      <w:r>
        <w:rPr>
          <w:b/>
        </w:rPr>
        <w:t xml:space="preserve">[00:21] </w:t>
      </w:r>
      <w:r>
        <w:t>rabb ishrah li sadri, wa yassir li amri, wah lul uqdatan min lisani,</w:t>
      </w:r>
    </w:p>
    <w:p>
      <w:pPr>
        <w:jc w:val="right"/>
      </w:pPr>
      <w:r>
        <w:t>رب اشرح لی صدری، ویسر لی امری، واحل العقدۃ من لسانی،</w:t>
      </w:r>
    </w:p>
    <w:p>
      <w:r>
        <w:rPr>
          <w:b/>
        </w:rPr>
        <w:t xml:space="preserve">[00:29] </w:t>
      </w:r>
      <w:r>
        <w:t>yaf qahu qawli.</w:t>
      </w:r>
    </w:p>
    <w:p>
      <w:pPr>
        <w:jc w:val="right"/>
      </w:pPr>
      <w:r>
        <w:t>یفقہ قولی.</w:t>
      </w:r>
    </w:p>
    <w:p>
      <w:r>
        <w:rPr>
          <w:b/>
        </w:rPr>
        <w:t xml:space="preserve">[00:36] </w:t>
      </w:r>
      <w:r>
        <w:t>aaj ka topic hai:</w:t>
      </w:r>
    </w:p>
    <w:p>
      <w:pPr>
        <w:jc w:val="right"/>
      </w:pPr>
      <w:r>
        <w:t>آج کا ٹاپک ہے:</w:t>
      </w:r>
    </w:p>
    <w:p>
      <w:r>
        <w:rPr>
          <w:b/>
        </w:rPr>
        <w:t xml:space="preserve">[00:40] </w:t>
      </w:r>
      <w:r>
        <w:t>islam mein iaraaz ki ahmiyat, yaani principle of avoidance in islam.</w:t>
      </w:r>
    </w:p>
    <w:p>
      <w:pPr>
        <w:jc w:val="right"/>
      </w:pPr>
      <w:r>
        <w:t>اسلام میں اعراض کی اہمیت، یعنی پرنسپل آف اوائیڈنس ان اسلام.</w:t>
      </w:r>
    </w:p>
    <w:p>
      <w:r>
        <w:rPr>
          <w:b/>
        </w:rPr>
        <w:t xml:space="preserve">[00:52] </w:t>
      </w:r>
      <w:r>
        <w:t>aaj ka topic bohat ajeeb sa hai mere liye.</w:t>
      </w:r>
    </w:p>
    <w:p>
      <w:pPr>
        <w:jc w:val="right"/>
      </w:pPr>
      <w:r>
        <w:t>آج کا ٹاپک بہت عجیب سا ہے میرے لیے۔</w:t>
      </w:r>
    </w:p>
    <w:p>
      <w:r>
        <w:rPr>
          <w:b/>
        </w:rPr>
        <w:t xml:space="preserve">[00:58] </w:t>
      </w:r>
      <w:r>
        <w:t>kal shaam tak mujhe samajh mein nahin aaya tha ke aaj ka topic kya ho, to sochte sochte mein so gaya. phir raat ko ek khwaab dekha ke koi shakhs mujh se keh raha hai ke aap itna zyada</w:t>
      </w:r>
    </w:p>
    <w:p>
      <w:pPr>
        <w:jc w:val="right"/>
      </w:pPr>
      <w:r>
        <w:t>کل شام تک مجھے سمجھ میں نہیں آیا تھا کہ آج کا ٹاپک کیا ہو، تو سوچتے سوچتے میں سو گیا۔ پھر رات کو ایک خواب دیکھا کہ کوئی شخص مجھ سے کہہ رہا ہے کہ آپ اتنا زیادہ</w:t>
      </w:r>
    </w:p>
    <w:p>
      <w:r>
        <w:rPr>
          <w:b/>
        </w:rPr>
        <w:t xml:space="preserve">[01:16] </w:t>
      </w:r>
      <w:r>
        <w:t>e'raaz ki baat karte hain, to kab tak e'raaz kiya jaaye?</w:t>
      </w:r>
    </w:p>
    <w:p>
      <w:pPr>
        <w:jc w:val="right"/>
      </w:pPr>
      <w:r>
        <w:t>اعراض کی بات کرتے ہیں، تو کب تک اعراض کیا جائے؟</w:t>
      </w:r>
    </w:p>
    <w:p>
      <w:r>
        <w:rPr>
          <w:b/>
        </w:rPr>
        <w:t xml:space="preserve">[01:27] </w:t>
      </w:r>
      <w:r>
        <w:t>main ne kaha ek e'raaz to hamesha karna hai, is mein kab tak ka sawaal hai?</w:t>
      </w:r>
    </w:p>
    <w:p>
      <w:pPr>
        <w:jc w:val="right"/>
      </w:pPr>
      <w:r>
        <w:t>میں نے کہا ایک اعراض تو ہمیشہ کرنا ہے، اس میں کب تک کا سوال ہے؟</w:t>
      </w:r>
    </w:p>
    <w:p>
      <w:r>
        <w:rPr>
          <w:b/>
        </w:rPr>
        <w:t xml:space="preserve">[01:37] </w:t>
      </w:r>
      <w:r>
        <w:t>e'raaz to karna hi karna hai, e'raaz ka matlab hai avoidance, avoid karna.</w:t>
      </w:r>
    </w:p>
    <w:p>
      <w:pPr>
        <w:jc w:val="right"/>
      </w:pPr>
      <w:r>
        <w:t>اعراض تو کرنا ہی کرنا ہے، اعراض کا مطلب ہے اوائیڈنس، اوائیڈ کرنا۔</w:t>
      </w:r>
    </w:p>
    <w:p>
      <w:r>
        <w:rPr>
          <w:b/>
        </w:rPr>
        <w:t xml:space="preserve">[01:48] </w:t>
      </w:r>
      <w:r>
        <w:t>to is ko main ne misaal di ke aap road par chalte hain to aap keep left ka usool ikhtiyar karte hain, keep left ka principle.</w:t>
      </w:r>
    </w:p>
    <w:p>
      <w:pPr>
        <w:jc w:val="right"/>
      </w:pPr>
      <w:r>
        <w:t>تو اس کو میں نے مثال دی کہ آپ روڈ پر چلتے ہیں تو آپ کیپ لیفٹ کا اصول اختیار کرتے ہیں، کیپ لیفٹ کا پرنسپل۔</w:t>
      </w:r>
    </w:p>
    <w:p>
      <w:r>
        <w:rPr>
          <w:b/>
        </w:rPr>
        <w:t xml:space="preserve">[02:01] </w:t>
      </w:r>
      <w:r>
        <w:t>apni gaadi ko aap baayein chalate hain,</w:t>
      </w:r>
    </w:p>
    <w:p>
      <w:pPr>
        <w:jc w:val="right"/>
      </w:pPr>
      <w:r>
        <w:t>اپنی گاڑی کو آپ بائیں چلاتے ہیں،</w:t>
      </w:r>
    </w:p>
    <w:p>
      <w:r>
        <w:rPr>
          <w:b/>
        </w:rPr>
        <w:t xml:space="preserve">[02:05] </w:t>
      </w:r>
      <w:r>
        <w:t>keep straight nahin chalate aap, seedhe daurayein apni gaadi, keep straight. kyun?</w:t>
      </w:r>
    </w:p>
    <w:p>
      <w:pPr>
        <w:jc w:val="right"/>
      </w:pPr>
      <w:r>
        <w:t>کیپ اسٹریٹ نہیں چلاتے آپ، سیدھے دوڑائیں اپنی گاڑی، کیپ اسٹریٹ۔ کیوں؟</w:t>
      </w:r>
    </w:p>
    <w:p>
      <w:r>
        <w:rPr>
          <w:b/>
        </w:rPr>
        <w:t xml:space="preserve">[02:14] </w:t>
      </w:r>
      <w:r>
        <w:t>is liye aap ko idhar wali idhar se aane wali gaadi se e'raaz karna hai, takraao na ho. to daily aap road par yahi karte hain</w:t>
      </w:r>
    </w:p>
    <w:p>
      <w:pPr>
        <w:jc w:val="right"/>
      </w:pPr>
      <w:r>
        <w:t>اس لیے آپ کو ادھر والی ادھر سے آنے والی گاڑی سے اعراض کرنا ہے، ٹکراؤ نہ ہو۔ تو ڈیلی آپ روڈ پر یہی کرتے ہیں</w:t>
      </w:r>
    </w:p>
    <w:p>
      <w:r>
        <w:rPr>
          <w:b/>
        </w:rPr>
        <w:t xml:space="preserve">[02:24] </w:t>
      </w:r>
      <w:r>
        <w:t>ke avoid karte hain, tab aap apni manzil par pahunch paate hain. avoid dhak rahe hain to takraao ho, accident ho, hospital bhi jaayein, kuch bhi ho jayega.</w:t>
      </w:r>
    </w:p>
    <w:p>
      <w:pPr>
        <w:jc w:val="right"/>
      </w:pPr>
      <w:r>
        <w:t>کہ اوائیڈ کرتے ہیں، تب آپ اپنی منزل پر پہنچ پاتے ہیں۔ اوائیڈ ڈھک رہے ہیں تو ٹکراؤ ہو، ایکسیڈنٹ ہو، ہاسپٹل بھی جائیں، کچھ بھی ہو جائے گا۔</w:t>
      </w:r>
    </w:p>
    <w:p>
      <w:r>
        <w:rPr>
          <w:b/>
        </w:rPr>
        <w:t xml:space="preserve">[02:43] </w:t>
      </w:r>
      <w:r>
        <w:t>to main ne kaha ke aap ek usool jis ko jaante hain road par, usi usool ko aap zindagi mein nahin jaante.</w:t>
      </w:r>
    </w:p>
    <w:p>
      <w:pPr>
        <w:jc w:val="right"/>
      </w:pPr>
      <w:r>
        <w:t>تو میں نے کہا کہ آپ ایک اصول جس کو جانتے ہیں روڈ پر، اسی اصول کو آپ زندگی میں نہیں جانتے۔</w:t>
      </w:r>
    </w:p>
    <w:p>
      <w:r>
        <w:rPr>
          <w:b/>
        </w:rPr>
        <w:t xml:space="preserve">[02:55] </w:t>
      </w:r>
      <w:r>
        <w:t>kyun ke aap ke saamne ek car hoti hai,</w:t>
      </w:r>
    </w:p>
    <w:p>
      <w:pPr>
        <w:jc w:val="right"/>
      </w:pPr>
      <w:r>
        <w:t>کیونکہ آپ کے سامنے ایک کار ہوتی ہے،</w:t>
      </w:r>
    </w:p>
    <w:p>
      <w:r>
        <w:rPr>
          <w:b/>
        </w:rPr>
        <w:t xml:space="preserve">[03:00] </w:t>
      </w:r>
      <w:r>
        <w:t>insaan nahin hota bazahir. to yeh main ne kaha ke yeh sab ego ka masla hai. car mister non ego hai, to is se aap ko ego clash nahin hota.</w:t>
      </w:r>
    </w:p>
    <w:p>
      <w:pPr>
        <w:jc w:val="right"/>
      </w:pPr>
      <w:r>
        <w:t>انسان نہیں ہوتا بظاہر۔ تو یہ میں نے کہا کہ یہ سب ایگو کا مسئلہ ہے۔ کار مسٹر نان ایگو ہے، تو اس سے آپ کو ایگو کلیش نہیں ہوتا۔</w:t>
      </w:r>
    </w:p>
    <w:p>
      <w:r>
        <w:rPr>
          <w:b/>
        </w:rPr>
        <w:t xml:space="preserve">[03:13] </w:t>
      </w:r>
      <w:r>
        <w:t>insaan se jab maamla pada to ego clash ho jata hai.</w:t>
      </w:r>
    </w:p>
    <w:p>
      <w:pPr>
        <w:jc w:val="right"/>
      </w:pPr>
      <w:r>
        <w:t>انسان سے جب معاملہ پڑتا ہے تو ایگو کلیش ہو جاتا ہے۔</w:t>
      </w:r>
    </w:p>
    <w:p>
      <w:r>
        <w:rPr>
          <w:b/>
        </w:rPr>
        <w:t xml:space="preserve">[03:17] </w:t>
      </w:r>
      <w:r>
        <w:t>do ego ka takraao, ek aap ka ego, ek doosre ka ego. to jab aap e'raaz nahin karna chahte to haqeeqatan aap egoist hote hain us waqt.</w:t>
      </w:r>
    </w:p>
    <w:p>
      <w:pPr>
        <w:jc w:val="right"/>
      </w:pPr>
      <w:r>
        <w:t>دو ایگو کا ٹکراؤ، ایک آپ کا ایگو، ایک دوسرے کا ایگو۔ تو جب آپ اعراض نہیں کرنا چاہتے تو حقیقتاً آپ ایگوئسٹ ہوتے ہیں اس وقت۔</w:t>
      </w:r>
    </w:p>
    <w:p>
      <w:r>
        <w:rPr>
          <w:b/>
        </w:rPr>
        <w:t xml:space="preserve">[03:34] </w:t>
      </w:r>
      <w:r>
        <w:t>to aap dekhiye ke car jo hai mister non ego hai,</w:t>
      </w:r>
    </w:p>
    <w:p>
      <w:pPr>
        <w:jc w:val="right"/>
      </w:pPr>
      <w:r>
        <w:t>تو آپ دیکھیے کہ کار جو ہے مسٹر نان ایگو ہے،</w:t>
      </w:r>
    </w:p>
    <w:p>
      <w:r>
        <w:rPr>
          <w:b/>
        </w:rPr>
        <w:t xml:space="preserve">[03:39] </w:t>
      </w:r>
      <w:r>
        <w:t>tab to aap ko problem nahin aata, bohat aasani se aap e'raaz karte hain.</w:t>
      </w:r>
    </w:p>
    <w:p>
      <w:pPr>
        <w:jc w:val="right"/>
      </w:pPr>
      <w:r>
        <w:t>تب تو آپ کو پرابلم نہیں آتا، بہت آسانی سے آپ اعراض کرتے ہیں۔</w:t>
      </w:r>
    </w:p>
    <w:p>
      <w:r>
        <w:rPr>
          <w:b/>
        </w:rPr>
        <w:t xml:space="preserve">[03:46] </w:t>
      </w:r>
      <w:r>
        <w:t>aur jaise hi aap insaan se maamla pada to aap kehte hain ke e'raaz avoid kab tak karein? to main ne kaha ke wahi kijiye jo aap road par car mein chalte hue karte hain.</w:t>
      </w:r>
    </w:p>
    <w:p>
      <w:pPr>
        <w:jc w:val="right"/>
      </w:pPr>
      <w:r>
        <w:t>اور جیسے ہی آپ انسان سے معاملہ پڑا تو آپ کہتے ہیں کہ اعراض اوائیڈ کب تک کریں؟ تو میں نے کہا کہ وہی کیجیے جو آپ روڈ پر کار میں چلتے ہوئے کرتے ہیں۔</w:t>
      </w:r>
    </w:p>
    <w:p>
      <w:r>
        <w:rPr>
          <w:b/>
        </w:rPr>
        <w:t xml:space="preserve">[04:03] </w:t>
      </w:r>
      <w:r>
        <w:t>kyun ke apne jaanne se bekhabar hain aap. jis baat ko aap jaante hain road par safar ke maamle mein, usi ko aap nahin jaante insaan ke saath rehne ke maamle mein.</w:t>
      </w:r>
    </w:p>
    <w:p>
      <w:pPr>
        <w:jc w:val="right"/>
      </w:pPr>
      <w:r>
        <w:t>کیونکہ اپنے جاننے سے بے خبر ہیں آپ۔ جس بات کو آپ جانتے ہیں روڈ پر سفر کے معاملے میں، اسی کو آپ نہیں جانتے انسان کے ساتھ رہنے کے معاملے میں۔</w:t>
      </w:r>
    </w:p>
    <w:p>
      <w:r>
        <w:rPr>
          <w:b/>
        </w:rPr>
        <w:t xml:space="preserve">[04:19] </w:t>
      </w:r>
      <w:r>
        <w:t>to yeh baat usey kehte hue mere dimaagh se ek ek naya jumla nikla jo</w:t>
      </w:r>
    </w:p>
    <w:p>
      <w:pPr>
        <w:jc w:val="right"/>
      </w:pPr>
      <w:r>
        <w:t>تو یہ بات اسے کہتے ہوئے میرے دماغ سے ایک ایک نیا جملہ نکلا جو</w:t>
      </w:r>
    </w:p>
    <w:p>
      <w:r>
        <w:rPr>
          <w:b/>
        </w:rPr>
        <w:t xml:space="preserve">[04:22] </w:t>
      </w:r>
      <w:r>
        <w:t>main pehle se mere dimaagh mein nahin tha.</w:t>
      </w:r>
    </w:p>
    <w:p>
      <w:pPr>
        <w:jc w:val="right"/>
      </w:pPr>
      <w:r>
        <w:t>میں پہلے سے میرے دماغ میں نہیں تھا۔</w:t>
      </w:r>
    </w:p>
    <w:p>
      <w:r>
        <w:rPr>
          <w:b/>
        </w:rPr>
        <w:t xml:space="preserve">[04:28] </w:t>
      </w:r>
      <w:r>
        <w:t>woh yeh tha ke being unaware of ones awareness, being unaware of ones awareness, yaani apne jaanne se bekhabar hona.</w:t>
      </w:r>
    </w:p>
    <w:p>
      <w:pPr>
        <w:jc w:val="right"/>
      </w:pPr>
      <w:r>
        <w:t>وہ یہ تھا کہ بینگ ان ایور آف ونز اویر اویرنس، بینگ ان ایور آف ونز اویرنس، یعنی اپنے جاننے سے بے خبر ہونا۔</w:t>
      </w:r>
    </w:p>
    <w:p>
      <w:r>
        <w:rPr>
          <w:b/>
        </w:rPr>
        <w:t xml:space="preserve">[04:44] </w:t>
      </w:r>
      <w:r>
        <w:t>to main sochta raha ke aakhir Allah yeh mere khwaab mein yeh lafz kyun aaya mere mind mein? ke aadmi apne jaanne se bekhabar hota hai.</w:t>
      </w:r>
    </w:p>
    <w:p>
      <w:pPr>
        <w:jc w:val="right"/>
      </w:pPr>
      <w:r>
        <w:t>تو میں سوچتا رہا کہ آخر اللہ یہ میرے خواب میں یہ لفظ کیوں آیا میرے مائنڈ میں؟ کہ آدمی اپنے جاننے سے بے خبر ہوتا ہے۔</w:t>
      </w:r>
    </w:p>
    <w:p>
      <w:r>
        <w:rPr>
          <w:b/>
        </w:rPr>
        <w:t xml:space="preserve">[04:55] </w:t>
      </w:r>
      <w:r>
        <w:t>to jo wording thi khwaab mein woh thi being unaware of ones</w:t>
      </w:r>
    </w:p>
    <w:p>
      <w:pPr>
        <w:jc w:val="right"/>
      </w:pPr>
      <w:r>
        <w:t>تو جو ورڈنگ تھی خواب میں وہ تھی بینگ ان ایور آف ونز</w:t>
      </w:r>
    </w:p>
    <w:p>
      <w:r>
        <w:rPr>
          <w:b/>
        </w:rPr>
        <w:t xml:space="preserve">[05:05] </w:t>
      </w:r>
      <w:r>
        <w:t>awareness. to is ka matlab jo subah ko samajh mein aaya, is ki taabeer, is ka interpretation. aaj aap jaante hain ke bohat achhi dhoop nikli hui hai</w:t>
      </w:r>
    </w:p>
    <w:p>
      <w:pPr>
        <w:jc w:val="right"/>
      </w:pPr>
      <w:r>
        <w:t>اویرنس۔ تو اس کا مطلب جو صبح کو سمجھ میں آیا، اس کی تعبیر، اس کا انٹرپریٹیشن۔ آج آپ جانتے ہیں کہ بہت اچھی دھوپ نکلی ہوئی ہے</w:t>
      </w:r>
    </w:p>
    <w:p>
      <w:r>
        <w:rPr>
          <w:b/>
        </w:rPr>
        <w:t xml:space="preserve">[05:22] </w:t>
      </w:r>
      <w:r>
        <w:t>aur jaade ka mahina hai, aaj december ki 12 tareekh hai aur itni achhi dhoop.</w:t>
      </w:r>
    </w:p>
    <w:p>
      <w:pPr>
        <w:jc w:val="right"/>
      </w:pPr>
      <w:r>
        <w:t>اور جاڑے کا مہینہ ہے، آج دسمبر کی 12 تاریخ ہے اور اتنی اچھی دھوپ۔</w:t>
      </w:r>
    </w:p>
    <w:p>
      <w:r>
        <w:rPr>
          <w:b/>
        </w:rPr>
        <w:t xml:space="preserve">[05:31] </w:t>
      </w:r>
      <w:r>
        <w:t>to jab mein subah ko apne ghar ke balcony mein baitha to bohat hi</w:t>
      </w:r>
    </w:p>
    <w:p>
      <w:pPr>
        <w:jc w:val="right"/>
      </w:pPr>
      <w:r>
        <w:t>تو جب میں صبح کو اپنے گھر کے بالکنی میں بیٹھا تو بہت ہی</w:t>
      </w:r>
    </w:p>
    <w:p>
      <w:r>
        <w:rPr>
          <w:b/>
        </w:rPr>
        <w:t xml:space="preserve">[05:41] </w:t>
      </w:r>
      <w:r>
        <w:t>acchi dhoop aa rahi thi. to</w:t>
      </w:r>
    </w:p>
    <w:p>
      <w:pPr>
        <w:jc w:val="right"/>
      </w:pPr>
      <w:r>
        <w:t>اچھی دھوپ آ رہی تھی۔ تو</w:t>
      </w:r>
    </w:p>
    <w:p>
      <w:r>
        <w:rPr>
          <w:b/>
        </w:rPr>
        <w:t xml:space="preserve">[05:48] </w:t>
      </w:r>
      <w:r>
        <w:t>har cheez bohat hi lagta tha ke mere liye banai gayi hai. suraj mere liye roshni bhej raha hai, wahan se hawaein chal rahi hain oxygen mujhe dene ke liye.</w:t>
      </w:r>
    </w:p>
    <w:p>
      <w:pPr>
        <w:jc w:val="right"/>
      </w:pPr>
      <w:r>
        <w:t>ہر چیز بہت ہی لگتا تھا کہ میرے لیے بنائی گئی ہے۔ سورج میرے لیے روشنی بھیج رہا ہے، وہاں سے ہوائیں چل رہی ہیں آکسیجن مجھے دینے کے لیے۔</w:t>
      </w:r>
    </w:p>
    <w:p>
      <w:r>
        <w:rPr>
          <w:b/>
        </w:rPr>
        <w:t xml:space="preserve">[06:00] </w:t>
      </w:r>
      <w:r>
        <w:t>isi tarah har cheez. to achaanak mujhe mehsoos hua</w:t>
      </w:r>
    </w:p>
    <w:p>
      <w:pPr>
        <w:jc w:val="right"/>
      </w:pPr>
      <w:r>
        <w:t>اسی طرح ہر چیز۔ تو اچانک مجھے محسوس ہوا</w:t>
      </w:r>
    </w:p>
    <w:p>
      <w:r>
        <w:rPr>
          <w:b/>
        </w:rPr>
        <w:t xml:space="preserve">[06:05] </w:t>
      </w:r>
      <w:r>
        <w:t>ke badshah ko bhi is se zyada kya milega?</w:t>
      </w:r>
    </w:p>
    <w:p>
      <w:pPr>
        <w:jc w:val="right"/>
      </w:pPr>
      <w:r>
        <w:t>کہ بادشاہ کو بھی اس سے زیادہ کیا ملے گا؟</w:t>
      </w:r>
    </w:p>
    <w:p>
      <w:r>
        <w:rPr>
          <w:b/>
        </w:rPr>
        <w:t xml:space="preserve">[06:12] </w:t>
      </w:r>
      <w:r>
        <w:t>badshah ko is se zyada jo milega woh kya hai? woh khali jhoota tamasha?</w:t>
      </w:r>
    </w:p>
    <w:p>
      <w:pPr>
        <w:jc w:val="right"/>
      </w:pPr>
      <w:r>
        <w:t>بادشاہ کو اس سے زیادہ جو ملے گا وہ کیا ہے؟ وہ خالی جھوٹا تماشہ؟</w:t>
      </w:r>
    </w:p>
    <w:p>
      <w:r>
        <w:rPr>
          <w:b/>
        </w:rPr>
        <w:t xml:space="preserve">[06:21] </w:t>
      </w:r>
      <w:r>
        <w:t>yani sone ke mahal mein baitha hua aadmi tab bhi sone ke mahal mein baithna aur aur aam ghar mein baithne mein kya farq hai?</w:t>
      </w:r>
    </w:p>
    <w:p>
      <w:pPr>
        <w:jc w:val="right"/>
      </w:pPr>
      <w:r>
        <w:t>یعنی سونے کے محل میں بیٹھا ہوا آدمی تب بھی سونے کے محل میں بیٹھنا اور اور عام گھر میں بیٹھنے میں کیا فرق ہے؟</w:t>
      </w:r>
    </w:p>
    <w:p>
      <w:r>
        <w:rPr>
          <w:b/>
        </w:rPr>
        <w:t xml:space="preserve">[06:33] </w:t>
      </w:r>
      <w:r>
        <w:t>to jo mujhe mila hua hai usi ki zaroorat badshah ko bhi hai. baqi jo hai woh jhooti jhooti luxury hai, false luxury, false.</w:t>
      </w:r>
    </w:p>
    <w:p>
      <w:pPr>
        <w:jc w:val="right"/>
      </w:pPr>
      <w:r>
        <w:t>تو جو مجھے ملا ہوا ہے اسی کی ضرورت بادشاہ کو بھی ہے۔ باقی جو ہے وہ جھوٹی جھوٹی لگزری ہے، فالس لگزری، فالس۔</w:t>
      </w:r>
    </w:p>
    <w:p>
      <w:r>
        <w:rPr>
          <w:b/>
        </w:rPr>
        <w:t xml:space="preserve">[06:43] </w:t>
      </w:r>
      <w:r>
        <w:t>to kaha ke yeh mera muamla matlab har insaan ka muamla hai. har insaan ko Allah taala ne</w:t>
      </w:r>
    </w:p>
    <w:p>
      <w:pPr>
        <w:jc w:val="right"/>
      </w:pPr>
      <w:r>
        <w:t>تو کہا کہ یہ میرا معاملہ مطلب ہر انسان کا معاملہ ہے۔ ہر انسان کو اللہ تعالی نے</w:t>
      </w:r>
    </w:p>
    <w:p>
      <w:r>
        <w:rPr>
          <w:b/>
        </w:rPr>
        <w:t xml:space="preserve">[06:51] </w:t>
      </w:r>
      <w:r>
        <w:t>wa laqad karramna bani adam ke darje mein rakha hai. insaan ko Allah taala ne bohat hi mukarram banaya hai. har insaan jo Allah ke nazdeek badshah jaisa hai lekin be khabar hai woh shikayatein karta hai.</w:t>
      </w:r>
    </w:p>
    <w:p>
      <w:pPr>
        <w:jc w:val="right"/>
      </w:pPr>
      <w:r>
        <w:t>ولقت کرمنا بنی آدم کے درجے میں رکھا ہے۔ انسان کو اللہ تعالی نے بہت ہی مکرم بنایا ہے۔ ہر انسان جو اللہ کے نزدیک بادشاہ جیسا ہے لیکن بے خبر ہے وہ شکایتیں کرتا ہے۔</w:t>
      </w:r>
    </w:p>
    <w:p>
      <w:r>
        <w:rPr>
          <w:b/>
        </w:rPr>
        <w:t xml:space="preserve">[07:07] </w:t>
      </w:r>
      <w:r>
        <w:t>shikayat aur nafrat aur talkhi karwahat ihtijaj yahan tak ke ladai bhadai.</w:t>
      </w:r>
    </w:p>
    <w:p>
      <w:pPr>
        <w:jc w:val="right"/>
      </w:pPr>
      <w:r>
        <w:t>شکایت اور نفرت اور تلخی کڑواہٹ احتجاج یہاں تک کہ لڑائی بھڑائی۔</w:t>
      </w:r>
    </w:p>
    <w:p>
      <w:r>
        <w:rPr>
          <w:b/>
        </w:rPr>
        <w:t xml:space="preserve">[07:16] </w:t>
      </w:r>
      <w:r>
        <w:t>to sab ka case mein samajhta hoon ke yahi hai ke apne janne se be khabar hain, apne experience se be khabar hain.</w:t>
      </w:r>
    </w:p>
    <w:p>
      <w:pPr>
        <w:jc w:val="right"/>
      </w:pPr>
      <w:r>
        <w:t>تو سب کا کیس میں سمجھتا ہوں کہ یہی ہے کہ اپنے جاننے سے بے خبر ہیں، اپنے ایکسپیرینس سے بے خبر ہیں۔</w:t>
      </w:r>
    </w:p>
    <w:p>
      <w:r>
        <w:rPr>
          <w:b/>
        </w:rPr>
        <w:t xml:space="preserve">[07:28] </w:t>
      </w:r>
      <w:r>
        <w:t>agar yeh aadmi jaan le to super shukr aaye ga aadmi ke andar,</w:t>
      </w:r>
    </w:p>
    <w:p>
      <w:pPr>
        <w:jc w:val="right"/>
      </w:pPr>
      <w:r>
        <w:t>اگر یہ آدمی جان لے تو سپر شکر آئے گا آدمی کے اندر،</w:t>
      </w:r>
    </w:p>
    <w:p>
      <w:r>
        <w:rPr>
          <w:b/>
        </w:rPr>
        <w:t xml:space="preserve">[07:33] </w:t>
      </w:r>
      <w:r>
        <w:t>super shukr aayega. aap ghor kijiye ke kya solar system ko aap bana sakte the?</w:t>
      </w:r>
    </w:p>
    <w:p>
      <w:pPr>
        <w:jc w:val="right"/>
      </w:pPr>
      <w:r>
        <w:t>سپر شکر آئے گا۔ آپ غور کیجیے کہ کیا سولر سسٹم کو آپ بنا سکتے تھے؟</w:t>
      </w:r>
    </w:p>
    <w:p>
      <w:r>
        <w:rPr>
          <w:b/>
        </w:rPr>
        <w:t xml:space="preserve">[07:42] </w:t>
      </w:r>
      <w:r>
        <w:t>lekin Khuda ne solar system laga diya aap ki khidmat mein. kya hawaein chala sakte the? lekin hawaein chala diya Allah taala ne aap ke liye.</w:t>
      </w:r>
    </w:p>
    <w:p>
      <w:pPr>
        <w:jc w:val="right"/>
      </w:pPr>
      <w:r>
        <w:t>لیکن خدا نے سولر سسٹم لگا دیا آپ کی خدمت میں۔ کیا آپ ہوائیں چلا سکتے تھے؟ لیکن ہوائیں چلا دیا اللہ تعالی نے آپ کے لیے۔</w:t>
      </w:r>
    </w:p>
    <w:p>
      <w:r>
        <w:rPr>
          <w:b/>
        </w:rPr>
        <w:t xml:space="preserve">[07:53] </w:t>
      </w:r>
      <w:r>
        <w:t>kya oxygen ka nizam aap bana sakte the? Allah taala ne oxygen ka nizam bana diya. yani ek billion train se bhi zyada cheez hai.</w:t>
      </w:r>
    </w:p>
    <w:p>
      <w:pPr>
        <w:jc w:val="right"/>
      </w:pPr>
      <w:r>
        <w:t>کیا آکسیجن کا نظام آپ بنا سکتے تھے؟ اللہ تعالی نے آکسیجن کا نظام بنا دیا۔ یعنی ایک بلین ٹرین سے بھی زیادہ چیز ہے۔</w:t>
      </w:r>
    </w:p>
    <w:p>
      <w:r>
        <w:rPr>
          <w:b/>
        </w:rPr>
        <w:t xml:space="preserve">[08:03] </w:t>
      </w:r>
      <w:r>
        <w:t>badshah ke paas kya hai? kuch bhi nahi. kuch bhi nahi badshah ke paas.</w:t>
      </w:r>
    </w:p>
    <w:p>
      <w:pPr>
        <w:jc w:val="right"/>
      </w:pPr>
      <w:r>
        <w:t>بادشاہ کے پاس کیا ہے؟ کچھ بھی نہیں۔ کچھ بھی نہیں بادشاہ کے پاس۔</w:t>
      </w:r>
    </w:p>
    <w:p>
      <w:r>
        <w:rPr>
          <w:b/>
        </w:rPr>
        <w:t xml:space="preserve">[08:11] </w:t>
      </w:r>
      <w:r>
        <w:t>har aadmi badshah hai. wa laqad karramna bani adam ka matlab yahi hai.</w:t>
      </w:r>
    </w:p>
    <w:p>
      <w:pPr>
        <w:jc w:val="right"/>
      </w:pPr>
      <w:r>
        <w:t>ہر آدمی بادشاہ ہے۔ ولقت کرمنا بنی آدم کا مطلب یہی ہے۔</w:t>
      </w:r>
    </w:p>
    <w:p>
      <w:r>
        <w:rPr>
          <w:b/>
        </w:rPr>
        <w:t xml:space="preserve">[08:19] </w:t>
      </w:r>
      <w:r>
        <w:t>har aadmi badshah kya hai? ek royal prison mein rehta hai, prison. band kamre mein har waqt khatra, security ka masla.</w:t>
      </w:r>
    </w:p>
    <w:p>
      <w:pPr>
        <w:jc w:val="right"/>
      </w:pPr>
      <w:r>
        <w:t>ہر آدمی بادشاہ کیا ہے؟ ایک رائل پریژن میں رہتا ہے، پریژن۔ بند کمرے میں ہر وقت خطرہ، سیکیورٹی کا مسئلہ۔</w:t>
      </w:r>
    </w:p>
    <w:p>
      <w:r>
        <w:rPr>
          <w:b/>
        </w:rPr>
        <w:t xml:space="preserve">[08:31] </w:t>
      </w:r>
      <w:r>
        <w:t>mein kai bohat bade bade logon ke residence mein gaya hoon. mustaqil taur par woh rehte hain air conditioned kamre mein. bahar bohat acha lawn hai lekin bahar baith nahi sakte woh.</w:t>
      </w:r>
    </w:p>
    <w:p>
      <w:pPr>
        <w:jc w:val="right"/>
      </w:pPr>
      <w:r>
        <w:t>میں کئی بہت بڑے بڑے لوگوں کے ریزیڈنس میں گیا ہوں۔ مستقل طور پر وہ رہتے ہیں ایئر کنڈیشنڈ کمرے میں۔ باہر بہت اچھا لان ہے لیکن باہر بیٹھ نہیں سکتے وہ۔</w:t>
      </w:r>
    </w:p>
    <w:p>
      <w:r>
        <w:rPr>
          <w:b/>
        </w:rPr>
        <w:t xml:space="preserve">[08:45] </w:t>
      </w:r>
      <w:r>
        <w:t>bohat hi top ke logon ko mein gaya hoon, badshah ke mahal bhi gaya hoon, bohat hi bade paise wale aur bohat bade political power wale bhi gaya hoon.</w:t>
      </w:r>
    </w:p>
    <w:p>
      <w:pPr>
        <w:jc w:val="right"/>
      </w:pPr>
      <w:r>
        <w:t>بہت ہی ٹاپ کے لوگوں کو میں گیا ہوں، بادشاہ کے محل بھی گیا ہوں، بہت ہی بڑے پیسے والے اور بہت بڑے پولیٹیکل پاور والے بھی گیا ہوں۔</w:t>
      </w:r>
    </w:p>
    <w:p>
      <w:r>
        <w:rPr>
          <w:b/>
        </w:rPr>
        <w:t xml:space="preserve">[08:56] </w:t>
      </w:r>
      <w:r>
        <w:t>to un ke gharon ke aage bohat acha lawn hota hai, wahan dhoop nikalti hai, wahan par chidiya udti hain,</w:t>
      </w:r>
    </w:p>
    <w:p>
      <w:pPr>
        <w:jc w:val="right"/>
      </w:pPr>
      <w:r>
        <w:t>تو ان کے گھروں کے آگے بہت اچھا لان ہوتا ہے، وہاں دھوپ نکلتی ہے، وہاں پر چڑیاں اڑتی ہیں،</w:t>
      </w:r>
    </w:p>
    <w:p>
      <w:r>
        <w:rPr>
          <w:b/>
        </w:rPr>
        <w:t xml:space="preserve">[09:04] </w:t>
      </w:r>
      <w:r>
        <w:t>hawaein chalti hain lekin woh bahar rehte hain air conditioned kamre mein aur charon taraf security. to woh to royal prison mein rehte hain.</w:t>
      </w:r>
    </w:p>
    <w:p>
      <w:pPr>
        <w:jc w:val="right"/>
      </w:pPr>
      <w:r>
        <w:t>ہوائیں چلتی ہیں لیکن وہ باہر رہتے ہیں ایئر کنڈیشنڈ کمرے میں اور چاروں طرف سیکیورٹی۔ تو وہ تو رائل پریژن میں رہتے ہیں۔</w:t>
      </w:r>
    </w:p>
    <w:p>
      <w:r>
        <w:rPr>
          <w:b/>
        </w:rPr>
        <w:t xml:space="preserve">[09:14] </w:t>
      </w:r>
      <w:r>
        <w:t>hum aap to khuli duniya mein rehte hain. hum ko badshah se zyada acha</w:t>
      </w:r>
    </w:p>
    <w:p>
      <w:pPr>
        <w:jc w:val="right"/>
      </w:pPr>
      <w:r>
        <w:t>ہم آپ تو کھلی دنیا میں رہتے ہیں۔ ہم کو بادشاہ سے زیادہ اچھا</w:t>
      </w:r>
    </w:p>
    <w:p>
      <w:r>
        <w:rPr>
          <w:b/>
        </w:rPr>
        <w:t xml:space="preserve">[09:20] </w:t>
      </w:r>
      <w:r>
        <w:t>darja mila hua hai. we are better than a king. lekin hum be khabar hain, shikayatein karte hain.</w:t>
      </w:r>
    </w:p>
    <w:p>
      <w:pPr>
        <w:jc w:val="right"/>
      </w:pPr>
      <w:r>
        <w:t>درجہ ملا ہوا ہے۔ وی آر بیٹر دین اے کنگ۔ لیکن ہم بے خبر ہیں، شکایتیں کرتے ہیں۔</w:t>
      </w:r>
    </w:p>
    <w:p>
      <w:r>
        <w:rPr>
          <w:b/>
        </w:rPr>
        <w:t xml:space="preserve">[09:32] </w:t>
      </w:r>
      <w:r>
        <w:t>kaisi ajeeb baat hai. yeh jo lafz aaya hai mere khwab mein,</w:t>
      </w:r>
    </w:p>
    <w:p>
      <w:pPr>
        <w:jc w:val="right"/>
      </w:pPr>
      <w:r>
        <w:t>کیسی عجیب بات ہے۔ یہ جو لفظ آیا ہے میرے خواب میں،</w:t>
      </w:r>
    </w:p>
    <w:p>
      <w:r>
        <w:rPr>
          <w:b/>
        </w:rPr>
        <w:t xml:space="preserve">[09:38] </w:t>
      </w:r>
      <w:r>
        <w:t>being in ever of ones awareness, yeh har aadmi ka case hai.</w:t>
      </w:r>
    </w:p>
    <w:p>
      <w:pPr>
        <w:jc w:val="right"/>
      </w:pPr>
      <w:r>
        <w:t>بینگ ان ایور آف ونز اویرنس، یہ ہر آدمی کا کیس ہے۔</w:t>
      </w:r>
    </w:p>
    <w:p>
      <w:r>
        <w:rPr>
          <w:b/>
        </w:rPr>
        <w:t xml:space="preserve">[09:47] </w:t>
      </w:r>
      <w:r>
        <w:t>aadmi soche ke dekho Allah taala ne mujhe kaisa yeh wajood jo hai, wajood kaisa ajeeb yeh wajood hai jis ko jo kisi pahad ko nahi hasil, kisi samandar ko nahi hasil, kisi galaxy ko nahi hasil.</w:t>
      </w:r>
    </w:p>
    <w:p>
      <w:pPr>
        <w:jc w:val="right"/>
      </w:pPr>
      <w:r>
        <w:t>آدمی سوچے کہ دیکھو اللہ تعالی نے مجھے کیسا یہ وجود جو ہے، وجود کیسا عجیب یہ وجود ہے جس کو جو کسی پہاڑ کو نہیں حاصل، کسی سمندر کو نہیں حاصل، کسی گلیکسی کو نہیں حاصل۔</w:t>
      </w:r>
    </w:p>
    <w:p>
      <w:r>
        <w:rPr>
          <w:b/>
        </w:rPr>
        <w:t xml:space="preserve">[10:04] </w:t>
      </w:r>
      <w:r>
        <w:t>jo jo wajood hai jo dekhta hai, jo sunta hai, jo sochta hai, jo chalta hai.</w:t>
      </w:r>
    </w:p>
    <w:p>
      <w:pPr>
        <w:jc w:val="right"/>
      </w:pPr>
      <w:r>
        <w:t>جو جو وجود ہے جو دیکھتا ہے، جو سنتا ہے، جو سوچتا ہے، جو چلتا ہے۔</w:t>
      </w:r>
    </w:p>
    <w:p>
      <w:r>
        <w:rPr>
          <w:b/>
        </w:rPr>
        <w:t xml:space="preserve">[10:11] </w:t>
      </w:r>
      <w:r>
        <w:t>to yeh badshah se to bara. badshah ke paas bhi kya hai? kuch bhi nahi hai. ek jhoota ek ek ek ek jhoota fakhr ke main badshah hoon aur kuch bhi nahi.</w:t>
      </w:r>
    </w:p>
    <w:p>
      <w:pPr>
        <w:jc w:val="right"/>
      </w:pPr>
      <w:r>
        <w:t>تو یہ بادشاہ سے تو بڑا۔ بادشاہ کے پاس بھی کیا ہے؟ کچھ بھی نہیں ہے۔ ایک جھوٹا ایک ایک ایک ایک جھوٹا فخر کہ میں بادشاہ ہوں اور کچھ بھی نہیں۔</w:t>
      </w:r>
    </w:p>
    <w:p>
      <w:r>
        <w:rPr>
          <w:b/>
        </w:rPr>
        <w:t xml:space="preserve">[10:27] </w:t>
      </w:r>
      <w:r>
        <w:t>to har aadmi ka case kya hai? janne ke beech mein anjaan bane rehna. phir maine socha ke dekhiye maut.</w:t>
      </w:r>
    </w:p>
    <w:p>
      <w:pPr>
        <w:jc w:val="right"/>
      </w:pPr>
      <w:r>
        <w:t>تو ہر آدمی کا کیس کیا ہے؟ جاننے کے بیچ میں انجان بنے رہنا۔ پھر میں نے سوچا کہ دیکھیے موت۔</w:t>
      </w:r>
    </w:p>
    <w:p>
      <w:r>
        <w:rPr>
          <w:b/>
        </w:rPr>
        <w:t xml:space="preserve">[10:42] </w:t>
      </w:r>
      <w:r>
        <w:t>rozana log marte hain, rozana khabrein aati hain media mein, yeh mar gaya, woh mar gaya.</w:t>
      </w:r>
    </w:p>
    <w:p>
      <w:pPr>
        <w:jc w:val="right"/>
      </w:pPr>
      <w:r>
        <w:t>روزانہ لوگ مرتے ہیں، روزانہ خبریں آتی ہیں میڈیا میں، یہ مر گیا، وہ مر گیا۔</w:t>
      </w:r>
    </w:p>
    <w:p>
      <w:r>
        <w:rPr>
          <w:b/>
        </w:rPr>
        <w:t xml:space="preserve">[10:49] </w:t>
      </w:r>
      <w:r>
        <w:t>lekin apne bare mein kaun sochta hai ke mujhe marna hai? to maut ki khabron ke darmiyan maut se bekhabri.</w:t>
      </w:r>
    </w:p>
    <w:p>
      <w:pPr>
        <w:jc w:val="right"/>
      </w:pPr>
      <w:r>
        <w:t>لیکن اپنے بارے میں کون سوچتا ہے کہ مجھے مرنا ہے؟ تو موت کی خبروں کے درمیان موت سے بے خبری۔</w:t>
      </w:r>
    </w:p>
    <w:p>
      <w:r>
        <w:rPr>
          <w:b/>
        </w:rPr>
        <w:t xml:space="preserve">[10:59] </w:t>
      </w:r>
      <w:r>
        <w:t>kaisi ajeeb baat hai.</w:t>
      </w:r>
    </w:p>
    <w:p>
      <w:pPr>
        <w:jc w:val="right"/>
      </w:pPr>
      <w:r>
        <w:t>کیسی عجیب بات ہے۔</w:t>
      </w:r>
    </w:p>
    <w:p>
      <w:r>
        <w:rPr>
          <w:b/>
        </w:rPr>
        <w:t xml:space="preserve">[11:04] </w:t>
      </w:r>
      <w:r>
        <w:t>kal akhbar mein urdu akhbar mein ek khabar aayi thi ek sahab ek mashhoor aadmi ke marne ki. to bas un ke bare mein tha charcha is is is news mein.</w:t>
      </w:r>
    </w:p>
    <w:p>
      <w:pPr>
        <w:jc w:val="right"/>
      </w:pPr>
      <w:r>
        <w:t>کل اخبار میں اردو اخبار میں ایک خبر آئی تھی ایک صاحب ایک مشہور آدمی کے مرنے کی۔ تو بس ان کے بارے میں تھا چرچا اس اس اس نیوز میں۔</w:t>
      </w:r>
    </w:p>
    <w:p>
      <w:r>
        <w:rPr>
          <w:b/>
        </w:rPr>
        <w:t xml:space="preserve">[11:15] </w:t>
      </w:r>
      <w:r>
        <w:t>yani ke maut un ka marna hamein maut yaad dilata hai.</w:t>
      </w:r>
    </w:p>
    <w:p>
      <w:pPr>
        <w:jc w:val="right"/>
      </w:pPr>
      <w:r>
        <w:t>یعنی کہ موت ان کا مرنا ہمیں موت یاد دلاتا ہے۔</w:t>
      </w:r>
    </w:p>
    <w:p>
      <w:r>
        <w:rPr>
          <w:b/>
        </w:rPr>
        <w:t xml:space="preserve">[11:21] </w:t>
      </w:r>
      <w:r>
        <w:t>wo mar gaye, hum bhi marenge.</w:t>
      </w:r>
    </w:p>
    <w:p>
      <w:pPr>
        <w:jc w:val="right"/>
      </w:pPr>
      <w:r>
        <w:t>وہ مر گئے، ہم بھی مریں گے۔</w:t>
      </w:r>
    </w:p>
    <w:p>
      <w:r>
        <w:rPr>
          <w:b/>
        </w:rPr>
        <w:t xml:space="preserve">[11:26] </w:t>
      </w:r>
      <w:r>
        <w:t>to har waqt maut ki khabrein hain, har taraf har taraf maut ke waqiyat hain. lekin apne bare mein koi sochta nahi ke mujhe marna hai. yani maut ke</w:t>
      </w:r>
    </w:p>
    <w:p>
      <w:pPr>
        <w:jc w:val="right"/>
      </w:pPr>
      <w:r>
        <w:t>تو ہر وقت موت کی خبریں ہیں، ہر طرف ہر طرف موت کے واقعات ہیں۔ لیکن اپنے بارے میں کوئی سوچتا نہیں کہ مجھے مرنا ہے۔ یعنی موت کے</w:t>
      </w:r>
    </w:p>
    <w:p>
      <w:r>
        <w:rPr>
          <w:b/>
        </w:rPr>
        <w:t xml:space="preserve">[11:38] </w:t>
      </w:r>
      <w:r>
        <w:t>waqiyat ke darmiyan maut se bekhabar hona. yahi hai. is ko jitna phailayen utna hi phailaiye.</w:t>
      </w:r>
    </w:p>
    <w:p>
      <w:pPr>
        <w:jc w:val="right"/>
      </w:pPr>
      <w:r>
        <w:t>واقعات کے درمیان موت سے بے خبر ہونا۔ یہی ہے۔ اس کو جتنا پھیلائیں اتنا ہی پھیلائیے۔</w:t>
      </w:r>
    </w:p>
    <w:p>
      <w:r>
        <w:rPr>
          <w:b/>
        </w:rPr>
        <w:t xml:space="preserve">[11:48] </w:t>
      </w:r>
      <w:r>
        <w:t>har aadmi ek case hi case hai. ke janne ke</w:t>
      </w:r>
    </w:p>
    <w:p>
      <w:pPr>
        <w:jc w:val="right"/>
      </w:pPr>
      <w:r>
        <w:t>ہر آدمی ایک کیس ہی کیس ہے۔ کہ جاننے کے</w:t>
      </w:r>
    </w:p>
    <w:p>
      <w:r>
        <w:rPr>
          <w:b/>
        </w:rPr>
        <w:t xml:space="preserve">[11:56] </w:t>
      </w:r>
      <w:r>
        <w:t>apne jaane hue se bekhabar hona.</w:t>
      </w:r>
    </w:p>
    <w:p>
      <w:pPr>
        <w:jc w:val="right"/>
      </w:pPr>
      <w:r>
        <w:t>اپنے جانے ہوئے سے بے خبر ہونا۔</w:t>
      </w:r>
    </w:p>
    <w:p>
      <w:r>
        <w:rPr>
          <w:b/>
        </w:rPr>
        <w:t xml:space="preserve">[12:01] </w:t>
      </w:r>
      <w:r>
        <w:t>kaisa ajeeb case hai har aadmi ka. yeh jo araz hai jo avoid karna hai yeh universal principle hai.</w:t>
      </w:r>
    </w:p>
    <w:p>
      <w:pPr>
        <w:jc w:val="right"/>
      </w:pPr>
      <w:r>
        <w:t>کیسا عجیب کیس ہے ہر آدمی کا۔ یہ جو اعراض ہے جو اوائیڈ کرنا ہے یہ یونیورسل پرنسپل ہے۔</w:t>
      </w:r>
    </w:p>
    <w:p>
      <w:r>
        <w:rPr>
          <w:b/>
        </w:rPr>
        <w:t xml:space="preserve">[12:13] </w:t>
      </w:r>
      <w:r>
        <w:t>universal principle universe mein woh cheez qaim hai. apne bare mein hum bekhabar hain. hum kehte hain araz kab tak?</w:t>
      </w:r>
    </w:p>
    <w:p>
      <w:pPr>
        <w:jc w:val="right"/>
      </w:pPr>
      <w:r>
        <w:t>یونیورسل پرنسپل یونیورس میں وہ چیز قائم ہے۔ اپنے بارے میں ہم بے خبر ہیں۔ ہم کہتے ہیں اعراض کب تک؟</w:t>
      </w:r>
    </w:p>
    <w:p>
      <w:r>
        <w:rPr>
          <w:b/>
        </w:rPr>
        <w:t xml:space="preserve">[12:22] </w:t>
      </w:r>
      <w:r>
        <w:t>aap dekhiye yeh itni universe hai, itni bari.</w:t>
      </w:r>
    </w:p>
    <w:p>
      <w:pPr>
        <w:jc w:val="right"/>
      </w:pPr>
      <w:r>
        <w:t>آپ دیکھیے یہ اتنی یونیورس ہے، اتنی بڑی۔</w:t>
      </w:r>
    </w:p>
    <w:p>
      <w:r>
        <w:rPr>
          <w:b/>
        </w:rPr>
        <w:t xml:space="preserve">[12:28] </w:t>
      </w:r>
      <w:r>
        <w:t>anginat is mein star hain, galaxy hain. yani star aur planet itne zyada hain ke aap ginti aaj tak nahi ho saki in ki.</w:t>
      </w:r>
    </w:p>
    <w:p>
      <w:pPr>
        <w:jc w:val="right"/>
      </w:pPr>
      <w:r>
        <w:t>انگنت اس میں سٹار ہیں، گلیکسی ہیں۔ یعنی سٹار اور پلینٹ اتنے زیادہ ہیں کہ آپ گنتی آج تک نہیں ہو سکی ان کی۔</w:t>
      </w:r>
    </w:p>
    <w:p>
      <w:r>
        <w:rPr>
          <w:b/>
        </w:rPr>
        <w:t xml:space="preserve">[12:43] </w:t>
      </w:r>
      <w:r>
        <w:t>jab Galileo ne mamooli دوربین se dekha tha tab bhi nahi gin gin pata tha woh. is ke baad jab polio observatory bani tab bhi nahi insan gin saka.</w:t>
      </w:r>
    </w:p>
    <w:p>
      <w:pPr>
        <w:jc w:val="right"/>
      </w:pPr>
      <w:r>
        <w:t>جب گلیلیو نے معمولی دوربین سے دیکھا تھا تب بھی نہیں گن گن پاتا تھا وہ۔ اس کے بعد جب پولیو ابزرویٹری بنی تب بھی نہیں انسان گن سکا۔</w:t>
      </w:r>
    </w:p>
    <w:p>
      <w:r>
        <w:rPr>
          <w:b/>
        </w:rPr>
        <w:t xml:space="preserve">[12:56] </w:t>
      </w:r>
      <w:r>
        <w:t>ab jo Hubble observatory hai is se bhi nahi gin pata aadmi.</w:t>
      </w:r>
    </w:p>
    <w:p>
      <w:pPr>
        <w:jc w:val="right"/>
      </w:pPr>
      <w:r>
        <w:t>اب جو ہبل ابزرویٹری ہے اس سے بھی نہیں گن پاتا آدمی۔</w:t>
      </w:r>
    </w:p>
    <w:p>
      <w:r>
        <w:rPr>
          <w:b/>
        </w:rPr>
        <w:t xml:space="preserve">[13:01] </w:t>
      </w:r>
      <w:r>
        <w:t>is se aage ab space observatory bani hai tab bhi nahi gin pata insan. kitne sitare hain aasman mein.</w:t>
      </w:r>
    </w:p>
    <w:p>
      <w:pPr>
        <w:jc w:val="right"/>
      </w:pPr>
      <w:r>
        <w:t>اس سے آگے اب اسپیس ابزرویٹری بنی ہے تب بھی نہیں گن پاتا انسان۔ کتنے ستارے ہیں آسمان میں۔</w:t>
      </w:r>
    </w:p>
    <w:p>
      <w:r>
        <w:rPr>
          <w:b/>
        </w:rPr>
        <w:t xml:space="preserve">[13:12] </w:t>
      </w:r>
      <w:r>
        <w:t>lekin itna hum ko maloom hai ke sab sitare move kar rahe hain, harkat mein hain. koi bhi stationary nahi hai. sab daud rahe hain, sab daud rahe hain, sab daud rahe hain.</w:t>
      </w:r>
    </w:p>
    <w:p>
      <w:pPr>
        <w:jc w:val="right"/>
      </w:pPr>
      <w:r>
        <w:t>لیکن اتنا ہم کو معلوم ہے کہ سب ستارے موو کر رہے ہیں، حرکت میں ہیں۔ کوئی بھی اسٹیشنری نہیں ہے۔ سب دوڑ رہے ہیں، سب دوڑ رہے ہیں، سب دوڑ رہے ہیں۔</w:t>
      </w:r>
    </w:p>
    <w:p>
      <w:r>
        <w:rPr>
          <w:b/>
        </w:rPr>
        <w:t xml:space="preserve">[13:25] </w:t>
      </w:r>
      <w:r>
        <w:t>billion billion years se daud rahe hain lekin in mein takrao nahi hota.</w:t>
      </w:r>
    </w:p>
    <w:p>
      <w:pPr>
        <w:jc w:val="right"/>
      </w:pPr>
      <w:r>
        <w:t>بلین بلین ایئرز سے دوڑ رہے ہیں لیکن ان میں ٹکراؤ نہیں ہوتا۔</w:t>
      </w:r>
    </w:p>
    <w:p>
      <w:r>
        <w:rPr>
          <w:b/>
        </w:rPr>
        <w:t xml:space="preserve">[13:29] </w:t>
      </w:r>
      <w:r>
        <w:t>kyun? woh principal of avoidance par qaim rehte hain hamesha. ek sitara doosre sitare se takraye baghair apni movement ko jaari karta hai.</w:t>
      </w:r>
    </w:p>
    <w:p>
      <w:pPr>
        <w:jc w:val="right"/>
      </w:pPr>
      <w:r>
        <w:t>کیوں؟ وہ پرنسپل آف اوائیڈنس پر قائم رہتے ہیں ہمیشہ۔ ایک ستارہ دوسرے ستارے سے ٹکرائے بغیر اپنی موومنٹ کو جاری کرتا ہے۔</w:t>
      </w:r>
    </w:p>
    <w:p>
      <w:r>
        <w:rPr>
          <w:b/>
        </w:rPr>
        <w:t xml:space="preserve">[13:47] </w:t>
      </w:r>
      <w:r>
        <w:t>yahan tak ke maine ek kitaab mein parha ek baar ke ek galaxy hai us mein billion sitare hote hain. woh move karti karti hai doosre galaxy mein dakhil hoti hai.</w:t>
      </w:r>
    </w:p>
    <w:p>
      <w:pPr>
        <w:jc w:val="right"/>
      </w:pPr>
      <w:r>
        <w:t>یہاں تک کہ میں نے ایک کتاب میں پڑھا ایک بار کہ ایک گلیکسی ہے اس میں بلین ستارے ہوتے ہیں۔ وہ موو کرتی کرتی ہے دوسرے گلیکسی میں داخل ہوتی ہے۔</w:t>
      </w:r>
    </w:p>
    <w:p>
      <w:r>
        <w:rPr>
          <w:b/>
        </w:rPr>
        <w:t xml:space="preserve">[13:59] </w:t>
      </w:r>
      <w:r>
        <w:t>idhar se udhar nikal jati hai aur phir takrao nahi hota.</w:t>
      </w:r>
    </w:p>
    <w:p>
      <w:pPr>
        <w:jc w:val="right"/>
      </w:pPr>
      <w:r>
        <w:t>ادھر سے ادھر نکل جاتی ہے اور پھر ٹکراؤ نہیں ہوتا۔</w:t>
      </w:r>
    </w:p>
    <w:p>
      <w:r>
        <w:rPr>
          <w:b/>
        </w:rPr>
        <w:t xml:space="preserve">[14:04] </w:t>
      </w:r>
      <w:r>
        <w:t>kaisi anokhi baat hai.</w:t>
      </w:r>
    </w:p>
    <w:p>
      <w:pPr>
        <w:jc w:val="right"/>
      </w:pPr>
      <w:r>
        <w:t>کیسی انوکھی بات ہے۔</w:t>
      </w:r>
    </w:p>
    <w:p>
      <w:r>
        <w:rPr>
          <w:b/>
        </w:rPr>
        <w:t xml:space="preserve">[14:08] </w:t>
      </w:r>
      <w:r>
        <w:t>karoron sitaron ka ek majmooa jisko hum galaxy kehte hain, kakshan sab ke sab move kar rahe hain. aur move karte hue doosre galaxy mein dakhil hote hain.</w:t>
      </w:r>
    </w:p>
    <w:p>
      <w:pPr>
        <w:jc w:val="right"/>
      </w:pPr>
      <w:r>
        <w:t>کروڑوں ستاروں کا ایک مجموعہ جس کو ہم گلیکسی کہتے ہیں، کاکشاں سب کے سب موو کر رہے ہیں۔ اور موو کرتے ہوئے دوسرے گلیکسی میں داخل ہوتے ہیں۔</w:t>
      </w:r>
    </w:p>
    <w:p>
      <w:r>
        <w:rPr>
          <w:b/>
        </w:rPr>
        <w:t xml:space="preserve">[14:21] </w:t>
      </w:r>
      <w:r>
        <w:t>idhar se udhar nikal gaye aur takrao nahi hua.</w:t>
      </w:r>
    </w:p>
    <w:p>
      <w:pPr>
        <w:jc w:val="right"/>
      </w:pPr>
      <w:r>
        <w:t>ادھر سے ادھر نکل گئے اور ٹکراؤ نہیں ہوا۔</w:t>
      </w:r>
    </w:p>
    <w:p>
      <w:r>
        <w:rPr>
          <w:b/>
        </w:rPr>
        <w:t xml:space="preserve">[14:26] </w:t>
      </w:r>
      <w:r>
        <w:t>yeh sab kyun? sab ke sab principal of avoidance par qaim hain. bana takrao kiye chalna, bana takrao kiye dorna, bana takrao kiye apni activities ko jaari rakhna.</w:t>
      </w:r>
    </w:p>
    <w:p>
      <w:pPr>
        <w:jc w:val="right"/>
      </w:pPr>
      <w:r>
        <w:t>یہ سب کیوں؟ سب کے سب پرنسپل آف اوائیڈنس پر قائم ہیں۔ بنا ٹکراؤ کیے چلنا، بنا ٹکراؤ کیے دوڑنا، بنا ٹکراؤ کیے اپنی ایکٹیویٹیز کو جاری رکھنا۔</w:t>
      </w:r>
    </w:p>
    <w:p>
      <w:r>
        <w:rPr>
          <w:b/>
        </w:rPr>
        <w:t xml:space="preserve">[14:43] </w:t>
      </w:r>
      <w:r>
        <w:t>yeh hai avoidance.</w:t>
      </w:r>
    </w:p>
    <w:p>
      <w:pPr>
        <w:jc w:val="right"/>
      </w:pPr>
      <w:r>
        <w:t>یہ ہے اوائیڈنس۔</w:t>
      </w:r>
    </w:p>
    <w:p>
      <w:r>
        <w:rPr>
          <w:b/>
        </w:rPr>
        <w:t xml:space="preserve">[14:48] </w:t>
      </w:r>
      <w:r>
        <w:t>yahi animal mein yahi baat hai. aap dekhiye ke aata hai TV par woh animal ke</w:t>
      </w:r>
    </w:p>
    <w:p>
      <w:pPr>
        <w:jc w:val="right"/>
      </w:pPr>
      <w:r>
        <w:t>یہی اینیمل میں یہی بات ہے۔ آپ دیکھیے کہ آتا ہے ٹی وی پر وہ اینیمل کے</w:t>
      </w:r>
    </w:p>
    <w:p>
      <w:r>
        <w:rPr>
          <w:b/>
        </w:rPr>
        <w:t xml:space="preserve">[15:02] </w:t>
      </w:r>
      <w:r>
        <w:t>zindagi ke bare mein. toh bohat yeh zamane mein bohat commentary banai gayi hai.</w:t>
      </w:r>
    </w:p>
    <w:p>
      <w:pPr>
        <w:jc w:val="right"/>
      </w:pPr>
      <w:r>
        <w:t>زندگی کے بارے میں۔ تو بہت یہ زمانے میں بہت کمنٹری بنائی گئی ہے۔</w:t>
      </w:r>
    </w:p>
    <w:p>
      <w:r>
        <w:rPr>
          <w:b/>
        </w:rPr>
        <w:t xml:space="preserve">[15:11] </w:t>
      </w:r>
      <w:r>
        <w:t>yani real life jo hai animal ki iski. toh main ne kai baar dekha isko. toh kya hota hai?</w:t>
      </w:r>
    </w:p>
    <w:p>
      <w:pPr>
        <w:jc w:val="right"/>
      </w:pPr>
      <w:r>
        <w:t>یعنی ریئل لائف جو ہے اینیمل کی اس کی۔ تو میں نے کئی بار دیکھا اس کو۔ تو کیا ہوتا ہے؟</w:t>
      </w:r>
    </w:p>
    <w:p>
      <w:r>
        <w:rPr>
          <w:b/>
        </w:rPr>
        <w:t xml:space="preserve">[15:20] </w:t>
      </w:r>
      <w:r>
        <w:t>idhar se ek animal aa raha hai, idhar se doosra animal ja raha hai. toh dono state nahi chalte. wahi keep left aur keep right ka tareeqa ikhtiyar karte hain.</w:t>
      </w:r>
    </w:p>
    <w:p>
      <w:pPr>
        <w:jc w:val="right"/>
      </w:pPr>
      <w:r>
        <w:t>ادھر سے ایک اینیمل آ رہا ہے، ادھر سے دوسرا اینیمل جا رہا ہے۔ تو دونوں اسٹیٹ نہیں چلتے۔ وہی کیپ لیفٹ اور کیپ رائٹ کا طریقہ اختیار کرتے ہیں۔</w:t>
      </w:r>
    </w:p>
    <w:p>
      <w:r>
        <w:rPr>
          <w:b/>
        </w:rPr>
        <w:t xml:space="preserve">[15:31] </w:t>
      </w:r>
      <w:r>
        <w:t>idhar nikal gaye, idhar nikal gaye.</w:t>
      </w:r>
    </w:p>
    <w:p>
      <w:pPr>
        <w:jc w:val="right"/>
      </w:pPr>
      <w:r>
        <w:t>ادھر نکل گئے، ادھر نکل گئے۔</w:t>
      </w:r>
    </w:p>
    <w:p>
      <w:r>
        <w:rPr>
          <w:b/>
        </w:rPr>
        <w:t xml:space="preserve">[15:37] </w:t>
      </w:r>
      <w:r>
        <w:t>kabhi bhi aisa nahi hota ke idhar se ek animal aa raha hai, idhar se ek ja raha hai, dono takrayein aapas mein. yani sher aur haathi takra jayein.</w:t>
      </w:r>
    </w:p>
    <w:p>
      <w:pPr>
        <w:jc w:val="right"/>
      </w:pPr>
      <w:r>
        <w:t>کبھی بھی ایسا نہیں ہوتا کہ ادھر سے ایک اینیمل آ رہا ہے، ادھر سے ایک جا رہا ہے، دونوں ٹکرائیں آپس میں۔ یعنی شیر اور ہاتھی ٹکرا جائیں۔</w:t>
      </w:r>
    </w:p>
    <w:p>
      <w:r>
        <w:rPr>
          <w:b/>
        </w:rPr>
        <w:t xml:space="preserve">[15:47] </w:t>
      </w:r>
      <w:r>
        <w:t>haathi idhar chala jayega aur sher idhar chala jayega.</w:t>
      </w:r>
    </w:p>
    <w:p>
      <w:pPr>
        <w:jc w:val="right"/>
      </w:pPr>
      <w:r>
        <w:t>ہاتھی ادھر چلا جائے گا اور شیر ادھر چلا جائے گا۔</w:t>
      </w:r>
    </w:p>
    <w:p>
      <w:r>
        <w:rPr>
          <w:b/>
        </w:rPr>
        <w:t xml:space="preserve">[15:52] </w:t>
      </w:r>
      <w:r>
        <w:t>yahi tareeqa Islam mein ikhtiyar kiya gaya hai. Rasool Allah S.A.W. poori zindagi jo hai woh avoidance par pesh karti hai. avoidance.</w:t>
      </w:r>
    </w:p>
    <w:p>
      <w:pPr>
        <w:jc w:val="right"/>
      </w:pPr>
      <w:r>
        <w:t>یہی طریقہ اسلام میں اختیار کیا گیا ہے۔ رسول اللہ صلی اللہ علیہ وسلم پوری زندگی جو ہے وہ اوائیڈنس پر پیش کرتی ہے۔ اوائیڈنس۔</w:t>
      </w:r>
    </w:p>
    <w:p>
      <w:r>
        <w:rPr>
          <w:b/>
        </w:rPr>
        <w:t xml:space="preserve">[16:01] </w:t>
      </w:r>
      <w:r>
        <w:t>hamesha aap ne avoid kiya takrao ko.</w:t>
      </w:r>
    </w:p>
    <w:p>
      <w:pPr>
        <w:jc w:val="right"/>
      </w:pPr>
      <w:r>
        <w:t>ہمیشہ آپ نے اوائیڈ کیا ٹکراؤ کو۔</w:t>
      </w:r>
    </w:p>
    <w:p>
      <w:r>
        <w:rPr>
          <w:b/>
        </w:rPr>
        <w:t xml:space="preserve">[16:07] </w:t>
      </w:r>
      <w:r>
        <w:t>ab aap dekhiye jab aap Makkah mein thay toh wahan but thay, Kaaba hain bohat sare, sankron. aap ne unko tod phod nahi ki.</w:t>
      </w:r>
    </w:p>
    <w:p>
      <w:pPr>
        <w:jc w:val="right"/>
      </w:pPr>
      <w:r>
        <w:t>اب آپ دیکھیے جب آپ مکہ میں تھے تو وہاں بت تھے، کعبہ ہیں بہت سارے، سینکڑوں۔ آپ نے ان کو توڑ پھوڑ نہیں کی۔</w:t>
      </w:r>
    </w:p>
    <w:p>
      <w:r>
        <w:rPr>
          <w:b/>
        </w:rPr>
        <w:t xml:space="preserve">[16:17] </w:t>
      </w:r>
      <w:r>
        <w:t>unke khilaf koi ehtejaj nahi kiya. iske khilaf koi jaloos nahi nikala. kuch bhi nahi.</w:t>
      </w:r>
    </w:p>
    <w:p>
      <w:pPr>
        <w:jc w:val="right"/>
      </w:pPr>
      <w:r>
        <w:t>ان کے خلاف کوئی احتجاج نہیں کیا۔ اس کے خلاف کوئی جلوس نہیں نکالا۔ کچھ بھی نہیں۔</w:t>
      </w:r>
    </w:p>
    <w:p>
      <w:r>
        <w:rPr>
          <w:b/>
        </w:rPr>
        <w:t xml:space="preserve">[16:26] </w:t>
      </w:r>
      <w:r>
        <w:t>toh avoid karte rahe. isko avoid kar ke kya hota hai? aap ko dawat ke mawaqe milte rahe. toh avoid kiya?</w:t>
      </w:r>
    </w:p>
    <w:p>
      <w:pPr>
        <w:jc w:val="right"/>
      </w:pPr>
      <w:r>
        <w:t>تو اوائیڈ کرتے رہے۔ اس کو اوائیڈ کر کے کیا ہوتا ہے؟ آپ کو دعوت کے مواقع ملتے رہے۔ تو اوائیڈ کیا؟</w:t>
      </w:r>
    </w:p>
    <w:p>
      <w:r>
        <w:rPr>
          <w:b/>
        </w:rPr>
        <w:t xml:space="preserve">[16:35] </w:t>
      </w:r>
      <w:r>
        <w:t>avoid ka matlab hai buying time. waqt hasil karna. jo kehte hain buying time.</w:t>
      </w:r>
    </w:p>
    <w:p>
      <w:pPr>
        <w:jc w:val="right"/>
      </w:pPr>
      <w:r>
        <w:t>اوائیڈ کا مطلب ہے بائنگ ٹائم۔ وقت حاصل کرنا۔ جو کہتے ہیں بائنگ ٹائم۔</w:t>
      </w:r>
    </w:p>
    <w:p>
      <w:r>
        <w:rPr>
          <w:b/>
        </w:rPr>
        <w:t xml:space="preserve">[16:45] </w:t>
      </w:r>
      <w:r>
        <w:t>is tactics jo kehte hain ke waqt hasil karne ke ki tadbeer. woh hai. takrao karenge toh waqt ko aap zaya karenge.</w:t>
      </w:r>
    </w:p>
    <w:p>
      <w:pPr>
        <w:jc w:val="right"/>
      </w:pPr>
      <w:r>
        <w:t>اس ٹیکٹکس جو کہتے ہیں کہ وقت حاصل کرنے کے کی تدبیر۔ وہ ہے۔ ٹکراؤ کریں گے تو وقت کو آپ ضائع کریں گے۔</w:t>
      </w:r>
    </w:p>
    <w:p>
      <w:r>
        <w:rPr>
          <w:b/>
        </w:rPr>
        <w:t xml:space="preserve">[16:57] </w:t>
      </w:r>
      <w:r>
        <w:t>na takrao karenge toh sara waqti waqt aap ke paas hai. na takrao karne ka matlab kya hota hai?</w:t>
      </w:r>
    </w:p>
    <w:p>
      <w:pPr>
        <w:jc w:val="right"/>
      </w:pPr>
      <w:r>
        <w:t>نہ ٹکراؤ کریں گے تو سارا وقتی وقت آپ کے پاس ہے۔ نہ ٹکراؤ کرنے کا مطلب کیا ہوتا ہے؟</w:t>
      </w:r>
    </w:p>
    <w:p>
      <w:r>
        <w:rPr>
          <w:b/>
        </w:rPr>
        <w:t xml:space="preserve">[17:04] </w:t>
      </w:r>
      <w:r>
        <w:t>opportunities ko avail karne ka moqa hasil kar laina. takrao karne mein opportunities barbaad hoti hain. aur takrao na karein toh opportunities ko avail karne ki position mein hote hain aap.</w:t>
      </w:r>
    </w:p>
    <w:p>
      <w:pPr>
        <w:jc w:val="right"/>
      </w:pPr>
      <w:r>
        <w:t>اپرچونیٹیز کو اویل کرنے کا موقع حاصل کر لینا۔ ٹکراؤ کرنے میں اپرچونیٹیز برباد ہوتی ہیں۔ اور ٹکراؤ نہ کریں تو اپرچونیٹیز کو اویل کرنے کی پوزیشن میں ہوتے ہیں آپ۔</w:t>
      </w:r>
    </w:p>
    <w:p>
      <w:r>
        <w:rPr>
          <w:b/>
        </w:rPr>
        <w:t xml:space="preserve">[17:19] </w:t>
      </w:r>
      <w:r>
        <w:t>Makkah mein terah saal ke baad woh log aap ko</w:t>
      </w:r>
    </w:p>
    <w:p>
      <w:pPr>
        <w:jc w:val="right"/>
      </w:pPr>
      <w:r>
        <w:t>مکہ میں تیرہ سال کے بعد وہ لوگ آپ کو</w:t>
      </w:r>
    </w:p>
    <w:p>
      <w:r>
        <w:rPr>
          <w:b/>
        </w:rPr>
        <w:t xml:space="preserve">[17:23] </w:t>
      </w:r>
      <w:r>
        <w:t>yani qatl karne ke darpe ho gaye ke marenge aap, khatm kar denge. To aap khamoshi se Makah se Madinah chale gaye.</w:t>
      </w:r>
    </w:p>
    <w:p>
      <w:pPr>
        <w:jc w:val="right"/>
      </w:pPr>
      <w:r>
        <w:t>یعنی قتل کرنے کے درپے ہو گئے کہ ماریں گے آپ، ختم کر دیں گے۔ تو آپ خاموشی سے مکہ سے مدینہ چلے گئے۔</w:t>
      </w:r>
    </w:p>
    <w:p>
      <w:r>
        <w:rPr>
          <w:b/>
        </w:rPr>
        <w:t xml:space="preserve">[17:34] </w:t>
      </w:r>
      <w:r>
        <w:t>Madinah mein bhi kya hua? Wahan bhi avoidance. Maslan ek baar Makah se woh log ek bada lashkar bana kar aaye.</w:t>
      </w:r>
    </w:p>
    <w:p>
      <w:pPr>
        <w:jc w:val="right"/>
      </w:pPr>
      <w:r>
        <w:t>مدینہ میں بھی کیا ہوا؟ وہاں بھی اوائیڈنس۔ مثلاً ایک بار مکہ سے وہ لوگ ایک بڑا لشکر بنا کر آئے۔</w:t>
      </w:r>
    </w:p>
    <w:p>
      <w:r>
        <w:rPr>
          <w:b/>
        </w:rPr>
        <w:t xml:space="preserve">[17:47] </w:t>
      </w:r>
      <w:r>
        <w:t>To aap pata karte rehte the. To pata chala ke woh lashkar le ke chale aa rahe hain Makah se.</w:t>
      </w:r>
    </w:p>
    <w:p>
      <w:pPr>
        <w:jc w:val="right"/>
      </w:pPr>
      <w:r>
        <w:t>تو آپ پتہ کرتے رہتے تھے۔ تو پتہ چلا کہ وہ لشکر لے کے چلے آ رہے ہیں مکہ سے۔</w:t>
      </w:r>
    </w:p>
    <w:p>
      <w:r>
        <w:rPr>
          <w:b/>
        </w:rPr>
        <w:t xml:space="preserve">[17:54] </w:t>
      </w:r>
      <w:r>
        <w:t>To aap ne kaha ke chalo hum khandAK khodte hain. Trench. Ek mashhoor hai ghazwa, ghazwa khandAK ke naam se.</w:t>
      </w:r>
    </w:p>
    <w:p>
      <w:pPr>
        <w:jc w:val="right"/>
      </w:pPr>
      <w:r>
        <w:t>تو آپ نے کہا کہ چلو ہم خندق کھودتے ہیں۔ ٹرینچ۔ ایک مشہور ہے غزوہ، غزوہ خندق کے نام سے۔</w:t>
      </w:r>
    </w:p>
    <w:p>
      <w:r>
        <w:rPr>
          <w:b/>
        </w:rPr>
        <w:t xml:space="preserve">[18:05] </w:t>
      </w:r>
      <w:r>
        <w:t>Woh ghazwa nahi tha yani koi koi ladai nahi hui thi is mein. Woh ladai ko avoid karna tha.</w:t>
      </w:r>
    </w:p>
    <w:p>
      <w:pPr>
        <w:jc w:val="right"/>
      </w:pPr>
      <w:r>
        <w:t>وہ غزوہ نہیں تھا یعنی کوئی کوئی لڑائی نہیں ہوئی تھی اس میں۔ وہ لڑائی کو اوائیڈ کرنا تھا۔</w:t>
      </w:r>
    </w:p>
    <w:p>
      <w:r>
        <w:rPr>
          <w:b/>
        </w:rPr>
        <w:t xml:space="preserve">[18:15] </w:t>
      </w:r>
      <w:r>
        <w:t>Madinah aisa tha ke Madinah mein dekhiye teen taraf se penetration naamumkin tha. Teen taraf se ghire khajooron ke bagh the.</w:t>
      </w:r>
    </w:p>
    <w:p>
      <w:pPr>
        <w:jc w:val="right"/>
      </w:pPr>
      <w:r>
        <w:t>مدینہ ایسا تھا کہ مدینے میں دیکھیے تین طرف سے پریٹیشن ناممکن تھا۔ تین طرف سے گھرے کھجوروں کے باغ تھے۔</w:t>
      </w:r>
    </w:p>
    <w:p>
      <w:r>
        <w:rPr>
          <w:b/>
        </w:rPr>
        <w:t xml:space="preserve">[18:28] </w:t>
      </w:r>
      <w:r>
        <w:t>Teen taraf se ghire bagh the khajooron ke. Teen taraf se koi penetrate nahi kar sakta tha. Ek taraf se rasta tha sirf.</w:t>
      </w:r>
    </w:p>
    <w:p>
      <w:pPr>
        <w:jc w:val="right"/>
      </w:pPr>
      <w:r>
        <w:t>تین طرف سے گھرے باغ تھے کھجوروں کے۔ تین طرف سے کوئی پریٹریٹ نہیں کر سکتا تھا۔ ایک طرف سے راستہ تھا صرف۔</w:t>
      </w:r>
    </w:p>
    <w:p>
      <w:r>
        <w:rPr>
          <w:b/>
        </w:rPr>
        <w:t xml:space="preserve">[18:38] </w:t>
      </w:r>
      <w:r>
        <w:t>Woh jaane helicopter bhi nahi tha ke utar jaye aadmi urr kar ke. To jidhar khula tha udhar aap ne khandAK khodi.</w:t>
      </w:r>
    </w:p>
    <w:p>
      <w:pPr>
        <w:jc w:val="right"/>
      </w:pPr>
      <w:r>
        <w:t>وہ جانے ہیلی کاپٹر بھی نہیں تھا کہ اتر جائے آدمی اڑ کر کے۔ تو جدھر کھلا تھا ادھر آپ نے خندق کھودی۔</w:t>
      </w:r>
    </w:p>
    <w:p>
      <w:r>
        <w:rPr>
          <w:b/>
        </w:rPr>
        <w:t xml:space="preserve">[18:47] </w:t>
      </w:r>
      <w:r>
        <w:t>Teen taraf to apne aap woh mehfooz tha. Ek taraf khula tha. Khandak khodi. Khandak kya thi woh? Khandak avoid karna tha.</w:t>
      </w:r>
    </w:p>
    <w:p>
      <w:pPr>
        <w:jc w:val="right"/>
      </w:pPr>
      <w:r>
        <w:t>تین طرف تو اپنے آپ وہ محفوظ تھا۔ ایک طرف کھلا تھا۔ خندق کھودی۔ خندق کیا تھی وہ؟ خندق اوائیڈ کرنا تھا۔</w:t>
      </w:r>
    </w:p>
    <w:p>
      <w:r>
        <w:rPr>
          <w:b/>
        </w:rPr>
        <w:t xml:space="preserve">[18:59] </w:t>
      </w:r>
      <w:r>
        <w:t>Khandak kya tha? Avoid karna tha. Khandak ka matlab trench.</w:t>
      </w:r>
    </w:p>
    <w:p>
      <w:pPr>
        <w:jc w:val="right"/>
      </w:pPr>
      <w:r>
        <w:t>خندق کیا تھا؟ اوائیڈ کرنا تھا۔ خندق کا مطلب ٹرینچ۔</w:t>
      </w:r>
    </w:p>
    <w:p>
      <w:r>
        <w:rPr>
          <w:b/>
        </w:rPr>
        <w:t xml:space="preserve">[19:06] </w:t>
      </w:r>
      <w:r>
        <w:t>Yani jab aap ne suna ke woh idhar se log aa rahe hain to aap ne sahaba ko ikattha kiya aur aap mashwara kiya un se kya kiya jaye. To aap ne kaha ke humein ladai karna nahi hai.</w:t>
      </w:r>
    </w:p>
    <w:p>
      <w:pPr>
        <w:jc w:val="right"/>
      </w:pPr>
      <w:r>
        <w:t>یعنی جب آپ نے سنا کہ وہ ادھر سے لوگ آ رہے ہیں تو آپ نے صحابہ کو اکٹھا کیا اور آپ مشورہ کیا ان سے کیا کیا جائے۔ تو آپ نے کہا کہ ہمیں لڑائی کرنا نہیں ہے۔</w:t>
      </w:r>
    </w:p>
    <w:p>
      <w:r>
        <w:rPr>
          <w:b/>
        </w:rPr>
        <w:t xml:space="preserve">[19:18] </w:t>
      </w:r>
      <w:r>
        <w:t>To tum batao. To ek sahab the jinka naam tha Salman Farsi.</w:t>
      </w:r>
    </w:p>
    <w:p>
      <w:pPr>
        <w:jc w:val="right"/>
      </w:pPr>
      <w:r>
        <w:t>تو تم بتاؤ۔ تو ایک صاحب تھے جن کا نام تھا سلمان فارسی۔</w:t>
      </w:r>
    </w:p>
    <w:p>
      <w:r>
        <w:rPr>
          <w:b/>
        </w:rPr>
        <w:t xml:space="preserve">[19:24] </w:t>
      </w:r>
      <w:r>
        <w:t>Woh Iran mein paida hue the. Phir Islam mein aaye. To unhone kaha ke hamare haan Iran mein badshah log jab chahte hain ladai na karna.</w:t>
      </w:r>
    </w:p>
    <w:p>
      <w:pPr>
        <w:jc w:val="right"/>
      </w:pPr>
      <w:r>
        <w:t>وہ ایران میں پیدا ہوئے تھے۔ پھر اسلام میں آئے۔ تو انہوں نے کہا کہ ہمارے ہاں ایران میں بادشاہ لوگ جب چاہتے ہیں لڑائی نہ کرنا۔</w:t>
      </w:r>
    </w:p>
    <w:p>
      <w:r>
        <w:rPr>
          <w:b/>
        </w:rPr>
        <w:t xml:space="preserve">[19:37] </w:t>
      </w:r>
      <w:r>
        <w:t>To kya karte hain? Khandak khodte hain.</w:t>
      </w:r>
    </w:p>
    <w:p>
      <w:pPr>
        <w:jc w:val="right"/>
      </w:pPr>
      <w:r>
        <w:t>تو کیا کرتے ہیں؟ خندق کھودتے ہیں۔</w:t>
      </w:r>
    </w:p>
    <w:p>
      <w:r>
        <w:rPr>
          <w:b/>
        </w:rPr>
        <w:t xml:space="preserve">[19:42] </w:t>
      </w:r>
      <w:r>
        <w:t>Khandak. Yani apne aur dushman ke beech mein ek khandAK qaim kar diya. Rok rok qaim kar diya.</w:t>
      </w:r>
    </w:p>
    <w:p>
      <w:pPr>
        <w:jc w:val="right"/>
      </w:pPr>
      <w:r>
        <w:t>خندق۔ یعنی اپنے اور دشمن کے بیچ میں ایک خندق قائم کر دیا۔ روک روک قائم کر دیا۔</w:t>
      </w:r>
    </w:p>
    <w:p>
      <w:r>
        <w:rPr>
          <w:b/>
        </w:rPr>
        <w:t xml:space="preserve">[19:57] </w:t>
      </w:r>
      <w:r>
        <w:t>To woh aap ne kaha bahut achha mashwara yeh to hai. Aur khud bhi aap khandAK khodne mein shareek ho gaye.</w:t>
      </w:r>
    </w:p>
    <w:p>
      <w:pPr>
        <w:jc w:val="right"/>
      </w:pPr>
      <w:r>
        <w:t>تو وہ آپ نے کہا بہت اچھا مشورہ یہ تو ہے۔ اور خود بھی آپ خندق کھودنے میں شریک ہو گئے۔</w:t>
      </w:r>
    </w:p>
    <w:p>
      <w:r>
        <w:rPr>
          <w:b/>
        </w:rPr>
        <w:t xml:space="preserve">[20:07] </w:t>
      </w:r>
      <w:r>
        <w:t>Khud bhi.</w:t>
      </w:r>
    </w:p>
    <w:p>
      <w:pPr>
        <w:jc w:val="right"/>
      </w:pPr>
      <w:r>
        <w:t>خود بھی۔</w:t>
      </w:r>
    </w:p>
    <w:p>
      <w:r>
        <w:rPr>
          <w:b/>
        </w:rPr>
        <w:t xml:space="preserve">[20:14] </w:t>
      </w:r>
      <w:r>
        <w:t>Yani aaj kal ki zuban mein aap keh sakte hain ke woh buffer. Khandak kya tha? Ek buffer tha woh. Apne aur dushman ke beech mein buffer. Chunancha ladai nahi hui.</w:t>
      </w:r>
    </w:p>
    <w:p>
      <w:pPr>
        <w:jc w:val="right"/>
      </w:pPr>
      <w:r>
        <w:t>یعنی آج کل کی زبان میں آپ کہہ سکتے ہیں کہ وہ بفر۔ خندق کیا تھا؟ ایک بفر تھا وہ۔ اپنے اور دشمن کے بیچ میں بفر۔ چنانچہ لڑائی نہیں ہوئی۔</w:t>
      </w:r>
    </w:p>
    <w:p>
      <w:r>
        <w:rPr>
          <w:b/>
        </w:rPr>
        <w:t xml:space="preserve">[20:27] </w:t>
      </w:r>
      <w:r>
        <w:t>Ek baar to aap apne ashaab ke sath ja rahe the</w:t>
      </w:r>
    </w:p>
    <w:p>
      <w:pPr>
        <w:jc w:val="right"/>
      </w:pPr>
      <w:r>
        <w:t>ایک بار تو آپ اپنے اصحاب کے ساتھ جا رہے تھے</w:t>
      </w:r>
    </w:p>
    <w:p>
      <w:r>
        <w:rPr>
          <w:b/>
        </w:rPr>
        <w:t xml:space="preserve">[20:31] </w:t>
      </w:r>
      <w:r>
        <w:t>To pata chala yani aap barabar aap khabar lete rehte the khabar. Ke kya idhar ke log koi activity to nahi hai?</w:t>
      </w:r>
    </w:p>
    <w:p>
      <w:pPr>
        <w:jc w:val="right"/>
      </w:pPr>
      <w:r>
        <w:t>تو پتہ چلا یعنی آپ برابر آپ خبر لیتے رہتے تھے خبر۔ کہ کیا ادھر کے لوگ کوئی ایکٹیویٹی تو نہیں ہے؟</w:t>
      </w:r>
    </w:p>
    <w:p>
      <w:r>
        <w:rPr>
          <w:b/>
        </w:rPr>
        <w:t xml:space="preserve">[20:42] </w:t>
      </w:r>
      <w:r>
        <w:t>Yani idhar ki activities ki khabar lete rehte hain. Aap ke paas intelligence ka nizam tha baqayda.</w:t>
      </w:r>
    </w:p>
    <w:p>
      <w:pPr>
        <w:jc w:val="right"/>
      </w:pPr>
      <w:r>
        <w:t>یعنی ادھر کی ایکٹیویٹیز کی خبر لیتے رہتے ہیں۔ آپ کے پاس انٹیلیجنس کا نظام تھا باقاعدہ۔</w:t>
      </w:r>
    </w:p>
    <w:p>
      <w:r>
        <w:rPr>
          <w:b/>
        </w:rPr>
        <w:t xml:space="preserve">[20:49] </w:t>
      </w:r>
      <w:r>
        <w:t>To pata chala ke idhar se ek yani ek dasta chala aa raha hai aap ki taraf ladai karne ke liye.</w:t>
      </w:r>
    </w:p>
    <w:p>
      <w:pPr>
        <w:jc w:val="right"/>
      </w:pPr>
      <w:r>
        <w:t>تو پتہ چلا کہ ادھر سے ایک یعنی ایک دستہ چلا آ رہا ہے آپ کی طرف لڑائی کرنے کے لیے۔</w:t>
      </w:r>
    </w:p>
    <w:p>
      <w:r>
        <w:rPr>
          <w:b/>
        </w:rPr>
        <w:t xml:space="preserve">[21:00] </w:t>
      </w:r>
      <w:r>
        <w:t>To aap ne kaha ke rasta badlo. Jis raste se woh aa rahe the usi pe aap bhi ja rahe the.</w:t>
      </w:r>
    </w:p>
    <w:p>
      <w:pPr>
        <w:jc w:val="right"/>
      </w:pPr>
      <w:r>
        <w:t>تو آپ نے کہا کہ راستہ بدلو۔ جس راستے سے وہ آ رہے تھے اسی پہ آپ بھی جا رہے تھے۔</w:t>
      </w:r>
    </w:p>
    <w:p>
      <w:r>
        <w:rPr>
          <w:b/>
        </w:rPr>
        <w:t xml:space="preserve">[21:07] </w:t>
      </w:r>
      <w:r>
        <w:t>To takrao hota ja kar ke aage. To aap ne wahan par ek guide liya. Aur ek alag naye raste se chal kar aage nikal gaye.</w:t>
      </w:r>
    </w:p>
    <w:p>
      <w:pPr>
        <w:jc w:val="right"/>
      </w:pPr>
      <w:r>
        <w:t>تو ٹکراؤ ہوتا جا کر کے آگے۔ تو آپ نے وہاں پر ایک گائیڈ لیا۔ اور ایک الگ نئے راستے سے چل کر آگے نکل گئے۔</w:t>
      </w:r>
    </w:p>
    <w:p>
      <w:r>
        <w:rPr>
          <w:b/>
        </w:rPr>
        <w:t xml:space="preserve">[21:19] </w:t>
      </w:r>
      <w:r>
        <w:t>To takrao nahi hua. Yeh hai</w:t>
      </w:r>
    </w:p>
    <w:p>
      <w:pPr>
        <w:jc w:val="right"/>
      </w:pPr>
      <w:r>
        <w:t>تو ٹکراؤ نہیں ہوا۔ یہ ہے</w:t>
      </w:r>
    </w:p>
    <w:p>
      <w:r>
        <w:rPr>
          <w:b/>
        </w:rPr>
        <w:t xml:space="preserve">[21:23] </w:t>
      </w:r>
      <w:r>
        <w:t>earaaz. yeh hai avoidance. yeh hai apnay aur doosray kay beech mein buffer qaim ker dena. yeh tareeqa individual life mein bhi hai.</w:t>
      </w:r>
    </w:p>
    <w:p>
      <w:pPr>
        <w:jc w:val="right"/>
      </w:pPr>
      <w:r>
        <w:t>اعراض۔ یہ ہے اوائیڈنس۔ یہ ہے اپنے اور دوسرے کے بیچ میں بفر قائم کر دینا۔ یہ طریقہ انڈیویجول لائف میں بھی ہے۔</w:t>
      </w:r>
    </w:p>
    <w:p>
      <w:r>
        <w:rPr>
          <w:b/>
        </w:rPr>
        <w:t xml:space="preserve">[21:35] </w:t>
      </w:r>
      <w:r>
        <w:t>society mein bhi hai. family mein bhi hai. national life mein, international life mein har jagah hai yeh.</w:t>
      </w:r>
    </w:p>
    <w:p>
      <w:pPr>
        <w:jc w:val="right"/>
      </w:pPr>
      <w:r>
        <w:t>سوسائٹی میں بھی ہے۔ فیملی میں بھی ہے۔ نیشنل لائف میں، انٹرنیشنل لائف میں ہر جگہ ہے یہ۔</w:t>
      </w:r>
    </w:p>
    <w:p>
      <w:r>
        <w:rPr>
          <w:b/>
        </w:rPr>
        <w:t xml:space="preserve">[21:43] </w:t>
      </w:r>
      <w:r>
        <w:t>tou earaaz jo hai bohat bara, bohat bari wisdom hai. practical wisdom.</w:t>
      </w:r>
    </w:p>
    <w:p>
      <w:pPr>
        <w:jc w:val="right"/>
      </w:pPr>
      <w:r>
        <w:t>تو اعراض جو ہے بہت بڑا، بہت بڑی وزڈم ہے۔ پریکٹیکل وزڈم۔</w:t>
      </w:r>
    </w:p>
    <w:p>
      <w:r>
        <w:rPr>
          <w:b/>
        </w:rPr>
        <w:t xml:space="preserve">[21:52] </w:t>
      </w:r>
      <w:r>
        <w:t>phir mein kahoon ga keh yeh bekhabari kyun kehta hoon mein is ko?</w:t>
      </w:r>
    </w:p>
    <w:p>
      <w:pPr>
        <w:jc w:val="right"/>
      </w:pPr>
      <w:r>
        <w:t>پھر میں کہوں گا کہ یہ بے خبری کیوں کہتا ہوں میں اس کو؟</w:t>
      </w:r>
    </w:p>
    <w:p>
      <w:r>
        <w:rPr>
          <w:b/>
        </w:rPr>
        <w:t xml:space="preserve">[21:58] </w:t>
      </w:r>
      <w:r>
        <w:t>jab aap earaaz per tayyar nahi hain tou is ka matlab hua? keh aap creational plan of God ko nahi jantay.</w:t>
      </w:r>
    </w:p>
    <w:p>
      <w:pPr>
        <w:jc w:val="right"/>
      </w:pPr>
      <w:r>
        <w:t>جب آپ اعراض پر تیار نہیں ہیں تو اس کا مطلب کیا ہوا؟ کہ آپ کریشنل پلان آف گاڈ کو نہیں جانتے۔</w:t>
      </w:r>
    </w:p>
    <w:p>
      <w:r>
        <w:rPr>
          <w:b/>
        </w:rPr>
        <w:t xml:space="preserve">[22:09] </w:t>
      </w:r>
      <w:r>
        <w:t>kyunkeh is dunya mein aap akeley tou hain nahi. doosray log bhi hain. aap ko doosron kay beech mein rehna hai. chahey family ho ya society ho.</w:t>
      </w:r>
    </w:p>
    <w:p>
      <w:pPr>
        <w:jc w:val="right"/>
      </w:pPr>
      <w:r>
        <w:t>کیونکہ اس دنیا میں آپ اکیلے تو ہیں نہیں۔ دوسرے لوگ بھی ہیں۔ آپ کو دوسروں کے بیچ میں رہنا ہے۔ چاہے فیملی ہو یا سوسائٹی ہو۔</w:t>
      </w:r>
    </w:p>
    <w:p>
      <w:r>
        <w:rPr>
          <w:b/>
        </w:rPr>
        <w:t xml:space="preserve">[22:20] </w:t>
      </w:r>
      <w:r>
        <w:t>ya national life ho. aap ko doosron kay beech mein rehna hai.</w:t>
      </w:r>
    </w:p>
    <w:p>
      <w:pPr>
        <w:jc w:val="right"/>
      </w:pPr>
      <w:r>
        <w:t>یا نیشنل لائف ہو۔ آپ کو دوسروں کے بیچ میں رہنا ہے۔</w:t>
      </w:r>
    </w:p>
    <w:p>
      <w:r>
        <w:rPr>
          <w:b/>
        </w:rPr>
        <w:t xml:space="preserve">[22:26] </w:t>
      </w:r>
      <w:r>
        <w:t>mind ya social animal kaha jata hai. tou kya karein gay? doosra aadmi bhi apni daur laga raha hai.</w:t>
      </w:r>
    </w:p>
    <w:p>
      <w:pPr>
        <w:jc w:val="right"/>
      </w:pPr>
      <w:r>
        <w:t>مائنڈ یا سوشل اینیمل کہا جاتا ہے۔ تو کیا کریں گے؟ دوسرا آدمی بھی اپنی دوڑ لگا رہا ہے۔</w:t>
      </w:r>
    </w:p>
    <w:p>
      <w:r>
        <w:rPr>
          <w:b/>
        </w:rPr>
        <w:t xml:space="preserve">[22:36] </w:t>
      </w:r>
      <w:r>
        <w:t>kyunkeh dunya mein tou competition hai. dunya ka jo nizaam hai woh competition based hai.</w:t>
      </w:r>
    </w:p>
    <w:p>
      <w:pPr>
        <w:jc w:val="right"/>
      </w:pPr>
      <w:r>
        <w:t>کیونکہ دنیا میں تو کمپیٹیشن ہے۔ دنیا کا جو نظام ہے وہ کمپیٹیشن بیسڈ ہے۔</w:t>
      </w:r>
    </w:p>
    <w:p>
      <w:r>
        <w:rPr>
          <w:b/>
        </w:rPr>
        <w:t xml:space="preserve">[22:44] </w:t>
      </w:r>
      <w:r>
        <w:t>tou kya karein gay aap? har waqt takrao hoga. agar avoid na karein tou. yaani jo road per hota hai keh agar aap</w:t>
      </w:r>
    </w:p>
    <w:p>
      <w:pPr>
        <w:jc w:val="right"/>
      </w:pPr>
      <w:r>
        <w:t>تو کیا کریں گے آپ؟ ہر وقت ٹکراؤ ہوگا۔ اگر اوائیڈ نہ کریں تو۔ یعنی جو روڈ پر ہوتا ہے کہ اگر آپ</w:t>
      </w:r>
    </w:p>
    <w:p>
      <w:r>
        <w:rPr>
          <w:b/>
        </w:rPr>
        <w:t xml:space="preserve">[22:55] </w:t>
      </w:r>
      <w:r>
        <w:t>kinaray say na guzrein. straight jayein. tou larai hogi, takrao hoga, accident hoga.</w:t>
      </w:r>
    </w:p>
    <w:p>
      <w:pPr>
        <w:jc w:val="right"/>
      </w:pPr>
      <w:r>
        <w:t>کنارے سے نہ گزریں۔ اسٹریٹ جائیں۔ تو لڑائی ہوگی، ٹکراؤ ہوگا، ایکسیڈنٹ ہوگا۔</w:t>
      </w:r>
    </w:p>
    <w:p>
      <w:r>
        <w:rPr>
          <w:b/>
        </w:rPr>
        <w:t xml:space="preserve">[23:03] </w:t>
      </w:r>
      <w:r>
        <w:t>wohi poora zindagi ka maamla hai.</w:t>
      </w:r>
    </w:p>
    <w:p>
      <w:pPr>
        <w:jc w:val="right"/>
      </w:pPr>
      <w:r>
        <w:t>وہی پورا زندگی کا معاملہ ہے۔</w:t>
      </w:r>
    </w:p>
    <w:p>
      <w:r>
        <w:rPr>
          <w:b/>
        </w:rPr>
        <w:t xml:space="preserve">[23:08] </w:t>
      </w:r>
      <w:r>
        <w:t>poora zindagi ka maamla hai.</w:t>
      </w:r>
    </w:p>
    <w:p>
      <w:pPr>
        <w:jc w:val="right"/>
      </w:pPr>
      <w:r>
        <w:t>پوری زندگی کا معاملہ ہے۔</w:t>
      </w:r>
    </w:p>
    <w:p>
      <w:r>
        <w:rPr>
          <w:b/>
        </w:rPr>
        <w:t xml:space="preserve">[23:13] </w:t>
      </w:r>
      <w:r>
        <w:t>tou har aadmi ko Khuda ne aulaad de di hai. har aadmi ko apna kay samnay aik goal hai us ko usay hasil kerna hai. har aadmi kay samnay aik maqsad us ko achieve kerna hai.</w:t>
      </w:r>
    </w:p>
    <w:p>
      <w:pPr>
        <w:jc w:val="right"/>
      </w:pPr>
      <w:r>
        <w:t>تو ہر آدمی کو خدا نے اولاد دے دی ہے۔ ہر آدمی کو اپنا کے سامنے ایک گول ہے اس کو اسے حاصل کرنا ہے۔ ہر آدمی کے سامنے ایک مقصد اس کو اچیو کرنا ہے۔</w:t>
      </w:r>
    </w:p>
    <w:p>
      <w:r>
        <w:rPr>
          <w:b/>
        </w:rPr>
        <w:t xml:space="preserve">[23:26] </w:t>
      </w:r>
      <w:r>
        <w:t>tou har aadmi daur laga raha hai.</w:t>
      </w:r>
    </w:p>
    <w:p>
      <w:pPr>
        <w:jc w:val="right"/>
      </w:pPr>
      <w:r>
        <w:t>تو ہر آدمی دوڑ لگا رہا ہے۔</w:t>
      </w:r>
    </w:p>
    <w:p>
      <w:r>
        <w:rPr>
          <w:b/>
        </w:rPr>
        <w:t xml:space="preserve">[23:30] </w:t>
      </w:r>
      <w:r>
        <w:t>daur laga raha hai tou aap kya karein gay? agar straight chalein gay aap tou takrao hoga. tou aap ko kinaray jana parta hai. aap ko janna parta hai keh aap ki limitations kya hain.</w:t>
      </w:r>
    </w:p>
    <w:p>
      <w:pPr>
        <w:jc w:val="right"/>
      </w:pPr>
      <w:r>
        <w:t>دوڑ لگا رہا ہے تو آپ کیا کریں گے؟ اگر اسٹریٹ چلیں گے آپ تو ٹکراؤ ہوگا۔ تو آپ کو کنارے جانا پڑتا ہے۔ آپ کو جاننا پڑتا ہے کہ آپ کی لیمیٹیشنز کیا ہیں۔</w:t>
      </w:r>
    </w:p>
    <w:p>
      <w:r>
        <w:rPr>
          <w:b/>
        </w:rPr>
        <w:t xml:space="preserve">[23:47] </w:t>
      </w:r>
      <w:r>
        <w:t>aap dunya kay creator nahi hain. aik nai dunya bana nahi sakte aap. dekhiye yeh na kerne ki wajah say kya hota hai?</w:t>
      </w:r>
    </w:p>
    <w:p>
      <w:pPr>
        <w:jc w:val="right"/>
      </w:pPr>
      <w:r>
        <w:t>آپ دنیا کے کریٹر نہیں ہیں۔ ایک نئی دنیا بنا نہیں سکتے آپ۔ دیکھیے یہ نہ کرنے کی وجہ سے کیا ہوتا ہے؟</w:t>
      </w:r>
    </w:p>
    <w:p>
      <w:r>
        <w:rPr>
          <w:b/>
        </w:rPr>
        <w:t xml:space="preserve">[23:57] </w:t>
      </w:r>
      <w:r>
        <w:t>aadmi ko double standard banna parta hai. kyunkeh aaj aap ne earaaz nahi kiya aur takrao ker liya tou kab tak karein gay?</w:t>
      </w:r>
    </w:p>
    <w:p>
      <w:pPr>
        <w:jc w:val="right"/>
      </w:pPr>
      <w:r>
        <w:t>آدمی کو ڈبل اسٹینڈرڈ بننا پڑتا ہے۔ کیونکہ آج آپ نے اعراض نہیں کیا اور ٹکراؤ کر لیا تو کب تک کریں گے؟</w:t>
      </w:r>
    </w:p>
    <w:p>
      <w:r>
        <w:rPr>
          <w:b/>
        </w:rPr>
        <w:t xml:space="preserve">[24:06] </w:t>
      </w:r>
      <w:r>
        <w:t>aik waqt aye ga keh aap lagein keh bhai tou bohat hi galat mein ne kiya. tou aap ko peechay hatna paray ga. yaad rakhiye sabr aur earaaz ka jo tareeqa hai agar is ka aap ikhtiyar nahi karte tou doosra alternative kya hai?</w:t>
      </w:r>
    </w:p>
    <w:p>
      <w:pPr>
        <w:jc w:val="right"/>
      </w:pPr>
      <w:r>
        <w:t>ایک وقت آئے گا کہ آپ لگیں کہ بھئی تو بہت ہی غلط میں نے کیا۔ تو آپ کو پیچھے ہٹنا پڑے گا۔ یاد رکھیے صبر اور اعراض کا جو طریقہ ہے اگر اس کا آپ اختیار نہیں کرتے تو دوسرا آلٹرنیٹو کیا ہے؟</w:t>
      </w:r>
    </w:p>
    <w:p>
      <w:r>
        <w:rPr>
          <w:b/>
        </w:rPr>
        <w:t xml:space="preserve">[24:24] </w:t>
      </w:r>
      <w:r>
        <w:t>hypocrisy, munafiqat, double standard. kyunkeh woh chalay gay nahi woh. woh chalne wala nahi hai.</w:t>
      </w:r>
    </w:p>
    <w:p>
      <w:pPr>
        <w:jc w:val="right"/>
      </w:pPr>
      <w:r>
        <w:t>ہپوکریسی، منافقت، ڈبل اسٹینڈرڈ۔ کیونکہ وہ چلے گے نہیں وہ۔ وہ چلنے والا نہیں ہے۔</w:t>
      </w:r>
    </w:p>
    <w:p>
      <w:r>
        <w:rPr>
          <w:b/>
        </w:rPr>
        <w:t xml:space="preserve">[24:35] </w:t>
      </w:r>
      <w:r>
        <w:t>mein aap ko misaal deta hoon.</w:t>
      </w:r>
    </w:p>
    <w:p>
      <w:pPr>
        <w:jc w:val="right"/>
      </w:pPr>
      <w:r>
        <w:t>میں آپ کو مثال دیتا ہوں۔</w:t>
      </w:r>
    </w:p>
    <w:p>
      <w:r>
        <w:rPr>
          <w:b/>
        </w:rPr>
        <w:t xml:space="preserve">[24:41] </w:t>
      </w:r>
      <w:r>
        <w:t>aaj kal yeh is Israel ka jo masla hai, Israel ka, Arab ka. tou tamam Arab ka kya maang hai? kya kehte hain woh?</w:t>
      </w:r>
    </w:p>
    <w:p>
      <w:pPr>
        <w:jc w:val="right"/>
      </w:pPr>
      <w:r>
        <w:t>آج کل یہ اس اسرائیل کا جو مسئلہ ہے، اسرائیل کا، عرب کا۔ تو تمام عرب کا کیا مانگ ہے؟ کیا کہتے ہیں وہ؟</w:t>
      </w:r>
    </w:p>
    <w:p>
      <w:r>
        <w:rPr>
          <w:b/>
        </w:rPr>
        <w:t xml:space="preserve">[24:50] </w:t>
      </w:r>
      <w:r>
        <w:t>keh Israel jo hai ninety six seven ki had per wapas jaye. ninety six seven woh had hai keh jahan</w:t>
      </w:r>
    </w:p>
    <w:p>
      <w:pPr>
        <w:jc w:val="right"/>
      </w:pPr>
      <w:r>
        <w:t>کہ اسرائیل جو ہے نائنٹی سکس سیون کی حد پر واپس جائے۔ نائنٹی سکس سیون وہ حد ہے کہ جہاں</w:t>
      </w:r>
    </w:p>
    <w:p>
      <w:r>
        <w:rPr>
          <w:b/>
        </w:rPr>
        <w:t xml:space="preserve">[24:59] </w:t>
      </w:r>
      <w:r>
        <w:t>Balfour jo commission tha us ne jo partition kiya tha. partition mein us ne roughly aadha aadha de diya tha. aadha Arabon ko, aadha jo ko.</w:t>
      </w:r>
    </w:p>
    <w:p>
      <w:pPr>
        <w:jc w:val="right"/>
      </w:pPr>
      <w:r>
        <w:t>بالفور جو کمیشن تھا اس نے جو پارٹیشن کیا تھا۔ پارٹیشن میں اس نے رفلی آدھا آدھا دے دیا تھا۔ آدھا عربوں کو، آدھا جو کو۔</w:t>
      </w:r>
    </w:p>
    <w:p>
      <w:r>
        <w:rPr>
          <w:b/>
        </w:rPr>
        <w:t xml:space="preserve">[25:11] </w:t>
      </w:r>
      <w:r>
        <w:t>woh hai ninety seven, ninety sixty seven ki had.</w:t>
      </w:r>
    </w:p>
    <w:p>
      <w:pPr>
        <w:jc w:val="right"/>
      </w:pPr>
      <w:r>
        <w:t>وہ ہے نائنٹی سیون، نائنٹی سکسٹی سیون کی حد۔</w:t>
      </w:r>
    </w:p>
    <w:p>
      <w:r>
        <w:rPr>
          <w:b/>
        </w:rPr>
        <w:t xml:space="preserve">[25:16] </w:t>
      </w:r>
      <w:r>
        <w:t>aadha un ke paas, aadha un ke paas. to ab to arabon ke paas kuch bhi nahi hai. thoda sa yani do thode, do chhote chhote tukde hain.</w:t>
      </w:r>
    </w:p>
    <w:p>
      <w:pPr>
        <w:jc w:val="right"/>
      </w:pPr>
      <w:r>
        <w:t>آدھا ان کے پاس، آدھا ان کے پاس۔ تو اب تو عربوں کے پاس کچھ بھی نہیں ہے۔ تھوڑا سا یعنی دو تھوڑے، دو چھوٹے چھوٹے ٹکڑے ہیں۔</w:t>
      </w:r>
    </w:p>
    <w:p>
      <w:r>
        <w:rPr>
          <w:b/>
        </w:rPr>
        <w:t xml:space="preserve">[25:31] </w:t>
      </w:r>
      <w:r>
        <w:t>un ke paas do chhote chhote tukde hain bas. ek ghaza patti hai, ek ariha hai.</w:t>
      </w:r>
    </w:p>
    <w:p>
      <w:pPr>
        <w:jc w:val="right"/>
      </w:pPr>
      <w:r>
        <w:t>ان کے پاس دو چھوٹے چھوٹے ٹکڑے ہیں بس۔ ایک غزہ پٹی ہے، ایک اریحہ ہے۔</w:t>
      </w:r>
    </w:p>
    <w:p>
      <w:r>
        <w:rPr>
          <w:b/>
        </w:rPr>
        <w:t xml:space="preserve">[25:38] </w:t>
      </w:r>
      <w:r>
        <w:t>to saare arab duniya kya kehti hai? ke israel sixity seven ki had par wapas jaye. yahan par ek sawal yeh hai ke ninty forty eight mein jab partition hua tha to wahi to mila hua tha aap ko.</w:t>
      </w:r>
    </w:p>
    <w:p>
      <w:pPr>
        <w:jc w:val="right"/>
      </w:pPr>
      <w:r>
        <w:t>تو سارے عرب دنیا کیا کہتی ہے؟ کہ اسرائیل سکسٹی سیون کی حد پر واپس جائے۔ یہاں پر ایک سوال یہ ہے کہ نائنٹی فورٹی ایٹ میں جب پارٹیشن ہوا تھا تو وہی تو ملا ہوا تھا آپ کو۔</w:t>
      </w:r>
    </w:p>
    <w:p>
      <w:r>
        <w:rPr>
          <w:b/>
        </w:rPr>
        <w:t xml:space="preserve">[25:55] </w:t>
      </w:r>
      <w:r>
        <w:t>is waqt kyun nahi qabool kar liya aap ne?</w:t>
      </w:r>
    </w:p>
    <w:p>
      <w:pPr>
        <w:jc w:val="right"/>
      </w:pPr>
      <w:r>
        <w:t>اس وقت کیوں نہیں قبول کر لیا آپ نے؟</w:t>
      </w:r>
    </w:p>
    <w:p>
      <w:r>
        <w:rPr>
          <w:b/>
        </w:rPr>
        <w:t xml:space="preserve">[25:59] </w:t>
      </w:r>
      <w:r>
        <w:t>jis cheez ki mang aaj aap kar rahe hain saath baras ke baad wo to aap ko mila hi hua tha. forty eight mein. to kyun nahi qabool kiya aap ne?</w:t>
      </w:r>
    </w:p>
    <w:p>
      <w:pPr>
        <w:jc w:val="right"/>
      </w:pPr>
      <w:r>
        <w:t>جس چیز کی مانگ آج آپ کر رہے ہیں ساٹھ برس کے بعد وہ تو آپ کو ملا ہی ہوا تھا۔ فورٹی ایٹ میں۔ تو کیوں نہیں قبول کیا آپ نے؟</w:t>
      </w:r>
    </w:p>
    <w:p>
      <w:r>
        <w:rPr>
          <w:b/>
        </w:rPr>
        <w:t xml:space="preserve">[26:09] </w:t>
      </w:r>
      <w:r>
        <w:t>to us waqt josh mein the wo. hum yahood ko nikal den yahan se.</w:t>
      </w:r>
    </w:p>
    <w:p>
      <w:pPr>
        <w:jc w:val="right"/>
      </w:pPr>
      <w:r>
        <w:t>تو اس وقت جوش میں تھے وہ۔ ہم یہود کو نکال دیں یہاں سے۔</w:t>
      </w:r>
    </w:p>
    <w:p>
      <w:r>
        <w:rPr>
          <w:b/>
        </w:rPr>
        <w:t xml:space="preserve">[26:15] </w:t>
      </w:r>
      <w:r>
        <w:t>narmi fi al-bahr. to yeh kya tha? yeh haqeeqat ke khilaf chalna tha. avoidance ka matlab hai realistic approach.</w:t>
      </w:r>
    </w:p>
    <w:p>
      <w:pPr>
        <w:jc w:val="right"/>
      </w:pPr>
      <w:r>
        <w:t>نرمی فی البحر۔ تو یہ کیا تھا؟ یہ حقیقت کے خلاف چلنا تھا۔ اوائیڈنس کا مطلب ہے ریلسٹک اپروچ۔</w:t>
      </w:r>
    </w:p>
    <w:p>
      <w:r>
        <w:rPr>
          <w:b/>
        </w:rPr>
        <w:t xml:space="preserve">[26:28] </w:t>
      </w:r>
      <w:r>
        <w:t>realism.</w:t>
      </w:r>
    </w:p>
    <w:p>
      <w:pPr>
        <w:jc w:val="right"/>
      </w:pPr>
      <w:r>
        <w:t>ریلزم۔</w:t>
      </w:r>
    </w:p>
    <w:p>
      <w:r>
        <w:rPr>
          <w:b/>
        </w:rPr>
        <w:t xml:space="preserve">[26:33] </w:t>
      </w:r>
      <w:r>
        <w:t>ek martaba ek ek sahib, ek professor sahib ne mujh se poocha islam ka matlab. unhone kaha islam means realism. to bohat taajjub un ko hua.</w:t>
      </w:r>
    </w:p>
    <w:p>
      <w:pPr>
        <w:jc w:val="right"/>
      </w:pPr>
      <w:r>
        <w:t>ایک مرتبہ ایک ایک صاحب، ایک پروفیسر صاحب نے مجھ سے پوچھا اسلام کا مطلب۔ انہوں نے کہا اسلام مینز ریلزم۔ تو بہت تعجب ان کو ہوا۔</w:t>
      </w:r>
    </w:p>
    <w:p>
      <w:r>
        <w:rPr>
          <w:b/>
        </w:rPr>
        <w:t xml:space="preserve">[26:42] </w:t>
      </w:r>
      <w:r>
        <w:t>sahib means realism.</w:t>
      </w:r>
    </w:p>
    <w:p>
      <w:pPr>
        <w:jc w:val="right"/>
      </w:pPr>
      <w:r>
        <w:t>صاحب مینز ریلزم۔</w:t>
      </w:r>
    </w:p>
    <w:p>
      <w:r>
        <w:rPr>
          <w:b/>
        </w:rPr>
        <w:t xml:space="preserve">[26:48] </w:t>
      </w:r>
      <w:r>
        <w:t>realism matlab yeh hai ke aap jo Allah taala ka creation plan hai us ko manna. wo yeh hai ke har ek apni dor laga raha hai, har ek kahin na kahin aap ko challenge de raha hai.</w:t>
      </w:r>
    </w:p>
    <w:p>
      <w:pPr>
        <w:jc w:val="right"/>
      </w:pPr>
      <w:r>
        <w:t>ریلزم مطلب یہ ہے کہ آپ جو اللہ تعالیٰ کا کریشن پلان ہے اس کو ماننا۔ وہ یہ ہے کہ ہر ایک اپنی دوڑ لگا رہا ہے، ہر ایک کہیں نہ کہیں آپ کو چیلنج دے رہا ہے۔</w:t>
      </w:r>
    </w:p>
    <w:p>
      <w:r>
        <w:rPr>
          <w:b/>
        </w:rPr>
        <w:t xml:space="preserve">[27:02] </w:t>
      </w:r>
      <w:r>
        <w:t>to aap is ka kya karenge? ladenge?</w:t>
      </w:r>
    </w:p>
    <w:p>
      <w:pPr>
        <w:jc w:val="right"/>
      </w:pPr>
      <w:r>
        <w:t>تو آپ اس کا کیا کریں گے؟ لڑیں گے؟</w:t>
      </w:r>
    </w:p>
    <w:p>
      <w:r>
        <w:rPr>
          <w:b/>
        </w:rPr>
        <w:t xml:space="preserve">[27:06] </w:t>
      </w:r>
      <w:r>
        <w:t>kahin aap sulah karenge, kahin avoid karenge, kahin baat cheet karenge? to dekhiye ninty forty eight mein agar arabon ne us waqt ke status quo kama liya hota to kuch bhi nahi hota.</w:t>
      </w:r>
    </w:p>
    <w:p>
      <w:pPr>
        <w:jc w:val="right"/>
      </w:pPr>
      <w:r>
        <w:t>کہیں آپ صلح کریں گے، کہیں اوائیڈ کریں گے، کہیں بات چیت کریں گے؟ تو دیکھیے نائنٹی فورٹی ایٹ میں اگر عربوں نے اس وقت کے اسٹیٹس کو کما لیا ہوتا تو کچھ بھی نہیں ہوتا۔</w:t>
      </w:r>
    </w:p>
    <w:p>
      <w:r>
        <w:rPr>
          <w:b/>
        </w:rPr>
        <w:t xml:space="preserve">[27:22] </w:t>
      </w:r>
      <w:r>
        <w:t>kuch nahi chhinata un se.</w:t>
      </w:r>
    </w:p>
    <w:p>
      <w:pPr>
        <w:jc w:val="right"/>
      </w:pPr>
      <w:r>
        <w:t>کچھ نہیں چھنتا ان سے۔</w:t>
      </w:r>
    </w:p>
    <w:p>
      <w:r>
        <w:rPr>
          <w:b/>
        </w:rPr>
        <w:t xml:space="preserve">[27:25] </w:t>
      </w:r>
      <w:r>
        <w:t>na jaan maal ka nuqsan hota. na zillat hoti.</w:t>
      </w:r>
    </w:p>
    <w:p>
      <w:pPr>
        <w:jc w:val="right"/>
      </w:pPr>
      <w:r>
        <w:t>نہ جان مال کا نقصان ہوتا۔ نہ ذلت ہوتی۔</w:t>
      </w:r>
    </w:p>
    <w:p>
      <w:r>
        <w:rPr>
          <w:b/>
        </w:rPr>
        <w:t xml:space="preserve">[27:33] </w:t>
      </w:r>
      <w:r>
        <w:t>aaraaz ka matlab hai status quo kama lena. reality ko kama lena. to acceptance of status quo yahi hai realism, yahi hai islam.</w:t>
      </w:r>
    </w:p>
    <w:p>
      <w:pPr>
        <w:jc w:val="right"/>
      </w:pPr>
      <w:r>
        <w:t>اعراض کا مطلب ہے اسٹیٹس کو کما لینا۔ ریلٹی کو کما لینا۔ تو ایکسیپٹنس آف اسٹیٹس کو یہی ہے ریلزم، یہی ہے اسلام۔</w:t>
      </w:r>
    </w:p>
    <w:p>
      <w:r>
        <w:rPr>
          <w:b/>
        </w:rPr>
        <w:t xml:space="preserve">[27:46] </w:t>
      </w:r>
      <w:r>
        <w:t>is ke siwa jo hai wo zillat hai, nakami hai, nuqsan hai.</w:t>
      </w:r>
    </w:p>
    <w:p>
      <w:pPr>
        <w:jc w:val="right"/>
      </w:pPr>
      <w:r>
        <w:t>اس کے سوا جو ہے وہ ذلت ہے، ناکامی ہے، نقصان ہے۔</w:t>
      </w:r>
    </w:p>
    <w:p>
      <w:r>
        <w:rPr>
          <w:b/>
        </w:rPr>
        <w:t xml:space="preserve">[27:55] </w:t>
      </w:r>
      <w:r>
        <w:t>to farsi ka sher hai ke aanche daana kunat, kunat nadaan, leek baadesh kharabi besyaar. yani jo</w:t>
      </w:r>
    </w:p>
    <w:p>
      <w:pPr>
        <w:jc w:val="right"/>
      </w:pPr>
      <w:r>
        <w:t>تو فارسی کا شعر ہے کہ آنچ دانہ کنت، کنت ناداں، لیک بادش خرابی بسیار۔ یعنی جو</w:t>
      </w:r>
    </w:p>
    <w:p>
      <w:r>
        <w:rPr>
          <w:b/>
        </w:rPr>
        <w:t xml:space="preserve">[28:10] </w:t>
      </w:r>
      <w:r>
        <w:t>jo samajhdar aadmi karta hai wahi be samajh bhi karta hai lekin tabahi ke baad. to agar arabon ne ninty forty eight mein maan liya hota ke theek hai balfour ne jo partition kiya us ko aap mante hain.</w:t>
      </w:r>
    </w:p>
    <w:p>
      <w:pPr>
        <w:jc w:val="right"/>
      </w:pPr>
      <w:r>
        <w:t>جو سمجھدار آدمی کرتا ہے وہی بے سمجھ بھی کرتا ہے لیکن تباہی کے بعد۔ تو اگر عربوں نے نائنٹی فورٹی ایٹ میں مان لیا ہوتا کہ ٹھیک ہے بالفور نے جو پارٹیشن کیا اس کو آپ مانتے ہیں۔</w:t>
      </w:r>
    </w:p>
    <w:p>
      <w:r>
        <w:rPr>
          <w:b/>
        </w:rPr>
        <w:t xml:space="preserve">[28:26] </w:t>
      </w:r>
      <w:r>
        <w:t>to aadha un ke paas falasteen hota. is aadhe mein yerushalayim sara ka sara shamil tha. aqsa sari ki sari shamil thi.</w:t>
      </w:r>
    </w:p>
    <w:p>
      <w:pPr>
        <w:jc w:val="right"/>
      </w:pPr>
      <w:r>
        <w:t>تو آدھا ان کے پاس فلسطین ہوتا۔ اس آدھے میں یروشلم سارا کا سارا شامل تھا۔ اقصیٰ ساری کی ساری شامل تھی۔</w:t>
      </w:r>
    </w:p>
    <w:p>
      <w:r>
        <w:rPr>
          <w:b/>
        </w:rPr>
        <w:t xml:space="preserve">[28:34] </w:t>
      </w:r>
      <w:r>
        <w:t>ab lad gaye, lad gaye. kya hai? aaj kuch bhi nahi hai. kehte hain ke wahi dobara kehte hain ke wo hamein diya jaye. to koi dene wala nahi hai. yahi kashmir ka muamla hai.</w:t>
      </w:r>
    </w:p>
    <w:p>
      <w:pPr>
        <w:jc w:val="right"/>
      </w:pPr>
      <w:r>
        <w:t>اب لڑ گئے، لڑ گئے۔ کیا ہے؟ آج کچھ بھی نہیں ہے۔ کہتے ہیں کہ وہی دوبارہ کہتے ہیں کہ وہ ہمیں دیا جائے۔ تو کوئی دینے والا نہیں ہے۔ یہی کشمیر کا معاملہ ہے۔</w:t>
      </w:r>
    </w:p>
    <w:p>
      <w:r>
        <w:rPr>
          <w:b/>
        </w:rPr>
        <w:t xml:space="preserve">[28:47] </w:t>
      </w:r>
      <w:r>
        <w:t>kashmir mein nara lagaya, unhone azadi ka nara lagaya.</w:t>
      </w:r>
    </w:p>
    <w:p>
      <w:pPr>
        <w:jc w:val="right"/>
      </w:pPr>
      <w:r>
        <w:t>کشمیر میں نعرہ لگایا، انہوں نے آزادی کا نعرہ لگایا۔</w:t>
      </w:r>
    </w:p>
    <w:p>
      <w:r>
        <w:rPr>
          <w:b/>
        </w:rPr>
        <w:t xml:space="preserve">[28:52] </w:t>
      </w:r>
      <w:r>
        <w:t>ab kehte hain ke constitution mein jo hamare liye provision hai us ko hamein do. to jab de raha tha india, de raha tha tab to liya nahi.</w:t>
      </w:r>
    </w:p>
    <w:p>
      <w:pPr>
        <w:jc w:val="right"/>
      </w:pPr>
      <w:r>
        <w:t>اب کیا کہتے ہیں کہ کانسٹیٹیوشن میں جو ہمارے لیے پروویژن ہے اس کو ہمیں دو۔ تو جب دے رہا تھا انڈیا، دے رہا تھا تب تو لیا نہیں۔</w:t>
      </w:r>
    </w:p>
    <w:p>
      <w:r>
        <w:rPr>
          <w:b/>
        </w:rPr>
        <w:t xml:space="preserve">[29:02] </w:t>
      </w:r>
      <w:r>
        <w:t>ab tabah ho chuke hain. ek lakh aadmi mare ja chuke hain. kehte hain ke hamein de do wo.</w:t>
      </w:r>
    </w:p>
    <w:p>
      <w:pPr>
        <w:jc w:val="right"/>
      </w:pPr>
      <w:r>
        <w:t>اب تباہ ہو چکے ہیں۔ ایک لاکھ آدمی مارے جا چکے ہیں۔ کہتے ہیں کہ ہمیں دے دو وہ۔</w:t>
      </w:r>
    </w:p>
    <w:p>
      <w:r>
        <w:rPr>
          <w:b/>
        </w:rPr>
        <w:t xml:space="preserve">[29:09] </w:t>
      </w:r>
      <w:r>
        <w:t>yeh koi policy nahi hai.</w:t>
      </w:r>
    </w:p>
    <w:p>
      <w:pPr>
        <w:jc w:val="right"/>
      </w:pPr>
      <w:r>
        <w:t>یہ کوئی پالیسی نہیں ہے۔</w:t>
      </w:r>
    </w:p>
    <w:p>
      <w:r>
        <w:rPr>
          <w:b/>
        </w:rPr>
        <w:t xml:space="preserve">[29:13] </w:t>
      </w:r>
      <w:r>
        <w:t>yeh koi policy nahi hai.</w:t>
      </w:r>
    </w:p>
    <w:p>
      <w:pPr>
        <w:jc w:val="right"/>
      </w:pPr>
      <w:r>
        <w:t>یہ کوئی پالیسی نہیں ہے۔</w:t>
      </w:r>
    </w:p>
    <w:p>
      <w:r>
        <w:rPr>
          <w:b/>
        </w:rPr>
        <w:t xml:space="preserve">[29:17] </w:t>
      </w:r>
      <w:r>
        <w:t>agar yeh policy hoti stability mein aur policy mein kya farq hai mujhe bataiye. agar yeh koi policy ho to policy mein aur bewakoofi mein kya farq hai?</w:t>
      </w:r>
    </w:p>
    <w:p>
      <w:pPr>
        <w:jc w:val="right"/>
      </w:pPr>
      <w:r>
        <w:t>اگر یہ پالیسی ہوتی سٹیبلٹی میں اور پالیسی میں کیا فرق ہے مجھے بتائیے۔ اگر یہ کوئی پالیسی ہو تو پالیسی میں اور بیوقوفی میں کیا فرق ہے؟</w:t>
      </w:r>
    </w:p>
    <w:p>
      <w:r>
        <w:rPr>
          <w:b/>
        </w:rPr>
        <w:t xml:space="preserve">[29:31] </w:t>
      </w:r>
      <w:r>
        <w:t>policy woh hoti hai jis mein wisdom ho, samajhdari ho, danishmandi ho.</w:t>
      </w:r>
    </w:p>
    <w:p>
      <w:pPr>
        <w:jc w:val="right"/>
      </w:pPr>
      <w:r>
        <w:t>پالیسی وہ ہوتی ہے جس میں وزڈم ہو، سمجھداری ہو، دانشمندی ہو۔</w:t>
      </w:r>
    </w:p>
    <w:p>
      <w:r>
        <w:rPr>
          <w:b/>
        </w:rPr>
        <w:t xml:space="preserve">[29:40] </w:t>
      </w:r>
      <w:r>
        <w:t>to a'raaz ke ma'ne kya hain? bohat bari wisdom hai a'raaz. a'raaz hai ka matlab hai practical wisdom. a'raaz ka matlab hai practical wisdom.</w:t>
      </w:r>
    </w:p>
    <w:p>
      <w:pPr>
        <w:jc w:val="right"/>
      </w:pPr>
      <w:r>
        <w:t>تو اعراض کے معنی کیا ہیں؟ بہت بڑی وزڈم ہے اعراض۔ اعراض ہے کا مطلب ہے پریکٹیکل وزڈم۔ اعراض کا مطلب ہے پریکٹیکل وزڈم۔</w:t>
      </w:r>
    </w:p>
    <w:p>
      <w:r>
        <w:rPr>
          <w:b/>
        </w:rPr>
        <w:t xml:space="preserve">[29:53] </w:t>
      </w:r>
      <w:r>
        <w:t>yani kisi mauqe par jo cheez mumkin hai us ko maan lena.</w:t>
      </w:r>
    </w:p>
    <w:p>
      <w:pPr>
        <w:jc w:val="right"/>
      </w:pPr>
      <w:r>
        <w:t>یعنی کسی موقع پر جو چیز ممکن ہے اس کو مان لینا۔</w:t>
      </w:r>
    </w:p>
    <w:p>
      <w:r>
        <w:rPr>
          <w:b/>
        </w:rPr>
        <w:t xml:space="preserve">[30:00] </w:t>
      </w:r>
      <w:r>
        <w:t>har mauqe par aisa hota hai ke ek cheez hoti hai mumkin, ek hoti hai namumkin. to to kaha jata hai ke politics is art of the mumkin.</w:t>
      </w:r>
    </w:p>
    <w:p>
      <w:pPr>
        <w:jc w:val="right"/>
      </w:pPr>
      <w:r>
        <w:t>ہر موقع پر ایسا ہوتا ہے کہ ایک چیز ہوتی ہے ممکن، ایک ہوتی ہے ناممکن۔ تو تو کہا جاتا ہے کہ پولیٹکس از آرٹ آف دا ممکن۔</w:t>
      </w:r>
    </w:p>
    <w:p>
      <w:r>
        <w:rPr>
          <w:b/>
        </w:rPr>
        <w:t xml:space="preserve">[30:12] </w:t>
      </w:r>
      <w:r>
        <w:t>yeh yeh politics ki baat nahi, poori zindagi ki baat hai. ke life is art of the mumkin.</w:t>
      </w:r>
    </w:p>
    <w:p>
      <w:pPr>
        <w:jc w:val="right"/>
      </w:pPr>
      <w:r>
        <w:t>یہ یہ پولیٹکس کی بات نہیں، پوری زندگی کی بات ہے۔ کہ لائف از آرٹ آف دا ممکن۔</w:t>
      </w:r>
    </w:p>
    <w:p>
      <w:r>
        <w:rPr>
          <w:b/>
        </w:rPr>
        <w:t xml:space="preserve">[30:20] </w:t>
      </w:r>
      <w:r>
        <w:t>yeh jo kaha gaya hai politics is art of the mumkin, is ko aap wasee' ma'ne mein lijiye.</w:t>
      </w:r>
    </w:p>
    <w:p>
      <w:pPr>
        <w:jc w:val="right"/>
      </w:pPr>
      <w:r>
        <w:t>یہ جو کہا گیا ہے پولیٹکس از آرٹ آف دا ممکن، اس کو آپ وسیع معنی میں لیجیے۔</w:t>
      </w:r>
    </w:p>
    <w:p>
      <w:r>
        <w:rPr>
          <w:b/>
        </w:rPr>
        <w:t xml:space="preserve">[30:29] </w:t>
      </w:r>
      <w:r>
        <w:t>to kaha jayega ke life is art of the mumkin. yahi a'raaz hai, yahi sabr hai, yahi bardasht hai, yahi tahammul hai.</w:t>
      </w:r>
    </w:p>
    <w:p>
      <w:pPr>
        <w:jc w:val="right"/>
      </w:pPr>
      <w:r>
        <w:t>تو کہا جائے گا کہ لائف از آرٹ آف دا ممکن۔ یہی اعراض ہے، یہی صبر ہے، یہی برداشت ہے، یہی تحمل ہے۔</w:t>
      </w:r>
    </w:p>
    <w:p>
      <w:r>
        <w:rPr>
          <w:b/>
        </w:rPr>
        <w:t xml:space="preserve">[30:41] </w:t>
      </w:r>
      <w:r>
        <w:t>there is no other option. doosra option jo hai woh kya hai? tabahi hai. ya tabah ho jaiye ya phir zaleel ho kar ke aur wohi cheez chahiye jo khoi gayi hai aap se.</w:t>
      </w:r>
    </w:p>
    <w:p>
      <w:pPr>
        <w:jc w:val="right"/>
      </w:pPr>
      <w:r>
        <w:t>دیر از نو آدر آپشن۔ دوسرا آپشن جو ہے وہ کیا ہے؟ تباہی ہے۔ یا تباہ ہو جائیے یا پھر ذلیل ہو کر کے اور وہی چیز چاہیے جو کھوئی گئی ہے آپ سے۔</w:t>
      </w:r>
    </w:p>
    <w:p>
      <w:r>
        <w:rPr>
          <w:b/>
        </w:rPr>
        <w:t xml:space="preserve">[30:58] </w:t>
      </w:r>
      <w:r>
        <w:t>to Allah taala ne dekhiye itni bari universe banai, is mein namoona qaim kar diya. ke sitaron ko dekho. lash tujri al mustaqar, lash tujri al mustaqar.</w:t>
      </w:r>
    </w:p>
    <w:p>
      <w:pPr>
        <w:jc w:val="right"/>
      </w:pPr>
      <w:r>
        <w:t>تو اللہ تعالیٰ نے دیکھیے اتنی بڑی یونیورس بنائی، اس میں نمونہ قائم کر دیا۔ کہ ستاروں کو دیکھو۔ لش تجری المستقر، لش تجری المستقر۔</w:t>
      </w:r>
    </w:p>
    <w:p>
      <w:r>
        <w:rPr>
          <w:b/>
        </w:rPr>
        <w:t xml:space="preserve">[31:14] </w:t>
      </w:r>
      <w:r>
        <w:t>quran mein hai ke kul fi falakin yasbahun. har sitara harkat kar raha hai lekin apne apne dayre mein, apne apne orbit par.</w:t>
      </w:r>
    </w:p>
    <w:p>
      <w:pPr>
        <w:jc w:val="right"/>
      </w:pPr>
      <w:r>
        <w:t>قرآن میں ہے کہ کل فی فلکی اسبہون۔ ہر ستارہ حرکت کر رہا ہے لیکن اپنے اپنے دائرے میں، اپنے اپنے آربٹ پر۔</w:t>
      </w:r>
    </w:p>
    <w:p>
      <w:r>
        <w:rPr>
          <w:b/>
        </w:rPr>
        <w:t xml:space="preserve">[31:24] </w:t>
      </w:r>
      <w:r>
        <w:t>tum bhi aise karo. yeh sitare baghair takraye hue apna rasta chal rahe hain. tum bhi aise karo.</w:t>
      </w:r>
    </w:p>
    <w:p>
      <w:pPr>
        <w:jc w:val="right"/>
      </w:pPr>
      <w:r>
        <w:t>تم بھی ایسے کرو۔ یہ ستارے بغیر ٹکرائے ہوئے اپنا راستہ چل رہے ہیں۔ تم بھی ایسے کرو۔</w:t>
      </w:r>
    </w:p>
    <w:p>
      <w:r>
        <w:rPr>
          <w:b/>
        </w:rPr>
        <w:t xml:space="preserve">[31:33] </w:t>
      </w:r>
      <w:r>
        <w:t>animal bhi yahi karte hain apne instinct ke tehat.</w:t>
      </w:r>
    </w:p>
    <w:p>
      <w:pPr>
        <w:jc w:val="right"/>
      </w:pPr>
      <w:r>
        <w:t>اینیمل بھی یہی کرتے ہیں اپنے انسٹنٹ کے تحت۔</w:t>
      </w:r>
    </w:p>
    <w:p>
      <w:r>
        <w:rPr>
          <w:b/>
        </w:rPr>
        <w:t xml:space="preserve">[31:41] </w:t>
      </w:r>
      <w:r>
        <w:t>to principle of avoidance jo hai woh bohat bari wisdom hai, wisdom. is ke baghair aadmi is duniya mein kamyab nahi ho sakta.</w:t>
      </w:r>
    </w:p>
    <w:p>
      <w:pPr>
        <w:jc w:val="right"/>
      </w:pPr>
      <w:r>
        <w:t>تو پرنسپل آف اوائیڈنس جو ہے وہ بہت بڑی وزڈم ہے، وزڈم۔ اس کے بغیر آدمی اس دنیا میں کامیاب نہیں ہو سکتا۔</w:t>
      </w:r>
    </w:p>
    <w:p>
      <w:r>
        <w:rPr>
          <w:b/>
        </w:rPr>
        <w:t xml:space="preserve">[31:56] </w:t>
      </w:r>
      <w:r>
        <w:t>aaj kal logon ko samajh mein kyun nahi aati</w:t>
      </w:r>
    </w:p>
    <w:p>
      <w:pPr>
        <w:jc w:val="right"/>
      </w:pPr>
      <w:r>
        <w:t>آج کل لوگوں کو سمجھ میں کیوں نہیں آتی</w:t>
      </w:r>
    </w:p>
    <w:p>
      <w:r>
        <w:rPr>
          <w:b/>
        </w:rPr>
        <w:t xml:space="preserve">[31:58] </w:t>
      </w:r>
      <w:r>
        <w:t>sabr o a'raaz ki baat? yeh dekhein in ki nazar hoti hai a'raaz par. lekin honi chahiye nazar kis par honi chahiye? opportunity par honi chahiye.</w:t>
      </w:r>
    </w:p>
    <w:p>
      <w:pPr>
        <w:jc w:val="right"/>
      </w:pPr>
      <w:r>
        <w:t>صبر و اعراض کی بات؟ یہ دیکھیں ان کی نظر ہوتی ہے اعراض پر۔ لیکن ہونی چاہیے نظر کس پر ہونی چاہیے؟ اپرچونیٹی پر ہونی چاہیے۔</w:t>
      </w:r>
    </w:p>
    <w:p>
      <w:r>
        <w:rPr>
          <w:b/>
        </w:rPr>
        <w:t xml:space="preserve">[32:11] </w:t>
      </w:r>
      <w:r>
        <w:t>a'raaz aur sabr jo hai is par nazar jamaye rehte hain. to hum sabr kyun karein? hum a'raaz kyun karein? nahi, yeh dekho ke is se kya mil raha hai?</w:t>
      </w:r>
    </w:p>
    <w:p>
      <w:pPr>
        <w:jc w:val="right"/>
      </w:pPr>
      <w:r>
        <w:t>اعراض اور صبر جو ہے اس پر نظر جمائے رہتے ہیں۔ تو ہم صبر کیوں کریں؟ ہم اعراض کیوں کریں؟ نہیں، یہ دیکھو کہ اس سے کیا مل رہا ہے؟</w:t>
      </w:r>
    </w:p>
    <w:p>
      <w:r>
        <w:rPr>
          <w:b/>
        </w:rPr>
        <w:t xml:space="preserve">[32:23] </w:t>
      </w:r>
      <w:r>
        <w:t>result woh mil raha hai, opportunity ko avail karne ka mauqa.</w:t>
      </w:r>
    </w:p>
    <w:p>
      <w:pPr>
        <w:jc w:val="right"/>
      </w:pPr>
      <w:r>
        <w:t>رزلٹ وہ مل رہا ہے، اپرچونیٹی کو اویل کرنے کا موقع۔</w:t>
      </w:r>
    </w:p>
    <w:p>
      <w:r>
        <w:rPr>
          <w:b/>
        </w:rPr>
        <w:t xml:space="preserve">[32:31] </w:t>
      </w:r>
      <w:r>
        <w:t>jaise hi aap ulajhte hain, a'raaz nahi karte to opportunity kho jati hai.</w:t>
      </w:r>
    </w:p>
    <w:p>
      <w:pPr>
        <w:jc w:val="right"/>
      </w:pPr>
      <w:r>
        <w:t>جیسے ہی آپ الجھتے ہیں، اعراض نہیں کرتے تو اپرچونیٹی کھو جاتی ہے۔</w:t>
      </w:r>
    </w:p>
    <w:p>
      <w:r>
        <w:rPr>
          <w:b/>
        </w:rPr>
        <w:t xml:space="preserve">[32:39] </w:t>
      </w:r>
      <w:r>
        <w:t>yani first credibility is the opportunity. aur jaise hi aap a'raaz karte hain, sabr o bardasht karte hain to foran kya hota hai?</w:t>
      </w:r>
    </w:p>
    <w:p>
      <w:pPr>
        <w:jc w:val="right"/>
      </w:pPr>
      <w:r>
        <w:t>یعنی فرسٹ کریڈیبلٹی از دا اپرچونیٹی۔ اور جیسے ہی آپ اعراض کرتے ہیں، صبر و برداشت کرتے ہیں تو فوراً کیا ہوتا ہے؟</w:t>
      </w:r>
    </w:p>
    <w:p>
      <w:r>
        <w:rPr>
          <w:b/>
        </w:rPr>
        <w:t xml:space="preserve">[32:49] </w:t>
      </w:r>
      <w:r>
        <w:t>opportunity ko avail karne ka mauqa mil jata hai aap ko. yeh hai wisdom.</w:t>
      </w:r>
    </w:p>
    <w:p>
      <w:pPr>
        <w:jc w:val="right"/>
      </w:pPr>
      <w:r>
        <w:t>اپرچونیٹی کو اویل کرنے کا موقع مل جاتا ہے آپ کو۔ یہ ہے وزڈم۔</w:t>
      </w:r>
    </w:p>
    <w:p>
      <w:r>
        <w:rPr>
          <w:b/>
        </w:rPr>
        <w:t xml:space="preserve">[32:59] </w:t>
      </w:r>
      <w:r>
        <w:t>to a'raaz ka aaghaz yeh hai ke jo situation hai us situation mein status quo jo ban gaya hai us ko maan lijiye bas.</w:t>
      </w:r>
    </w:p>
    <w:p>
      <w:pPr>
        <w:jc w:val="right"/>
      </w:pPr>
      <w:r>
        <w:t>تو اعراض کا آغاز یہ ہے کہ جو سچویشن ہے اس سچویشن میں اسٹیٹس کو جو بن گیا ہے اس کو مان لیجیے بس۔</w:t>
      </w:r>
    </w:p>
    <w:p>
      <w:r>
        <w:rPr>
          <w:b/>
        </w:rPr>
        <w:t xml:space="preserve">[33:10] </w:t>
      </w:r>
      <w:r>
        <w:t>is se takraiye nahi. is policy ko jo Islam ki yeh policy hai is ko mein kaha karta hoon</w:t>
      </w:r>
    </w:p>
    <w:p>
      <w:pPr>
        <w:jc w:val="right"/>
      </w:pPr>
      <w:r>
        <w:t>اس سے ٹکرائیے نہیں۔ اس پالیسی کو جو اسلام کی یہ پالیسی ہے اس کو میں کہا کرتا ہوں</w:t>
      </w:r>
    </w:p>
    <w:p>
      <w:r>
        <w:rPr>
          <w:b/>
        </w:rPr>
        <w:t xml:space="preserve">[33:17] </w:t>
      </w:r>
      <w:r>
        <w:t>positive status quo-ism. positive status quo-ism. yani ek to hai ke jo hai us ko maan liya.</w:t>
      </w:r>
    </w:p>
    <w:p>
      <w:pPr>
        <w:jc w:val="right"/>
      </w:pPr>
      <w:r>
        <w:t>پازیٹیو اسٹیٹس کوئزم۔ پازیٹیو اسٹیٹس کوئزم۔ یعنی ایک تو ہے کہ جو ہے اس کو مان لیا۔</w:t>
      </w:r>
    </w:p>
    <w:p>
      <w:r>
        <w:rPr>
          <w:b/>
        </w:rPr>
        <w:t xml:space="preserve">[33:27] </w:t>
      </w:r>
      <w:r>
        <w:t>woh hai status quoism. lekin jab aap positive kahenge to iska matlab kya hoga?</w:t>
      </w:r>
    </w:p>
    <w:p>
      <w:pPr>
        <w:jc w:val="right"/>
      </w:pPr>
      <w:r>
        <w:t>وہ ہے اسٹیٹس کوئزم۔ لیکن جب آپ پازیٹیو کہیں گے تو اس کا مطلب کیا ہوگا؟</w:t>
      </w:r>
    </w:p>
    <w:p>
      <w:r>
        <w:rPr>
          <w:b/>
        </w:rPr>
        <w:t xml:space="preserve">[33:34] </w:t>
      </w:r>
      <w:r>
        <w:t>maan'ne ke baad result kya nikla? is ki taraf ishara hua. ke maan'te hi kya hua? opportunity ko avail karne ka mauqa mil gaya aap ko. to positive status quoism ka matlab kya hai?</w:t>
      </w:r>
    </w:p>
    <w:p>
      <w:pPr>
        <w:jc w:val="right"/>
      </w:pPr>
      <w:r>
        <w:t>ماننے کے بعد رزلٹ کیا نکلا؟ اس کی طرف اشارہ ہوا۔ کہ مانتے ہی کیا ہوا؟ اپرچونیٹی کو اویل کرنے کا موقع مل گیا آپ کو۔ تو پازیٹیو اسٹیٹس کوئزم کا مطلب کیا ہے؟</w:t>
      </w:r>
    </w:p>
    <w:p>
      <w:r>
        <w:rPr>
          <w:b/>
        </w:rPr>
        <w:t xml:space="preserve">[33:49] </w:t>
      </w:r>
      <w:r>
        <w:t>sooraj situation ko as it is maan lo. status quo ko as it is maan lo. aur isi waqt yeh dekho ke jo opportunities hain woh kya kya hain.</w:t>
      </w:r>
    </w:p>
    <w:p>
      <w:pPr>
        <w:jc w:val="right"/>
      </w:pPr>
      <w:r>
        <w:t>سورج سچویشن کو ایز اٹ از مان لو۔ اسٹیٹس کو کو ایز اٹ از مان لو۔ اور اسی وقت یہ دیکھو کہ جو اپرچونیٹیز ہیں وہ کیا کیا ہیں۔</w:t>
      </w:r>
    </w:p>
    <w:p>
      <w:r>
        <w:rPr>
          <w:b/>
        </w:rPr>
        <w:t xml:space="preserve">[33:59] </w:t>
      </w:r>
      <w:r>
        <w:t>is ko discover karo. aur phir is ko avail karo. yahi hai in mal usra yusra.</w:t>
      </w:r>
    </w:p>
    <w:p>
      <w:pPr>
        <w:jc w:val="right"/>
      </w:pPr>
      <w:r>
        <w:t>اس کو ڈسکور کرو۔ اور پھر اس کو اویل کرو۔ یہی ہے ان مال اسر یسرا۔</w:t>
      </w:r>
    </w:p>
    <w:p>
      <w:r>
        <w:rPr>
          <w:b/>
        </w:rPr>
        <w:t xml:space="preserve">[34:09] </w:t>
      </w:r>
      <w:r>
        <w:t>rasool Allah sal Allah alaihi wasallam ne poori policy jo hai is ko ek lafz mein bayan karna ho, ek lafz mein. yahi mein kahunga ke woh thi positive status quoism. ek lafz mein.</w:t>
      </w:r>
    </w:p>
    <w:p>
      <w:pPr>
        <w:jc w:val="right"/>
      </w:pPr>
      <w:r>
        <w:t>رسول اللہ صلی اللہ علیہ وسلم نے پوری پالیسی جو ہے اس کو ایک لفظ میں بیان کرنا ہو، ایک لفظ میں۔ یہی میں کہوں گا کہ وہ تھی پازیٹیو اسٹیٹس کوئزم۔ ایک لفظ میں۔</w:t>
      </w:r>
    </w:p>
    <w:p>
      <w:r>
        <w:rPr>
          <w:b/>
        </w:rPr>
        <w:t xml:space="preserve">[34:22] </w:t>
      </w:r>
      <w:r>
        <w:t>poori policy. poore taees saal mein aap ne yahi kiya.</w:t>
      </w:r>
    </w:p>
    <w:p>
      <w:pPr>
        <w:jc w:val="right"/>
      </w:pPr>
      <w:r>
        <w:t>پوری پالیسی۔ پورے تئیس سال میں آپ نے یہی کیا۔</w:t>
      </w:r>
    </w:p>
    <w:p>
      <w:r>
        <w:rPr>
          <w:b/>
        </w:rPr>
        <w:t xml:space="preserve">[34:29] </w:t>
      </w:r>
      <w:r>
        <w:t>ek thi aap ki ideology. woh tauheed par base karti thi. yaani ideology ko batana ho to kaha jayega ke tauheed.</w:t>
      </w:r>
    </w:p>
    <w:p>
      <w:pPr>
        <w:jc w:val="right"/>
      </w:pPr>
      <w:r>
        <w:t>ایک تھی آپ کی آئیڈیالوجی۔ وہ توحید پر بیس کرتی تھی۔ یعنی آئیڈیالوجی کو بتانا ہو تو کہا جائے گا کہ توحید۔</w:t>
      </w:r>
    </w:p>
    <w:p>
      <w:r>
        <w:rPr>
          <w:b/>
        </w:rPr>
        <w:t xml:space="preserve">[34:39] </w:t>
      </w:r>
      <w:r>
        <w:t>rasool Allah sal Allah alaihi wasallam ki ideology ko batana ho to kaha jayega ke tauheed. aur agar aap ki</w:t>
      </w:r>
    </w:p>
    <w:p>
      <w:pPr>
        <w:jc w:val="right"/>
      </w:pPr>
      <w:r>
        <w:t>رسول اللہ صلی اللہ علیہ وسلم کی آئیڈیالوجی کو بتانا ہو تو کہا جائے گا کہ توحید۔ اور اگر آپ کی</w:t>
      </w:r>
    </w:p>
    <w:p>
      <w:r>
        <w:rPr>
          <w:b/>
        </w:rPr>
        <w:t xml:space="preserve">[34:47] </w:t>
      </w:r>
      <w:r>
        <w:t>yaani aap ke amli aap ka amli tareeqa kya tha? is ko batana ho to kaha jayega ke positive status quoism.</w:t>
      </w:r>
    </w:p>
    <w:p>
      <w:pPr>
        <w:jc w:val="right"/>
      </w:pPr>
      <w:r>
        <w:t>یعنی آپ کے عملی آپ کا عملی طریقہ کیا تھا؟ اس کو بتانا ہو تو کہا جائے گا کہ پازیٹیو اسٹیٹس کوئزم۔</w:t>
      </w:r>
    </w:p>
    <w:p>
      <w:r>
        <w:rPr>
          <w:b/>
        </w:rPr>
        <w:t xml:space="preserve">[35:03] </w:t>
      </w:r>
      <w:r>
        <w:t>kyunke aap akele akele agar aap akele hon tab wahan par kuch nahi sawal hai. aap jaise chahe doriye, chahe uchhliye, koodiye. to aap akele hain jo chahe kijiye.</w:t>
      </w:r>
    </w:p>
    <w:p>
      <w:pPr>
        <w:jc w:val="right"/>
      </w:pPr>
      <w:r>
        <w:t>کیونکہ آپ اکیلے اکیلے اگر آپ اکیلے ہوں تب وہاں پر کچھ نہیں سوال ہے۔ آپ جیسے چاہے دوڑیے، چاہے اچھلیے، کودیے۔ تو آپ اکیلے ہیں جو چاہے کیجیے۔</w:t>
      </w:r>
    </w:p>
    <w:p>
      <w:r>
        <w:rPr>
          <w:b/>
        </w:rPr>
        <w:t xml:space="preserve">[35:15] </w:t>
      </w:r>
      <w:r>
        <w:t>lekin jab aap society mein hain, logon ke beech mein hain. aap ke aas paas doosre log bhi hain.</w:t>
      </w:r>
    </w:p>
    <w:p>
      <w:pPr>
        <w:jc w:val="right"/>
      </w:pPr>
      <w:r>
        <w:t>لیکن جب آپ سوسائٹی میں ہیں، لوگوں کے بیچ میں ہیں۔ آپ کے آس پاس دوسرے لوگ بھی ہیں۔</w:t>
      </w:r>
    </w:p>
    <w:p>
      <w:r>
        <w:rPr>
          <w:b/>
        </w:rPr>
        <w:t xml:space="preserve">[35:22] </w:t>
      </w:r>
      <w:r>
        <w:t>un ki bhi design hai, un ka bhi plan hai, un ka bhi goal hai. to is ke liye woh active honge?</w:t>
      </w:r>
    </w:p>
    <w:p>
      <w:pPr>
        <w:jc w:val="right"/>
      </w:pPr>
      <w:r>
        <w:t>ان کی بھی ڈیزائن ہے، ان کا بھی پلان ہے، ان کا بھی گول ہے۔ تو اس کے لیے وہ ایکٹیو ہوں گے؟</w:t>
      </w:r>
    </w:p>
    <w:p>
      <w:r>
        <w:rPr>
          <w:b/>
        </w:rPr>
        <w:t xml:space="preserve">[35:31] </w:t>
      </w:r>
      <w:r>
        <w:t>kyun nahi active honge? phir is ko aap kahein ke yeh conspiracy kar raha hai. koi kaam is conspiracy nahi.</w:t>
      </w:r>
    </w:p>
    <w:p>
      <w:pPr>
        <w:jc w:val="right"/>
      </w:pPr>
      <w:r>
        <w:t>کیوں نہیں ایکٹیو ہوں گے؟ پھر اس کو آپ کہیں کہ یہ کانسپریسی کر رہا ہے۔ کوئی کام اس کانسپریسی نہیں۔</w:t>
      </w:r>
    </w:p>
    <w:p>
      <w:r>
        <w:rPr>
          <w:b/>
        </w:rPr>
        <w:t xml:space="preserve">[35:41] </w:t>
      </w:r>
      <w:r>
        <w:t>na koi conspiracy hai, na koi zalim hai, na koi aap ka dushman hai. yeh sab bilkul yaani absurd baatein hain.</w:t>
      </w:r>
    </w:p>
    <w:p>
      <w:pPr>
        <w:jc w:val="right"/>
      </w:pPr>
      <w:r>
        <w:t>نہ کوئی کانسپریسی ہے، نہ کوئی ظالم ہے، نہ کوئی آپ کا دشمن ہے۔ یہ سب بالکل یعنی ایبسرٹ باتیں ہیں۔</w:t>
      </w:r>
    </w:p>
    <w:p>
      <w:r>
        <w:rPr>
          <w:b/>
        </w:rPr>
        <w:t xml:space="preserve">[35:53] </w:t>
      </w:r>
      <w:r>
        <w:t>falan dushman hai, falan conspiracy kar raha hai. yeh sab bilkul hi</w:t>
      </w:r>
    </w:p>
    <w:p>
      <w:pPr>
        <w:jc w:val="right"/>
      </w:pPr>
      <w:r>
        <w:t>فلاں دشمن ہے، فلاں کانسپریسی کر رہا ہے۔ یہ سب بالکل ہی</w:t>
      </w:r>
    </w:p>
    <w:p>
      <w:r>
        <w:rPr>
          <w:b/>
        </w:rPr>
        <w:t xml:space="preserve">[36:00] </w:t>
      </w:r>
      <w:r>
        <w:t>absurd baatein hain, baseless baatein hain. har aadmi apni azadi ko istemal kar raha hai, yeh baat hai. yaani Khuda ne azadi di hai to sirf aap ko azadi hai, doosre ko nahi di hai.</w:t>
      </w:r>
    </w:p>
    <w:p>
      <w:pPr>
        <w:jc w:val="right"/>
      </w:pPr>
      <w:r>
        <w:t>ایبسرٹ باتیں ہیں، بیس لیس باتیں ہیں۔ ہر آدمی اپنی آزادی کو استعمال کر رہا ہے، یہ بات ہے۔ یعنی خدا نے آزادی دی ہے تو صرف آپ کو آزادی ہے، دوسرے کو نہیں دی ہے۔</w:t>
      </w:r>
    </w:p>
    <w:p>
      <w:r>
        <w:rPr>
          <w:b/>
        </w:rPr>
        <w:t xml:space="preserve">[36:14] </w:t>
      </w:r>
      <w:r>
        <w:t>aap ko apni gaadi daura rahe hain to aap ko azadi hai.</w:t>
      </w:r>
    </w:p>
    <w:p>
      <w:pPr>
        <w:jc w:val="right"/>
      </w:pPr>
      <w:r>
        <w:t>آپ کو اپنی گاڑی دوڑا رہے ہیں تو آپ کو آزادی ہے۔</w:t>
      </w:r>
    </w:p>
    <w:p>
      <w:r>
        <w:rPr>
          <w:b/>
        </w:rPr>
        <w:t xml:space="preserve">[36:17] </w:t>
      </w:r>
      <w:r>
        <w:t>to doosra gaadi band kar dega apni? woh nahi daudayega. sab daudayenge.</w:t>
      </w:r>
    </w:p>
    <w:p>
      <w:pPr>
        <w:jc w:val="right"/>
      </w:pPr>
      <w:r>
        <w:t>تو دوسرا گاڑی بند کر دے گا اپنی؟ وہ نہیں دوڑائے گا۔ سب دوڑائیں گے۔</w:t>
      </w:r>
    </w:p>
    <w:p>
      <w:r>
        <w:rPr>
          <w:b/>
        </w:rPr>
        <w:t xml:space="preserve">[36:32] </w:t>
      </w:r>
      <w:r>
        <w:t>jo daudane, jo aisa kare ke doosri gaadi ko band karna chahe to woh chalne wala bhi nahi. mein apna ek ek ek dilchasp tajruba arz karta hoon.</w:t>
      </w:r>
    </w:p>
    <w:p>
      <w:pPr>
        <w:jc w:val="right"/>
      </w:pPr>
      <w:r>
        <w:t>جو دوڑانے، جو ایسا کرے کہ دوسری گاڑی کو بند کرنا چاہے تو وہ چلنے والا بھی نہیں۔ میں اپنا ایک ایک ایک دلچسپ تجربہ عرض کرتا ہوں۔</w:t>
      </w:r>
    </w:p>
    <w:p>
      <w:r>
        <w:rPr>
          <w:b/>
        </w:rPr>
        <w:t xml:space="preserve">[36:43] </w:t>
      </w:r>
      <w:r>
        <w:t>ninety forty seven se pehle mein gaya tha Hyderabad. jab wahan nawab ki riyasat thi qaim.</w:t>
      </w:r>
    </w:p>
    <w:p>
      <w:pPr>
        <w:jc w:val="right"/>
      </w:pPr>
      <w:r>
        <w:t>نائنٹی فورٹی سیون سے پہلے میں گیا تھا حیدرآباد۔ جب وہاں نواب کی ریاست تھی قائم۔</w:t>
      </w:r>
    </w:p>
    <w:p>
      <w:r>
        <w:rPr>
          <w:b/>
        </w:rPr>
        <w:t xml:space="preserve">[36:52] </w:t>
      </w:r>
      <w:r>
        <w:t>ninety forty seven se pehle.</w:t>
      </w:r>
    </w:p>
    <w:p>
      <w:pPr>
        <w:jc w:val="right"/>
      </w:pPr>
      <w:r>
        <w:t>نائنٹی فورٹی سیون سے پہلے۔</w:t>
      </w:r>
    </w:p>
    <w:p>
      <w:r>
        <w:rPr>
          <w:b/>
        </w:rPr>
        <w:t xml:space="preserve">[36:56] </w:t>
      </w:r>
      <w:r>
        <w:t>to ek road par mein paidal chal raha tha. achaanak mein ne dekha ke saare road par police wale phail gaye hain. aur sab ko hata rahe hain police.</w:t>
      </w:r>
    </w:p>
    <w:p>
      <w:pPr>
        <w:jc w:val="right"/>
      </w:pPr>
      <w:r>
        <w:t>تو ایک روڈ پر میں پیدل چل رہا تھا۔ اچانک میں نے دیکھا کہ سارے روڈ پر پولیس والے پھیلے گئے ہیں۔ اور سب کو ہٹا رہے ہیں پولیس۔</w:t>
      </w:r>
    </w:p>
    <w:p>
      <w:r>
        <w:rPr>
          <w:b/>
        </w:rPr>
        <w:t xml:space="preserve">[37:07] </w:t>
      </w:r>
      <w:r>
        <w:t>danday liye gaye hain.</w:t>
      </w:r>
    </w:p>
    <w:p>
      <w:pPr>
        <w:jc w:val="right"/>
      </w:pPr>
      <w:r>
        <w:t>ڈنڈے لیے گئے ہیں۔</w:t>
      </w:r>
    </w:p>
    <w:p>
      <w:r>
        <w:rPr>
          <w:b/>
        </w:rPr>
        <w:t xml:space="preserve">[37:08] </w:t>
      </w:r>
      <w:r>
        <w:t>to mujh ko aur sab logon ko unhone side ke raston, galiyon mein daal diya. jo road thi, main road, us ko ek dam khaali kar diya unhone.</w:t>
      </w:r>
    </w:p>
    <w:p>
      <w:pPr>
        <w:jc w:val="right"/>
      </w:pPr>
      <w:r>
        <w:t>تو مجھ کو اور سب لوگوں کو انہوں نے سائیڈ کے راستوں، گلیوں میں ڈال دیا۔ جو روڈ تھی، مین روڈ، اس کو ایک دم خالی کر دیا انہوں نے۔</w:t>
      </w:r>
    </w:p>
    <w:p>
      <w:r>
        <w:rPr>
          <w:b/>
        </w:rPr>
        <w:t xml:space="preserve">[37:20] </w:t>
      </w:r>
      <w:r>
        <w:t>mein jaanta tha nahi tha ke kya ho raha hai yeh. to koi bhi aadmi chahe paidal ho ya rickshaw par ho.</w:t>
      </w:r>
    </w:p>
    <w:p>
      <w:pPr>
        <w:jc w:val="right"/>
      </w:pPr>
      <w:r>
        <w:t>میں جانتا تھا نہیں تھا کہ کیا ہو رہا ہے یہ۔ تو کوئی بھی آدمی چاہے پیدل ہو یا رکشے پر ہو۔</w:t>
      </w:r>
    </w:p>
    <w:p>
      <w:r>
        <w:rPr>
          <w:b/>
        </w:rPr>
        <w:t xml:space="preserve">[37:30] </w:t>
      </w:r>
      <w:r>
        <w:t>is waqt zayada tar rikshay sawari karte thay log. to sab side ke raston mein, side galiyon mein, side ke road par daal diye gaye.</w:t>
      </w:r>
    </w:p>
    <w:p>
      <w:pPr>
        <w:jc w:val="right"/>
      </w:pPr>
      <w:r>
        <w:t>اس وقت زیادہ تر رکشے سواریاں کرتے تھے لوگ۔ تو سب سائیڈ کے راستوں میں، سائیڈ گلیوں میں، سائیڈ کے روڈ پر ڈال دیے گئے۔</w:t>
      </w:r>
    </w:p>
    <w:p>
      <w:r>
        <w:rPr>
          <w:b/>
        </w:rPr>
        <w:t xml:space="preserve">[37:39] </w:t>
      </w:r>
      <w:r>
        <w:t>aur road par bilkul khali kar diye yahan se wahan tak. ab mein dekh raha tha, tamasha dekh raha tha. phir</w:t>
      </w:r>
    </w:p>
    <w:p>
      <w:pPr>
        <w:jc w:val="right"/>
      </w:pPr>
      <w:r>
        <w:t>اور روڈ پر بالکل خالی کر دیے یہاں سے وہاں تک۔ اب میں دیکھ رہا تھا، تماشہ دیکھ رہا تھا۔ پھر</w:t>
      </w:r>
    </w:p>
    <w:p>
      <w:r>
        <w:rPr>
          <w:b/>
        </w:rPr>
        <w:t xml:space="preserve">[37:47] </w:t>
      </w:r>
      <w:r>
        <w:t>teen car zahir huin. teen carain. aur tezi se aayi idhar se aur phir idhar chali gayi. maloom hua ke is mein beech mein nawab hyderabad hain.</w:t>
      </w:r>
    </w:p>
    <w:p>
      <w:pPr>
        <w:jc w:val="right"/>
      </w:pPr>
      <w:r>
        <w:t>تین کار ظاہر ہوئیں۔ تین کاریں۔ اور تیزی سے آئی ادھر سے اور پھر ادھر چلی گئی۔ معلوم ہوا کہ اس میں بیچ میں نواب حیدرآباد ہیں۔</w:t>
      </w:r>
    </w:p>
    <w:p>
      <w:r>
        <w:rPr>
          <w:b/>
        </w:rPr>
        <w:t xml:space="preserve">[38:02] </w:t>
      </w:r>
      <w:r>
        <w:t>aage ek car hai un ki</w:t>
      </w:r>
    </w:p>
    <w:p>
      <w:pPr>
        <w:jc w:val="right"/>
      </w:pPr>
      <w:r>
        <w:t>آگے ایک کار ہے ان کی</w:t>
      </w:r>
    </w:p>
    <w:p>
      <w:r>
        <w:rPr>
          <w:b/>
        </w:rPr>
        <w:t xml:space="preserve">[38:04] </w:t>
      </w:r>
      <w:r>
        <w:t>aur peechay ek car hai un ki. in ka amla hai, in ki security hai. phir jab baad ko mein hyderabad gaya to ab kuch bhi nahin.</w:t>
      </w:r>
    </w:p>
    <w:p>
      <w:pPr>
        <w:jc w:val="right"/>
      </w:pPr>
      <w:r>
        <w:t>اور پیچھے ایک کار ہے ان کی۔ ان کا عملہ ہے، ان کی سیکیورٹی ہے۔ پھر جب بعد کو میں حیدرآباد گیا تو اب کچھ بھی نہیں۔</w:t>
      </w:r>
    </w:p>
    <w:p>
      <w:r>
        <w:rPr>
          <w:b/>
        </w:rPr>
        <w:t xml:space="preserve">[38:16] </w:t>
      </w:r>
      <w:r>
        <w:t>ab nawab sahab ke bete atay hain, jatay hain to koi road khali nahin ki aati.</w:t>
      </w:r>
    </w:p>
    <w:p>
      <w:pPr>
        <w:jc w:val="right"/>
      </w:pPr>
      <w:r>
        <w:t>اب نواب صاحب کے بیٹے آتے ہیں، جاتے ہیں تو کوئی روڈ خالی نہیں کی آتی۔</w:t>
      </w:r>
    </w:p>
    <w:p>
      <w:r>
        <w:rPr>
          <w:b/>
        </w:rPr>
        <w:t xml:space="preserve">[38:22] </w:t>
      </w:r>
      <w:r>
        <w:t>jo doosray chalte hain waisay un ko bhi chalna parta hai. to agar aap aisa karein to woh chalne wala nahin hai woh. khuda ki dunya mein agar aap ba-khud chand din aisa karein ke sab ki gariyan rok dein, sab ke rastay band kar dein</w:t>
      </w:r>
    </w:p>
    <w:p>
      <w:pPr>
        <w:jc w:val="right"/>
      </w:pPr>
      <w:r>
        <w:t>جو دوسرے چلتے ہیں ویسے ان کو بھی چلنا پڑتا ہے۔ تو اگر آپ ایسا کریں تو وہ چلنے والا نہیں ہے وہ۔ خدا کی دنیا میں اگر آپ بالفرض چند دن ایسا کریں کہ سب کی گاڑیاں روک دیں، سب کے راستے بند کر دیں</w:t>
      </w:r>
    </w:p>
    <w:p>
      <w:r>
        <w:rPr>
          <w:b/>
        </w:rPr>
        <w:t xml:space="preserve">[38:40] </w:t>
      </w:r>
      <w:r>
        <w:t>to chalne wala nahin hai, woh toot jaye ga woh. kyun? There is again the creation plan of God.</w:t>
      </w:r>
    </w:p>
    <w:p>
      <w:pPr>
        <w:jc w:val="right"/>
      </w:pPr>
      <w:r>
        <w:t>تو چلنے والا نہیں ہے، وہ ٹوٹ جائے گا وہ۔ کیوں؟ دیر از اگین دی کریشن پلانٹ آف گاڈ۔</w:t>
      </w:r>
    </w:p>
    <w:p>
      <w:r>
        <w:rPr>
          <w:b/>
        </w:rPr>
        <w:t xml:space="preserve">[38:50] </w:t>
      </w:r>
      <w:r>
        <w:t>to wohi hyderabad jahan ke woh un ka mujhe maloom hua ke woh rozana jatay thay, woh apni kothi se nikal kar ke koi jagah thi wahan par jaya karte thay daily.</w:t>
      </w:r>
    </w:p>
    <w:p>
      <w:pPr>
        <w:jc w:val="right"/>
      </w:pPr>
      <w:r>
        <w:t>تو وہی حیدرآباد جہاں کے وہ ان کا مجھے معلوم ہوا کہ وہ روزانہ جاتے تھے، وہ اپنی کوٹھی سے نکل کر کے کوئی جگہ تھی وہاں پر جایا کرتے تھے ڈیلی۔</w:t>
      </w:r>
    </w:p>
    <w:p>
      <w:r>
        <w:rPr>
          <w:b/>
        </w:rPr>
        <w:t xml:space="preserve">[39:03] </w:t>
      </w:r>
      <w:r>
        <w:t>is waqt sarkain khali kar di jati theen. yahan se wahan tak sab sarkain khali.</w:t>
      </w:r>
    </w:p>
    <w:p>
      <w:pPr>
        <w:jc w:val="right"/>
      </w:pPr>
      <w:r>
        <w:t>اس وقت سڑکیں خالی کر دی جاتی تھیں۔ یہاں سے وہاں تک سب سڑکیں خالی۔</w:t>
      </w:r>
    </w:p>
    <w:p>
      <w:r>
        <w:rPr>
          <w:b/>
        </w:rPr>
        <w:t xml:space="preserve">[39:09] </w:t>
      </w:r>
      <w:r>
        <w:t>ab kuch nahin. woh to mar gaye, un ke bete potay hain, un ke liye koi sarak khali nahin karta. to is dunya mein aap yaad rakhiye ke aap agar chalayein aisi cheez ke bila sabr kiye rehna hai, bila araz kiye rehna hai,</w:t>
      </w:r>
    </w:p>
    <w:p>
      <w:pPr>
        <w:jc w:val="right"/>
      </w:pPr>
      <w:r>
        <w:t>اب کچھ نہیں۔ وہ تو مر گئے، ان کے بیٹے پوتے ہیں، ان کے لیے کوئی سڑک خالی نہیں کرتا۔ تو اس دنیا میں آپ یاد رکھیے کہ آپ اگر چلائیں ایسی چیز کہ بلا صبر کیے رہنا ہے، بلا اعراض کیے رہنا ہے،</w:t>
      </w:r>
    </w:p>
    <w:p>
      <w:r>
        <w:rPr>
          <w:b/>
        </w:rPr>
        <w:t xml:space="preserve">[39:25] </w:t>
      </w:r>
      <w:r>
        <w:t>baghair avoid kiye rehna hai to aap chal nahin painge. aap crush kar diye jainge. aap road se hata diye jainge.</w:t>
      </w:r>
    </w:p>
    <w:p>
      <w:pPr>
        <w:jc w:val="right"/>
      </w:pPr>
      <w:r>
        <w:t>بغیر اوائڈ کیے رہنا ہے تو آپ چل نہیں پائیں گے۔ آپ کرش کر دیے جائیں گے۔ آپ روڈ سے ہٹا دیے جائیں گے۔</w:t>
      </w:r>
    </w:p>
    <w:p>
      <w:r>
        <w:rPr>
          <w:b/>
        </w:rPr>
        <w:t xml:space="preserve">[39:40] </w:t>
      </w:r>
      <w:r>
        <w:t>to woh kijiye jo jo chalne wali baat hai.</w:t>
      </w:r>
    </w:p>
    <w:p>
      <w:pPr>
        <w:jc w:val="right"/>
      </w:pPr>
      <w:r>
        <w:t>تو وہ کیجیے جو جو چلنے والی بات ہے۔</w:t>
      </w:r>
    </w:p>
    <w:p>
      <w:r>
        <w:rPr>
          <w:b/>
        </w:rPr>
        <w:t xml:space="preserve">[39:51] </w:t>
      </w:r>
      <w:r>
        <w:t>jo chalne wali baat hai. farsi ka ek sher hai ke chira kar kun zaal il ke baad aayat-e-pashaimani. chira kar kun zaal il ke baad aayat-e-pashaimani.</w:t>
      </w:r>
    </w:p>
    <w:p>
      <w:pPr>
        <w:jc w:val="right"/>
      </w:pPr>
      <w:r>
        <w:t>جو چلنے والی بات ہے۔ فارسی کا ایک شعر ہے کہ چرا کار کن داخل کے بعد آیت پشیمانی۔ چرا کار کن داخل کے بعد آیت پشیمانی۔</w:t>
      </w:r>
    </w:p>
    <w:p>
      <w:r>
        <w:rPr>
          <w:b/>
        </w:rPr>
        <w:t xml:space="preserve">[40:06] </w:t>
      </w:r>
      <w:r>
        <w:t>yani aadmi woh kaam kyun kare jis ke aakhir mein sharmindagi aanay wali hai?</w:t>
      </w:r>
    </w:p>
    <w:p>
      <w:pPr>
        <w:jc w:val="right"/>
      </w:pPr>
      <w:r>
        <w:t>یعنی آدمی وہ کام کیوں کرے جس کے آخر میں شرمندگی آنے والی ہے؟</w:t>
      </w:r>
    </w:p>
    <w:p>
      <w:r>
        <w:rPr>
          <w:b/>
        </w:rPr>
        <w:t xml:space="preserve">[40:14] </w:t>
      </w:r>
      <w:r>
        <w:t>aadmi woh kaam kyun kare jis ke aakhir mein sharmindagi aanay wali hai? matlab kashmiriyon mein larai ki, larai ki, larai ki saaray baras tak.</w:t>
      </w:r>
    </w:p>
    <w:p>
      <w:pPr>
        <w:jc w:val="right"/>
      </w:pPr>
      <w:r>
        <w:t>آدمی وہ کام کیوں کرے جس کے آخر میں شرمندگی آنے والی ہے؟ مطلب کشمیریوں میں لڑائی کی، لڑائی کی، لڑائی کی ساڑھے برس تک۔</w:t>
      </w:r>
    </w:p>
    <w:p>
      <w:r>
        <w:rPr>
          <w:b/>
        </w:rPr>
        <w:t xml:space="preserve">[40:23] </w:t>
      </w:r>
      <w:r>
        <w:t>ab kya kehte hain ke theek hai hamein constitution ke huqooq de dijiye. to sharmindagi to baat hai yeh hui. woh to milay huay thay tum ko.</w:t>
      </w:r>
    </w:p>
    <w:p>
      <w:pPr>
        <w:jc w:val="right"/>
      </w:pPr>
      <w:r>
        <w:t>اب کیا کہتے ہیں کہ ٹھیک ہے ہمیں کانسٹیٹیوشن کے حقوق دے دیجیے۔ تو شرمندگی تو بات ہے یہ ہوئی۔ وہ تو ملے ہوئے تھے تم کو۔</w:t>
      </w:r>
    </w:p>
    <w:p>
      <w:r>
        <w:rPr>
          <w:b/>
        </w:rPr>
        <w:t xml:space="preserve">[40:32] </w:t>
      </w:r>
      <w:r>
        <w:t>tum ne kaha ke nahin hamein yeh nahin chahiye, hamein to azadi chahiye.</w:t>
      </w:r>
    </w:p>
    <w:p>
      <w:pPr>
        <w:jc w:val="right"/>
      </w:pPr>
      <w:r>
        <w:t>تم نے کہا کہ نہیں ہمیں یہ نہیں چاہیے، ہمیں تو آزادی چاہیے۔</w:t>
      </w:r>
    </w:p>
    <w:p>
      <w:r>
        <w:rPr>
          <w:b/>
        </w:rPr>
        <w:t xml:space="preserve">[40:37] </w:t>
      </w:r>
      <w:r>
        <w:t>ab bohat nuqsan hua, bohat nuqsan, bohat nuqsan hua. to ab kehte hain ke theek hai bhai de dijiye. falasteen mein yeh hua, arbon ne beshumar nuqsanat uthaye.</w:t>
      </w:r>
    </w:p>
    <w:p>
      <w:pPr>
        <w:jc w:val="right"/>
      </w:pPr>
      <w:r>
        <w:t>اب بہت نقصان ہوا، بہت نقصان، بہت نقصان ہوا۔ تو اب کہتے ہیں کہ ٹھیک ہے بھئی دے دیجیے۔ فلسطین میں یہ ہوا، عربوں نے بے شمار نقصانات اٹھائے۔</w:t>
      </w:r>
    </w:p>
    <w:p>
      <w:r>
        <w:rPr>
          <w:b/>
        </w:rPr>
        <w:t xml:space="preserve">[40:50] </w:t>
      </w:r>
      <w:r>
        <w:t>jaan ka, maal ka, yani andaaza nahin kiya ja sakta. poori islami tareekh mein kabhi itna nuqsan nahin hua tha musalmanon ko. ab kya kehte hain ke wohi de do.</w:t>
      </w:r>
    </w:p>
    <w:p>
      <w:pPr>
        <w:jc w:val="right"/>
      </w:pPr>
      <w:r>
        <w:t>جان کا، مال کا، یعنی اندازہ نہیں کیا جا سکتا۔ پوری اسلامی تاریخ میں کبھی اتنا نقصان نہیں ہوا تھا مسلمانوں کو۔ اب کیا کہتے ہیں کہ وہی دے دو۔</w:t>
      </w:r>
    </w:p>
    <w:p>
      <w:r>
        <w:rPr>
          <w:b/>
        </w:rPr>
        <w:t xml:space="preserve">[41:00] </w:t>
      </w:r>
      <w:r>
        <w:t>to chira kar kun zaal il ke baad aayat-e-pashaimani. ke aisa kaam kyun karein aap ke aakhir mein sharminda ho kar</w:t>
      </w:r>
    </w:p>
    <w:p>
      <w:pPr>
        <w:jc w:val="right"/>
      </w:pPr>
      <w:r>
        <w:t>تو چرا کار کن داخل کے بعد آیت پشیمانی۔ کہ ایسا کام کیوں کریں آپ کہ آخر میں شرمندہ ہو کر</w:t>
      </w:r>
    </w:p>
    <w:p>
      <w:r>
        <w:rPr>
          <w:b/>
        </w:rPr>
        <w:t xml:space="preserve">[41:11] </w:t>
      </w:r>
      <w:r>
        <w:t>ab kehna paray ke bhai theek hai jo aap de rahe thay pehle wohi de dijiye. jo aap pehle de rahe thay wohi de dijiye.</w:t>
      </w:r>
    </w:p>
    <w:p>
      <w:pPr>
        <w:jc w:val="right"/>
      </w:pPr>
      <w:r>
        <w:t>اب کہنا پڑے کہ بھئی ٹھیک ہے جو آپ دے رہے تھے پہلے وہی دے دیجیے۔ جو آپ پہلے دے رہے تھے وہی دے دیجیے۔</w:t>
      </w:r>
    </w:p>
    <w:p>
      <w:r>
        <w:rPr>
          <w:b/>
        </w:rPr>
        <w:t xml:space="preserve">[41:22] </w:t>
      </w:r>
      <w:r>
        <w:t>ek martaba mein rastay pe chal raha tha kahin to ek faqeer aaya, ek ek ek aadmi. mein ne dekha ek ek shakhs hai, lagta tha ke woh paise wala aadmi hai, apne kapray se, apne halyay se.</w:t>
      </w:r>
    </w:p>
    <w:p>
      <w:pPr>
        <w:jc w:val="right"/>
      </w:pPr>
      <w:r>
        <w:t>ایک مرتبہ میں راستے پہ چل رہا تھا کہیں تو ایک فقیر آیا، ایک ایک ایک آدمی۔ میں نے دیکھا ایک ایک شخص ہے، لگتا تھا کہ وہ پیسے والا آدمی ہے، اپنے کپڑے سے، اپنے حلیے سے۔</w:t>
      </w:r>
    </w:p>
    <w:p>
      <w:r>
        <w:rPr>
          <w:b/>
        </w:rPr>
        <w:t xml:space="preserve">[41:37] </w:t>
      </w:r>
      <w:r>
        <w:t>to ek faqeer un ki taraf daur kar aaya.</w:t>
      </w:r>
    </w:p>
    <w:p>
      <w:pPr>
        <w:jc w:val="right"/>
      </w:pPr>
      <w:r>
        <w:t>تو ایک فقیر ان کی طرف دوڑ کر آیا۔</w:t>
      </w:r>
    </w:p>
    <w:p>
      <w:r>
        <w:rPr>
          <w:b/>
        </w:rPr>
        <w:t xml:space="preserve">[41:40] </w:t>
      </w:r>
      <w:r>
        <w:t>to unhon ne us ko kuch nikaal kar diya, shayad ek rupay, ek itna. nahin nahin hamein aur chahiye. aur dijiye.</w:t>
      </w:r>
    </w:p>
    <w:p>
      <w:pPr>
        <w:jc w:val="right"/>
      </w:pPr>
      <w:r>
        <w:t>تو انہوں نے اس کو کچھ نکال کر دیا، شاید ایک روپے، ایک اتنا۔ نہیں نہیں ہمیں اور چاہیے۔ اور دیجیے۔</w:t>
      </w:r>
    </w:p>
    <w:p>
      <w:r>
        <w:rPr>
          <w:b/>
        </w:rPr>
        <w:t xml:space="preserve">[41:51] </w:t>
      </w:r>
      <w:r>
        <w:t>to to woh ab woh aadmi ne is ko daant ka bhaga yahan se. jab aage badh gaya woh to phir wohi daud kar aaya, acha acha wohi jo de rahe the wohi de dijiye.</w:t>
      </w:r>
    </w:p>
    <w:p>
      <w:pPr>
        <w:jc w:val="right"/>
      </w:pPr>
      <w:r>
        <w:t>تو تو وہ اب وہ آدمی نے اس کو ڈانٹ کا بھاگا یہاں سے۔ جب آگے بڑھ گیا وہ تو پھر وہی دوڑ کر آیا، اچھا اچھا وہی جو دے رہے تھے وہی دے دیجیے۔</w:t>
      </w:r>
    </w:p>
    <w:p>
      <w:r>
        <w:rPr>
          <w:b/>
        </w:rPr>
        <w:t xml:space="preserve">[42:00] </w:t>
      </w:r>
      <w:r>
        <w:t>jo jo pehle de rahe the aap.</w:t>
      </w:r>
    </w:p>
    <w:p>
      <w:pPr>
        <w:jc w:val="right"/>
      </w:pPr>
      <w:r>
        <w:t>جو جو پہلے دے رہے تھے آپ۔</w:t>
      </w:r>
    </w:p>
    <w:p>
      <w:r>
        <w:rPr>
          <w:b/>
        </w:rPr>
        <w:t xml:space="preserve">[42:03] </w:t>
      </w:r>
      <w:r>
        <w:t>to yeh koi yeh koi yeh koi mani hai. yeh koi baat hai? aap ko janna chahiye ke aap ko kya milega, kya nahi milega.</w:t>
      </w:r>
    </w:p>
    <w:p>
      <w:pPr>
        <w:jc w:val="right"/>
      </w:pPr>
      <w:r>
        <w:t>تو یہ کوئی یہ کوئی یہ کوئی معنی ہے۔ یہ کوئی بات ہے؟ آپ کو جاننا چاہیے کہ آپ کو کیا ملے گا، کیا نہیں ملے گا۔</w:t>
      </w:r>
    </w:p>
    <w:p>
      <w:r>
        <w:rPr>
          <w:b/>
        </w:rPr>
        <w:t xml:space="preserve">[42:18] </w:t>
      </w:r>
      <w:r>
        <w:t>yani you have to know what is achievable and what is not achievable. you have to know what is possible and what is impossible.</w:t>
      </w:r>
    </w:p>
    <w:p>
      <w:pPr>
        <w:jc w:val="right"/>
      </w:pPr>
      <w:r>
        <w:t>یعنی یو ہیو ٹو نو واٹ از اچیبل اینڈ واٹ از ناٹ اچیبل۔ یو ہیو ٹو نو واٹ از پاسیبل اینڈ واٹ از امپاسیبل۔</w:t>
      </w:r>
    </w:p>
    <w:p>
      <w:r>
        <w:rPr>
          <w:b/>
        </w:rPr>
        <w:t xml:space="preserve">[42:29] </w:t>
      </w:r>
      <w:r>
        <w:t>yeh janna chahiye, peshkash janna chahiye. you have to know in advance.</w:t>
      </w:r>
    </w:p>
    <w:p>
      <w:pPr>
        <w:jc w:val="right"/>
      </w:pPr>
      <w:r>
        <w:t>یہ جاننا چاہیے، پیشکش جاننا چاہیے۔ یو ہیو ٹو نو ان ایڈوانس۔</w:t>
      </w:r>
    </w:p>
    <w:p>
      <w:r>
        <w:rPr>
          <w:b/>
        </w:rPr>
        <w:t xml:space="preserve">[42:37] </w:t>
      </w:r>
      <w:r>
        <w:t>sari dunya ke musalmanon ka yahi haal hai ke pehle jo mil raha tha woh nahi liya. ab kehne lage acha bhai wohi de do, pehle wala. to dunya dene ke liye tayyar nahi hai.</w:t>
      </w:r>
    </w:p>
    <w:p>
      <w:pPr>
        <w:jc w:val="right"/>
      </w:pPr>
      <w:r>
        <w:t>ساری دنیا کے مسلمانوں کا یہی حال ہے کہ پہلے جو مل رہا تھا وہ نہیں لیا۔ اب کہنے لگے اچھا بھئی وہی دے دو، پہلے والا۔ تو دنیا دینے کے لیے تیار نہیں ہے۔</w:t>
      </w:r>
    </w:p>
    <w:p>
      <w:r>
        <w:rPr>
          <w:b/>
        </w:rPr>
        <w:t xml:space="preserve">[42:48] </w:t>
      </w:r>
      <w:r>
        <w:t>ab koi dene ke liye tayyar nahi hai woh jo pehle mil raha tha un ko. sari dunya ke musalmanon ka yahi haal hai.</w:t>
      </w:r>
    </w:p>
    <w:p>
      <w:pPr>
        <w:jc w:val="right"/>
      </w:pPr>
      <w:r>
        <w:t>اب کوئی دینے کے لیے تیار نہیں ہے وہ جو پہلے مل رہا تھا ان کو۔ ساری دنیا کے مسلمانوں کا یہی حال ہے۔</w:t>
      </w:r>
    </w:p>
    <w:p>
      <w:r>
        <w:rPr>
          <w:b/>
        </w:rPr>
        <w:t xml:space="preserve">[42:57] </w:t>
      </w:r>
      <w:r>
        <w:t>to chura kar kun daakhil ke baad ayat peshmani. ke aadmi woh kaam kyun kare jis ka nateeja aakhir mein peshmani ho.</w:t>
      </w:r>
    </w:p>
    <w:p>
      <w:pPr>
        <w:jc w:val="right"/>
      </w:pPr>
      <w:r>
        <w:t>تو چرا کار کن داخل کے بعد آیت پشیمانی۔ کہ آدمی وہ کام کیوں کرے جس کا نتیجہ آخر میں پشیمانی ہو۔</w:t>
      </w:r>
    </w:p>
    <w:p>
      <w:r>
        <w:rPr>
          <w:b/>
        </w:rPr>
        <w:t xml:space="preserve">[43:07] </w:t>
      </w:r>
      <w:r>
        <w:t>ya aap keh sakte hain ke counter productive ho. ulta nateeja nikle.</w:t>
      </w:r>
    </w:p>
    <w:p>
      <w:pPr>
        <w:jc w:val="right"/>
      </w:pPr>
      <w:r>
        <w:t>یا آپ کہہ سکتے ہیں کہ کاؤنٹر پروڈکٹو ہو۔ الٹا نتیجہ نکلے۔</w:t>
      </w:r>
    </w:p>
    <w:p>
      <w:r>
        <w:rPr>
          <w:b/>
        </w:rPr>
        <w:t xml:space="preserve">[43:15] </w:t>
      </w:r>
      <w:r>
        <w:t>to avoidance jo hai, sabr aur bardasht aur principle, yeh jo principle hai yeh aap ko sharmindagi se bachata hai. nuqsan se bachata hai.</w:t>
      </w:r>
    </w:p>
    <w:p>
      <w:pPr>
        <w:jc w:val="right"/>
      </w:pPr>
      <w:r>
        <w:t>تو اوائڈنس جو ہے، صبر اور برداشت اور پرنسپل، یہ جو پرنسپل ہے یہ آپ کو شرمندگی سے بچاتا ہے۔ نقصان سے بچاتا ہے۔</w:t>
      </w:r>
    </w:p>
    <w:p>
      <w:r>
        <w:rPr>
          <w:b/>
        </w:rPr>
        <w:t xml:space="preserve">[43:26] </w:t>
      </w:r>
      <w:r>
        <w:t>tabahi se bachata hai. woh paspai nahi hai. ke hum hum hum hum kyun</w:t>
      </w:r>
    </w:p>
    <w:p>
      <w:pPr>
        <w:jc w:val="right"/>
      </w:pPr>
      <w:r>
        <w:t>تباہی سے بچاتا ہے۔ وہ پسپائی نہیں ہے۔ کہ ہم ہم ہم ہم کیوں</w:t>
      </w:r>
    </w:p>
    <w:p>
      <w:r>
        <w:rPr>
          <w:b/>
        </w:rPr>
        <w:t xml:space="preserve">[43:36] </w:t>
      </w:r>
      <w:r>
        <w:t>e'raaz karein, doosra e'raaz karein. hum kyun sabr karein, doosra sabr karein. yeh yeh yeh koi baat hi nahi hai.</w:t>
      </w:r>
    </w:p>
    <w:p>
      <w:pPr>
        <w:jc w:val="right"/>
      </w:pPr>
      <w:r>
        <w:t>اعراض کریں، دوسرا اعراض کریں۔ ہم کیوں صبر کریں، دوسرا صبر کریں۔ یہ یہ یہ کوئی بات ہی نہیں ہے۔</w:t>
      </w:r>
    </w:p>
    <w:p>
      <w:r>
        <w:rPr>
          <w:b/>
        </w:rPr>
        <w:t xml:space="preserve">[43:45] </w:t>
      </w:r>
      <w:r>
        <w:t>to sabr o e'raaz aur tahammul, bardasht yeh sab ek hi haqeeqat ke alag alag naam hain. ek hi rawaish ke.</w:t>
      </w:r>
    </w:p>
    <w:p>
      <w:pPr>
        <w:jc w:val="right"/>
      </w:pPr>
      <w:r>
        <w:t>تو صبر و اعراض اور تحمل، برداشت یہ سب ایک ہی حقیقت کے الگ الگ نام ہیں۔ ایک ہی روش کے۔</w:t>
      </w:r>
    </w:p>
    <w:p>
      <w:r>
        <w:rPr>
          <w:b/>
        </w:rPr>
        <w:t xml:space="preserve">[43:55] </w:t>
      </w:r>
      <w:r>
        <w:t>aur sab ka khulasa kya hai?</w:t>
      </w:r>
    </w:p>
    <w:p>
      <w:pPr>
        <w:jc w:val="right"/>
      </w:pPr>
      <w:r>
        <w:t>اور سب کا خلاصہ کیا ہے؟</w:t>
      </w:r>
    </w:p>
    <w:p>
      <w:r>
        <w:rPr>
          <w:b/>
        </w:rPr>
        <w:t xml:space="preserve">[44:00] </w:t>
      </w:r>
      <w:r>
        <w:t>ke nuqsan se bachne ke liye yeh tadbeer hai.</w:t>
      </w:r>
    </w:p>
    <w:p>
      <w:pPr>
        <w:jc w:val="right"/>
      </w:pPr>
      <w:r>
        <w:t>کہ نقصان سے بچنے کے لیے یہ تدبیر ہے۔</w:t>
      </w:r>
    </w:p>
    <w:p>
      <w:r>
        <w:rPr>
          <w:b/>
        </w:rPr>
        <w:t xml:space="preserve">[44:08] </w:t>
      </w:r>
      <w:r>
        <w:t>nuqsan se bachne ke liye, sharmindagi se bachne ke liye, zillat se bachne ke liye.</w:t>
      </w:r>
    </w:p>
    <w:p>
      <w:pPr>
        <w:jc w:val="right"/>
      </w:pPr>
      <w:r>
        <w:t>نقصان سے بچنے کے لیے، شرمندگی سے بچنے کے لیے، ذلت سے بچنے کے لیے۔</w:t>
      </w:r>
    </w:p>
    <w:p>
      <w:r>
        <w:rPr>
          <w:b/>
        </w:rPr>
        <w:t xml:space="preserve">[44:15] </w:t>
      </w:r>
      <w:r>
        <w:t>tadbeer hai yeh.</w:t>
      </w:r>
    </w:p>
    <w:p>
      <w:pPr>
        <w:jc w:val="right"/>
      </w:pPr>
      <w:r>
        <w:t>تدبیر ہے یہ۔</w:t>
      </w:r>
    </w:p>
    <w:p>
      <w:r>
        <w:rPr>
          <w:b/>
        </w:rPr>
        <w:t xml:space="preserve">[44:19] </w:t>
      </w:r>
      <w:r>
        <w:t>to aap ke andar yeh samajh honi chahiye ke kya ho sakta hai, kya nahi ho sakta. kya mil sakta hai, kya nahi mil sakta.</w:t>
      </w:r>
    </w:p>
    <w:p>
      <w:pPr>
        <w:jc w:val="right"/>
      </w:pPr>
      <w:r>
        <w:t>تو آپ کے اندر یہ سمجھ ہونی چاہیے کہ کیا ہو سکتا ہے، کیا نہیں ہو سکتا۔ کیا مل سکتا ہے، کیا نہیں مل سکتا۔</w:t>
      </w:r>
    </w:p>
    <w:p>
      <w:r>
        <w:rPr>
          <w:b/>
        </w:rPr>
        <w:t xml:space="preserve">[44:29] </w:t>
      </w:r>
      <w:r>
        <w:t>yeh jaan yeh aap ko janna chahiye ke aap akele nahi hain dunya mein, aur bhi doosre log hain. un ke bhi haq hain. un ke bhi design hain, un ki bhi planning hai.</w:t>
      </w:r>
    </w:p>
    <w:p>
      <w:pPr>
        <w:jc w:val="right"/>
      </w:pPr>
      <w:r>
        <w:t>یہ جان یہ آپ کو جاننا چاہیے کہ آپ اکیلے نہیں ہیں دنیا میں، اور بھی دوسرے لوگ ہیں۔ ان کے بھی حق ہیں۔ ان کے بھی ڈیزائن ہیں، ان کی بھی پلاننگ ہے۔</w:t>
      </w:r>
    </w:p>
    <w:p>
      <w:r>
        <w:rPr>
          <w:b/>
        </w:rPr>
        <w:t xml:space="preserve">[44:47] </w:t>
      </w:r>
      <w:r>
        <w:t>to main samajhta hoon ke avoidance jo hai bohat bari wisdom hai. bohat bari wisdom hai.</w:t>
      </w:r>
    </w:p>
    <w:p>
      <w:pPr>
        <w:jc w:val="right"/>
      </w:pPr>
      <w:r>
        <w:t>تو میں سمجھتا ہوں کہ اوائڈنس جو ہے بہت بڑی وزڈم ہے۔ بہت بڑی وزڈم ہے۔</w:t>
      </w:r>
    </w:p>
    <w:p>
      <w:r>
        <w:rPr>
          <w:b/>
        </w:rPr>
        <w:t xml:space="preserve">[44:58] </w:t>
      </w:r>
      <w:r>
        <w:t>bohat bari wisdom hai. abhi main chand din pehle main ne akhbar mein parha, india ke ek leader sahib gaye america.</w:t>
      </w:r>
    </w:p>
    <w:p>
      <w:pPr>
        <w:jc w:val="right"/>
      </w:pPr>
      <w:r>
        <w:t>بہت بڑی وزڈم ہے۔ ابھی میں چند دن پہلے میں نے اخبار میں پڑھا، انڈیا کے ایک لیڈر صاحب گئے امریکہ۔</w:t>
      </w:r>
    </w:p>
    <w:p>
      <w:r>
        <w:rPr>
          <w:b/>
        </w:rPr>
        <w:t xml:space="preserve">[45:09] </w:t>
      </w:r>
      <w:r>
        <w:t>airport par un ko alag le a kar ke un ki checking ki gayi.</w:t>
      </w:r>
    </w:p>
    <w:p>
      <w:pPr>
        <w:jc w:val="right"/>
      </w:pPr>
      <w:r>
        <w:t>ایئرپورٹ پر ان کو الگ لے آ کر کے ان کی چیکنگ کی گئی۔</w:t>
      </w:r>
    </w:p>
    <w:p>
      <w:r>
        <w:rPr>
          <w:b/>
        </w:rPr>
        <w:t xml:space="preserve">[45:15] </w:t>
      </w:r>
      <w:r>
        <w:t>ab woh akhbar mein aaya, woh ghussa ho gaya ke mujhe be-zaleel kiya gaya, mujhe main main bohat position ka aadmi hoon, india mein hoon, main leader hoon waghera waghera.</w:t>
      </w:r>
    </w:p>
    <w:p>
      <w:pPr>
        <w:jc w:val="right"/>
      </w:pPr>
      <w:r>
        <w:t>اب وہ اخبار میں آیا، وہ غصہ ہو گیا کہ مجھے بے ذلیل کیا گیا، مجھے میں میں بہت پوزیشن کا آدمی ہوں، انڈیا میں ہوں، میں لیڈر ہوں وغیرہ وغیرہ۔</w:t>
      </w:r>
    </w:p>
    <w:p>
      <w:r>
        <w:rPr>
          <w:b/>
        </w:rPr>
        <w:t xml:space="preserve">[45:24] </w:t>
      </w:r>
      <w:r>
        <w:t>hua kuch bhi nahi. main main gaya tha is se pehle, mere saath bhi yahi hua. hota hai ek line mein aap khare hue hain to aap ko alag le a kar ke ek ek hota hai ek enclosure, wahan par check karte hain aap ko.</w:t>
      </w:r>
    </w:p>
    <w:p>
      <w:pPr>
        <w:jc w:val="right"/>
      </w:pPr>
      <w:r>
        <w:t>ہوا کچھ بھی نہیں۔ میں میں گیا تھا اس سے پہلے، میرے ساتھ بھی یہی ہوا۔ ہوتا ہے ایک لائن میں آپ کھڑے ہوئے ہیں تو آپ کو الگ لے آ کر کے ایک ایک ہوتا ہے ایک انکلوجر، وہاں پر چیک کرتے ہیں آپ کو۔</w:t>
      </w:r>
    </w:p>
    <w:p>
      <w:r>
        <w:rPr>
          <w:b/>
        </w:rPr>
        <w:t xml:space="preserve">[45:40] </w:t>
      </w:r>
      <w:r>
        <w:t>to bhai check kiya unhone? main kuch bhi nahi bura maana main ne. balkay main joota utarne laga ke bhai joota bhi dekh lijiye aap. kaha nahi nahi nahi nahi, joota nahi dekhna.</w:t>
      </w:r>
    </w:p>
    <w:p>
      <w:pPr>
        <w:jc w:val="right"/>
      </w:pPr>
      <w:r>
        <w:t>تو بھئی چیک کیا انہوں نے؟ میں کچھ بھی نہیں برا مانا میں نے۔ بلکہ میں جوتا اتارنے لگا کہ بھئی جوتا بھی دیکھ لیجیے آپ۔ کہا نہیں نہیں نہیں نہیں، جوتا نہیں دیکھنا۔</w:t>
      </w:r>
    </w:p>
    <w:p>
      <w:r>
        <w:rPr>
          <w:b/>
        </w:rPr>
        <w:t xml:space="preserve">[45:51] </w:t>
      </w:r>
      <w:r>
        <w:t>woh bas thank you keh kar mujhe rok sakte hain. yani sorry keh kar unhon ne shuru kiya, aakhir mein thank you kiya.</w:t>
      </w:r>
    </w:p>
    <w:p>
      <w:pPr>
        <w:jc w:val="right"/>
      </w:pPr>
      <w:r>
        <w:t>وہ بس تھینک یو کہہ کر مجھے روک سکتے ہیں۔ یعنی سوری کہہ کر انہوں نے شروع کیا، آخر میں تھینک یو کیا۔</w:t>
      </w:r>
    </w:p>
    <w:p>
      <w:r>
        <w:rPr>
          <w:b/>
        </w:rPr>
        <w:t xml:space="preserve">[46:00] </w:t>
      </w:r>
      <w:r>
        <w:t>to bajaye koi sharmindagi hai, na koi zillat hai, na kuch nahin. aur woh jo leader sahab thay, khwamkhwah aap ne koi zaleel kiya hona hai logon ki nazar mein.</w:t>
      </w:r>
    </w:p>
    <w:p>
      <w:pPr>
        <w:jc w:val="right"/>
      </w:pPr>
      <w:r>
        <w:t>تو بجائے کوئی شرمندگی ہے، نہ کوئی ذلت ہے، نہ کچھ نہیں۔ اور وہ جو لیڈر صاحب تھے، خوامخواہ آپ نے کوئی ذلیل کیا ہونا ہے لوگوں کی نظر میں۔</w:t>
      </w:r>
    </w:p>
    <w:p>
      <w:r>
        <w:rPr>
          <w:b/>
        </w:rPr>
        <w:t xml:space="preserve">[46:12] </w:t>
      </w:r>
      <w:r>
        <w:t>to aap janiye ke aap ko airport par safar karen to airport hi waise hoga aap ke sath. aap aap is ke khilaf protest kar ke aap rok nahin sakte is ko.</w:t>
      </w:r>
    </w:p>
    <w:p>
      <w:pPr>
        <w:jc w:val="right"/>
      </w:pPr>
      <w:r>
        <w:t>تو آپ جانیے کہ آپ کو ایئرپورٹ پر سفر کریں تو ایئرپورٹ ہی ویسے ہوگا آپ کے ساتھ۔ آپ آپ اس کے خلاف پروٹیسٹ کر کے آپ روک نہیں سکتے اس کو۔</w:t>
      </w:r>
    </w:p>
    <w:p>
      <w:r>
        <w:rPr>
          <w:b/>
        </w:rPr>
        <w:t xml:space="preserve">[46:24] </w:t>
      </w:r>
      <w:r>
        <w:t>hota hi rehta hai yeh. to protest kyun karen aap is cheez ko jis ko aap badal nahin sakte.</w:t>
      </w:r>
    </w:p>
    <w:p>
      <w:pPr>
        <w:jc w:val="right"/>
      </w:pPr>
      <w:r>
        <w:t>ہوتا ہی رہتا ہے یہ۔ تو پروٹیسٹ کیوں کریں آپ اس چیز کو جس کو آپ بدل نہیں سکتے۔</w:t>
      </w:r>
    </w:p>
    <w:p>
      <w:r>
        <w:rPr>
          <w:b/>
        </w:rPr>
        <w:t xml:space="preserve">[46:33] </w:t>
      </w:r>
      <w:r>
        <w:t>main ne ek martaba parha tha ke maturity kya hai. maturity kya hai? maturity yeh hai ke aap in cheezon ke sath normal tareeqe se reh saken jis ko aap badal nahin sakte.</w:t>
      </w:r>
    </w:p>
    <w:p>
      <w:pPr>
        <w:jc w:val="right"/>
      </w:pPr>
      <w:r>
        <w:t>میں نے ایک مرتبہ پڑھا تھا کہ میچورٹی کیا ہے۔ میچورٹی کیا ہے؟ میچورٹی یہ ہے کہ آپ ان چیزوں کے ساتھ نارمل طریقے سے رہ سکیں جس کو آپ بدل نہیں سکتے۔</w:t>
      </w:r>
    </w:p>
    <w:p>
      <w:r>
        <w:rPr>
          <w:b/>
        </w:rPr>
        <w:t xml:space="preserve">[46:47] </w:t>
      </w:r>
      <w:r>
        <w:t>maturity yeh hai ke aap in cheezon ke sath normal tareeqe se reh saken jis ko aap badal nahin sakte.</w:t>
      </w:r>
    </w:p>
    <w:p>
      <w:pPr>
        <w:jc w:val="right"/>
      </w:pPr>
      <w:r>
        <w:t>میچورٹی یہ ہے کہ آپ ان چیزوں کے ساتھ نارمل طریقے سے رہ سکیں جس کو آپ بدل نہیں سکتے۔</w:t>
      </w:r>
    </w:p>
    <w:p>
      <w:r>
        <w:rPr>
          <w:b/>
        </w:rPr>
        <w:t xml:space="preserve">[46:59] </w:t>
      </w:r>
      <w:r>
        <w:t>to mature mature person baniye.</w:t>
      </w:r>
    </w:p>
    <w:p>
      <w:pPr>
        <w:jc w:val="right"/>
      </w:pPr>
      <w:r>
        <w:t>تو میچور میچور پرسن بنیے۔</w:t>
      </w:r>
    </w:p>
    <w:p>
      <w:r>
        <w:rPr>
          <w:b/>
        </w:rPr>
        <w:t xml:space="preserve">[47:07] </w:t>
      </w:r>
      <w:r>
        <w:t>rozana mein yeh akhbar mein, radio mein is tarah ki baat sunta hoon ke khwamkhwah ki shikayatein, khwamkhwah ke protest, khwamkhwah ka ehtijaj, khwamkhwah ghussa.</w:t>
      </w:r>
    </w:p>
    <w:p>
      <w:pPr>
        <w:jc w:val="right"/>
      </w:pPr>
      <w:r>
        <w:t>روزانہ میں یہ اخبار میں، ریڈیو میں اس طرح کی بات سنتا ہوں کہ خوامخواہ کی شکایتیں، خوامخواہ کے پروٹیسٹ، خوامخواہ کا احتجاج، خوامخواہ غصہ۔</w:t>
      </w:r>
    </w:p>
    <w:p>
      <w:r>
        <w:rPr>
          <w:b/>
        </w:rPr>
        <w:t xml:space="preserve">[47:17] </w:t>
      </w:r>
      <w:r>
        <w:t>halankeh pata hai ke woh hone wala hai hi nahin.</w:t>
      </w:r>
    </w:p>
    <w:p>
      <w:pPr>
        <w:jc w:val="right"/>
      </w:pPr>
      <w:r>
        <w:t>حالانکہ پتہ ہے کہ وہ ہونے والا ہے ہی نہیں۔</w:t>
      </w:r>
    </w:p>
    <w:p>
      <w:r>
        <w:rPr>
          <w:b/>
        </w:rPr>
        <w:t xml:space="preserve">[47:23] </w:t>
      </w:r>
      <w:r>
        <w:t>jo na hone wali ho us par aap cheekh pukar karne se faida kya hai? yeh hai avoidance. avoidance wisdom hai, wisdom.</w:t>
      </w:r>
    </w:p>
    <w:p>
      <w:pPr>
        <w:jc w:val="right"/>
      </w:pPr>
      <w:r>
        <w:t>جو نہ ہونے والی ہو اس پر آپ چیخ پکار کرنے سے فائدہ کیا ہے؟ یہ ہے اوائڈنس۔ اوائڈنس وزڈم ہے، وزڈم۔</w:t>
      </w:r>
    </w:p>
    <w:p>
      <w:r>
        <w:rPr>
          <w:b/>
        </w:rPr>
        <w:t xml:space="preserve">[47:36] </w:t>
      </w:r>
      <w:r>
        <w:t>raat jo mein ne khwab dekha to un se bhi yahi baat mani gayi. avoidance ko aap samajhte hain ke aap kuch bozdi kar rahe hain, peechay hat rahe hain. nahin, avoidance wisdom hai.</w:t>
      </w:r>
    </w:p>
    <w:p>
      <w:pPr>
        <w:jc w:val="right"/>
      </w:pPr>
      <w:r>
        <w:t>رات جو میں نے خواب دیکھا تو ان سے بھی یہی بات مانی گئی۔ اوائڈنس کو آپ سمجھتے ہیں کہ آپ کچھ بزدلی کر رہے ہیں، پیچھے ہٹ رہے ہیں۔ نہیں، اوائڈنس وزڈم ہے۔</w:t>
      </w:r>
    </w:p>
    <w:p>
      <w:r>
        <w:rPr>
          <w:b/>
        </w:rPr>
        <w:t xml:space="preserve">[47:50] </w:t>
      </w:r>
      <w:r>
        <w:t>avoidance wisdom hai. great wisdom.</w:t>
      </w:r>
    </w:p>
    <w:p>
      <w:pPr>
        <w:jc w:val="right"/>
      </w:pPr>
      <w:r>
        <w:t>اوائڈنس وزڈم ہے۔ گریٹ وزڈم۔</w:t>
      </w:r>
    </w:p>
    <w:p>
      <w:r>
        <w:rPr>
          <w:b/>
        </w:rPr>
        <w:t xml:space="preserve">[47:58] </w:t>
      </w:r>
      <w:r>
        <w:t>avoidance ke baghair aap dunya mein reh nahin sakte izzat ke sath.</w:t>
      </w:r>
    </w:p>
    <w:p>
      <w:pPr>
        <w:jc w:val="right"/>
      </w:pPr>
      <w:r>
        <w:t>اوائڈنس کے بغیر آپ دنیا میں رہ نہیں سکتے عزت کے ساتھ۔</w:t>
      </w:r>
    </w:p>
    <w:p>
      <w:r>
        <w:rPr>
          <w:b/>
        </w:rPr>
        <w:t xml:space="preserve">[48:03] </w:t>
      </w:r>
      <w:r>
        <w:t>izzat ki zindagi aap chahte hain to avoid kijiye.</w:t>
      </w:r>
    </w:p>
    <w:p>
      <w:pPr>
        <w:jc w:val="right"/>
      </w:pPr>
      <w:r>
        <w:t>عزت کی زندگی آپ چاہتے ہیں تو اوائڈ کیجیے۔</w:t>
      </w:r>
    </w:p>
    <w:p>
      <w:r>
        <w:rPr>
          <w:b/>
        </w:rPr>
        <w:t xml:space="preserve">[48:11] </w:t>
      </w:r>
      <w:r>
        <w:t>you have to learn the principle of avoidance. yani avoidance ko ek principle ke taur par discover kijiye. log be khabar hain, avoidance ki jo wisdom hai us se be khabar hain.</w:t>
      </w:r>
    </w:p>
    <w:p>
      <w:pPr>
        <w:jc w:val="right"/>
      </w:pPr>
      <w:r>
        <w:t>یو ہیو ٹو لرن دا پرنسپل آف اوائڈنس۔ یعنی اوائڈنس کو ایک پرنسپل کے طور پر ڈسکور کیجیے۔ لوگ بے خبر ہیں، اوائڈنس کی جو وزڈم ہے اس سے بے خبر ہیں۔</w:t>
      </w:r>
    </w:p>
    <w:p>
      <w:r>
        <w:rPr>
          <w:b/>
        </w:rPr>
        <w:t xml:space="preserve">[48:27] </w:t>
      </w:r>
      <w:r>
        <w:t>yani compulsively to kahin woh kar lete hain jaise road par</w:t>
      </w:r>
    </w:p>
    <w:p>
      <w:pPr>
        <w:jc w:val="right"/>
      </w:pPr>
      <w:r>
        <w:t>یعنی کمپلسولی تو کہیں وہ کر لیتے ہیں جیسے روڈ پر</w:t>
      </w:r>
    </w:p>
    <w:p>
      <w:r>
        <w:rPr>
          <w:b/>
        </w:rPr>
        <w:t xml:space="preserve">[48:30] </w:t>
      </w:r>
      <w:r>
        <w:t>car le ja rahe hain apni to us ko woh kar denge. side bhi le lenge. wahan ek compulsion hai.</w:t>
      </w:r>
    </w:p>
    <w:p>
      <w:pPr>
        <w:jc w:val="right"/>
      </w:pPr>
      <w:r>
        <w:t>کار لے جا رہے ہیں اپنی تو اس کو وہ کر دیں گے۔ سائیڈ بھی لے لیں گے۔ وہاں ایک کمپلسن ہے۔</w:t>
      </w:r>
    </w:p>
    <w:p>
      <w:r>
        <w:rPr>
          <w:b/>
        </w:rPr>
        <w:t xml:space="preserve">[48:41] </w:t>
      </w:r>
      <w:r>
        <w:t>nahin to phir woh ladne ke tayyar ho jayenge.</w:t>
      </w:r>
    </w:p>
    <w:p>
      <w:pPr>
        <w:jc w:val="right"/>
      </w:pPr>
      <w:r>
        <w:t>نہیں تو پھر وہ لڑنے کے تیار ہو جائیں گے۔</w:t>
      </w:r>
    </w:p>
    <w:p>
      <w:r>
        <w:rPr>
          <w:b/>
        </w:rPr>
        <w:t xml:space="preserve">[48:54] </w:t>
      </w:r>
      <w:r>
        <w:t>ek sahab ne apna qissa bataya, woh British, woh shehri hain. to woh car chalate hue France mein, France hai ya kis country mein jana tha un ko, France ya Germany.</w:t>
      </w:r>
    </w:p>
    <w:p>
      <w:pPr>
        <w:jc w:val="right"/>
      </w:pPr>
      <w:r>
        <w:t>ایک صاحب نے اپنا قصہ بتایا، وہ برٹش، وہ شہری ہیں۔ تو وہ کار چلاتے ہوئے فرانس میں، فرانس ہے یا کس کنٹری میں جانا تھا ان کو، فرانس یا جرمنی۔</w:t>
      </w:r>
    </w:p>
    <w:p>
      <w:r>
        <w:rPr>
          <w:b/>
        </w:rPr>
        <w:t xml:space="preserve">[49:08] </w:t>
      </w:r>
      <w:r>
        <w:t>to Britain mein</w:t>
      </w:r>
    </w:p>
    <w:p>
      <w:pPr>
        <w:jc w:val="right"/>
      </w:pPr>
      <w:r>
        <w:t>تو برٹن میں</w:t>
      </w:r>
    </w:p>
    <w:p>
      <w:r>
        <w:rPr>
          <w:b/>
        </w:rPr>
        <w:t xml:space="preserve">[49:10] </w:t>
      </w:r>
      <w:r>
        <w:t>keep left ka usool hai, wahan keep right ka usool hai. to is is mulk mein bhi woh keep left ke usool par le ke chal rahe hain.</w:t>
      </w:r>
    </w:p>
    <w:p>
      <w:pPr>
        <w:jc w:val="right"/>
      </w:pPr>
      <w:r>
        <w:t>کیپ لیفٹ کا اصول ہے، وہاں کیپ رائٹ کا اصول ہے۔ تو اس اس ملک میں بھی وہ کیپ لیفٹ کے اصول پر لے کے چلنے ہیں۔</w:t>
      </w:r>
    </w:p>
    <w:p>
      <w:r>
        <w:rPr>
          <w:b/>
        </w:rPr>
        <w:t xml:space="preserve">[49:21] </w:t>
      </w:r>
      <w:r>
        <w:t>to police ne foran roka un ko. passport manga un ka.</w:t>
      </w:r>
    </w:p>
    <w:p>
      <w:pPr>
        <w:jc w:val="right"/>
      </w:pPr>
      <w:r>
        <w:t>تو پولیس نے فوراً روکا ان کو۔ پاسپورٹ مانگا ان کا۔</w:t>
      </w:r>
    </w:p>
    <w:p>
      <w:r>
        <w:rPr>
          <w:b/>
        </w:rPr>
        <w:t xml:space="preserve">[49:27] </w:t>
      </w:r>
      <w:r>
        <w:t>to dekha ke British passport tha. to us ne hans kar kaha, muskara kar kaha ke ab mujhe samajh mein aya ke aap ka case kya hai.</w:t>
      </w:r>
    </w:p>
    <w:p>
      <w:pPr>
        <w:jc w:val="right"/>
      </w:pPr>
      <w:r>
        <w:t>تو دیکھا کہ برٹش پاسپورٹ تھا۔ تو اس نے ہنس کر کہا، مسکرا کر کہا کہ اب مجھے سمجھ میں آیا کہ آپ کا کیس کیا ہے۔</w:t>
      </w:r>
    </w:p>
    <w:p>
      <w:r>
        <w:rPr>
          <w:b/>
        </w:rPr>
        <w:t xml:space="preserve">[49:41] </w:t>
      </w:r>
      <w:r>
        <w:t>ke aap Britain se nikal kar ke doosri country mein aa gaye hain lekin abhi tak be khabar hain aap. kya doosri country mein aap hain? ya aap ki be khabari ki wajah se aap keep left par daura rahe hain apni gaadi.</w:t>
      </w:r>
    </w:p>
    <w:p>
      <w:pPr>
        <w:jc w:val="right"/>
      </w:pPr>
      <w:r>
        <w:t>کہ آپ برٹن سے نکل کر کے دوسری کنٹری میں آ گئے ہیں لیکن ابھی تک بے خبر ہیں آپ۔ کیا دوسری کنٹری میں آپ ہیں؟ یا آپ کی بے خبری کی وجہ سے آپ کیپ لیفٹ پر دوڑا رہے ہیں اپنی گاڑی۔</w:t>
      </w:r>
    </w:p>
    <w:p>
      <w:r>
        <w:rPr>
          <w:b/>
        </w:rPr>
        <w:t xml:space="preserve">[49:57] </w:t>
      </w:r>
      <w:r>
        <w:t>to us ne bohat hi politely kaha, sir you are not in in Britain, now you are in France.</w:t>
      </w:r>
    </w:p>
    <w:p>
      <w:pPr>
        <w:jc w:val="right"/>
      </w:pPr>
      <w:r>
        <w:t>تو اس نے بہت ہی پرائیٹلی کہا، سر یو آر ناٹ ان ان برٹن، ناؤ یو آر ان فرانس۔</w:t>
      </w:r>
    </w:p>
    <w:p>
      <w:r>
        <w:rPr>
          <w:b/>
        </w:rPr>
        <w:t xml:space="preserve">[50:05] </w:t>
      </w:r>
      <w:r>
        <w:t>to agar farishta hamein zahir hote hi kahega, farishta agar zahir hote kahe ke bhai tum khuda ki duniya mein ho, yeh lad rahe ho kis liye?</w:t>
      </w:r>
    </w:p>
    <w:p>
      <w:pPr>
        <w:jc w:val="right"/>
      </w:pPr>
      <w:r>
        <w:t>تو اگر فرشتہ ہمیں ظاہر ہوتے ہی کہے گا، فرشتہ اگر ظاہر ہوتے کہے کہ بھئی تم خدا کی دنیا میں ہو، یہ لڑ رہے ہو کس لیے؟</w:t>
      </w:r>
    </w:p>
    <w:p>
      <w:r>
        <w:rPr>
          <w:b/>
        </w:rPr>
        <w:t xml:space="preserve">[50:18] </w:t>
      </w:r>
      <w:r>
        <w:t>wahan par traffic ka police jo hai, traffic ka jo controller tha, jo baat us ne kahi ke aap is waqt britain mein nahi hain, aap france mein hain.</w:t>
      </w:r>
    </w:p>
    <w:p>
      <w:pPr>
        <w:jc w:val="right"/>
      </w:pPr>
      <w:r>
        <w:t>وہاں پر ٹریفک کا پولیس جو ہے، ٹریفک کا جو کنٹرولر تھا، جو بات اس نے کہی کہ آپ اس وقت برٹن میں نہیں ہیں، آپ فرانس میں ہیں۔</w:t>
      </w:r>
    </w:p>
    <w:p>
      <w:r>
        <w:rPr>
          <w:b/>
        </w:rPr>
        <w:t xml:space="preserve">[50:33] </w:t>
      </w:r>
      <w:r>
        <w:t>to agar farishta zahir ho to qadam qadam par kahega ke</w:t>
      </w:r>
    </w:p>
    <w:p>
      <w:pPr>
        <w:jc w:val="right"/>
      </w:pPr>
      <w:r>
        <w:t>تو اگر فرشتہ ظاہر ہو تو قدم قدم پر کہے گا کہ</w:t>
      </w:r>
    </w:p>
    <w:p>
      <w:r>
        <w:rPr>
          <w:b/>
        </w:rPr>
        <w:t xml:space="preserve">[50:37] </w:t>
      </w:r>
      <w:r>
        <w:t>ae insan, to khuda ki duniya mein hai, apni duniya mein nahi hai to. khuda ki duniya mein to ko khuda ke qanoon ko paalan karna parega.</w:t>
      </w:r>
    </w:p>
    <w:p>
      <w:pPr>
        <w:jc w:val="right"/>
      </w:pPr>
      <w:r>
        <w:t>اے انسان، تو خدا کی دنیا میں ہے، اپنی دنیا میں نہیں ہے تو۔ خدا کی دنیا میں تو کو خدا کے قانون کو پالن کرنا پڑے گا۔</w:t>
      </w:r>
    </w:p>
    <w:p>
      <w:r>
        <w:rPr>
          <w:b/>
        </w:rPr>
        <w:t xml:space="preserve">[50:49] </w:t>
      </w:r>
      <w:r>
        <w:t>is tarah nahi reh sakte tum yahan par.</w:t>
      </w:r>
    </w:p>
    <w:p>
      <w:pPr>
        <w:jc w:val="right"/>
      </w:pPr>
      <w:r>
        <w:t>اس طرح نہیں رہ سکتے تم یہاں پر۔</w:t>
      </w:r>
    </w:p>
    <w:p>
      <w:r>
        <w:rPr>
          <w:b/>
        </w:rPr>
        <w:t xml:space="preserve">[50:57] </w:t>
      </w:r>
      <w:r>
        <w:t>to farishte zahir to nahi ho rahe hain lekin likh likh rahe honge record ke dekho yeh insan ka itna bewakoof hai ke rehta hai khuda ki duniya mein, samajhta hai ke meri duniya hai, jidhar chahoon gaadi daurau.</w:t>
      </w:r>
    </w:p>
    <w:p>
      <w:pPr>
        <w:jc w:val="right"/>
      </w:pPr>
      <w:r>
        <w:t>تو فرشتے ظاہر تو نہیں ہو رہے ہیں لیکن لکھ لکھ رہے ہوں گے ریکارڈ کہ دیکھو یہ انسان کا اتنا بیوقوف ہے کہ رہتا ہے خدا کی دنیا میں، سمجھتا ہے کہ میری دنیا ہے، جدھر چاہوں گاڑی دوڑاؤں۔</w:t>
      </w:r>
    </w:p>
    <w:p>
      <w:r>
        <w:rPr>
          <w:b/>
        </w:rPr>
        <w:t xml:space="preserve">[51:09] </w:t>
      </w:r>
      <w:r>
        <w:t>end mein to isi ko tabahi milne wali hai.</w:t>
      </w:r>
    </w:p>
    <w:p>
      <w:pPr>
        <w:jc w:val="right"/>
      </w:pPr>
      <w:r>
        <w:t>اینڈ میں تو اسی کو تباہی ملنے والی ہے۔</w:t>
      </w:r>
    </w:p>
    <w:p>
      <w:r>
        <w:rPr>
          <w:b/>
        </w:rPr>
        <w:t xml:space="preserve">[51:18] </w:t>
      </w:r>
      <w:r>
        <w:t>to principle of avoidance jo hai yeh bohat hi zyada bari wisdom hai. is ka taluq zindagi ke har mamle se, har mamle, har mamle se.</w:t>
      </w:r>
    </w:p>
    <w:p>
      <w:pPr>
        <w:jc w:val="right"/>
      </w:pPr>
      <w:r>
        <w:t>تو پرنسپل آف اوائڈنس جو ہے یہ بہت ہی زیادہ بڑی وزڈم ہے۔ اس کا تعلق زندگی کے ہر معاملے سے، ہر معاملے، ہر معاملے سے۔</w:t>
      </w:r>
    </w:p>
    <w:p>
      <w:r>
        <w:rPr>
          <w:b/>
        </w:rPr>
        <w:t xml:space="preserve">[51:33] </w:t>
      </w:r>
      <w:r>
        <w:t>har mamle se.</w:t>
      </w:r>
    </w:p>
    <w:p>
      <w:pPr>
        <w:jc w:val="right"/>
      </w:pPr>
      <w:r>
        <w:t>ہر معاملے سے۔</w:t>
      </w:r>
    </w:p>
    <w:p>
      <w:r>
        <w:rPr>
          <w:b/>
        </w:rPr>
        <w:t xml:space="preserve">[51:38] </w:t>
      </w:r>
      <w:r>
        <w:t>abhi mein subah naha raha tha to pani garam kiya, pani garam kar ke nahaya. to maine kaha yeh bhi avoidance hai. yani yani hum mosam jo hai is ko avoid kar rahe hain, pani garam kar ke.</w:t>
      </w:r>
    </w:p>
    <w:p>
      <w:pPr>
        <w:jc w:val="right"/>
      </w:pPr>
      <w:r>
        <w:t>ابھی میں صبح نہا رہا تھا تو پانی گرم کیا، پانی گرم کر کے نہایا۔ تو میں نے کہا یہ بھی اوائڈنس ہے۔ یعنی یعنی ہم موسم جو ہے اس کو اوائڈ کر رہے ہیں، پانی گرم کر کے۔</w:t>
      </w:r>
    </w:p>
    <w:p>
      <w:r>
        <w:rPr>
          <w:b/>
        </w:rPr>
        <w:t xml:space="preserve">[51:52] </w:t>
      </w:r>
      <w:r>
        <w:t>is se pehle hamare ek saathi the, ek safar mein hum gaye the,</w:t>
      </w:r>
    </w:p>
    <w:p>
      <w:pPr>
        <w:jc w:val="right"/>
      </w:pPr>
      <w:r>
        <w:t>اس سے پہلے ہمارے ایک ساتھی تھے، ایک سفر میں ہم گئے تھے،</w:t>
      </w:r>
    </w:p>
    <w:p>
      <w:r>
        <w:rPr>
          <w:b/>
        </w:rPr>
        <w:t xml:space="preserve">[51:55] </w:t>
      </w:r>
      <w:r>
        <w:t>jaade ka zamana tha, woh thande pani se naha liya unho ne. ab un ko zukaam ho gaya aur un ko temperature bhi ho gaya. to kyun unho ne avoid nahi kiya?</w:t>
      </w:r>
    </w:p>
    <w:p>
      <w:pPr>
        <w:jc w:val="right"/>
      </w:pPr>
      <w:r>
        <w:t>جاڑے کا زمانہ تھا، وہ ٹھنڈے پانی سے نہا لیا انہوں نے۔ اب ان کو زکام ہو گیا اور ان کو ٹمپریچر بھی ہو گیا۔ تو کیوں انہوں نے اوائڈ نہیں کیا؟</w:t>
      </w:r>
    </w:p>
    <w:p>
      <w:r>
        <w:rPr>
          <w:b/>
        </w:rPr>
        <w:t xml:space="preserve">[52:08] </w:t>
      </w:r>
      <w:r>
        <w:t>avoidance ka taluq har cheez se hai, har cheez se hai, har cheez se hai.</w:t>
      </w:r>
    </w:p>
    <w:p>
      <w:pPr>
        <w:jc w:val="right"/>
      </w:pPr>
      <w:r>
        <w:t>اوائڈنس کا تعلق ہر چیز سے ہے، ہر چیز سے ہے، ہر چیز سے ہے۔</w:t>
      </w:r>
    </w:p>
    <w:p>
      <w:r>
        <w:rPr>
          <w:b/>
        </w:rPr>
        <w:t xml:space="preserve">[52:16] </w:t>
      </w:r>
      <w:r>
        <w:t>khana ise avoid karna hai. aap kha rahe hain, bara acha lag raha hai. is ke baad signal aaya pet se ke bhai bhar gaya pet.</w:t>
      </w:r>
    </w:p>
    <w:p>
      <w:pPr>
        <w:jc w:val="right"/>
      </w:pPr>
      <w:r>
        <w:t>کھانا اسے اوائڈ کرنا ہے۔ آپ کھا رہے ہیں، بڑا اچھا لگ رہا ہے۔ اس کے بعد سگنل آیا پیٹ سے کہ بھئی بھر گیا پیٹ۔</w:t>
      </w:r>
    </w:p>
    <w:p>
      <w:r>
        <w:rPr>
          <w:b/>
        </w:rPr>
        <w:t xml:space="preserve">[52:24] </w:t>
      </w:r>
      <w:r>
        <w:t>to aap ko chhodna parega. is liye nahi ke aap test mil raha hai aap ko zuban par. to aap is ke signal ko agar</w:t>
      </w:r>
    </w:p>
    <w:p>
      <w:pPr>
        <w:jc w:val="right"/>
      </w:pPr>
      <w:r>
        <w:t>تو آپ کو چھوڑنا پڑے گا۔ اس لیے نہیں کہ آپ ٹیسٹ مل رہا ہے آپ کو زبان پر۔ تو آپ اس کے سگنل کو اگر</w:t>
      </w:r>
    </w:p>
    <w:p>
      <w:r>
        <w:rPr>
          <w:b/>
        </w:rPr>
        <w:t xml:space="preserve">[52:33] </w:t>
      </w:r>
      <w:r>
        <w:t>nazar andaz karein, pet ke signal ko. ke aap jante hain ke pet jab bharta hai to ek signal deta hai woh. to zuban mein to abhi bhi test mil raha hai aap ko.</w:t>
      </w:r>
    </w:p>
    <w:p>
      <w:pPr>
        <w:jc w:val="right"/>
      </w:pPr>
      <w:r>
        <w:t>نظر انداز کریں، پیٹ کے سگنل کو۔ کہ آپ جانتے ہیں کہ پیٹ جب بھرتا ہے تو ایک سگنل دیتا ہے وہ۔ تو زبان میں تو ابھی بھی ٹیسٹ مل رہا ہے آپ کو۔</w:t>
      </w:r>
    </w:p>
    <w:p>
      <w:r>
        <w:rPr>
          <w:b/>
        </w:rPr>
        <w:t xml:space="preserve">[52:45] </w:t>
      </w:r>
      <w:r>
        <w:t>lekin pet keh raha hai ke nahi, bas pet bhar gaya. to aap ko is signal ko follow karna parega. nahi follow karein ge</w:t>
      </w:r>
    </w:p>
    <w:p>
      <w:pPr>
        <w:jc w:val="right"/>
      </w:pPr>
      <w:r>
        <w:t>لیکن پیٹ کہہ رہا ہے کہ نہیں، بس پیٹ بھر گیا۔ تو آپ کو اس سگنل کو فالو کرنا پڑے گا۔ نہیں فالو کریں گے</w:t>
      </w:r>
    </w:p>
    <w:p>
      <w:r>
        <w:rPr>
          <w:b/>
        </w:rPr>
        <w:t xml:space="preserve">[52:53] </w:t>
      </w:r>
      <w:r>
        <w:t>to zyada kha lein ge. zyada kha lein ge to kya hoga? doctor ke paas jana parega.</w:t>
      </w:r>
    </w:p>
    <w:p>
      <w:pPr>
        <w:jc w:val="right"/>
      </w:pPr>
      <w:r>
        <w:t>تو زیادہ کھا لیں گے۔ زیادہ کھا لیں گے تو کیا ہوگا؟ ڈاکٹر کے پاس جانا پڑے گا۔</w:t>
      </w:r>
    </w:p>
    <w:p>
      <w:r>
        <w:rPr>
          <w:b/>
        </w:rPr>
        <w:t xml:space="preserve">[53:00] </w:t>
      </w:r>
      <w:r>
        <w:t>woh bhi avoidance ka principle hai. yani yani pet ke signal ko avoid, pet ke signal ko sunein. is ko nazar andaz mat kijiye.</w:t>
      </w:r>
    </w:p>
    <w:p>
      <w:pPr>
        <w:jc w:val="right"/>
      </w:pPr>
      <w:r>
        <w:t>وہ بھی اوائڈنس کا پرنسپل ہے۔ یعنی یعنی پیٹ کے سگنل کو اوائڈ، پیٹ کے سگنل کو سنیے۔ اس کو نظر انداز مت کیجیے۔</w:t>
      </w:r>
    </w:p>
    <w:p>
      <w:r>
        <w:rPr>
          <w:b/>
        </w:rPr>
        <w:t xml:space="preserve">[53:16] </w:t>
      </w:r>
      <w:r>
        <w:t>hum dua work karte hain, dawat mein to bohat ahmiyat hai avoidance ki. bohat zyada ahmiyat hai. dekhein quran mein ek bohat bohat hi sabak amoz qissa hai ke Hazrat Ibrahim ne</w:t>
      </w:r>
    </w:p>
    <w:p>
      <w:pPr>
        <w:jc w:val="right"/>
      </w:pPr>
      <w:r>
        <w:t>ہم دعا ورک کرتے ہیں، دعوت میں تو بہت اہمیت ہے اوائڈنس کی۔ بہت زیادہ اہمیت ہے۔ دیکھیں قرآن میں ایک بہت بہت ہی سبق آموز قصہ ہے کہ حضرت ابراہیم نے</w:t>
      </w:r>
    </w:p>
    <w:p>
      <w:r>
        <w:rPr>
          <w:b/>
        </w:rPr>
        <w:t xml:space="preserve">[53:34] </w:t>
      </w:r>
      <w:r>
        <w:t>jo badshah tha us zamane ka, nimrod, us ke samne dawat pesh ki.</w:t>
      </w:r>
    </w:p>
    <w:p>
      <w:pPr>
        <w:jc w:val="right"/>
      </w:pPr>
      <w:r>
        <w:t>جو بادشاہ تھا اس زمانے کا، نمرود، اس کے سامنے دعوت پیش کی۔</w:t>
      </w:r>
    </w:p>
    <w:p>
      <w:r>
        <w:rPr>
          <w:b/>
        </w:rPr>
        <w:t xml:space="preserve">[53:42] </w:t>
      </w:r>
      <w:r>
        <w:t>us ke samne dawat pesh ki.</w:t>
      </w:r>
    </w:p>
    <w:p>
      <w:pPr>
        <w:jc w:val="right"/>
      </w:pPr>
      <w:r>
        <w:t>اس کے سامنے دعوت پیش کی۔</w:t>
      </w:r>
    </w:p>
    <w:p>
      <w:r>
        <w:rPr>
          <w:b/>
        </w:rPr>
        <w:t xml:space="preserve">[53:46] </w:t>
      </w:r>
      <w:r>
        <w:t>to</w:t>
      </w:r>
    </w:p>
    <w:p>
      <w:pPr>
        <w:jc w:val="right"/>
      </w:pPr>
      <w:r>
        <w:t>تو</w:t>
      </w:r>
    </w:p>
    <w:p>
      <w:r>
        <w:rPr>
          <w:b/>
        </w:rPr>
        <w:t xml:space="preserve">[53:50] </w:t>
      </w:r>
      <w:r>
        <w:t>unho ne kaha ke tumhara khuda kaun khuda hai tumhara? to unho ne kaha ke jo khuda jo jilata hai aur marta hai, matlab zinda karta hai aur aur phir maut waqe hoti hai.</w:t>
      </w:r>
    </w:p>
    <w:p>
      <w:pPr>
        <w:jc w:val="right"/>
      </w:pPr>
      <w:r>
        <w:t>انہوں نے کہا کہ تمہارا خدا کون خدا ہے تمہارا؟ تو انہوں نے کہا کہ جو خدا جو جلاتا ہے اور مارتا ہے، مطلب زندہ کرتا ہے اور اور پھر موت واقع ہوتی ہے۔</w:t>
      </w:r>
    </w:p>
    <w:p>
      <w:r>
        <w:rPr>
          <w:b/>
        </w:rPr>
        <w:t xml:space="preserve">[54:03] </w:t>
      </w:r>
      <w:r>
        <w:t>to us ne kaha ke main bhi, main bhi kisi ko maar sakta hoon? yeh hukum doon, woh jallad us ki gardan uda de ga.</w:t>
      </w:r>
    </w:p>
    <w:p>
      <w:pPr>
        <w:jc w:val="right"/>
      </w:pPr>
      <w:r>
        <w:t>تو اس نے کہا کہ میں بھی، میں بھی کسی کو مار سکتا ہوں؟ یہ حکم دوں، وہ جلاد اس کی گردن اڑا دے گا۔</w:t>
      </w:r>
    </w:p>
    <w:p>
      <w:r>
        <w:rPr>
          <w:b/>
        </w:rPr>
        <w:t xml:space="preserve">[54:11] </w:t>
      </w:r>
      <w:r>
        <w:t>tumhara khuda marta hai to mein bhi marta hoon. kya farq hai? to hazrat ibrahim ne is pe behas nahi ki. unhon ne kaha ke khuda suraj ko nikalta hai mashriq se to to maghrib se nikal de to.</w:t>
      </w:r>
    </w:p>
    <w:p>
      <w:pPr>
        <w:jc w:val="right"/>
      </w:pPr>
      <w:r>
        <w:t>تمہارا خدا مارتا ہے تو میں بھی مارتا ہوں۔ کیا فرق ہے؟ تو حضرت ابراہیم نے اس پہ بحث نہیں کی۔ انہوں نے کہا کہ خدا سورج کو نکالتا ہے مشرق سے تو تو مغرب سے نکال دے تو۔</w:t>
      </w:r>
    </w:p>
    <w:p>
      <w:r>
        <w:rPr>
          <w:b/>
        </w:rPr>
        <w:t xml:space="preserve">[54:24] </w:t>
      </w:r>
      <w:r>
        <w:t>fobuhata allathi kafara. yeh hai avoidance.</w:t>
      </w:r>
    </w:p>
    <w:p>
      <w:pPr>
        <w:jc w:val="right"/>
      </w:pPr>
      <w:r>
        <w:t>فبوحۃ الذی کفر۔ یہ ہے اوائڈنس۔</w:t>
      </w:r>
    </w:p>
    <w:p>
      <w:r>
        <w:rPr>
          <w:b/>
        </w:rPr>
        <w:t xml:space="preserve">[54:29] </w:t>
      </w:r>
      <w:r>
        <w:t>to dawat mein aap ko principle avoidance bohat ziyada ikhtiyar karna parta hai. yani madu ki taraf se kuch bhi paish aaye, aap ko avoid karna hai.</w:t>
      </w:r>
    </w:p>
    <w:p>
      <w:pPr>
        <w:jc w:val="right"/>
      </w:pPr>
      <w:r>
        <w:t>تو دعوت میں آپ کو پرنسپل اوائڈنس بہت زیادہ اختیار کرنا پڑتا ہے۔ یعنی مدعو کی طرف سے کچھ بھی پیش آئے، آپ کو اوائڈ کرنا ہے۔</w:t>
      </w:r>
    </w:p>
    <w:p>
      <w:r>
        <w:rPr>
          <w:b/>
        </w:rPr>
        <w:t xml:space="preserve">[54:44] </w:t>
      </w:r>
      <w:r>
        <w:t>madu aap ke jazbat ko thes pahunchaye, madu ki taraf se aap ko koi talkh tajurba ho to aap ko avoid karna hai.</w:t>
      </w:r>
    </w:p>
    <w:p>
      <w:pPr>
        <w:jc w:val="right"/>
      </w:pPr>
      <w:r>
        <w:t>مدعو آپ کے جذبات کو ٹھیس پہنچائے، مدعو کی طرف سے آپ کو کوئی تلخ تجربہ ہو تو آپ کو اوائڈ کرنا ہے۔</w:t>
      </w:r>
    </w:p>
    <w:p>
      <w:r>
        <w:rPr>
          <w:b/>
        </w:rPr>
        <w:t xml:space="preserve">[54:54] </w:t>
      </w:r>
      <w:r>
        <w:t>yeh shakhsi baat nahi hai. musalman dekhiye, musalmanon ka haal kya hai? ke ek cartoon chhap gaya to us par ladne ko tayyar ho jatay hain.</w:t>
      </w:r>
    </w:p>
    <w:p>
      <w:pPr>
        <w:jc w:val="right"/>
      </w:pPr>
      <w:r>
        <w:t>یہ شخصی بات نہیں ہے۔ مسلمان دیکھیے، مسلمانوں کا حال کیا ہے؟ کہ ایک کارٹون چھپ گیا تو اس پر لڑنے کو تیار ہو جاتے ہیں۔</w:t>
      </w:r>
    </w:p>
    <w:p>
      <w:r>
        <w:rPr>
          <w:b/>
        </w:rPr>
        <w:t xml:space="preserve">[55:04] </w:t>
      </w:r>
      <w:r>
        <w:t>kahin koi quran ko kisi ne so called behurmati kar di, us par ladne ko tayyar ho jatay hain. rasool Allah ki shan mein koi so called gustakhi kar di, ladne ko tayyar ho jatay hain.</w:t>
      </w:r>
    </w:p>
    <w:p>
      <w:pPr>
        <w:jc w:val="right"/>
      </w:pPr>
      <w:r>
        <w:t>کہیں کوئی قرآن کو کسی نے سو کالڈ بے حرمتی کر دی، اس پر لڑنے کو تیار ہو جاتے ہیں۔ رسول اللہ کی شان میں کوئی سو کالڈ گستاخی کر دی، لڑنے کو تیار ہو جاتے ہیں۔</w:t>
      </w:r>
    </w:p>
    <w:p>
      <w:r>
        <w:rPr>
          <w:b/>
        </w:rPr>
        <w:t xml:space="preserve">[55:15] </w:t>
      </w:r>
      <w:r>
        <w:t>yeh sab avoid, avoid karna hai. yeh sare mamle mein avoid karna hai. cartoon chhapay to avoid kijiye.</w:t>
      </w:r>
    </w:p>
    <w:p>
      <w:pPr>
        <w:jc w:val="right"/>
      </w:pPr>
      <w:r>
        <w:t>یہ سب اوائڈ، اوائڈ کرنا ہے۔ یہ سارے معاملے میں اوائڈ کرنا ہے۔ کارٹون چھاپے تو اوائڈ کیجیے۔</w:t>
      </w:r>
    </w:p>
    <w:p>
      <w:r>
        <w:rPr>
          <w:b/>
        </w:rPr>
        <w:t xml:space="preserve">[55:26] </w:t>
      </w:r>
      <w:r>
        <w:t>koi behurmati kare, sach much kare, bil farz tab bhi avoid kijiye. koi gustakhi kare, bil farz sach much gustakhi kare, tab bhi avoid kijiye. kyun?</w:t>
      </w:r>
    </w:p>
    <w:p>
      <w:pPr>
        <w:jc w:val="right"/>
      </w:pPr>
      <w:r>
        <w:t>کوئی بے حرمتی کرے، سچ مچ کرے، بالفرض تب بھی اوائڈ کیجیے۔ کوئی گستاخی کرے، بالفرض سچ مچ گستاخی کرے، تب بھی اوائڈ کیجیے۔ کیوں؟</w:t>
      </w:r>
    </w:p>
    <w:p>
      <w:r>
        <w:rPr>
          <w:b/>
        </w:rPr>
        <w:t xml:space="preserve">[55:37] </w:t>
      </w:r>
      <w:r>
        <w:t>madu se avoid hi karna parta hai. is ke baghair dawat chalegi nahi.</w:t>
      </w:r>
    </w:p>
    <w:p>
      <w:pPr>
        <w:jc w:val="right"/>
      </w:pPr>
      <w:r>
        <w:t>مدعو سے اوائڈ ہی کرنا پڑتا ہے۔ اس کے بغیر دعوت چلے گی نہیں۔</w:t>
      </w:r>
    </w:p>
    <w:p>
      <w:r>
        <w:rPr>
          <w:b/>
        </w:rPr>
        <w:t xml:space="preserve">[55:44] </w:t>
      </w:r>
      <w:r>
        <w:t>abhi jo musalman hain, madu ghussa kiye rehtay hain, woh lad bher kar ke. aap nafrat karenge to woh bhi nafrat karega.</w:t>
      </w:r>
    </w:p>
    <w:p>
      <w:pPr>
        <w:jc w:val="right"/>
      </w:pPr>
      <w:r>
        <w:t>ابھی جو مسلمان ہیں، مدعو غصہ کیے رہتے ہیں، وہ لڑ بھڑ کر کے۔ آپ نفرت کریں گے تو وہ بھی نفرت کرے گا۔</w:t>
      </w:r>
    </w:p>
    <w:p>
      <w:r>
        <w:rPr>
          <w:b/>
        </w:rPr>
        <w:t xml:space="preserve">[55:55] </w:t>
      </w:r>
      <w:r>
        <w:t>dai aur madu ke darmiyan bohat hi mu'tadil halaat hone chahiye. bohat hi normal mahaul hona chahiye. to kaise qaim hoga agar aap avoid na karen to?</w:t>
      </w:r>
    </w:p>
    <w:p>
      <w:pPr>
        <w:jc w:val="right"/>
      </w:pPr>
      <w:r>
        <w:t>داعی اور مدعو کے درمیان بہت ہی معتدل حالات ہونے چاہیے۔ بہت ہی نارمل ماحول ہونا چاہیے۔ تو کیسے قائم ہوگا اگر آپ اوائڈ نہ کریں تو؟</w:t>
      </w:r>
    </w:p>
    <w:p>
      <w:r>
        <w:rPr>
          <w:b/>
        </w:rPr>
        <w:t xml:space="preserve">[56:08] </w:t>
      </w:r>
      <w:r>
        <w:t>to avoid kar ke kya hota hai ke dai aur madu ke darmiyan normal taluq baqi rehta hai.</w:t>
      </w:r>
    </w:p>
    <w:p>
      <w:pPr>
        <w:jc w:val="right"/>
      </w:pPr>
      <w:r>
        <w:t>تو اوائڈ کر کے کیا ہوتا ہے کہ داعی اور مدعو کے درمیان نارمل تعلق باقی رہتا ہے۔</w:t>
      </w:r>
    </w:p>
    <w:p>
      <w:r>
        <w:rPr>
          <w:b/>
        </w:rPr>
        <w:t xml:space="preserve">[56:21] </w:t>
      </w:r>
      <w:r>
        <w:t>yani normal taluq ko baqi rakhne ke liye hamein avoid karna parta hai. woh kuch bhi kare, madu kuch bhi kare. unilaterally karna parta hai aap ko.</w:t>
      </w:r>
    </w:p>
    <w:p>
      <w:pPr>
        <w:jc w:val="right"/>
      </w:pPr>
      <w:r>
        <w:t>یعنی نارمل تعلق کو باقی رکھنے کے لیے ہمیں اوائڈ کرنا پڑتا ہے۔ وہ کچھ بھی کرے، مدعو کچھ بھی کرے۔ یونی لیٹرلی کرنا پڑتا ہے آپ کو۔</w:t>
      </w:r>
    </w:p>
    <w:p>
      <w:r>
        <w:rPr>
          <w:b/>
        </w:rPr>
        <w:t xml:space="preserve">[56:32] </w:t>
      </w:r>
      <w:r>
        <w:t>jise kehte hain na, customer is always right. to business mein kaha jata hai, customer is always right. kyun? agar customer se hum avoid na karen to business nahi hoga.</w:t>
      </w:r>
    </w:p>
    <w:p>
      <w:pPr>
        <w:jc w:val="right"/>
      </w:pPr>
      <w:r>
        <w:t>جسے کہتے ہیں نا، کسٹمر از الویز رائٹ۔ تو بزنس میں کہا جاتا ہے، کسٹمر از الویز رائٹ۔ کیوں؟ اگر کسٹمر سے ہم اوائڈ نہ کریں تو بزنس نہیں ہوگا۔</w:t>
      </w:r>
    </w:p>
    <w:p>
      <w:r>
        <w:rPr>
          <w:b/>
        </w:rPr>
        <w:t xml:space="preserve">[56:45] </w:t>
      </w:r>
      <w:r>
        <w:t>customer ki baaton ko agar avoid na karen to business nahi hoga. aisi madu ki baaton par agar avoid na karen to dawat nahi hogi.</w:t>
      </w:r>
    </w:p>
    <w:p>
      <w:pPr>
        <w:jc w:val="right"/>
      </w:pPr>
      <w:r>
        <w:t>کسٹمر کی باتوں کو اگر اوائڈ نہ کریں تو بزنس نہیں ہوگا۔ ایسی مدعو کی باتوں پر اگر اوائڈ نہ کریں تو دعوت نہیں ہوگی۔</w:t>
      </w:r>
    </w:p>
    <w:p>
      <w:r>
        <w:rPr>
          <w:b/>
        </w:rPr>
        <w:t xml:space="preserve">[56:55] </w:t>
      </w:r>
      <w:r>
        <w:t>same principle yahan bhi apply hota hai. yani jis tarah se woh kehta hai, businessman ke customer is always right, aap ko bhi kehna chahiye ke madu is always right.</w:t>
      </w:r>
    </w:p>
    <w:p>
      <w:pPr>
        <w:jc w:val="right"/>
      </w:pPr>
      <w:r>
        <w:t>سیم پرنسپل یہاں بھی اپلائی ہوتا ہے۔ یعنی جس طرح سے وہ کہتا ہے، بزنس مین کہ کسٹمر از الویز رائٹ، آپ کو بھی کہنا چاہیے کہ مدعو از الویز رائٹ۔</w:t>
      </w:r>
    </w:p>
    <w:p>
      <w:r>
        <w:rPr>
          <w:b/>
        </w:rPr>
        <w:t xml:space="preserve">[57:16] </w:t>
      </w:r>
      <w:r>
        <w:t>jab tak yeh na hoga, koi dawat nahi ho sakti. isi liye dekhiye, quran majeed mein jab hukum aaya rasool Allah sal Allah alaih wasallam ko dawat ka, kam fa anzir, to us mein aaya, wal rabbika fa ssbir,</w:t>
      </w:r>
    </w:p>
    <w:p>
      <w:pPr>
        <w:jc w:val="right"/>
      </w:pPr>
      <w:r>
        <w:t>جب تک یہ نہ ہوگا، کوئی دعوت نہیں ہو سکتی۔ اسی لیے دیکھیں، قرآن مجید میں جب حکم آیا رسول اللہ صلی اللہ علیہ وسلم کو دعوت کا، کم فانظر، تو اس میں آیا، والربک فجر،</w:t>
      </w:r>
    </w:p>
    <w:p>
      <w:r>
        <w:rPr>
          <w:b/>
        </w:rPr>
        <w:t xml:space="preserve">[57:33] </w:t>
      </w:r>
      <w:r>
        <w:t>apne rab ke liye sabr karo. yani dawat do aur sabr karo, dawat do aur sabr karo. yani madu ki baaton par sabr karo, madu ki baaton ko avoid karo, madu ki baaton par sabr o tahammul ka andaaz ikhtiyar karo.</w:t>
      </w:r>
    </w:p>
    <w:p>
      <w:pPr>
        <w:jc w:val="right"/>
      </w:pPr>
      <w:r>
        <w:t>اپنے رب کے لیے صبر کرو۔ یعنی دعوت دو اور صبر کرو، دعوت دو اور صبر کرو۔ یعنی مدعو کی باتوں پر صبر کرو، مدعو کی باتوں کو اوائڈ کرو، مدعو کی باتوں پر صبر و تحمل کا انداز اختیار کرو۔</w:t>
      </w:r>
    </w:p>
    <w:p>
      <w:r>
        <w:rPr>
          <w:b/>
        </w:rPr>
        <w:t xml:space="preserve">[57:48] </w:t>
      </w:r>
      <w:r>
        <w:t>kyun?</w:t>
      </w:r>
    </w:p>
    <w:p>
      <w:pPr>
        <w:jc w:val="right"/>
      </w:pPr>
      <w:r>
        <w:t>کیوں؟</w:t>
      </w:r>
    </w:p>
    <w:p>
      <w:r>
        <w:rPr>
          <w:b/>
        </w:rPr>
        <w:t xml:space="preserve">[57:50] </w:t>
      </w:r>
      <w:r>
        <w:t>taake dawati mahaul baqi rahe, normal taluq baqi rahe, aman ki fiza baqi rahe, aur dawat ka kaam continue rahe.</w:t>
      </w:r>
    </w:p>
    <w:p>
      <w:pPr>
        <w:jc w:val="right"/>
      </w:pPr>
      <w:r>
        <w:t>تاکہ دعوتی ماحول باقی رہے، نارمل تعلق باقی رہے، امن کی فضا باقی رہے، اور دعوت کا کام کنٹینیو رہے۔</w:t>
      </w:r>
    </w:p>
    <w:p>
      <w:r>
        <w:rPr>
          <w:b/>
        </w:rPr>
        <w:t xml:space="preserve">[58:06] </w:t>
      </w:r>
      <w:r>
        <w:t>to dawat, dawat jo hai, woh dawat chahta hai peace, aman, ishti.</w:t>
      </w:r>
    </w:p>
    <w:p>
      <w:pPr>
        <w:jc w:val="right"/>
      </w:pPr>
      <w:r>
        <w:t>تو دعوت، دعوت جو ہے، وہ دعوت چاہتا ہے پیس، امن، اشتی۔</w:t>
      </w:r>
    </w:p>
    <w:p>
      <w:r>
        <w:rPr>
          <w:b/>
        </w:rPr>
        <w:t xml:space="preserve">[58:12] </w:t>
      </w:r>
      <w:r>
        <w:t>aman ke baghair dawat nahi.</w:t>
      </w:r>
    </w:p>
    <w:p>
      <w:pPr>
        <w:jc w:val="right"/>
      </w:pPr>
      <w:r>
        <w:t>امن کے بغیر دعوت نہیں۔</w:t>
      </w:r>
    </w:p>
    <w:p>
      <w:r>
        <w:rPr>
          <w:b/>
        </w:rPr>
        <w:t xml:space="preserve">[58:17] </w:t>
      </w:r>
      <w:r>
        <w:t>yani nafrat ke mahaul mein dawat nahi ho sakti. ladai jhagde ke mahaul mein dawat nahi ho sakti. takrao ke mahaul mein dawat nahi ho sakti.</w:t>
      </w:r>
    </w:p>
    <w:p>
      <w:pPr>
        <w:jc w:val="right"/>
      </w:pPr>
      <w:r>
        <w:t>یعنی نفرت کے ماحول میں دعوت نہیں ہو سکتی۔ لڑائی جھگڑے کے ماحول میں دعوت نہیں ہو سکتی۔ ٹکراؤ کے ماحول میں دعوت نہیں ہو سکتی۔</w:t>
      </w:r>
    </w:p>
    <w:p>
      <w:r>
        <w:rPr>
          <w:b/>
        </w:rPr>
        <w:t xml:space="preserve">[58:27] </w:t>
      </w:r>
      <w:r>
        <w:t>in sab cheezon ko khatam karna hai. to madu kyun khatam kare? yeh dai ko khatam karna hai.</w:t>
      </w:r>
    </w:p>
    <w:p>
      <w:pPr>
        <w:jc w:val="right"/>
      </w:pPr>
      <w:r>
        <w:t>ان سب چیزوں کو ختم کرنا ہے۔ تو مدعو کیوں ختم کرے؟ یہ داعی کو ختم کرنا ہے۔</w:t>
      </w:r>
    </w:p>
    <w:p>
      <w:r>
        <w:rPr>
          <w:b/>
        </w:rPr>
        <w:t xml:space="preserve">[58:35] </w:t>
      </w:r>
      <w:r>
        <w:t>dai ko unilaterally tor par aisa mahaul banana hai ke wahan nafrat na ho, wahan talkhiyan na hon, wahan shikayatein na hon, wahan doori na ho, wahan takrao na ho, wahan ladai na ho.</w:t>
      </w:r>
    </w:p>
    <w:p>
      <w:pPr>
        <w:jc w:val="right"/>
      </w:pPr>
      <w:r>
        <w:t>داعی کو یونی لیٹرل طور پر ایسا ماحول بنانا ہے کہ وہاں نفرت نہ ہو، وہاں تلخیاں نہ ہوں، وہاں شکایتیں نہ ہوں، وہاں دوری نہ ہو، وہاں ٹکراؤ نہ ہو، وہاں لڑائی نہ ہو۔</w:t>
      </w:r>
    </w:p>
    <w:p>
      <w:r>
        <w:rPr>
          <w:b/>
        </w:rPr>
        <w:t xml:space="preserve">[58:49] </w:t>
      </w:r>
      <w:r>
        <w:t>yeh sab madعو ko</w:t>
      </w:r>
    </w:p>
    <w:p>
      <w:pPr>
        <w:jc w:val="right"/>
      </w:pPr>
      <w:r>
        <w:t>یہ سب مدعو کو</w:t>
      </w:r>
    </w:p>
    <w:p>
      <w:r>
        <w:rPr>
          <w:b/>
        </w:rPr>
        <w:t xml:space="preserve">[58:51] </w:t>
      </w:r>
      <w:r>
        <w:t>nahi balkeh daai ko karna hai. yeh sab kaam to yeh yeh hai unilateral basis par yak-tarfa taur par karna hai daai ko yeh kaam.</w:t>
      </w:r>
    </w:p>
    <w:p>
      <w:pPr>
        <w:jc w:val="right"/>
      </w:pPr>
      <w:r>
        <w:t>نہیں بلکہ داعی کو کرنا ہے۔ یہ سب کام تو یہ یہ ہے یونی لیٹرل بیسز پر یکطرفہ طور پر کرنا ہے داعی کو یہ کام۔</w:t>
      </w:r>
    </w:p>
    <w:p>
      <w:r>
        <w:rPr>
          <w:b/>
        </w:rPr>
        <w:t xml:space="preserve">[59:02] </w:t>
      </w:r>
      <w:r>
        <w:t>kyunkeh dawat nahi hogi is ke baghair. dawat nahi hogi to aap ko reward nahi milega.</w:t>
      </w:r>
    </w:p>
    <w:p>
      <w:pPr>
        <w:jc w:val="right"/>
      </w:pPr>
      <w:r>
        <w:t>کیونکہ دعوت نہیں ہوگی اس کے بغیر۔ دعوت نہیں ہوگی تو آپ کو ریوارڈ نہیں ملے گا۔</w:t>
      </w:r>
    </w:p>
    <w:p>
      <w:r>
        <w:rPr>
          <w:b/>
        </w:rPr>
        <w:t xml:space="preserve">[59:07] </w:t>
      </w:r>
      <w:r>
        <w:t>Khuda ka inaam nahi milega aap ko.</w:t>
      </w:r>
    </w:p>
    <w:p>
      <w:pPr>
        <w:jc w:val="right"/>
      </w:pPr>
      <w:r>
        <w:t>خدا کا انعام نہیں ملے گا آپ کو۔</w:t>
      </w:r>
    </w:p>
    <w:p>
      <w:r>
        <w:rPr>
          <w:b/>
        </w:rPr>
        <w:t xml:space="preserve">[59:12] </w:t>
      </w:r>
      <w:r>
        <w:t>to yeh hai sabr, yeh hai araz, yeh hai tahammul, yeh hai bardasht. aur yeh sab yak-tarfa taur par hota hai hamesha. yak-tarfa taur par unilateral taur par hota hai.</w:t>
      </w:r>
    </w:p>
    <w:p>
      <w:pPr>
        <w:jc w:val="right"/>
      </w:pPr>
      <w:r>
        <w:t>تو یہ ہے صبر، یہ ہے اعراض، یہ ہے تحمل، یہ ہے برداشت۔ اور یہ سب یکطرفہ طور پر ہوتا ہے ہمیشہ۔ یکطرفہ طور پر یونی لیٹرل طور پر ہوتا ہے۔</w:t>
      </w:r>
    </w:p>
    <w:p>
      <w:r>
        <w:rPr>
          <w:b/>
        </w:rPr>
        <w:t xml:space="preserve">[59:27] </w:t>
      </w:r>
      <w:r>
        <w:t>yeh wisdom hai zindagi ke liye, yeh wisdom hai dawat ke liye, har cheez ke liye. Allah taala mujh ko aur aap ko is ki tofeeq ata farmaye.</w:t>
      </w:r>
    </w:p>
    <w:p>
      <w:pPr>
        <w:jc w:val="right"/>
      </w:pPr>
      <w:r>
        <w:t>یہ وزڈم ہے زندگی کے لیے، یہ وزڈم ہے دعوت کے لیے، ہر چیز کے لیے۔ اللہ تعالی مجھ کو اور آپ کو اس کی توفیق عطا فرمائے۔</w:t>
      </w:r>
    </w:p>
    <w:p>
      <w:r>
        <w:rPr>
          <w:b/>
        </w:rPr>
        <w:t xml:space="preserve">[59:37] </w:t>
      </w:r>
      <w:r>
        <w:t>aqool qawli haza wastaghfirullah lakum ajmaeen.</w:t>
      </w:r>
    </w:p>
    <w:p>
      <w:pPr>
        <w:jc w:val="right"/>
      </w:pPr>
      <w:r>
        <w:t>اقول قولھذا واستغفراللہ لکم اجمعین۔</w:t>
      </w:r>
    </w:p>
    <w:p>
      <w:r>
        <w:rPr>
          <w:b/>
        </w:rPr>
        <w:t xml:space="preserve">[59:52] </w:t>
      </w:r>
      <w:r>
        <w:t>mein kabhi bhi justice injustice ka mamla nahi hota hai. aap ko justice ka choice hi nahi hai is dunya mein.</w:t>
      </w:r>
    </w:p>
    <w:p>
      <w:pPr>
        <w:jc w:val="right"/>
      </w:pPr>
      <w:r>
        <w:t>میں کبھی بھی جسٹس ان جسٹس کا معاملہ نہیں ہوتا ہے۔ آپ کو جسٹس کا چوائس ہی نہیں ہے اس دنیا میں۔</w:t>
      </w:r>
    </w:p>
    <w:p>
      <w:r>
        <w:rPr>
          <w:b/>
        </w:rPr>
        <w:t xml:space="preserve">[1:00:03] </w:t>
      </w:r>
      <w:r>
        <w:t>practical ka choice hai. yaad rakhiye, yeh bohat bari fallacy hai is mein ke saare log parhe justice ka choice dhoondh rahe hain.</w:t>
      </w:r>
    </w:p>
    <w:p>
      <w:pPr>
        <w:jc w:val="right"/>
      </w:pPr>
      <w:r>
        <w:t>پریکٹیکل کا چوائس ہے۔ یاد رکھیے، یہ بہت بڑی فریسی ہے اس میں کہ سارے لوگ پڑھے جسٹس کا چوائس ڈھونڈ رہے ہیں۔</w:t>
      </w:r>
    </w:p>
    <w:p>
      <w:r>
        <w:rPr>
          <w:b/>
        </w:rPr>
        <w:t xml:space="preserve">[1:00:12] </w:t>
      </w:r>
      <w:r>
        <w:t>kis ko mila hai justice ka choice? mujhe bataiye, kaun hai dunya mein? Rasool Allah sal Allah alaihi wasallam ne jab Makah se hijrat ki to jo justice tha, kya woh woh justice tha?</w:t>
      </w:r>
    </w:p>
    <w:p>
      <w:pPr>
        <w:jc w:val="right"/>
      </w:pPr>
      <w:r>
        <w:t>کس کو ملا ہے جسٹس کا چوائس؟ مجھے بتائیے، کون ہے دنیا میں؟ رسول اللہ صلی اللہ علیہ وسلم نے جب مکہ سے ہجرت کی تو جو جسٹس تھا، کیا وہ وہ جسٹس تھا؟</w:t>
      </w:r>
    </w:p>
    <w:p>
      <w:r>
        <w:rPr>
          <w:b/>
        </w:rPr>
        <w:t xml:space="preserve">[1:00:24] </w:t>
      </w:r>
      <w:r>
        <w:t>koi ek bhi waqea bataiye mujhe jab ke insaan ko justice mila ho.</w:t>
      </w:r>
    </w:p>
    <w:p>
      <w:pPr>
        <w:jc w:val="right"/>
      </w:pPr>
      <w:r>
        <w:t>کوئی ایک بھی واقعہ بتائیے مجھے جب کہ انسان کو جسٹس ملا ہو۔</w:t>
      </w:r>
    </w:p>
    <w:p>
      <w:r>
        <w:rPr>
          <w:b/>
        </w:rPr>
        <w:t xml:space="preserve">[1:00:32] </w:t>
      </w:r>
      <w:r>
        <w:t>nahi, sirf practically possible kya hai, woh dekhna padta hai.</w:t>
      </w:r>
    </w:p>
    <w:p>
      <w:pPr>
        <w:jc w:val="right"/>
      </w:pPr>
      <w:r>
        <w:t>نہیں، صرف پریکٹیکلی پاسیبل کیا ہے، وہ دیکھنا پڑتا ہے۔</w:t>
      </w:r>
    </w:p>
    <w:p>
      <w:r>
        <w:rPr>
          <w:b/>
        </w:rPr>
        <w:t xml:space="preserve">[1:00:39] </w:t>
      </w:r>
      <w:r>
        <w:t>yaad rakhiye, ek hai individual ka mamla, ek hai social mamlaat. aap apne zaati mamle mein ideal chala sakte hain, ideal justice.</w:t>
      </w:r>
    </w:p>
    <w:p>
      <w:pPr>
        <w:jc w:val="right"/>
      </w:pPr>
      <w:r>
        <w:t>یاد رکھیے، ایک ہے انڈیویجول کا معاملہ، ایک ہے سوشل معاملات۔ آپ اپنے ذاتی معاملے میں آئیڈیل چلا سکتے ہیں، آئیڈیل جسٹس۔</w:t>
      </w:r>
    </w:p>
    <w:p>
      <w:r>
        <w:rPr>
          <w:b/>
        </w:rPr>
        <w:t xml:space="preserve">[1:00:52] </w:t>
      </w:r>
      <w:r>
        <w:t>jab</w:t>
      </w:r>
    </w:p>
    <w:p>
      <w:pPr>
        <w:jc w:val="right"/>
      </w:pPr>
      <w:r>
        <w:t>جب</w:t>
      </w:r>
    </w:p>
    <w:p>
      <w:r>
        <w:rPr>
          <w:b/>
        </w:rPr>
        <w:t xml:space="preserve">[1:00:55] </w:t>
      </w:r>
      <w:r>
        <w:t>social mamlaat hon, national mamlaat hon, kabhi bhi justice wahan nahi milta hai. kabhi bhi na peghambar ko milta hai, na aap ko milta hai. Rasool Allah sal Allah alaihi wasallam ne Hudaybiyah mein ja rahe the umrah karne ke liye, jo sab ka haq tha.</w:t>
      </w:r>
    </w:p>
    <w:p>
      <w:pPr>
        <w:jc w:val="right"/>
      </w:pPr>
      <w:r>
        <w:t>سوشل معاملات ہوں، نیشنل معاملات ہوں، کبھی بھی جسٹس وہاں نہیں ملتا ہے۔ کبھی بھی نہ پیغمبر کو ملتا ہے، نہ آپ کو ملتا ہے۔ رسول اللہ صلی اللہ علیہ وسلم نے حدیبیہ میں جا رہے تھے عمرہ کرنے کے لیے، جو سب کا حق تھا۔</w:t>
      </w:r>
    </w:p>
    <w:p>
      <w:r>
        <w:rPr>
          <w:b/>
        </w:rPr>
        <w:t xml:space="preserve">[1:01:10] </w:t>
      </w:r>
      <w:r>
        <w:t>saare Arab ko haq tha ke woh umrah karne ke liye jayen.</w:t>
      </w:r>
    </w:p>
    <w:p>
      <w:pPr>
        <w:jc w:val="right"/>
      </w:pPr>
      <w:r>
        <w:t>سارے عرب کو حق تھا کہ وہ عمرہ کرنے کے لیے جائیں۔</w:t>
      </w:r>
    </w:p>
    <w:p>
      <w:r>
        <w:rPr>
          <w:b/>
        </w:rPr>
        <w:t xml:space="preserve">[1:01:15] </w:t>
      </w:r>
      <w:r>
        <w:t>to aap ka right tha ke jayen wahan par. unhon ne kaha, nahi, aap ko nahi jaane jaane nahi denge. aap loot loot gaye. kya justice tha yeh? yeh bohat bara fareb hai, bohat bari fallacy hai jis mein Kashmir ke log aur Falasteen ke log phanse hue hain.</w:t>
      </w:r>
    </w:p>
    <w:p>
      <w:pPr>
        <w:jc w:val="right"/>
      </w:pPr>
      <w:r>
        <w:t>تو آپ کا رائٹ تھا کہ جائیں وہاں پر۔ انہوں نے کہا، نہیں، آپ کو نہیں جانے جانے نہیں دیں گے۔ آپ لوٹ لوٹ گئے۔ کیا جسٹس تھا یہ؟ یہ بہت بڑا فریب ہے، بہت بڑی فریسی ہے جس میں کشمیر کے لوگ اور فلسطین کے لوگ پھنسے ہوئے ہیں۔</w:t>
      </w:r>
    </w:p>
    <w:p>
      <w:r>
        <w:rPr>
          <w:b/>
        </w:rPr>
        <w:t xml:space="preserve">[1:01:29] </w:t>
      </w:r>
      <w:r>
        <w:t>kya mujhe justice chahiye?</w:t>
      </w:r>
    </w:p>
    <w:p>
      <w:pPr>
        <w:jc w:val="right"/>
      </w:pPr>
      <w:r>
        <w:t>کیا مجھے جسٹس چاہیے؟</w:t>
      </w:r>
    </w:p>
    <w:p>
      <w:r>
        <w:rPr>
          <w:b/>
        </w:rPr>
        <w:t xml:space="preserve">[1:01:32] </w:t>
      </w:r>
      <w:r>
        <w:t>yani jo milna, jo mil nahi sakta, woh chahiye.</w:t>
      </w:r>
    </w:p>
    <w:p>
      <w:pPr>
        <w:jc w:val="right"/>
      </w:pPr>
      <w:r>
        <w:t>یعنی جو ملنا، جو مل نہیں سکتا، وہ چاہیے۔</w:t>
      </w:r>
    </w:p>
    <w:p>
      <w:r>
        <w:rPr>
          <w:b/>
        </w:rPr>
        <w:t xml:space="preserve">[1:01:38] </w:t>
      </w:r>
      <w:r>
        <w:t>dekhiye, practically possible kya hai, woh dekhna padta hai. justice keh rahe hain, nahi dekhna padta. to 1948 mein Arabon ne jab inkar kar diya tha manne se, to agar inkar karna sahi hota un ka to un ko mil gaya hota.</w:t>
      </w:r>
    </w:p>
    <w:p>
      <w:pPr>
        <w:jc w:val="right"/>
      </w:pPr>
      <w:r>
        <w:t>دیکھیں، پریکٹیکلی پاسیبل کیا ہے، وہ دیکھنا پڑتا ہے۔ جسٹس کہہ رہے ہیں، نہیں دیکھنا پڑتا۔ تو 1948 میں عربوں نے جب انکار کر دیا تھا ماننے سے، تو اگر انکار کرنا صحیح ہوتا ان کا تو ان کو مل گیا ہوتا۔</w:t>
      </w:r>
    </w:p>
    <w:p>
      <w:r>
        <w:rPr>
          <w:b/>
        </w:rPr>
        <w:t xml:space="preserve">[1:01:53] </w:t>
      </w:r>
      <w:r>
        <w:t>woh mila kahan?</w:t>
      </w:r>
    </w:p>
    <w:p>
      <w:pPr>
        <w:jc w:val="right"/>
      </w:pPr>
      <w:r>
        <w:t>وہ ملا کہاں؟</w:t>
      </w:r>
    </w:p>
    <w:p>
      <w:r>
        <w:rPr>
          <w:b/>
        </w:rPr>
        <w:t xml:space="preserve">[1:01:54] </w:t>
      </w:r>
      <w:r>
        <w:t>mili to zillat, nakami, tabahi, khona, nuksan. yeh mila, woh kahan mila jis ke liye woh chahte the ke saara Falasteen mil jaye un ko?</w:t>
      </w:r>
    </w:p>
    <w:p>
      <w:pPr>
        <w:jc w:val="right"/>
      </w:pPr>
      <w:r>
        <w:t>ملی تو ذلت، ناکامی، تباہی، کھونا، نقصان۔ یہ ملا، وہ کہاں ملا جس کے لیے وہ چاہتے تھے کہ سارا فلسطین مل جائے ان کو؟</w:t>
      </w:r>
    </w:p>
    <w:p>
      <w:r>
        <w:rPr>
          <w:b/>
        </w:rPr>
        <w:t xml:space="preserve">[1:02:07] </w:t>
      </w:r>
      <w:r>
        <w:t>yeh bohat bari fallacy hai jis mein poori poori tareekh phansi rahi hai.</w:t>
      </w:r>
    </w:p>
    <w:p>
      <w:pPr>
        <w:jc w:val="right"/>
      </w:pPr>
      <w:r>
        <w:t>یہ بہت بڑی فریسی ہے جس میں پوری پوری تاریخ پھنسی رہی ہے۔</w:t>
      </w:r>
    </w:p>
    <w:p>
      <w:r>
        <w:rPr>
          <w:b/>
        </w:rPr>
        <w:t xml:space="preserve">[1:02:13] </w:t>
      </w:r>
      <w:r>
        <w:t>yani Aristotle aur Plato bhi isi term mein sochte the ke hamein justice chahiye. Rasool Allah sal Allah alaihi wasallam ne bataya ke Allah taala ne dunya ko banaya hai is qanoon ke tehat ke har aadmi ko azadi hai.</w:t>
      </w:r>
    </w:p>
    <w:p>
      <w:pPr>
        <w:jc w:val="right"/>
      </w:pPr>
      <w:r>
        <w:t>یعنی ارسٹوٹل اور پلیٹو بھی اسی ٹرم میں سوچتے تھے کہ ہمیں جسٹس چاہیے۔ رسول اللہ صلی اللہ علیہ وسلم نے بتایا کہ اللہ تعالی نے دنیا کو بنایا ہے اس قانون کے تحت کہ ہر آدمی کو آزادی ہے۔</w:t>
      </w:r>
    </w:p>
    <w:p>
      <w:r>
        <w:rPr>
          <w:b/>
        </w:rPr>
        <w:t xml:space="preserve">[1:02:27] </w:t>
      </w:r>
      <w:r>
        <w:t>har aadmi apna apna hissa lena chahega to is mein takrao hoga.</w:t>
      </w:r>
    </w:p>
    <w:p>
      <w:pPr>
        <w:jc w:val="right"/>
      </w:pPr>
      <w:r>
        <w:t>ہر آدمی اپنا اپنا حصہ لینا چاہے گا تو اس میں ٹکراؤ ہوگا۔</w:t>
      </w:r>
    </w:p>
    <w:p>
      <w:r>
        <w:rPr>
          <w:b/>
        </w:rPr>
        <w:t xml:space="preserve">[1:02:33] </w:t>
      </w:r>
      <w:r>
        <w:t>to justice mat talash karo. practical kya hai? is par razi ho jao.</w:t>
      </w:r>
    </w:p>
    <w:p>
      <w:pPr>
        <w:jc w:val="right"/>
      </w:pPr>
      <w:r>
        <w:t>تو جسٹس مت تلاش کرو۔ پریکٹیکل کیا ہے؟ اس پر راضی ہو جاؤ۔</w:t>
      </w:r>
    </w:p>
    <w:p>
      <w:r>
        <w:rPr>
          <w:b/>
        </w:rPr>
        <w:t xml:space="preserve">[1:02:40] </w:t>
      </w:r>
      <w:r>
        <w:t>isi isi pharisi ne tabah kar rakha pakistan ko, tabah kar rakha kashmir ko, aur tabah kar rakha falasteen ko. aur dunya mein har jagah musalman zillat ka shikar hain.</w:t>
      </w:r>
    </w:p>
    <w:p>
      <w:pPr>
        <w:jc w:val="right"/>
      </w:pPr>
      <w:r>
        <w:t>اسی اسی فریسی نے تباہ کر رکھا پاکستان کو، تباہ کر رکھا کشمیر کو، اور تباہ کر رکھا فلسطین کو۔ اور دنیا میں ہر جگہ مسلمان ذلت کا شکار ہیں۔</w:t>
      </w:r>
    </w:p>
    <w:p>
      <w:r>
        <w:rPr>
          <w:b/>
        </w:rPr>
        <w:t xml:space="preserve">[1:02:49] </w:t>
      </w:r>
      <w:r>
        <w:t>isi liye justice chahte hain aur justice milta nahin.</w:t>
      </w:r>
    </w:p>
    <w:p>
      <w:pPr>
        <w:jc w:val="right"/>
      </w:pPr>
      <w:r>
        <w:t>اسی لیے جسٹس چاہتے ہیں اور جسٹس ملتا نہیں۔</w:t>
      </w:r>
    </w:p>
    <w:p>
      <w:r>
        <w:rPr>
          <w:b/>
        </w:rPr>
        <w:t xml:space="preserve">[1:02:56] </w:t>
      </w:r>
      <w:r>
        <w:t>practical tor par kya possible hai? woh milta hai. isi par razi ho jaiye. aur is ke baad jo opportunity hai, us ko avail kijiye. yeh wisdom hai, yeh islam hai, yeh paighambar ki sunnat hai.</w:t>
      </w:r>
    </w:p>
    <w:p>
      <w:pPr>
        <w:jc w:val="right"/>
      </w:pPr>
      <w:r>
        <w:t>پریکٹیکل طور پر کیا پاسیبل ہے؟ وہ ملتا ہے۔ اسی پر راضی ہو جائیے۔ اور اس کے بعد جو اپرچونیٹی ہے، اس کو اویل کیجئے۔ یہ وزڈم ہے، یہ اسلام ہے، یہ پیغمبر کی سنت ہے۔</w:t>
      </w:r>
    </w:p>
    <w:p>
      <w:r>
        <w:rPr>
          <w:b/>
        </w:rPr>
        <w:t xml:space="preserve">[1:03:09] </w:t>
      </w:r>
      <w:r>
        <w:t>aur jo hai, woh woh sab tabahi ke raste hain.</w:t>
      </w:r>
    </w:p>
    <w:p>
      <w:pPr>
        <w:jc w:val="right"/>
      </w:pPr>
      <w:r>
        <w:t>اور جو ہے، وہ وہ سب تباہی کے راستے ہیں۔</w:t>
      </w:r>
    </w:p>
    <w:p>
      <w:r>
        <w:rPr>
          <w:b/>
        </w:rPr>
        <w:t xml:space="preserve">[1:03:14] </w:t>
      </w:r>
      <w:r>
        <w:t>doctor muslima siddiqui ne nai dilli se likha hai: "musalman bait ul maqdis aur kashmir ke itne talkh tajrube ke bawajood seekh nahin le paate, jab ke yeh hai ke momin ek bil se do bar nahin disa jata." is ke bare mein bataiye, yeh sachay momin ki baat hai.</w:t>
      </w:r>
    </w:p>
    <w:p>
      <w:pPr>
        <w:jc w:val="right"/>
      </w:pPr>
      <w:r>
        <w:t>ڈاکٹر مسلمہ صدیقی نے نئی دلی سے لکھا ہے: "مسلمان بیت المقدس اور کشمیر کے اتنے تلخ تجربے کے باوجود سیکھ نہیں لے پاتے، جبکہ یہ ہے کہ مومن ایک بل سے دو بار نہیں ڈسا جاتا۔" اس کے بارے میں بتائیں، یہ سچے مومن کی بات ہے۔</w:t>
      </w:r>
    </w:p>
    <w:p>
      <w:r>
        <w:rPr>
          <w:b/>
        </w:rPr>
        <w:t xml:space="preserve">[1:03:35] </w:t>
      </w:r>
      <w:r>
        <w:t>sacha momin kaun hai?</w:t>
      </w:r>
    </w:p>
    <w:p>
      <w:pPr>
        <w:jc w:val="right"/>
      </w:pPr>
      <w:r>
        <w:t>سچا مومن کون ہے؟</w:t>
      </w:r>
    </w:p>
    <w:p>
      <w:r>
        <w:rPr>
          <w:b/>
        </w:rPr>
        <w:t xml:space="preserve">[1:03:38] </w:t>
      </w:r>
      <w:r>
        <w:t>sachay momin hote to</w:t>
      </w:r>
    </w:p>
    <w:p>
      <w:pPr>
        <w:jc w:val="right"/>
      </w:pPr>
      <w:r>
        <w:t>سچے مومن ہوتے تو</w:t>
      </w:r>
    </w:p>
    <w:p>
      <w:r>
        <w:rPr>
          <w:b/>
        </w:rPr>
        <w:t xml:space="preserve">[1:03:42] </w:t>
      </w:r>
      <w:r>
        <w:t>policy ko badal dete hain. woh sacha momin se dunya khali hai. aaj sacha momin se dunya khali hai.</w:t>
      </w:r>
    </w:p>
    <w:p>
      <w:pPr>
        <w:jc w:val="right"/>
      </w:pPr>
      <w:r>
        <w:t>پالیسی کو بدل دیتے ہیں۔ وہ سچا مومن سے دنیا خالی ہے۔ آج سچے مومن سے دنیا خالی ہے۔</w:t>
      </w:r>
    </w:p>
    <w:p>
      <w:r>
        <w:rPr>
          <w:b/>
        </w:rPr>
        <w:t xml:space="preserve">[1:03:54] </w:t>
      </w:r>
      <w:r>
        <w:t>yahi to masla hai. asal masla to yahi hai ke sachay momin dunya mein maujood nahin hain.</w:t>
      </w:r>
    </w:p>
    <w:p>
      <w:pPr>
        <w:jc w:val="right"/>
      </w:pPr>
      <w:r>
        <w:t>یہی تو مسئلہ ہے۔ اصل مسئلہ تو یہی ہے کہ سچے مومن دنیا میں موجود نہیں ہیں۔</w:t>
      </w:r>
    </w:p>
    <w:p>
      <w:r>
        <w:rPr>
          <w:b/>
        </w:rPr>
        <w:t xml:space="preserve">[1:04:01] </w:t>
      </w:r>
      <w:r>
        <w:t>dhoom hai, yani jis cheez ki, woh to qaumi islam hai. sacha islam nahin hai. dhoom to har jagah hai islam ke naam par.</w:t>
      </w:r>
    </w:p>
    <w:p>
      <w:pPr>
        <w:jc w:val="right"/>
      </w:pPr>
      <w:r>
        <w:t>دھوم ہے، یعنی جس چیز کی، وہ تو قومی اسلام ہے۔ سچا اسلام نہیں ہے۔ دھوم تو ہر جگہ ہے اسلام کے نام پر۔</w:t>
      </w:r>
    </w:p>
    <w:p>
      <w:r>
        <w:rPr>
          <w:b/>
        </w:rPr>
        <w:t xml:space="preserve">[1:04:11] </w:t>
      </w:r>
      <w:r>
        <w:t>dhoom hi dhoom hai har jagah. lekin woh dhoom kya hai? kis cheez ki? woh qaumi islam ke, us sachay islam ki dhoom nahin hai.</w:t>
      </w:r>
    </w:p>
    <w:p>
      <w:pPr>
        <w:jc w:val="right"/>
      </w:pPr>
      <w:r>
        <w:t>دھوم ہی دھوم ہے ہر جگہ۔ لیکن وہ دھوم کیا ہے؟ کس چیز کی؟ وہ قومی اسلام کے، اس سچے اسلام کی دھوم نہیں ہے۔</w:t>
      </w:r>
    </w:p>
    <w:p>
      <w:r>
        <w:rPr>
          <w:b/>
        </w:rPr>
        <w:t xml:space="preserve">[1:04:20] </w:t>
      </w:r>
      <w:r>
        <w:t>sacha momin kaun hai? jo allah se dare. sacha momin kaun hai? wa lam yakhsha illa allah. jo allah se darega to kya karega?</w:t>
      </w:r>
    </w:p>
    <w:p>
      <w:pPr>
        <w:jc w:val="right"/>
      </w:pPr>
      <w:r>
        <w:t>سچا مومن کون ہے؟ جو اللہ سے ڈرے۔ سچا مومن کون ہے؟ ولم یکش الا اللہ۔ جو اللہ سے ڈرے گا تو کیا کرے گا؟</w:t>
      </w:r>
    </w:p>
    <w:p>
      <w:r>
        <w:rPr>
          <w:b/>
        </w:rPr>
        <w:t xml:space="preserve">[1:04:30] </w:t>
      </w:r>
      <w:r>
        <w:t>woh sochega bhi ke allah ka plan kya hai?</w:t>
      </w:r>
    </w:p>
    <w:p>
      <w:pPr>
        <w:jc w:val="right"/>
      </w:pPr>
      <w:r>
        <w:t>وہ سوچے گا بھی کہ اللہ کا پلان کیا ہے؟</w:t>
      </w:r>
    </w:p>
    <w:p>
      <w:r>
        <w:rPr>
          <w:b/>
        </w:rPr>
        <w:t xml:space="preserve">[1:04:36] </w:t>
      </w:r>
      <w:r>
        <w:t>to quran mein ghaur karega to pata payega ke ke tulkal ayyamuna bainan nas. kabhi in ke paas rahega iqtadar, kabhi in ke paas rahega iqtadar, kabhi in ke paas zameen rahegi, kabhi in ke paas zameen rahegi.</w:t>
      </w:r>
    </w:p>
    <w:p>
      <w:pPr>
        <w:jc w:val="right"/>
      </w:pPr>
      <w:r>
        <w:t>تو قرآن میں غور کرے گا تو پتہ پائے گا کہ کہ تلکل ایامنا بین الناس۔ کبھی ان کے پاس رہے گا اقتدار، کبھی ان کے پاس رہے گا اقتدار، کبھی ان کے پاس زمین رہے گی، کبھی ان کے پاس زمین رہے گی۔</w:t>
      </w:r>
    </w:p>
    <w:p>
      <w:r>
        <w:rPr>
          <w:b/>
        </w:rPr>
        <w:t xml:space="preserve">[1:04:51] </w:t>
      </w:r>
      <w:r>
        <w:t>yeh sab test hain, test papers hain.</w:t>
      </w:r>
    </w:p>
    <w:p>
      <w:pPr>
        <w:jc w:val="right"/>
      </w:pPr>
      <w:r>
        <w:t>یہ سب ٹیسٹ ہیں، ٹیسٹ پیپرز ہیں۔</w:t>
      </w:r>
    </w:p>
    <w:p>
      <w:r>
        <w:rPr>
          <w:b/>
        </w:rPr>
        <w:t xml:space="preserve">[1:04:57] </w:t>
      </w:r>
      <w:r>
        <w:t>to yeh jo jis par dhoom macha rakhi hai musalmanon ne, woh woh un ka qaumi mazhab hai, woh islam nahin hai. qaumi mazhab qaim hota hai kis par?</w:t>
      </w:r>
    </w:p>
    <w:p>
      <w:pPr>
        <w:jc w:val="right"/>
      </w:pPr>
      <w:r>
        <w:t>تو یہ جو جس پر دھوم مچا رکھی ہے مسلمانوں نے، وہ وہ ان کا قومی مذہب ہے، وہ اسلام نہیں ہے۔ قومی مذہب قائم ہوتا ہے کس پر؟</w:t>
      </w:r>
    </w:p>
    <w:p>
      <w:r>
        <w:rPr>
          <w:b/>
        </w:rPr>
        <w:t xml:space="preserve">[1:05:06] </w:t>
      </w:r>
      <w:r>
        <w:t>fakhar par, pride par. is par qaim hota hai. aur sacha islam qaim hota hai tawazu par, modesty par.</w:t>
      </w:r>
    </w:p>
    <w:p>
      <w:pPr>
        <w:jc w:val="right"/>
      </w:pPr>
      <w:r>
        <w:t>فخر پر، پرائیڈ پر۔ اس پر قائم ہوتا ہے۔ اور سچا اسلام قائم ہوتا ہے تواضع پر، ماڈیسٹی پر۔</w:t>
      </w:r>
    </w:p>
    <w:p>
      <w:r>
        <w:rPr>
          <w:b/>
        </w:rPr>
        <w:t xml:space="preserve">[1:05:14] </w:t>
      </w:r>
      <w:r>
        <w:t>to woh kahan hai?</w:t>
      </w:r>
    </w:p>
    <w:p>
      <w:pPr>
        <w:jc w:val="right"/>
      </w:pPr>
      <w:r>
        <w:t>تو وہ کہاں ہے؟</w:t>
      </w:r>
    </w:p>
    <w:p>
      <w:r>
        <w:rPr>
          <w:b/>
        </w:rPr>
        <w:t xml:space="preserve">[1:05:19] </w:t>
      </w:r>
      <w:r>
        <w:t>woh hai hi nahin, woh is ka wajood hi nahin ke. doctor asif ne dilli se likha hai: "keeping in view the current conditions prevailing in volatile muslim countries like pakistan, afghanistan, etc.</w:t>
      </w:r>
    </w:p>
    <w:p>
      <w:pPr>
        <w:jc w:val="right"/>
      </w:pPr>
      <w:r>
        <w:t>وہ ہے ہی نہیں، وہ اس کا وجود ہی نہیں کہیں۔ ڈاکٹر اصف نے دلی سے لکھا ہے: "کیپنگ ان ویو دا کرنٹ کنڈیشنز پریویلنگ ان والیٹائل مسلم کنٹریز لائک پاکستان، افغانستان، ایٹس ویر</w:t>
      </w:r>
    </w:p>
    <w:p>
      <w:r>
        <w:rPr>
          <w:b/>
        </w:rPr>
        <w:t xml:space="preserve">[1:05:36] </w:t>
      </w:r>
      <w:r>
        <w:t>suicide bombing is killing civilians and own muslims. how should one explain to our non muslim brothers when they ask questions regarding these things?" main to yahi karta hoon hamesha.</w:t>
      </w:r>
    </w:p>
    <w:p>
      <w:pPr>
        <w:jc w:val="right"/>
      </w:pPr>
      <w:r>
        <w:t>سوسائیڈ بمبنگ از کلنگ سویلینز اینڈ اون مسلمز۔ ہاؤ شوڈ ون ایکسپلین ٹو اور نان مسلم برادرز وین دے اسک کوسچنز ریگارڈنگ دیز تھنگز؟" میں تو یہی کرتا ہوں ہمیشہ۔</w:t>
      </w:r>
    </w:p>
    <w:p>
      <w:r>
        <w:rPr>
          <w:b/>
        </w:rPr>
        <w:t xml:space="preserve">[1:05:54] </w:t>
      </w:r>
      <w:r>
        <w:t>main kehta hoon ke "you have to explain, you have to differentiate between islam and muslims." main saaf kehta hoon ke jo kuch musalman kar rahe hain, woh islam nahin hai.</w:t>
      </w:r>
    </w:p>
    <w:p>
      <w:pPr>
        <w:jc w:val="right"/>
      </w:pPr>
      <w:r>
        <w:t>میں کہتا ہوں کہ "یو ہیو ٹو ایکسپلین، یو ہیو ٹو ڈیفرنشیٹ بٹوین اسلام اینڈ مسلمز۔" میں صاف کہتا ہوں کہ جو کچھ مسلمان کر رہے ہیں، وہ اسلام نہیں ہے۔</w:t>
      </w:r>
    </w:p>
    <w:p>
      <w:r>
        <w:rPr>
          <w:b/>
        </w:rPr>
        <w:t xml:space="preserve">[1:06:04] </w:t>
      </w:r>
      <w:r>
        <w:t>woh man lete hain, woh foran man lete hain.</w:t>
      </w:r>
    </w:p>
    <w:p>
      <w:pPr>
        <w:jc w:val="right"/>
      </w:pPr>
      <w:r>
        <w:t>وہ مان لیتے ہیں، وہ فوراً مان لیتے ہیں۔</w:t>
      </w:r>
    </w:p>
    <w:p>
      <w:r>
        <w:rPr>
          <w:b/>
        </w:rPr>
        <w:t xml:space="preserve">[1:06:12] </w:t>
      </w:r>
      <w:r>
        <w:t>is ka tajruba pehli bar jab maine kiya hai, yahi dilli mein ek jalsa tha. sab hindu log the wahan par. ek america ka professor aya hua tha, hindu professor.</w:t>
      </w:r>
    </w:p>
    <w:p>
      <w:pPr>
        <w:jc w:val="right"/>
      </w:pPr>
      <w:r>
        <w:t>اس کا تجربہ پہلی بار جب میں نے کیا ہے، یہی دلی میں ایک جلسہ تھا۔ سب ہندو لوگ تھے وہاں پر۔ ایک امریکہ کا پروفیسر آیا ہوا تھا، ہندو پروفیسر۔</w:t>
      </w:r>
    </w:p>
    <w:p>
      <w:r>
        <w:rPr>
          <w:b/>
        </w:rPr>
        <w:t xml:space="preserve">[1:06:24] </w:t>
      </w:r>
      <w:r>
        <w:t>to yahi baat hui. to maine apni taqreer mein kaha ke masla bohat asan hai. islam ko musalman ko alag kar dijiye. "you have to differentiate muslim between islam and muslims."</w:t>
      </w:r>
    </w:p>
    <w:p>
      <w:pPr>
        <w:jc w:val="right"/>
      </w:pPr>
      <w:r>
        <w:t>تو یہی بات ہوئی۔ تو میں نے اپنی تقریر میں کہا کہ مسئلہ بہت آسان ہے۔ اسلام کو مسلمان کو الگ کر دیجئے۔ "یو ہیو ٹو ڈیفرنشیٹ مسلم بٹوین اسلام اینڈ مسلمز۔</w:t>
      </w:r>
    </w:p>
    <w:p>
      <w:r>
        <w:rPr>
          <w:b/>
        </w:rPr>
        <w:t xml:space="preserve">[1:06:38] </w:t>
      </w:r>
      <w:r>
        <w:t>you have to judge muslims in the light of islamic teachings and not vice versa." to professor khara ho gaya, us ne kaha. to us ne kaha: "wah molana sahib, kya baat keh di aap ne</w:t>
      </w:r>
    </w:p>
    <w:p>
      <w:pPr>
        <w:jc w:val="right"/>
      </w:pPr>
      <w:r>
        <w:t>یو ہیو ٹو جج مسلمز ان دا لائٹ آف اسلامک ٹیچنگز اینڈ ناٹ وائس ورسا۔" تو پروفیسر کھڑا ہو گیا، اس نے کہا۔ تو اس نے کہا: "واہ مولانا صاحب، کیا بات کہہ دی آپ نے</w:t>
      </w:r>
    </w:p>
    <w:p>
      <w:r>
        <w:rPr>
          <w:b/>
        </w:rPr>
        <w:t xml:space="preserve">[1:06:47] </w:t>
      </w:r>
      <w:r>
        <w:t>! aaj to masle hal kar diye aap ne. hum to phanse hue the ke yahi islam hai. molana ke islam nahi hai, yeh musalmanon ka apna qomi feal hai.</w:t>
      </w:r>
    </w:p>
    <w:p>
      <w:pPr>
        <w:jc w:val="right"/>
      </w:pPr>
      <w:r>
        <w:t>! آج تو مسئلے حل کر دیے آپ نے۔ ہم تو پھنسے ہوئے تھے کہ یہی اسلام ہے۔ مولانا کہ اسلام نہیں ہے، یہ مسلمانوں کا اپنا قومی فعل ہے۔</w:t>
      </w:r>
    </w:p>
    <w:p>
      <w:r>
        <w:rPr>
          <w:b/>
        </w:rPr>
        <w:t xml:space="preserve">[1:06:58] </w:t>
      </w:r>
      <w:r>
        <w:t>jo kuch musalman kar rahe hain, woh is ka qomi feal hai. is ka islam se koi talluq nahi. yeh aap jis din kahain ge, aap dekhiye ke foran sari ghalat sahibiyan khatam.</w:t>
      </w:r>
    </w:p>
    <w:p>
      <w:pPr>
        <w:jc w:val="right"/>
      </w:pPr>
      <w:r>
        <w:t>جو کچھ مسلمان کر رہے ہیں، وہ اس کا قومی فعل ہے۔ اس کا اسلام سے کوئی تعلق نہیں۔ یہ آپ جس دن کہیں گے، آپ دیکھیے کہ فوراً ساری غلط صاحبیاں ختم۔</w:t>
      </w:r>
    </w:p>
    <w:p>
      <w:r>
        <w:rPr>
          <w:b/>
        </w:rPr>
        <w:t xml:space="preserve">[1:07:10] </w:t>
      </w:r>
      <w:r>
        <w:t>lekin yeh keh nahi paate. dunya bhar mein koi ek bhi musalman nahi hai jo yeh baat khul kar kahe ho, openly.</w:t>
      </w:r>
    </w:p>
    <w:p>
      <w:pPr>
        <w:jc w:val="right"/>
      </w:pPr>
      <w:r>
        <w:t>لیکن یہ کہہ نہیں پاتے۔ دنیا بھر میں کوئی ایک بھی مسلمان نہیں ہے جو یہ بات کھل کر کہے ہو، اوپنلی۔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