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Companions of The Prophet (2) 11 July 2021 - Prof. Farida Khanam and Dr. Saniyasnain Khan</w:t>
      </w:r>
    </w:p>
    <w:p>
      <w:r>
        <w:t>https://www.youtube.com/watch?v=FkhLHnwvUZQ</w:t>
      </w:r>
    </w:p>
    <w:p>
      <w:r>
        <w:rPr>
          <w:b/>
        </w:rPr>
        <w:t xml:space="preserve">[00:12] </w:t>
      </w:r>
      <w:r>
        <w:t>assalam walekum everyone.</w:t>
      </w:r>
    </w:p>
    <w:p>
      <w:pPr>
        <w:jc w:val="right"/>
      </w:pPr>
      <w:r>
        <w:t>स्सलाम वालेकुम एवरीवन।</w:t>
      </w:r>
    </w:p>
    <w:p>
      <w:r>
        <w:rPr>
          <w:b/>
        </w:rPr>
        <w:t xml:space="preserve">[00:14] </w:t>
      </w:r>
      <w:r>
        <w:t>we will begin with our sunday session.</w:t>
      </w:r>
    </w:p>
    <w:p>
      <w:pPr>
        <w:jc w:val="right"/>
      </w:pPr>
      <w:r>
        <w:t>वी विल बिगिन विद आवर संडे सेशन।</w:t>
      </w:r>
    </w:p>
    <w:p>
      <w:r>
        <w:rPr>
          <w:b/>
        </w:rPr>
        <w:t xml:space="preserve">[00:16] </w:t>
      </w:r>
      <w:r>
        <w:t>the topic for today session is in continuation with the series that we are doing on companions of</w:t>
      </w:r>
    </w:p>
    <w:p>
      <w:pPr>
        <w:jc w:val="right"/>
      </w:pPr>
      <w:r>
        <w:t>दी टॉपिक फॉर टुडे सेशन इज इन कंटिन्यूएशन विद दी सीरीज दैट वी आर डूइंग ऑन कंपनियंस ऑफ</w:t>
      </w:r>
    </w:p>
    <w:p>
      <w:r>
        <w:rPr>
          <w:b/>
        </w:rPr>
        <w:t xml:space="preserve">[00:25] </w:t>
      </w:r>
      <w:r>
        <w:t>the prophet. so, to begin with, i would request doctor saniya snain sahib to begin his talk.</w:t>
      </w:r>
    </w:p>
    <w:p>
      <w:pPr>
        <w:jc w:val="right"/>
      </w:pPr>
      <w:r>
        <w:t>दी प्रॉफिट। सो, टू बिगिन विद, आई वुड रिक्वेस्ट डॉक्टर सानिया स्नेन साहब टू बिगिन हिज टॉक।</w:t>
      </w:r>
    </w:p>
    <w:p>
      <w:r>
        <w:rPr>
          <w:b/>
        </w:rPr>
        <w:t xml:space="preserve">[00:34] </w:t>
      </w:r>
      <w:r>
        <w:t>after him, professor farida khanam will give the talk and then take all the questions that you will</w:t>
      </w:r>
    </w:p>
    <w:p>
      <w:pPr>
        <w:jc w:val="right"/>
      </w:pPr>
      <w:r>
        <w:t>आफ्टर हिम, प्रोफेसर फरीदा खानम विल गिव द टॉक एंड देन टेक ऑल दी क्वेश्चंस दैट यू विल</w:t>
      </w:r>
    </w:p>
    <w:p>
      <w:r>
        <w:rPr>
          <w:b/>
        </w:rPr>
        <w:t xml:space="preserve">[00:41] </w:t>
      </w:r>
      <w:r>
        <w:t>post in the comment section.</w:t>
      </w:r>
    </w:p>
    <w:p>
      <w:pPr>
        <w:jc w:val="right"/>
      </w:pPr>
      <w:r>
        <w:t>पोस्ट इन दी कमेंट सेक्शन।</w:t>
      </w:r>
    </w:p>
    <w:p>
      <w:r>
        <w:rPr>
          <w:b/>
        </w:rPr>
        <w:t xml:space="preserve">[00:44] </w:t>
      </w:r>
      <w:r>
        <w:t>so, with this, i would request doctor saniya snain sahib to begin his talk.</w:t>
      </w:r>
    </w:p>
    <w:p>
      <w:pPr>
        <w:jc w:val="right"/>
      </w:pPr>
      <w:r>
        <w:t>सो, विद दिस, आई वुड रिक्वेस्ट डॉक्टर सानिया स्नेन साहब टू बिगिन हिज टॉक।</w:t>
      </w:r>
    </w:p>
    <w:p>
      <w:r>
        <w:rPr>
          <w:b/>
        </w:rPr>
        <w:t xml:space="preserve">[00:54] </w:t>
      </w:r>
      <w:r>
        <w:t>bismillah hir rahman nir rahim. rabb shrahli sadri wayasirli amri wal uqdatam mil lisani yaf qahu qawli. assalam walekum rahmatullah.</w:t>
      </w:r>
    </w:p>
    <w:p>
      <w:pPr>
        <w:jc w:val="right"/>
      </w:pPr>
      <w:r>
        <w:t>बिस्मिल्लाह रहमान रहीम। रब्ब शली सदरी वयस ली अमरी वल उतम लिसानी यक कली। अस्सलाम वालेकुम रहमतुल्लाह।</w:t>
      </w:r>
    </w:p>
    <w:p>
      <w:r>
        <w:rPr>
          <w:b/>
        </w:rPr>
        <w:t xml:space="preserve">[01:12] </w:t>
      </w:r>
      <w:r>
        <w:t>jaisa ke pichle ek do hafton se sahaba ke waqiyat aur halaat ke upar program chal raha hai, aap us mein sahaba ke waqiyat batati hain aur us se kya sabak hai,</w:t>
      </w:r>
    </w:p>
    <w:p>
      <w:pPr>
        <w:jc w:val="right"/>
      </w:pPr>
      <w:r>
        <w:t>जैसा कि पिछले एक दो हफ्तों से सहाबा के वाक्यात और हालात के ऊपर प्रोग्राम चल रहा है, आप उसमें सहाबा के वाक्यात बताती हैं और उससे क्या सबक है,</w:t>
      </w:r>
    </w:p>
    <w:p>
      <w:r>
        <w:rPr>
          <w:b/>
        </w:rPr>
        <w:t xml:space="preserve">[01:30] </w:t>
      </w:r>
      <w:r>
        <w:t>us par discuss karti hain aur phir sawal aur jawab hota hai. to yeh ek bahut achha silsila hai, is se hum logon ko bahut faida pahunch raha hai. chunke sahaba hum logon ke liye, hum sab ke liye</w:t>
      </w:r>
    </w:p>
    <w:p>
      <w:pPr>
        <w:jc w:val="right"/>
      </w:pPr>
      <w:r>
        <w:t>उस पर डिस्कस करती हैं और फिर सवाल और जवाब होता है। तो यह एक बहुत अच्छा सिलसिला है, इससे हम लोगों को बहुत फायदा पहुंच रहा है। चूंकि सहाबा हम लोगों के लिए, हम सबके लिए</w:t>
      </w:r>
    </w:p>
    <w:p>
      <w:r>
        <w:rPr>
          <w:b/>
        </w:rPr>
        <w:t xml:space="preserve">[01:48] </w:t>
      </w:r>
      <w:r>
        <w:t>model hain, namuna hain. jaise pichli bar aap ne ek waqia bataya tha hazrat abu zar giffari raziallah an ka ke un ke ghar mein koi shakhs gaya to</w:t>
      </w:r>
    </w:p>
    <w:p>
      <w:pPr>
        <w:jc w:val="right"/>
      </w:pPr>
      <w:r>
        <w:t>मॉडल हैं, नमूना हैं। जैसे पिछली बार आपने एक वाकया बताया था हजरत अबूजर गिफारी रजि अल्लाह अन का कि उनके घर में कोई शख्स गया तो</w:t>
      </w:r>
    </w:p>
    <w:p>
      <w:r>
        <w:rPr>
          <w:b/>
        </w:rPr>
        <w:t xml:space="preserve">[02:06] </w:t>
      </w:r>
      <w:r>
        <w:t>wahan us ne dekha ke ghar mein kuch saman hi nahi hai. to us ne poocha ke aap ka yeh sara saman kahan gaya? to hazrat abu zar ne farmaya ke mera ek aur ghar hai, main wahan wahan bhej diya hai maine. to bada heran hua, us ne kaha woh kaun sa ghar hai aap ka?</w:t>
      </w:r>
    </w:p>
    <w:p>
      <w:pPr>
        <w:jc w:val="right"/>
      </w:pPr>
      <w:r>
        <w:t>वहां उसने देखा कि घर में कुछ सामान ही नहीं है। तो उसने पूछा कि आपका यह सारा सामान कहां गया? तो हजरत अबूजर ने फरमाया कि मेरा एक और घर है, मैं वहां वहां भेज दिया है मैंने। तो बड़ा हैरान हुआ, उसने कहा वह कौन सा घर है आपका?</w:t>
      </w:r>
    </w:p>
    <w:p>
      <w:r>
        <w:rPr>
          <w:b/>
        </w:rPr>
        <w:t xml:space="preserve">[02:26] </w:t>
      </w:r>
      <w:r>
        <w:t>to hazrat abu zar giffari raziallah ne farmaya ke akhirat ka ghar. to yeh ek bahut hi achha waqia hai jo batata hai ke humein is dunya mein sirf zaroorat ke mutabiq zindagi guzarni hai, need based life aur sadgi ikhtiyar karni hai, simplicity ikhtiyar karni hai.</w:t>
      </w:r>
    </w:p>
    <w:p>
      <w:pPr>
        <w:jc w:val="right"/>
      </w:pPr>
      <w:r>
        <w:t>तो हजरत अबूजर गिफारी रजि अल्लाह ने फरमाया कि आखिरत का घर। तो यह एक बहुत ही अच्छा वाकया है जो बताता है कि हमें इस दुनिया में सिर्फ जरूरत के मुताबिक जिंदगी गुजारनी है, नीड बेस्ड लाइफ और सादगी اختیار करनी है, सिंपलीसिटी اختیار करनी है।</w:t>
      </w:r>
    </w:p>
    <w:p>
      <w:r>
        <w:rPr>
          <w:b/>
        </w:rPr>
        <w:t xml:space="preserve">[02:47] </w:t>
      </w:r>
      <w:r>
        <w:t>tabhi yeh mumkin hoga ke hum gehri baaton ko samajh saken aur molana ki zindagi bhi is ka ek bahut hi bada namuna hai. maine bachpan se ab tak jo molana ko dekha hai,</w:t>
      </w:r>
    </w:p>
    <w:p>
      <w:pPr>
        <w:jc w:val="right"/>
      </w:pPr>
      <w:r>
        <w:t>तभी यह मुमकिन होगा कि हम गहरी बातों को समझ सकें और मौलाना की जिंदगी भी इसका एक बहुत ही बड़ा नमूना है। मैंने बचपन से अब तक जो मौलाना को देखा है,</w:t>
      </w:r>
    </w:p>
    <w:p>
      <w:r>
        <w:rPr>
          <w:b/>
        </w:rPr>
        <w:t xml:space="preserve">[03:05] </w:t>
      </w:r>
      <w:r>
        <w:t>woh inteha sadgi yani is darje ki sadgi ke woh aam aadmi us ko shayad kar bhi na sake. mujhe aaj tak yaad nahi bachpan se ke kabhi maine molana ko kuch saman kharidte hue dekha. jab main thoda bada hua</w:t>
      </w:r>
    </w:p>
    <w:p>
      <w:pPr>
        <w:jc w:val="right"/>
      </w:pPr>
      <w:r>
        <w:t>वह इंतहा सादगी यानी इस दर्जे की सादगी के वह आम आदमी उसको शायद कर भी ना सके। मुझे आज तक याद नहीं बचपन से कि कभी मैंने मौलाना को कुछ सामान खरीदते हुए देखा। जब मैं थोड़ा बड़ा हुआ</w:t>
      </w:r>
    </w:p>
    <w:p>
      <w:r>
        <w:rPr>
          <w:b/>
        </w:rPr>
        <w:t xml:space="preserve">[03:22] </w:t>
      </w:r>
      <w:r>
        <w:t>to woh saman jo gharelu hote the, woh main hi laya karta tha. yani grocery hai aur aata, daal, chawal waghera, yeh sab mera kaam hota tha lana. kabhi maine molana ko dekha nahi ke woh ja kar kuch cheez kharid rahe ho ya unhon ne apne paas paise rakhe ho. yahan tak ke woh bahar chale jaya karte the aur jeb mein paise nahi rakhte the.</w:t>
      </w:r>
    </w:p>
    <w:p>
      <w:pPr>
        <w:jc w:val="right"/>
      </w:pPr>
      <w:r>
        <w:t>तो वह सामान जो घरेलू होते थे, वह मैं ही लाया करता था। यानी ग्रोसरी है और आटा, दाल, चावल वगैरह, यह सब मेरा काम होता था लाना। कभी मैंने मौलाना को देखा नहीं कि वह जाकर कुछ चीज खरीद रहे हो या उन्होंने अपने पास पैसे रखे हो। यहां तक कि वह बाहर चले जाया करते थे और जेब में पैसे नहीं रखते थे।</w:t>
      </w:r>
    </w:p>
    <w:p>
      <w:r>
        <w:rPr>
          <w:b/>
        </w:rPr>
        <w:t xml:space="preserve">[03:48] </w:t>
      </w:r>
      <w:r>
        <w:t>to yeh sadgi bahut hi aham cheez hai. isi tarah se molana ne ek waqia, ek sirat se ek waqia humein bataya tha jo bahut hi aham waqia hai ke ek bar prophet mohammad sallallahu alaihi wasallam masjid mein baithe hue the, madine ki masjid mein, masjid nabvi mein.</w:t>
      </w:r>
    </w:p>
    <w:p>
      <w:pPr>
        <w:jc w:val="right"/>
      </w:pPr>
      <w:r>
        <w:t>तो यह सादगी बहुत ही अहम चीज है। इसी तरीके से मौलाना ने एक वाकया, एक सीरत से एक वाकया हमें बताया था जो बहुत ही अहम वाकया है कि एक बार प्रॉफिट मोहम्मद सल्लल्लाहु अलैहि वसल्लम मस्जिद में बैठे हुए थे, मदीने की मस्जिद में, मस्जिद नबवी में।</w:t>
      </w:r>
    </w:p>
    <w:p>
      <w:r>
        <w:rPr>
          <w:b/>
        </w:rPr>
        <w:t xml:space="preserve">[04:13] </w:t>
      </w:r>
      <w:r>
        <w:t>to wahan sahaba bhi the un ke sath. to ek shakhs rastay par se guzra to prophet ne us ki taraf ishara kiya ke yeh shakhs jannati hai. to jo log baithe the, jo sahaba wahan, woh bahut heran hue</w:t>
      </w:r>
    </w:p>
    <w:p>
      <w:pPr>
        <w:jc w:val="right"/>
      </w:pPr>
      <w:r>
        <w:t>तो वहां सहाबा भी थे उनके साथ। तो एक शख्स रास्ते पर से गुजरा तो प्रॉफिट ने उसकी तरफ इशारा किया कि यह शख्स जन्नती है। तो जो लोग बैठे थे, जो सहाबा वहां, वह बहुत हैरान हुए</w:t>
      </w:r>
    </w:p>
    <w:p>
      <w:r>
        <w:rPr>
          <w:b/>
        </w:rPr>
        <w:t xml:space="preserve">[04:34] </w:t>
      </w:r>
      <w:r>
        <w:t>ke is shakhs mein kya khas baat hai ke jo rasulullah sallallahu alaihi wasallam ne us ko jannati bataya. to ek sahab uth kar gaye un ke ghar tak</w:t>
      </w:r>
    </w:p>
    <w:p>
      <w:pPr>
        <w:jc w:val="right"/>
      </w:pPr>
      <w:r>
        <w:t>कि इस शख्स में क्या खास बात है कि जो रसूलल्लाह सल्लल्लाहु अलैहि वसल्लम ने उसको जन्नती बताया। तो एक साहब उठकर गए उनके घर तक</w:t>
      </w:r>
    </w:p>
    <w:p>
      <w:r>
        <w:rPr>
          <w:b/>
        </w:rPr>
        <w:t xml:space="preserve">[04:45] </w:t>
      </w:r>
      <w:r>
        <w:t>aur kaha ke main aap ke sath teen din ke liye rehna chahta hoon, aap ke ghar par. woh us zamane mein jo arab culture tha, jo tradition thi, us ke mutabiq koi bhi shakhs kisi ke ghar ja kar teen din ke liye reh sakta tha.</w:t>
      </w:r>
    </w:p>
    <w:p>
      <w:pPr>
        <w:jc w:val="right"/>
      </w:pPr>
      <w:r>
        <w:t>और कहा कि मैं आपके साथ तीन दिन के लिए रहना चाहता हूं, आपके घर पर। वह उस जमाने में जो अरब कल्चर था, जो ट्रेडीशन थी, उसके मुताबिक कोई भी शख्स किसी के घर जाकर तीन दिन के लिए रह सकता था।</w:t>
      </w:r>
    </w:p>
    <w:p>
      <w:r>
        <w:rPr>
          <w:b/>
        </w:rPr>
        <w:t xml:space="preserve">[05:04] </w:t>
      </w:r>
      <w:r>
        <w:t>to unhon ne kaha theek hai, aap rahiye mere ghar par, mujhe koi aitraz nahi hai. to woh sahab rahe wahan teen din tak. phir teen din ke baad jane lage. to jab jane lage to us shakhs ne kaha, jis ka ghar tha, ke aap yahan aaye, teen din tak rahe, lekin yeh bataya nahi aap kyun aaye.</w:t>
      </w:r>
    </w:p>
    <w:p>
      <w:pPr>
        <w:jc w:val="right"/>
      </w:pPr>
      <w:r>
        <w:t>तो उन्होंने कहाठीक है, आप रहिए मेरे घर पर, मुझे कोई ऐतराज नहीं है। तो वह साहब रहे वहां तीन दिन तक। फिर तीन दिन के बाद जाने लगे। तो जब जाने लगे तो उस शख्स ने कहा, जिसका घर था, कि आप यहां आए, तीन दिन तक रहे, लेकिन यह बताया नहीं आप क्यों आए।</w:t>
      </w:r>
    </w:p>
    <w:p>
      <w:r>
        <w:rPr>
          <w:b/>
        </w:rPr>
        <w:t xml:space="preserve">[05:26] </w:t>
      </w:r>
      <w:r>
        <w:t>to unhon ne sara waqia bataya ke ek bar aap guzar rahe the aur prophet mohammad sallallahu alaihi wasallam ne kaha ke yeh shakhs jannati hai. to main aa kar dekhna chah raha tha ke aap kis tarah rehte hain, aap ke kya aamal hain,</w:t>
      </w:r>
    </w:p>
    <w:p>
      <w:pPr>
        <w:jc w:val="right"/>
      </w:pPr>
      <w:r>
        <w:t>तो उन्होंने सारा वाकया बताया कि एक बार आप गुजर रहे थे और प्रॉफिट मोहम्मद सल्लल्लाहु अलैहि वसल्लम ने कहा कि यह शख्स जन्नती है। तो मैं आकर देखना चाह रहा था कि आप किस तरह रहते हैं, आपके क्या आमाल हैं,</w:t>
      </w:r>
    </w:p>
    <w:p>
      <w:r>
        <w:rPr>
          <w:b/>
        </w:rPr>
        <w:t xml:space="preserve">[05:40] </w:t>
      </w:r>
      <w:r>
        <w:t>kya aap sari raat quran parhte hain</w:t>
      </w:r>
    </w:p>
    <w:p>
      <w:pPr>
        <w:jc w:val="right"/>
      </w:pPr>
      <w:r>
        <w:t>क्या आप सारी रात कुरान पढ़ते हैं</w:t>
      </w:r>
    </w:p>
    <w:p>
      <w:r>
        <w:rPr>
          <w:b/>
        </w:rPr>
        <w:t xml:space="preserve">[05:44] </w:t>
      </w:r>
      <w:r>
        <w:t>ya sare din namaz parhte hain ya sare saal roza rakhte hain. lekin maine dekha ke aap to waise hi hain, jaise jaise hum sab hain, koi farq nahi nazar aaya. to us shakhs ne kaha haan, aap sahi keh rahe hain, main waise hi hoon jaisa aap ne dekha hai mujhe.</w:t>
      </w:r>
    </w:p>
    <w:p>
      <w:pPr>
        <w:jc w:val="right"/>
      </w:pPr>
      <w:r>
        <w:t>या सारे दिन नमाज पढ़ते हैं या सारे साल रोजा रखते हैं। लेकिन मैंने देखा कि आप तो वैसे ही हैं, जैसे जैसे हम सब हैं, कोई फर्क नहीं नजर आया। तो उस शख्स ने कहा हां, आप सही कह रहे हैं, मैं वैसे ही हूं जैसा आपने देखा है मुझे।</w:t>
      </w:r>
    </w:p>
    <w:p>
      <w:r>
        <w:rPr>
          <w:b/>
        </w:rPr>
        <w:t xml:space="preserve">[06:02] </w:t>
      </w:r>
      <w:r>
        <w:t>lekin ek baat hai, us shakhs ne kaha ke la azidu fi qalbi ghillan li ahadin ke mere dil mein kisi ke khilaf koi mailis nahi hai,</w:t>
      </w:r>
    </w:p>
    <w:p>
      <w:pPr>
        <w:jc w:val="right"/>
      </w:pPr>
      <w:r>
        <w:t>लेकिन एक बात है, उस शख्स ने कहा कि ला अजीद फी कलबी गन लि आद कि मेरे दिल में किसी के खिलाफ कोई मैलिस नहीं है,</w:t>
      </w:r>
    </w:p>
    <w:p>
      <w:r>
        <w:rPr>
          <w:b/>
        </w:rPr>
        <w:t xml:space="preserve">[06:17] </w:t>
      </w:r>
      <w:r>
        <w:t>koi negativity nahi hai, koi negative thought nahi hai,</w:t>
      </w:r>
    </w:p>
    <w:p>
      <w:pPr>
        <w:jc w:val="right"/>
      </w:pPr>
      <w:r>
        <w:t>कोई नेगेटिविटी नहीं है, कोई नेगेटिव थॉट नहीं है,</w:t>
      </w:r>
    </w:p>
    <w:p>
      <w:r>
        <w:rPr>
          <w:b/>
        </w:rPr>
        <w:t xml:space="preserve">[06:21] </w:t>
      </w:r>
      <w:r>
        <w:t>koi negative jazbat nahi hai. to us shakhs ne kaha, jo aaya tha rehne ke liye, jo sahabi the, ke achha yeh baat hai jis ki wajah se aap ko rasulullah sallallahu alaihi wasallam ne jannati kaha. to yeh molana ne bhi is par bahut zor diya hai</w:t>
      </w:r>
    </w:p>
    <w:p>
      <w:pPr>
        <w:jc w:val="right"/>
      </w:pPr>
      <w:r>
        <w:t>कोई नेगेटिव जज्बात नहीं है। तो उस शख्स ने कहा, जो आया था रहने के लिए, जो सहाबी थे, कि अच्छा यह बात है जिसकी वजह से आपको रसूलल्लाह सल्लल्लाहु अलैहि वसल्लम ने जन्नती कहा। तो यह मौलाना ने भी इसको पर बहुत जोर दिया है</w:t>
      </w:r>
    </w:p>
    <w:p>
      <w:r>
        <w:rPr>
          <w:b/>
        </w:rPr>
        <w:t xml:space="preserve">[06:40] </w:t>
      </w:r>
      <w:r>
        <w:t>aur quran mein bhi aaya hai, hadith mein to gish ka lafz aaya hai, quran mein gil ka lafz aaya hai. ek hi meaning hai, malis ya negativity, intiqam ya koi bhi negative jazbaat,</w:t>
      </w:r>
    </w:p>
    <w:p>
      <w:pPr>
        <w:jc w:val="right"/>
      </w:pPr>
      <w:r>
        <w:t>और कुरान में भी आया है, हदीस में तो गिश का लफ्ज आया है, कुरान में गिल का लफ्ज आया है। एक ही मीनिंग है, मैलिस या नेगेटिविटी, इंतकाम या कोई भी नेगेटिव जज्बात,</w:t>
      </w:r>
    </w:p>
    <w:p>
      <w:r>
        <w:rPr>
          <w:b/>
        </w:rPr>
        <w:t xml:space="preserve">[06:56] </w:t>
      </w:r>
      <w:r>
        <w:t>nafrat, revenge, jealousy.</w:t>
      </w:r>
    </w:p>
    <w:p>
      <w:pPr>
        <w:jc w:val="right"/>
      </w:pPr>
      <w:r>
        <w:t>नफरत, रिवेंज, जेलेसी।</w:t>
      </w:r>
    </w:p>
    <w:p>
      <w:r>
        <w:rPr>
          <w:b/>
        </w:rPr>
        <w:t xml:space="preserve">[07:00] </w:t>
      </w:r>
      <w:r>
        <w:t>maulana aksar kaha karte the ki aapko apne andar se khurach khurach ke negative baaton ko nikalna hai. bahut hi sahi lafz istemal karte the, khurach khurach ke nikalna hai. yaani hamare andar negative cheezein bilkul deep-seeded hain, unko itni aasani se nikala nahi ja sakta</w:t>
      </w:r>
    </w:p>
    <w:p>
      <w:pPr>
        <w:jc w:val="right"/>
      </w:pPr>
      <w:r>
        <w:t>मौलाना अक्सर कहा करते थे कि आपको अपने अंदर से खुरच खुरच के नेगेटिव बातों को निकालना है। बहुत ही सही लफ्ज इस्तेमाल करते थे, खुरच खुरच के निकालना है। यानी हमारे अंदर नेगेटिव चीजें बिल्कुल डीप सीडेड हैं, उनको इतनी आसानी से निकाला नहीं जा सकता</w:t>
      </w:r>
    </w:p>
    <w:p>
      <w:r>
        <w:rPr>
          <w:b/>
        </w:rPr>
        <w:t xml:space="preserve">[07:21] </w:t>
      </w:r>
      <w:r>
        <w:t>ki aap bas aise nikal dein. bahut hi yaani mushkil kaam hai ki negativity ko nikala jaye apne andar se. maulana batate the ki falan shakhs se main negative tha barson se, lekin aaj maine socha to mujhe pata chala ki woh shakhs to mera mohsin hai.</w:t>
      </w:r>
    </w:p>
    <w:p>
      <w:pPr>
        <w:jc w:val="right"/>
      </w:pPr>
      <w:r>
        <w:t>कि आप बस ऐसे निकाल दें। बहुत ही यानी मुश्किल काम है कि नेगेटिविटी को निकाला जाए अपने अंदर से। मौलाना बताते थे कि फलां शख्स से मैं नेगेटिव था बरसों से, लेकिन आज मैंने सोचा तो मुझे पता चला कि वह शख्स तो मेरा मोहसिन है।</w:t>
      </w:r>
    </w:p>
    <w:p>
      <w:r>
        <w:rPr>
          <w:b/>
        </w:rPr>
        <w:t xml:space="preserve">[07:42] </w:t>
      </w:r>
      <w:r>
        <w:t>to maine mere andar jo negativity thi, woh khatm ho gayi. to yeh yeh bahut hi aham hai. aur maulana aksar ek waqia sunaya karte the budhha ka ki budhha ka ek shagird tha,</w:t>
      </w:r>
    </w:p>
    <w:p>
      <w:pPr>
        <w:jc w:val="right"/>
      </w:pPr>
      <w:r>
        <w:t>तो मैंने मेरे अंदर जो नेगेटिविटी थी, वह खत्म हो गई। तो यह यह बहुत ही अहम है। और मौलाना अक्सर एक वाकया सुनाया करते थे बुद्धा का कि बुद्धा का एक शागिर्द था,</w:t>
      </w:r>
    </w:p>
    <w:p>
      <w:r>
        <w:rPr>
          <w:b/>
        </w:rPr>
        <w:t xml:space="preserve">[07:58] </w:t>
      </w:r>
      <w:r>
        <w:t>ek unka student.</w:t>
      </w:r>
    </w:p>
    <w:p>
      <w:pPr>
        <w:jc w:val="right"/>
      </w:pPr>
      <w:r>
        <w:t>एक उनका स्टूडेंट।</w:t>
      </w:r>
    </w:p>
    <w:p>
      <w:r>
        <w:rPr>
          <w:b/>
        </w:rPr>
        <w:t xml:space="preserve">[08:01] </w:t>
      </w:r>
      <w:r>
        <w:t>to uske yahan gaay ka karobar tha. to budhha se usne kaha ki aap hamare ghar aaiye, kuch hamein gyan ki baatein bataiye aur hum aapko gift ke taur par kuch fresh milk denge.</w:t>
      </w:r>
    </w:p>
    <w:p>
      <w:pPr>
        <w:jc w:val="right"/>
      </w:pPr>
      <w:r>
        <w:t>तो उसके यहां गाय का कारोबार था। तो बुद्धा से उसने कहा कि आप हमारे घर आइए, कुछ हमें ज्ञान की बातें बताइए और हम आपको गिफ्ट के तौर पर कुछ फ्रेश मिल्क देंगे।</w:t>
      </w:r>
    </w:p>
    <w:p>
      <w:r>
        <w:rPr>
          <w:b/>
        </w:rPr>
        <w:t xml:space="preserve">[08:18] </w:t>
      </w:r>
      <w:r>
        <w:t>to usne kaha ki ek bartan bhi aap saath laiye. to budhha ne kaha theek hai, main aaunga. to budhha ek din ghar se nikle aur ek bartan lekar. to raaste mein unhone kuch</w:t>
      </w:r>
    </w:p>
    <w:p>
      <w:pPr>
        <w:jc w:val="right"/>
      </w:pPr>
      <w:r>
        <w:t>तो उसने कहा कि एक बर्तन भी आप साथ लाइए। तो बुद्धा ने कहाठीक है, मैं आऊंगा। तो बुद्धा एक दिन घर से निकले और एक बर्तन लेकर। तो रास्ते में उन्होंने कुछ</w:t>
      </w:r>
    </w:p>
    <w:p>
      <w:r>
        <w:rPr>
          <w:b/>
        </w:rPr>
        <w:t xml:space="preserve">[08:36] </w:t>
      </w:r>
      <w:r>
        <w:t>matti uthai aur bartan mein daal di aur phir us shagird ke ghar pahunch gaye. to shagird bahut khush hua budhha ko dekhkar, kaha ki aaiye aap, tashreef laiye. aap bahut hi khushi ki baat hai ki aap aaye</w:t>
      </w:r>
    </w:p>
    <w:p>
      <w:pPr>
        <w:jc w:val="right"/>
      </w:pPr>
      <w:r>
        <w:t>मट्टी उठाई और बर्तन में डाल दी और फिर उस शागिर्द के घर पहुंच गए। तो शागिर्द बहुत खुश हुआ बुद्धा को देखकर, कहा कि आइए आप, तशरीफ लाइए। आप बहुत ही खुशी की बात है कि आप आए</w:t>
      </w:r>
    </w:p>
    <w:p>
      <w:r>
        <w:rPr>
          <w:b/>
        </w:rPr>
        <w:t xml:space="preserve">[08:53] </w:t>
      </w:r>
      <w:r>
        <w:t>hamare ghar. to usne dekha ki budhha ke haath mein bartan hai, to bartan liya, kaha ki main abhi ismein doodh lekar aapke liye fresh milk lekar aata hoon. us zamane mein yahi sab cheezein hoti thin, jo gift wagera ka koi aur tareeka to tha nahi. to lekin usne dekha ki uske andar kuch matti padi hui hai.</w:t>
      </w:r>
    </w:p>
    <w:p>
      <w:pPr>
        <w:jc w:val="right"/>
      </w:pPr>
      <w:r>
        <w:t>हमारे घर। तो उसने देखा कि बुद्धा के हाथ में बर्तन है, तो बर्तन लिया, कहा कि मैं अभी इसमें दूध लेकर आपके लिए फ्रेश मिल्क लेकर आता हूं। उस जमाने में यही सब चीजें होती थीं, जो गिफ्ट वगैरह का कोई और तरीका तो था नहीं। तो लेकिन उसने देखा कि उसके अंदर कुछ मिट्टी पड़ी हुई है।</w:t>
      </w:r>
    </w:p>
    <w:p>
      <w:r>
        <w:rPr>
          <w:b/>
        </w:rPr>
        <w:t xml:space="preserve">[09:17] </w:t>
      </w:r>
      <w:r>
        <w:t>to usne kaha ki are, ismein to matti hai, main isko pehle clean karta hoon, saaf karta hoon, phir ismein doodh dalta hoon. to woh gaya, bahut achhi tarah saaf kiya usne, clean kiya. phir usne usmein doodh dala aur lakar pesh kiya budhha ko. to budhha ne liya</w:t>
      </w:r>
    </w:p>
    <w:p>
      <w:pPr>
        <w:jc w:val="right"/>
      </w:pPr>
      <w:r>
        <w:t>तो उसने कहा कि अरे, इसमें तो मिट्टी है, मैं इसको पहले क्लीन करता हूं, साफ करता हूं, फिर इसमें दूध डालता हूं। तो वह गया, बहुत अच्छी तरह साफ किया उसने, क्लीन किया। फिर उसने उसमें दूध डाला और लाकर पेश किया बुद्धा को। तो बुद्धा ने लिया</w:t>
      </w:r>
    </w:p>
    <w:p>
      <w:r>
        <w:rPr>
          <w:b/>
        </w:rPr>
        <w:t xml:space="preserve">[09:34] </w:t>
      </w:r>
      <w:r>
        <w:t>aur uthkar woh jaane lage bahar. to woh shagird jo tha, bahut hairaan hua. usne kaha, aapse hamari yeh baat hui thi ki aap aayenge aur main aapko gift ke taur par doodh dunga aur aap kuch hamein gyan ki baatein bataenge. to budhha ne kaha ki maine to tumhein gyan de diya.</w:t>
      </w:r>
    </w:p>
    <w:p>
      <w:pPr>
        <w:jc w:val="right"/>
      </w:pPr>
      <w:r>
        <w:t>और उठकर वह जाने लगे बाहर। तो वह शागिर्द जो था, बहुत हैरान हुआ। उसने कहा, आपसे हमारी यह बात हुई थी कि आप आएंगे और मैं आपको गिफ्ट के तौर पर दूध दूंगा और आप कुछ हमें ज्ञान की बातें बताएंगे। तो बुद्धा ने कहा कि मैंने तो तुम्हें ज्ञान दे दिया।</w:t>
      </w:r>
    </w:p>
    <w:p>
      <w:r>
        <w:rPr>
          <w:b/>
        </w:rPr>
        <w:t xml:space="preserve">[09:53] </w:t>
      </w:r>
      <w:r>
        <w:t>to woh aur hairaan ho gaya. usne kaha, aapne to ek lafz bhi nahi abhi bola, kya aapne mujhe gyan diya? to phir budhha ne samjhaya ki dekho, yeh jo bartan tha, ismein matti thi, to tumne usko saaf kiya. jab khoob saaf ho gaya, tab tumne usmein doodh dala.</w:t>
      </w:r>
    </w:p>
    <w:p>
      <w:pPr>
        <w:jc w:val="right"/>
      </w:pPr>
      <w:r>
        <w:t>तो वह और हैरान हो गया। उसने कहा, आपने तो एक लफ्ज भी नहीं अभी बोला, क्या आपने मुझे ज्ञान दिया? तो फिर बुद्धा ने समझाया कि देखो, यह जो बर्तन था, इसमें मिट्टी थी, तो तुमने उसको साफ किया। जब खूब साफ हो गया, तब तुमने उसमें दूध डाला।</w:t>
      </w:r>
    </w:p>
    <w:p>
      <w:r>
        <w:rPr>
          <w:b/>
        </w:rPr>
        <w:t xml:space="preserve">[10:12] </w:t>
      </w:r>
      <w:r>
        <w:t>isi tarah tumhara jo dil hai, tumhara jo man hai, woh uske andar negativity hai, hate hai logon ke liye. to main agar koi tumhein gyan ki baat bataoon, tum kahan rakhoge use?</w:t>
      </w:r>
    </w:p>
    <w:p>
      <w:pPr>
        <w:jc w:val="right"/>
      </w:pPr>
      <w:r>
        <w:t>इसी तरह तुम्हारा जो दिल है, तुम्हारा जो मन है, वह उसके अंदर नेगेटिविटी है, हेट है लोगों के लिए। तो मैं अगर कोई तुम्हें ज्ञान की बात बताऊं, तुम कहां रखोगे उसे?</w:t>
      </w:r>
    </w:p>
    <w:p>
      <w:r>
        <w:rPr>
          <w:b/>
        </w:rPr>
        <w:t xml:space="preserve">[10:24] </w:t>
      </w:r>
      <w:r>
        <w:t>pehle usko saaf karo, phir main kuch bataunga, tab tumhare kaam aayegi. to yeh badi achhi misaal hai. maulana aksar isko bataya karte the</w:t>
      </w:r>
    </w:p>
    <w:p>
      <w:pPr>
        <w:jc w:val="right"/>
      </w:pPr>
      <w:r>
        <w:t>पहले उसको साफ करो, फिर मैं कुछ बताऊंगा, तब तुम्हारे काम आएगी। तो यह बड़ी अच्छी मिसाल है। मौलाना अक्सर इसको बताया करते थे</w:t>
      </w:r>
    </w:p>
    <w:p>
      <w:r>
        <w:rPr>
          <w:b/>
        </w:rPr>
        <w:t xml:space="preserve">[10:34] </w:t>
      </w:r>
      <w:r>
        <w:t>ki chuki allah taala ki taraf se insano ke liye inspiration har waqt aa rahe hain, hadith se yeh baat sabit hai, jisko faizana kehte hain. balki quran mein to yeh hai ki wa rabbuka il nahl ki humne shahad ki makkhi ko inspire kiya.</w:t>
      </w:r>
    </w:p>
    <w:p>
      <w:pPr>
        <w:jc w:val="right"/>
      </w:pPr>
      <w:r>
        <w:t>कि चूंकि अल्लाह ताला की तरफ से इंसानों के लिए इंस्पिरेशन हर वक्त आ रहे हैं, हदीस से यह बात साबित है, जिसको फैजाना कहते हैं। बल्कि कुरान में तो यह है कि व रबुका इल नहल कि हमने शहद की मक्खी को इंस्पायर किया।</w:t>
      </w:r>
    </w:p>
    <w:p>
      <w:r>
        <w:rPr>
          <w:b/>
        </w:rPr>
        <w:t xml:space="preserve">[10:54] </w:t>
      </w:r>
      <w:r>
        <w:t>to allah taala ke jo inspiration hain, woh insano ke liye aur yahan tak ki doosre jandar jo animals hain, birds hain, unke liye bhi. insano ke liye jo inspiration hai, woh bahut hi higher level ka hota hai. to insan agar</w:t>
      </w:r>
    </w:p>
    <w:p>
      <w:pPr>
        <w:jc w:val="right"/>
      </w:pPr>
      <w:r>
        <w:t>तो अल्लाह ताला के जो इंस्पिरेशन हैं, वह इंसानों के लिए और यहां तक कि दूसरे जानदार जो एनिमल्स हैं, बर्ड्स हैं, उनके लिए भी। इंसानों के लिए जो इंस्पिरेशन है, वह बहुत ही हायर लेवल का होता है। तो इंसान अगर</w:t>
      </w:r>
    </w:p>
    <w:p>
      <w:r>
        <w:rPr>
          <w:b/>
        </w:rPr>
        <w:t xml:space="preserve">[11:12] </w:t>
      </w:r>
      <w:r>
        <w:t>uske dil mein negativity hai aur nafrat hai aur intiqam hai aur logon ke liye intolerance hai, to kabhi bhi allah taala ke jo faizana aur jo inspiration aa rahe hain, woh uska recipient nahi ban sakta, use hasil nahi kar sakta. aur usi ke zariye insan ka spiritual development hota hai, usi ke zariye uska tazkiya hota hai,</w:t>
      </w:r>
    </w:p>
    <w:p>
      <w:pPr>
        <w:jc w:val="right"/>
      </w:pPr>
      <w:r>
        <w:t>उसके दिल में नेगेटिविटी है और नफरत है और इंतकाम है और लोगों के लिए इनटोलरेंस है, तो कभी भी अल्लाह ताला के जो फैजाना और जो इंस्पिरेशन आ रहे हैं, वह उसका रेसिपिएंट नहीं बन सकता, उसे हासिल नहीं कर सकता। और उसी के जरिए इंसान का स्पिरिचुअल डेवलपमेंट होता है, उसी के जरिए उसका तस्किया होता है,</w:t>
      </w:r>
    </w:p>
    <w:p>
      <w:r>
        <w:rPr>
          <w:b/>
        </w:rPr>
        <w:t xml:space="preserve">[11:35] </w:t>
      </w:r>
      <w:r>
        <w:t>usi ke zariye woh ek aisi shakhsiyat banta hai jo jannati shakhsiyat kehlaaye.</w:t>
      </w:r>
    </w:p>
    <w:p>
      <w:pPr>
        <w:jc w:val="right"/>
      </w:pPr>
      <w:r>
        <w:t>उसी के जरिए वह एक ऐसी शख्सियत बनता है जो जन्नती शख्सियत कहलाए।</w:t>
      </w:r>
    </w:p>
    <w:p>
      <w:r>
        <w:rPr>
          <w:b/>
        </w:rPr>
        <w:t xml:space="preserve">[11:41] </w:t>
      </w:r>
      <w:r>
        <w:t>to yeh bahut hi zaroori hai ki insaan apne andar se negativity hataaye, negativity negativity khatm kare.</w:t>
      </w:r>
    </w:p>
    <w:p>
      <w:pPr>
        <w:jc w:val="right"/>
      </w:pPr>
      <w:r>
        <w:t>तो यह बहुत ही जरूरी है कि इंसान अपने अंदर से नेगेटिविटी हटाए, नेगेटिविटी नेगेटिविटी खत्म करे।</w:t>
      </w:r>
    </w:p>
    <w:p>
      <w:r>
        <w:rPr>
          <w:b/>
        </w:rPr>
        <w:t xml:space="preserve">[11:48] </w:t>
      </w:r>
      <w:r>
        <w:t>aur uske liye jo hadees mein baat aayi hai, woh hai muhasiba, yaani in, yaani introspection, apna apna</w:t>
      </w:r>
    </w:p>
    <w:p>
      <w:pPr>
        <w:jc w:val="right"/>
      </w:pPr>
      <w:r>
        <w:t>और उसके लिए जो हदीस में बात आई है, वह है मुहासिबा, यानी इन, यानी इंट्रोस्पेक्शन, अपना अपना</w:t>
      </w:r>
    </w:p>
    <w:p>
      <w:r>
        <w:rPr>
          <w:b/>
        </w:rPr>
        <w:t xml:space="preserve">[11:58] </w:t>
      </w:r>
      <w:r>
        <w:t>muhasiba, apne baare mein sochna.</w:t>
      </w:r>
    </w:p>
    <w:p>
      <w:pPr>
        <w:jc w:val="right"/>
      </w:pPr>
      <w:r>
        <w:t>मुहासिबा, अपने बारे में सोचना।</w:t>
      </w:r>
    </w:p>
    <w:p>
      <w:r>
        <w:rPr>
          <w:b/>
        </w:rPr>
        <w:t xml:space="preserve">[12:00] </w:t>
      </w:r>
      <w:r>
        <w:t>hadees mein chaar baatein aati hain ki jo ek shakhs hai, jo</w:t>
      </w:r>
    </w:p>
    <w:p>
      <w:pPr>
        <w:jc w:val="right"/>
      </w:pPr>
      <w:r>
        <w:t>हदीस में चार बातें आती हैं कि जो एक शख्स है, जो</w:t>
      </w:r>
    </w:p>
    <w:p>
      <w:r>
        <w:rPr>
          <w:b/>
        </w:rPr>
        <w:t xml:space="preserve">[12:06] </w:t>
      </w:r>
      <w:r>
        <w:t>aqal rakhta hai, baligh hai, uske din mein char tarah ke lamhaat, moments, auqaat hone chahiye. unmein se ek muhasiba hai, sat yaseb fiha, yaseb fiha nafsah ki kuch aise auqaat ho ki woh apne apna muhasiba kare, apne bare mein soche, apna self-hammering, jise maulana kehte the.</w:t>
      </w:r>
    </w:p>
    <w:p>
      <w:pPr>
        <w:jc w:val="right"/>
      </w:pPr>
      <w:r>
        <w:t>अकल रखता है, बालिग है, उसके दिन में चार तरह के लम्हात, मोमेंट्स, औकात होने चाहिए। उनमें से एक मुहासिबा है, सत यसब फिहा, यसब फिहा नफसा कि कुछ ऐसे औकात हो कि वह अपने अपना मुहासिबा करे, अपने बारे में सोचे, अपना सेल्फ हैमरिंग, जिसे मौलाना कहते थे।</w:t>
      </w:r>
    </w:p>
    <w:p>
      <w:r>
        <w:rPr>
          <w:b/>
        </w:rPr>
        <w:t xml:space="preserve">[12:34] </w:t>
      </w:r>
      <w:r>
        <w:t>to yeh bahut zaroori hai.</w:t>
      </w:r>
    </w:p>
    <w:p>
      <w:pPr>
        <w:jc w:val="right"/>
      </w:pPr>
      <w:r>
        <w:t>तो यह बहुत जरूरी है।</w:t>
      </w:r>
    </w:p>
    <w:p>
      <w:r>
        <w:rPr>
          <w:b/>
        </w:rPr>
        <w:t xml:space="preserve">[12:35] </w:t>
      </w:r>
      <w:r>
        <w:t>aisi hadees mein aata hai ki saat yana fiha rabba ki kuch aise auqaat ho, kuch aise moments</w:t>
      </w:r>
    </w:p>
    <w:p>
      <w:pPr>
        <w:jc w:val="right"/>
      </w:pPr>
      <w:r>
        <w:t>ऐसी हदीस में आता है कि सात यना फिहा रब्बा कि कुछ ऐसे औकात हो, कुछ ऐसे मोमेंट्स</w:t>
      </w:r>
    </w:p>
    <w:p>
      <w:r>
        <w:rPr>
          <w:b/>
        </w:rPr>
        <w:t xml:space="preserve">[12:43] </w:t>
      </w:r>
      <w:r>
        <w:t>ho, jisme woh apne rabb se baatein kare, apne rabb se humkalam ho.</w:t>
      </w:r>
    </w:p>
    <w:p>
      <w:pPr>
        <w:jc w:val="right"/>
      </w:pPr>
      <w:r>
        <w:t>हो, जिसमें वह अपने रब से बातें करे, अपने रब से हम कलाम हो।</w:t>
      </w:r>
    </w:p>
    <w:p>
      <w:r>
        <w:rPr>
          <w:b/>
        </w:rPr>
        <w:t xml:space="preserve">[12:47] </w:t>
      </w:r>
      <w:r>
        <w:t>aur hadees mein aata hai ki kuch aise auqaat ho, jisme woh zameeno aasman ki banawat par, creation</w:t>
      </w:r>
    </w:p>
    <w:p>
      <w:pPr>
        <w:jc w:val="right"/>
      </w:pPr>
      <w:r>
        <w:t>और हदीस में आता है कि कुछ ऐसे औकात हो, जिसमें वह जमीनो आसमान की बनावट पर, क्रिएशन</w:t>
      </w:r>
    </w:p>
    <w:p>
      <w:r>
        <w:rPr>
          <w:b/>
        </w:rPr>
        <w:t xml:space="preserve">[12:55] </w:t>
      </w:r>
      <w:r>
        <w:t>par ghaur o fikr kare.</w:t>
      </w:r>
    </w:p>
    <w:p>
      <w:pPr>
        <w:jc w:val="right"/>
      </w:pPr>
      <w:r>
        <w:t>पर गौरो फिक्र करे।</w:t>
      </w:r>
    </w:p>
    <w:p>
      <w:r>
        <w:rPr>
          <w:b/>
        </w:rPr>
        <w:t xml:space="preserve">[12:57] </w:t>
      </w:r>
      <w:r>
        <w:t>chunki creation bhi insaan ko inspire karti hai, nature insaan ko inspire karti hai.</w:t>
      </w:r>
    </w:p>
    <w:p>
      <w:pPr>
        <w:jc w:val="right"/>
      </w:pPr>
      <w:r>
        <w:t>चूंकि क्रिएशन भी इंसान को इंस्पायर करती है, नेचर इंसान को इंस्पायर करती है।</w:t>
      </w:r>
    </w:p>
    <w:p>
      <w:r>
        <w:rPr>
          <w:b/>
        </w:rPr>
        <w:t xml:space="preserve">[13:02] </w:t>
      </w:r>
      <w:r>
        <w:t>aur aisi chauthi baat hadees</w:t>
      </w:r>
    </w:p>
    <w:p>
      <w:pPr>
        <w:jc w:val="right"/>
      </w:pPr>
      <w:r>
        <w:t>और ऐसी चौथी बात हदीस</w:t>
      </w:r>
    </w:p>
    <w:p>
      <w:r>
        <w:rPr>
          <w:b/>
        </w:rPr>
        <w:t xml:space="preserve">[13:04] </w:t>
      </w:r>
      <w:r>
        <w:t>mein aati hai ki kuch waqt usko apne zarooraton ke liye, usmein khana aur pani ka lafz hai, yaani jo needs hain insan ki, aisa nahi ki woh poori tarah se apne ko farigh kar de inhi kaamon ke liye, balki jo dunyaavi kaam hain, woh bhi hamari zarooraten hain.</w:t>
      </w:r>
    </w:p>
    <w:p>
      <w:pPr>
        <w:jc w:val="right"/>
      </w:pPr>
      <w:r>
        <w:t>में आती है कि कुछ वक्त उसको अपने जरूरतों के लिए, उसमें खाना और पानी का लफ्ज है, यानी जो नीड्स हैं इंसान की, ऐसा नहीं कि वह पूरी तरह से अपने को फारिग कर दे इन्हीं कामों के लिए, बल्कि जो दुनियावी काम हैं, वह भी हमारी जरूरतें हैं।</w:t>
      </w:r>
    </w:p>
    <w:p>
      <w:r>
        <w:rPr>
          <w:b/>
        </w:rPr>
        <w:t xml:space="preserve">[13:26] </w:t>
      </w:r>
      <w:r>
        <w:t>to usko bhi hamein dekhna hoga. to main mera khayal hai ki muhasiba jo hai, woh bahut hi aham cheez hai, jo har waqt hamein karna chahiye. aur mere andaze ke mutabik, jo sabse achha waqt muhasiba ka hai, introspection ka hai, woh namaz ke baad.</w:t>
      </w:r>
    </w:p>
    <w:p>
      <w:pPr>
        <w:jc w:val="right"/>
      </w:pPr>
      <w:r>
        <w:t>तो उसको भी हमें देखना होगा। तो मैं मेरा ख्याल है कि मुहासिबा जो है, वह बहुत ही अहम चीज है, जो हर वक्त हमें करना चाहिए। और मेरे अंदाजे के मुताबिक, जो सबसे अच्छा वक्त मुहासिबा का है, इंट्रोस्पेक्शन का है, वह नमाज के बाद।</w:t>
      </w:r>
    </w:p>
    <w:p>
      <w:r>
        <w:rPr>
          <w:b/>
        </w:rPr>
        <w:t xml:space="preserve">[13:44] </w:t>
      </w:r>
      <w:r>
        <w:t>namaz ke baad maine dekha, aksar log bahut jaldi jaldi namaz padhte hain, bada technical aur mechanical andaaz mein. aur namaz khatm hui aur chale gaye uthke. woh tareeka sahi nahi hai. namaz jab khatm hoti hai, jo dua hoti hai, uske baad jo kuch lamhaat hote hain, kuch waqt hota hai, do-char minute ka, wahi waqt hota hai real waqt, jab allah taala se aap</w:t>
      </w:r>
    </w:p>
    <w:p>
      <w:pPr>
        <w:jc w:val="right"/>
      </w:pPr>
      <w:r>
        <w:t>नमाज के बाद मैंने देखा, अक्सर लोग बहुत जल्दी-जल्दी नमाज पढ़ते हैं, बड़ा टेक्निकल और मैकेनिकल अंदाज में। और नमाज खत्म हुई और चले गए उठके। वह तरीका सही नहीं है। नमाज जब खत्म होती है, जो दुआ होती है, उसके बाद जो कुछ लम्हात होते हैं, कुछ वक्त होता है, दो-चार मिनट का, वही वक्त होता है रियल वक्त, जब अल्लाह ताला से आप</w:t>
      </w:r>
    </w:p>
    <w:p>
      <w:r>
        <w:rPr>
          <w:b/>
        </w:rPr>
        <w:t xml:space="preserve">[14:08] </w:t>
      </w:r>
      <w:r>
        <w:t>apna, apne, apne ko jod sakte hain aur uske jo inspiration hain, usko receive kar sakte hain. to namaz ke baad, khaas taur se fajar ki namaz ke baad aur isha ki namaz ke baad, kuch waqt agar aap muhasiba karein, soche apne bare mein, apni replanning karein, apne ghaoro fikr karein ki main kya kar raha hoon aur kya karna chahiye, to inshallah isse bahut faida hoga. to yeh kuch baatein thin</w:t>
      </w:r>
    </w:p>
    <w:p>
      <w:pPr>
        <w:jc w:val="right"/>
      </w:pPr>
      <w:r>
        <w:t>अपना, अपने, अपने को जोड़ सकते हैं और उसके जो इंस्पिरेशन हैं, उसको रिसीव कर सकते हैं। तो नमाज के बाद, खास तौर से फजर की नमाज के बाद और इशा की नमाज के बाद, कुछ वक्त अगर आप मुहासिबा करें, सोचे अपने बारे में, अपनी रिप्लानिंग करें, अपने गौरो फिक्र करें कि मैं क्या कर रहा हूं और क्या करना चाहिए, तो इंशाल्लाह इससे बहुत फायदा होगा। तो यह कुछ बातें थीं</w:t>
      </w:r>
    </w:p>
    <w:p>
      <w:r>
        <w:rPr>
          <w:b/>
        </w:rPr>
        <w:t xml:space="preserve">[14:32] </w:t>
      </w:r>
      <w:r>
        <w:t>aaj jo mere zehan mein theen. to inshaallah ab aap</w:t>
      </w:r>
    </w:p>
    <w:p>
      <w:pPr>
        <w:jc w:val="right"/>
      </w:pPr>
      <w:r>
        <w:t>आज जो मेरे जहन में थीं। तो इंशाल्लाह अब आप</w:t>
      </w:r>
    </w:p>
    <w:p>
      <w:r>
        <w:rPr>
          <w:b/>
        </w:rPr>
        <w:t xml:space="preserve">[14:41] </w:t>
      </w:r>
      <w:r>
        <w:t>sahaba ke waqiyat mein ki kuch baatein karengi. inshaallah uske baad sawal jawab hoga. wa aakhir dawana anil, alhamdulillah rabbil aalameen. bismillah rehman rehim.</w:t>
      </w:r>
    </w:p>
    <w:p>
      <w:pPr>
        <w:jc w:val="right"/>
      </w:pPr>
      <w:r>
        <w:t>सहाबा के वाक्यात में की कुछ बातें करेंगी। इंशाल्लाह उसके बाद सवाल जवाब होगा। व आखिर दवाना अनिल, अल्हम्दुलिल्लाह रब्बिल आलमीन। बिस्मिल्लाह रहमान रहीम।</w:t>
      </w:r>
    </w:p>
    <w:p>
      <w:r>
        <w:rPr>
          <w:b/>
        </w:rPr>
        <w:t xml:space="preserve">[14:56] </w:t>
      </w:r>
      <w:r>
        <w:t>assalam walekum rehmatullah. humne sahaba ke bare mein ek program shuru kiya hai. to jab main sahaba ke bare mein padh rahi thi, detail se,</w:t>
      </w:r>
    </w:p>
    <w:p>
      <w:pPr>
        <w:jc w:val="right"/>
      </w:pPr>
      <w:r>
        <w:t>अस्सलाम वालेकुम रहमतुल्लाह। हमने सहाबा के बारे में एक प्रोग्राम शुरू किया है। तो जब मैं सहाबा के बारे में पढ़ रही थी, डिटेल से,</w:t>
      </w:r>
    </w:p>
    <w:p>
      <w:r>
        <w:rPr>
          <w:b/>
        </w:rPr>
        <w:t xml:space="preserve">[15:11] </w:t>
      </w:r>
      <w:r>
        <w:t>isse pehle bhi hum log padhte rahe hain, lekin itna</w:t>
      </w:r>
    </w:p>
    <w:p>
      <w:pPr>
        <w:jc w:val="right"/>
      </w:pPr>
      <w:r>
        <w:t>इससे पहले भी हम लोग पढ़ते रहे हैं, लेकिन इतना</w:t>
      </w:r>
    </w:p>
    <w:p>
      <w:r>
        <w:rPr>
          <w:b/>
        </w:rPr>
        <w:t xml:space="preserve">[15:15] </w:t>
      </w:r>
      <w:r>
        <w:t>detail se humne nahi padha tha. to detail se jab maine padha, to maine bahut zyada similarity paai ki sahaba ke amal mein, sahaba ke akhlaq mein, sahaba ke kaam karne ke tarike mein, unki dawat aur tablig ke tarike mein, bahut zyada maulana ke</w:t>
      </w:r>
    </w:p>
    <w:p>
      <w:pPr>
        <w:jc w:val="right"/>
      </w:pPr>
      <w:r>
        <w:t>डिटेल से हमने नहीं पढ़ा था। तो डिटेल से जब मैंने पढ़ा, तो मैंने बहुत ज्यादा सिमिलरिटी पाई कि सहाबा के अमल में, सहाबा के अखलाक में, सहाबा के काम करने के तरीके में, उनकी दावत और तबलीग के तरीके में, बहुत ज्यादा मौलाना के</w:t>
      </w:r>
    </w:p>
    <w:p>
      <w:r>
        <w:rPr>
          <w:b/>
        </w:rPr>
        <w:t xml:space="preserve">[15:35] </w:t>
      </w:r>
      <w:r>
        <w:t>jo tarika tha, usmein similarity thi. to hum log balki samajhte nahi the. hum log samajhte the ki shayad maulana ka yahi mizaj hai, itna gehrai se nahi samajhte the. to isko padhne ke baad laga ki itna gehrai se unhone</w:t>
      </w:r>
    </w:p>
    <w:p>
      <w:pPr>
        <w:jc w:val="right"/>
      </w:pPr>
      <w:r>
        <w:t>जो तरीका था, उसमें सिमिलरिटी थी। तो हम लोग बल्कि समझते नहीं थे। हम लोग समझते थे कि शायद मौलाना का यही मिजाज है, इतना गहराई से नहीं समझते थे। तो इसको पढ़ने के बाद लगा कि इतना गहराई से उन्होंने</w:t>
      </w:r>
    </w:p>
    <w:p>
      <w:r>
        <w:rPr>
          <w:b/>
        </w:rPr>
        <w:t xml:space="preserve">[15:52] </w:t>
      </w:r>
      <w:r>
        <w:t>rasoolullah sallallahu alaihi wasallam ki life ko aur aur sahaba ki zindagi ko, unhone itni gehrai se padha tha ki unhone usko apni shakhsiyat mein utar diya tha. yeh bhi similarity thi ki sahaba bhi tamaddun ki kharabiyon se door the. fitrat ke mahol mein unki parvarish hui thi</w:t>
      </w:r>
    </w:p>
    <w:p>
      <w:pPr>
        <w:jc w:val="right"/>
      </w:pPr>
      <w:r>
        <w:t>रसूलल्लाह सल्लल्लाहु अलैहि वसल्लम की लाइफ को और और सहाबा की जिंदगियों को, उन्होंने इतनी गहराई से पढ़ा था कि उन्होंने उसको अपनी शख्सियत में उतार दिया था। यह भी सिमिलरिटी थी कि सहाबा भी तमद्दुन की खराबियों से दूर थे। फितरत के माहौल में उनकी परवरिश हुई थी</w:t>
      </w:r>
    </w:p>
    <w:p>
      <w:r>
        <w:rPr>
          <w:b/>
        </w:rPr>
        <w:t xml:space="preserve">[16:12] </w:t>
      </w:r>
      <w:r>
        <w:t>aur bilkul bhi unke andar woh buraiyan nahi theen, jo tamaddun ke mahol mein paida hone se buraiyan hoti hain. to bilkul woh masnoo ikhlaq se na aashna the aur har baat jo haq hoti, usko maan lete.</w:t>
      </w:r>
    </w:p>
    <w:p>
      <w:pPr>
        <w:jc w:val="right"/>
      </w:pPr>
      <w:r>
        <w:t>और बिल्कुल भी उनके अंदर वह बुराइयां नहीं थीं, जो तमद्दुन के माहौल में पैदा होने से बुराइयां होती हैं। तो बिल्कुल वह मसनू इखलाक से ना आशना थे और हर बात जो हक होती, उसको मान लेते।</w:t>
      </w:r>
    </w:p>
    <w:p>
      <w:r>
        <w:rPr>
          <w:b/>
        </w:rPr>
        <w:t xml:space="preserve">[16:28] </w:t>
      </w:r>
      <w:r>
        <w:t>haq pasand itne zyada the ki uske khilaf jo hai, woh soch bhi nahi sakte the. jahan unko laga ki yeh baat haq ke mutabiq hai, foran maan lete the. isiliye kitni baar hum dekhte hain ki rasoolullah sallallahu alaihi wasallam ke paas log aate</w:t>
      </w:r>
    </w:p>
    <w:p>
      <w:pPr>
        <w:jc w:val="right"/>
      </w:pPr>
      <w:r>
        <w:t>हक पसंद इतने ज्यादा थे कि उसके खिलाफ जो है, वह सोच भी नहीं सकते थे। जहां उनको लगा कि यह बात हक के मुताबिक है, फौरन मान लेते थे। इसीलिए कितनी बार हम देखते हैं कि रसूलल्लाह सल्लल्लाहु अलैहि वसल्लम के पास लोग आते</w:t>
      </w:r>
    </w:p>
    <w:p>
      <w:r>
        <w:rPr>
          <w:b/>
        </w:rPr>
        <w:t xml:space="preserve">[16:47] </w:t>
      </w:r>
      <w:r>
        <w:t>aur quran padhkar aap sunate, chand ayaten, wa kehte, "kitna ma aasna hajal kalam, kitna behtareen kalam hai," aur foran usko maan lete. jabki jo log shahron mein parvarish paate hain, unka mahol jo hai, woh fitrat se hat jaate hain.</w:t>
      </w:r>
    </w:p>
    <w:p>
      <w:pPr>
        <w:jc w:val="right"/>
      </w:pPr>
      <w:r>
        <w:t>और कुरान पढ़कर आप सुनाते, चंद आयतें, व कहते, "कितना मा आसना हाजल कलाम, कितना बेहतरीन कलाम है," और फौरन उसको मान लेते। जबकि जो लोग शहरों में परवरिश पाते हैं, उनका माहौल जो है, वह फितरत से हट जाते हैं।</w:t>
      </w:r>
    </w:p>
    <w:p>
      <w:r>
        <w:rPr>
          <w:b/>
        </w:rPr>
        <w:t xml:space="preserve">[17:06] </w:t>
      </w:r>
      <w:r>
        <w:t>to woh itni jaldi baat ko maan nahi paate hain. to yeh log foran baat ko maan lete the. ekdam apni fitrat par the. to main chand waqiyat aapko sunaungi. to ek waqya hai,</w:t>
      </w:r>
    </w:p>
    <w:p>
      <w:pPr>
        <w:jc w:val="right"/>
      </w:pPr>
      <w:r>
        <w:t>तो वह इतनी जल्दी बात को मान नहीं पाते हैं। तो यह लोग फौरन बात को मान लेते थे। एकदम अपनी फितरत पर थे। तो मैं चंद वाक्यात आपको सुनाऊंगी। तो एक वाकया है,</w:t>
      </w:r>
    </w:p>
    <w:p>
      <w:r>
        <w:rPr>
          <w:b/>
        </w:rPr>
        <w:t xml:space="preserve">[17:23] </w:t>
      </w:r>
      <w:r>
        <w:t>jab iran fateh ho raha tha. iran mein jang ho rahi thi aur iran, aap log jante hain, bahut badi shahanshai thi, bahut badi empire thi, taqreeban 400 saal empire thi. yeh to bahut zyada unke paas resources the, bahut badi fauj thi, bahut sa saman tha. to jab arab wahan gaye, arbon ko to woh log kuch samajhte hi nahi the.</w:t>
      </w:r>
    </w:p>
    <w:p>
      <w:pPr>
        <w:jc w:val="right"/>
      </w:pPr>
      <w:r>
        <w:t>जब ईरान फतह हो रहा था। ईरान में जंग हो रही थी और ईरान, आप लोग जानते हैं, बहुत बड़ी शहंशाही थी, बहुत बड़ी एंपायर थी, तकरीबन 400 साल एंपायर थी। यह तो बहुत ज्यादा उनके पास रिसोर्सेस थे, बहुत बड़ी फौज थी, बहुत सा सामान था। तो जब अरब वहां गए, अरबों को तो वह लोग कुछ समझते ही नहीं थे।</w:t>
      </w:r>
    </w:p>
    <w:p>
      <w:r>
        <w:rPr>
          <w:b/>
        </w:rPr>
        <w:t xml:space="preserve">[17:48] </w:t>
      </w:r>
      <w:r>
        <w:t>ki woh log to arbon ke paas to koi kuch resources hi nahi theen, to unko kuch nahi samajhte the. to lekin jab dekha unhone ki arab log jis bahaduri se jang kar rahe the, to usmein unko laga ki humein shikast ho jayegi. to</w:t>
      </w:r>
    </w:p>
    <w:p>
      <w:pPr>
        <w:jc w:val="right"/>
      </w:pPr>
      <w:r>
        <w:t>कि वह लोग तो अरबों के पास तो कोई कुछ रिसोर्सेस ही नहीं थीं, तो उनको कुछ नहीं समझते थे। तो लेकिन जब देखा उन्होंने कि अरब लोग जिस बहादुरी से जंग कर रहे थे, तो उसमें उनको लगा कि हमें शिकस्त हो जाएगी। तो</w:t>
      </w:r>
    </w:p>
    <w:p>
      <w:r>
        <w:rPr>
          <w:b/>
        </w:rPr>
        <w:t xml:space="preserve">[18:07] </w:t>
      </w:r>
      <w:r>
        <w:t>shahanshah yadgurd ne unke paas bheja peshkash, uski batchit karne ke liye. to har us waqt uske sipah salar jo the, saad ibne abi wakkas the, to unhone kai waqt bheje. kai baar batchit hui, lekin main aakhri waqt ki baat karungi, jismein mugheera, hazrat mugheera gaye the. unki sarkadgi mein, unki</w:t>
      </w:r>
    </w:p>
    <w:p>
      <w:pPr>
        <w:jc w:val="right"/>
      </w:pPr>
      <w:r>
        <w:t>शहंशाह यदगुर्द ने उनके पास भेजा पेशकश, उसकी बातचीत करने के लिए। तो हर उस वक्त उसके सिपा सालार जो थे, साद इब्ने अबी वक्कास थे, तो उन्होंने कई वक्त भेजे। कई बार बातचीत हुई, लेकिन मैं आखिरी वक्त की बात करूंगी, जिसमें मुगीरा, हजरत मुगीरा गए थे। उनकी सरकर्दगी में, उनकी</w:t>
      </w:r>
    </w:p>
    <w:p>
      <w:r>
        <w:rPr>
          <w:b/>
        </w:rPr>
        <w:t xml:space="preserve">[18:34] </w:t>
      </w:r>
      <w:r>
        <w:t>wahi, unhi, unhi ka waqt tha. unhi ke under mein kuch log gaye the. to jab woh gaye, to yeh log, unka jo bahut zyada, unka jo darbar tha, bahut zyada saja hua. har taraf log jo hain, unke generals jo hain,</w:t>
      </w:r>
    </w:p>
    <w:p>
      <w:pPr>
        <w:jc w:val="right"/>
      </w:pPr>
      <w:r>
        <w:t>वही, उन्हीं, उन्हीं का वक्त था। उन्हीं के अंडर में कुछ लोग गए थे। तो जब वह गए, तो यह लोग, उनका जो बहुत ज्यादा, उनका जो दरबार था, बहुत ज्यादा सजा हुआ। हर तरफ लोग जो हैं, उनके जनरल्स जो हैं,</w:t>
      </w:r>
    </w:p>
    <w:p>
      <w:r>
        <w:rPr>
          <w:b/>
        </w:rPr>
        <w:t xml:space="preserve">[18:53] </w:t>
      </w:r>
      <w:r>
        <w:t>sone aur heere moti ke taaj pehne baithe hue the. bahut zyada shano shaukat thi, lekin is sahaba kisi cheez se maroob nahi hote the. saaf saaf unhone jaakar baat ki. to woh jo hain,</w:t>
      </w:r>
    </w:p>
    <w:p>
      <w:pPr>
        <w:jc w:val="right"/>
      </w:pPr>
      <w:r>
        <w:t>सोने और हीरे मोती के ताज पहने बैठे हुए थे। बहुत ज्यादा शानो शौकत थी, लेकिन इस सहाबा किसी चीज से मरूब नहीं होते थे। साफ-साफ उन्होंने जाकर बात की। तो वह जो हैं,</w:t>
      </w:r>
    </w:p>
    <w:p>
      <w:r>
        <w:rPr>
          <w:b/>
        </w:rPr>
        <w:t xml:space="preserve">[19:07] </w:t>
      </w:r>
      <w:r>
        <w:t>shahanshah jo hain, woh</w:t>
      </w:r>
    </w:p>
    <w:p>
      <w:pPr>
        <w:jc w:val="right"/>
      </w:pPr>
      <w:r>
        <w:t>शहंशाह जो हैं, वह</w:t>
      </w:r>
    </w:p>
    <w:p>
      <w:r>
        <w:rPr>
          <w:b/>
        </w:rPr>
        <w:t xml:space="preserve">[19:09] </w:t>
      </w:r>
      <w:r>
        <w:t>bigad gaya. hamare samne tum is tarah baat karte ho. to phir unhone kaha ki tum jo hain, tum log wapas jao aur hamara jo hai, general</w:t>
      </w:r>
    </w:p>
    <w:p>
      <w:pPr>
        <w:jc w:val="right"/>
      </w:pPr>
      <w:r>
        <w:t>बिगड़ गया। हमारे सामने तुम इस तरह बात करते हो। तो फिर उन्होंने कहा कि तुम जो हैं, तुम लोग वापस जाओ और हमारा जो है, जनरल</w:t>
      </w:r>
    </w:p>
    <w:p>
      <w:r>
        <w:rPr>
          <w:b/>
        </w:rPr>
        <w:t xml:space="preserve">[19:27] </w:t>
      </w:r>
      <w:r>
        <w:t>rustam, unka bahut bada general tha, sipah salar tha, woh jayega. uski sargardgi mein fauj jayegi aur tum logon ko kasiya ke ke ke maidan mein dafan kar degi. kasiya mein jang ho rahi thi, asal mein.</w:t>
      </w:r>
    </w:p>
    <w:p>
      <w:pPr>
        <w:jc w:val="right"/>
      </w:pPr>
      <w:r>
        <w:t>रुस्तम, उनका बहुत बड़ा जनरल था, सिपा सालार था, वह जाएगा। उसकी सरगर्दगी में फौज जाएगी और तुम लोगों को कासिया के के के मैदान में दफन कर देगी। कासिया में जंग हो रही थी, असल में।</w:t>
      </w:r>
    </w:p>
    <w:p>
      <w:r>
        <w:rPr>
          <w:b/>
        </w:rPr>
        <w:t xml:space="preserve">[19:44] </w:t>
      </w:r>
      <w:r>
        <w:t>to phir uske baad usne kaha ki apne logon se kaha ki ek tokri mitti lao. to ek tokri mitti laai gayi. to phir usne poocha ki tum logon mein sabse zyada sharif kaun hai?</w:t>
      </w:r>
    </w:p>
    <w:p>
      <w:pPr>
        <w:jc w:val="right"/>
      </w:pPr>
      <w:r>
        <w:t>तो फिर उसके बाद उसने कहा कि अपने लोगों से कहा कि एक टोकरी मिट्टी लाओ। तो एक टोकरी मिट्टी लाई गई। तो फिर उसने पूछा कि तुम लोगों में सबसे ज्यादा शरीफ कौन है?</w:t>
      </w:r>
    </w:p>
    <w:p>
      <w:r>
        <w:rPr>
          <w:b/>
        </w:rPr>
        <w:t xml:space="preserve">[19:57] </w:t>
      </w:r>
      <w:r>
        <w:t>to thodi der kuch khamoshi rahi. phir uske baad ek usmein waqt ke ek member the, asim ibn amr. to woh unhone kaha ki main sabse zyada sharif hoon. to unhone kaha, "inke gale mein yeh mitti ka tokra daal do."</w:t>
      </w:r>
    </w:p>
    <w:p>
      <w:pPr>
        <w:jc w:val="right"/>
      </w:pPr>
      <w:r>
        <w:t>तो थोड़ी देर कुछ खामोशी रही। फिर उसके बाद एक उसमें वक्त के एक मेंबर थे, आसिम इब्न अम्र। तो वह उन्होंने कहा कि मैं सबसे ज्यादा शरीफ हूं। तो उन्होंने कहा, "इनके गले में यह मिट्टी का टोकरा डाल दो।"</w:t>
      </w:r>
    </w:p>
    <w:p>
      <w:r>
        <w:rPr>
          <w:b/>
        </w:rPr>
        <w:t xml:space="preserve">[20:13] </w:t>
      </w:r>
      <w:r>
        <w:t>ab aap sochiye ki koi bhi hota, aaj hamare jo sari duniya mein ke jo musalman hain, unke gale mein mitti ki tokri daale, to woh gussa ho jayenge, uthakar phenk denge. woh log bilkul usko tokri ko lekar ke, unhone kaha, "inko bhaga do." madan, unka poora mahal tha madan mein. to madan se bahar bhaga do. to unko bhaga diya gaya. phir wahan se woh oont par</w:t>
      </w:r>
    </w:p>
    <w:p>
      <w:pPr>
        <w:jc w:val="right"/>
      </w:pPr>
      <w:r>
        <w:t>अब आप सोचिए कि कोई भी होता, आज हमारे जो सारी दुनिया में के जो मुसलमान हैं, उनके गले में मिट्टी की टोकरी डाले, तो वह गुस्सा हो जाएंगे, उठाकर फेंक देंगे। वह लोग बिल्कुल उसको टोकरी को लेकर के, उन्होंने कहा, "इनको भगा दो।" मदान, उनका पूरा महल था मदान में। तो मदान से बाहर भगा दो। तो उनको भगा दिया गया। फिर वहां से वह ऊंट पर</w:t>
      </w:r>
    </w:p>
    <w:p>
      <w:r>
        <w:rPr>
          <w:b/>
        </w:rPr>
        <w:t xml:space="preserve">[20:37] </w:t>
      </w:r>
      <w:r>
        <w:t>baithe aur woh mitti ka tokra liye liye, woh apne sipah salar saad ibne abi wakkas ke paas gaye aur unko poora qissa sunaya. to saad ibne abi wakkas ne uska kya response diya, kya reaction unka tha, woh bahut hi hamare liye lesson giving hai.</w:t>
      </w:r>
    </w:p>
    <w:p>
      <w:pPr>
        <w:jc w:val="right"/>
      </w:pPr>
      <w:r>
        <w:t>बैठे और वह मिट्टी का टोकरा लिए लिए, वह अपने सिपा सालार साद इब्ने अबी वक्कास के पास गए और उनको पूरा किस्सा सुनाया। तो साद इब्ने अबी वक्कास ने उसका क्या रिस्पांस दिया, क्या रिएक्शन उनका था, वह बहुत ही हमारे लिए लेसन गिविंग है।</w:t>
      </w:r>
    </w:p>
    <w:p>
      <w:r>
        <w:rPr>
          <w:b/>
        </w:rPr>
        <w:t xml:space="preserve">[20:56] </w:t>
      </w:r>
      <w:r>
        <w:t>unhone kaha, "khush ho jao, kyunki khuda ki kasam, allah ne hame idar ki kunjiyaan de di hain." aur unhone usse unke mulk par kabze ki faal nikali. ab isse aap samajh lijiye ki jo radd e amal ki nafs hoti, aur</w:t>
      </w:r>
    </w:p>
    <w:p>
      <w:pPr>
        <w:jc w:val="right"/>
      </w:pPr>
      <w:r>
        <w:t>उन्होंने कहा, "खुश हो जाओ, क्योंकि खुदा की कसम, अल्लाह ने हमें इदार की कुंजियां दे दी हैं।" और उन्होंने उससे उनके मुल्क पर कब्जे की फाल निकाली। अब इससे आप समझ लीजिए कि जो रद्दे अमल की नफ्स होती, और</w:t>
      </w:r>
    </w:p>
    <w:p>
      <w:r>
        <w:rPr>
          <w:b/>
        </w:rPr>
        <w:t xml:space="preserve">[21:14] </w:t>
      </w:r>
      <w:r>
        <w:t>to unke andar nafrat hoti, unke andar gussa aata, unke andar jhunjhlahat hoti, woh musht ho jaate. to woh phir jo gehri mansooba bandi karni padti hai, bade bade mission ke liye, to woh nahi kar paate. to kis tarah se unhone</w:t>
      </w:r>
    </w:p>
    <w:p>
      <w:pPr>
        <w:jc w:val="right"/>
      </w:pPr>
      <w:r>
        <w:t>तो उनके अंदर नफरत होती, उनके अंदर गुस्सा आता, उनके अंदर झुंझलाहट होती, वो मुश्त हो जाते। तो वह फिर जो गहरी मंसूबा बंदी करनी पड़ती है, बड़े-बड़े मिशन के लिए, तो वह नहीं कर पाते। तो किस तरीके से उन्होंने</w:t>
      </w:r>
    </w:p>
    <w:p>
      <w:r>
        <w:rPr>
          <w:b/>
        </w:rPr>
        <w:t xml:space="preserve">[21:32] </w:t>
      </w:r>
      <w:r>
        <w:t>apni negativity ko positivity mein badla, apne minus ko plus mein badla, aur unhon ne us se ek aisi faal nikali ke us se unke andar hausla bohat buland ho gaya. aur bohat hi himmat ke sath, hausle ke sath, confidence ke sath, unhon ne</w:t>
      </w:r>
    </w:p>
    <w:p>
      <w:pPr>
        <w:jc w:val="right"/>
      </w:pPr>
      <w:r>
        <w:t>अपनी नेगेटिविटी को पॉजिटिविटी में बदला, अपने माइनस को प्लस में बदला, और उन्होंने उससे एक ऐसी फाल निकाली कि उससे उनके अंदर हौसला बहुत बुलंद हो गया। और बहुत ही हिम्मत के साथ, हौसले के साथ, कॉन्फिडेंस के साथ, उन्होंने</w:t>
      </w:r>
    </w:p>
    <w:p>
      <w:r>
        <w:rPr>
          <w:b/>
        </w:rPr>
        <w:t xml:space="preserve">[21:50] </w:t>
      </w:r>
      <w:r>
        <w:t>jang mein shirkat ki. aur in logon ne phir us ke baad, yeh log jo hain, poora Iran fateh ho gaya bohat jald. jabke Iran bohat bari empire thi. us zamane mein do bari empire thin, ek Byzantine, ek Sasanian empire. to bohat bari empire thi. to in logon ne</w:t>
      </w:r>
    </w:p>
    <w:p>
      <w:pPr>
        <w:jc w:val="right"/>
      </w:pPr>
      <w:r>
        <w:t>जंग में शिरकत की। और इन लोगों ने फिर उसके बाद, यह लोग जो हैं, पूरा ईरान फतह हो गया बहुत जल्द। जबकि ईरान बहुत बड़ी एंपायर थी। उस जमाने में दो बड़ी एंपायर थीं, एक बाइजेंटाइन, एक ससनी एंपायर। तो बहुत बड़ी एंपायर थी। तो इन लोगों ने</w:t>
      </w:r>
    </w:p>
    <w:p>
      <w:r>
        <w:rPr>
          <w:b/>
        </w:rPr>
        <w:t xml:space="preserve">[22:09] </w:t>
      </w:r>
      <w:r>
        <w:t>apni jo positive mentality thi, unki soch thi, unke andar jo hausla tha, jo Khuda par umeed thi, us ki wajah se unhon ne itna bara, bari fateh hasil ki.</w:t>
      </w:r>
    </w:p>
    <w:p>
      <w:pPr>
        <w:jc w:val="right"/>
      </w:pPr>
      <w:r>
        <w:t>अपनी जो पॉजिटिव मेंटालिटी थी, उनकी सोच थी, उनके अंदर जो हौसला था, जो खुदा पर उम्मीद थी, उसकी वजह से उन्होंने इतना बड़ा, बड़ी फतह हासिल की।</w:t>
      </w:r>
    </w:p>
    <w:p>
      <w:r>
        <w:rPr>
          <w:b/>
        </w:rPr>
        <w:t xml:space="preserve">[22:22] </w:t>
      </w:r>
      <w:r>
        <w:t>to isi tarike se ek do qisse aur aap ko sunate hain hum. to is mein yeh sab wahi hain, jin mein hum bohat kuch, hamare liye lesson hai. bohat kuch hum apni zindagi mein is ko apna sakte hain aur bohat zyada us se faida utha sakte hain, na sirf</w:t>
      </w:r>
    </w:p>
    <w:p>
      <w:pPr>
        <w:jc w:val="right"/>
      </w:pPr>
      <w:r>
        <w:t>तो इसी तरीके से एक दो किस्से और आपको सुनाते हैं हम। तो इसमें यह सब वही हैं, जिनमें हम बहुत कुछ, हमारे लिए लेसन है। बहुत कुछ हम अपनी जिंदगियों में इसको अपना सकते हैं और बहुत ज्यादा उससे फायदा उठा सकते हैं, ना सिर्फ</w:t>
      </w:r>
    </w:p>
    <w:p>
      <w:r>
        <w:rPr>
          <w:b/>
        </w:rPr>
        <w:t xml:space="preserve">[22:39] </w:t>
      </w:r>
      <w:r>
        <w:t>dunya ke liye, balke deen ke liye. dono deen o dunya mein is mein, is ke liye, is mein falah hai. to ek Umavi Khalifa tha, Marwan ibn al-Hakam. to un ka beta tha, Abdul Malik. aur unhon ne do asal mein banaye the,</w:t>
      </w:r>
    </w:p>
    <w:p>
      <w:pPr>
        <w:jc w:val="right"/>
      </w:pPr>
      <w:r>
        <w:t>दुनिया के लिए, बल्कि दीन के लिए। दोनों दीनो दुनिया में इसमें, इसके लिए, इसमें फलाह है। तो एक उमवी खलीफा था, मरवान इब्नुल हकम। तो उनका बेटा था, अब्दुल मलिक। और उन्होंने दो असल में बनाए थे,</w:t>
      </w:r>
    </w:p>
    <w:p>
      <w:r>
        <w:rPr>
          <w:b/>
        </w:rPr>
        <w:t xml:space="preserve">[22:57] </w:t>
      </w:r>
      <w:r>
        <w:t>jo wali ahad, crown prince, jin ko kehte hain. to Abdul Malik un ke bete the aur Abdul Aziz un ke bhai the. to ab Marwan to ek hi saal taqreeban unhon ne hukoomat ki. bohat jald un ka inteqal ho gaya. us ke baad Abdul Malik</w:t>
      </w:r>
    </w:p>
    <w:p>
      <w:pPr>
        <w:jc w:val="right"/>
      </w:pPr>
      <w:r>
        <w:t>जो वली अहद, क्राउन प्रिंस, जिनको कहते हैं। तो अब्दुल मलिक उनके बेटे थे और अब्दुल अजीज उनके भाई थे। तो अब मरवान तो एक ही साल तकरीबन उन्होंने हुकूमत की। बहुत जल्द उनका इंतकाल हो गया। उसके बाद अब्दुल मलिक</w:t>
      </w:r>
    </w:p>
    <w:p>
      <w:r>
        <w:rPr>
          <w:b/>
        </w:rPr>
        <w:t xml:space="preserve">[23:14] </w:t>
      </w:r>
      <w:r>
        <w:t>Khalifa bane. to jab Khalifa bane, woh to bohat jald un ke jo chacha the, Abdul Aziz, jo ke crown prince banaye gaye the, un ka inteqal ho gaya. to Abdul Malik ne socha ke ab apne bete ki wali ahdi ke liye muhim chalai jaye. to</w:t>
      </w:r>
    </w:p>
    <w:p>
      <w:pPr>
        <w:jc w:val="right"/>
      </w:pPr>
      <w:r>
        <w:t>खलीफा बने। तो जब खलीफा बने, वह तो बहुत जल्द उनके जो चचा थे, अब्दुल अजीज, जो कि क्राउन प्रिंस बनाए गए थे, उनका इंतकाल हो गया। तो अब्दुल मलिक ने सोचा कि अब अपने बेटे की वली अहदी के लिए मुहिम चलाई जाए। तो</w:t>
      </w:r>
    </w:p>
    <w:p>
      <w:r>
        <w:rPr>
          <w:b/>
        </w:rPr>
        <w:t xml:space="preserve">[23:31] </w:t>
      </w:r>
      <w:r>
        <w:t>ek Walid aur Sulaiman, do do ke liye. to us waqt bohat bari ek Tabi'een the, Saeed ibn al-Musayyab. to yeh Syed,</w:t>
      </w:r>
    </w:p>
    <w:p>
      <w:pPr>
        <w:jc w:val="right"/>
      </w:pPr>
      <w:r>
        <w:t>एक वलीद और सुलेमान, दो दो के लिए। तो उस वक्त बहुत बड़े एक ताबीन थे, सईद सईद इब्नुल मुसैयब। तो यह सैयद,</w:t>
      </w:r>
    </w:p>
    <w:p>
      <w:r>
        <w:rPr>
          <w:b/>
        </w:rPr>
        <w:t xml:space="preserve">[23:45] </w:t>
      </w:r>
      <w:r>
        <w:t>Syed Tabi'een kahe jate hain. to jo itne oonche darje ke jo Tabi'een hote hain, un ka darja Sahaba ke darje ke barabar hota hai.</w:t>
      </w:r>
    </w:p>
    <w:p>
      <w:pPr>
        <w:jc w:val="right"/>
      </w:pPr>
      <w:r>
        <w:t>सैयद ताबीन कहे जाते हैं। तो जो इतने ऊंचे दर्जे के जो ताबीन होते हैं, उनका दर्जा सहाबा के दर्जे के बराबर होता है।</w:t>
      </w:r>
    </w:p>
    <w:p>
      <w:r>
        <w:rPr>
          <w:b/>
        </w:rPr>
        <w:t xml:space="preserve">[23:55] </w:t>
      </w:r>
      <w:r>
        <w:t>to woh bohat bari Muhaddis the aur Madina mein rehte the. to Abdul Malik ne socha ke agar yeh mere bete ke liye bait kar le, Khilafat ke liye, to poora Madina bait kar lega. to unhon ne kahalwaya, lekin unhon ne kaha, "main bohat zyada usool pasand the, haq pasand the. " unhon ne kaha, "ek badshah ke rehte hue, main doosre badshah, yaani doosre Khalifa ke hath par bait nahi kar sakta." to woh zamana tha, jabke</w:t>
      </w:r>
    </w:p>
    <w:p>
      <w:pPr>
        <w:jc w:val="right"/>
      </w:pPr>
      <w:r>
        <w:t>तो वह बहुत बड़े मुहद्दिस थे और मदीना में रहते थे। तो अब्दुल मलिक ने सोचा कि अगर यह मेरे बेटे के लिए बैत कर ले, खिलाफत के लिए, तो पूरा मदीना बैत कर लेगा। तो उन्होंने कहलवाया, लेकिन उन्होंने कहा, "मैं बहुत ज्यादा उसूल पसंद थे, हक पसंद थे।" उन्होंने कहा, "एक बादशाह के रहते हुए, मैं दूसरे बादशाह, यानी दूसरे खलीफा के हाथ पर बैत नहीं कर सकता।" तो वह जमाना था, जबकि</w:t>
      </w:r>
    </w:p>
    <w:p>
      <w:r>
        <w:rPr>
          <w:b/>
        </w:rPr>
        <w:t xml:space="preserve">[24:22] </w:t>
      </w:r>
      <w:r>
        <w:t>us zamane mein aap log jante hain, religious persecution ka zamana tha. bohat sazaein di jati thin, human rights waghera to the hi nahi. to yeh badshah, Khulafa jo hain, jahan un ki marzi ke mutabiq kaam nahi hua, to woh sazaein dete the. to itne bari Muhaddis ko bhi unhon ne sazaein di, kode mare aur</w:t>
      </w:r>
    </w:p>
    <w:p>
      <w:pPr>
        <w:jc w:val="right"/>
      </w:pPr>
      <w:r>
        <w:t>उस जमाने में आप लोग जानते हैं, रिलीजस परसक्यूशन का जमाना था। बहुत सजाएं दी जाती थीं, ह्यूमन राइट्स वगैरह तो थे ही नहीं। तो यह बादशाह, खुलाफा जो हैं, जहां उनकी मर्जी के मुताबिक काम नहीं हुआ, तो वह सजाएं देते थे। तो इतने बड़े मुहद्दिस को भी उन्होंने सजाएं दी, कोड़े मारे और</w:t>
      </w:r>
    </w:p>
    <w:p>
      <w:r>
        <w:rPr>
          <w:b/>
        </w:rPr>
        <w:t xml:space="preserve">[24:43] </w:t>
      </w:r>
      <w:r>
        <w:t>thande thande pani un ke upar dale, jaade mein. lekin unhon ne nahi, nahi bait nahi ki. yeh log, yeh aur doosre Sahaba ko main yahi dekha ke sakht se sakht takleefein bardasht karte hain, lekin usool se nahi hat te hain. to yahi bilkul in ka bhi tha. to phir Abdul, Abdul Malik ne socha ke ab doosri</w:t>
      </w:r>
    </w:p>
    <w:p>
      <w:pPr>
        <w:jc w:val="right"/>
      </w:pPr>
      <w:r>
        <w:t>ठंडे-ठंडे पानी उनके ऊपर डाले, जाड़े में। लेकिन उन्होंने नहीं, नहीं बैत नहीं की। यह लोग, यह और दूसरे सहाबा को मैं यही देखा कि सख्त से सख्त तकलीफें बर्दाश्त करते हैं, लेकिन उसूल से नहीं हटते हैं। तो यही बिल्कुल इनका भी था। तो फिर अब्दुल, अब्दुल मलिक ने सोचा कि अब दूसरी</w:t>
      </w:r>
    </w:p>
    <w:p>
      <w:r>
        <w:rPr>
          <w:b/>
        </w:rPr>
        <w:t xml:space="preserve">[25:07] </w:t>
      </w:r>
      <w:r>
        <w:t>tadbeer karen. to unhon ne doosri tadbeer yeh ki ke un ki abhi, ab jo un ka jo woh tha, un ka Walid ki abhi shadi nahi hui thi. to Saeed ibn al-Musayyab ki beti jo thi, bohat hi khoobsurat thi aur</w:t>
      </w:r>
    </w:p>
    <w:p>
      <w:pPr>
        <w:jc w:val="right"/>
      </w:pPr>
      <w:r>
        <w:t>तदबीर करें। तो उन्होंने दूसरी तदबीर यह की कि उनकी अभी, अब जो उनका जो वो था, उनका वलीद की अभी शादी नहीं हुई थी। तो सईद इब्न अल मुसैयब की बेटी जो थी, बहुत ही खूबसूरत थी और</w:t>
      </w:r>
    </w:p>
    <w:p>
      <w:r>
        <w:rPr>
          <w:b/>
        </w:rPr>
        <w:t xml:space="preserve">[25:24] </w:t>
      </w:r>
      <w:r>
        <w:t>aalima thi aur Quran ki Hafiz thi. to bohat, bohat zyada mumtaz haiysiyat us ki thi. to us se nikah ka rishta bheja ke woh apni damadi mein Walid ko le lenge, to bohat asan ho jayega un ke liye bait lena.</w:t>
      </w:r>
    </w:p>
    <w:p>
      <w:pPr>
        <w:jc w:val="right"/>
      </w:pPr>
      <w:r>
        <w:t>आलिमा थी और कुरान की हाफिज थी। तो बहुत, बहुत ज्यादा मुमताज हैसियत उसकी थी। तो उससे निकाह का रिश्ता भेजा कि वह अपनी दामादी में वलीद को ले लेंगे, तो बहुत आसान हो जाएगा उनके लिए बैत लेना।</w:t>
      </w:r>
    </w:p>
    <w:p>
      <w:r>
        <w:rPr>
          <w:b/>
        </w:rPr>
        <w:t xml:space="preserve">[25:42] </w:t>
      </w:r>
      <w:r>
        <w:t>to woh aur zyada ghazab naak ho gaye. unhon ne kaha ke main apni, us ke liye, apni garaz ke liye, apni desire, apni us ke liye thodi, main us ko apni damadi mein woh bana loongi. jo baat usool ke khilaf hai, woh khilaf hai. to unhon ne us ko nahi mana. bohat sazaein unhon ne di. to us ke baad kya hua, woh bohat hi,</w:t>
      </w:r>
    </w:p>
    <w:p>
      <w:pPr>
        <w:jc w:val="right"/>
      </w:pPr>
      <w:r>
        <w:t>तो वह और ज्यादा गजब नाक हो गए। उन्होंने कहा कि मैं अपनी, उसके लिए, अपनी गरज के लिए, अपनी डिजायर, अपनी उसके लिए थोड़ी, मैं उसको अपनी दामादी में वह बना लूंगी। जो बात उसूल के खिलाफ है, वह खिलाफ है। तो उन्होंने उसको नहीं माना। बहुत सजाएं उन्होंने दी। तो उसके बाद क्या हुआ, वह बहुत ही,</w:t>
      </w:r>
    </w:p>
    <w:p>
      <w:r>
        <w:rPr>
          <w:b/>
        </w:rPr>
        <w:t xml:space="preserve">[26:02] </w:t>
      </w:r>
      <w:r>
        <w:t>bahut hi hamare liye i openar hai.</w:t>
      </w:r>
    </w:p>
    <w:p>
      <w:pPr>
        <w:jc w:val="right"/>
      </w:pPr>
      <w:r>
        <w:t>बहुत ही हमारे लिए आई ओपनर है।</w:t>
      </w:r>
    </w:p>
    <w:p>
      <w:r>
        <w:rPr>
          <w:b/>
        </w:rPr>
        <w:t xml:space="preserve">[26:05] </w:t>
      </w:r>
      <w:r>
        <w:t>kyunki aajkal jo hum log rasm aur rivaj mein pad gaye hain, uske hisab se.</w:t>
      </w:r>
    </w:p>
    <w:p>
      <w:pPr>
        <w:jc w:val="right"/>
      </w:pPr>
      <w:r>
        <w:t>क्योंकि आजकल जो हम लोग रस्म और रिवाज में पड़ गए हैं, उसके हिसाब से।</w:t>
      </w:r>
    </w:p>
    <w:p>
      <w:r>
        <w:rPr>
          <w:b/>
        </w:rPr>
        <w:t xml:space="preserve">[26:10] </w:t>
      </w:r>
      <w:r>
        <w:t>to unki vah jo, un vah hadis ka dars dete the.</w:t>
      </w:r>
    </w:p>
    <w:p>
      <w:pPr>
        <w:jc w:val="right"/>
      </w:pPr>
      <w:r>
        <w:t>तो उनकी वह जो, उन वह हदीस का दर्स देते थे।</w:t>
      </w:r>
    </w:p>
    <w:p>
      <w:r>
        <w:rPr>
          <w:b/>
        </w:rPr>
        <w:t xml:space="preserve">[26:15] </w:t>
      </w:r>
      <w:r>
        <w:t>us zamane mein kya tha ki is tarah se, jaise aaj jagah-jagah idar hain, madarse hain, vah sab</w:t>
      </w:r>
    </w:p>
    <w:p>
      <w:pPr>
        <w:jc w:val="right"/>
      </w:pPr>
      <w:r>
        <w:t>उस जमाने में क्या था कि इस तरह से, जैसे आज जगह-जगह इदार हैं, मदरसे हैं, वह सब</w:t>
      </w:r>
    </w:p>
    <w:p>
      <w:r>
        <w:rPr>
          <w:b/>
        </w:rPr>
        <w:t xml:space="preserve">[26:22] </w:t>
      </w:r>
      <w:r>
        <w:t>the nahin. to log ab ya to apne gharon mein dars dete the ya phir masjid mein dars</w:t>
      </w:r>
    </w:p>
    <w:p>
      <w:pPr>
        <w:jc w:val="right"/>
      </w:pPr>
      <w:r>
        <w:t>थे नहीं। तो लोग अब या तो अपने घरों में दर्स देते थे या फिर मस्जिद में दर्स</w:t>
      </w:r>
    </w:p>
    <w:p>
      <w:r>
        <w:rPr>
          <w:b/>
        </w:rPr>
        <w:t xml:space="preserve">[26:28] </w:t>
      </w:r>
      <w:r>
        <w:t>dete the. to vah apne ghar mein dars dete the hadis ka.</w:t>
      </w:r>
    </w:p>
    <w:p>
      <w:pPr>
        <w:jc w:val="right"/>
      </w:pPr>
      <w:r>
        <w:t>देते थे। तो वह अपने घर में दर्स देते थे हदीस का।</w:t>
      </w:r>
    </w:p>
    <w:p>
      <w:r>
        <w:rPr>
          <w:b/>
        </w:rPr>
        <w:t xml:space="preserve">[26:32] </w:t>
      </w:r>
      <w:r>
        <w:t>to bahut</w:t>
      </w:r>
    </w:p>
    <w:p>
      <w:pPr>
        <w:jc w:val="right"/>
      </w:pPr>
      <w:r>
        <w:t>तो बहुत</w:t>
      </w:r>
    </w:p>
    <w:p>
      <w:r>
        <w:rPr>
          <w:b/>
        </w:rPr>
        <w:t xml:space="preserve">[26:33] </w:t>
      </w:r>
      <w:r>
        <w:t>student un ke paas door door se ate the. to us mein ek student tha, Abu Wada. to Abu Wada jo the, woh ittefaq aisa tha ke kuch din nahi aaye. to unhon ne jab woh aaye, to un se poocha ke tum itne din se kyun nahi aa rahe the. to bataya ke meri biwi ka inteqal ho gaya.</w:t>
      </w:r>
    </w:p>
    <w:p>
      <w:pPr>
        <w:jc w:val="right"/>
      </w:pPr>
      <w:r>
        <w:t>स्टूडेंट उनके पास दूर-दूर से आते थे। तो उसमें एक स्टूडेंट था, अबू वदा। तो अबू वदा जो थे, वह इत्तेफाक ऐसा था कि कुछ दिन नहीं आए। तो उन्होंने जब वह आए, तो उनसे पूछा कि तुम इतने दिन से क्यों नहीं आ रहे थे। तो बताया कि मेरी बीवी का इंतकाल हो गया।</w:t>
      </w:r>
    </w:p>
    <w:p>
      <w:r>
        <w:rPr>
          <w:b/>
        </w:rPr>
        <w:t xml:space="preserve">[26:54] </w:t>
      </w:r>
      <w:r>
        <w:t>to unhon ne poocha ke koi doosra intezam kiya tum ne? unhon ne kaha, "mere paas paise hi nahi hain, do char din mere paas hain, mujhe kaun apni ladki dega?" asal mein Arabon mein kya hai ke poora kharch shadi ka ladka deta hai. to unhon ne kaha ke agar main apni ladki se tumhara nikah kar doon, to kaisa hai?</w:t>
      </w:r>
    </w:p>
    <w:p>
      <w:pPr>
        <w:jc w:val="right"/>
      </w:pPr>
      <w:r>
        <w:t>तो उन्होंने पूछा कि कोई दूसरा इंतजाम किया तुमने? उन्होंने कहा, "मेरे पास पैसे ही नहीं हैं, दो-चार दिन मेरे पास हैं, मुझे कौन अपनी लड़की देगा?" असल में अरबों में क्या है कि पूरा खर्च शादी का लड़का देता है। तो उन्होंने कहा कि अगर मैं अपनी लड़की से तुम्हारा निकाह कर दूं, तो कैसा है?</w:t>
      </w:r>
    </w:p>
    <w:p>
      <w:r>
        <w:rPr>
          <w:b/>
        </w:rPr>
        <w:t xml:space="preserve">[27:14] </w:t>
      </w:r>
      <w:r>
        <w:t>woh to bohat zyada khush ho gaye ke is se achi aur kya baat ho sakti hai.</w:t>
      </w:r>
    </w:p>
    <w:p>
      <w:pPr>
        <w:jc w:val="right"/>
      </w:pPr>
      <w:r>
        <w:t>वह तो बहुत ज्यादा खुश हो गए कि इससे अच्छी और क्या बात हो सकती है।</w:t>
      </w:r>
    </w:p>
    <w:p>
      <w:r>
        <w:rPr>
          <w:b/>
        </w:rPr>
        <w:t xml:space="preserve">[27:18] </w:t>
      </w:r>
      <w:r>
        <w:t>to unhon ne, jab sab doosre log sab chale gaye, tab yeh batchit ho rahi thi. phir unhon ne un ka, apni ladki se wahi do char din jo un ke paas tha, woh mahr ke us mein,</w:t>
      </w:r>
    </w:p>
    <w:p>
      <w:pPr>
        <w:jc w:val="right"/>
      </w:pPr>
      <w:r>
        <w:t>तो उन्होंने, जब सब दूसरे लोग सब चले गए, तब यह बातचीत हो रही थी। फिर उन्होंने उनका, अपनी लड़की से वही दो-चार दिन जो उनके पास था, वह महर के उसमें,</w:t>
      </w:r>
    </w:p>
    <w:p>
      <w:r>
        <w:rPr>
          <w:b/>
        </w:rPr>
        <w:t xml:space="preserve">[27:33] </w:t>
      </w:r>
      <w:r>
        <w:t>woh to us mein un ka nikah padha diya. woh ghar chale gaye, Abu Wada</w:t>
      </w:r>
    </w:p>
    <w:p>
      <w:pPr>
        <w:jc w:val="right"/>
      </w:pPr>
      <w:r>
        <w:t>वो तो उसमें उनका निकाह पढ़ा दिया। वह घर चले गए, अबू वदा</w:t>
      </w:r>
    </w:p>
    <w:p>
      <w:r>
        <w:rPr>
          <w:b/>
        </w:rPr>
        <w:t xml:space="preserve">[27:37] </w:t>
      </w:r>
      <w:r>
        <w:t>ghar chale gaye. un ke paas ghar mein khane ko bhi kuch nahi tha, aur zaitoon ka tel tha aur roti. baithe nikale khan khane ke liye aur sochte rahe, rukhsati ke liye to paisa hi nahi, kaise rukhsati karayenge?</w:t>
      </w:r>
    </w:p>
    <w:p>
      <w:pPr>
        <w:jc w:val="right"/>
      </w:pPr>
      <w:r>
        <w:t>घर चले गए। उनके पास घर में खाने को भी कुछ नहीं था, और जैतून का तेल था और रोटी। बैठे निकाले खान खाने के लिए और सोचते रहे, रुखसती के लिए तो पैसा ही नहीं, कैसे रुखसती कराएंगे?</w:t>
      </w:r>
    </w:p>
    <w:p>
      <w:r>
        <w:rPr>
          <w:b/>
        </w:rPr>
        <w:t xml:space="preserve">[27:50] </w:t>
      </w:r>
      <w:r>
        <w:t>to thodi der mein darwaze par awaz aai khatkhatane ki.</w:t>
      </w:r>
    </w:p>
    <w:p>
      <w:pPr>
        <w:jc w:val="right"/>
      </w:pPr>
      <w:r>
        <w:t>तो थोड़ी देर में दरवाजे पर आवाज आई खटखटाने की।</w:t>
      </w:r>
    </w:p>
    <w:p>
      <w:r>
        <w:rPr>
          <w:b/>
        </w:rPr>
        <w:t xml:space="preserve">[27:55] </w:t>
      </w:r>
      <w:r>
        <w:t>ab unhon ne socha, raat ko kaun aaya hai? kyunke hasya khyal mein bhi nahi tha, wa guman mein bhi nahi tha ke Saeed ibn al-Musayyab ayenge. bohat bari Muhaddis the, un ko kisi ne siway masjid mein aate jate, kisi ne kahin aate jate 40 saal se dekha bhi nahi tha. to khola, to woh khade hue the, un ki kuniyat thi Abu Muhammad. to unhon ne kaha ke Abu Muhammad, aap ka kaise aana hua?</w:t>
      </w:r>
    </w:p>
    <w:p>
      <w:pPr>
        <w:jc w:val="right"/>
      </w:pPr>
      <w:r>
        <w:t>अब उन्होंने सोचा, रात को कौन आया है? क्योंकि हास्य ख्याल में भी नहीं था, व गुमान में भी नहीं था कि सईद इब्नुल मुसैयब आएंगे। बहुत बड़े मुहद्दिस थे, उनको किसी ने सिवाय मस्जिद में आते-जाते, किसी ने कहीं आते-जाते 40 साल से देखा भी नहीं था। तो खोला, तो वह खड़े हुए थे, उनकी कुनियत थी अबू मोहम्मद। तो उन्होंने कहा कि अबू मोहम्मद, आपका कैसे आना हुआ?</w:t>
      </w:r>
    </w:p>
    <w:p>
      <w:r>
        <w:rPr>
          <w:b/>
        </w:rPr>
        <w:t xml:space="preserve">[28:22] </w:t>
      </w:r>
      <w:r>
        <w:t>to unhon ne kaha ke maine socha ke tum akele ho</w:t>
      </w:r>
    </w:p>
    <w:p>
      <w:pPr>
        <w:jc w:val="right"/>
      </w:pPr>
      <w:r>
        <w:t>तो उन्होंने कहा कि मैंने सोचा कि तुम अकेले हो</w:t>
      </w:r>
    </w:p>
    <w:p>
      <w:r>
        <w:rPr>
          <w:b/>
        </w:rPr>
        <w:t xml:space="preserve">[28:25] </w:t>
      </w:r>
      <w:r>
        <w:t>gaye, ab tumhari shadi ho gayi hai, to main tumhari biwi ko lekar aaya hoon.</w:t>
      </w:r>
    </w:p>
    <w:p>
      <w:pPr>
        <w:jc w:val="right"/>
      </w:pPr>
      <w:r>
        <w:t>गए, अब तुम्हारी शादी हो गई है, तो मैं तुम्हारी बीवी को लेकर आया हूं।</w:t>
      </w:r>
    </w:p>
    <w:p>
      <w:r>
        <w:rPr>
          <w:b/>
        </w:rPr>
        <w:t xml:space="preserve">[28:30] </w:t>
      </w:r>
      <w:r>
        <w:t>aur phir uske baad unhone biwi ko darwaze ke andar kiya aur khud chale gaye.</w:t>
      </w:r>
    </w:p>
    <w:p>
      <w:pPr>
        <w:jc w:val="right"/>
      </w:pPr>
      <w:r>
        <w:t>और फिर उसके बाद उन्होंने बीवी को दरवाजे के अंदर किया और खुद चले गए।</w:t>
      </w:r>
    </w:p>
    <w:p>
      <w:r>
        <w:rPr>
          <w:b/>
        </w:rPr>
        <w:t xml:space="preserve">[28:37] </w:t>
      </w:r>
      <w:r>
        <w:t>to vah, vah khud bhi ghabra gaye.</w:t>
      </w:r>
    </w:p>
    <w:p>
      <w:pPr>
        <w:jc w:val="right"/>
      </w:pPr>
      <w:r>
        <w:t>तो वह, वह खुद भी घबरा गए।</w:t>
      </w:r>
    </w:p>
    <w:p>
      <w:r>
        <w:rPr>
          <w:b/>
        </w:rPr>
        <w:t xml:space="preserve">[28:40] </w:t>
      </w:r>
      <w:r>
        <w:t>abu wada ekdam upar chhat par chadh gaye aur kaha ki aise-aisa baat hui hai, unhone nikah kar</w:t>
      </w:r>
    </w:p>
    <w:p>
      <w:pPr>
        <w:jc w:val="right"/>
      </w:pPr>
      <w:r>
        <w:t>अबू वदा एकदम ऊपर छत पर चढ़ गए और कहा कि ऐसे-ऐसा बात हुई है, उन्होंने निकाह कर</w:t>
      </w:r>
    </w:p>
    <w:p>
      <w:r>
        <w:rPr>
          <w:b/>
        </w:rPr>
        <w:t xml:space="preserve">[28:46] </w:t>
      </w:r>
      <w:r>
        <w:t>diya aur ladki ko bhi lakar ghar pahunch gaye hain.</w:t>
      </w:r>
    </w:p>
    <w:p>
      <w:pPr>
        <w:jc w:val="right"/>
      </w:pPr>
      <w:r>
        <w:t>दिया और लड़की को भी लाकर घर पहुंचा गए हैं।</w:t>
      </w:r>
    </w:p>
    <w:p>
      <w:r>
        <w:rPr>
          <w:b/>
        </w:rPr>
        <w:t xml:space="preserve">[28:48] </w:t>
      </w:r>
      <w:r>
        <w:t>to sab mohalle ki auraten aain, unhone kaha, "abhi hum usko baana aayenge, sawarenge, abhi tumhare hawale nahin</w:t>
      </w:r>
    </w:p>
    <w:p>
      <w:pPr>
        <w:jc w:val="right"/>
      </w:pPr>
      <w:r>
        <w:t>तो सब मोहल्ले की औरतें आईं, उन्होंने कहा, "अभी हम उसको बाना आएंगे, सवारेंगे, अभी तुम्हारे हवाले नहीं</w:t>
      </w:r>
    </w:p>
    <w:p>
      <w:r>
        <w:rPr>
          <w:b/>
        </w:rPr>
        <w:t xml:space="preserve">[28:55] </w:t>
      </w:r>
      <w:r>
        <w:t>karenge."</w:t>
      </w:r>
    </w:p>
    <w:p>
      <w:pPr>
        <w:jc w:val="right"/>
      </w:pPr>
      <w:r>
        <w:t>करेंगे।"</w:t>
      </w:r>
    </w:p>
    <w:p>
      <w:r>
        <w:rPr>
          <w:b/>
        </w:rPr>
        <w:t xml:space="preserve">[28:56] </w:t>
      </w:r>
      <w:r>
        <w:t>to is tarike se hua. phir uske kuch dinon ke baad, jab wah dobara saeed ibnul musayyab ke paas gaye, to unhon ne kaha, "sabthik-thak hai, agar kuch bhi, agar wah kuch galat kaam kare, to tum usko, tum usko punishment de sakte ho." to wah bahut hi hairaan. ibn khallakan ne hi yeh pura waqya</w:t>
      </w:r>
    </w:p>
    <w:p>
      <w:pPr>
        <w:jc w:val="right"/>
      </w:pPr>
      <w:r>
        <w:t>तो इस तरीके से हुआ। फिर उसके कुछ दिनों के बाद, जब वह दोबारा सईद इब्नुल मुसैयब के पास गए, तो उन्होंने कहा, "सबठीक-ठाक है, अगर कुछ भी, अगर वह कुछ गलत काम करे, तो तुम उसको, तुम उसको पनिशमेंट दे सकते हो।" तो वह बहुत ही हैरान। इब्न खल्लकान ने ही यह पूरा वाकया</w:t>
      </w:r>
    </w:p>
    <w:p>
      <w:r>
        <w:rPr>
          <w:b/>
        </w:rPr>
        <w:t xml:space="preserve">[29:17] </w:t>
      </w:r>
      <w:r>
        <w:t>nakal kiya hai. to itna hairaan hue ki ek aisi ladki, jiski shahzade se shadi hone wali thi, aur usko itni zyada unhon ne saadgi se nikah kiya. aur keh rahe hain ki agar kuch bhi tumko pareshan kare, to tum usko saza bhi de sakte ho. to yeh hamare liye bahut zyada</w:t>
      </w:r>
    </w:p>
    <w:p>
      <w:pPr>
        <w:jc w:val="right"/>
      </w:pPr>
      <w:r>
        <w:t>नकल किया है। तो इतना हैरान हुए कि एक ऐसी लड़की, जिसकी शहजादे से शादी होने वाली थी, और उसको इतनी ज्यादा उन्होंने सादगी से निकाह किया। और कह रहे हैं कि अगर कुछ भी तुमको परेशान करे, तो तुम उसको सजा भी दे सकते हो। तो यह हमारे लिए बहुत ज्यादा</w:t>
      </w:r>
    </w:p>
    <w:p>
      <w:r>
        <w:rPr>
          <w:b/>
        </w:rPr>
        <w:t xml:space="preserve">[29:37] </w:t>
      </w:r>
      <w:r>
        <w:t>uski baat hai ki samajhne ki ki kis tarike se sahaba apni zindagi guzarte the. asal mein unke liye sab kuch jo tha, wah deeni mission tha, khuda se taluq tha. aur jo kuch bhi unke paas time tha, resources the, paisa tha,</w:t>
      </w:r>
    </w:p>
    <w:p>
      <w:pPr>
        <w:jc w:val="right"/>
      </w:pPr>
      <w:r>
        <w:t>उसकी बात है कि समझने की कि किस तरीके से सहाबा अपनी जिंदगी गुजारते थे। असल में उनके लिए सब कुछ जो था, वह दीनी मिशन था, खुदा से ताल्लुक था। और जो कुछ भी उनके पास टाइम था, रिसोर्सेस थे, पैसा था,</w:t>
      </w:r>
    </w:p>
    <w:p>
      <w:r>
        <w:rPr>
          <w:b/>
        </w:rPr>
        <w:t xml:space="preserve">[29:55] </w:t>
      </w:r>
      <w:r>
        <w:t>sab kuch wah deen ke liye, mission ke liye kharch karte the. to in sab cheezon par wah kuch bhi nahin karte the. unse kisi ne baad mein poocha bhi ki aap ne aise kyun kiya?</w:t>
      </w:r>
    </w:p>
    <w:p>
      <w:pPr>
        <w:jc w:val="right"/>
      </w:pPr>
      <w:r>
        <w:t>सब कुछ वह दीन के लिए, मिशन के लिए खर्च करते थे। तो इन सब चीजों पर वह कुछ भी नहीं करते थे। उनसे किसी ने बाद में पूछा भी कि आपने ऐसे क्यों किया?</w:t>
      </w:r>
    </w:p>
    <w:p>
      <w:r>
        <w:rPr>
          <w:b/>
        </w:rPr>
        <w:t xml:space="preserve">[30:05] </w:t>
      </w:r>
      <w:r>
        <w:t>to unhon ne kaha, "wah mahal mein jati, to itne zark bark darbar mein aur har taraf ghulam khade hote, to uska deen kahan reh jata?" to itna zyada uski deen ki hifazat karte the, apne bachchon ko usi tarike se training dete the.</w:t>
      </w:r>
    </w:p>
    <w:p>
      <w:pPr>
        <w:jc w:val="right"/>
      </w:pPr>
      <w:r>
        <w:t>तो उन्होंने कहा, "वह महल में जाती, तो इतने जर्क बर्क दरबार में और हर तरफ गुलाम खड़े होते, तो उसका दीन कहां रह जाता?" तो इतना ज्यादा उसकी दीन की हिफाजत करते थे, अपने बच्चों को उसी तरीके से ट्रेनिंग देते थे।</w:t>
      </w:r>
    </w:p>
    <w:p>
      <w:r>
        <w:rPr>
          <w:b/>
        </w:rPr>
        <w:t xml:space="preserve">[30:21] </w:t>
      </w:r>
      <w:r>
        <w:t>to yeh sahaba jo hain, hamare liye example hain. aur jis tarike se maulana ne sahaba ke ko apnaya tha, unke uswe ko apnaya tha, unko apni zindagi mein, apni zindagi ko unki usmendal liya tha, unki examples mein. to usi tarah hamein</w:t>
      </w:r>
    </w:p>
    <w:p>
      <w:pPr>
        <w:jc w:val="right"/>
      </w:pPr>
      <w:r>
        <w:t>तो यह सहाबा जो हैं, हमारे लिए एग्जांपल हैं। और जिस तरीके से मौलाना ने सहाबा के को अपनाया था, उनके उसवे को अपनाया था, उनको अपनी जिंदगी में, अपनी जिंदगी को उनकी उसमेंढाल लिया था, उनकी एग्जांपल्स में। तो उसी तरह हमें</w:t>
      </w:r>
    </w:p>
    <w:p>
      <w:r>
        <w:rPr>
          <w:b/>
        </w:rPr>
        <w:t xml:space="preserve">[30:40] </w:t>
      </w:r>
      <w:r>
        <w:t>karna hai. maulana ne jitni bhi shadiyan ki, usmein ghar ke log bhi pure nahin the. kahin to hum maulana nahin the, kahin hamein bade bhai nahin the, kahin hamari badi behen nahin thi. jo log ghar mein hote the, bas do-char, mushkil se 10-15 log bhi ghar mein nahin rehte the. jo log ghar mein the, bas</w:t>
      </w:r>
    </w:p>
    <w:p>
      <w:pPr>
        <w:jc w:val="right"/>
      </w:pPr>
      <w:r>
        <w:t>करना है। मौलाना ने जितनी भी शादियां की, उसमें घर के लोग भी पूरे नहीं थे। कहीं तो हम मौलाना नहीं थे, कहीं हमें बड़े भाई नहीं थे, कहीं हमारी बड़ी बहन नहीं थी। जो लोग घर में होते थे, बस दो-चार, मुश्किल से 10-15 लोग भी घर में नहीं रहते थे। जो लोग घर में थे, बस</w:t>
      </w:r>
    </w:p>
    <w:p>
      <w:r>
        <w:rPr>
          <w:b/>
        </w:rPr>
        <w:t xml:space="preserve">[31:00] </w:t>
      </w:r>
      <w:r>
        <w:t>nikah kara diya, na koi jehez, na koi kuch. to mujhe yeh sab padhkar tab samajh mein aata hai ki wah unki sirf mizaj nahin tha, balki wah, wah us sahaba ka example tha, rasoolullah sallallahu alaihi wasallam ka example tha, jisko unhon ne puri tarike se apni zindagi mein apnaya tha.</w:t>
      </w:r>
    </w:p>
    <w:p>
      <w:pPr>
        <w:jc w:val="right"/>
      </w:pPr>
      <w:r>
        <w:t>निकाह करा दिया, ना कोई जहेज, ना कोई कुछ। तो मुझे यह सब पढ़कर तब समझ में आता है कि वह उनकी सिर्फ मिजाज नहीं था, बल्कि वह, वह उस सहाबा का एग्जांपल था, रसूलल्लाह सल्लल्लाहु अलैहि वसल्लम का एग्जांपल था, जिसको उन्होंने पूरी तरीके से अपनी जिंदगी में अपनाया था।</w:t>
      </w:r>
    </w:p>
    <w:p>
      <w:r>
        <w:rPr>
          <w:b/>
        </w:rPr>
        <w:t xml:space="preserve">[31:20] </w:t>
      </w:r>
      <w:r>
        <w:t>ek aur waqya hai, yeh hazrat umar ke zamane ka hai. hazrat umar ke zamane mein yeh sare ilake fateh ho gaye the, misr wagairah. to misr ke governor the amar ibnul aas. to amar ibnul aas ke zamane mein wahan arbon mein ghode ka race wagairah hota tha. to un ghode ki race hui, to aisa ittefaq hua ki</w:t>
      </w:r>
    </w:p>
    <w:p>
      <w:pPr>
        <w:jc w:val="right"/>
      </w:pPr>
      <w:r>
        <w:t>एक और वाकया है, यह हजरत उमर के जमाने का है। हजरत उमर के जमाने में यह सारे इलाके फतह हो गए थे, मिस्र वगैरह। तो मिस्र के गवर्नर थे अमर इब्नुल आस। तो अमर इब्नुल आस के जमाने में वहां अरबों में घोड़े का रेस वगैरह होता था। तो उन घोड़े की रेस हुई, तो ऐसा इत्तेफाक हुआ कि</w:t>
      </w:r>
    </w:p>
    <w:p>
      <w:r>
        <w:rPr>
          <w:b/>
        </w:rPr>
        <w:t xml:space="preserve">[31:45] </w:t>
      </w:r>
      <w:r>
        <w:t>ek kaapt ka, yani misri ka ghoda jo hai, wah race mein aage badh gaya. to yeh us zamane mein, us zamane ka aap sochiye ki us zamane mein jo kankad nation thi, unki koi haisiyat nahin hoti thi. bilkul ghulam ke tarike se samjha jata tha. yeh to islam ne bahut zyada unko darja diya, unko barabari ka darja diya. lekin</w:t>
      </w:r>
    </w:p>
    <w:p>
      <w:pPr>
        <w:jc w:val="right"/>
      </w:pPr>
      <w:r>
        <w:t>एक काप्ट का, यानी मिस्री का घोड़ा जो है, वह रेस में आगे बढ़ गया। तो यह उस जमाने में, उस जमाने का आप सोचिए कि उस जमाने में जो कांकड़ नेशन थी, उनकी कोई हैसियत नहीं होती थी। बिल्कुल गुलाम के तरीके से समझा जाता था। यह तो इस्लाम ने बहुत ज्यादा उनको दर्जा दिया, उनको बराबरी का दर्जा दिया। लेकिन</w:t>
      </w:r>
    </w:p>
    <w:p>
      <w:r>
        <w:rPr>
          <w:b/>
        </w:rPr>
        <w:t xml:space="preserve">[32:07] </w:t>
      </w:r>
      <w:r>
        <w:t>rawaj jo hai, bahut dheere-dheere jata hai. to wah jo hai, kankad the. to arab jo hain, wah apne aap ko bilkul royal class the. to unka beta jo tha, mohammad, unka ghoda bhi usmein shamil tha. aur unka ghoda jo hai, wah</w:t>
      </w:r>
    </w:p>
    <w:p>
      <w:pPr>
        <w:jc w:val="right"/>
      </w:pPr>
      <w:r>
        <w:t>रवाज जो है, बहुत धीरे-धीरे जाता है। तो वह जो है, कांकड़ थे। तो अरब जो हैं, वह अपने आप को बिल्कुल रॉयल क्लास थे। तो उनका बेटा जो था, मोहम्मद, उनका घोड़ा भी उसमें शामिल था। और उनका घोड़ा जो है, वह</w:t>
      </w:r>
    </w:p>
    <w:p>
      <w:r>
        <w:rPr>
          <w:b/>
        </w:rPr>
        <w:t xml:space="preserve">[32:26] </w:t>
      </w:r>
      <w:r>
        <w:t>peeche reh gaya. aur wah ek fipti, yani egyptian ka ghoda jo hai, wah aage badh gaya. to wah bahut gussa ho gaye, mohammad. aur unhon ne usko kode se marna shuru kiya, kehne lage, "yeh koda lo, yani koda khao, matlab koda mara jayega tumhein." to unhon ne wah koda liya aur usko marna shuru kar diya. to ab chunki us fipti ko maloom tha ki hazrat umar khalifa hain aur bahut zyada insaf</w:t>
      </w:r>
    </w:p>
    <w:p>
      <w:pPr>
        <w:jc w:val="right"/>
      </w:pPr>
      <w:r>
        <w:t>पीछे रह गया। और वह एक फिप्ती, यानी इजिप्शियन का घोड़ा जो है, वह आगे बढ़ गया। तो वह बहुत गुस्सा हो गए, मोहम्मद। और उन्होंने उसको कोड़े से मारना शुरू किया, कहने लगे, "यह कोड़ा लो, यानी कोड़ा खाओ, मतलब कोड़ा मारा जाएगा तुम्हें।" तो उन्होंने वह कोड़ा लिया और उसको मारना शुरू कर दिया। तो अब चूंकि उस फिप्ती को मालूम था कि हजरत उमर खलीफा हैं और बहुत ज्यादा इंसाफ</w:t>
      </w:r>
    </w:p>
    <w:p>
      <w:r>
        <w:rPr>
          <w:b/>
        </w:rPr>
        <w:t xml:space="preserve">[32:56] </w:t>
      </w:r>
      <w:r>
        <w:t>karte hain, wah to wah aaya madina. aur madine mein puri roda sunai. to hazrat umar ne kaha, "tum yahin baitho." aur usi waqt khat likha aur amar ibnul aas aur unke bete mohammad ko bulaya. wah bahut ghabrae ki akhir aisi kya baat hai,</w:t>
      </w:r>
    </w:p>
    <w:p>
      <w:pPr>
        <w:jc w:val="right"/>
      </w:pPr>
      <w:r>
        <w:t>करते हैं, वह तो वह आया मदीना। और मदीने में पूरी रोदा सुनाई। तो हजरत उमर ने कहा, "तुम यहीं बैठो।" और उसी वक्त खत लिखा और अमर इब्नुल आस और उनके बेटे मोहम्मद को बुलाया। वह बहुत घबराए कि आखिर ऐसी क्या बात है,</w:t>
      </w:r>
    </w:p>
    <w:p>
      <w:r>
        <w:rPr>
          <w:b/>
        </w:rPr>
        <w:t xml:space="preserve">[33:11] </w:t>
      </w:r>
      <w:r>
        <w:t>koi jurm ho gaya hai.</w:t>
      </w:r>
    </w:p>
    <w:p>
      <w:pPr>
        <w:jc w:val="right"/>
      </w:pPr>
      <w:r>
        <w:t>कोई जुर्म हो गया है।</w:t>
      </w:r>
    </w:p>
    <w:p>
      <w:r>
        <w:rPr>
          <w:b/>
        </w:rPr>
        <w:t xml:space="preserve">[33:13] </w:t>
      </w:r>
      <w:r>
        <w:t>bulaya hai, bete se poocha, "kya baat hai?" bete ne kaha, "mujhe to pata nahin." to khair, dono gaye. to unhon ne, hazrat umar ne kaha, us waqt phir unhon ne fipti ko bulaya aur kaha, "yeh koda lo, sharif zade ko maro." kyunki jab usne mara tha na, to usne kaha tha, "main sharifon ki aulad hoon." yani tum, tumhari himmat kaise padi ki tumne apna ghoda aage kar diya?</w:t>
      </w:r>
    </w:p>
    <w:p>
      <w:pPr>
        <w:jc w:val="right"/>
      </w:pPr>
      <w:r>
        <w:t>बुलाया है, बेटे से पूछा, "क्या बात है?" बेटे ने कहा, "मुझे तो पता नहीं।" तो खैर, दोनों गए। तो उन्होंने, हजरत उमर ने कहा, उस वक्त फिर उन्होंने फिप्ती को बुलाया और कहा, "यह कोड़ा लो, शरीफ जादे को मारो।" क्योंकि जब उसने मारा था ना, तो उसने कहा था, "मैं शरीफों की औलाद हूं।" यानी तुम, तुम्हारी हिम्मत कैसे पड़ी कि तुमने अपना घोड़ा आगे कर दिया?</w:t>
      </w:r>
    </w:p>
    <w:p>
      <w:r>
        <w:rPr>
          <w:b/>
        </w:rPr>
        <w:t xml:space="preserve">[33:40] </w:t>
      </w:r>
      <w:r>
        <w:t>to wahi hazrat umar ne kaha, "yeh koda lo, sharif</w:t>
      </w:r>
    </w:p>
    <w:p>
      <w:pPr>
        <w:jc w:val="right"/>
      </w:pPr>
      <w:r>
        <w:t>तो वही हजरत उमर ने कहा, "यह कोड़ा लो, शरीफ</w:t>
      </w:r>
    </w:p>
    <w:p>
      <w:r>
        <w:rPr>
          <w:b/>
        </w:rPr>
        <w:t xml:space="preserve">[33:44] </w:t>
      </w:r>
      <w:r>
        <w:t>zade ko maro." misri ne unko itna mara, yahan tak ki unko khoon aloot kar diya. phir uske baad hazrat umar ne kaha, "amar ibnul aas, jo ki governor the aur wahi fate bhi the, wahi governor bhi the, unke sar par maro. kyunki unhi ki,</w:t>
      </w:r>
    </w:p>
    <w:p>
      <w:pPr>
        <w:jc w:val="right"/>
      </w:pPr>
      <w:r>
        <w:t>जादे को मारो।" मिस्री ने उनको इतना मारा, यहां तक कि उनको खून आलूत कर दिया। फिर उसके बाद हजरत उमर ने कहा, "अमर इब्नुल आस, जो कि गवर्नर थे और वही फाते भी थे, वही गवर्नर भी थे, उनके सर पर मारो। क्योंकि उन्हीं की,</w:t>
      </w:r>
    </w:p>
    <w:p>
      <w:r>
        <w:rPr>
          <w:b/>
        </w:rPr>
        <w:t xml:space="preserve">[34:04] </w:t>
      </w:r>
      <w:r>
        <w:t>unhi ki badai, unhi ki wajah se, unhi ke bal par usne tumko mara." phir uske baad jo jumla hazrat umar ne bola, wah bahut zyada baat, jagah-jagah usko quote kiya jata hai, human rights ke usmein. to hazrat umar ne kaha, "tumne kab se logon ko ghulam bana liya, halanki unki maon ne unko azad paida kiya tha?" yeh rusi, russo ke reference se isko bolte hain. lekin originally yeh hazrat umar ka</w:t>
      </w:r>
    </w:p>
    <w:p>
      <w:pPr>
        <w:jc w:val="right"/>
      </w:pPr>
      <w:r>
        <w:t>उन्हीं की बड़ाई, उन्हीं की की वजह से, उन्हीं के बल पर उसने तुमको मारा।" फिर उसके बाद जो जुमला हजरत उमर ने बोला, वह बहुत ज्यादा बात, जगह-जगह उसको कोट किया जाता है, ह्यूमन राइट्स के उसमें। तो हजरत उमर ने कहा, "तुमने कब से लोगों को गुलाम बना लिया, हालांकि उनकी मांओं ने उनको आजाद पैदा किया था?" यह रूसी, रूसो के रेफरेंस से इसको बोलते हैं। लेकिन ओरिजनली यह हजरत उमर का</w:t>
      </w:r>
    </w:p>
    <w:p>
      <w:r>
        <w:rPr>
          <w:b/>
        </w:rPr>
        <w:t xml:space="preserve">[34:34] </w:t>
      </w:r>
      <w:r>
        <w:t>yeh call tha. to yeh log jo hain, is tarah se action le sakte the. isliye ki wah log khud bhi waise hi karte the, apne bete ke liye bhi wah waise hi the, apne bete ko bhi koda marwate the.</w:t>
      </w:r>
    </w:p>
    <w:p>
      <w:pPr>
        <w:jc w:val="right"/>
      </w:pPr>
      <w:r>
        <w:t>यह कॉल था। तो यह लोग जो हैं, इस तरह से एक्शन ले सकते थे। इसलिए कि वह लोग खुद भी वैसे ही करते थे, अपने बेटे के लिए भी वह वैसे ही थे, अपने बेटे को भी कोड़ा मरवाते थे।</w:t>
      </w:r>
    </w:p>
    <w:p>
      <w:r>
        <w:rPr>
          <w:b/>
        </w:rPr>
        <w:t xml:space="preserve">[34:50] </w:t>
      </w:r>
      <w:r>
        <w:t>wah koi bhi, kisi ke liye bhi wah galat kaam bardasht nahin karte the. to ek baar ka qissa mujhe yaad aata hai ki shayad iran se bahut zyada heere jawaharat wagairah aaye the, jab iran fateh hua tha. to unke bete ne ek moti</w:t>
      </w:r>
    </w:p>
    <w:p>
      <w:pPr>
        <w:jc w:val="right"/>
      </w:pPr>
      <w:r>
        <w:t>वह कोई भी, किसी के लिए भी वह गलत काम बर्दाश्त नहीं करते थे। तो एक बार का किस्सा मुझे याद आता है कि शायद ईरान से बहुत ज्यादा हीरे जवाहरात वगैरह आए थे, जब ईरान फतह हुआ था। तो उनके बेटे ने एक मोती</w:t>
      </w:r>
    </w:p>
    <w:p>
      <w:r>
        <w:rPr>
          <w:b/>
        </w:rPr>
        <w:t xml:space="preserve">[35:09] </w:t>
      </w:r>
      <w:r>
        <w:t>haath mein le liya. wah sara kuch baitul maal mein jata tha, saman. aur phir usmein logon ki zaroorat par, mulk ki zaroorat par wah kharch hota tha. to uske haath se chheen liya, kehne lage, "hazrat umar, jao apne</w:t>
      </w:r>
    </w:p>
    <w:p>
      <w:pPr>
        <w:jc w:val="right"/>
      </w:pPr>
      <w:r>
        <w:t>हाथ में ले लिया। वह सारा कुछ बैतुल माल में जाता था, सामान। और फिर उसमें लोगों की जरूरत पर, मुल्क की जरूरत पर वह खर्च होता था। तो उसके हाथ से छीन लिया, कहने लगे, "हजरत उमर, जाओ अपने</w:t>
      </w:r>
    </w:p>
    <w:p>
      <w:r>
        <w:rPr>
          <w:b/>
        </w:rPr>
        <w:t xml:space="preserve">[35:27] </w:t>
      </w:r>
      <w:r>
        <w:t>ghar mein jao. maa tumko kuch kya aash jo hota tha, kuch maa tumko wah pilayegi. tum jao ghar mein." uske haath se chheen liya, apne bete ko marwa marwaya. bete, koi bhi kaam galat karta tha to, to apne saath bhi wah isi tarike se</w:t>
      </w:r>
    </w:p>
    <w:p>
      <w:pPr>
        <w:jc w:val="right"/>
      </w:pPr>
      <w:r>
        <w:t>घर में जाओ। मां तुमको कुछ क्या आश जो होता था, कुछ मां तुमको वह पिलाएगी। तुम जाओ घर में।" उसके हाथ से छीन लिया, अपने बेटे को मरवा मरवाया। बेटे, कोई भी काम गलत करता था तो, तो अपने साथ भी वह इसी तरीके से</w:t>
      </w:r>
    </w:p>
    <w:p>
      <w:r>
        <w:rPr>
          <w:b/>
        </w:rPr>
        <w:t xml:space="preserve">[35:45] </w:t>
      </w:r>
      <w:r>
        <w:t>rehte the. koi bhi deen ke khilaf, koi bhi rasoolullah sallallahu alaihi wasallam ki taalim ke khilaf, koi bhi aisa amal nahin karte the. isi wajah se wah, unhon ne koda kha bhi liya. agar wah apne liye kuch hote, doosre ke liye kuch hote, to wah aadmi jo hai, revolt kar deta. to yeh chand waqyat the. uske baad</w:t>
      </w:r>
    </w:p>
    <w:p>
      <w:pPr>
        <w:jc w:val="right"/>
      </w:pPr>
      <w:r>
        <w:t>रहते थे। कोई भी दीन के खिलाफ, कोई भी रसूलल्लाह सल्लल्लाहु अलैहि वसल्लम की तालीम के खिलाफ, कोई भी ऐसा अमल नहीं करते थे। इसी वजह से वह, उन्होंने कोड़ा खा भी लिया। अगर वह अपने लिए कुछ होते, दूसरे के लिए कुछ होते, तो वह आदमी जो है, रिवोल्ट कर देता। तो यह चंद वाक्यात थे। उसके बाद</w:t>
      </w:r>
    </w:p>
    <w:p>
      <w:r>
        <w:rPr>
          <w:b/>
        </w:rPr>
        <w:t xml:space="preserve">[36:08] </w:t>
      </w:r>
      <w:r>
        <w:t>agar kuch sawal jawab hai, to phir usko hum lenge.</w:t>
      </w:r>
    </w:p>
    <w:p>
      <w:pPr>
        <w:jc w:val="right"/>
      </w:pPr>
      <w:r>
        <w:t>अगर कुछ सवाल जवाब है, तो फिर उसको हम लेंगे।</w:t>
      </w:r>
    </w:p>
    <w:p>
      <w:r>
        <w:rPr>
          <w:b/>
        </w:rPr>
        <w:t xml:space="preserve">[36:23] </w:t>
      </w:r>
      <w:r>
        <w:t>oke, vi vil start vid di kaments end kyshan ansar seshan.</w:t>
      </w:r>
    </w:p>
    <w:p>
      <w:pPr>
        <w:jc w:val="right"/>
      </w:pPr>
      <w:r>
        <w:t>ओके, वी विल स्टार्ट विद दी कमेंट्स एंड क्वेश्चन आंसर सेशन।</w:t>
      </w:r>
    </w:p>
    <w:p>
      <w:r>
        <w:rPr>
          <w:b/>
        </w:rPr>
        <w:t xml:space="preserve">[36:29] </w:t>
      </w:r>
      <w:r>
        <w:t>aap pahle kuch teen kaments hain jo main padhna chahunga, sawal lene se pahle.</w:t>
      </w:r>
    </w:p>
    <w:p>
      <w:pPr>
        <w:jc w:val="right"/>
      </w:pPr>
      <w:r>
        <w:t>आप पहले कुछ तीन कमेंट्स हैं जो मैं पढ़ना चाहूंगा, सवाल लेने से पहले।</w:t>
      </w:r>
    </w:p>
    <w:p>
      <w:r>
        <w:rPr>
          <w:b/>
        </w:rPr>
        <w:t xml:space="preserve">[36:34] </w:t>
      </w:r>
      <w:r>
        <w:t>yah kament bheja hai nagpur se sajid ahmad khan sahab ne.</w:t>
      </w:r>
    </w:p>
    <w:p>
      <w:pPr>
        <w:jc w:val="right"/>
      </w:pPr>
      <w:r>
        <w:t>यह कमेंट भेजा है नागपुर से साजिद अहमद खान साहब ने।</w:t>
      </w:r>
    </w:p>
    <w:p>
      <w:r>
        <w:rPr>
          <w:b/>
        </w:rPr>
        <w:t xml:space="preserve">[36:39] </w:t>
      </w:r>
      <w:r>
        <w:t>unhone likha, "jajakallah, da best taim for introspekshen iz aaftar regyular prays, speshali aaftar salatul fajar.</w:t>
      </w:r>
    </w:p>
    <w:p>
      <w:pPr>
        <w:jc w:val="right"/>
      </w:pPr>
      <w:r>
        <w:t>उन्होंने लिखा, "जजाकल्लाह, द बेस्ट टाइम फॉर इंट्रोस्पेक्शन इज आफ्टर रेगुलर प्रेयर्स, स्पेशली आफ्टर सलातुल फजर।</w:t>
      </w:r>
    </w:p>
    <w:p>
      <w:r>
        <w:rPr>
          <w:b/>
        </w:rPr>
        <w:t xml:space="preserve">[36:49] </w:t>
      </w:r>
      <w:r>
        <w:t>dis iz praktikal for evriwan.</w:t>
      </w:r>
    </w:p>
    <w:p>
      <w:pPr>
        <w:jc w:val="right"/>
      </w:pPr>
      <w:r>
        <w:t>दिस इज प्रैक्टिकल फॉर एवरीवन।</w:t>
      </w:r>
    </w:p>
    <w:p>
      <w:r>
        <w:rPr>
          <w:b/>
        </w:rPr>
        <w:t xml:space="preserve">[36:52] </w:t>
      </w:r>
      <w:r>
        <w:t>ai vil folo dis, insha allah."</w:t>
      </w:r>
    </w:p>
    <w:p>
      <w:pPr>
        <w:jc w:val="right"/>
      </w:pPr>
      <w:r>
        <w:t>आई विल फॉलो दिस, इंशा अल्लाह।"</w:t>
      </w:r>
    </w:p>
    <w:p>
      <w:r>
        <w:rPr>
          <w:b/>
        </w:rPr>
        <w:t xml:space="preserve">[36:55] </w:t>
      </w:r>
      <w:r>
        <w:t>nagpur se hi mohammed irfan rasheedi sahab ne comment bheja. unhone likha hai, "sahaba insani tareekh ke woh anokhe afraad the jo usr mein yusr ka raas pa lete the,</w:t>
      </w:r>
    </w:p>
    <w:p>
      <w:pPr>
        <w:jc w:val="right"/>
      </w:pPr>
      <w:r>
        <w:t>नागपुर से ही मोहम्मद इरफान रशीदी साहब ने कमेंट भेजा। उन्होंने लिखा है, "सहाबा इंसानी तारीख के वह अनोखे अफराद थे जो उस्र में यूस्र का रास पा लेते थे,</w:t>
      </w:r>
    </w:p>
    <w:p>
      <w:r>
        <w:rPr>
          <w:b/>
        </w:rPr>
        <w:t xml:space="preserve">[37:08] </w:t>
      </w:r>
      <w:r>
        <w:t>jo nakami se kamyabi ko nichod dete the."</w:t>
      </w:r>
    </w:p>
    <w:p>
      <w:pPr>
        <w:jc w:val="right"/>
      </w:pPr>
      <w:r>
        <w:t>जो नाकामी से कामयाबी को निचोड़ देते थे।"</w:t>
      </w:r>
    </w:p>
    <w:p>
      <w:r>
        <w:rPr>
          <w:b/>
        </w:rPr>
        <w:t xml:space="preserve">[37:14] </w:t>
      </w:r>
      <w:r>
        <w:t>ek aur comment aaya hai, unki location aur naam nahithik se pata chal pa raha hai. unhone likha hai, woh lady hain. unhone likha hai, "tamam tarz amal ka mehwar soch hai, change of negativity to positivity, thinking and act." subhan allah.</w:t>
      </w:r>
    </w:p>
    <w:p>
      <w:pPr>
        <w:jc w:val="right"/>
      </w:pPr>
      <w:r>
        <w:t>एक और कमेंट आया है, उनकी लोकेशन और नाम नहींठीक से पता चल पा रहा है। उन्होंने लिखा है, वह लेडी हैं। उन्होंने लिखा है, "तमाम तर्ज अमल का महवर सोच है, चेंज ऑफ नेगेटिविटी टू पॉजिटिविटी, थिंकिंग एंड एक्ट।" सुभान अल्लाह।</w:t>
      </w:r>
    </w:p>
    <w:p>
      <w:r>
        <w:rPr>
          <w:b/>
        </w:rPr>
        <w:t xml:space="preserve">[37:35] </w:t>
      </w:r>
      <w:r>
        <w:t>ab aap kuch sawal lena chahunga. yeh sawal meerut se zahur sahab ne bheja hai. unhone likha hai, "according to Maulana teachings, how can we prepare ourselves for the highest level of paradise?" iske bare mein bataye.</w:t>
      </w:r>
    </w:p>
    <w:p>
      <w:pPr>
        <w:jc w:val="right"/>
      </w:pPr>
      <w:r>
        <w:t>अब आप कुछ सवाल लेना चाहूंगा। यह सवाल मेरठ से जहूर साहब ने भेजा है। उन्होंने लिखा है, "अकॉर्डिंग टू मौलाना टीचिंग्स, हाउ कैन वी प्रिपेयर आवर सेल्व्स फॉर दी हाईएस्ट लेवल ऑफ पैराडाइस?" इसके बारे में बताएं।</w:t>
      </w:r>
    </w:p>
    <w:p>
      <w:r>
        <w:rPr>
          <w:b/>
        </w:rPr>
        <w:t xml:space="preserve">[37:57] </w:t>
      </w:r>
      <w:r>
        <w:t>aajkal jab bhi kisi ka inteqal hota hai, to sab yahi dua karte hain ke allah taala unko jannatul firdous mein jagah de. lekin ab yeh sirf dua karne se nahi ho jata, balki apni zindagi ko usi ke mutabik us amal karne se hota hai.</w:t>
      </w:r>
    </w:p>
    <w:p>
      <w:pPr>
        <w:jc w:val="right"/>
      </w:pPr>
      <w:r>
        <w:t>आजकल जब भी किसी का इंतकाल होता है, तो सब यही दुआ करते हैं कि अल्लाह ताला उनको जन्नतुल फिरदौस में जगह दे। लेकिन अब यह सिर्फ दुआ करने से नहीं हो जाता, बल्कि अपनी जिंदगी को उसी के मुताबिक उस अमल करने से होता है।</w:t>
      </w:r>
    </w:p>
    <w:p>
      <w:r>
        <w:rPr>
          <w:b/>
        </w:rPr>
        <w:t xml:space="preserve">[38:15] </w:t>
      </w:r>
      <w:r>
        <w:t>jaise Maulana ki zindagi thi, to sabse pehle to unhone apni zindagi ka maqsad daryaft kiya, khuda ki discovery ki. jo unhone bar bar bataya, to usi ke liye itna bechain rehte the. unhone kahan kahan chale jate the. to uski wajah se unhone</w:t>
      </w:r>
    </w:p>
    <w:p>
      <w:pPr>
        <w:jc w:val="right"/>
      </w:pPr>
      <w:r>
        <w:t>जैसे मौलाना की जिंदगी थी, तो सबसे पहले तो उन्होंने अपनी जिंदगी का मकसद दरयाफ्त किया, खुदा की डिस्कवरी की। जो उन्होंने बार-बार बताया, तो उसी के लिए इतना बेचैन रहते थे। उन्होंने कहां-कहां चले जाते थे। तो उसकी वजह से उन्होंने</w:t>
      </w:r>
    </w:p>
    <w:p>
      <w:r>
        <w:rPr>
          <w:b/>
        </w:rPr>
        <w:t xml:space="preserve">[38:34] </w:t>
      </w:r>
      <w:r>
        <w:t>jab khuda ko discover kar liya, to unhone apni zindagi ka ek maqsad pa liya. phir ekdam yaksa hokar uske liye zindagi bhar koshish rahe, usi ke liye kaam karte rahe. matlab unki zindagi jo thi,</w:t>
      </w:r>
    </w:p>
    <w:p>
      <w:pPr>
        <w:jc w:val="right"/>
      </w:pPr>
      <w:r>
        <w:t>जब खुदा को डिस्कवर कर लिया, तो उन्होंने अपनी जिंदगी का एक मकसद पा लिया। फिर एकदम यक्ष होकर उसके लिए जिंदगी भर कोशा रहे, उसी के लिए काम करते रहे। मतलब उनकी जिंदगी जो थी,</w:t>
      </w:r>
    </w:p>
    <w:p>
      <w:r>
        <w:rPr>
          <w:b/>
        </w:rPr>
        <w:t xml:space="preserve">[38:49] </w:t>
      </w:r>
      <w:r>
        <w:t>ya to musalsal gaur fikar karte rehte</w:t>
      </w:r>
    </w:p>
    <w:p>
      <w:pPr>
        <w:jc w:val="right"/>
      </w:pPr>
      <w:r>
        <w:t>या तो मुसलसल गौर फिक्र करते रहते</w:t>
      </w:r>
    </w:p>
    <w:p>
      <w:r>
        <w:rPr>
          <w:b/>
        </w:rPr>
        <w:t xml:space="preserve">[38:53] </w:t>
      </w:r>
      <w:r>
        <w:t>ya phir mutala karte rehte. aur distraction bilkul naam ka bhi nahi tha. jaise abhi doctor san snn ne bataya ke kabhi bazaar nahi gaye, kabhi koi aisa kaam nahi kiya jisme un distraction hota hai. to sirf ek unka ek maqsad tha, usi ke liye woh jeete the. aur dua bahut zyada karte the,</w:t>
      </w:r>
    </w:p>
    <w:p>
      <w:pPr>
        <w:jc w:val="right"/>
      </w:pPr>
      <w:r>
        <w:t>या फिर मुताला करते रहते। और डिस्ट्रक्शन बिल्कुल नाम का भी नहीं था। जैसे अभी डॉक्टर सान स्नन ने बताया कि कभी बाजार नहीं गए, कभी कोई ऐसा काम नहीं किया जिसमें उन डिस्ट्रक्शन होता है। तो सिर्फ एक उनका एक मकसद था, उसी के लिए वह जीते थे। और दुआ बहुत ज्यादा करते थे,</w:t>
      </w:r>
    </w:p>
    <w:p>
      <w:r>
        <w:rPr>
          <w:b/>
        </w:rPr>
        <w:t xml:space="preserve">[39:15] </w:t>
      </w:r>
      <w:r>
        <w:t>bahut zyada namaz roze ke paband the. mujhe abhi tak yaad hai, gaon mein barsaat bahut hota tha. pehle zamane mein to, ab to thoda sa barish kam bhi hone lagi hai, lekin bahut barish hoti thi. to barish mein jo masjidon mein log jate nahi the,</w:t>
      </w:r>
    </w:p>
    <w:p>
      <w:pPr>
        <w:jc w:val="right"/>
      </w:pPr>
      <w:r>
        <w:t>बहुत ज्यादा नमाज रोजे के पाबंद थे। मुझे अभी तक याद है, गांव में बरसात बहुत होता था। पहले जमाने में तो, अब तो थोड़ा सा बारिश कम भी होने लगी है, लेकिन बहुत बारिश होती थी। तो बारिश में जो मस्जिदों में लोग जाते नहीं थे,</w:t>
      </w:r>
    </w:p>
    <w:p>
      <w:r>
        <w:rPr>
          <w:b/>
        </w:rPr>
        <w:t xml:space="preserve">[39:33] </w:t>
      </w:r>
      <w:r>
        <w:t>raste mein keechad vichad hota hai, achhi pakki pakki sadak bhi nahi hoti thi. to ab Maulana jo hain, woh lalten lekar namaz ke liye, isha ki namaz ho, fajar ki namaz ho, lalten lekar namaz ke liye jate the. aur wahan kai baar koi bhi nahi hota tha,</w:t>
      </w:r>
    </w:p>
    <w:p>
      <w:pPr>
        <w:jc w:val="right"/>
      </w:pPr>
      <w:r>
        <w:t>रास्ते में कीचड़ विचड़ होता है, अच्छी पक्की पक्की सड़क भी नहीं होती थी। तो अब मौलाना जो हैं, वह लालटेन लेकर नमाज के लिए, इशा की नमाज हो, फजर की नमाज हो, लालटेन लेकर नमाज के लिए जाते थे। और वहां कई बार कोई भी नहीं होता था,</w:t>
      </w:r>
    </w:p>
    <w:p>
      <w:r>
        <w:rPr>
          <w:b/>
        </w:rPr>
        <w:t xml:space="preserve">[39:52] </w:t>
      </w:r>
      <w:r>
        <w:t>to akele hi azan dete the, akele hi namaz padhte the. to unka matlab hai ke unka bilkul ek socha samjha ek zindagi thi, usme bilkul atal the. koi badal nahi sakta tha usko, koi kuch bhi</w:t>
      </w:r>
    </w:p>
    <w:p>
      <w:pPr>
        <w:jc w:val="right"/>
      </w:pPr>
      <w:r>
        <w:t>तो अकेले ही अजान देते थे, अकेले ही नमाज पढ़ते थे। तो उनका मतलब है कि उनका बिल्कुल एक सोचा समझा एक जिंदगी थी, उसमें बिल्कुल व अटल थे। कोई बदल नहीं सकता था उसको, कोई कुछ भी</w:t>
      </w:r>
    </w:p>
    <w:p>
      <w:r>
        <w:rPr>
          <w:b/>
        </w:rPr>
        <w:t xml:space="preserve">[40:09] </w:t>
      </w:r>
      <w:r>
        <w:t>ho jaye. to woh mujhe abhi samajh mein yahi aaya, jab maine thoda detail mein padha asbe rasool ko ke bilkul unki zindagi jo thi, woh bahut zyada unhone apni shakhsiyat mein usko andar bilkul mold kar liya tha</w:t>
      </w:r>
    </w:p>
    <w:p>
      <w:pPr>
        <w:jc w:val="right"/>
      </w:pPr>
      <w:r>
        <w:t>हो जाए। तो वह मुझे अभी समझ में यही आया, जब मैंने थोड़ा डिटेल में पढ़ा असबे रसूल को कि बिल्कुल उनकी जिंदगी जो थी, वह बहुत ज्यादा उन्होंने अपनी शख्सियत में उसको अंदर बिल्कुल मोल्ड कर लिया था</w:t>
      </w:r>
    </w:p>
    <w:p>
      <w:r>
        <w:rPr>
          <w:b/>
        </w:rPr>
        <w:t xml:space="preserve">[40:29] </w:t>
      </w:r>
      <w:r>
        <w:t>asbe rasool ki zindagi se.</w:t>
      </w:r>
    </w:p>
    <w:p>
      <w:pPr>
        <w:jc w:val="right"/>
      </w:pPr>
      <w:r>
        <w:t>असबे रसूल की जिंदगी से।</w:t>
      </w:r>
    </w:p>
    <w:p>
      <w:r>
        <w:rPr>
          <w:b/>
        </w:rPr>
        <w:t xml:space="preserve">[40:31] </w:t>
      </w:r>
      <w:r>
        <w:t>to har waqt marf khuda vandi, har cheez mein, koi cheez bhi vah dekhen, kisi se mulakat karen,</w:t>
      </w:r>
    </w:p>
    <w:p>
      <w:pPr>
        <w:jc w:val="right"/>
      </w:pPr>
      <w:r>
        <w:t>तो हर वक्त मारफ खुदा वंदी, हर चीज में, कोई चीज भी वह देखें, किसी से मुलाकात करें,</w:t>
      </w:r>
    </w:p>
    <w:p>
      <w:r>
        <w:rPr>
          <w:b/>
        </w:rPr>
        <w:t xml:space="preserve">[40:40] </w:t>
      </w:r>
      <w:r>
        <w:t>to usmein unko khuda ki marf nazar aati thi.</w:t>
      </w:r>
    </w:p>
    <w:p>
      <w:pPr>
        <w:jc w:val="right"/>
      </w:pPr>
      <w:r>
        <w:t>तो उसमें उनको खुदा की मारफ नजर आती थी।</w:t>
      </w:r>
    </w:p>
    <w:p>
      <w:r>
        <w:rPr>
          <w:b/>
        </w:rPr>
        <w:t xml:space="preserve">[40:44] </w:t>
      </w:r>
      <w:r>
        <w:t>to jo ek bar, ek main kisi artikal mein padh rahi thi, ek sukhi patti lekar ke ghanton</w:t>
      </w:r>
    </w:p>
    <w:p>
      <w:pPr>
        <w:jc w:val="right"/>
      </w:pPr>
      <w:r>
        <w:t>तो जो एक बार, एक मैं किसी आर्टिकल में पढ़ रही थी, एक सूखी पत्ती लेकर के घंटों</w:t>
      </w:r>
    </w:p>
    <w:p>
      <w:r>
        <w:rPr>
          <w:b/>
        </w:rPr>
        <w:t xml:space="preserve">[40:50] </w:t>
      </w:r>
      <w:r>
        <w:t>us par sochte rahe ki khuda ka kitna bada yah mirakal hai, puri kayanat milkar is patti ko</w:t>
      </w:r>
    </w:p>
    <w:p>
      <w:pPr>
        <w:jc w:val="right"/>
      </w:pPr>
      <w:r>
        <w:t>उस पर सोचते रहे कि खुदा का कितना बड़ा यह मिरेकल है, पूरी कायनात मिलकर इस पत्ती को</w:t>
      </w:r>
    </w:p>
    <w:p>
      <w:r>
        <w:rPr>
          <w:b/>
        </w:rPr>
        <w:t xml:space="preserve">[40:58] </w:t>
      </w:r>
      <w:r>
        <w:t>banati hai. aur ab</w:t>
      </w:r>
    </w:p>
    <w:p>
      <w:pPr>
        <w:jc w:val="right"/>
      </w:pPr>
      <w:r>
        <w:t>बनाती है। और अब</w:t>
      </w:r>
    </w:p>
    <w:p>
      <w:r>
        <w:rPr>
          <w:b/>
        </w:rPr>
        <w:t xml:space="preserve">[40:59] </w:t>
      </w:r>
      <w:r>
        <w:t>woh to bahut detail se batate the. to har cheez unko khuda ko ka reminder ban jati thi. to musalsal khuda ki yaad mein jeena aur bando ki khair khwahish, aur uske baad bahut zyada dua karna, aur jitna bhi apna waqt ho, woh deen ke kaam mein lagana.</w:t>
      </w:r>
    </w:p>
    <w:p>
      <w:pPr>
        <w:jc w:val="right"/>
      </w:pPr>
      <w:r>
        <w:t>वह तो बहुत डिटेल से बताते थे। तो हर चीज उनको खुदा को का रिमाइंडर बन जाती थी। तो मुसलसल खुदा की याद में जीना और बंदों की खैर ख्वाहिश, और उसके बाद बहुत ज्यादा दुआ करना, और जितना भी अपना वक्त हो, वह दीन के काम में लगाना।</w:t>
      </w:r>
    </w:p>
    <w:p>
      <w:r>
        <w:rPr>
          <w:b/>
        </w:rPr>
        <w:t xml:space="preserve">[41:21] </w:t>
      </w:r>
      <w:r>
        <w:t>to mujhe lagta hai ke insha allah taala, allah taala duaen qabool karen hum logon ki, aur hum sab logon ko jannatul firdous mein jaane ka mauka mauka de, allah taala. aur uske liye woh taufeeq de humko wahi zindagi jeene ki.</w:t>
      </w:r>
    </w:p>
    <w:p>
      <w:pPr>
        <w:jc w:val="right"/>
      </w:pPr>
      <w:r>
        <w:t>तो मुझे लगता है कि इंशा अल्लाह ताला, अल्लाह ताला दुआएं कबूल करें हम लोगों की, और हम सब लोगों को जन्नतुल फिरदौस में जाने का मौका मौका दे, अल्लाह ताला। और उसके लिए वह तौफीक दे हमको वही जिंदगी जीने की।</w:t>
      </w:r>
    </w:p>
    <w:p>
      <w:r>
        <w:rPr>
          <w:b/>
        </w:rPr>
        <w:t xml:space="preserve">[41:39] </w:t>
      </w:r>
      <w:r>
        <w:t>aa</w:t>
      </w:r>
    </w:p>
    <w:p>
      <w:pPr>
        <w:jc w:val="right"/>
      </w:pPr>
      <w:r>
        <w:t>आ</w:t>
      </w:r>
    </w:p>
    <w:p>
      <w:r>
        <w:rPr>
          <w:b/>
        </w:rPr>
        <w:t xml:space="preserve">[41:40] </w:t>
      </w:r>
      <w:r>
        <w:t>meen. aap agla sawal delhi se bheja hai, miss stuti malhotra ne. unhone poocha hai ke "What should be the language of dawah?" iske bare mein bataye.</w:t>
      </w:r>
    </w:p>
    <w:p>
      <w:pPr>
        <w:jc w:val="right"/>
      </w:pPr>
      <w:r>
        <w:t>मीन। आप अगला सवाल दिल्ली से भेजा है, मिस स्तुति मलहोत्रा ने। उन्होंने पूछा है कि "व्हाट शुड बी दी लैंग्वेज ऑफ दावा?" इसके बारे में बताएं।</w:t>
      </w:r>
    </w:p>
    <w:p>
      <w:r>
        <w:rPr>
          <w:b/>
        </w:rPr>
        <w:t xml:space="preserve">[42:02] </w:t>
      </w:r>
      <w:r>
        <w:t>ab dawah ki language jaise paigambar logon ki baaten aayi hain quran mein ke</w:t>
      </w:r>
    </w:p>
    <w:p>
      <w:pPr>
        <w:jc w:val="right"/>
      </w:pPr>
      <w:r>
        <w:t>अब दावा की लैंग्वेज जैसे पैगंबर लोगों की बातें आई हैं कुरान में कि</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