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Conversation with Maulana Wahiduddin Khan (Amaal-e-Ramadan) 25 Aug, 2007</w:t>
      </w:r>
    </w:p>
    <w:p>
      <w:r>
        <w:t>https://www.youtube.com/watch?v=DRE5UnumqIY</w:t>
      </w:r>
    </w:p>
    <w:p>
      <w:r>
        <w:rPr>
          <w:b/>
        </w:rPr>
        <w:t xml:space="preserve">[00:13] </w:t>
      </w:r>
      <w:r>
        <w:t>bismillah hir rahman nir rahim, wa salli allah ala nabiyyil karim.</w:t>
      </w:r>
    </w:p>
    <w:p>
      <w:pPr>
        <w:jc w:val="right"/>
      </w:pPr>
      <w:r>
        <w:t>بسم اللہ الرحمن الرحیم، وصلی اللہ علی النبی الکریم۔</w:t>
      </w:r>
    </w:p>
    <w:p>
      <w:r>
        <w:rPr>
          <w:b/>
        </w:rPr>
        <w:t xml:space="preserve">[00:21] </w:t>
      </w:r>
      <w:r>
        <w:t>samien karam, assalamu alaikum wa rahmatullah. jaisa ke aap ko maloom hai, som ramadan ke is program mein hum mah ramadan al mubarak ke mukhtalif pehluon ke bare mein baat cheet kar rahe hain.</w:t>
      </w:r>
    </w:p>
    <w:p>
      <w:pPr>
        <w:jc w:val="right"/>
      </w:pPr>
      <w:r>
        <w:t>سامعین کرام، السلام علیکم ورحمۃ اللہ۔ جیسا کہ آپ کو معلوم ہے، صوم رمضان کے اس پروگرام میں ہم ماہ رمضان المبارک کے مختلف پہلوؤں کے بارے میں بات چیت کر رہے ہیں۔</w:t>
      </w:r>
    </w:p>
    <w:p>
      <w:r>
        <w:rPr>
          <w:b/>
        </w:rPr>
        <w:t xml:space="preserve">[00:39] </w:t>
      </w:r>
      <w:r>
        <w:t>aaj hamari guftagu ka mauzu hai aamal ramadan, yani ramadan ke mahine mein woh kaun se aamal hain jo hum karte hain aur uska aur uski haqeeqat kya hai.</w:t>
      </w:r>
    </w:p>
    <w:p>
      <w:pPr>
        <w:jc w:val="right"/>
      </w:pPr>
      <w:r>
        <w:t>آج ہماری گفتگو کا موضوع ہے اعمال رمضان، یعنی رمضان کے مہینے میں وہ کون سے اعمال ہیں جو ہم کرتے ہیں اور اس کا اور اس کی حقیقت کیا ہے۔</w:t>
      </w:r>
    </w:p>
    <w:p>
      <w:r>
        <w:rPr>
          <w:b/>
        </w:rPr>
        <w:t xml:space="preserve">[00:54] </w:t>
      </w:r>
      <w:r>
        <w:t>aaj hum is silsile mein</w:t>
      </w:r>
    </w:p>
    <w:p>
      <w:pPr>
        <w:jc w:val="right"/>
      </w:pPr>
      <w:r>
        <w:t>آج ہم اس سلسلے میں</w:t>
      </w:r>
    </w:p>
    <w:p>
      <w:r>
        <w:rPr>
          <w:b/>
        </w:rPr>
        <w:t xml:space="preserve">[00:57] </w:t>
      </w:r>
      <w:r>
        <w:t>phir Maulana se baat karenge aur is mauzu par tafseel se maloomat hasil karenge. Maulana sahab, Ramzan ke mahine mein jo cheez jo cheezein hain, sehri, iftar waghera, unke bare mein aaj hum aapse maloomat hasil karna chah rahe hain.</w:t>
      </w:r>
    </w:p>
    <w:p>
      <w:pPr>
        <w:jc w:val="right"/>
      </w:pPr>
      <w:r>
        <w:t>پھر مولانا سے بات کریں گے اور اس موضوع پر تفصیل سے معلومات حاصل کریں گے۔ مولانا صاحب، رمضان کے مہینے میں جو چیز جو چیزیں ہیں، سحری، افطار وغیرہ، ان کے بارے میں آج ہم آپ سے معلومات حاصل کرنا چاہ رہے ہیں۔</w:t>
      </w:r>
    </w:p>
    <w:p>
      <w:r>
        <w:rPr>
          <w:b/>
        </w:rPr>
        <w:t xml:space="preserve">[01:17] </w:t>
      </w:r>
      <w:r>
        <w:t>to sab se pehli cheez yeh hai ke is mein niyat ka kya niyat ki ahmiyat kya hai? Ke aadmi rozah rakhne ke liye niyat kare ya na kare, uski ahmiyat kya hai?</w:t>
      </w:r>
    </w:p>
    <w:p>
      <w:pPr>
        <w:jc w:val="right"/>
      </w:pPr>
      <w:r>
        <w:t>تو سب سے پہلی چیز یہ ہے کہ اس میں نیت کا کیا نیت کی اہمیت کیا ہے؟ کہ آدمی روزہ رکھنے کے لیے نیت کرے یا نہ کرے، اس کی اہمیت کیا ہے؟</w:t>
      </w:r>
    </w:p>
    <w:p>
      <w:r>
        <w:rPr>
          <w:b/>
        </w:rPr>
        <w:t xml:space="preserve">[01:28] </w:t>
      </w:r>
      <w:r>
        <w:t>dekhein, niyat ke baghair rozah nahi, yeh to sabit hai hadithon se.</w:t>
      </w:r>
    </w:p>
    <w:p>
      <w:pPr>
        <w:jc w:val="right"/>
      </w:pPr>
      <w:r>
        <w:t>دیکھیں، نیت کے بغیر روزہ نہیں، یہ تو ثابت ہے حدیثوں سے۔</w:t>
      </w:r>
    </w:p>
    <w:p>
      <w:r>
        <w:rPr>
          <w:b/>
        </w:rPr>
        <w:t xml:space="preserve">[01:37] </w:t>
      </w:r>
      <w:r>
        <w:t>iski wajah yeh hai ke koi purasrar baat nahi hai, bilkul fitri baat hai. Is liye ke rozah sirf kisi rituals ka naam nahi hai,</w:t>
      </w:r>
    </w:p>
    <w:p>
      <w:pPr>
        <w:jc w:val="right"/>
      </w:pPr>
      <w:r>
        <w:t>اس کی وجہ یہ ہے کہ کوئی پراسرار بات نہیں ہے، بالکل فطری بات ہے۔ اس لیے کہ روزہ صرف کسی ریچولز کا نام نہیں ہے،</w:t>
      </w:r>
    </w:p>
    <w:p>
      <w:r>
        <w:rPr>
          <w:b/>
        </w:rPr>
        <w:t xml:space="preserve">[01:50] </w:t>
      </w:r>
      <w:r>
        <w:t>kisi form ka naam nahi hai. Dekhein, form jo hota hai woh aap</w:t>
      </w:r>
    </w:p>
    <w:p>
      <w:pPr>
        <w:jc w:val="right"/>
      </w:pPr>
      <w:r>
        <w:t>کسی فارم کا نام نہیں ہے۔ دیکھیں، فارم جو ہوتا ہے وہ آپ</w:t>
      </w:r>
    </w:p>
    <w:p>
      <w:r>
        <w:rPr>
          <w:b/>
        </w:rPr>
        <w:t xml:space="preserve">[01:55] </w:t>
      </w:r>
      <w:r>
        <w:t>apne jism ke zariye karte hain, yaani woh physical activity hoti hai. To rozah woh hai jis mein aap ka dakhli shakhsiyat jo hai woh shamil ho jaye.</w:t>
      </w:r>
    </w:p>
    <w:p>
      <w:pPr>
        <w:jc w:val="right"/>
      </w:pPr>
      <w:r>
        <w:t>اپنے جسم کے ذریعے کرتے ہیں، یعنی وہ فزیکل ایکٹیویٹی ہوتی ہے۔ تو روزہ وہ ہے جس میں آپ کا داخلی شخصیت جو ہے وہ شامل ہو جائے۔</w:t>
      </w:r>
    </w:p>
    <w:p>
      <w:r>
        <w:rPr>
          <w:b/>
        </w:rPr>
        <w:t xml:space="preserve">[02:10] </w:t>
      </w:r>
      <w:r>
        <w:t>niyat ka matlab hai aap ki dakhli shakhsiyat ka is mein shamil ho jana.</w:t>
      </w:r>
    </w:p>
    <w:p>
      <w:pPr>
        <w:jc w:val="right"/>
      </w:pPr>
      <w:r>
        <w:t>نیت کا مطلب ہے آپ کی داخلی شخصیت کا اس میں شامل ہو جانا۔</w:t>
      </w:r>
    </w:p>
    <w:p>
      <w:r>
        <w:rPr>
          <w:b/>
        </w:rPr>
        <w:t xml:space="preserve">[02:16] </w:t>
      </w:r>
      <w:r>
        <w:t>mujhe ek dilchasp waqia yaad aata hai, azadi se pehle ki baat hai, jab India mein angrezon ki hukumat thi to main ek baar Gorakhpur gaya.</w:t>
      </w:r>
    </w:p>
    <w:p>
      <w:pPr>
        <w:jc w:val="right"/>
      </w:pPr>
      <w:r>
        <w:t>مجھے ایک دلچسپ واقعہ یاد آتا ہے، آزادی سے پہلے کی بات ہے، جب انڈیا میں انگریزوں کی حکومت تھی تو میں ایک بار گورکھپور گیا۔</w:t>
      </w:r>
    </w:p>
    <w:p>
      <w:r>
        <w:rPr>
          <w:b/>
        </w:rPr>
        <w:t xml:space="preserve">[02:28] </w:t>
      </w:r>
      <w:r>
        <w:t>Gorakhpur mein ek bohat bade afsar the, unke haan gaya tha main.</w:t>
      </w:r>
    </w:p>
    <w:p>
      <w:pPr>
        <w:jc w:val="right"/>
      </w:pPr>
      <w:r>
        <w:t>گورکھپور میں ایک بہت بڑے افسر تھے، ان کے ہاں گیا تھا میں۔</w:t>
      </w:r>
    </w:p>
    <w:p>
      <w:r>
        <w:rPr>
          <w:b/>
        </w:rPr>
        <w:t xml:space="preserve">[02:34] </w:t>
      </w:r>
      <w:r>
        <w:t>to main wahan gaya to main ne dekha ke har din chand din thehra tha main wahan par, rozana subah ko ek Hafiz ji aate hain aur Quran padhte hain.</w:t>
      </w:r>
    </w:p>
    <w:p>
      <w:pPr>
        <w:jc w:val="right"/>
      </w:pPr>
      <w:r>
        <w:t>تو میں وہاں گیا تو میں نے دیکھا کہ ہر دن چند دن ٹھہرا تھا میں وہاں پر، روزانہ صبح کو ایک حافظ جی آتے ہیں اور قرآن پڑھتے ہیں۔</w:t>
      </w:r>
    </w:p>
    <w:p>
      <w:r>
        <w:rPr>
          <w:b/>
        </w:rPr>
        <w:t xml:space="preserve">[02:45] </w:t>
      </w:r>
      <w:r>
        <w:t>bahar ek bana hua hota hai, ek sahibaan jaisa, woh chale aate hain.</w:t>
      </w:r>
    </w:p>
    <w:p>
      <w:pPr>
        <w:jc w:val="right"/>
      </w:pPr>
      <w:r>
        <w:t>باہر ایک بنا ہوا ہوتا ہے، ایک صاحبان جیسا، وہ چلے آتے ہیں۔</w:t>
      </w:r>
    </w:p>
    <w:p>
      <w:r>
        <w:rPr>
          <w:b/>
        </w:rPr>
        <w:t xml:space="preserve">[02:52] </w:t>
      </w:r>
      <w:r>
        <w:t>to jo afsar sahab the, unse main ne poocha ke yeh yeh kya baat hai ke woh woh aate hain rozana Quran padh ke chale aate hain? To unhon ne kaha ke dekhein, baat yeh hai ke hum log rozah rozah to rakh nahi paate.</w:t>
      </w:r>
    </w:p>
    <w:p>
      <w:pPr>
        <w:jc w:val="right"/>
      </w:pPr>
      <w:r>
        <w:t>تو جو افسر صاحب تھے، ان سے میں نے پوچھا کہ یہ یہ کیا بات ہے کہ وہ وہ آتے ہیں روزانہ قرآن پڑھ کے چلے آتے ہیں؟ تو انہوں نے کہا کہ دیکھیں، بات یہ ہے کہ ہم لوگ روزہ روزہ تو رکھ نہیں پاتے۔</w:t>
      </w:r>
    </w:p>
    <w:p>
      <w:r>
        <w:rPr>
          <w:b/>
        </w:rPr>
        <w:t xml:space="preserve">[03:07] </w:t>
      </w:r>
      <w:r>
        <w:t>to hum ne Hafiz sahab se keh diya hai ke aap padh jaya kijiye Quran, to usko kuch paisa waghera de denge.</w:t>
      </w:r>
    </w:p>
    <w:p>
      <w:pPr>
        <w:jc w:val="right"/>
      </w:pPr>
      <w:r>
        <w:t>تو ہم نے حافظ صاحب سے کہہ دیا ہے کہ آپ پڑھ جایا کیجیے قرآن، تو اس کو کچھ پیسہ وغیرہ دے دیں گے۔</w:t>
      </w:r>
    </w:p>
    <w:p>
      <w:r>
        <w:rPr>
          <w:b/>
        </w:rPr>
        <w:t xml:space="preserve">[03:14] </w:t>
      </w:r>
      <w:r>
        <w:t>to yeh rozah na rakhne ke liye hum ne yeh iski talafi ka ka intezam aisa kiya hai. To rozah ko log samajhte hain ke koi koi form hai, koi rituals hain.</w:t>
      </w:r>
    </w:p>
    <w:p>
      <w:pPr>
        <w:jc w:val="right"/>
      </w:pPr>
      <w:r>
        <w:t>تو یہ روزہ نہ رکھنے کے لیے ہم نے یہ اس کی تلافی کا کا انتظام ایسا کیا ہے۔ تو روزہ کو لوگ سمجھتے ہیں کہ کوئی کوئی فارم ہے، کوئی ریچولز ہیں۔</w:t>
      </w:r>
    </w:p>
    <w:p>
      <w:r>
        <w:rPr>
          <w:b/>
        </w:rPr>
        <w:t xml:space="preserve">[03:28] </w:t>
      </w:r>
      <w:r>
        <w:t>to iski isi ke</w:t>
      </w:r>
    </w:p>
    <w:p>
      <w:pPr>
        <w:jc w:val="right"/>
      </w:pPr>
      <w:r>
        <w:t>تو اس کی اسی کے</w:t>
      </w:r>
    </w:p>
    <w:p>
      <w:r>
        <w:rPr>
          <w:b/>
        </w:rPr>
        <w:t xml:space="preserve">[03:31] </w:t>
      </w:r>
      <w:r>
        <w:t>tarzeed mein farmaya Rasool Allah Salallahu Alaihi Wasallam ne ke niyat nahi to rozah bhi nahi. Yaani tumhari asal shakhsiyat to andar ki shakhsiyat hai.</w:t>
      </w:r>
    </w:p>
    <w:p>
      <w:pPr>
        <w:jc w:val="right"/>
      </w:pPr>
      <w:r>
        <w:t>تردید میں فرمایا رسول اللہ صلی اللہ علیہ وسلم نے کہ نیت نہیں تو روزہ بھی نہیں۔ یعنی تمہاری اصل شخصیت تو اندر کی شخصیت ہے۔</w:t>
      </w:r>
    </w:p>
    <w:p>
      <w:r>
        <w:rPr>
          <w:b/>
        </w:rPr>
        <w:t xml:space="preserve">[03:42] </w:t>
      </w:r>
      <w:r>
        <w:t>andar ki shakhsiyat jo hai, jab aap niyat karte hain ke wabso main ghadd nawaitu jo aap kehte hain,</w:t>
      </w:r>
    </w:p>
    <w:p>
      <w:pPr>
        <w:jc w:val="right"/>
      </w:pPr>
      <w:r>
        <w:t>اندر کی شخصیت جو ہے، جب آپ نیت کرتے ہیں کہ وبسو میں غد نویتو جو آپ کہتے ہیں،</w:t>
      </w:r>
    </w:p>
    <w:p>
      <w:r>
        <w:rPr>
          <w:b/>
        </w:rPr>
        <w:t xml:space="preserve">[03:50] </w:t>
      </w:r>
      <w:r>
        <w:t>to wabso main ghadd nawaitu yeh bhi ek lip service nahi hoti hai. Yeh is baat ka irada hota hai ke maine apni asal shakhsiyat jo hai, meri dakhli shakhsiyat, usko maine rozay mein shamil kiya.</w:t>
      </w:r>
    </w:p>
    <w:p>
      <w:pPr>
        <w:jc w:val="right"/>
      </w:pPr>
      <w:r>
        <w:t>تو وبسو میں غد نویتو یہ بھی ایک لپ سروس نہیں ہوتی ہے۔ یہ اس بات کا ارادہ ہوتا ہے کہ میں نے اپنی اصل شخصیت جو ہے، میری داخلی شخصیت، اس کو میں نے روزے میں شامل کیا۔</w:t>
      </w:r>
    </w:p>
    <w:p>
      <w:r>
        <w:rPr>
          <w:b/>
        </w:rPr>
        <w:t xml:space="preserve">[04:07] </w:t>
      </w:r>
      <w:r>
        <w:t>niyat ke maani hain apni dakhli shakhsiyat ko rozay mein shamil karna. Samajh sakta hoon ke sare jitne bhi Islam mein jitne bhi aamal hain, un sab mein aap jante hain ke in number aamal bil niyat ka usool hai.</w:t>
      </w:r>
    </w:p>
    <w:p>
      <w:pPr>
        <w:jc w:val="right"/>
      </w:pPr>
      <w:r>
        <w:t>نیت کے معنی ہیں اپنی داخلی شخصیت کو روزے میں شامل کرنا۔ سمجھ سکتا ہوں کہ سارے جتنے بھی اسلام میں جتنے بھی اعمال ہیں، ان سب میں آپ جانتے ہیں کہ ان نمبر اعمال بالنیات کا اصول ہے۔</w:t>
      </w:r>
    </w:p>
    <w:p>
      <w:r>
        <w:rPr>
          <w:b/>
        </w:rPr>
        <w:t xml:space="preserve">[04:24] </w:t>
      </w:r>
      <w:r>
        <w:t>to isi ko hum doosre lafzon mein spirit bhi kehte hain, kyun ke spirit jo hai woh jismani cheez nahi hai, woh dakhli shakhsiyat se taluq hai iska.</w:t>
      </w:r>
    </w:p>
    <w:p>
      <w:pPr>
        <w:jc w:val="right"/>
      </w:pPr>
      <w:r>
        <w:t>تو اسی کو ہم دوسرے لفظوں میں سپرٹ بھی کہتے ہیں، کیونکہ سپرٹ جو ہے وہ جسمانی چیز نہیں ہے، وہ داخلی شخصیت سے تعلق ہے اس کا۔</w:t>
      </w:r>
    </w:p>
    <w:p>
      <w:r>
        <w:rPr>
          <w:b/>
        </w:rPr>
        <w:t xml:space="preserve">[04:36] </w:t>
      </w:r>
      <w:r>
        <w:t>to niyat kar ke aadmi apni dakhli shakhsiyat ko, yaani apne irade ko, apne qasd ko, apne zehan ko, apne dil ko shamil karta hai rozay mein.</w:t>
      </w:r>
    </w:p>
    <w:p>
      <w:pPr>
        <w:jc w:val="right"/>
      </w:pPr>
      <w:r>
        <w:t>تو نیت کر کے آدمی اپنی داخلی شخصیت کو، یعنی اپنے ارادے کو، اپنے قصد کو، اپنے ذہن کو، اپنے دل کو شامل کرتا ہے روزے میں۔</w:t>
      </w:r>
    </w:p>
    <w:p>
      <w:r>
        <w:rPr>
          <w:b/>
        </w:rPr>
        <w:t xml:space="preserve">[04:46] </w:t>
      </w:r>
      <w:r>
        <w:t>to niyat nahi to rozah bhi nahi, bilkul sahi formula hai yeh.</w:t>
      </w:r>
    </w:p>
    <w:p>
      <w:pPr>
        <w:jc w:val="right"/>
      </w:pPr>
      <w:r>
        <w:t>تو نیت نہیں تو روزہ بھی نہیں، بالکل صحیح فارمولا ہے یہ۔</w:t>
      </w:r>
    </w:p>
    <w:p>
      <w:r>
        <w:rPr>
          <w:b/>
        </w:rPr>
        <w:t xml:space="preserve">[04:50] </w:t>
      </w:r>
      <w:r>
        <w:t>yaani niyat se yeh maloom hota hai ke rozah ek aradi amal hai, ek shaoori amal hai. Aisa nahi ke baghair kisi arade ke, baghair kisi shaoor ke, sirf ek rasam ke taur par Ramzan ka mahina aaya to rozah rakhna shuru kar diya.</w:t>
      </w:r>
    </w:p>
    <w:p>
      <w:pPr>
        <w:jc w:val="right"/>
      </w:pPr>
      <w:r>
        <w:t>یعنی نیت سے یہ معلوم ہوتا ہے کہ روزہ ایک ارادی عمل ہے، ایک شعوری عمل ہے۔ ایسا نہیں کہ بغیر کسی ارادے کے، بغیر کسی شعور کے، صرف ایک رسم کے طور پر رمضان کا مہینہ آیا تو روزہ رکھنا شروع کر دیا۔</w:t>
      </w:r>
    </w:p>
    <w:p>
      <w:r>
        <w:rPr>
          <w:b/>
        </w:rPr>
        <w:t xml:space="preserve">[05:03] </w:t>
      </w:r>
      <w:r>
        <w:t>nahi, rozah bazahir to ek jismani amal hota hai ke aap ne pani chhod diya, khana chhod diya, to yeh jismani amal hai yeh.</w:t>
      </w:r>
    </w:p>
    <w:p>
      <w:pPr>
        <w:jc w:val="right"/>
      </w:pPr>
      <w:r>
        <w:t>نہیں، روزہ بظاہر تو ایک جسمانی عمل ہوتا ہے کہ آپ نے پانی چھوڑ دیا، کھانا چھوڑ دیا، تو یہ جسمانی عمل ہے یہ۔</w:t>
      </w:r>
    </w:p>
    <w:p>
      <w:r>
        <w:rPr>
          <w:b/>
        </w:rPr>
        <w:t xml:space="preserve">[05:13] </w:t>
      </w:r>
      <w:r>
        <w:t>lekin is jismani amal mein aap ki andar ki jo shakhsiyat hai, us ko shamil hona chahiye, warna woh kuch bhi nahi hai. Is mein sirf zaban se jo parh lete hain dua niyat karne ke liye, baswo ghadd nawiyat lillah ta'ala, sirf yeh parh lena kafi hai ya andar se sochna zr</w:t>
      </w:r>
    </w:p>
    <w:p>
      <w:pPr>
        <w:jc w:val="right"/>
      </w:pPr>
      <w:r>
        <w:t>لیکن اس جسمانی عمل میں آپ کی اندر کی جو شخصیت ہے، اس کو شامل ہونا چاہیے، ورنہ وہ کچھ بھی نہیں ہے۔ اس میں صرف زبان سے جو پڑھ لیتے ہیں دعا نیت کرنے کے لیے، بسو غد نویت للہ تعالی، صرف یہ پڑھ لینا کافی ہے یا اندر سے سوچنا ضر</w:t>
      </w:r>
    </w:p>
    <w:p>
      <w:r>
        <w:rPr>
          <w:b/>
        </w:rPr>
        <w:t xml:space="preserve">[05:31] </w:t>
      </w:r>
      <w:r>
        <w:t>uri hai? Hargiz nahi, sirf parhna hargiz kafi nahi hai. Hargiz nahi kafi hai. Woh to andar jo aadmi irada karta hai, pakhta azm karta hai, us ka ek lafzi izhaar hai.</w:t>
      </w:r>
    </w:p>
    <w:p>
      <w:pPr>
        <w:jc w:val="right"/>
      </w:pPr>
      <w:r>
        <w:t>وری ہے؟ ہرگز نہیں، صرف پڑھنا ہرگز کافی نہیں ہے۔ ہرگز نہیں کافی ہے۔ وہ تو اندر جو آدمی ارادہ کرتا ہے، پختہ عزم کرتا ہے، اس کا ایک لفظی اظہار ہے۔</w:t>
      </w:r>
    </w:p>
    <w:p>
      <w:r>
        <w:rPr>
          <w:b/>
        </w:rPr>
        <w:t xml:space="preserve">[05:46] </w:t>
      </w:r>
      <w:r>
        <w:t>To andar ke azm ko alag kar ke is in alfaz ki koi haqeeqat bhi nahi hai. Roze ke liye jab aadmi niyat kare to kis cheez ke baray mein soche?</w:t>
      </w:r>
    </w:p>
    <w:p>
      <w:pPr>
        <w:jc w:val="right"/>
      </w:pPr>
      <w:r>
        <w:t>تو اندر کے عزم کو الگ کر کے اس ان الفاظ کی کوئی حقیقت بھی نہیں ہے۔ روزے کے لیے جب آدمی نیت کرے تو کس چیز کے بارے میں سوچے؟</w:t>
      </w:r>
    </w:p>
    <w:p>
      <w:r>
        <w:rPr>
          <w:b/>
        </w:rPr>
        <w:t xml:space="preserve">[05:56] </w:t>
      </w:r>
      <w:r>
        <w:t>Bas jo maqsad hai, wahi soche ke Allah ta'ala ne roze ka jo maqsad bataya hai, woh taqwa aur shukr hai. To yeh niyat ka matlab is ke dil mein, is ke mind mein yeh ho ke Khuda ne jo course bataya hai taqwa ka aur shukr ka, is course mein apne ko shamil kar raha hoon mein.</w:t>
      </w:r>
    </w:p>
    <w:p>
      <w:pPr>
        <w:jc w:val="right"/>
      </w:pPr>
      <w:r>
        <w:t>بس جو مقصد ہے، وہی سوچے کہ اللہ تعالی نے روزے کا جو مقصد بتایا ہے، وہ تقوی اور شکر ہے۔ تو یہ نیت کا مطلب اس کے دل میں، اس کے مائنڈ میں یہ ہو کہ خدا نے جو کورس بتایا ہے تقوی کا اور شکر کا، اس کورس میں اپنے کو شامل کر رہا ہوں میں۔</w:t>
      </w:r>
    </w:p>
    <w:p>
      <w:r>
        <w:rPr>
          <w:b/>
        </w:rPr>
        <w:t xml:space="preserve">[06:14] </w:t>
      </w:r>
      <w:r>
        <w:t>Aur dua kare aadmi ke mujhe taqwa ki spirit mere andar paida ho, shukr ka jazba andar mere andar paida ho.</w:t>
      </w:r>
    </w:p>
    <w:p>
      <w:pPr>
        <w:jc w:val="right"/>
      </w:pPr>
      <w:r>
        <w:t>اور دعا کرے آدمی کہ مجھے تقوی کی سپرٹ میرے اندر پیدا ہو، شکر کا جذبہ اندر میرے اندر پیدا ہو۔</w:t>
      </w:r>
    </w:p>
    <w:p>
      <w:r>
        <w:rPr>
          <w:b/>
        </w:rPr>
        <w:t xml:space="preserve">[06:24] </w:t>
      </w:r>
      <w:r>
        <w:t>Yahi hona chahiye.</w:t>
      </w:r>
    </w:p>
    <w:p>
      <w:pPr>
        <w:jc w:val="right"/>
      </w:pPr>
      <w:r>
        <w:t>یہی ہونا چاہیے۔</w:t>
      </w:r>
    </w:p>
    <w:p>
      <w:r>
        <w:rPr>
          <w:b/>
        </w:rPr>
        <w:t xml:space="preserve">[06:26] </w:t>
      </w:r>
      <w:r>
        <w:t>Doosri jo ibadaten hain, un mein bhi yeh zaroori hai ke aadmi is ko sho'oor ke sath ada kare.</w:t>
      </w:r>
    </w:p>
    <w:p>
      <w:pPr>
        <w:jc w:val="right"/>
      </w:pPr>
      <w:r>
        <w:t>دوسری جو عبادتیں ہیں، ان میں بھی یہ ضروری ہے کہ آدمی اس کو شعور کے ساتھ ادا کرے۔</w:t>
      </w:r>
    </w:p>
    <w:p>
      <w:r>
        <w:rPr>
          <w:b/>
        </w:rPr>
        <w:t xml:space="preserve">[06:32] </w:t>
      </w:r>
      <w:r>
        <w:t>Beshak yeh fuqaha ka masla hai ke niyat zaroori hai, namaz ke liye bhi niyat zaroori hai. Niyat ke baghair namaz nahi hai. To woh niyat ka log hum taraf samajh lete hain ke lafz dohrana.</w:t>
      </w:r>
    </w:p>
    <w:p>
      <w:pPr>
        <w:jc w:val="right"/>
      </w:pPr>
      <w:r>
        <w:t>بلاشبہ یہ فقہاء کا مسئلہ ہے کہ نیت ضروری ہے، نماز کے لیے بھی نیت ضروری ہے۔ نیت کے بغیر نماز نہیں ہے۔ تو وہ نیت کا لوگ ہم طرف سمجھ لیتے ہیں کہ لفظ دہرانا۔</w:t>
      </w:r>
    </w:p>
    <w:p>
      <w:r>
        <w:rPr>
          <w:b/>
        </w:rPr>
        <w:t xml:space="preserve">[06:45] </w:t>
      </w:r>
      <w:r>
        <w:t>Ji, lafz dohrane ka naam niyat nahi hai. Lafz to asal cheez ka ek zahiri alamat hai ke andar mein ne ek irada paida kiya to zahiri taur par mein ne bol diya ke.</w:t>
      </w:r>
    </w:p>
    <w:p>
      <w:pPr>
        <w:jc w:val="right"/>
      </w:pPr>
      <w:r>
        <w:t>جی، لفظ دہرانے کا نام نیت نہیں ہے۔ لفظ تو اصل چیز کا ایک ظاہری علامت ہے کہ اندر میں نے ایک ارادہ پیدا کیا تو ظاہری طور پر میں نے بول دیا کہ۔</w:t>
      </w:r>
    </w:p>
    <w:p>
      <w:r>
        <w:rPr>
          <w:b/>
        </w:rPr>
        <w:t xml:space="preserve">[07:03] </w:t>
      </w:r>
      <w:r>
        <w:t>To niyat ke alfaz andar ki haqeeqat ka ek lafzi izhaar hain. To andar ki haqeeqat jab hogi, tabhi is lafzi izhaar ki ma'nawiyat hai, warna nahi hai.</w:t>
      </w:r>
    </w:p>
    <w:p>
      <w:pPr>
        <w:jc w:val="right"/>
      </w:pPr>
      <w:r>
        <w:t>تو نیت کے الفاظ اندر کی حقیقت کا ایک لفظی اظہار ہیں۔ تو اندر کی حقیقت جب ہوگی، تبھی اس لفظی اظہار کی معنویت ہے، ورنہ نہیں ہے۔</w:t>
      </w:r>
    </w:p>
    <w:p>
      <w:r>
        <w:rPr>
          <w:b/>
        </w:rPr>
        <w:t xml:space="preserve">[07:17] </w:t>
      </w:r>
      <w:r>
        <w:t>Yaani sho'oori ek sho'oori amal ka naam hai niyat. Beshak sho'oori amal kahiye, sho'oori faisle kahiye. Sho'oori faisle. Ji, yeh jo hadith mein aata hai ke aadmi ibadat karta hai, roza rakhta hai, namaz parhta hai, lekin la yajza illa bi qadr aqli,</w:t>
      </w:r>
    </w:p>
    <w:p>
      <w:pPr>
        <w:jc w:val="right"/>
      </w:pPr>
      <w:r>
        <w:t>یعنی شعوری ایک شعوری عمل کا نام ہے نیت۔ بلاشبہ شعوری عمل کہیے، شعوری فیصلے کہیے۔ شعوری فیصلے۔ جی، یہ جو حدیث میں آتا ہے کہ آدمی عبادت کرتا ہے، روزہ رکھتا ہے، نماز پڑھتا ہے، لیکن لا یجزا الا بقدر عقلی،</w:t>
      </w:r>
    </w:p>
    <w:p>
      <w:r>
        <w:rPr>
          <w:b/>
        </w:rPr>
        <w:t xml:space="preserve">[07:36] </w:t>
      </w:r>
      <w:r>
        <w:t>Is ka kya matlab hai?</w:t>
      </w:r>
    </w:p>
    <w:p>
      <w:pPr>
        <w:jc w:val="right"/>
      </w:pPr>
      <w:r>
        <w:t>اس کا کیا مطلب ہے؟</w:t>
      </w:r>
    </w:p>
    <w:p>
      <w:r>
        <w:rPr>
          <w:b/>
        </w:rPr>
        <w:t xml:space="preserve">[07:38] </w:t>
      </w:r>
      <w:r>
        <w:t>Is ka matlab bhi wahi hai ke ibadat jo hai, woh af'al zahiri ka naam nahi hai asal mein. Agarche af'al zahiri is mein hote hain, balkeh woh ek aqli faisla hai,</w:t>
      </w:r>
    </w:p>
    <w:p>
      <w:pPr>
        <w:jc w:val="right"/>
      </w:pPr>
      <w:r>
        <w:t>اس کا مطلب بھی وہی ہے کہ عبادت جو ہے، وہ افعال ظاہری کا نام نہیں ہے اصلاً۔ اگرچہ افعال ظاہری اس میں ہوتے ہیں، بلکہ وہ ایک عقلی فیصلہ ہے،</w:t>
      </w:r>
    </w:p>
    <w:p>
      <w:r>
        <w:rPr>
          <w:b/>
        </w:rPr>
        <w:t xml:space="preserve">[07:52] </w:t>
      </w:r>
      <w:r>
        <w:t>ek sho'oori amal hai, ek soch ka izhaar hai. Isi ko mein dakhli shakhsiyat kehta hoon.</w:t>
      </w:r>
    </w:p>
    <w:p>
      <w:pPr>
        <w:jc w:val="right"/>
      </w:pPr>
      <w:r>
        <w:t>ایک شعوری عمل ہے، ایک سوچ کا اظہار ہے۔ اسی کو میں داخلی شخصیت کہتا ہوں۔</w:t>
      </w:r>
    </w:p>
    <w:p>
      <w:r>
        <w:rPr>
          <w:b/>
        </w:rPr>
        <w:t xml:space="preserve">[08:02] </w:t>
      </w:r>
      <w:r>
        <w:t>To jab tak dakhli shakhsiyat shamil nahi hogi is mein, to mahaz jism se kuch karne ka naam islami amal nahi hoga.</w:t>
      </w:r>
    </w:p>
    <w:p>
      <w:pPr>
        <w:jc w:val="right"/>
      </w:pPr>
      <w:r>
        <w:t>تو جب تک داخلی شخصیت شامل نہیں ہوگی اس میں، تو محض جسم سے کچھ کرنے کا نام اسلامی عمل نہیں ہوگا۔</w:t>
      </w:r>
    </w:p>
    <w:p>
      <w:r>
        <w:rPr>
          <w:b/>
        </w:rPr>
        <w:t xml:space="preserve">[08:13] </w:t>
      </w:r>
      <w:r>
        <w:t>Yaani ibadat mein zaroori hai ke aadmi sho'oori taur par is mein shamil ho. Haan, beshak. Isi liye woh hai ke wala yajza illa bi qadr aqli, yaani jitna is ka sho'oor is mein shamil hoga, utne us ko sawab milega.</w:t>
      </w:r>
    </w:p>
    <w:p>
      <w:pPr>
        <w:jc w:val="right"/>
      </w:pPr>
      <w:r>
        <w:t>یعنی عبادت میں ضروری ہے کہ آدمی شعوری طور پر اس میں شامل ہو۔ ہاں، بلاشبہ۔ اسی لیے وہ ہے کہ ولا یجزا الا بقدر عقلی، یعنی جتنا اس کا شعور اس میں شامل ہوگا، اتنے اس کو ثواب ملے گا۔</w:t>
      </w:r>
    </w:p>
    <w:p>
      <w:r>
        <w:rPr>
          <w:b/>
        </w:rPr>
        <w:t xml:space="preserve">[08:27] </w:t>
      </w:r>
      <w:r>
        <w:t>Sho'oor nahi to woh kuch bhi nahi hai. Sirf form dohrane se kuch bhi sawab nahi milega.</w:t>
      </w:r>
    </w:p>
    <w:p>
      <w:pPr>
        <w:jc w:val="right"/>
      </w:pPr>
      <w:r>
        <w:t>شعور نہیں تو وہ کچھ بھی نہیں ہے۔ صرف فارم دہرانے سے کچھ بھی ثواب نہیں ملے گا۔</w:t>
      </w:r>
    </w:p>
    <w:p>
      <w:r>
        <w:rPr>
          <w:b/>
        </w:rPr>
        <w:t xml:space="preserve">[08:32] </w:t>
      </w:r>
      <w:r>
        <w:t>Hargiz nahi. Yeh to hadith mein khud shamil abhi hadith mein maujood hai ke aise logon ke baray mein ke laisalahu min saumi illa jo,</w:t>
      </w:r>
    </w:p>
    <w:p>
      <w:pPr>
        <w:jc w:val="right"/>
      </w:pPr>
      <w:r>
        <w:t>ہرگز نہیں۔ یہ تو حدیث میں خود شامل ابھی حدیث میں موجود ہے کہ ایسے لوگوں کے بارے میں کہ لیسلہ من شامی الا جو،</w:t>
      </w:r>
    </w:p>
    <w:p>
      <w:r>
        <w:rPr>
          <w:b/>
        </w:rPr>
        <w:t xml:space="preserve">[08:45] </w:t>
      </w:r>
      <w:r>
        <w:t>Aise logon ke liye un ke roze se sirf bhook milti hai. To bhook kis ko milti hai? Jinhon ne is ko ek zahiri amal ke taur par kiya, lekin dakhli dakhli shakhsiyat ko is mein shamil nahi kiya unhon ne.</w:t>
      </w:r>
    </w:p>
    <w:p>
      <w:pPr>
        <w:jc w:val="right"/>
      </w:pPr>
      <w:r>
        <w:t>ایسے لوگوں کے لیے ان کے روزے سے صرف بھوک ملتی ہے۔ تو بھوک کس کو ملتی ہے؟ جنہوں نے اس کو ایک ظاہری عمل کے طور پر کیا، لیکن داخلی داخلی شخصیت کو اس میں شامل نہیں کیا انہوں نے۔</w:t>
      </w:r>
    </w:p>
    <w:p>
      <w:r>
        <w:rPr>
          <w:b/>
        </w:rPr>
        <w:t xml:space="preserve">[09:02] </w:t>
      </w:r>
      <w:r>
        <w:t>Roze mein aadmi sehri karta hai, is silsile mein hadith mein aaya hai ke tasahharu fain fil sahoori barakah ke sehri mein barkat hai. To yahan sehri mein barkat ka matlab kya hoga?</w:t>
      </w:r>
    </w:p>
    <w:p>
      <w:pPr>
        <w:jc w:val="right"/>
      </w:pPr>
      <w:r>
        <w:t>روزے میں آدمی سحری کرتا ہے، اس سلسلے میں حدیث میں آیا ہے کہ تسحرو فین فی السحور برکہ کہ سحری میں برکت ہے۔ تو یہاں سحری میں برکت کا مطلب کیا ہوگا؟</w:t>
      </w:r>
    </w:p>
    <w:p>
      <w:r>
        <w:rPr>
          <w:b/>
        </w:rPr>
        <w:t xml:space="preserve">[09:14] </w:t>
      </w:r>
      <w:r>
        <w:t>Dekhein, yeh</w:t>
      </w:r>
    </w:p>
    <w:p>
      <w:pPr>
        <w:jc w:val="right"/>
      </w:pPr>
      <w:r>
        <w:t>دیکھیں، یہ</w:t>
      </w:r>
    </w:p>
    <w:p>
      <w:r>
        <w:rPr>
          <w:b/>
        </w:rPr>
        <w:t xml:space="preserve">[09:17] </w:t>
      </w:r>
      <w:r>
        <w:t>Is liye hai ke roza ek ek kuch activities ko chahta hai. Activities to sehri ke naam par activity hoti hai, iftar ke naam par activity hoti hai,</w:t>
      </w:r>
    </w:p>
    <w:p>
      <w:pPr>
        <w:jc w:val="right"/>
      </w:pPr>
      <w:r>
        <w:t>اس لیے ہے کہ روزہ ایک ایک کچھ ایکٹیویٹیز کو چاہتا ہے۔ ایکٹیویٹیز تو سحری کے نام پر ایکٹیویٹی ہوتی ہے، افطار کے نام پر ایکٹیویٹی ہوتی ہے،</w:t>
      </w:r>
    </w:p>
    <w:p>
      <w:r>
        <w:rPr>
          <w:b/>
        </w:rPr>
        <w:t xml:space="preserve">[09:31] </w:t>
      </w:r>
      <w:r>
        <w:t>Aur namaz aur tarawih ke naam par activity hoti hai.</w:t>
      </w:r>
    </w:p>
    <w:p>
      <w:pPr>
        <w:jc w:val="right"/>
      </w:pPr>
      <w:r>
        <w:t>اور نماز اور تراویح کے نام پر ایکٹیویٹی ہوتی ہے۔</w:t>
      </w:r>
    </w:p>
    <w:p>
      <w:r>
        <w:rPr>
          <w:b/>
        </w:rPr>
        <w:t xml:space="preserve">[09:35] </w:t>
      </w:r>
      <w:r>
        <w:t>To ek poori tarah ek active life matloob hai roze mein ke aadmi sehri khaye to yaad kare Khuda ko ke kaisi nemat nemat hai Allah ta'ala ki yeh khana aur peena.</w:t>
      </w:r>
    </w:p>
    <w:p>
      <w:pPr>
        <w:jc w:val="right"/>
      </w:pPr>
      <w:r>
        <w:t>تو ایک پوری طرح ایک ایکٹیو لائف مطلوب ہے روزے میں کہ آدمی سحری کھائے تو یاد کرے خدا کو کہ کیسی نعمت نعمت ہے اللہ تعالی کی یہ کھانا اور پینا۔</w:t>
      </w:r>
    </w:p>
    <w:p>
      <w:r>
        <w:rPr>
          <w:b/>
        </w:rPr>
        <w:t xml:space="preserve">[09:49] </w:t>
      </w:r>
      <w:r>
        <w:t>To ka activity wohin shuru ho jati hai.</w:t>
      </w:r>
    </w:p>
    <w:p>
      <w:pPr>
        <w:jc w:val="right"/>
      </w:pPr>
      <w:r>
        <w:t>تو کا ایکٹیویٹی وہیں شروع ہو جاتی ہے۔</w:t>
      </w:r>
    </w:p>
    <w:p>
      <w:r>
        <w:rPr>
          <w:b/>
        </w:rPr>
        <w:t xml:space="preserve">[09:53] </w:t>
      </w:r>
      <w:r>
        <w:t>activity jo hai, is tarah nahi hai ke aap sote rahen, sote rahen, das baje das baje uthen, phir roza rakh len. Aap ki activity shuru honi chahiye bohat pehle se.</w:t>
      </w:r>
    </w:p>
    <w:p>
      <w:pPr>
        <w:jc w:val="right"/>
      </w:pPr>
      <w:r>
        <w:t>ایکٹیویٹی جو ہے، اس طرح نہیں ہے کہ آپ سوتے رہیں، سوتے رہیں، دس بجے دس بجے اٹھیں، پھر روزہ رکھ لیں۔ آپ کی ایکٹیویٹی شروع ہونی چاہیے بہت پہلے سے۔</w:t>
      </w:r>
    </w:p>
    <w:p>
      <w:r>
        <w:rPr>
          <w:b/>
        </w:rPr>
        <w:t xml:space="preserve">[10:04] </w:t>
      </w:r>
      <w:r>
        <w:t>yani 24 ghante hi aap ko masroof rehna chahiye roze ki sargarmion mein.</w:t>
      </w:r>
    </w:p>
    <w:p>
      <w:pPr>
        <w:jc w:val="right"/>
      </w:pPr>
      <w:r>
        <w:t>یعنی 24 گھنٹے ہی آپ کو مصروف رہنا چاہیے روزے کی سرگرمیوں میں۔</w:t>
      </w:r>
    </w:p>
    <w:p>
      <w:r>
        <w:rPr>
          <w:b/>
        </w:rPr>
        <w:t xml:space="preserve">[10:10] </w:t>
      </w:r>
      <w:r>
        <w:t>to yeh sab is ke parat hain, yani roze ki sargarmion ke yeh sab parat hain, is ke hisse hain.</w:t>
      </w:r>
    </w:p>
    <w:p>
      <w:pPr>
        <w:jc w:val="right"/>
      </w:pPr>
      <w:r>
        <w:t>تو یہ سب اس کے پارٹ ہیں، یعنی روزے کی سرگرمیوں کے یہ سب پارٹ ہیں، اس کے حصے ہیں۔</w:t>
      </w:r>
    </w:p>
    <w:p>
      <w:r>
        <w:rPr>
          <w:b/>
        </w:rPr>
        <w:t xml:space="preserve">[10:18] </w:t>
      </w:r>
      <w:r>
        <w:t>is liye zaroori hai ke aadmi sehri zaroor kare. Yakeenan, chahe kam khaye, chahe kam khaye, chahe ek ek khajori khaye woh, lekin is ko uthna chahiye, uth kar ke is ko sehri khana chahiye taake is ka is ki aiktyviti isi waqt shuru ho jaye.</w:t>
      </w:r>
    </w:p>
    <w:p>
      <w:pPr>
        <w:jc w:val="right"/>
      </w:pPr>
      <w:r>
        <w:t>اس لیے ضروری ہے کہ آدمی سحری ضرور کرے۔ یقینا، چاہے کم کھائے، چاہے کم کھائے، چاہے ایک ایک کھجوری کھائے وہ، لیکن اس کو اٹھنا چاہیے، اٹھ کر کے اس کو سحری کھانا چاہیے تاکہ اس کا اس کی ایکٹیویٹی اسی وقت شروع ہو جائے۔</w:t>
      </w:r>
    </w:p>
    <w:p>
      <w:r>
        <w:rPr>
          <w:b/>
        </w:rPr>
        <w:t xml:space="preserve">[10:34] </w:t>
      </w:r>
      <w:r>
        <w:t>yani mental aiktyviti, intellectual sargami.</w:t>
      </w:r>
    </w:p>
    <w:p>
      <w:pPr>
        <w:jc w:val="right"/>
      </w:pPr>
      <w:r>
        <w:t>یعنی مینٹل ایکٹیویٹی، انٹلیکچول سرگرمی۔</w:t>
      </w:r>
    </w:p>
    <w:p>
      <w:r>
        <w:rPr>
          <w:b/>
        </w:rPr>
        <w:t xml:space="preserve">[10:38] </w:t>
      </w:r>
      <w:r>
        <w:t>Rasool Allah sal Allah aleh wasallam ne jo farmaya hai ke hamare roze mein aur ahl-e-kitab ke roze mein yahi farq hai ke woh log sehri ko zaroori nahi samajhte aur hum sehri ko zaroori samajhte hain.</w:t>
      </w:r>
    </w:p>
    <w:p>
      <w:pPr>
        <w:jc w:val="right"/>
      </w:pPr>
      <w:r>
        <w:t>رسول اللہ صلی اللہ علیہ وسلم نے جو فرمایا ہے کہ ہمارے روزے میں اور اہل کتاب کے روزے میں یہی فرق ہے کہ وہ لوگ سحری کو ضروری نہیں سمجھتے اور ہم سحری کو ضروری سمجھتے ہیں۔</w:t>
      </w:r>
    </w:p>
    <w:p>
      <w:r>
        <w:rPr>
          <w:b/>
        </w:rPr>
        <w:t xml:space="preserve">[10:48] </w:t>
      </w:r>
      <w:r>
        <w:t>to is ka matlab bhi yani yahi hai ke aadmi Ramzan ki aiktyviti mein apne aap ko shamil kare, Khuda ko yaad kare.</w:t>
      </w:r>
    </w:p>
    <w:p>
      <w:pPr>
        <w:jc w:val="right"/>
      </w:pPr>
      <w:r>
        <w:t>تو اس کا مطلب بھی یعنی یہی ہے کہ آدمی رمضان کی ایکٹیویٹی میں اپنے آپ کو شامل کرے، خدا کو یاد کرے۔</w:t>
      </w:r>
    </w:p>
    <w:p>
      <w:r>
        <w:rPr>
          <w:b/>
        </w:rPr>
        <w:t xml:space="preserve">[10:55] </w:t>
      </w:r>
      <w:r>
        <w:t>dekhen, is mein log yeh samajhte hain ke yani Yahood ke ka ek firqa bana hua tha, woh murad hai.</w:t>
      </w:r>
    </w:p>
    <w:p>
      <w:pPr>
        <w:jc w:val="right"/>
      </w:pPr>
      <w:r>
        <w:t>دیکھیں، اس میں لوگ یہ سمجھتے ہیں کہ یعنی یہود کے کا ایک فرقہ بنا ہوا تھا، وہ مراد ہے۔</w:t>
      </w:r>
    </w:p>
    <w:p>
      <w:r>
        <w:rPr>
          <w:b/>
        </w:rPr>
        <w:t xml:space="preserve">[11:05] </w:t>
      </w:r>
      <w:r>
        <w:t>nahi, is se murad hai kisi ummat ka daur-e-zawaal mein pahunch jana. Ji, tab kya hota hai? Us waqt Yahoodi jo the, woh zawaal-yafta ummat ki alamat the.</w:t>
      </w:r>
    </w:p>
    <w:p>
      <w:pPr>
        <w:jc w:val="right"/>
      </w:pPr>
      <w:r>
        <w:t>نہیں، اس سے مراد ہے کسی امت کا دور زوال میں پہنچ جانا۔ جی، تب کیا ہوتا ہے؟ اس وقت یہودی جو تھے، وہ زوال یافتہ امت کی علامت تھے۔</w:t>
      </w:r>
    </w:p>
    <w:p>
      <w:r>
        <w:rPr>
          <w:b/>
        </w:rPr>
        <w:t xml:space="preserve">[11:22] </w:t>
      </w:r>
      <w:r>
        <w:t>to is ka matlab hai ek Musalman bhi agar daur-e-zawaal mein pahunch jayen to un ka wahi haal hoga. To woh sifat Yahood nahi hai, woh hai sifat zawaal-yafta ummat ki.</w:t>
      </w:r>
    </w:p>
    <w:p>
      <w:pPr>
        <w:jc w:val="right"/>
      </w:pPr>
      <w:r>
        <w:t>تو اس کا مطلب ہے ایک مسلمان بھی اگر دور زوال میں پہنچ جائیں تو ان کا وہی حال ہوگا۔ تو وہ صفت یہود نہیں ہے، وہ ہے صفت زوال یافتہ امت کی۔</w:t>
      </w:r>
    </w:p>
    <w:p>
      <w:r>
        <w:rPr>
          <w:b/>
        </w:rPr>
        <w:t xml:space="preserve">[11:32] </w:t>
      </w:r>
      <w:r>
        <w:t>yeh baat ko samajhna bohat zaroori hai. Is ko log bas Yahood se joड़ lete hain. Yahood ka lafz wahan par ba-taur alamat ke hai.</w:t>
      </w:r>
    </w:p>
    <w:p>
      <w:pPr>
        <w:jc w:val="right"/>
      </w:pPr>
      <w:r>
        <w:t>یہ بات کو سمجھنا بہت ضروری ہے۔ اس کو لوگ بس یہود سے جوڑ لیتے ہیں۔ یہود کا لفظ وہاں پر بطور علامت کے ہے۔</w:t>
      </w:r>
    </w:p>
    <w:p>
      <w:r>
        <w:rPr>
          <w:b/>
        </w:rPr>
        <w:t xml:space="preserve">[11:41] </w:t>
      </w:r>
      <w:r>
        <w:t>asal jo matloob hai ke daur-e-zawaal mein logon ka haal yeh hota hai ke un ki tarjihaat badal jati hain, priority badal jati hai.</w:t>
      </w:r>
    </w:p>
    <w:p>
      <w:pPr>
        <w:jc w:val="right"/>
      </w:pPr>
      <w:r>
        <w:t>اصل جو مطلوب ہے کہ دور زوال میں لوگوں کا حال یہ ہوتا ہے کہ ان کی ترجیحات بدل جاتی ہیں، پرائرٹی بدل جاتی ہے۔</w:t>
      </w:r>
    </w:p>
    <w:p>
      <w:r>
        <w:rPr>
          <w:b/>
        </w:rPr>
        <w:t xml:space="preserve">[11:51] </w:t>
      </w:r>
      <w:r>
        <w:t>yeh matlab hai is ka.</w:t>
      </w:r>
    </w:p>
    <w:p>
      <w:pPr>
        <w:jc w:val="right"/>
      </w:pPr>
      <w:r>
        <w:t>یہ مطلب ہے اس کا۔</w:t>
      </w:r>
    </w:p>
    <w:p>
      <w:r>
        <w:rPr>
          <w:b/>
        </w:rPr>
        <w:t xml:space="preserve">[11:53] </w:t>
      </w:r>
      <w:r>
        <w:t>sehri ke waqt aam taur par yeh hota hai ke kabhi aadmi der se utha aur woh sehri kar raha hai, abhi abhi khana woh haath mein liye hue aur azan ho gayi.</w:t>
      </w:r>
    </w:p>
    <w:p>
      <w:pPr>
        <w:jc w:val="right"/>
      </w:pPr>
      <w:r>
        <w:t>سحری کے وقت عام طور پر یہ ہوتا ہے کہ کبھی آدمی دیر سے اٹھا اور وہ سحری کر رہا ہے، ابھی ابھی کھانا وہ ہاتھ میں لیے ہوئے اور اذان ہو گئی۔</w:t>
      </w:r>
    </w:p>
    <w:p>
      <w:r>
        <w:rPr>
          <w:b/>
        </w:rPr>
        <w:t xml:space="preserve">[12:03] </w:t>
      </w:r>
      <w:r>
        <w:t>to ab log kehte hain ke bhai yahin chhod do foran. Is silsile mein kuch aaya hai hadith mein</w:t>
      </w:r>
    </w:p>
    <w:p>
      <w:pPr>
        <w:jc w:val="right"/>
      </w:pPr>
      <w:r>
        <w:t>تو اب لوگ کہتے ہیں کہ بھئی یہیں چھوڑ دو فوراً۔ اس سلسلے میں کچھ آیا ہے حدیث میں</w:t>
      </w:r>
    </w:p>
    <w:p>
      <w:r>
        <w:rPr>
          <w:b/>
        </w:rPr>
        <w:t xml:space="preserve">[12:08] </w:t>
      </w:r>
      <w:r>
        <w:t>? Bilkul aaya hai ke khana poora kar kar le woh. Khana poora kar le. Asal mein yeh bhi ek bohat badi baat hai.</w:t>
      </w:r>
    </w:p>
    <w:p>
      <w:pPr>
        <w:jc w:val="right"/>
      </w:pPr>
      <w:r>
        <w:t>؟ بالکل آیا ہے کہ کھانا پورا کر کر لے وہ۔ کھانا پورا کر لے۔ اصل میں یہ بھی ایک بہت بڑی بات ہے۔</w:t>
      </w:r>
    </w:p>
    <w:p>
      <w:r>
        <w:rPr>
          <w:b/>
        </w:rPr>
        <w:t xml:space="preserve">[12:17] </w:t>
      </w:r>
      <w:r>
        <w:t>yani deen jo hai, woh yani technical cheez ka naam nahi hai.</w:t>
      </w:r>
    </w:p>
    <w:p>
      <w:pPr>
        <w:jc w:val="right"/>
      </w:pPr>
      <w:r>
        <w:t>یعنی دین جو ہے، وہ یعنی ٹیکنیکل چیز کا نام نہیں ہے۔</w:t>
      </w:r>
    </w:p>
    <w:p>
      <w:r>
        <w:rPr>
          <w:b/>
        </w:rPr>
        <w:t xml:space="preserve">[12:25] </w:t>
      </w:r>
      <w:r>
        <w:t>bilkul das paanch baj kar saat minute par agar likha hua hai calendar mein to theek saat baj kar khatm kar den.</w:t>
      </w:r>
    </w:p>
    <w:p>
      <w:pPr>
        <w:jc w:val="right"/>
      </w:pPr>
      <w:r>
        <w:t>بالکل دس پانچ بج کر سات منٹ پر اگر لکھا ہوا ہے کیلنڈر میں تو ٹھیک سات بج کر ختم کر دیں۔</w:t>
      </w:r>
    </w:p>
    <w:p>
      <w:r>
        <w:rPr>
          <w:b/>
        </w:rPr>
        <w:t xml:space="preserve">[12:35] </w:t>
      </w:r>
      <w:r>
        <w:t>woh hota hai ek samajhne ke liye. India mein ek sahib the, Allama Inayatullah Mashriqi, ek waqt unhone fatwa diya ke India ke tamam masjidें galat hain.</w:t>
      </w:r>
    </w:p>
    <w:p>
      <w:pPr>
        <w:jc w:val="right"/>
      </w:pPr>
      <w:r>
        <w:t>وہ ہوتا ہے ایک سمجھنے کے لیے۔ انڈیا میں ایک صاحب تھے، علامہ عنایت اللہ مشرقی، ایک وقت انہوں نے فتوی دیا کہ انڈیا کے تمام مسجدیں غلط ہیں۔</w:t>
      </w:r>
    </w:p>
    <w:p>
      <w:r>
        <w:rPr>
          <w:b/>
        </w:rPr>
        <w:t xml:space="preserve">[12:48] </w:t>
      </w:r>
      <w:r>
        <w:t>to unhone bilkul technical taur par hisab lagaya to thoda sa farq laga un ko. Namaz ke auqaat mein. To shayad masjidें galat hain, tod tod ke phir se banao.</w:t>
      </w:r>
    </w:p>
    <w:p>
      <w:pPr>
        <w:jc w:val="right"/>
      </w:pPr>
      <w:r>
        <w:t>تو انہوں نے بالکل ٹیکنیکل طور پر حساب لگایا تو تھوڑا سا فرق لگا ان کو۔ نماز کے اوقات میں۔ تو شاید مسجدیں غلط ہیں، توڑ توڑ کے پھر سے بناؤ۔</w:t>
      </w:r>
    </w:p>
    <w:p>
      <w:r>
        <w:rPr>
          <w:b/>
        </w:rPr>
        <w:t xml:space="preserve">[12:58] </w:t>
      </w:r>
      <w:r>
        <w:t>masjidon ka rukh, yani qibla rukh. Kyun ke us waqt jab masjidon ka rukh zameen mein ek woh cheez hai jis ko tilt kehte hain.</w:t>
      </w:r>
    </w:p>
    <w:p>
      <w:pPr>
        <w:jc w:val="right"/>
      </w:pPr>
      <w:r>
        <w:t>مسجدوں کا رخ، یعنی قبلہ رخ۔ کیونکہ اس وقت جب مسجدوں کا رخ زمین میں ایک وہ چیز ہے جس کو ٹلٹ کہتے ہیں۔</w:t>
      </w:r>
    </w:p>
    <w:p>
      <w:r>
        <w:rPr>
          <w:b/>
        </w:rPr>
        <w:t xml:space="preserve">[13:07] </w:t>
      </w:r>
      <w:r>
        <w:t>to zameen mein ek chhota sa tilt hai, woh log khabar nahi the ulama ko pehle. To tilt ki wajah se is ka samt jo hai, woh waqe'atan technical aur technical ma'non mein sahi nahi tha woh.</w:t>
      </w:r>
    </w:p>
    <w:p>
      <w:pPr>
        <w:jc w:val="right"/>
      </w:pPr>
      <w:r>
        <w:t>تو زمین میں ایک چھوٹا سا ٹلٹ ہے، وہ لوگ خبر نہیں تھے علماء کو پہلے۔ تو ٹلٹ کی وجہ سے اس کا سمت جو ہے، وہ واقعتاً ٹیکنیکل اور ٹیکنیکل معنوں میں صحیح نہیں تھا وہ۔</w:t>
      </w:r>
    </w:p>
    <w:p>
      <w:r>
        <w:rPr>
          <w:b/>
        </w:rPr>
        <w:t xml:space="preserve">[13:18] </w:t>
      </w:r>
      <w:r>
        <w:t>lekin us waqt doosre ulama ne fatwa diya ke technical</w:t>
      </w:r>
    </w:p>
    <w:p>
      <w:pPr>
        <w:jc w:val="right"/>
      </w:pPr>
      <w:r>
        <w:t>لیکن اس وقت دوسرے علماء نے فتوی دیا کہ ٹیکنیکل</w:t>
      </w:r>
    </w:p>
    <w:p>
      <w:r>
        <w:rPr>
          <w:b/>
        </w:rPr>
        <w:t xml:space="preserve">[13:24] </w:t>
      </w:r>
      <w:r>
        <w:t>samt murad nahi hai,</w:t>
      </w:r>
    </w:p>
    <w:p>
      <w:pPr>
        <w:jc w:val="right"/>
      </w:pPr>
      <w:r>
        <w:t>سمت مراد نہیں ہے،</w:t>
      </w:r>
    </w:p>
    <w:p>
      <w:r>
        <w:rPr>
          <w:b/>
        </w:rPr>
        <w:t xml:space="preserve">[13:28] </w:t>
      </w:r>
      <w:r>
        <w:t>balke majmoo'i taur par agar rukh Kaba ki taraf hai to bas ho gaya woh. Ek dam teer ki tarah se yeh matloob nahi hai. To yahi roze mein bhi hai ke Islam mein technical deen daari nahi hai.</w:t>
      </w:r>
    </w:p>
    <w:p>
      <w:pPr>
        <w:jc w:val="right"/>
      </w:pPr>
      <w:r>
        <w:t>بلکہ مجموعی طور پر اگر رخ کعبہ کی طرف ہے تو بس ہو گیا وہ۔ ایک دم تیر کی طرح سے یہ مطلوب نہیں ہے۔ تو یہی روزے میں بھی ہے کہ اسلام میں ٹیکنیکل دین داری نہیں ہے۔</w:t>
      </w:r>
    </w:p>
    <w:p>
      <w:r>
        <w:rPr>
          <w:b/>
        </w:rPr>
        <w:t xml:space="preserve">[13:40] </w:t>
      </w:r>
      <w:r>
        <w:t>ji, ji. yani agar sehri kar rahe hain hum aur time ho gaya, kisi wajah se der ho gayi to is khane ko poora kar lena chahiye.</w:t>
      </w:r>
    </w:p>
    <w:p>
      <w:pPr>
        <w:jc w:val="right"/>
      </w:pPr>
      <w:r>
        <w:t>جی، جی۔ یعنی اگر سحری کر رہے ہیں ہم اور ٹائم ہو گیا، کسی وجہ سے دیر ہو گئی تو اس کھانے کو پورا کر لینا چاہیے۔</w:t>
      </w:r>
    </w:p>
    <w:p>
      <w:r>
        <w:rPr>
          <w:b/>
        </w:rPr>
        <w:t xml:space="preserve">[13:48] </w:t>
      </w:r>
      <w:r>
        <w:t>poora kar lena chahiye. beech mein nahi chhodna chahiye. Allah ka shukar ada karna chahiye. ji. aur is mein bhi yeh spirit paida karna chahiye ke ke hum hum ko jo Khuda ne jo deen ki talib di hai, woh technical deen nahi hai.</w:t>
      </w:r>
    </w:p>
    <w:p>
      <w:pPr>
        <w:jc w:val="right"/>
      </w:pPr>
      <w:r>
        <w:t>پورا کر لینا چاہیے۔ بیچ میں نہیں چھوڑنا چاہیے۔ اللہ کا شکر ادا کرنا چاہیے۔ جی۔ اور اس میں بھی یہ سپرٹ پیدا کرنا چاہیے کہ کہ ہم ہم کو جو خدا نے جو دین کی طالب دی ہے، وہ ٹیکنیکل دین نہیں ہے۔</w:t>
      </w:r>
    </w:p>
    <w:p>
      <w:r>
        <w:rPr>
          <w:b/>
        </w:rPr>
        <w:t xml:space="preserve">[13:58] </w:t>
      </w:r>
      <w:r>
        <w:t>woh technical deen nahi hai. yeh bhi is par bhi shukar karna chahiye. log samajhte hain ke roza hi toot jayega.</w:t>
      </w:r>
    </w:p>
    <w:p>
      <w:pPr>
        <w:jc w:val="right"/>
      </w:pPr>
      <w:r>
        <w:t>وہ ٹیکنیکل دین نہیں ہے۔ یہ بھی اس پر بھی شکر کرنا چاہیے۔ لوگ سمجھتے ہیں کہ روزہ ہی ٹوٹ جائے گا۔</w:t>
      </w:r>
    </w:p>
    <w:p>
      <w:r>
        <w:rPr>
          <w:b/>
        </w:rPr>
        <w:t xml:space="preserve">[14:06] </w:t>
      </w:r>
      <w:r>
        <w:t>nahi, bilkul galat hai yeh sochna. yahi to is mein yahi hai yahood ki alamat. daur-e-zawal mein log technical deen-dari ko janne lagte hain.</w:t>
      </w:r>
    </w:p>
    <w:p>
      <w:pPr>
        <w:jc w:val="right"/>
      </w:pPr>
      <w:r>
        <w:t>نہیں، بالکل غلط ہے یہ سوچنا۔ یہی تو اس میں یہی ہے یہود کی علامت۔ دور زوال میں لوگ ٹیکنیکل دین داری کو جاننے لگتے ہیں۔</w:t>
      </w:r>
    </w:p>
    <w:p>
      <w:r>
        <w:rPr>
          <w:b/>
        </w:rPr>
        <w:t xml:space="preserve">[14:18] </w:t>
      </w:r>
      <w:r>
        <w:t>dekhein, jab andar ki spirit nahi rahegi to phir kya hoga? technical deen-dari iski jagah le legi. haan, form aur technical jo pehlu hai, usi ko log janenge.</w:t>
      </w:r>
    </w:p>
    <w:p>
      <w:pPr>
        <w:jc w:val="right"/>
      </w:pPr>
      <w:r>
        <w:t>دیکھیں، جب اندر کی سپرٹ نہیں رہے گی تو پھر کیا ہوگا؟ ٹیکنیکل دین داری اس کی جگہ لے لے گی۔ ہاں، فارم اور ٹیکنیکل جو پہلو ہے، اسی کو لوگ جانیں گے۔</w:t>
      </w:r>
    </w:p>
    <w:p>
      <w:r>
        <w:rPr>
          <w:b/>
        </w:rPr>
        <w:t xml:space="preserve">[14:30] </w:t>
      </w:r>
      <w:r>
        <w:t>andar ki jo spirit hai, us se bekhabar ho jayenge. to yahi log hain, yeh aise kehte hain ke roza toot gaya. hargiz nahi, roza tootta kyunke Islam mein yani koi bhi cheez bilkul technical ma'ne mein nahi hai.</w:t>
      </w:r>
    </w:p>
    <w:p>
      <w:pPr>
        <w:jc w:val="right"/>
      </w:pPr>
      <w:r>
        <w:t>اندر کی جو سپرٹ ہے، اس سے بے خبر ہو جائیں گے۔ تو یہی لوگ ہیں، یہ ایسے کہتے ہیں کہ روزہ ٹوٹ گیا۔ ہرگز نہیں، روزہ ٹوٹتا کیونکہ اسلام میں یعنی کوئی بھی چیز بالکل ٹیکنیکل معنی میں نہیں ہے۔</w:t>
      </w:r>
    </w:p>
    <w:p>
      <w:r>
        <w:rPr>
          <w:b/>
        </w:rPr>
        <w:t xml:space="preserve">[14:44] </w:t>
      </w:r>
      <w:r>
        <w:t>koi bhi cheez.</w:t>
      </w:r>
    </w:p>
    <w:p>
      <w:pPr>
        <w:jc w:val="right"/>
      </w:pPr>
      <w:r>
        <w:t>کوئی بھی چیز۔</w:t>
      </w:r>
    </w:p>
    <w:p>
      <w:r>
        <w:rPr>
          <w:b/>
        </w:rPr>
        <w:t xml:space="preserve">[14:48] </w:t>
      </w:r>
      <w:r>
        <w:t>isi tarah se kabhi aisa hota hai ke aadmi roze ke din bhool gaya, us ko yaad nahi tha ke main roze se tha. us ne khana kha liya ya pani pi liya.</w:t>
      </w:r>
    </w:p>
    <w:p>
      <w:pPr>
        <w:jc w:val="right"/>
      </w:pPr>
      <w:r>
        <w:t>اسی طرح سے کبھی ایسا ہوتا ہے کہ آدمی روزے کے دن بھول گیا، اس کو یاد نہیں تھا کہ میں روزے سے تھا۔ اس نے کھانا کھا لیا یا پانی پی لیا۔</w:t>
      </w:r>
    </w:p>
    <w:p>
      <w:r>
        <w:rPr>
          <w:b/>
        </w:rPr>
        <w:t xml:space="preserve">[14:56] </w:t>
      </w:r>
      <w:r>
        <w:t>to aisi halat mein kya hukm hai?</w:t>
      </w:r>
    </w:p>
    <w:p>
      <w:pPr>
        <w:jc w:val="right"/>
      </w:pPr>
      <w:r>
        <w:t>تو ایسی حالت میں کیا حکم ہے؟</w:t>
      </w:r>
    </w:p>
    <w:p>
      <w:r>
        <w:rPr>
          <w:b/>
        </w:rPr>
        <w:t xml:space="preserve">[15:00] </w:t>
      </w:r>
      <w:r>
        <w:t>is se roza nahi tootta. agar us ki niyat shamil nahi hai to roza nahi toote ga. kyunke niyat ka naam roza hai. aslan roza tootna, roza todna, roza rakhna sab niyat se taluq rakhta hai.</w:t>
      </w:r>
    </w:p>
    <w:p>
      <w:pPr>
        <w:jc w:val="right"/>
      </w:pPr>
      <w:r>
        <w:t>اس سے روزہ نہیں ٹوٹتا۔ اگر اس کی نیت شامل نہیں ہے تو روزہ نہیں ٹوٹے گا۔ کیونکہ نیت کا نام روزہ ہے۔ اصلاً روزہ ٹوٹنا، روزہ توڑنا، روزہ رکھنا سب نیت سے تعلق رکھتا ہے۔</w:t>
      </w:r>
    </w:p>
    <w:p>
      <w:r>
        <w:rPr>
          <w:b/>
        </w:rPr>
        <w:t xml:space="preserve">[15:14] </w:t>
      </w:r>
      <w:r>
        <w:t>to jab aap ne yani soch samajh kar ke nahi khaya, balkeh bhool kar kha liya to is ma'ne ke aap ki niyat shamil nahi thi.</w:t>
      </w:r>
    </w:p>
    <w:p>
      <w:pPr>
        <w:jc w:val="right"/>
      </w:pPr>
      <w:r>
        <w:t>تو جب آپ نے یعنی سوچ سمجھ کر کے نہیں کھایا، بلکہ بھول کر کھا لیا تو اس معنی کہ آپ کی نیت شامل نہیں تھی۔</w:t>
      </w:r>
    </w:p>
    <w:p>
      <w:r>
        <w:rPr>
          <w:b/>
        </w:rPr>
        <w:t xml:space="preserve">[15:24] </w:t>
      </w:r>
      <w:r>
        <w:t>aap ka qasd, aap ka irada, aap ka apna intention shamil nahi tha. to roza toota toota bhi nahi.</w:t>
      </w:r>
    </w:p>
    <w:p>
      <w:pPr>
        <w:jc w:val="right"/>
      </w:pPr>
      <w:r>
        <w:t>آپ کا قصد، آپ کا ارادہ، آپ کا اپنا انٹینشن شامل نہیں تھا۔ تو روزہ ٹوٹا ٹوٹا بھی نہیں۔</w:t>
      </w:r>
    </w:p>
    <w:p>
      <w:r>
        <w:rPr>
          <w:b/>
        </w:rPr>
        <w:t xml:space="preserve">[15:34] </w:t>
      </w:r>
      <w:r>
        <w:t>hadees mein aaya hai ke sehri mein ta'khir afzal hai. is ki wajah kya hai? haan, sehri mein ta'khir aur iftar mein ta'jil.</w:t>
      </w:r>
    </w:p>
    <w:p>
      <w:pPr>
        <w:jc w:val="right"/>
      </w:pPr>
      <w:r>
        <w:t>حدیث میں آیا ہے کہ سحری میں تاخیر افضل ہے۔ اس کی وجہ کیا ہے؟ ہاں، سحری میں تاخیر اور افطار میں تعجیل۔</w:t>
      </w:r>
    </w:p>
    <w:p>
      <w:r>
        <w:rPr>
          <w:b/>
        </w:rPr>
        <w:t xml:space="preserve">[15:44] </w:t>
      </w:r>
      <w:r>
        <w:t>ji, yeh dekhein, yeh bohat ahem baat hai. yeh is ka taluq bhi isi se hai</w:t>
      </w:r>
    </w:p>
    <w:p>
      <w:pPr>
        <w:jc w:val="right"/>
      </w:pPr>
      <w:r>
        <w:t>جی، یہ دیکھیں، یہ بہت اہم بات ہے۔ یہ اس کا تعلق بھی اسی سے ہے</w:t>
      </w:r>
    </w:p>
    <w:p>
      <w:r>
        <w:rPr>
          <w:b/>
        </w:rPr>
        <w:t xml:space="preserve">[15:53] </w:t>
      </w:r>
      <w:r>
        <w:t>ke daur-e-zawal mein logon ka haal yeh ho jata hai ke woh technical cheezon ko ahmiyat dene lagte hain. ke theek itni baj kar itni minute par, theek itni baj kar itni second par.</w:t>
      </w:r>
    </w:p>
    <w:p>
      <w:pPr>
        <w:jc w:val="right"/>
      </w:pPr>
      <w:r>
        <w:t>کہ دور زوال میں لوگوں کا حال یہ ہو جاتا ہے کہ وہ ٹیکنیکل چیزوں کو اہمیت دینے لگتے ہیں۔ کہ ٹھیک اتنی بج کر اتنی منٹ پر، ٹھیک اتنی بج کر اتنی سیکنڈ پر۔</w:t>
      </w:r>
    </w:p>
    <w:p>
      <w:r>
        <w:rPr>
          <w:b/>
        </w:rPr>
        <w:t xml:space="preserve">[16:05] </w:t>
      </w:r>
      <w:r>
        <w:t>kyunke woh dakhili spirit hoti nahi hai. jab dakhili spirit nahi hogi to kharji aitbar se jo cheez rehti hai, woh technical cheez hoti hai.</w:t>
      </w:r>
    </w:p>
    <w:p>
      <w:pPr>
        <w:jc w:val="right"/>
      </w:pPr>
      <w:r>
        <w:t>کیونکہ وہ داخلی سپرٹ ہوتی نہیں ہے۔ جب داخلی سپرٹ نہیں ہوگی تو خارجی اعتبار سے جو چیز رہتی ہے، وہ ٹیکنیکل چیز ہوتی ہے۔</w:t>
      </w:r>
    </w:p>
    <w:p>
      <w:r>
        <w:rPr>
          <w:b/>
        </w:rPr>
        <w:t xml:space="preserve">[16:15] </w:t>
      </w:r>
      <w:r>
        <w:t>form hota hai. to technical ta'ayyunat ko samajh lete hain ke bas yeh kar liya to bilkul deen ka amal ho gaya.</w:t>
      </w:r>
    </w:p>
    <w:p>
      <w:pPr>
        <w:jc w:val="right"/>
      </w:pPr>
      <w:r>
        <w:t>فارم ہوتا ہے۔ تو ٹیکنیکل تعینات کو سمجھ لیتے ہیں کہ بس یہ کر لیا تو بالکل دین کا عمل ہو گیا۔</w:t>
      </w:r>
    </w:p>
    <w:p>
      <w:r>
        <w:rPr>
          <w:b/>
        </w:rPr>
        <w:t xml:space="preserve">[16:25] </w:t>
      </w:r>
      <w:r>
        <w:t>deen par aisa nahi hai. technical aspect se kuch kami beshi ho jaye to is ki koi Allah Ta'ala ke sath pakad nahi hai.</w:t>
      </w:r>
    </w:p>
    <w:p>
      <w:pPr>
        <w:jc w:val="right"/>
      </w:pPr>
      <w:r>
        <w:t>دین پر ایسا نہیں ہے۔ ٹیکنیکل اسپیکٹ سے کچھ کمی بیشی ہو جائے تو اس کی کوئی اللہ تعالیٰ کے ساتھ پکڑ نہیں ہے۔</w:t>
      </w:r>
    </w:p>
    <w:p>
      <w:r>
        <w:rPr>
          <w:b/>
        </w:rPr>
        <w:t xml:space="preserve">[16:33] </w:t>
      </w:r>
      <w:r>
        <w:t>ji, kami beshi jo hai honi chahiye</w:t>
      </w:r>
    </w:p>
    <w:p>
      <w:pPr>
        <w:jc w:val="right"/>
      </w:pPr>
      <w:r>
        <w:t>جی، کمی بیشی جو ہے ہونی چاہیے</w:t>
      </w:r>
    </w:p>
    <w:p>
      <w:r>
        <w:rPr>
          <w:b/>
        </w:rPr>
        <w:t xml:space="preserve">[16:36] </w:t>
      </w:r>
      <w:r>
        <w:t>dakhili irade ke aitbar se. to yeh is ko Rasool Allah ne discourage kiya, is ko ke sehri mein aap bilkul ek ghari dekhein, bilkul itni theek hoti hai.</w:t>
      </w:r>
    </w:p>
    <w:p>
      <w:pPr>
        <w:jc w:val="right"/>
      </w:pPr>
      <w:r>
        <w:t>داخلی ارادے کے اعتبار سے۔ تو یہ اس کو رسول اللہ نے ڈسکرج کیا، اس کو کہ سحری میں آپ بالکل ایک گھڑی دیکھیں، بالکل اتنی ٹھیک ہوتی ہے۔</w:t>
      </w:r>
    </w:p>
    <w:p>
      <w:r>
        <w:rPr>
          <w:b/>
        </w:rPr>
        <w:t xml:space="preserve">[16:47] </w:t>
      </w:r>
      <w:r>
        <w:t>wajah sehri khatam karna hai, theek hoti hai. iftar shuru karna hai. to is ma'ne ke yeh is baat ki alamat hai ke aap ke andar</w:t>
      </w:r>
    </w:p>
    <w:p>
      <w:pPr>
        <w:jc w:val="right"/>
      </w:pPr>
      <w:r>
        <w:t>وجہ سحری ختم کرنا ہے، ٹھیک ہوتی ہے۔ افطار شروع کرنا ہے۔ تو اس معنی کہ یہ اس بات کی علامت ہے کہ آپ کے اندر</w:t>
      </w:r>
    </w:p>
    <w:p>
      <w:r>
        <w:rPr>
          <w:b/>
        </w:rPr>
        <w:t xml:space="preserve">[16:56] </w:t>
      </w:r>
      <w:r>
        <w:t>woh daur aa chuka hai jo zawaal-yafta logon ka daur hota hai. ji, ke zawaal-yafta ki khaas pehchan yahi hai ke dakhili dakhili spirit ki ahmiyat khatam ho jaye aur zahiri jo jo technical pehlu hain, usi ki ahmiyat zyada rahe.</w:t>
      </w:r>
    </w:p>
    <w:p>
      <w:pPr>
        <w:jc w:val="right"/>
      </w:pPr>
      <w:r>
        <w:t>وہ دور آ چکا ہے جو زوال یافتہ لوگوں کا دور ہوتا ہے۔ جی، کہ زوال یافتہ کی خاص پہچان یہی ہے کہ داخلی داخلی سپرٹ کی اہمیت ختم ہو جائے اور ظاہری جو جو ٹیکنیکل پہلو ہیں، اسی کی اہمیت زیادہ رہے۔</w:t>
      </w:r>
    </w:p>
    <w:p>
      <w:r>
        <w:rPr>
          <w:b/>
        </w:rPr>
        <w:t xml:space="preserve">[17:15] </w:t>
      </w:r>
      <w:r>
        <w:t>ji,</w:t>
      </w:r>
    </w:p>
    <w:p>
      <w:pPr>
        <w:jc w:val="right"/>
      </w:pPr>
      <w:r>
        <w:t>جی،</w:t>
      </w:r>
    </w:p>
    <w:p>
      <w:r>
        <w:rPr>
          <w:b/>
        </w:rPr>
        <w:t xml:space="preserve">[17:17] </w:t>
      </w:r>
      <w:r>
        <w:t>bilkul.</w:t>
      </w:r>
    </w:p>
    <w:p>
      <w:pPr>
        <w:jc w:val="right"/>
      </w:pPr>
      <w:r>
        <w:t>بالکل۔</w:t>
      </w:r>
    </w:p>
    <w:p>
      <w:r>
        <w:rPr>
          <w:b/>
        </w:rPr>
        <w:t xml:space="preserve">[17:19] </w:t>
      </w:r>
      <w:r>
        <w:t>is aitbar se iftar ke bare mein jo hadees mein aata hai ke la yazaalun naasu bi khairin ma 'ajjala al-fitr, is ka bhi matlab yahi hoga.</w:t>
      </w:r>
    </w:p>
    <w:p>
      <w:pPr>
        <w:jc w:val="right"/>
      </w:pPr>
      <w:r>
        <w:t>اس اعتبار سے افطار کے بارے میں جو حدیث میں آتا ہے کہ لا یزال الناس بخیر ما عجل الفطر، اس کا بھی مطلب یہی ہوگا۔</w:t>
      </w:r>
    </w:p>
    <w:p>
      <w:r>
        <w:rPr>
          <w:b/>
        </w:rPr>
        <w:t xml:space="preserve">[17:28] </w:t>
      </w:r>
      <w:r>
        <w:t>is ka matlab yeh hai ke asal mein is ko is ke is ke is ke peeche jo mafhoom hai, us ko samajhne ki zaroorat hai. ji, is ka mani yeh hai ke jab tak spirit zinda rahe gi.</w:t>
      </w:r>
    </w:p>
    <w:p>
      <w:pPr>
        <w:jc w:val="right"/>
      </w:pPr>
      <w:r>
        <w:t>اس کا مطلب یہ ہے کہ اصل میں اس کو اس کے اس کے اس کے پیچھے جو مفہوم ہے، اس کو سمجھنے کی ضرورت ہے۔ جی، اس کا معنی یہ ہے کہ جب تک اسپیٹ زندہ رہے گی۔</w:t>
      </w:r>
    </w:p>
    <w:p>
      <w:r>
        <w:rPr>
          <w:b/>
        </w:rPr>
        <w:t xml:space="preserve">[17:39] </w:t>
      </w:r>
      <w:r>
        <w:t>hmm, yaani alfaaz to yeh hain ke log khair par rahen ge jab tak woh iftar mein jaldi karte rahen ge. jaldi ka mani yeh nahi ke suraj dikhai de raha ho, iftar kar liya.</w:t>
      </w:r>
    </w:p>
    <w:p>
      <w:pPr>
        <w:jc w:val="right"/>
      </w:pPr>
      <w:r>
        <w:t>ہمم، یعنی الفاظ تو یہ ہیں کہ لوگ خیر پر رہیں گے جب تک وہ افطار میں جلدی کرتے رہیں گے۔ جلدی کا معنی یہ نہیں کہ سورج دکھائی دے رہا ہو، افطار کر لیا۔</w:t>
      </w:r>
    </w:p>
    <w:p>
      <w:r>
        <w:rPr>
          <w:b/>
        </w:rPr>
        <w:t xml:space="preserve">[17:49] </w:t>
      </w:r>
      <w:r>
        <w:t>ji, nahi, waqt hua, bas iftar kar liya. ek ehtiyati izafa jo karte hain log, bhai panch minute ehtiyat kar lo. hmm,</w:t>
      </w:r>
    </w:p>
    <w:p>
      <w:pPr>
        <w:jc w:val="right"/>
      </w:pPr>
      <w:r>
        <w:t>جی، نہیں، وقت ہوا، بس افطار کر لیا۔ ایک احتیاطی اضافہ جو کرتے ہیں لوگ، بھئی پانچ منٹ احتیاط کر لو۔ ہمم،</w:t>
      </w:r>
    </w:p>
    <w:p>
      <w:r>
        <w:rPr>
          <w:b/>
        </w:rPr>
        <w:t xml:space="preserve">[17:59] </w:t>
      </w:r>
      <w:r>
        <w:t>yaani time hone ke baad bhi ehtiyat karte hain log. haan, bilkul. hmm, calendar mein chupa hua hai, kehte hain ke bhai panch minute ehtiyat kar lo, do minute ehtiyat kar lo. yeh kya hai?</w:t>
      </w:r>
    </w:p>
    <w:p>
      <w:pPr>
        <w:jc w:val="right"/>
      </w:pPr>
      <w:r>
        <w:t>یعنی ٹائم ہونے کے بعد بھی احتیاط کرتے ہیں لوگ۔ ہاں، بالکل۔ ہمم، کیلنڈر میں چھپا ہوا ہے، کہتے ہیں کہ بھئی پانچ منٹ احتیاط کر لو، دو منٹ احتیاط کر لو۔ یہ کیا ہے؟</w:t>
      </w:r>
    </w:p>
    <w:p>
      <w:r>
        <w:rPr>
          <w:b/>
        </w:rPr>
        <w:t xml:space="preserve">[18:08] </w:t>
      </w:r>
      <w:r>
        <w:t>yeh mizaj jo hai, yeh daur-e-zawaal ki alamat hai. ji, ehtiyat kyun karen? jab time hoga to iftar kar len. kis liye ehtiyat?</w:t>
      </w:r>
    </w:p>
    <w:p>
      <w:pPr>
        <w:jc w:val="right"/>
      </w:pPr>
      <w:r>
        <w:t>یہ مزاج جو ہے، یہ دور زوال کی علامت ہے۔ جی، احتیاط کیوں کریں؟ جب ٹائم ہوگا تو افطار کر لیں۔ کس لیے احتیاط؟</w:t>
      </w:r>
    </w:p>
    <w:p>
      <w:r>
        <w:rPr>
          <w:b/>
        </w:rPr>
        <w:t xml:space="preserve">[18:17] </w:t>
      </w:r>
      <w:r>
        <w:t>aam taur par log ehtiyat hi karte hain.</w:t>
      </w:r>
    </w:p>
    <w:p>
      <w:pPr>
        <w:jc w:val="right"/>
      </w:pPr>
      <w:r>
        <w:t>عام طور پر لوگ احتیاط ہی کرتے ہیں۔</w:t>
      </w:r>
    </w:p>
    <w:p>
      <w:r>
        <w:rPr>
          <w:b/>
        </w:rPr>
        <w:t xml:space="preserve">[18:19] </w:t>
      </w:r>
      <w:r>
        <w:t>ehtiyat, ehtiyat ka tasawwur jo hai, woh daur-e-zawaal ki alamat hai. hmm, bas waqt hoga to iftar kar lijiyey. ehtiyat kya hai?</w:t>
      </w:r>
    </w:p>
    <w:p>
      <w:pPr>
        <w:jc w:val="right"/>
      </w:pPr>
      <w:r>
        <w:t>احتیاط، احتیاط کا تصور جو ہے، وہ دور زوال کی علامت ہے۔ ہمم، بس وقت ہوگا تو افطار کر لیجئے۔ احتیاط کیا ہے؟</w:t>
      </w:r>
    </w:p>
    <w:p>
      <w:r>
        <w:rPr>
          <w:b/>
        </w:rPr>
        <w:t xml:space="preserve">[18:28] </w:t>
      </w:r>
      <w:r>
        <w:t>ehtiyat ki koi zaroorat hi nahi hai. ji, asal cheez yeh hai ke yeh priority ka muamla hai. jab jab logon ke andar spirit zinda ho to saari ahmiyat jo spirit ko di jati hai.</w:t>
      </w:r>
    </w:p>
    <w:p>
      <w:pPr>
        <w:jc w:val="right"/>
      </w:pPr>
      <w:r>
        <w:t>احتیاط کی کوئی ضرورت ہی نہیں ہے۔ جی، اصل چیز یہ ہے کہ یہ پرائرٹی کا معاملہ ہے۔ جب جب لوگوں کے اندر اسپیٹ زندہ ہو تو ساری اہمیت جو اسپیٹ کو دی جاتی ہے۔</w:t>
      </w:r>
    </w:p>
    <w:p>
      <w:r>
        <w:rPr>
          <w:b/>
        </w:rPr>
        <w:t xml:space="preserve">[18:39] </w:t>
      </w:r>
      <w:r>
        <w:t>hmm, aur spirit zinda na ho to saari ahmiyat form ko di jati hai.</w:t>
      </w:r>
    </w:p>
    <w:p>
      <w:pPr>
        <w:jc w:val="right"/>
      </w:pPr>
      <w:r>
        <w:t>ہمم، اور اسپیٹ زندہ نہ ہو تو ساری اہمیت فارم کو دی جاتی ہے۔</w:t>
      </w:r>
    </w:p>
    <w:p>
      <w:r>
        <w:rPr>
          <w:b/>
        </w:rPr>
        <w:t xml:space="preserve">[18:43] </w:t>
      </w:r>
      <w:r>
        <w:t>yeh us daur ki pehchan hai jab ke form ko ahmiyat di jaane lagi ho. ji, to rasool Allah ne jo baat fermai, us ka matlab yeh hai ke us waqt tak ummat khair par rahe gi jab tak is ka spirit zinda ho,</w:t>
      </w:r>
    </w:p>
    <w:p>
      <w:pPr>
        <w:jc w:val="right"/>
      </w:pPr>
      <w:r>
        <w:t>یہ اس دور کی پہچان ہے جب کہ فارم کو اہمیت دی جانے لگی ہو۔ جی، تو رسول اللہ نے جو بات فرمائی، اس کا مطلب یہ ہے کہ اس وقت تک امت خیر پر رہے گی جب تک اس کا اسپیٹ زندہ ہو،</w:t>
      </w:r>
    </w:p>
    <w:p>
      <w:r>
        <w:rPr>
          <w:b/>
        </w:rPr>
        <w:t xml:space="preserve">[19:00] </w:t>
      </w:r>
      <w:r>
        <w:t>jab tak woh technical deen daari ki satah par na pahunch jaye. yaani technical deen daari, technical deen daari reduced form hai. technical deen daari ka, technical deen daari,</w:t>
      </w:r>
    </w:p>
    <w:p>
      <w:pPr>
        <w:jc w:val="right"/>
      </w:pPr>
      <w:r>
        <w:t>جب تک وہ ٹیکنیکل دین داری کی سطح پر نہ پہنچ جائے۔ یعنی ٹیکنیکل دین داری، ٹیکنیکل دین داری ریڈیوسڈ فارم ہے۔ ٹیکنیکل دین داری کا، ٹیکنیکل دین داری،</w:t>
      </w:r>
    </w:p>
    <w:p>
      <w:r>
        <w:rPr>
          <w:b/>
        </w:rPr>
        <w:t xml:space="preserve">[19:14] </w:t>
      </w:r>
      <w:r>
        <w:t>deen daari ka reduced form hai. to hadith ka matlab yeh hai ke</w:t>
      </w:r>
    </w:p>
    <w:p>
      <w:pPr>
        <w:jc w:val="right"/>
      </w:pPr>
      <w:r>
        <w:t>دین داری کا ریڈیوسڈ فارم ہے۔ تو حدیث کا مطلب یہ ہے کہ</w:t>
      </w:r>
    </w:p>
    <w:p>
      <w:r>
        <w:rPr>
          <w:b/>
        </w:rPr>
        <w:t xml:space="preserve">[19:18] </w:t>
      </w:r>
      <w:r>
        <w:t>jab tak logon mein spirit zinda rahe gi, ji, to woh khair par hon ge. aur jab technical deen daari aa gayi to phir khair par nahi rahen ge.</w:t>
      </w:r>
    </w:p>
    <w:p>
      <w:pPr>
        <w:jc w:val="right"/>
      </w:pPr>
      <w:r>
        <w:t>جب تک لوگوں میں اسپیٹ زندہ رہے گی، جی، تو وہ خیر پر ہوں گے۔ اور جب ٹیکنیکل دین داری آ گئی تو پھر خیر پر نہیں رہیں گے۔</w:t>
      </w:r>
    </w:p>
    <w:p>
      <w:r>
        <w:rPr>
          <w:b/>
        </w:rPr>
        <w:t xml:space="preserve">[19:28] </w:t>
      </w:r>
      <w:r>
        <w:t>sahi baat hai. iftar ke waqt kya aadmi ko khaas taur par dua karna chahiye? ke woh qabooliyat ka waqt hota hai.</w:t>
      </w:r>
    </w:p>
    <w:p>
      <w:pPr>
        <w:jc w:val="right"/>
      </w:pPr>
      <w:r>
        <w:t>صحیح بات ہے۔ افطار کے وقت کیا آدمی کو خاص طور پر دعا کرنا چاہیے؟ کہ وہ قبولیت کا وقت ہوتا ہے۔</w:t>
      </w:r>
    </w:p>
    <w:p>
      <w:r>
        <w:rPr>
          <w:b/>
        </w:rPr>
        <w:t xml:space="preserve">[19:37] </w:t>
      </w:r>
      <w:r>
        <w:t>is silsile mein kuch hadith mein aaya hai.</w:t>
      </w:r>
    </w:p>
    <w:p>
      <w:pPr>
        <w:jc w:val="right"/>
      </w:pPr>
      <w:r>
        <w:t>اس سلسلے میں کچھ حدیث میں آیا ہے۔</w:t>
      </w:r>
    </w:p>
    <w:p>
      <w:r>
        <w:rPr>
          <w:b/>
        </w:rPr>
        <w:t xml:space="preserve">[19:40] </w:t>
      </w:r>
      <w:r>
        <w:t>dekhen, qabooliyat ke waqt ka tasawwur jo hai, woh bhi ek mehnat ek baseless hai. dekhen, qabooliyat waqt se juri hui nahi hai. koi waqt hai, koi maqam hai, wahan par qabool hoti hain duaen.</w:t>
      </w:r>
    </w:p>
    <w:p>
      <w:pPr>
        <w:jc w:val="right"/>
      </w:pPr>
      <w:r>
        <w:t>دیکھیں، قبولیت کا وقت کا تصور جو ہے، وہ بھی ایک محنت ایک بیسلیس ہے۔ دیکھیں، قبولیت وقت سے جڑی ہوئی نہیں ہے۔ کوئی وقت ہے، کوئی مقام ہے، وہاں پر قبول ہوتی ہیں دعائیں۔</w:t>
      </w:r>
    </w:p>
    <w:p>
      <w:r>
        <w:rPr>
          <w:b/>
        </w:rPr>
        <w:t xml:space="preserve">[19:52] </w:t>
      </w:r>
      <w:r>
        <w:t>yeh bilkul mein is ko galat samajhta hoon. qabooliyat ka ta'alluq hai aap ke daikhli jazbe se, kis jazbe se aap ne dua ki hai.</w:t>
      </w:r>
    </w:p>
    <w:p>
      <w:pPr>
        <w:jc w:val="right"/>
      </w:pPr>
      <w:r>
        <w:t>یہ بالکل میں اس کو غلط سمجھتا ہوں۔ قبولیت کا تعلق ہے آپ کے داخلی جذبے سے، کس جذبے سے آپ نے دعا کی ہے۔</w:t>
      </w:r>
    </w:p>
    <w:p>
      <w:r>
        <w:rPr>
          <w:b/>
        </w:rPr>
        <w:t xml:space="preserve">[20:03] </w:t>
      </w:r>
      <w:r>
        <w:t>aur Quran majeed mein dekhen, bohat do lafzon mein saari baat kar di gayi hai ke ilayhi yas'ad al-kalim al-tayyib wa al-'amal al-salih yarfa'u.</w:t>
      </w:r>
    </w:p>
    <w:p>
      <w:pPr>
        <w:jc w:val="right"/>
      </w:pPr>
      <w:r>
        <w:t>اور قرآن مجید میں دیکھیں، بہت دو لفظوں میں ساری بات کر دی گئی ہے کہ الیہ یسد الکلم الطیب والعمل الصالحیرفع۔</w:t>
      </w:r>
    </w:p>
    <w:p>
      <w:r>
        <w:rPr>
          <w:b/>
        </w:rPr>
        <w:t xml:space="preserve">[20:14] </w:t>
      </w:r>
      <w:r>
        <w:t>ke ek taraf yeh hai ke aap ki dua ek pakiza dua ho, maqam nahi ke falan maqam par ya falan waqt par. yeh Quran mein nahi hai.</w:t>
      </w:r>
    </w:p>
    <w:p>
      <w:pPr>
        <w:jc w:val="right"/>
      </w:pPr>
      <w:r>
        <w:t>کہ ایک طرف یہ ہے کہ آپ کی دعا ایک پاکیزہ دعا ہو، مقام نہیں کہ فلاں مقام پر یا فلاں وقت پر۔ یہ قرآن میں نہیں ہے۔</w:t>
      </w:r>
    </w:p>
    <w:p>
      <w:r>
        <w:rPr>
          <w:b/>
        </w:rPr>
        <w:t xml:space="preserve">[20:23] </w:t>
      </w:r>
      <w:r>
        <w:t>dua jo hai, pakiza dua ho aur</w:t>
      </w:r>
    </w:p>
    <w:p>
      <w:pPr>
        <w:jc w:val="right"/>
      </w:pPr>
      <w:r>
        <w:t>دعا جو ہے، پاکیزہ دعا ہو اور</w:t>
      </w:r>
    </w:p>
    <w:p>
      <w:r>
        <w:rPr>
          <w:b/>
        </w:rPr>
        <w:t xml:space="preserve">[20:29] </w:t>
      </w:r>
      <w:r>
        <w:t>is ke sath aap ki zindagi jo hai, sahi zindagi ho. misaal ke taur par, aap dua karen agar kisi ke liye hidayat ki aur us se nafrat kar rahe hain, aap us mein amal salih shamil nahi hai.</w:t>
      </w:r>
    </w:p>
    <w:p>
      <w:pPr>
        <w:jc w:val="right"/>
      </w:pPr>
      <w:r>
        <w:t>اس کے ساتھ آپ کی زندگی جو ہے، صحیح زندگی ہو۔ مثال کے طور پر، آپ دعا کریں اگر کسی کے لیے ہدایت کی اور اس سے نفرت کر رہے ہیں، آپ اس میں عمل صالح شامل نہیں ہے۔</w:t>
      </w:r>
    </w:p>
    <w:p>
      <w:r>
        <w:rPr>
          <w:b/>
        </w:rPr>
        <w:t xml:space="preserve">[20:45] </w:t>
      </w:r>
      <w:r>
        <w:t>nafrat khatam kar ke</w:t>
      </w:r>
    </w:p>
    <w:p>
      <w:pPr>
        <w:jc w:val="right"/>
      </w:pPr>
      <w:r>
        <w:t>نفرت ختم کر کے</w:t>
      </w:r>
    </w:p>
    <w:p>
      <w:r>
        <w:rPr>
          <w:b/>
        </w:rPr>
        <w:t xml:space="preserve">[20:46] </w:t>
      </w:r>
      <w:r>
        <w:t>jab aap dua karen ge, tabhi dua qabool hogi hidayat ki. ji, to na to kisi time ka ta'alluq hai qabooliyat se, na kisi jagah ka ta'alluq hai qabooliyat se.</w:t>
      </w:r>
    </w:p>
    <w:p>
      <w:pPr>
        <w:jc w:val="right"/>
      </w:pPr>
      <w:r>
        <w:t>جب آپ دعا کریں گے، تبھی دعا قبول ہوگی ہدایت کی۔ جی، تو نہ تو کسی ٹائم کا تعلق ہے قبولیت سے، نہ کسی جگہ کا تعلق ہے قبولیت سے۔</w:t>
      </w:r>
    </w:p>
    <w:p>
      <w:r>
        <w:rPr>
          <w:b/>
        </w:rPr>
        <w:t xml:space="preserve">[20:59] </w:t>
      </w:r>
      <w:r>
        <w:t>yeh bilkul baseless baaten hain. hmm, sara ta'alluq inhi do cheezon ka hai ke jo dua ki jaye, woh ek pakiza dua ho</w:t>
      </w:r>
    </w:p>
    <w:p>
      <w:pPr>
        <w:jc w:val="right"/>
      </w:pPr>
      <w:r>
        <w:t>یہ بالکل بیسلیس باتیں ہیں۔ ہمم، سارا تعلق انہی دو چیزوں کا ہے کہ جو دعا کی جائے، وہ ایک پاکیزہ دعا ہو</w:t>
      </w:r>
    </w:p>
    <w:p>
      <w:r>
        <w:rPr>
          <w:b/>
        </w:rPr>
        <w:t xml:space="preserve">[21:08] </w:t>
      </w:r>
      <w:r>
        <w:t>aur is ke sath sahi amal shamil ho. sahi amal shamil ho. sahi amal ke ma'ani hote hain ke koi banda jo kaha ke aap dua karen kisi ki hidayat ke liye aur aap ne nafrat kar rahe hain.</w:t>
      </w:r>
    </w:p>
    <w:p>
      <w:pPr>
        <w:jc w:val="right"/>
      </w:pPr>
      <w:r>
        <w:t>اور اس کے ساتھ صحیح عمل شامل ہو۔ صحیح عمل شامل ہو۔ صحیح عمل کے معنی ہوتے ہیں کہ کوئی بندہ جو کہا کہ آپ دعا کریں کسی کی ہدایت کے لیے اور آپ نے نفرت کر رہے ہیں۔</w:t>
      </w:r>
    </w:p>
    <w:p>
      <w:r>
        <w:rPr>
          <w:b/>
        </w:rPr>
        <w:t xml:space="preserve">[21:24] </w:t>
      </w:r>
      <w:r>
        <w:t>ji, ji, jaise aaj kal masjidon mein dua ki jati hai</w:t>
      </w:r>
    </w:p>
    <w:p>
      <w:pPr>
        <w:jc w:val="right"/>
      </w:pPr>
      <w:r>
        <w:t>جی، جی، جیسے آج کل مسجدوں میں دعا کی جاتی ہے</w:t>
      </w:r>
    </w:p>
    <w:p>
      <w:r>
        <w:rPr>
          <w:b/>
        </w:rPr>
        <w:t xml:space="preserve">[21:28] </w:t>
      </w:r>
      <w:r>
        <w:t>halakat ke liye, yeh bhi dua kabhi qabool nahi hogi kyunke wahan pe shai is jazba shamil nahi hai. hmm, halakat ki dua karne ka is ko haq hai jo is se mohabbat kar chuka ho pehle.</w:t>
      </w:r>
    </w:p>
    <w:p>
      <w:pPr>
        <w:jc w:val="right"/>
      </w:pPr>
      <w:r>
        <w:t>ہلاکت کے لیے، یہ بھی دعا کبھی قبول نہیں ہوگی کیونکہ وہاں پہ شے اس جذبہ شامل نہیں ہے۔ ہمم، ہلاکت کی دعا کرنے کا اس کو حق ہے جو اس سے محبت کر چکا ہو پہلے۔</w:t>
      </w:r>
    </w:p>
    <w:p>
      <w:r>
        <w:rPr>
          <w:b/>
        </w:rPr>
        <w:t xml:space="preserve">[21:40] </w:t>
      </w:r>
      <w:r>
        <w:t>ji, jaise maa jo hai apne bete se mohabbat karti hai, tab is ko haq hota hai ke bete ko daante, maare.</w:t>
      </w:r>
    </w:p>
    <w:p>
      <w:pPr>
        <w:jc w:val="right"/>
      </w:pPr>
      <w:r>
        <w:t>جی، جیسے ماں جو ہے اپنے بیٹے سے محبت کرتی ہے، تب اس کو حق ہوتا ہے کہ بیٹے کو ڈانٹے، مارے۔</w:t>
      </w:r>
    </w:p>
    <w:p>
      <w:r>
        <w:rPr>
          <w:b/>
        </w:rPr>
        <w:t xml:space="preserve">[21:47] </w:t>
      </w:r>
      <w:r>
        <w:t>toh aap ne na dawat ki, na mohabbat ki, na khair khwahi ki, ab bad dua kar rahe hain, halak kar de. aisi dua aap hazar baras tak kijiye, koi halak hone wala nahi hai.</w:t>
      </w:r>
    </w:p>
    <w:p>
      <w:pPr>
        <w:jc w:val="right"/>
      </w:pPr>
      <w:r>
        <w:t>تو آپ نے نہ دعوت کی، نہ محبت کی، نہ خیر خواہی کی، اب بد دعا کر رہے ہیں، ہلاک کر دے۔ ایسی دعا آپ ہزار برس تک کیجئے، کوئی ہلاک ہونے والا نہیں ہے۔</w:t>
      </w:r>
    </w:p>
    <w:p>
      <w:r>
        <w:rPr>
          <w:b/>
        </w:rPr>
        <w:t xml:space="preserve">[21:57] </w:t>
      </w:r>
      <w:r>
        <w:t>hmm,</w:t>
      </w:r>
    </w:p>
    <w:p>
      <w:pPr>
        <w:jc w:val="right"/>
      </w:pPr>
      <w:r>
        <w:t>ہمم،</w:t>
      </w:r>
    </w:p>
    <w:p>
      <w:r>
        <w:rPr>
          <w:b/>
        </w:rPr>
        <w:t xml:space="preserve">[21:59] </w:t>
      </w:r>
      <w:r>
        <w:t>iftar ke waqt chuke aisa hota hai ke aadmi din bhar bhooka pyasa rehta hai, toh us waqt shaam ke waqt woh bohat zyada is ko ajz ka ehsas hota hai.</w:t>
      </w:r>
    </w:p>
    <w:p>
      <w:pPr>
        <w:jc w:val="right"/>
      </w:pPr>
      <w:r>
        <w:t>افطار کے وقت چونکہ ایسا ہوتا ہے کہ آدمی دن بھر بھوکا پیاسا رہتا ہے، تو اس وقت شام کے وقت وہ بہت زیادہ اس کو عجز کا احساس ہوتا ہے۔</w:t>
      </w:r>
    </w:p>
    <w:p>
      <w:r>
        <w:rPr>
          <w:b/>
        </w:rPr>
        <w:t xml:space="preserve">[22:07] </w:t>
      </w:r>
      <w:r>
        <w:t>toh is aitbar se agar woh us waqt ko dua karne ke liye istemal kare toh kaisa rahega?</w:t>
      </w:r>
    </w:p>
    <w:p>
      <w:pPr>
        <w:jc w:val="right"/>
      </w:pPr>
      <w:r>
        <w:t>تو اس اعتبار سے اگر وہ اس وقت کو دعا کرنے کے لیے استعمال کرے تو کیسا رہے گا؟</w:t>
      </w:r>
    </w:p>
    <w:p>
      <w:r>
        <w:rPr>
          <w:b/>
        </w:rPr>
        <w:t xml:space="preserve">[22:14] </w:t>
      </w:r>
      <w:r>
        <w:t>yahi matlab hai. ji, jo halat ajz tari hogi toh us maani hai ke dua ki spirit zinda hogi is ke andar. ji, ji, toh is ka taluq jo hai yani subah shaam ke maani mein nahi hai,</w:t>
      </w:r>
    </w:p>
    <w:p>
      <w:pPr>
        <w:jc w:val="right"/>
      </w:pPr>
      <w:r>
        <w:t>یہی مطلب ہے۔ جی، جو حالت عجز طاری ہوگی تو اس معنی ہے کہ دعا کی اسپیٹ زندہ ہوگی اس کے اندر۔ جی، جی، تو اس کا تعلق جو ہے یعنی صبح شام کے معنی میں نہیں ہے،</w:t>
      </w:r>
    </w:p>
    <w:p>
      <w:r>
        <w:rPr>
          <w:b/>
        </w:rPr>
        <w:t xml:space="preserve">[22:27] </w:t>
      </w:r>
      <w:r>
        <w:t>balke is maani mein hai ke us waqt jo hai ajz ki halat aadmi par tari hoti hai. apna Khuda ki badai aur apne chote hone ka ehsas hota hai.</w:t>
      </w:r>
    </w:p>
    <w:p>
      <w:pPr>
        <w:jc w:val="right"/>
      </w:pPr>
      <w:r>
        <w:t>بلکہ اس معنی میں ہے کہ اس وقت جو ہے عجز کی حالت آدمی پر طاری ہوتی ہے۔ اپنا خدا کی بڑائی اور اپنے چھوٹے ہونے کا احساس ہوتا ہے۔</w:t>
      </w:r>
    </w:p>
    <w:p>
      <w:r>
        <w:rPr>
          <w:b/>
        </w:rPr>
        <w:t xml:space="preserve">[22:38] </w:t>
      </w:r>
      <w:r>
        <w:t>ji, Khuda ki nematon ka ehsas hota hai. toh us waqt goya woh is qabil hota hai ke jo dua kare, woh bohat hi sachay jazbe ke sath ho.</w:t>
      </w:r>
    </w:p>
    <w:p>
      <w:pPr>
        <w:jc w:val="right"/>
      </w:pPr>
      <w:r>
        <w:t>جی، خدا کی نعمتوں کا احساس ہوتا ہے۔ تو اس وقت گویا وہ اس قابل ہوتا ہے کہ جو دعا کرے، وہ بہت ہی سچے جذبے کے ساتھ ہو۔</w:t>
      </w:r>
    </w:p>
    <w:p>
      <w:r>
        <w:rPr>
          <w:b/>
        </w:rPr>
        <w:t xml:space="preserve">[22:47] </w:t>
      </w:r>
      <w:r>
        <w:t>ji, ji, toh aisa ahmiyat sachay jazbe ki hai, na kisi maqam ki ya kisi waqt ki. y</w:t>
      </w:r>
    </w:p>
    <w:p>
      <w:pPr>
        <w:jc w:val="right"/>
      </w:pPr>
      <w:r>
        <w:t>جی، جی، تو ایسا اہمیت سچے جذبے کی ہے، نہ کسی مقام کی یا کسی وقت کی۔ ی</w:t>
      </w:r>
    </w:p>
    <w:p>
      <w:r>
        <w:rPr>
          <w:b/>
        </w:rPr>
        <w:t xml:space="preserve">[22:55] </w:t>
      </w:r>
      <w:r>
        <w:t>ani iftar ke waqt chuke aadmi ke upar bohat zyada ajz ka ehsas hota hai, is liye us waqt woh sachay dil se dua karta hai, is liye woh qabool hoti hai.</w:t>
      </w:r>
    </w:p>
    <w:p>
      <w:pPr>
        <w:jc w:val="right"/>
      </w:pPr>
      <w:r>
        <w:t>عنی افطار کے وقت چونکہ آدمی کے اوپر بہت زیادہ عجز کا احساس ہوتا ہے، اس لیے اس وقت وہ سچے دل سے دعا کرتا ہے، اس لیے وہ قبول ہوتی ہے۔</w:t>
      </w:r>
    </w:p>
    <w:p>
      <w:r>
        <w:rPr>
          <w:b/>
        </w:rPr>
        <w:t xml:space="preserve">[23:03] </w:t>
      </w:r>
      <w:r>
        <w:t>yahi baat hai. ji, sahi hai. yeh hadith mein aya hai iftar ke bare mein ke lisaim farhatan ke saim ke liye jo hai do khushiyan hain: ek iftar ki khushi aur ek Khuda se mulaqat ki khushi.</w:t>
      </w:r>
    </w:p>
    <w:p>
      <w:pPr>
        <w:jc w:val="right"/>
      </w:pPr>
      <w:r>
        <w:t>یہی بات ہے۔ جی، صحیح ہے۔ یہ حدیث میں آیا ہے افطار کے بارے میں کہ لسائم فرحتان کہ صائم کے لیے جو ہے دو خوشیاں ہیں: ایک افطار کی خوشی اور ایک خدا سے ملاقات کی خوشی۔</w:t>
      </w:r>
    </w:p>
    <w:p>
      <w:r>
        <w:rPr>
          <w:b/>
        </w:rPr>
        <w:t xml:space="preserve">[23:17] </w:t>
      </w:r>
      <w:r>
        <w:t>is ka kya matlab hai?</w:t>
      </w:r>
    </w:p>
    <w:p>
      <w:pPr>
        <w:jc w:val="right"/>
      </w:pPr>
      <w:r>
        <w:t>اس کا کیا مطلب ہے؟</w:t>
      </w:r>
    </w:p>
    <w:p>
      <w:r>
        <w:rPr>
          <w:b/>
        </w:rPr>
        <w:t xml:space="preserve">[23:20] </w:t>
      </w:r>
      <w:r>
        <w:t>mein toh yeh samajhta hoon ke</w:t>
      </w:r>
    </w:p>
    <w:p>
      <w:pPr>
        <w:jc w:val="right"/>
      </w:pPr>
      <w:r>
        <w:t>میں تو یہ سمجھتا ہوں کہ</w:t>
      </w:r>
    </w:p>
    <w:p>
      <w:r>
        <w:rPr>
          <w:b/>
        </w:rPr>
        <w:t xml:space="preserve">[23:25] </w:t>
      </w:r>
      <w:r>
        <w:t>sadah sa matlab hai, fitri matlab hai is ka ke jab bhook pyas lagi aur is ne is ko saha, is ko bardasht kiya, phir shaam ko jab khana khaye ga, ji, toh zahir hai ke bohat acha lage ga is ko.</w:t>
      </w:r>
    </w:p>
    <w:p>
      <w:pPr>
        <w:jc w:val="right"/>
      </w:pPr>
      <w:r>
        <w:t>سادہ سا مطلب ہے، فطری مطلب ہے اس کا کہ جب بھوک پیاس لگی اور اس نے اس کو سہا، اس کو برداشت کیا، پھر شام کو جب کھانا کھائے گا، جی، تو ظاہر ہے کہ بہت اچھا لگے گا اس کو۔</w:t>
      </w:r>
    </w:p>
    <w:p>
      <w:r>
        <w:rPr>
          <w:b/>
        </w:rPr>
        <w:t xml:space="preserve">[23:41] </w:t>
      </w:r>
      <w:r>
        <w:t>ji, ji, yeh ek aam tajruba hai ke bhook ke waqt wahi cheez achi lagti hai jo pet bhara hua toh achi nahi lage gi. hmm, phir yeh ke Khuda ke liye aadmi ne sabr kiya, Khuda ke liye aap ne aadmi ko yani roza rakha, mushaqqat uthai, toh is ka badla jo Khuda de ga,</w:t>
      </w:r>
    </w:p>
    <w:p>
      <w:pPr>
        <w:jc w:val="right"/>
      </w:pPr>
      <w:r>
        <w:t>جی، جی، یہ ایک عام تجربہ ہے کہ بھوک کے وقت وہی چیز اچھی لگتی ہے جو پیٹ بھرا ہوا تو اچھی نہیں لگے گی۔ ہمم، پھر یہ کہ خدا کے لیے آدمی نے صبر کیا، خدا کے لیے آپ نے آدمی کو یعنی روزہ رکھا، مشقت اٹھائی، تو اس کا بدلہ جو خدا دے گا،</w:t>
      </w:r>
    </w:p>
    <w:p>
      <w:r>
        <w:rPr>
          <w:b/>
        </w:rPr>
        <w:t xml:space="preserve">[24:02] </w:t>
      </w:r>
      <w:r>
        <w:t>toh wahan par zahir hai ke is ko khushi hasil hogi. ji, yahan yahan dunyavi khushi hai, wahan jannat ki khushi mile gi is ko.</w:t>
      </w:r>
    </w:p>
    <w:p>
      <w:pPr>
        <w:jc w:val="right"/>
      </w:pPr>
      <w:r>
        <w:t>تو وہاں پر ظاہر ہے کہ اس کو خوشی حاصل ہوگی۔ جی، یہاں یہاں دنیاوی خوشی ہے، وہاں جنت کی خوشی ملے گی اس کو۔</w:t>
      </w:r>
    </w:p>
    <w:p>
      <w:r>
        <w:rPr>
          <w:b/>
        </w:rPr>
        <w:t xml:space="preserve">[24:10] </w:t>
      </w:r>
      <w:r>
        <w:t>hmm,</w:t>
      </w:r>
    </w:p>
    <w:p>
      <w:pPr>
        <w:jc w:val="right"/>
      </w:pPr>
      <w:r>
        <w:t>ہمم،</w:t>
      </w:r>
    </w:p>
    <w:p>
      <w:r>
        <w:rPr>
          <w:b/>
        </w:rPr>
        <w:t xml:space="preserve">[24:12] </w:t>
      </w:r>
      <w:r>
        <w:t>yani jis tarah roza reh kar aur jis tarah roza rakh kar aadmi ko iftar ka tajruba hota hai, usi tarah agar is dunya mein woh rozedarana zindagi guzare, Khuda ke jo mana ki hui cheezein hain, us se bache, toh akhirat mein is ko bhi isi tarah ki khushi hasil hogi.</w:t>
      </w:r>
    </w:p>
    <w:p>
      <w:pPr>
        <w:jc w:val="right"/>
      </w:pPr>
      <w:r>
        <w:t>یعنی جس طرح روزہ رہ کر اور جس طرح روزہ رکھ کر آدمی کو افطار کا تجربہ ہوتا ہے، اسی طرح اگر اس دنیا میں وہ روزے دارانہ زندگی گزارے، خدا کے جو منع کی ہوئی چیزیں ہیں، اس سے بچے، تو آخرت میں اس کو بھی اسی طرح کی خوشی حاصل ہوگی۔</w:t>
      </w:r>
    </w:p>
    <w:p>
      <w:r>
        <w:rPr>
          <w:b/>
        </w:rPr>
        <w:t xml:space="preserve">[24:28] </w:t>
      </w:r>
      <w:r>
        <w:t>haan, yaqeenan. ji, yaqeenan.</w:t>
      </w:r>
    </w:p>
    <w:p>
      <w:pPr>
        <w:jc w:val="right"/>
      </w:pPr>
      <w:r>
        <w:t>ہاں، یقینا۔ جی، یقینا۔</w:t>
      </w:r>
    </w:p>
    <w:p>
      <w:r>
        <w:rPr>
          <w:b/>
        </w:rPr>
        <w:t xml:space="preserve">[24:33] </w:t>
      </w:r>
      <w:r>
        <w:t>ramzan ke mahine mein ek amal hota hai tarawih. toh is silsile mein aap bataiye ke tarawih kya hai aur tahajjud se is ka kya taluq hai?</w:t>
      </w:r>
    </w:p>
    <w:p>
      <w:pPr>
        <w:jc w:val="right"/>
      </w:pPr>
      <w:r>
        <w:t>رمضان کے مہینے میں ایک عمل ہوتا ہے تراویح۔ تو اس سلسلے میں آپ بتائیے کہ تراویح کیا ہے اور تہجد سے اس کا کیا تعلق ہے؟</w:t>
      </w:r>
    </w:p>
    <w:p>
      <w:r>
        <w:rPr>
          <w:b/>
        </w:rPr>
        <w:t xml:space="preserve">[24:44] </w:t>
      </w:r>
      <w:r>
        <w:t>dekhein, tarawih asal mein yani tahajjud ki taqdeem ka naam hai.</w:t>
      </w:r>
    </w:p>
    <w:p>
      <w:pPr>
        <w:jc w:val="right"/>
      </w:pPr>
      <w:r>
        <w:t>دیکھیں، تراویح اصل میں یعنی تہجد کی تقدیم کا نام ہے۔</w:t>
      </w:r>
    </w:p>
    <w:p>
      <w:r>
        <w:rPr>
          <w:b/>
        </w:rPr>
        <w:t xml:space="preserve">[24:55] </w:t>
      </w:r>
      <w:r>
        <w:t>ji, tahajjud ko pehle parh lena. aam halat mein tahajjud hum takheer ke sath parhte hain,</w:t>
      </w:r>
    </w:p>
    <w:p>
      <w:pPr>
        <w:jc w:val="right"/>
      </w:pPr>
      <w:r>
        <w:t>جی، تہجد کو پہلے پڑھ لینا۔ عام حالت میں تہجد ہم تاخیر کے ساتھ پڑھتے ہیں،</w:t>
      </w:r>
    </w:p>
    <w:p>
      <w:r>
        <w:rPr>
          <w:b/>
        </w:rPr>
        <w:t xml:space="preserve">[25:02] </w:t>
      </w:r>
      <w:r>
        <w:t>lekin ramzan mein isi tahajjud ko taqdeem ke sath parhte hain. isi ko tarawih kaha jata hai. aur jamaat bana lete hain.</w:t>
      </w:r>
    </w:p>
    <w:p>
      <w:pPr>
        <w:jc w:val="right"/>
      </w:pPr>
      <w:r>
        <w:t>لیکن رمضان میں اسی تہجد کو تقدیم کے ساتھ پڑھتے ہیں۔ اسی کو تراویح کہا جاتا ہے۔ اور جماعت بنا لیتے ہیں۔</w:t>
      </w:r>
    </w:p>
    <w:p>
      <w:r>
        <w:rPr>
          <w:b/>
        </w:rPr>
        <w:t xml:space="preserve">[25:12] </w:t>
      </w:r>
      <w:r>
        <w:t>do baatein hoti hain. to Hazrat Umar ke baare mein kaha jata hai ke woh aap jante hain ke Rasool Allah ke zamane mein taraveeh nahi hua karti thi. ji, Hazrat Umar ke zamane mein shuru hui.</w:t>
      </w:r>
    </w:p>
    <w:p>
      <w:pPr>
        <w:jc w:val="right"/>
      </w:pPr>
      <w:r>
        <w:t>دو باتیں ہوتی ہیں۔ تو حضرت عمر کے بارے میں کہا جاتا ہے کہ وہ آپ جانتے ہیں کہ رسول اللہ کے زمانے میں تراویح نہیں ہوا کرتی تھی۔ جی، حضرت عمر کے زمانے میں شروع ہوئی۔</w:t>
      </w:r>
    </w:p>
    <w:p>
      <w:r>
        <w:rPr>
          <w:b/>
        </w:rPr>
        <w:t xml:space="preserve">[25:23] </w:t>
      </w:r>
      <w:r>
        <w:t>hmm, to raat ko woh round le rahe the to dekha ke masjid mein log</w:t>
      </w:r>
    </w:p>
    <w:p>
      <w:pPr>
        <w:jc w:val="right"/>
      </w:pPr>
      <w:r>
        <w:t>ہمم، تو رات کو وہ راؤنڈ لے رہے تھے تو دیکھا کہ مسجد میں لوگ</w:t>
      </w:r>
    </w:p>
    <w:p>
      <w:r>
        <w:rPr>
          <w:b/>
        </w:rPr>
        <w:t xml:space="preserve">[25:28] </w:t>
      </w:r>
      <w:r>
        <w:t>isha ke baad phir jamaat ke saath namaz padh rahe hain. to ek nayi cheez thi woh. to unhon ne poocha ke bhai kya hai yeh? unhon ne bataya ke yeh taraveeh hai.</w:t>
      </w:r>
    </w:p>
    <w:p>
      <w:pPr>
        <w:jc w:val="right"/>
      </w:pPr>
      <w:r>
        <w:t>عشاء کے بعد پھر جماعت کے ساتھ نماز پڑھ رہے ہیں۔ تو ایک نئی چیز تھی وہ۔ تو انہوں نے پوچھا کہ بھئی کیا ہے یہ؟ انہوں نے بتایا کہ یہ تراویح ہے۔</w:t>
      </w:r>
    </w:p>
    <w:p>
      <w:r>
        <w:rPr>
          <w:b/>
        </w:rPr>
        <w:t xml:space="preserve">[25:38] </w:t>
      </w:r>
      <w:r>
        <w:t>to aap ne farmaya ke na'am al-bid'atu. hmm, yani nayi cheez hai, phir bhi achhi hai woh.</w:t>
      </w:r>
    </w:p>
    <w:p>
      <w:pPr>
        <w:jc w:val="right"/>
      </w:pPr>
      <w:r>
        <w:t>تو آپ نے فرمایا کہ نعم البدعتہ۔ ہمم، یعنی نئی چیز ہے، پھر بھی اچھی ہے وہ۔</w:t>
      </w:r>
    </w:p>
    <w:p>
      <w:r>
        <w:rPr>
          <w:b/>
        </w:rPr>
        <w:t xml:space="preserve">[25:46] </w:t>
      </w:r>
      <w:r>
        <w:t>to taraveeh ko main samajhta hoon ke ek pehlu yeh hai ke woh tahajjud ki taqdeem hai. ke tahajjud pehle padh lena hai. doosri baat yeh hai ke taraveeh ka nizam jo qaim hua ummat mein,</w:t>
      </w:r>
    </w:p>
    <w:p>
      <w:pPr>
        <w:jc w:val="right"/>
      </w:pPr>
      <w:r>
        <w:t>تو تراویح کو میں سمجھتا ہوں کہ ایک پہلو یہ ہے کہ وہ تہجد کی تقدیم ہے۔ کہ تہجد پہلے پڑھ لینا ہے۔ دوسری بات یہ ہے کہ تراویح کا نظام جو قائم ہوا امت میں،</w:t>
      </w:r>
    </w:p>
    <w:p>
      <w:r>
        <w:rPr>
          <w:b/>
        </w:rPr>
        <w:t xml:space="preserve">[26:00] </w:t>
      </w:r>
      <w:r>
        <w:t>to woh Quran ke tahaffuz ka bahut bada zariya tha.</w:t>
      </w:r>
    </w:p>
    <w:p>
      <w:pPr>
        <w:jc w:val="right"/>
      </w:pPr>
      <w:r>
        <w:t>تو وہ قرآن کے تحفظ کا بہت بڑا ذریعہ تھا۔</w:t>
      </w:r>
    </w:p>
    <w:p>
      <w:r>
        <w:rPr>
          <w:b/>
        </w:rPr>
        <w:t xml:space="preserve">[26:05] </w:t>
      </w:r>
      <w:r>
        <w:t>hmm, bahut bada zariya. is zamane mein jab ke printing press nahi tha. printing press se pehle Quran ko kaise mehfooz kiya jaye? to yeh ek bahut bada zariya tha ke tahaffuz Quran ke madaris qaim hue.</w:t>
      </w:r>
    </w:p>
    <w:p>
      <w:pPr>
        <w:jc w:val="right"/>
      </w:pPr>
      <w:r>
        <w:t>ہمم، بہت بڑا ذریعہ۔ اس زمانے میں جب کہ پرنٹنگ پریس نہیں تھا۔ پرنٹنگ پریس سے پہلے قرآن کو کیسے محفوظ کیا جائے؟ تو یہ ایک بہت بڑا ذریعہ تھا کہ تحفظ القرآن کے مدرسے قائم ہوئے۔</w:t>
      </w:r>
    </w:p>
    <w:p>
      <w:r>
        <w:rPr>
          <w:b/>
        </w:rPr>
        <w:t xml:space="preserve">[26:18] </w:t>
      </w:r>
      <w:r>
        <w:t>ji, hazaron nahi, lakhon log Quran ko hifz karne lage.</w:t>
      </w:r>
    </w:p>
    <w:p>
      <w:pPr>
        <w:jc w:val="right"/>
      </w:pPr>
      <w:r>
        <w:t>جی، ہزاروں نہیں، لاکھوں لوگ قرآن کو حفظ کرنے لگے۔</w:t>
      </w:r>
    </w:p>
    <w:p>
      <w:r>
        <w:rPr>
          <w:b/>
        </w:rPr>
        <w:t xml:space="preserve">[26:25] </w:t>
      </w:r>
      <w:r>
        <w:t>to sawal yeh hai ke haafiz bane log to iska istemal kya hoga? hmm, ek aisa kaam jis ka koi istemal na ho, woh chalega nahi.</w:t>
      </w:r>
    </w:p>
    <w:p>
      <w:pPr>
        <w:jc w:val="right"/>
      </w:pPr>
      <w:r>
        <w:t>تو سوال یہ ہے کہ حافظ بنے لوگ تو اس کا استعمال کیا ہوگا؟ ہمم، ایک ایسا کام جس کا کوئی استعمال نہ ہو، وہ چلے گا نہیں۔</w:t>
      </w:r>
    </w:p>
    <w:p>
      <w:r>
        <w:rPr>
          <w:b/>
        </w:rPr>
        <w:t xml:space="preserve">[26:35] </w:t>
      </w:r>
      <w:r>
        <w:t>woh nahi chal sakta. haafiz bante jayein, haafiz bante jaiye, woh istemal kuch nahi. to yeh main samajhta hoon ke ummat mein ek bahut achhi cheez shuru hui</w:t>
      </w:r>
    </w:p>
    <w:p>
      <w:pPr>
        <w:jc w:val="right"/>
      </w:pPr>
      <w:r>
        <w:t>وہ نہیں چل سکتا۔ حافظ بنتے جائیں، حافظ بنتے جائیے، وہ استعمال کچھ نہیں۔ تو یہ میں سمجھتا ہوں کہ امت میں ایک بہت اچھی چیز شروع ہوئی</w:t>
      </w:r>
    </w:p>
    <w:p>
      <w:r>
        <w:rPr>
          <w:b/>
        </w:rPr>
        <w:t xml:space="preserve">[26:44] </w:t>
      </w:r>
      <w:r>
        <w:t>printing press se pehle. hmm, ke haafizon ko ek istemal de diya, ek kaam de diya. ab woh masjidon mein namaz taraveeh ki padhane lage.</w:t>
      </w:r>
    </w:p>
    <w:p>
      <w:pPr>
        <w:jc w:val="right"/>
      </w:pPr>
      <w:r>
        <w:t>پرنٹنگ پریس سے پہلے۔ ہمم، کہ حفاظ کو ایک استعمال دے دیا، ایک کام دے دیا۔ اب وہ مسجدوں میں نماز تراویح کی پڑھانے لگے۔</w:t>
      </w:r>
    </w:p>
    <w:p>
      <w:r>
        <w:rPr>
          <w:b/>
        </w:rPr>
        <w:t xml:space="preserve">[26:55] </w:t>
      </w:r>
      <w:r>
        <w:t>ab is mein unko kuch log tohfe tohfaif bhi de dete the. main samajhta hoon ke jaiz hai, bilkul tohfe tohfaif jo dete hain log.</w:t>
      </w:r>
    </w:p>
    <w:p>
      <w:pPr>
        <w:jc w:val="right"/>
      </w:pPr>
      <w:r>
        <w:t>اب اس میں ان کو کچھ لوگ تحفے تحائف بھی دے دیتے تھے۔ میں سمجھتا ہوں کہ جائز ہے، بالکل تحفے تحائف جو دیتے ہیں لوگ۔</w:t>
      </w:r>
    </w:p>
    <w:p>
      <w:r>
        <w:rPr>
          <w:b/>
        </w:rPr>
        <w:t xml:space="preserve">[27:04] </w:t>
      </w:r>
      <w:r>
        <w:t>to yeh ummat mein ek achhi rivayat thi yeh ke ek taraf logon ko ubhara gaya ke Quran ko yaad karo, Quran ko hifz karo.</w:t>
      </w:r>
    </w:p>
    <w:p>
      <w:pPr>
        <w:jc w:val="right"/>
      </w:pPr>
      <w:r>
        <w:t>تو یہ امت میں ایک اچھی روایت تھی یہ کہ ایک طرف لوگوں کو ابھارا گیا کہ قرآن کو یاد کرو، قرآن کو حفظ کرو۔</w:t>
      </w:r>
    </w:p>
    <w:p>
      <w:r>
        <w:rPr>
          <w:b/>
        </w:rPr>
        <w:t xml:space="preserve">[27:16] </w:t>
      </w:r>
      <w:r>
        <w:t>doosri taraf hifz Quran ka ek istemal bhi paida kar diya gaya. ji, to saal bhar log yaad karte hain taake taraveeh mein</w:t>
      </w:r>
    </w:p>
    <w:p>
      <w:pPr>
        <w:jc w:val="right"/>
      </w:pPr>
      <w:r>
        <w:t>دوسری طرف حفظ قرآن کا ایک استعمال بھی پیدا کر دیا گیا۔ جی، تو سال بھر لوگ یاد کرتے ہیں تاکہ تراویح میں</w:t>
      </w:r>
    </w:p>
    <w:p>
      <w:r>
        <w:rPr>
          <w:b/>
        </w:rPr>
        <w:t xml:space="preserve">[27:25] </w:t>
      </w:r>
      <w:r>
        <w:t>padh sakein, kyunke woh bhool jayenge. kyunke agar saal bhar is ko baqayda na padhein to taraveeh nahi padh sakeinge, bhool jayenge woh.</w:t>
      </w:r>
    </w:p>
    <w:p>
      <w:pPr>
        <w:jc w:val="right"/>
      </w:pPr>
      <w:r>
        <w:t>پڑھ سکیں، کیونکہ وہ بھول جائیں گے۔ کیونکہ اگر سال بھر اس کو باقاعدہ نہ پڑھیں تو تراویح نہیں پڑھ سکیں گے، بھول جائیں گے وہ۔</w:t>
      </w:r>
    </w:p>
    <w:p>
      <w:r>
        <w:rPr>
          <w:b/>
        </w:rPr>
        <w:t xml:space="preserve">[27:34] </w:t>
      </w:r>
      <w:r>
        <w:t>to is ki wajah se poora ek madarse ka nizam aur saal bhar Quran ki tilawat karna jaari rehta hai, kyunke unhein ek istemal mila hua hai, ek nishana mila hua hai.</w:t>
      </w:r>
    </w:p>
    <w:p>
      <w:pPr>
        <w:jc w:val="right"/>
      </w:pPr>
      <w:r>
        <w:t>تو اس کی وجہ سے پورا ایک مدرسے کا نظام اور سال بھر قرآن کی تلاوت کرنا جاری رہتا ہے، کیونکہ انہیں ایک استعمال ملا ہوا ہے، ایک نشانہ ملا ہوا ہے۔</w:t>
      </w:r>
    </w:p>
    <w:p>
      <w:r>
        <w:rPr>
          <w:b/>
        </w:rPr>
        <w:t xml:space="preserve">[27:44] </w:t>
      </w:r>
      <w:r>
        <w:t>yeh bahut hi important lehaz se hai ke taraveeh na hoti to nishana na hota. hmm, taraveeh na hoti to hifz Quran ka koi istemal na hota.</w:t>
      </w:r>
    </w:p>
    <w:p>
      <w:pPr>
        <w:jc w:val="right"/>
      </w:pPr>
      <w:r>
        <w:t>یہ بہت ہی امپورٹنٹ لحاظ سے ہے کہ تراویح نہ ہوتی تو نشانہ نہ ہوتا۔ ہمم، تراویح نہ ہوتی تو حفظ قرآن کا کوئی استعمال نہ ہوتا۔</w:t>
      </w:r>
    </w:p>
    <w:p>
      <w:r>
        <w:rPr>
          <w:b/>
        </w:rPr>
        <w:t xml:space="preserve">[27:53] </w:t>
      </w:r>
      <w:r>
        <w:t>to main is ko bahut achhi cheez samajhta hoon. hmm,</w:t>
      </w:r>
    </w:p>
    <w:p>
      <w:pPr>
        <w:jc w:val="right"/>
      </w:pPr>
      <w:r>
        <w:t>تو میں اس کو بہت اچھی چیز سمجھتا ہوں۔ ہمم،</w:t>
      </w:r>
    </w:p>
    <w:p>
      <w:r>
        <w:rPr>
          <w:b/>
        </w:rPr>
        <w:t xml:space="preserve">[27:58] </w:t>
      </w:r>
      <w:r>
        <w:t>yeh rivayat mein yeh bhi aaya hai ke Hazrat Umar ne jab dekha ke log taraveeh padh rahe hain to unhon ne yeh kaha ke yeh bahut achhi cheez hai, lekin jis ko chhod kar yeh log soye rehte hain, yani tahajjud, woh is se zyada achhi cheez hai.</w:t>
      </w:r>
    </w:p>
    <w:p>
      <w:pPr>
        <w:jc w:val="right"/>
      </w:pPr>
      <w:r>
        <w:t>یہ روایت میں یہ بھی آیا ہے کہ حضرت عمر نے جب دیکھا کہ لوگ تراویح پڑھ رہے ہیں تو انہوں نے یہ کہا کہ یہ بہت اچھی چیز ہے، لیکن جس کو چھوڑ کر یہ لوگ سوئے رہتے ہیں، یعنی تہجد، وہ اس سے زیادہ اچھی چیز ہے۔</w:t>
      </w:r>
    </w:p>
    <w:p>
      <w:r>
        <w:rPr>
          <w:b/>
        </w:rPr>
        <w:t xml:space="preserve">[28:14] </w:t>
      </w:r>
      <w:r>
        <w:t>yeh yeh ghair Ramadan ke baare mein kaha unhon ne, Ramadan ke baare mein nahi ke aam dinon mein to woh soye rehte hain, par tahajjud padhte nahi.</w:t>
      </w:r>
    </w:p>
    <w:p>
      <w:pPr>
        <w:jc w:val="right"/>
      </w:pPr>
      <w:r>
        <w:t>یہ یہ غیر رمضان کے بارے میں کہا انہوں نے، رمضان کے بارے میں نہیں کہ عام دنوں میں تو وہ سوئے رہتے ہیں، پر تہجد پڑھتے نہیں۔</w:t>
      </w:r>
    </w:p>
    <w:p>
      <w:r>
        <w:rPr>
          <w:b/>
        </w:rPr>
        <w:t xml:space="preserve">[28:23] </w:t>
      </w:r>
      <w:r>
        <w:t>to is ka matlab yeh tha ke saal bhar to tum tahajjud padhte nahi aur Ramadan mein dhoom machate ho. hmm, yeh koi sehatmand alamat nahi hai.</w:t>
      </w:r>
    </w:p>
    <w:p>
      <w:pPr>
        <w:jc w:val="right"/>
      </w:pPr>
      <w:r>
        <w:t>تو اس کا مطلب یہ تھا کہ سال بھر تو تم تہجد پڑھتے نہیں اور رمضان میں دھوم مچاتے ہو۔ ہمم، یہ کوئی صحت مند علامت نہیں ہے۔</w:t>
      </w:r>
    </w:p>
    <w:p>
      <w:r>
        <w:rPr>
          <w:b/>
        </w:rPr>
        <w:t xml:space="preserve">[28:34] </w:t>
      </w:r>
      <w:r>
        <w:t>ji, sahaba ke zamane mein aaj kal jis tarah se taraveeh ki bahut zyada dhoom hoti hai, log sabhi na padhte hain aur paanch paanch paray padh rahe hote hain, kahin ek hi raat mein khatm ho raha hota hai.</w:t>
      </w:r>
    </w:p>
    <w:p>
      <w:pPr>
        <w:jc w:val="right"/>
      </w:pPr>
      <w:r>
        <w:t>جی، صحابہ کے زمانے میں آج کل جس طرح سے تراویح کی بہت زیادہ دھوم ہوتی ہے، لوگ سبھی نہ پڑھتے ہیں اور پانچ پانچ پارے پڑھ رہے ہوتے ہیں، کہیں ایک ہی رات میں ختم ہو رہا ہوتا ہے۔</w:t>
      </w:r>
    </w:p>
    <w:p>
      <w:r>
        <w:rPr>
          <w:b/>
        </w:rPr>
        <w:t xml:space="preserve">[28:46] </w:t>
      </w:r>
      <w:r>
        <w:t>kya sahaba ke zamane mein is tarah ki dhoom hoti thi?</w:t>
      </w:r>
    </w:p>
    <w:p>
      <w:pPr>
        <w:jc w:val="right"/>
      </w:pPr>
      <w:r>
        <w:t>کیا صحابہ کے زمانے میں اس طرح کی دھوم ہوتی تھی؟</w:t>
      </w:r>
    </w:p>
    <w:p>
      <w:r>
        <w:rPr>
          <w:b/>
        </w:rPr>
        <w:t xml:space="preserve">[28:50] </w:t>
      </w:r>
      <w:r>
        <w:t>nahi, bilkul nahi thi. dhoom to hargiz nahi thi. ji, aur yeh yeh bhi ghulu ki shakal hai. yeh dhoom jo hai, is mein ghulu ki shakal hai.</w:t>
      </w:r>
    </w:p>
    <w:p>
      <w:pPr>
        <w:jc w:val="right"/>
      </w:pPr>
      <w:r>
        <w:t>نہیں، بالکل نہیں تھی۔ دھوم تو ہرگز نہیں تھی۔ جی، اور یہ یہ بھی غلو کی شکل ہے۔ یہ دھوم جو ہے، اس میں غلو کی شکل ہے۔</w:t>
      </w:r>
    </w:p>
    <w:p>
      <w:r>
        <w:rPr>
          <w:b/>
        </w:rPr>
        <w:t xml:space="preserve">[29:00] </w:t>
      </w:r>
      <w:r>
        <w:t>mo'tedil andaaz mein, fitri andaaz mein jab taraveeh ho to us ko maine kaha ke bahut hi achhi cheez hai woh. hmm, lekin yeh is mein jo dhoom machai jati hai to woh to ek ifraat ki baat hai.</w:t>
      </w:r>
    </w:p>
    <w:p>
      <w:pPr>
        <w:jc w:val="right"/>
      </w:pPr>
      <w:r>
        <w:t>معتدل انداز میں، فطری انداز میں جب تراویح ہو تو اس کو میں نے کہا کہ بہت ہی اچھی چیز ہے وہ۔ ہمم، لیکن یہ اس میں جو دھوم مچائی جاتی ہے تو وہ تو ایک افراط کی بات ہے۔</w:t>
      </w:r>
    </w:p>
    <w:p>
      <w:r>
        <w:rPr>
          <w:b/>
        </w:rPr>
        <w:t xml:space="preserve">[29:13] </w:t>
      </w:r>
      <w:r>
        <w:t>to islam mein ifraat bhi galat hai, tafrit bhi galat hai. ji, to mein mu'tedil andaaz mein jo taraveeh padhi jaati hai, us ko mein samajhta hoon ke bohat mufeed cheez hai woh.</w:t>
      </w:r>
    </w:p>
    <w:p>
      <w:pPr>
        <w:jc w:val="right"/>
      </w:pPr>
      <w:r>
        <w:t>تو اسلام میں افراط بھی غلط ہے، تفریط بھی غلط ہے۔ جی، تو میں معتدل انداز میں جو تراویح پڑھی جاتی ہے، اس کو میں سمجھتا ہوں کہ بہت مفید چیز ہے وہ۔</w:t>
      </w:r>
    </w:p>
    <w:p>
      <w:r>
        <w:rPr>
          <w:b/>
        </w:rPr>
        <w:t xml:space="preserve">[29:23] </w:t>
      </w:r>
      <w:r>
        <w:t>hmm,</w:t>
      </w:r>
    </w:p>
    <w:p>
      <w:pPr>
        <w:jc w:val="right"/>
      </w:pPr>
      <w:r>
        <w:t>ہمم،</w:t>
      </w:r>
    </w:p>
    <w:p>
      <w:r>
        <w:rPr>
          <w:b/>
        </w:rPr>
        <w:t xml:space="preserve">[29:24] </w:t>
      </w:r>
      <w:r>
        <w:t>aap ne ek jagah likha hai ke taraveeh ya tahajjud jo hai, woh ek tarah ki ibaadat mazeed hai. is ka kya matlab hai?</w:t>
      </w:r>
    </w:p>
    <w:p>
      <w:pPr>
        <w:jc w:val="right"/>
      </w:pPr>
      <w:r>
        <w:t>آپ نے ایک جگہ لکھا ہے کہ تراویح یا تہجد جو ہے، وہ ایک طرح کی عبادت مزید ہے۔ اس کا کیا مطلب ہے؟</w:t>
      </w:r>
    </w:p>
    <w:p>
      <w:r>
        <w:rPr>
          <w:b/>
        </w:rPr>
        <w:t xml:space="preserve">[29:33] </w:t>
      </w:r>
      <w:r>
        <w:t>yeh quran se maloom hota hai. ji, ba-tahajjud bhi naafila ta'alluq. hmm, tahajjud ko quran mein naafila kaha gaya hai. naafila ke ma'ni hi hote hain mazeed, shai mazeed.</w:t>
      </w:r>
    </w:p>
    <w:p>
      <w:pPr>
        <w:jc w:val="right"/>
      </w:pPr>
      <w:r>
        <w:t>یہ قرآن سے معلوم ہوتا ہے۔ جی، بتہجد بھی نافلہ تعلق۔ ہمم، تہجد کو قرآن میں نافلہ کہا گیا ہے۔ نافلہ کے معنی ہی ہوتے ہیں مزید، شے مزید۔</w:t>
      </w:r>
    </w:p>
    <w:p>
      <w:r>
        <w:rPr>
          <w:b/>
        </w:rPr>
        <w:t xml:space="preserve">[29:46] </w:t>
      </w:r>
      <w:r>
        <w:t>to paanch waqt ki namaz jo hoti hai, us ke siwa ek aur namaz. ji, to maine yeh likha hai is mein ke insaan ki ek insaan ka ek mizaj yeh hai ke kuch aur karna chahta hai woh.</w:t>
      </w:r>
    </w:p>
    <w:p>
      <w:pPr>
        <w:jc w:val="right"/>
      </w:pPr>
      <w:r>
        <w:t>تو پانچ وقت کی نماز جو ہوتی ہے، اس کے سوا ایک اور نماز۔ جی، تو میں نے یہ لکھا ہے اس میں کہ انسان کی ایک انسان کا ایک مزاج یہ ہے کہ کچھ اور کرنا چاہتا ہے وہ۔</w:t>
      </w:r>
    </w:p>
    <w:p>
      <w:r>
        <w:rPr>
          <w:b/>
        </w:rPr>
        <w:t xml:space="preserve">[30:01] </w:t>
      </w:r>
      <w:r>
        <w:t>hmm, kuch aur. ya Hazrat Yusuf (AS) ke haan un ke bhai gaye to unhone un ko khilaye pilaye. jab jaane lage to us ne kuch rakh diya ke raaste mein khane ke liye.</w:t>
      </w:r>
    </w:p>
    <w:p>
      <w:pPr>
        <w:jc w:val="right"/>
      </w:pPr>
      <w:r>
        <w:t>ہمم، کچھ اور۔ یا حضرت یوسف علیہ السلام کے ہاں ان کے بھائی گئے تو انہوں نے ان کو کھلائے پلائے۔ جب جانے لگے تو اس نے کچھ رکھ دیا کہ راستے میں کھانے کے لیے۔</w:t>
      </w:r>
    </w:p>
    <w:p>
      <w:r>
        <w:rPr>
          <w:b/>
        </w:rPr>
        <w:t xml:space="preserve">[30:11] </w:t>
      </w:r>
      <w:r>
        <w:t>yeh kuch aur tha, yeh naafila tha goya ke. hmm, to aadmi ka yeh agar sachcha lagaav hota hai to kuch aur karna chahta hai.</w:t>
      </w:r>
    </w:p>
    <w:p>
      <w:pPr>
        <w:jc w:val="right"/>
      </w:pPr>
      <w:r>
        <w:t>یہ کچھ اور تھا، یہ نافلہ تھا گویا کہ۔ ہمم، تو آدمی کا یہ اگر سچا لگاؤ ہوتا ہے تو کچھ اور کرنا چاہتا ہے۔</w:t>
      </w:r>
    </w:p>
    <w:p>
      <w:r>
        <w:rPr>
          <w:b/>
        </w:rPr>
        <w:t xml:space="preserve">[30:21] </w:t>
      </w:r>
      <w:r>
        <w:t>to Allah taala se agar sachcha lagaav hai to paanch waqt ke muqarrar namaz ke ilawa bhi kuch namaz padhna chahega woh. ji, to isi isi ka naam tahajjud hai.</w:t>
      </w:r>
    </w:p>
    <w:p>
      <w:pPr>
        <w:jc w:val="right"/>
      </w:pPr>
      <w:r>
        <w:t>تو اللہ تعالی سے اگر سچا لگاؤ ہے تو پانچ وقت کے مقرر نماز کے علاوہ بھی کچھ نماز پڑھنا چاہے گا وہ۔ جی، تو اسی اسی کا نام تہجد ہے۔</w:t>
      </w:r>
    </w:p>
    <w:p>
      <w:r>
        <w:rPr>
          <w:b/>
        </w:rPr>
        <w:t xml:space="preserve">[30:30] </w:t>
      </w:r>
      <w:r>
        <w:t>hmm,</w:t>
      </w:r>
    </w:p>
    <w:p>
      <w:pPr>
        <w:jc w:val="right"/>
      </w:pPr>
      <w:r>
        <w:t>ہمم،</w:t>
      </w:r>
    </w:p>
    <w:p>
      <w:r>
        <w:rPr>
          <w:b/>
        </w:rPr>
        <w:t xml:space="preserve">[30:31] </w:t>
      </w:r>
      <w:r>
        <w:t>goya tahajjud jo hai, woh mohabbat ilahi ki pehchaan hai. jis aadmi ki nazar sachchi mohabbat hogi Khuda ki, woh aur zyada ibaadat karna chahega, raaton mein uth kar Khuda ko yaad karna chahega.</w:t>
      </w:r>
    </w:p>
    <w:p>
      <w:pPr>
        <w:jc w:val="right"/>
      </w:pPr>
      <w:r>
        <w:t>گویا تہجد جو ہے، وہ محبت الہی کی پہچان ہے۔ جس آدمی کی نظر سچی محبت ہوگی خدا کی، وہ اور زیادہ عبادت کرنا چاہے گا، راتوں میں اٹھ کر خدا کو یاد کرنا چاہے گا۔</w:t>
      </w:r>
    </w:p>
    <w:p>
      <w:r>
        <w:rPr>
          <w:b/>
        </w:rPr>
        <w:t xml:space="preserve">[30:41] </w:t>
      </w:r>
      <w:r>
        <w:t>ya mohabbat ilahi ya ta'alluq bil-Allah ka. ji, ka ek pehchaan hai. hmm, shab-e-qadr ke baare mein bohat fazail bayan kiye jaate hain aur quran mein bhi aaya hai is ke baare mein ke woh hazaar raaton se afzal hai.</w:t>
      </w:r>
    </w:p>
    <w:p>
      <w:pPr>
        <w:jc w:val="right"/>
      </w:pPr>
      <w:r>
        <w:t>یا محبت الہی یا تعلق باللہ کا۔ جی، کا ایک پہچان ہے۔ ہمم، شب قدر کے بارے میں بہت فضائل بیان کیے جاتے ہیں اور قرآن میں بھی آیا ہے اس کے بارے میں کہ وہ ہزار راتوں سے افضل ہے۔</w:t>
      </w:r>
    </w:p>
    <w:p>
      <w:r>
        <w:rPr>
          <w:b/>
        </w:rPr>
        <w:t xml:space="preserve">[30:56] </w:t>
      </w:r>
      <w:r>
        <w:t>to aisa kyun hai shab-e-qadr ke baare mein ke woh hazaar raaton se afzal hai?</w:t>
      </w:r>
    </w:p>
    <w:p>
      <w:pPr>
        <w:jc w:val="right"/>
      </w:pPr>
      <w:r>
        <w:t>تو ایسا کیوں ہے شب قدر کے بارے میں کہ وہ ہزار راتوں سے افضل ہے؟</w:t>
      </w:r>
    </w:p>
    <w:p>
      <w:r>
        <w:rPr>
          <w:b/>
        </w:rPr>
        <w:t xml:space="preserve">[31:05] </w:t>
      </w:r>
      <w:r>
        <w:t>ab yeh lagta hai ke is mein kuch Allah taala ki rehmat khaas hoti hogi shab-e-qadr mein. aisa lagta hai ke mujhe mehsoos hota hai ke Allah taala ki koi khaas rehmat hoti hai shab-e-qadr mein.</w:t>
      </w:r>
    </w:p>
    <w:p>
      <w:pPr>
        <w:jc w:val="right"/>
      </w:pPr>
      <w:r>
        <w:t>اب یہ لگتا ہے کہ اس میں کچھ اللہ تعالی کی رحمت خاص ہوتی ہوگی شب قدر میں۔ ایسا لگتا ہے کہ مجھے محسوس ہوتا ہے کہ اللہ تعالی کی کوئی خاص رحمت ہوتی ہے شب قدر میں۔</w:t>
      </w:r>
    </w:p>
    <w:p>
      <w:r>
        <w:rPr>
          <w:b/>
        </w:rPr>
        <w:t xml:space="preserve">[31:21] </w:t>
      </w:r>
      <w:r>
        <w:t>aur</w:t>
      </w:r>
    </w:p>
    <w:p>
      <w:pPr>
        <w:jc w:val="right"/>
      </w:pPr>
      <w:r>
        <w:t>اور</w:t>
      </w:r>
    </w:p>
    <w:p>
      <w:r>
        <w:rPr>
          <w:b/>
        </w:rPr>
        <w:t xml:space="preserve">[31:22] </w:t>
      </w:r>
      <w:r>
        <w:t>lekin shab-e-qadr ki tareekh nahi batai gayi. ek hadith mein hai ke Rasool Allah (SAW) itekaaf mein the aur woh raat ko nikle bahar to wahan par do musalman aapas mein lad rahe the.</w:t>
      </w:r>
    </w:p>
    <w:p>
      <w:pPr>
        <w:jc w:val="right"/>
      </w:pPr>
      <w:r>
        <w:t>لیکن شب قدر کی تاریخ نہیں بتائی گئی۔ ایک حدیث میں ہے کہ رسول اللہ صلی اللہ علیہ وسلم اعتکاف میں تھے اور وہ رات کو نکلے باہر تو وہاں پر دو مسلمان آپس میں لڑ رہے تھے۔</w:t>
      </w:r>
    </w:p>
    <w:p>
      <w:r>
        <w:rPr>
          <w:b/>
        </w:rPr>
        <w:t xml:space="preserve">[31:39] </w:t>
      </w:r>
      <w:r>
        <w:t>to is mein aata hai ke</w:t>
      </w:r>
    </w:p>
    <w:p>
      <w:pPr>
        <w:jc w:val="right"/>
      </w:pPr>
      <w:r>
        <w:t>تو اس میں آتا ہے کہ</w:t>
      </w:r>
    </w:p>
    <w:p>
      <w:r>
        <w:rPr>
          <w:b/>
        </w:rPr>
        <w:t xml:space="preserve">[31:45] </w:t>
      </w:r>
      <w:r>
        <w:t>to do aadmi ladne jhagne lage to ilm jo tha shab-e-qadr ka utaar utha liya gaya. to main samajhta hoon ke yeh bohat hi bari baat kahi gayi is hadith mein ke ladna jhagna jo hai itni buri cheez hai ke aaya hua, aayi hui rehmat utha li jaati hai wapas.</w:t>
      </w:r>
    </w:p>
    <w:p>
      <w:pPr>
        <w:jc w:val="right"/>
      </w:pPr>
      <w:r>
        <w:t>تو دو آدمی لڑنے جھگڑنے لگے تو علم جو تھا شب قدر کا اتار اٹھا لیا گیا۔ تو میں سمجھتا ہوں کہ یہ بہت ہی بڑی بات کہی گئی اس حدیث میں کہ لڑنا جھگڑنا جو ہے اتنی بری چیز ہے کہ آیا ہوا، آئی ہوئی رحمت اٹھا لی جاتی ہے واپس۔</w:t>
      </w:r>
    </w:p>
    <w:p>
      <w:r>
        <w:rPr>
          <w:b/>
        </w:rPr>
        <w:t xml:space="preserve">[32:05] </w:t>
      </w:r>
      <w:r>
        <w:t>yaani Allah taala ne apne paighambar par</w:t>
      </w:r>
    </w:p>
    <w:p>
      <w:pPr>
        <w:jc w:val="right"/>
      </w:pPr>
      <w:r>
        <w:t>یعنی اللہ تعالی نے اپنے پیغمبر پر</w:t>
      </w:r>
    </w:p>
    <w:p>
      <w:r>
        <w:rPr>
          <w:b/>
        </w:rPr>
        <w:t xml:space="preserve">[32:09] </w:t>
      </w:r>
      <w:r>
        <w:t>ilm bheja shab-e-qadr ka, yaani kis tareekh ko hogi. lekin jab log ladne jhagne lage to woh wapas le liya gaya.</w:t>
      </w:r>
    </w:p>
    <w:p>
      <w:pPr>
        <w:jc w:val="right"/>
      </w:pPr>
      <w:r>
        <w:t>علم بھیجا شب قدر کا، یعنی کس تاریخ کو ہوگی۔ لیکن جب لوگ لڑنے جھگڑنے لگے تو وہ واپس لے لیا گیا۔</w:t>
      </w:r>
    </w:p>
    <w:p>
      <w:r>
        <w:rPr>
          <w:b/>
        </w:rPr>
        <w:t xml:space="preserve">[32:19] </w:t>
      </w:r>
      <w:r>
        <w:t>to kaha ke agar hum chahte hain shab-e-qadr ki rehmat ko paana ya aur koi Khuda ki rehmat ko paana to bohat hi zyada zaroori hai ke hum ladne jhagne se bachein.</w:t>
      </w:r>
    </w:p>
    <w:p>
      <w:pPr>
        <w:jc w:val="right"/>
      </w:pPr>
      <w:r>
        <w:t>تو کہا کہ اگر ہم چاہتے ہیں شب قدر کی رحمت کو پانا یا اور کوئی خدا کی رحمت کو پانا تو بہت ہی زیادہ ضروری ہے کہ ہم لڑنے جھگڑنے سے بچیں۔</w:t>
      </w:r>
    </w:p>
    <w:p>
      <w:r>
        <w:rPr>
          <w:b/>
        </w:rPr>
        <w:t xml:space="preserve">[32:31] </w:t>
      </w:r>
      <w:r>
        <w:t>jahan ladna jhagna hoga, wahan Khuda ki rehmat nahi hogi. ji, aur doosri baat yeh ke Hazrat Aisha ne kaha ke agar main shab-e-qadr ko paoon to kya karoon?</w:t>
      </w:r>
    </w:p>
    <w:p>
      <w:pPr>
        <w:jc w:val="right"/>
      </w:pPr>
      <w:r>
        <w:t>جہاں لڑنا جھگڑنا ہوگا، وہاں خدا کی رحمت نہیں ہوگی۔ جی، اور دوسری بات یہ کہ حضرت عائشہ نے کہا کہ اگر میں شب قدر کو پاؤں تو کیا کروں؟</w:t>
      </w:r>
    </w:p>
    <w:p>
      <w:r>
        <w:rPr>
          <w:b/>
        </w:rPr>
        <w:t xml:space="preserve">[32:42] </w:t>
      </w:r>
      <w:r>
        <w:t>kaha aur farmaya ke yeh dua karo ke Allahumma anta afuwwun tuhibbul afwa f'af anni. ji, kaha sab se bari cheez hai maghfirat.</w:t>
      </w:r>
    </w:p>
    <w:p>
      <w:pPr>
        <w:jc w:val="right"/>
      </w:pPr>
      <w:r>
        <w:t>کہا اور فرمایا کہ یہ دعا کرو کہ اللہم انت عفو تحب العفو عنی۔ جی، کہا سب سے بڑی چیز ہے مغفرت۔</w:t>
      </w:r>
    </w:p>
    <w:p>
      <w:r>
        <w:rPr>
          <w:b/>
        </w:rPr>
        <w:t xml:space="preserve">[32:50] </w:t>
      </w:r>
      <w:r>
        <w:t>hmm,</w:t>
      </w:r>
    </w:p>
    <w:p>
      <w:pPr>
        <w:jc w:val="right"/>
      </w:pPr>
      <w:r>
        <w:t>ہمم،</w:t>
      </w:r>
    </w:p>
    <w:p>
      <w:r>
        <w:rPr>
          <w:b/>
        </w:rPr>
        <w:t xml:space="preserve">[32:53] </w:t>
      </w:r>
      <w:r>
        <w:t>yeh sab se bari cheez hai jo shab-e-qadr mein insaan ko maangna chahiye.</w:t>
      </w:r>
    </w:p>
    <w:p>
      <w:pPr>
        <w:jc w:val="right"/>
      </w:pPr>
      <w:r>
        <w:t>یہ سب سے بڑی چیز ہے جو شب قدر میں انسان کو مانگنا چاہیے۔</w:t>
      </w:r>
    </w:p>
    <w:p>
      <w:r>
        <w:rPr>
          <w:b/>
        </w:rPr>
        <w:t xml:space="preserve">[32:58] </w:t>
      </w:r>
      <w:r>
        <w:t>goya ke Khuda ki rehmat ko haasil karne ka zariya sabr hai. agar aadmi sabr na kare, ladne badhne lage to Khuda ki rehmat se woh mehroom rahega.</w:t>
      </w:r>
    </w:p>
    <w:p>
      <w:pPr>
        <w:jc w:val="right"/>
      </w:pPr>
      <w:r>
        <w:t>گویا کہ خدا کی رحمت کو حاصل کرنے کا ذریعہ صبر ہے۔ اگر آدمی صبر نہ کرے، لڑنے بڑھنے لگے تو خدا کی رحمت سے وہ محروم رہے گا۔</w:t>
      </w:r>
    </w:p>
    <w:p>
      <w:r>
        <w:rPr>
          <w:b/>
        </w:rPr>
        <w:t xml:space="preserve">[33:08] </w:t>
      </w:r>
      <w:r>
        <w:t>bilashuba. dekhen, sabr ka matlab kya hai? positivity par positivity ko maintain karna. hmm, sabr ka ka zarurat kahan paida hoti hai?</w:t>
      </w:r>
    </w:p>
    <w:p>
      <w:pPr>
        <w:jc w:val="right"/>
      </w:pPr>
      <w:r>
        <w:t>بلاشبہ۔ دیکھیں، صبر کا مطلب کیا ہے؟ پازیٹیوٹی پر پازیٹیوٹی کو مینٹین کرنا۔ ہمم، صبر کا کا ضرورت کہاں پیدا ہوتی ہے؟</w:t>
      </w:r>
    </w:p>
    <w:p>
      <w:r>
        <w:rPr>
          <w:b/>
        </w:rPr>
        <w:t xml:space="preserve">[33:20] </w:t>
      </w:r>
      <w:r>
        <w:t>jahan koi nakhushgawar baat ho, unwanted koi experience ho, koi mushtael dila de aap ko, koi nuqsan pouncha de aap ko, wohin par sabr ki zarurat parti hai.</w:t>
      </w:r>
    </w:p>
    <w:p>
      <w:pPr>
        <w:jc w:val="right"/>
      </w:pPr>
      <w:r>
        <w:t>جہاں کوئی ناخوشگوار بات ہو، ان وانٹڈ کوئی ایکسپیرینس ہو، کوئی مشتعل دلا دے آپ کو، کوئی نقصان پہنچا دے آپ کو، وہیں پر صبر کی ضرورت پڑتی ہے۔</w:t>
      </w:r>
    </w:p>
    <w:p>
      <w:r>
        <w:rPr>
          <w:b/>
        </w:rPr>
        <w:t xml:space="preserve">[33:30] </w:t>
      </w:r>
      <w:r>
        <w:t>ji, to wahan par kya hota hai? negative thought aa jate hain,</w:t>
      </w:r>
    </w:p>
    <w:p>
      <w:pPr>
        <w:jc w:val="right"/>
      </w:pPr>
      <w:r>
        <w:t>جی، تو وہاں پر کیا ہوتا ہے؟ نیگیٹیو تھاٹ آ جاتے ہیں،</w:t>
      </w:r>
    </w:p>
    <w:p>
      <w:r>
        <w:rPr>
          <w:b/>
        </w:rPr>
        <w:t xml:space="preserve">[33:33] </w:t>
      </w:r>
      <w:r>
        <w:t>manfi jazbat aa jate hain, ghussa aur ishtial aur rage aa jata hai. to sabr ka maqsad yahi hai ke apni positivity ko baqi rakho.</w:t>
      </w:r>
    </w:p>
    <w:p>
      <w:pPr>
        <w:jc w:val="right"/>
      </w:pPr>
      <w:r>
        <w:t>منفی جذبات آ جاتے ہیں، غصہ اور اشتعال اور رینج آ جاتا ہے۔ تو صبر کا مقصد یہی ہے کہ اپنی پازیٹیوٹی کو باقی رکھو۔</w:t>
      </w:r>
    </w:p>
    <w:p>
      <w:r>
        <w:rPr>
          <w:b/>
        </w:rPr>
        <w:t xml:space="preserve">[33:44] </w:t>
      </w:r>
      <w:r>
        <w:t>positive thinking jo hai hamari, woh gadbad na hone paye. positive thinking nahi to dua bhi qabool nahi hogi, khuda ki rehmat bhi nahi milegi, kuch bhi nahi hoga.</w:t>
      </w:r>
    </w:p>
    <w:p>
      <w:pPr>
        <w:jc w:val="right"/>
      </w:pPr>
      <w:r>
        <w:t>پازیٹیو تھنکنگ جو ہے ہماری، وہ گڑبڑ نہ ہونے پائے۔ پازیٹیو تھنکنگ نہیں تو دعا بھی قبول نہیں ہوگی، خدا کی رحمت بھی نہیں ملے گی، کچھ بھی نہیں ہوگا۔</w:t>
      </w:r>
    </w:p>
    <w:p>
      <w:r>
        <w:rPr>
          <w:b/>
        </w:rPr>
        <w:t xml:space="preserve">[33:54] </w:t>
      </w:r>
      <w:r>
        <w:t>hmm, to sabr ko log samajhte hain ke koi</w:t>
      </w:r>
    </w:p>
    <w:p>
      <w:pPr>
        <w:jc w:val="right"/>
      </w:pPr>
      <w:r>
        <w:t>ہمم، تو صبر کو لوگ سمجھتے ہیں کہ کوئی</w:t>
      </w:r>
    </w:p>
    <w:p>
      <w:r>
        <w:rPr>
          <w:b/>
        </w:rPr>
        <w:t xml:space="preserve">[33:57] </w:t>
      </w:r>
      <w:r>
        <w:t>yani koi woh passive cheez. ji, yani munfa'il cheez nahi. sabr jo hai, ek tadbeer hai is baat ki ke dunya mein jahan har waqt unwanted experience hota rehta hai,</w:t>
      </w:r>
    </w:p>
    <w:p>
      <w:pPr>
        <w:jc w:val="right"/>
      </w:pPr>
      <w:r>
        <w:t>یعنی کوئی وہ پیسو چیز۔ جی، یعنی منفعل چیز نہیں۔ صبر جو ہے، ایک تدبیر ہے اس بات کی کہ دنیا میں جہاں ہر وقت ان وانٹڈ ایکسپیرینس ہوتا رہتا ہے،</w:t>
      </w:r>
    </w:p>
    <w:p>
      <w:r>
        <w:rPr>
          <w:b/>
        </w:rPr>
        <w:t xml:space="preserve">[34:13] </w:t>
      </w:r>
      <w:r>
        <w:t>wahan hum kis tarah apni positivity ko maintain karen. hmm, yani yeh hai is ka maqsad.</w:t>
      </w:r>
    </w:p>
    <w:p>
      <w:pPr>
        <w:jc w:val="right"/>
      </w:pPr>
      <w:r>
        <w:t>وہاں ہم کس طرح اپنی پازیٹیوٹی کو مینٹین کریں۔ ہمم، یعنی یہ ہے اس کا مقصد۔</w:t>
      </w:r>
    </w:p>
    <w:p>
      <w:r>
        <w:rPr>
          <w:b/>
        </w:rPr>
        <w:t xml:space="preserve">[34:23] </w:t>
      </w:r>
      <w:r>
        <w:t>hmm, yani is lihaz se sabr sab se bari ibadat hai. ke how to convert negativity into positivity. to sabr khud ibadat nahi hai, sabr aadmi ko haqeeqi ibadat ke qabil banati hai.</w:t>
      </w:r>
    </w:p>
    <w:p>
      <w:pPr>
        <w:jc w:val="right"/>
      </w:pPr>
      <w:r>
        <w:t>ہمم، یعنی اس لحاظ سے صبر سب سے بڑی عبادت ہے۔ کہ ہاؤ ٹو کنورٹ نیگیٹیوٹی انٹو پازیٹیوٹی۔ تو صبر خود عبادت نہیں ہے، صبر آدمی کو حقیقی عبادت کے قابل بناتی ہے۔</w:t>
      </w:r>
    </w:p>
    <w:p>
      <w:r>
        <w:rPr>
          <w:b/>
        </w:rPr>
        <w:t xml:space="preserve">[34:37] </w:t>
      </w:r>
      <w:r>
        <w:t>hmm, kyunke haqeeqi ibadat woh hai jis mein jis mein musbat jazbat ke sath kare aadmi. musbat jazbat nahi to ibadat bhi nahi.</w:t>
      </w:r>
    </w:p>
    <w:p>
      <w:pPr>
        <w:jc w:val="right"/>
      </w:pPr>
      <w:r>
        <w:t>ہمم، کیونکہ حقیقی عبادت وہ ہے جس میں جس میں مثبت جذبات کے ساتھ کرے آدمی۔ مثبت جذبات نہیں تو عبادت بھی نہیں۔</w:t>
      </w:r>
    </w:p>
    <w:p>
      <w:r>
        <w:rPr>
          <w:b/>
        </w:rPr>
        <w:t xml:space="preserve">[34:47] </w:t>
      </w:r>
      <w:r>
        <w:t>hmm, to sabr aadmi ko is qabil banata hai, yani sabr ki spirit, sabr ka mizaj ke woh avoid kare cheezon ko, cheezon se araz kare, cheezon ko bhulata rahe taake us ke dil mein manfi jazbat parvarish na payen aur musbat jazbat mein woh jeeta rahe barabar.</w:t>
      </w:r>
    </w:p>
    <w:p>
      <w:pPr>
        <w:jc w:val="right"/>
      </w:pPr>
      <w:r>
        <w:t>ہمم، تو صبر آدمی کو اس قابل بناتا ہے، یعنی صبر کی سپرٹ، صبر کا مزاج کہ وہ اوائڈ کرے چیزوں کو، چیزوں سے اعراض کرے، چیزوں کو بھلاتا رہے تاکہ اس کے دل میں منفی جذبات پرورش نہ پائیں اور مثبت جذبات میں وہ جیتا رہے برابر۔</w:t>
      </w:r>
    </w:p>
    <w:p>
      <w:r>
        <w:rPr>
          <w:b/>
        </w:rPr>
        <w:t xml:space="preserve">[35:09] </w:t>
      </w:r>
      <w:r>
        <w:t>tabhi woh is qabil hoga ke woh sachi ibadat kare aur tabhi is qabil hoga ke us par khuda ki rehmat aaye. ji,</w:t>
      </w:r>
    </w:p>
    <w:p>
      <w:pPr>
        <w:jc w:val="right"/>
      </w:pPr>
      <w:r>
        <w:t>تبھی وہ اس قابل ہوگا کہ وہ سچی عبادت کرے اور تبھی اس قابل ہوگا کہ اس پر خدا کی رحمت آئے۔ جی،</w:t>
      </w:r>
    </w:p>
    <w:p>
      <w:r>
        <w:rPr>
          <w:b/>
        </w:rPr>
        <w:t xml:space="preserve">[35:19] </w:t>
      </w:r>
      <w:r>
        <w:t>sabr ke bare mein log aam taur par yeh kehte hain ke yeh kahan tak sabr karen? kya is silsile mein koi hadith hai ke kahan</w:t>
      </w:r>
    </w:p>
    <w:p>
      <w:pPr>
        <w:jc w:val="right"/>
      </w:pPr>
      <w:r>
        <w:t>صبر کے بارے میں لوگ عام طور پر یہ کہتے ہیں کہ یہ کہاں تک صبر کریں؟ کیا اس سلسلے میں کوئی حدیث ہے کہ کہاں</w:t>
      </w:r>
    </w:p>
    <w:p>
      <w:r>
        <w:rPr>
          <w:b/>
        </w:rPr>
        <w:t xml:space="preserve">[35:27] </w:t>
      </w:r>
      <w:r>
        <w:t>tak sabr? sabr to karna hi karna hai. hmm, mujh se keh loon ke sab poochte hain to maine kaha ke bhai namaz kab tak parhen?</w:t>
      </w:r>
    </w:p>
    <w:p>
      <w:pPr>
        <w:jc w:val="right"/>
      </w:pPr>
      <w:r>
        <w:t>تک صبر؟ صبر تو کرنا ہی کرنا ہے۔ ہمم، مجھ سے کہہ لوں کہ سب پوچھتے ہیں تو میں نے کہا کہ بھئی نماز کب تک پڑھیں؟</w:t>
      </w:r>
    </w:p>
    <w:p>
      <w:r>
        <w:rPr>
          <w:b/>
        </w:rPr>
        <w:t xml:space="preserve">[35:35] </w:t>
      </w:r>
      <w:r>
        <w:t>yeh kyun nahi kehte aap? hmm, namaz ibadat hai, sabr bhi ibadat, ibadat hai. hmm, maine kaha ke</w:t>
      </w:r>
    </w:p>
    <w:p>
      <w:pPr>
        <w:jc w:val="right"/>
      </w:pPr>
      <w:r>
        <w:t>یہ کیوں نہیں کہتے آپ؟ ہمم، نماز عبادت ہے، صبر بھی عبادت، عبادت ہے۔ ہمم، میں نے کہا کہ</w:t>
      </w:r>
    </w:p>
    <w:p>
      <w:r>
        <w:rPr>
          <w:b/>
        </w:rPr>
        <w:t xml:space="preserve">[35:44] </w:t>
      </w:r>
      <w:r>
        <w:t>jab aap ko aap namazi hain, azan ki awaz aati hai masjid se to foran sochne lagte hain ke bhai ab namaz ka waqt ho gaya, chalo namaz parh kar ke sawab hasil karen.</w:t>
      </w:r>
    </w:p>
    <w:p>
      <w:pPr>
        <w:jc w:val="right"/>
      </w:pPr>
      <w:r>
        <w:t>جب آپ کو آپ نمازی ہیں، اذان کی آواز آتی ہے مسجد سے تو فوراً سوچنے لگتے ہیں کہ بھئی اب نماز کا وقت ہو گیا، چلو نماز پڑھ کر کے ثواب حاصل کریں۔</w:t>
      </w:r>
    </w:p>
    <w:p>
      <w:r>
        <w:rPr>
          <w:b/>
        </w:rPr>
        <w:t xml:space="preserve">[35:58] </w:t>
      </w:r>
      <w:r>
        <w:t>isi tareeqe se agar aap ko koi ishtial dilata hai to woh bhi azan hai,</w:t>
      </w:r>
    </w:p>
    <w:p>
      <w:pPr>
        <w:jc w:val="right"/>
      </w:pPr>
      <w:r>
        <w:t>اسی طریقے سے اگر آپ کو کوئی اشتعال دلاتا ہے تو وہ بھی اذان ہے،</w:t>
      </w:r>
    </w:p>
    <w:p>
      <w:r>
        <w:rPr>
          <w:b/>
        </w:rPr>
        <w:t xml:space="preserve">[36:03] </w:t>
      </w:r>
      <w:r>
        <w:t>sabr ibadat ki azan. kyunke quran majeed mein hai ke innam yufasabiroon ujruhum bighair hisab.</w:t>
      </w:r>
    </w:p>
    <w:p>
      <w:pPr>
        <w:jc w:val="right"/>
      </w:pPr>
      <w:r>
        <w:t>صبر عبادت کی اذان۔ کیونکہ قرآن مجید میں ہے کہ انما یفصابرون اجنہم بغیر حساب۔</w:t>
      </w:r>
    </w:p>
    <w:p>
      <w:r>
        <w:rPr>
          <w:b/>
        </w:rPr>
        <w:t xml:space="preserve">[36:12] </w:t>
      </w:r>
      <w:r>
        <w:t>ji, ke sabr ka badla sab se zyada milega. hmm, to woh to sabr ibadat ho gayi. woh bilkul. to aap ko jab woh mauqa aaye jab aap be sabr ho jate hain, mushtael ho jate hain</w:t>
      </w:r>
    </w:p>
    <w:p>
      <w:pPr>
        <w:jc w:val="right"/>
      </w:pPr>
      <w:r>
        <w:t>جی، کہ صبر کا بدلہ سب سے زیادہ ملے گا۔ ہمم، تو وہ تو صبر عبادت ہو گئی۔ وہ بالکل۔ تو آپ کو جب وہ موقع آئے جب آپ بے صبر ہو جاتے ہیں، مشتعل ہو جاتے ہیں</w:t>
      </w:r>
    </w:p>
    <w:p>
      <w:r>
        <w:rPr>
          <w:b/>
        </w:rPr>
        <w:t xml:space="preserve">[36:24] </w:t>
      </w:r>
      <w:r>
        <w:t>to koi koi aadmi hota hai jo aisa karta hai, bhadkata hai aap ko, provoke karta hai aap ko. to samajhye ke woh aadmi muazzin hai.</w:t>
      </w:r>
    </w:p>
    <w:p>
      <w:pPr>
        <w:jc w:val="right"/>
      </w:pPr>
      <w:r>
        <w:t>تو کوئی کوئی آدمی ہوتا ہے جو ایسا کرتا ہے، بھڑکاتا ہے آپ کو، پرووک کرتا ہے آپ کو۔ تو سمجھئے کہ وہ آدمی موذن ہے۔</w:t>
      </w:r>
    </w:p>
    <w:p>
      <w:r>
        <w:rPr>
          <w:b/>
        </w:rPr>
        <w:t xml:space="preserve">[36:33] </w:t>
      </w:r>
      <w:r>
        <w:t>ji, jis aadmi ne aap ko bharkaya hai, woh aadmi aap ke liye ek muazzin hai, muazzin sabr hai woh. ji,</w:t>
      </w:r>
    </w:p>
    <w:p>
      <w:pPr>
        <w:jc w:val="right"/>
      </w:pPr>
      <w:r>
        <w:t>جی، جس آدمی نے آپ کو بھڑکایا ہے، وہ آدمی آپ کے لیے ایک موذن ہے، موذن صبر ہے وہ۔ جی،</w:t>
      </w:r>
    </w:p>
    <w:p>
      <w:r>
        <w:rPr>
          <w:b/>
        </w:rPr>
        <w:t xml:space="preserve">[36:40] </w:t>
      </w:r>
      <w:r>
        <w:t>woh azan sabr de raha hai. kyunke jab agar is tarah ki situation aayegi, tabhi to aap sabr karenge. ji, koi aap ko yani khoob aap ka ehtiram kar raha hai, khoob aap ka abhaghat kar raha hai, khoob aap ki tareef kar raha hai to aap to sabr ka to koi mauqa nahi wahan par.</w:t>
      </w:r>
    </w:p>
    <w:p>
      <w:pPr>
        <w:jc w:val="right"/>
      </w:pPr>
      <w:r>
        <w:t>وہ اذان صبر دے رہا ہے۔ کیونکہ جب اگر اس طرح کی سچوئیشن آئے گی، تبھی تو آپ صبر کریں گے۔ جی، کوئی آپ کو یعنی خوب آپ کا احترام کر رہا ہے، خوب آپ کا ابھگت کر رہا ہے، خوب آپ کی تعریف کر رہا ہے تو آپ تو صبر کا تو کوئی موقع نہیں وہاں پر۔</w:t>
      </w:r>
    </w:p>
    <w:p>
      <w:r>
        <w:rPr>
          <w:b/>
        </w:rPr>
        <w:t xml:space="preserve">[37:00] </w:t>
      </w:r>
      <w:r>
        <w:t>to</w:t>
      </w:r>
    </w:p>
    <w:p>
      <w:pPr>
        <w:jc w:val="right"/>
      </w:pPr>
      <w:r>
        <w:t>تو</w:t>
      </w:r>
    </w:p>
    <w:p>
      <w:r>
        <w:rPr>
          <w:b/>
        </w:rPr>
        <w:t xml:space="preserve">[37:01] </w:t>
      </w:r>
      <w:r>
        <w:t>jab sabr ka mauqa aayega, tabhi to woh sabr ibadat aap kar sakte hain.</w:t>
      </w:r>
    </w:p>
    <w:p>
      <w:pPr>
        <w:jc w:val="right"/>
      </w:pPr>
      <w:r>
        <w:t>جب صبر کا موقع آئے گا، تبھی تو وہ صبر عبادت آپ کر سکتے ہیں۔</w:t>
      </w:r>
    </w:p>
    <w:p>
      <w:r>
        <w:rPr>
          <w:b/>
        </w:rPr>
        <w:t xml:space="preserve">[37:06] </w:t>
      </w:r>
      <w:r>
        <w:t>bilkul sahi hai. ramzan mein aitkaf kiya aata hai? aitkaf ki kya ahmiyat hai? aitkaf jo hai, isi maqsad ko jis ke liye roza hai, isi ko aur zyada hasil karne ki tadbeer hai.</w:t>
      </w:r>
    </w:p>
    <w:p>
      <w:pPr>
        <w:jc w:val="right"/>
      </w:pPr>
      <w:r>
        <w:t>بالکل صحیح ہے۔ رمضان میں اعتکاف کیا آتا ہے؟ اعتکاف کی کیا اہمیت ہے؟ اعتکاف جو ہے، اسی مقصد کو جس کے لیے روزہ ہے، اسی کو اور زیادہ حاصل کرنے کی تدبیر ہے۔</w:t>
      </w:r>
    </w:p>
    <w:p>
      <w:r>
        <w:rPr>
          <w:b/>
        </w:rPr>
        <w:t xml:space="preserve">[37:20] </w:t>
      </w:r>
      <w:r>
        <w:t>yani ek sui. eitkaf ka matlab hai ek sui. aam taur par roze mein bhi ek sui matloob hai. ji, ke aadmi khane peene ka mashghala na rakhega to kuch time zyada mil jayega is ko.</w:t>
      </w:r>
    </w:p>
    <w:p>
      <w:pPr>
        <w:jc w:val="right"/>
      </w:pPr>
      <w:r>
        <w:t>یعنی ایک سوئی۔ اعتکاف کا مطلب ہے ایک سوئی۔ عام طور پر روزے میں بھی ایک سوئی مطلوب ہے۔ جی، کہ آدمی کھانے پینے کا مشغلہ نہ رکھے گا تو کچھ ٹائم زیادہ مل جائے گا اس کو۔</w:t>
      </w:r>
    </w:p>
    <w:p>
      <w:r>
        <w:rPr>
          <w:b/>
        </w:rPr>
        <w:t xml:space="preserve">[37:34] </w:t>
      </w:r>
      <w:r>
        <w:t>hmm, isi tarah se aur bhi zyada yeksui karne ke liye woh masjid mein baith jata hai kuch dinon ke liye. to eitkaf jo hai, sach poochhen to isi amal ke liye.</w:t>
      </w:r>
    </w:p>
    <w:p>
      <w:pPr>
        <w:jc w:val="right"/>
      </w:pPr>
      <w:r>
        <w:t>ہمم، اسی طریقے سے اور بھی زیادہ ایکسو کرنے کے لیے وہ مسجد میں بیٹھ جاتا ہے کچھ دنوں کے لیے۔ تو اعتکاف جو ہے، سچ پوچھیں تو اسی عمل کے لیے۔</w:t>
      </w:r>
    </w:p>
    <w:p>
      <w:r>
        <w:rPr>
          <w:b/>
        </w:rPr>
        <w:t xml:space="preserve">[37:46] </w:t>
      </w:r>
      <w:r>
        <w:t>yani ibadat hai, zikr hai, tilawat hai, Allah taala ko yaad karna hai. isi amal ke liye koi prasarar cheez nahi hai woh.</w:t>
      </w:r>
    </w:p>
    <w:p>
      <w:pPr>
        <w:jc w:val="right"/>
      </w:pPr>
      <w:r>
        <w:t>یعنی عبادت ہے، ذکر ہے، تلاوت ہے، اللہ تعالی کو یاد کرنا ہے۔ اسی عمل کے لیے کوئی پراسرار چیز نہیں ہے وہ۔</w:t>
      </w:r>
    </w:p>
    <w:p>
      <w:r>
        <w:rPr>
          <w:b/>
        </w:rPr>
        <w:t xml:space="preserve">[37:56] </w:t>
      </w:r>
      <w:r>
        <w:t>ji, isi amal ko mazeed yeksui ke sath ada karne ke liye eitkaf kiya jata hai.</w:t>
      </w:r>
    </w:p>
    <w:p>
      <w:pPr>
        <w:jc w:val="right"/>
      </w:pPr>
      <w:r>
        <w:t>جی، اسی عمل کو مزید یکسوئی کے ساتھ ادا کرنے کے لیے اعتکاف کیا جاتا ہے۔</w:t>
      </w:r>
    </w:p>
    <w:p>
      <w:r>
        <w:rPr>
          <w:b/>
        </w:rPr>
        <w:t xml:space="preserve">[38:03] </w:t>
      </w:r>
      <w:r>
        <w:t>yani Ramzan ki jo Ramzan ke jo aamal hain, unhi ki zyada murtakiz surat hai eitkaf. haan, yeh bilkul sahi kaha aap ne. hadith mein aaya hai eitkaf ke bare mein ke ya'takifu al-zunub.</w:t>
      </w:r>
    </w:p>
    <w:p>
      <w:pPr>
        <w:jc w:val="right"/>
      </w:pPr>
      <w:r>
        <w:t>یعنی رمضان کی جو رمضان کے جو اعمال ہیں، انہی کی زیادہ مرتکز صورت ہے اعتکاف۔ ہاں، یہ بالکل صحیح کہا آپ نے۔ حدیث میں آیا ہے اعتکاف کے بارے میں کہ یعتکف الذنوب۔</w:t>
      </w:r>
    </w:p>
    <w:p>
      <w:r>
        <w:rPr>
          <w:b/>
        </w:rPr>
        <w:t xml:space="preserve">[38:17] </w:t>
      </w:r>
      <w:r>
        <w:t>iska kya matlab hoga?</w:t>
      </w:r>
    </w:p>
    <w:p>
      <w:pPr>
        <w:jc w:val="right"/>
      </w:pPr>
      <w:r>
        <w:t>اس کا کیا مطلب ہوگا؟</w:t>
      </w:r>
    </w:p>
    <w:p>
      <w:r>
        <w:rPr>
          <w:b/>
        </w:rPr>
        <w:t xml:space="preserve">[38:20] </w:t>
      </w:r>
      <w:r>
        <w:t>yeh iska ek pehlu hai ke aadmi apne ko gunahon se door kar leta hai. zahir hai ke jab aap masjid ke koshish mein ja kar baith jayenge, hmm, samaj mein nahi honge, ma'ashre ke andar nahi honge to zunub se door ho gaye aap.</w:t>
      </w:r>
    </w:p>
    <w:p>
      <w:pPr>
        <w:jc w:val="right"/>
      </w:pPr>
      <w:r>
        <w:t>یہ اس کا ایک پہلو ہے کہ آدمی اپنے کو گناہوں سے دور کر لیتا ہے۔ ظاہر ہے کہ جب آپ مسجد کے کوشش میں جا کر بیٹھ جائیں گے، ہمم، سماج میں نہیں ہوں گے، معاشرے کے اندر نہیں ہوں گے تو ذنوب سے دور ہو گئے آپ۔</w:t>
      </w:r>
    </w:p>
    <w:p>
      <w:r>
        <w:rPr>
          <w:b/>
        </w:rPr>
        <w:t xml:space="preserve">[38:35] </w:t>
      </w:r>
      <w:r>
        <w:t>kyunki zunb jo hai, woh masjid mein to hota nahi, logon ke beech mein hota hai, samaj ke andar hota hai.</w:t>
      </w:r>
    </w:p>
    <w:p>
      <w:pPr>
        <w:jc w:val="right"/>
      </w:pPr>
      <w:r>
        <w:t>کیونکہ ذنب جو ہے، وہ مسجد میں تو ہوتا نہیں، لوگوں کے بیچ میں ہوتا ہے، سماج کے اندر ہوتا ہے۔</w:t>
      </w:r>
    </w:p>
    <w:p>
      <w:r>
        <w:rPr>
          <w:b/>
        </w:rPr>
        <w:t xml:space="preserve">[38:42] </w:t>
      </w:r>
      <w:r>
        <w:t>to ab wahan masjid ja kar ke agar koi zunb kare, matlab buri baaten soche, koi sazish kare, hmm, kisi ke khilaf. main ek sahib ko janta hoon, woh masjid mein qatl ki sazish karte the.</w:t>
      </w:r>
    </w:p>
    <w:p>
      <w:pPr>
        <w:jc w:val="right"/>
      </w:pPr>
      <w:r>
        <w:t>تو اب وہاں مسجد جا کر کے اگر کوئی ذنب کرے، مطلب بری باتیں سوچے، کوئی سازش کرے، ہمم، کسی کے خلاف۔ میں ایک صاحب کو جانتا ہوں، وہ مسجد میں قتل کی سازش کرتے تھے۔</w:t>
      </w:r>
    </w:p>
    <w:p>
      <w:r>
        <w:rPr>
          <w:b/>
        </w:rPr>
        <w:t xml:space="preserve">[38:55] </w:t>
      </w:r>
      <w:r>
        <w:t>woh, hmm, apne mukhalif fareeq jo tha, uska usko</w:t>
      </w:r>
    </w:p>
    <w:p>
      <w:pPr>
        <w:jc w:val="right"/>
      </w:pPr>
      <w:r>
        <w:t>وہ، ہمم، اپنے مخالف فریق جو تھا، اس کا اس کو</w:t>
      </w:r>
    </w:p>
    <w:p>
      <w:r>
        <w:rPr>
          <w:b/>
        </w:rPr>
        <w:t xml:space="preserve">[39:01] </w:t>
      </w:r>
      <w:r>
        <w:t>qatl karwane karwaya unhon ne. to uski sazish unhon ne masjid mein ki thi. hmm, to masjid mein bhi zunb kar sakta hai aadmi. ji, kyunki zunb ka ta'alluq soch se hai.</w:t>
      </w:r>
    </w:p>
    <w:p>
      <w:pPr>
        <w:jc w:val="right"/>
      </w:pPr>
      <w:r>
        <w:t>قتل کروانے کروایا انہوں نے۔ تو اس کی سازش انہوں نے مسجد میں کی تھی۔ ہمم، تو مسجد میں بھی ذنب کر سکتا ہے آدمی۔ جی، کیونکہ ذنب کا تعلق سوچ سے ہے۔</w:t>
      </w:r>
    </w:p>
    <w:p>
      <w:r>
        <w:rPr>
          <w:b/>
        </w:rPr>
        <w:t xml:space="preserve">[39:14] </w:t>
      </w:r>
      <w:r>
        <w:t>soch to phir bhi aap ke sath rahegi, chahe aap masjid mein hon, chahe samaj mein hon. bilkul. to soch ki satah par apne ko</w:t>
      </w:r>
    </w:p>
    <w:p>
      <w:pPr>
        <w:jc w:val="right"/>
      </w:pPr>
      <w:r>
        <w:t>سوچ تو پھر بھی آپ کے ساتھ رہے گی، چاہے آپ مسجد میں ہوں، چاہے سماج میں ہوں۔ بالکل۔ تو سوچ کی سطح پر اپنے کو</w:t>
      </w:r>
    </w:p>
    <w:p>
      <w:r>
        <w:rPr>
          <w:b/>
        </w:rPr>
        <w:t xml:space="preserve">[39:20] </w:t>
      </w:r>
      <w:r>
        <w:t>zunub se door karna padta hai.</w:t>
      </w:r>
    </w:p>
    <w:p>
      <w:pPr>
        <w:jc w:val="right"/>
      </w:pPr>
      <w:r>
        <w:t>ذنب سے دور کرنا پڑتا ہے۔</w:t>
      </w:r>
    </w:p>
    <w:p>
      <w:r>
        <w:rPr>
          <w:b/>
        </w:rPr>
        <w:t xml:space="preserve">[39:22] </w:t>
      </w:r>
      <w:r>
        <w:t>ji, aaj ke is program ke liye hum aap ke bohat shukr guzar hain. nazreen, yeh program inshallah isi tarah chalta rahega. jab tak ke liye hum aap se ijazat chahte hain.</w:t>
      </w:r>
    </w:p>
    <w:p>
      <w:pPr>
        <w:jc w:val="right"/>
      </w:pPr>
      <w:r>
        <w:t>جی، آج کے اس پروگرام کے لیے ہم آپ کے بہت شکر گزار ہیں۔ ناظرین، یہ پروگرام انشاءاللہ اسی طرح چلتا رہے گا۔ جب تک کے لیے ہم آپ سے اجازت چاہتے ہیں۔</w:t>
      </w:r>
    </w:p>
    <w:p>
      <w:r>
        <w:rPr>
          <w:b/>
        </w:rPr>
        <w:t xml:space="preserve">[39:33] </w:t>
      </w:r>
      <w:r>
        <w:t>khuda hafiz.</w:t>
      </w:r>
    </w:p>
    <w:p>
      <w:pPr>
        <w:jc w:val="right"/>
      </w:pPr>
      <w:r>
        <w:t>خدا حافظ۔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