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Thinking August 21, 2022</w:t>
      </w:r>
    </w:p>
    <w:p>
      <w:r>
        <w:t>https://youtu.be/H_0zmN0MLS8</w:t>
      </w:r>
    </w:p>
    <w:p>
      <w:r>
        <w:rPr>
          <w:b/>
        </w:rPr>
        <w:t xml:space="preserve">[00:16] </w:t>
      </w:r>
      <w:r>
        <w:t>Ah, Maulana Wahiduddin Khan Sahab ne Al-Risala mein likha hai: "Haqiqat yeh hai ke har qism ke bigaad ka ta'alluq soch se hai. Islaah ka raaz yeh hai ke insani soch mein tabdeeli laayi jaye.</w:t>
      </w:r>
    </w:p>
    <w:p>
      <w:pPr>
        <w:jc w:val="right"/>
      </w:pPr>
      <w:r>
        <w:t>اہ،مول اناوحیدالدینخان صاحبنے الرسالےمیںلکھاہے: "حقیقتیہہےکہہرقسم کے بگاڑکاتعلق سوچسےہے۔ اصلاح کارازیہہےکہانسانیسوچمیں تبدیلیلائیجائے۔</w:t>
      </w:r>
    </w:p>
    <w:p>
      <w:r>
        <w:rPr>
          <w:b/>
        </w:rPr>
        <w:t xml:space="preserve">[00:28] </w:t>
      </w:r>
      <w:r>
        <w:t>Insani soch ko badle baghair koi bhi islaah mumkin nahi." Aur yeh cheez Quran o Hadees mein bar bar iski ta'keed ki gayi hai ke insani soch,</w:t>
      </w:r>
    </w:p>
    <w:p>
      <w:pPr>
        <w:jc w:val="right"/>
      </w:pPr>
      <w:r>
        <w:t>انسانیسوچکو بدلےبغیرکوئیبھی اصلاح ممکننہیں ۔" اور یہچیز قرآنوحدیثمیںباربار اسکی تاکیدکیگئیہے کہ انسانیسوچ،</w:t>
      </w:r>
    </w:p>
    <w:p>
      <w:r>
        <w:rPr>
          <w:b/>
        </w:rPr>
        <w:t xml:space="preserve">[00:41] </w:t>
      </w:r>
      <w:r>
        <w:t>Ah, mein islaah ki jaye. Ah, Paighambar-e-Islam Sallallahu Alaihi Wasallam ke bare mein aata hai ke jab bhi aap koi khutba dete ya mukhtalif mauqe par aap kehte hain "Wa na'udhu billahi min sharri anfusina" ke main Allah ki panah chahta hoon apne nafs ke shar</w:t>
      </w:r>
    </w:p>
    <w:p>
      <w:pPr>
        <w:jc w:val="right"/>
      </w:pPr>
      <w:r>
        <w:t>اہ،میں اصلاحکیجائے۔ اہ،پیغمبراسلام صلیاللہعلیہوسلم کےبارےمیںآتاہےکہجببھیآپکوئیخطبہدیتے یا مختلف موقعپر آپ کہتےہیںون عوذباللہ منشر ورانفس نا کہمیںاللہ کیپناہچاہتاہوںاپنےنفس کے شر</w:t>
      </w:r>
    </w:p>
    <w:p>
      <w:r>
        <w:rPr>
          <w:b/>
        </w:rPr>
        <w:t xml:space="preserve">[00:58] </w:t>
      </w:r>
      <w:r>
        <w:t>se. Nafs ka shar kya hai? Fikr ka durust nah hona. Aap Sahih Bukhari padhen to pehli hadees jo aati hai wohi hai "Innamal a'malu binniyyat wa innamal li kullimri'in ma nawa" ke amal ka daromadar niyat par hai aur har insaan ke liye wohi hai jo woh niyat kare.</w:t>
      </w:r>
    </w:p>
    <w:p>
      <w:pPr>
        <w:jc w:val="right"/>
      </w:pPr>
      <w:r>
        <w:t>سے۔ نفس کاشر کیاہے ؟ فکر کادرستنہہونا۔ آپ صحیح البخاریپڑھیںتوپہلیحدیثجوآتیہےوہیہہے إنما الأعمال بالنيات وإنما لكل امرئ مانوى کہ عمل کاداروم دارنیتپرہے اور ہرانسان کےلیےوہیہےجو وہ نیتکرے۔</w:t>
      </w:r>
    </w:p>
    <w:p>
      <w:r>
        <w:rPr>
          <w:b/>
        </w:rPr>
        <w:t xml:space="preserve">[01:16] </w:t>
      </w:r>
      <w:r>
        <w:t>Yeh niyat kya hai? Yeh soch hai. Zaban se adaigi nahi, yeh soch hai. To hamare amal durust usi waqt ho sakte hain jab hamari soch durust hogi.</w:t>
      </w:r>
    </w:p>
    <w:p>
      <w:pPr>
        <w:jc w:val="right"/>
      </w:pPr>
      <w:r>
        <w:t>یہ نیتکیاہے؟یہ سوچہے۔ زبان سےادائیگینہیں،یہسوچہے۔ تو ہمارےعمل درست اسیوقتہوسکتےہیںجبہ ماریسوچدرستہوگی۔</w:t>
      </w:r>
    </w:p>
    <w:p>
      <w:r>
        <w:rPr>
          <w:b/>
        </w:rPr>
        <w:t xml:space="preserve">[01:28] </w:t>
      </w:r>
      <w:r>
        <w:t>To is haqiqat ki buniyad par, is ahmiyat ki buniyad par, aaj ka hamara topic hai "Art of Thinking", fun-e-fikr.</w:t>
      </w:r>
    </w:p>
    <w:p>
      <w:pPr>
        <w:jc w:val="right"/>
      </w:pPr>
      <w:r>
        <w:t>تو اس حقیقتکیبنی ادپر ،اس اہمیتکیبنی ادپر، آجکاہماراٹاپکہے "ارٹآفتھنکنگ"، فنتفکیر ۔</w:t>
      </w:r>
    </w:p>
    <w:p>
      <w:r>
        <w:rPr>
          <w:b/>
        </w:rPr>
        <w:t xml:space="preserve">[01:38] </w:t>
      </w:r>
      <w:r>
        <w:t>Ah, is par aaj hum, ah, Dr. Fareeda Khan Sahiba se guftagu karenge, ah, ke Art of Thinking kya hai.</w:t>
      </w:r>
    </w:p>
    <w:p>
      <w:pPr>
        <w:jc w:val="right"/>
      </w:pPr>
      <w:r>
        <w:t>اہ،اسپرآجہم، اہ، ڈاکٹرفریدہخانمصاحبہسے گفتگو کریںگے، اہ، کہ آرٹآفتھنکنگکیاہے۔</w:t>
      </w:r>
    </w:p>
    <w:p>
      <w:r>
        <w:rPr>
          <w:b/>
        </w:rPr>
        <w:t xml:space="preserve">[01:48] </w:t>
      </w:r>
      <w:r>
        <w:t>To sabse pehla sawal jo hum karenge aapse woh yeh hai, aap a: "Dichotomy of Thinking kya hai?" Ya do qism ki soch jo kehte hain, woh kya cheez hai?</w:t>
      </w:r>
    </w:p>
    <w:p>
      <w:pPr>
        <w:jc w:val="right"/>
      </w:pPr>
      <w:r>
        <w:t>تو سبسےپہلاسوالجوہمکریںگے آپسے وہ یہہے، آپ ا: "ڈائیکاٹمس تھنکنگکیاہے؟"یادوقسمیسوچجوکہتےہیں،وہکیاچیزہے؟</w:t>
      </w:r>
    </w:p>
    <w:p>
      <w:r>
        <w:rPr>
          <w:b/>
        </w:rPr>
        <w:t xml:space="preserve">[01:58] </w:t>
      </w:r>
      <w:r>
        <w:t>Is par hamein bataein. Hum, sabse pehle to hum yeh batayenge ke thinking jo hai kitna bada amal hai, kitna afzal amal hai.</w:t>
      </w:r>
    </w:p>
    <w:p>
      <w:pPr>
        <w:jc w:val="right"/>
      </w:pPr>
      <w:r>
        <w:t>اسپرہمیںبتائیں۔ ہمم،سبسےپہلے تو ہم یہ بت ائیںگےکہ تھنکنگجوہےکتنابڑا عمل ہے، کتنا افضلعمل ہے۔</w:t>
      </w:r>
    </w:p>
    <w:p>
      <w:r>
        <w:rPr>
          <w:b/>
        </w:rPr>
        <w:t xml:space="preserve">[02:09] </w:t>
      </w:r>
      <w:r>
        <w:t>Sahaba jo hain aksar tanhai mein baith kar ghore-fikr karte rehte the, Quran par ghore-fikr, Hadees par ghore-fikr. To is tareeqe ke musalsal woh soch mein rehte the.</w:t>
      </w:r>
    </w:p>
    <w:p>
      <w:pPr>
        <w:jc w:val="right"/>
      </w:pPr>
      <w:r>
        <w:t>صحابہ جوہیں اکثر تنہائیمیںبیٹھکےغوروفکرکرتے رہتےتھے ، قرآنپرغوروفکر ،حدیثپرغوروفکر ۔تو اسطریقےکے مسلسل وہسوچمیںرہتےتھے۔</w:t>
      </w:r>
    </w:p>
    <w:p>
      <w:r>
        <w:rPr>
          <w:b/>
        </w:rPr>
        <w:t xml:space="preserve">[02:22] </w:t>
      </w:r>
      <w:r>
        <w:t>Kehte hain ke jab woh namaz padh kar jab bahar nikalte the to soch mein ghark chale jaate the ghar. To har waqt sochte rehte the kyunke insaan jo hai kaha jata hai "man is a thinking animal" to woh soch kar hi apna amal ko mutayyan karta hai, apne ko apna intellectual development karta hai.</w:t>
      </w:r>
    </w:p>
    <w:p>
      <w:pPr>
        <w:jc w:val="right"/>
      </w:pPr>
      <w:r>
        <w:t>کہتےہیںکہجبوہنمازپڑھکےجبباہرنکلتےتھے تو سوچمیں غرق چلےجاتےتھےگھر ۔ توہروقت سوچتےرہتےتھےکیونکہانسان جوہےکہاجاتاہےman isathinking anim al تووہ سوچکر ہی اپنا عمل کو متعینکرتاہے، اپنے کو اپ نا انٹلیکچولڈیویلپمنٹ کرتاہے۔</w:t>
      </w:r>
    </w:p>
    <w:p>
      <w:r>
        <w:rPr>
          <w:b/>
        </w:rPr>
        <w:t xml:space="preserve">[02:42] </w:t>
      </w:r>
      <w:r>
        <w:t>To yeh bohat bada amal hai. Ah, ek Sahabi the bohat senior,</w:t>
      </w:r>
    </w:p>
    <w:p>
      <w:pPr>
        <w:jc w:val="right"/>
      </w:pPr>
      <w:r>
        <w:t>تو یہ بہت بڑاعمل ہے۔ اہ،ایک صحابیتھےبہت سین ئر،</w:t>
      </w:r>
    </w:p>
    <w:p>
      <w:r>
        <w:rPr>
          <w:b/>
        </w:rPr>
        <w:t xml:space="preserve">[02:48] </w:t>
      </w:r>
      <w:r>
        <w:t>Abul Dardah. To unki wafat ke baad kuch log unki wife se milne gaye aur poochha ke unka sabse bada amal, sabse afzal amal kya tha?</w:t>
      </w:r>
    </w:p>
    <w:p>
      <w:pPr>
        <w:jc w:val="right"/>
      </w:pPr>
      <w:r>
        <w:t>ابوالدردہ۔ توانکیوف اتکےبعد کچھلوگ انکی وائفسے ملنے گئےاورپوچھاکہانکا سبسےبڑا عمل ،سبسے افضلعمل کیا تھا ؟</w:t>
      </w:r>
    </w:p>
    <w:p>
      <w:r>
        <w:rPr>
          <w:b/>
        </w:rPr>
        <w:t xml:space="preserve">[03:01] </w:t>
      </w:r>
      <w:r>
        <w:t>To unhone bataya ke "Al-tafakkur wal-i'tibar", sochana aur lesson lena, jis ko tum kehte hain,</w:t>
      </w:r>
    </w:p>
    <w:p>
      <w:pPr>
        <w:jc w:val="right"/>
      </w:pPr>
      <w:r>
        <w:t>توانہوں نےبتایا کہ التف کر وال اعت بار ،سوچنااور لیسنلینا، جسکو ت وسمکہتےہیں،</w:t>
      </w:r>
    </w:p>
    <w:p>
      <w:r>
        <w:rPr>
          <w:b/>
        </w:rPr>
        <w:t xml:space="preserve">[03:09] </w:t>
      </w:r>
      <w:r>
        <w:t>To woh har waqt sochte rehte the aur ghore-fikr karte the aur usse apne liye lesson lete the taake woh usse apna spiritual development kar saken.</w:t>
      </w:r>
    </w:p>
    <w:p>
      <w:pPr>
        <w:jc w:val="right"/>
      </w:pPr>
      <w:r>
        <w:t>تو وہہروقت سوچتےرہتےتھےاور غ وروفکر کرتے تھےاوراسسےاپنےلیے لیسنلیتےتھےتاکہوہ اسسےاپنا سپرچ ولڈیویلپمنٹکرسکیں۔</w:t>
      </w:r>
    </w:p>
    <w:p>
      <w:r>
        <w:rPr>
          <w:b/>
        </w:rPr>
        <w:t xml:space="preserve">[03:19] </w:t>
      </w:r>
      <w:r>
        <w:t>To isi tareeqe se ek aur Sahabi the Abu Dharr, to woh bhi bohat senior Sahabi the. To unke wafat ke baad kuch log unki wife se milne gaye aur poochha ke unka sabse badi ibadat kya thi?</w:t>
      </w:r>
    </w:p>
    <w:p>
      <w:pPr>
        <w:jc w:val="right"/>
      </w:pPr>
      <w:r>
        <w:t>تواسیطریقےسےایکاور صحابیتھےابوذر، تووہبھیبہت سین ئرصحابیتھے۔ تو انکے وفاتکےبعد کچھلوگ انکیوائفسےملنےگئےاورپوچھا کہانکاسبسےبڑی عبادتکیاتھی ؟</w:t>
      </w:r>
    </w:p>
    <w:p>
      <w:r>
        <w:rPr>
          <w:b/>
        </w:rPr>
        <w:t xml:space="preserve">[03:34] </w:t>
      </w:r>
      <w:r>
        <w:t>To unki wife ne bhi yahi kaha ke woh saara din tanhai mein baith kar sochte rehte the. To yeh sochne ka yahi amal hai jo insaan ko haiwaniyat se utha kar insaniyat ke level par pahunchata hai.</w:t>
      </w:r>
    </w:p>
    <w:p>
      <w:pPr>
        <w:jc w:val="right"/>
      </w:pPr>
      <w:r>
        <w:t>تو انکیوائفنےبھییہیکہاکہوہ سارادن تنہابیٹھےسوچتےرہتےتھے۔ تویہ سوچنےکایہی عمل ہےجو انسان کو حیوانیتسےاٹھاکر انسانیت کےلیولپرپہنچاتاہے۔</w:t>
      </w:r>
    </w:p>
    <w:p>
      <w:r>
        <w:rPr>
          <w:b/>
        </w:rPr>
        <w:t xml:space="preserve">[03:49] </w:t>
      </w:r>
      <w:r>
        <w:t>Kyunke insaan ke andar sab kuch potential ke roop mein hai. Insaan aur jaanwar mein farq hai. Insaan jo hai, ah, khud usko soch kar usko discover karna hai aur apne soch ko develop karna hai. Jab</w:t>
      </w:r>
    </w:p>
    <w:p>
      <w:pPr>
        <w:jc w:val="right"/>
      </w:pPr>
      <w:r>
        <w:t>کیونکہ انسان کےاندر سبکچھ پوٹینشلکےروپمیںہے۔ انسان اور جان ورمیں فرقہے۔ انسان جوہے، اہ،خود اسکو سوچکراسکو ڈسکورکرناہے اور اپنے سوچکوڈیویلپکرناہے۔جب</w:t>
      </w:r>
    </w:p>
    <w:p>
      <w:r>
        <w:rPr>
          <w:b/>
        </w:rPr>
        <w:t xml:space="preserve">[04:03] </w:t>
      </w:r>
      <w:r>
        <w:t>ke jaanwar mein, woh jaanwar wohi, instincts se governed hote hain. Unko kuch sochna nahi hai. To yeh farq hai aur iski wajah se hamein sochne ke kaam ko ke woh bohat zyada hamein ahmiyat deni chahiye.</w:t>
      </w:r>
    </w:p>
    <w:p>
      <w:pPr>
        <w:jc w:val="right"/>
      </w:pPr>
      <w:r>
        <w:t>کہ جان ورمیں، وہ جانورجوہیں،انسٹنکٹسےگورنڈہوتےہیں۔ انکوکچھسوچنانہیںہے۔ تو یہ فرقہےاور اسکیوجہ سےہمیں سوچنے کےکام کو کہوہبہت زیادہ ہمیں اہمیت دینیہے۔</w:t>
      </w:r>
    </w:p>
    <w:p>
      <w:r>
        <w:rPr>
          <w:b/>
        </w:rPr>
        <w:t xml:space="preserve">[04:19] </w:t>
      </w:r>
      <w:r>
        <w:t>to dekhain, sochtato har aadmi hai lekin sahi soch uske liye hamein training ki zaroorat hoti hai.</w:t>
      </w:r>
    </w:p>
    <w:p>
      <w:pPr>
        <w:jc w:val="right"/>
      </w:pPr>
      <w:r>
        <w:t>تودیکھیں،سوچتاتوہرآدمیہے لیکن صحیحسوچ اسکےلیے ہمیں ٹریننگکیضرورتہوتیہے۔</w:t>
      </w:r>
    </w:p>
    <w:p>
      <w:r>
        <w:rPr>
          <w:b/>
        </w:rPr>
        <w:t xml:space="preserve">[04:25] </w:t>
      </w:r>
      <w:r>
        <w:t>apne shaoor ko banana parta hai isi hisab se. aur is mein bohat zyada zaroorat hai ke hum avoidist thinking, ah, par rahen.</w:t>
      </w:r>
    </w:p>
    <w:p>
      <w:pPr>
        <w:jc w:val="right"/>
      </w:pPr>
      <w:r>
        <w:t>اپنے شعورکو بن اناپڑتاہے اسی حسابسے۔ اور اسمیں بہت زیادہ ضرورتہے کہہم ایزاٹازتھنکنگ، اہ، پر رہیں۔</w:t>
      </w:r>
    </w:p>
    <w:p>
      <w:r>
        <w:rPr>
          <w:b/>
        </w:rPr>
        <w:t xml:space="preserve">[04:38] </w:t>
      </w:r>
      <w:r>
        <w:t>ke avoidist thinking ka matlab hota hai ke jo baat hai usko avoid kar len. na yeh ke apne hamare preferences hote hain, apne interests hote hain, uske mutabiq hum sochen.</w:t>
      </w:r>
    </w:p>
    <w:p>
      <w:pPr>
        <w:jc w:val="right"/>
      </w:pPr>
      <w:r>
        <w:t>کہ ایزاٹازتھنکنگکامطلبہوتاہے کہ جو باتہے اسکو ایزاٹازلیں۔ نہ یہکہاپنے ہمارے پریفر نسزہوتےہیں، اپنے انٹرسٹہوتےہیں، اسکےمط ابق ہم سوچیں۔</w:t>
      </w:r>
    </w:p>
    <w:p>
      <w:r>
        <w:rPr>
          <w:b/>
        </w:rPr>
        <w:t xml:space="preserve">[04:52] </w:t>
      </w:r>
      <w:r>
        <w:t>to bohat se logon ko aapne dekha hoga ke woh, matlab yeh ek misaal hai ke apni family ki barhai mein woh jeete hain. to apni family se aage unhein kuch nazar nahi aata.</w:t>
      </w:r>
    </w:p>
    <w:p>
      <w:pPr>
        <w:jc w:val="right"/>
      </w:pPr>
      <w:r>
        <w:t>تو بہت سےلوگوںکوآپنےدیکھاہوگا کہوہ ،مطلب یہایک مثالہےکہ اپنی فیملیکیبڑ ائیمیں وہجیتےہیں۔ تو اپنی فیملی سے آگے انہیںکچھنظر نہیںآتا۔</w:t>
      </w:r>
    </w:p>
    <w:p>
      <w:r>
        <w:rPr>
          <w:b/>
        </w:rPr>
        <w:t xml:space="preserve">[05:04] </w:t>
      </w:r>
      <w:r>
        <w:t>ab aise log apni learning kaise karenge? duniya mein hazaron lakhon log hain, unse mulaqaten hoti rehti hain aur har ek se hamein kuch learning karni hai.</w:t>
      </w:r>
    </w:p>
    <w:p>
      <w:pPr>
        <w:jc w:val="right"/>
      </w:pPr>
      <w:r>
        <w:t>ابایسےلوگ اپنی لرننگکیسےکریںگے؟دنیا میں ہزاروںلاکھوںلوگہیں،انسےملاقاتیںہوتیرہتیہیں اور ہرایک سےہمیںکچھلرننگکرنیہے۔</w:t>
      </w:r>
    </w:p>
    <w:p>
      <w:r>
        <w:rPr>
          <w:b/>
        </w:rPr>
        <w:t xml:space="preserve">[05:13] </w:t>
      </w:r>
      <w:r>
        <w:t>Maulana sahib learning par bohat zyada zor dete thay. kahin se koi aata tha to us se poochte thay ke kia tumhari learning hui ?</w:t>
      </w:r>
    </w:p>
    <w:p>
      <w:pPr>
        <w:jc w:val="right"/>
      </w:pPr>
      <w:r>
        <w:t>مول اناصاحب لرننگپر بہت زیادہ زوردیتےتھے۔ کہیںسےکوئیآتاتھاتو اسسے پوچھتےتھےکہکیاتمہاریلرننگہوئی ؟</w:t>
      </w:r>
    </w:p>
    <w:p>
      <w:r>
        <w:rPr>
          <w:b/>
        </w:rPr>
        <w:t xml:space="preserve">[05:22] </w:t>
      </w:r>
      <w:r>
        <w:t>to learning jab bhi hogi jab hamara yeh sab obsessions se hum khali hon. agar hum apni barhai, apne family ki barhai, to uske obsessions mein rahen ge to hum kia apni learning karenge?</w:t>
      </w:r>
    </w:p>
    <w:p>
      <w:pPr>
        <w:jc w:val="right"/>
      </w:pPr>
      <w:r>
        <w:t>تو لرننگجبھیہوگیجبہمارا یہسب اب سی شنسےہم خالیہوں۔ اگر ہماپنی بڑ ائی،اپنے فیملیکیبڑ ائی ،تو اسکےاب سیشنمیںرہیںگےتوہمکیا اپنیلرننگکریںگے؟</w:t>
      </w:r>
    </w:p>
    <w:p>
      <w:r>
        <w:rPr>
          <w:b/>
        </w:rPr>
        <w:t xml:space="preserve">[05:33] </w:t>
      </w:r>
      <w:r>
        <w:t>to har waqt hamein apni learning karte rehna hai. aur isi tarah hum apni personality ko develop kar paen ge.</w:t>
      </w:r>
    </w:p>
    <w:p>
      <w:pPr>
        <w:jc w:val="right"/>
      </w:pPr>
      <w:r>
        <w:t>تو ہروقت ہمیں اپنی لرننگکرتے رہناہے۔ اور اسی طرحہماپنی پرسن یلٹیکو کو ڈیویلپکرپائیںگے۔</w:t>
      </w:r>
    </w:p>
    <w:p>
      <w:r>
        <w:rPr>
          <w:b/>
        </w:rPr>
        <w:t xml:space="preserve">[05:44] </w:t>
      </w:r>
      <w:r>
        <w:t>to aap ne jo dichotomous thinking ko bataya hai, to</w:t>
      </w:r>
    </w:p>
    <w:p>
      <w:pPr>
        <w:jc w:val="right"/>
      </w:pPr>
      <w:r>
        <w:t>توآپ نےجو ڈائیکاٹمس تھنکنگکوبتایاہے، تو</w:t>
      </w:r>
    </w:p>
    <w:p>
      <w:r>
        <w:rPr>
          <w:b/>
        </w:rPr>
        <w:t xml:space="preserve">[05:48] </w:t>
      </w:r>
      <w:r>
        <w:t>dichotomous thinking jisko hum do qism ki soch ya thunai soch keh sakte hain, to yeh soch hoti hai jisko kehte hain, ah, black and white mein sochna, sentiment aur spectrum mein sochna ke bas beech ka inka jo grey cheez hoti hai, woh inko nahi nazar aata. sirf yeh to sab acha hai acha hai ya sab bura hi bura hai.</w:t>
      </w:r>
    </w:p>
    <w:p>
      <w:pPr>
        <w:jc w:val="right"/>
      </w:pPr>
      <w:r>
        <w:t>ڈائیکاٹمس تھنکنگجسکوہمدو قسم یسوچ یا ثنائیسوچکہہسکتےہیں، تویہ سوچہوتیہےجسکو کہتےہیں، اہ، بلیکاینڈوائٹمیںسوچنا، سینٹاور سن رکیٹرممیںسوچنا کہبس بیچکاانکوجو گرے ایکچیزہوتیہے،وہانکونہیں نظر آتا۔صرف یاتو سباچھاہیاچھاہےیاسببراہیبراہے۔</w:t>
      </w:r>
    </w:p>
    <w:p>
      <w:r>
        <w:rPr>
          <w:b/>
        </w:rPr>
        <w:t xml:space="preserve">[06:10] </w:t>
      </w:r>
      <w:r>
        <w:t>asal mein ek character hota hai, narcissist , to</w:t>
      </w:r>
    </w:p>
    <w:p>
      <w:pPr>
        <w:jc w:val="right"/>
      </w:pPr>
      <w:r>
        <w:t>اصلمیںایک کریکٹرہوتاہے، نارسیسٹ ، تو</w:t>
      </w:r>
    </w:p>
    <w:p>
      <w:r>
        <w:rPr>
          <w:b/>
        </w:rPr>
        <w:t xml:space="preserve">[06:13] </w:t>
      </w:r>
      <w:r>
        <w:t>woh bohat zyada obsessed hota hai apne apne self se . to usko kuch aur nazar nahi aata. to woh jo hai bas yeh to usko black and white hi ke spectrum mein soch sakta hai woh .</w:t>
      </w:r>
    </w:p>
    <w:p>
      <w:pPr>
        <w:jc w:val="right"/>
      </w:pPr>
      <w:r>
        <w:t>وہ بہت زیادہ اب سیسڈہوتاہے اپنے اپنے سیلفسے ۔ تواسکوکچھاورنظر نہیں آتا۔ تو وہ جوہے بس یاتو اسکو بلیکاینڈوائٹہیکی شکٹرممیںسوچسکتاہےوہ ۔</w:t>
      </w:r>
    </w:p>
    <w:p>
      <w:r>
        <w:rPr>
          <w:b/>
        </w:rPr>
        <w:t xml:space="preserve">[06:28] </w:t>
      </w:r>
      <w:r>
        <w:t>to hamein in obsessions se opar uth jana hai.</w:t>
      </w:r>
    </w:p>
    <w:p>
      <w:pPr>
        <w:jc w:val="right"/>
      </w:pPr>
      <w:r>
        <w:t>توہمیں ان انابسی شنسےاوپراٹھجاناہے۔</w:t>
      </w:r>
    </w:p>
    <w:p>
      <w:r>
        <w:rPr>
          <w:b/>
        </w:rPr>
        <w:t xml:space="preserve">[06:31] </w:t>
      </w:r>
      <w:r>
        <w:t>kyun ke is tarah se agar hum rahen ge to apna intellectual development nahi kar saken ge. aur hamare mission ka sab se bara jo hai kaam yeh hai ke apne aap ko intellectually develop karna. is par Maulana sahib ne bohat zyada zor diya .</w:t>
      </w:r>
    </w:p>
    <w:p>
      <w:pPr>
        <w:jc w:val="right"/>
      </w:pPr>
      <w:r>
        <w:t>کیونکہ اسطرحسےاگر ہمرہیںگےتواپناانٹلیکچولڈیویلپمنٹ نہیں کرسکیںگے۔اورہمارے مشنکا سبسے بڑا جوہے کام یہیہےکہاپنےآپکو انٹلیکچ ولیڈیویلپکرنا۔اسپر مولاناصاحبنےبہت زیادہ زوردیا ۔</w:t>
      </w:r>
    </w:p>
    <w:p>
      <w:r>
        <w:rPr>
          <w:b/>
        </w:rPr>
        <w:t xml:space="preserve">[06:48] </w:t>
      </w:r>
      <w:r>
        <w:t>to hamein har ek se seekhna hai. yeh nahi ke hamein koi sirf apne logon se karna hai, apne religion walon se karna hai, apne qaum walon se karna hai, balkeh har ek se hamein seekhna hai.</w:t>
      </w:r>
    </w:p>
    <w:p>
      <w:pPr>
        <w:jc w:val="right"/>
      </w:pPr>
      <w:r>
        <w:t>توہمیںہرایکسے سیکھناہے۔ یہنہیں کہہمیںکوئی صرف اپنے لوگوںسےکرناہے، اپنے ریلیجنوالوںسےکرناہے، اپنے قوموالوںسےکرناہے، بل کہہرایک سےہمیںسیکھناہے۔</w:t>
      </w:r>
    </w:p>
    <w:p>
      <w:r>
        <w:rPr>
          <w:b/>
        </w:rPr>
        <w:t xml:space="preserve">[07:01] </w:t>
      </w:r>
      <w:r>
        <w:t>to meri ek dost hain , Aisha. to hum log 1984 mein hajj karne gaye thay to wahan se kuch bartan laye thay. ek choti si kettle thi.</w:t>
      </w:r>
    </w:p>
    <w:p>
      <w:pPr>
        <w:jc w:val="right"/>
      </w:pPr>
      <w:r>
        <w:t>تو میری ایک دوستہیں ،عشاء۔ توہملوگ 1 9 8 4 میں حجکرنے گئےتھےتووہاںسے کچھ برتنلائےتھے۔ایکچھوٹیسی کیٹلتھی۔</w:t>
      </w:r>
    </w:p>
    <w:p>
      <w:r>
        <w:rPr>
          <w:b/>
        </w:rPr>
        <w:t xml:space="preserve">[07:12] </w:t>
      </w:r>
      <w:r>
        <w:t>unko chai peene ka bohat zyada shauq hai. to choti si kettle thi, chote chote chamche thay. maine unko diya . 84 ki baat hai, aaj 40 saal ho gaye.</w:t>
      </w:r>
    </w:p>
    <w:p>
      <w:pPr>
        <w:jc w:val="right"/>
      </w:pPr>
      <w:r>
        <w:t>انکو چائےپینےکابہتزیادہ شوقہے۔ توچھوٹیسی کیٹلتھی،چھوٹےچھوٹےچھچمچےتھے۔میںنےانکودیا ۔ 8 4 کیباتہے،آج40 سالہوگئے۔</w:t>
      </w:r>
    </w:p>
    <w:p>
      <w:r>
        <w:rPr>
          <w:b/>
        </w:rPr>
        <w:t xml:space="preserve">[07:23] </w:t>
      </w:r>
      <w:r>
        <w:t>ab woh usko itne achhe tareeqe se rakhti hain. unke kai mulazimah hain. kehti hain, "main kisi mulazim ko hath nahi lagane deti." 40 saal se usko waise hi chamche aur waise hi kettle unki istemal bhi hoti hai, subah shaam, aur isi tareeqe se hifazat se rehti hai.</w:t>
      </w:r>
    </w:p>
    <w:p>
      <w:pPr>
        <w:jc w:val="right"/>
      </w:pPr>
      <w:r>
        <w:t>ابوہ اسکو اتنےاچھےطریقےسےرکھتیہیں۔ انکےکئی ملازمہیں۔کہتیہیں،"میںکسی ملازمکو ہاتھنہیںلگانےدیتی۔" 40 سالسےاسکو ویسےہیچمچے اورویسےہیکیٹل انکی استعمال بھیہوتیہے،صبح شام،اوراسیطریقےسےحفاظتسے رہتیہے۔</w:t>
      </w:r>
    </w:p>
    <w:p>
      <w:r>
        <w:rPr>
          <w:b/>
        </w:rPr>
        <w:t xml:space="preserve">[07:40] </w:t>
      </w:r>
      <w:r>
        <w:t>to bhai, maine socha ke dekho, yahan bhi sochne ke liye hai ke dekho, cheezon ki hifazat kis tarah ki</w:t>
      </w:r>
    </w:p>
    <w:p>
      <w:pPr>
        <w:jc w:val="right"/>
      </w:pPr>
      <w:r>
        <w:t>تو بھئی،میںنےسوچاکہدیکھو،یہاںبھی سوچنےکےلیےہے کہدیکھو،چیزوںکی حفاظتکسطرح کی</w:t>
      </w:r>
    </w:p>
    <w:p>
      <w:r>
        <w:rPr>
          <w:b/>
        </w:rPr>
        <w:t xml:space="preserve">[07:46] </w:t>
      </w:r>
      <w:r>
        <w:t>jaye. hum log apne liye bhi kettle aur chamche laye thay, uska to pata nahi kahan chala gaya. to isi tareeqe se woh apne jo helpers hain, unka bohat zyada khayal karti hain.</w:t>
      </w:r>
    </w:p>
    <w:p>
      <w:pPr>
        <w:jc w:val="right"/>
      </w:pPr>
      <w:r>
        <w:t>جائے۔ ہملوگ اپنےلیےبھی کیٹلاورچمچےلائےتھے، اسکاتوپتہہینہیںکہاںچلاگیا۔ تو اسیطریقےسےوہاپنےجوہیلپرزہیں،انکابہت زیادہ خیالکرتیہیں۔</w:t>
      </w:r>
    </w:p>
    <w:p>
      <w:r>
        <w:rPr>
          <w:b/>
        </w:rPr>
        <w:t xml:space="preserve">[07:57] </w:t>
      </w:r>
      <w:r>
        <w:t>to kahin bhi aap jayen, kisi se bhi mulaqat karen, us se kuch learning karen. aur learning se hamara spiritual development hota hai.</w:t>
      </w:r>
    </w:p>
    <w:p>
      <w:pPr>
        <w:jc w:val="right"/>
      </w:pPr>
      <w:r>
        <w:t>تو کہیںبھیآپ جائیں،کسی سےبھی ملاقاتکریں، اسسےکچھ لرننگکریں۔ اورلرننگسےہمارا سپرچولڈیویلپمنٹہوتاہے۔</w:t>
      </w:r>
    </w:p>
    <w:p>
      <w:r>
        <w:rPr>
          <w:b/>
        </w:rPr>
        <w:t xml:space="preserve">[08:06] </w:t>
      </w:r>
      <w:r>
        <w:t>degree se itna nahi hota jitna hamare experiences se hota hai. to black and white ka ek aur misaal mein doon gi.</w:t>
      </w:r>
    </w:p>
    <w:p>
      <w:pPr>
        <w:jc w:val="right"/>
      </w:pPr>
      <w:r>
        <w:t>ڈگری سےاتنانہیںہوتا جتنا ہمارےایکسپیرینسز سےہوتاہے۔ تو بلیکاینڈوائٹکاایکاورمثالمیں دوںگی۔</w:t>
      </w:r>
    </w:p>
    <w:p>
      <w:r>
        <w:rPr>
          <w:b/>
        </w:rPr>
        <w:t xml:space="preserve">[08:15] </w:t>
      </w:r>
      <w:r>
        <w:t>jaise jab juloos hota hai to juloos wale nara lagate hain. to ab musalman samajhte hain ke isko band karo. nare galat galat hote hain. isko band karo kyun ke yeh hamari be izzati ho rahi hai.</w:t>
      </w:r>
    </w:p>
    <w:p>
      <w:pPr>
        <w:jc w:val="right"/>
      </w:pPr>
      <w:r>
        <w:t>جیسے جب جلوسہوتاہےتو جلوسوالے نعرہلگاتےہیں۔ تو اب مسلمان سمجھتےہیںکہاسکو بندکرو۔ نعرےغلطغلطہوتےہیں۔اسکوبندکروکی ونکہیہہماری بےعزتیہورہیہے۔</w:t>
      </w:r>
    </w:p>
    <w:p>
      <w:r>
        <w:rPr>
          <w:b/>
        </w:rPr>
        <w:t xml:space="preserve">[08:27] </w:t>
      </w:r>
      <w:r>
        <w:t>to black and white mein sochne wala yeh kare ga ke ya to nara band karwao ya isko gawara karo to hamari be izzati ho gi ya to band karwao, yahi bahaduri hai.</w:t>
      </w:r>
    </w:p>
    <w:p>
      <w:pPr>
        <w:jc w:val="right"/>
      </w:pPr>
      <w:r>
        <w:t>تو بلیکاینڈوائٹمیںسوچنےوالایہیکرےگایاتونعرہبندکرواؤ یااسکو گواراکروتوہماریبےعزتیہوگی یاتوبندکراؤ،یہیبہادریہے۔</w:t>
      </w:r>
    </w:p>
    <w:p>
      <w:r>
        <w:rPr>
          <w:b/>
        </w:rPr>
        <w:t xml:space="preserve">[08:37] </w:t>
      </w:r>
      <w:r>
        <w:t>lekin Maulana ne bataya ke teesra jo hai woh hai, usko nazar andaz kar</w:t>
      </w:r>
    </w:p>
    <w:p>
      <w:pPr>
        <w:jc w:val="right"/>
      </w:pPr>
      <w:r>
        <w:t>لیکن مول انانےبتایاکہ تیسراجوہے وہہے، اسکونظر اندازکر</w:t>
      </w:r>
    </w:p>
    <w:p>
      <w:r>
        <w:rPr>
          <w:b/>
        </w:rPr>
        <w:t xml:space="preserve">[08:42] </w:t>
      </w:r>
      <w:r>
        <w:t>na. jokhte hain na kahathhi chalta rehta hai, kutte bhokte rehte hain, usko koi asar nahi hota. to hum in cheezon se itna bigbarad of this tarah maki tarah itna upar uth jayen ke humein in cheezon ka asar na ho.</w:t>
      </w:r>
    </w:p>
    <w:p>
      <w:pPr>
        <w:jc w:val="right"/>
      </w:pPr>
      <w:r>
        <w:t>نا۔ جوکہتےہیںناکہہاتھی چلتارہتاہے، کتےبھوکتےرہتےہیں،اسکوکوئیاثرنہیںہوتا۔ توہم انچیزوںسےاتنا بگبرڈآفدیسٹارمکیطرح اتنا اوپر اٹھجائیںکہہمیںانچیزوںکااثرہینہہو ۔</w:t>
      </w:r>
    </w:p>
    <w:p>
      <w:r>
        <w:rPr>
          <w:b/>
        </w:rPr>
        <w:t xml:space="preserve">[08:55] </w:t>
      </w:r>
      <w:r>
        <w:t>ab thodi der mein Maulana ne bahut sare fasadat isi tarah in logon ko yeh sare usool bataye aur bahut sare fasadat ruk gaye ke thodi der mein woh juloos chal jayega.</w:t>
      </w:r>
    </w:p>
    <w:p>
      <w:pPr>
        <w:jc w:val="right"/>
      </w:pPr>
      <w:r>
        <w:t>ابتھوڑیدیرمیں مول انا نے بہت سارے فسادات اسیطرح انلوگوںکو یہسارے اصولبت ائےاوربہت سارےفساداترکگئے کہ تھوڑیدیرمیں وہ جلوس چلاجائےگا۔</w:t>
      </w:r>
    </w:p>
    <w:p>
      <w:r>
        <w:rPr>
          <w:b/>
        </w:rPr>
        <w:t xml:space="preserve">[09:08] </w:t>
      </w:r>
      <w:r>
        <w:t>agar aap beech mein isko disturb na karein, disturb na karein, isko root badalne ko na kahein to woh juloos thodi der mein chal jayega. koi masla nahi.</w:t>
      </w:r>
    </w:p>
    <w:p>
      <w:pPr>
        <w:jc w:val="right"/>
      </w:pPr>
      <w:r>
        <w:t>اگر آپ بیچمیںاسکوڈسٹرپٹنہکریں،ڈسٹربنہکریں،اسکو روٹبدلنےکونہکہیںتووہجلوس تھوڑیدیرمیںچلاجائےگا۔ کوئیمسئلہنہیں ۔</w:t>
      </w:r>
    </w:p>
    <w:p>
      <w:r>
        <w:rPr>
          <w:b/>
        </w:rPr>
        <w:t xml:space="preserve">[09:16] </w:t>
      </w:r>
      <w:r>
        <w:t>aur nare se kya hota hai? koi nuksan hamara thoda hota hai nare se. log to bahut kuch bolte rehte hain. to is tarike se humein apni apni soch ko train karna hai.</w:t>
      </w:r>
    </w:p>
    <w:p>
      <w:pPr>
        <w:jc w:val="right"/>
      </w:pPr>
      <w:r>
        <w:t>اور نعرےسےکیاہوتاہے؟کوئینقصانہماراتھوڑیہوتاہےنعرےسے۔ لوگتوبہت کچھبولتےہیرہتےہیں۔ تو اس طریقےسے ہمیں اپنی اپنی سوچکو ٹرینکرناہے۔</w:t>
      </w:r>
    </w:p>
    <w:p>
      <w:r>
        <w:rPr>
          <w:b/>
        </w:rPr>
        <w:t xml:space="preserve">[09:28] </w:t>
      </w:r>
      <w:r>
        <w:t>kyunki agar humne apni soch ko train nahi kiya to hum is duniya mein koi bhi tarqqi nahi kar sakte.</w:t>
      </w:r>
    </w:p>
    <w:p>
      <w:pPr>
        <w:jc w:val="right"/>
      </w:pPr>
      <w:r>
        <w:t>کیونکہاگرہمنےاپنی سوچکوٹریننہیںکیا توہم اسدنیا میں کوئیبھی تر قینہیںکرسکتے۔</w:t>
      </w:r>
    </w:p>
    <w:p>
      <w:r>
        <w:rPr>
          <w:b/>
        </w:rPr>
        <w:t xml:space="preserve">[09:35] </w:t>
      </w:r>
      <w:r>
        <w:t>to yeh Maulana sahib ka yeh khas kaam tha ke logon ko unki bataye ke kis tarike se woh apni soch ko develop karein.</w:t>
      </w:r>
    </w:p>
    <w:p>
      <w:pPr>
        <w:jc w:val="right"/>
      </w:pPr>
      <w:r>
        <w:t>تو یہمول اناصاحبکایہخاص کام تھا کہ لوگوںکو انکی بت اناکہکسطریقےسے وہ اپنیسوچکو ڈیویلپکریں۔</w:t>
      </w:r>
    </w:p>
    <w:p>
      <w:r>
        <w:rPr>
          <w:b/>
        </w:rPr>
        <w:t xml:space="preserve">[09:46] </w:t>
      </w:r>
      <w:r>
        <w:t>ek baar ek hamare rishtedar the to unka kisi company mein woh manager the aur jo company ka malik tha us se jhagda ho gaya. zabardast jhagda ho gaya.</w:t>
      </w:r>
    </w:p>
    <w:p>
      <w:pPr>
        <w:jc w:val="right"/>
      </w:pPr>
      <w:r>
        <w:t>ایکبار ایکہمارےرشتہدار تھےتوانکا کسی کمپنیمیںوہمینیجرتھےاور جو کمپنیکامالکتھا اسسےجھگڑاہوگیا۔ زبرد ستجھگڑاہوگیا۔</w:t>
      </w:r>
    </w:p>
    <w:p>
      <w:r>
        <w:rPr>
          <w:b/>
        </w:rPr>
        <w:t xml:space="preserve">[09:56] </w:t>
      </w:r>
      <w:r>
        <w:t>phir unhone kaha ke mein khudkushi kar loonga. to Maulana sahib ne kaha, "khudkushi kyun kar loge? tumne first chance khoya hai. abhi second chance baki hai.</w:t>
      </w:r>
    </w:p>
    <w:p>
      <w:pPr>
        <w:jc w:val="right"/>
      </w:pPr>
      <w:r>
        <w:t>پھرانہوںنےکہاکہمیں خود کشیکرلوںگا۔ تو مولاناصاحبنےکہا،"خودکشیکیوںکرلوگے؟تمنے فرسٹچانس کھویاہے۔ ابھی سیکنڈچانس باقیہے۔</w:t>
      </w:r>
    </w:p>
    <w:p>
      <w:r>
        <w:rPr>
          <w:b/>
        </w:rPr>
        <w:t xml:space="preserve">[10:06] </w:t>
      </w:r>
      <w:r>
        <w:t>tum jao kahin bahar chale jao." bahut bahut hi highly qualified the woh. kahin bahar chale jao. woh bahar ke ek mulk mein chale gaye. wahan unhone khoob tarqqi ki.</w:t>
      </w:r>
    </w:p>
    <w:p>
      <w:pPr>
        <w:jc w:val="right"/>
      </w:pPr>
      <w:r>
        <w:t>تم جاؤ کہیںباہرچلےجاؤ۔"بہت بہت ہیہائیلیکوالیفائیڈتھےوہ۔ کہیںباہرچلےجاؤ۔وہباہرکےایکملکمیںچلےگئے۔وہاںانہوںنےخوبتر قیکی۔</w:t>
      </w:r>
    </w:p>
    <w:p>
      <w:r>
        <w:rPr>
          <w:b/>
        </w:rPr>
        <w:t xml:space="preserve">[10:15] </w:t>
      </w:r>
      <w:r>
        <w:t>to second chance ko utilize karna yeh bhi logon ko batana padta hai. kyunki hamare yahan logon ko yeh bataya nahi jata ke kis tarike se woh apne, ah, is apni soch ko kis tarike se train karein.</w:t>
      </w:r>
    </w:p>
    <w:p>
      <w:pPr>
        <w:jc w:val="right"/>
      </w:pPr>
      <w:r>
        <w:t>تو سیکنڈ چانس کو او یل کرنا یہبھی لوگوںکوبت اناپڑتاہے۔کیونکہ ہ مارےہاںلوگوںکویہبت ایانہیںجاتا کہکسطریقےسےوہ اپنے ،اہ، اس اپنی سوچکوکسطریقےسے ٹرینکریں۔</w:t>
      </w:r>
    </w:p>
    <w:p>
      <w:r>
        <w:rPr>
          <w:b/>
        </w:rPr>
        <w:t xml:space="preserve">[10:31] </w:t>
      </w:r>
      <w:r>
        <w:t>kehte hain ke "think think there must be a better</w:t>
      </w:r>
    </w:p>
    <w:p>
      <w:pPr>
        <w:jc w:val="right"/>
      </w:pPr>
      <w:r>
        <w:t>کہتےہیںکہ"تھنکتھنک دیرمسٹبیاےبیٹرو</w:t>
      </w:r>
    </w:p>
    <w:p>
      <w:r>
        <w:rPr>
          <w:b/>
        </w:rPr>
        <w:t xml:space="preserve">[10:34] </w:t>
      </w:r>
      <w:r>
        <w:t>way". hamesha matlab ek ek hoti hai jazbati soch, ek hoti hai deep thinking. to jazbati soch se humein upar uth jana hai.</w:t>
      </w:r>
    </w:p>
    <w:p>
      <w:pPr>
        <w:jc w:val="right"/>
      </w:pPr>
      <w:r>
        <w:t>ے"۔ ہمیشہ مطلب ایک ایکہوتیہےجذباتیسوچ ،ایکہوتیہے ڈیپرتھنکنگ۔ تو جذباتی سوچسےہمیںاوپراٹھجاناہے۔</w:t>
      </w:r>
    </w:p>
    <w:p>
      <w:r>
        <w:rPr>
          <w:b/>
        </w:rPr>
        <w:t xml:space="preserve">[10:43] </w:t>
      </w:r>
      <w:r>
        <w:t>jab bhi koi aisi baat ho to humein sochna chahiye ke koi doosra rasta bhi hoga, zaroor hoga. bas humein uske bare mein gehrai se sochna hai aur uspar amal karna hai aur apne liye success hasil karna hai.</w:t>
      </w:r>
    </w:p>
    <w:p>
      <w:pPr>
        <w:jc w:val="right"/>
      </w:pPr>
      <w:r>
        <w:t>جب بھیکوئیایسیباتہو تو ہمیں سوچناچاہیے کہ کوئیدوسرا راستہبھیہوگا،ضرورہوگا۔ بسہمیںاسکے بارےمیں گہر ائیسےسوچناہے اور اسپرعمل کرناہے اور اپنے لیے سکسیسحاصل کرناہے۔</w:t>
      </w:r>
    </w:p>
    <w:p>
      <w:r>
        <w:rPr>
          <w:b/>
        </w:rPr>
        <w:t xml:space="preserve">[10:59] </w:t>
      </w:r>
      <w:r>
        <w:t>uspar Maulana ek Hazrat Umar Razi Allah Anhu ke hawale se ek q</w:t>
      </w:r>
    </w:p>
    <w:p>
      <w:pPr>
        <w:jc w:val="right"/>
      </w:pPr>
      <w:r>
        <w:t>اسپر مول اناایک حضرتعمررضیاللہعنہکےحوالےسےایک ق</w:t>
      </w:r>
    </w:p>
    <w:p>
      <w:r>
        <w:rPr>
          <w:b/>
        </w:rPr>
        <w:t xml:space="preserve">[11:03] </w:t>
      </w:r>
      <w:r>
        <w:t>aul kehte the, woh mein, ah, yahan par bata kar agla sawal karunga: lays al-'aqil alladhi ya'rif al-khayr min al-sharr walakin al-'aqil alladhi ya'rif khayr al-sharrin</w:t>
      </w:r>
    </w:p>
    <w:p>
      <w:pPr>
        <w:jc w:val="right"/>
      </w:pPr>
      <w:r>
        <w:t>ولکہتےتھے،وہ میں، اہ، یہاںپربتاکر اگلاسوالکروںگا: ليس العاقل الذي يعرف الخير من الشر ولكن العاقل الذي يعرف خير الشر ين</w:t>
      </w:r>
    </w:p>
    <w:p>
      <w:r>
        <w:rPr>
          <w:b/>
        </w:rPr>
        <w:t xml:space="preserve">[11:14] </w:t>
      </w:r>
      <w:r>
        <w:t>ke aqalmand woh nahi jo khair aur shar, ah, ko alag alag jaane, lekin aqalmand woh hai jo do shar ke darmiyan ke khair ko jaane.</w:t>
      </w:r>
    </w:p>
    <w:p>
      <w:pPr>
        <w:jc w:val="right"/>
      </w:pPr>
      <w:r>
        <w:t>کہعقلمندوہنہیںجو خیراور شر ، اہ،کوالگالگجانے،لیکن عقلمندوہہےجو دو شر کےدرمیانکےخیرکوجانے۔</w:t>
      </w:r>
    </w:p>
    <w:p>
      <w:r>
        <w:rPr>
          <w:b/>
        </w:rPr>
        <w:t xml:space="preserve">[11:23] </w:t>
      </w:r>
      <w:r>
        <w:t>to yehi cheez hai ke black white mein nahi sochna, balki uske darmiyan bhi koi aisi cheez aa rahi hai jo aap ko faida de sakti hai, usko bhi sochna hai. aap,</w:t>
      </w:r>
    </w:p>
    <w:p>
      <w:pPr>
        <w:jc w:val="right"/>
      </w:pPr>
      <w:r>
        <w:t>تویہیچیزہے کہ بلیکوائٹمیںنہیںسوچنا،بلکہ اسکےدرمیانبھیکوئیایسیچیزآرہیہےجو آپ کو فائدہدےسکتیہے،اسکوبھیسوچناہے۔آپ،</w:t>
      </w:r>
    </w:p>
    <w:p>
      <w:r>
        <w:rPr>
          <w:b/>
        </w:rPr>
        <w:t xml:space="preserve">[11:33] </w:t>
      </w:r>
      <w:r>
        <w:t>ah, agla sawal lene se pehle mein Maulana ke hawale se ek ayat Surah Mutaffifin ke ayat ko takarunga, uske baad mein aapse uspar sawal karunga. ayat hai Wailun lil mutaffifin alladhina idha ictalu 'ala al-nasi yastawfun wa idha caloruhum aw tawazunuhum yakhsarun</w:t>
      </w:r>
    </w:p>
    <w:p>
      <w:pPr>
        <w:jc w:val="right"/>
      </w:pPr>
      <w:r>
        <w:t>اہ،اگلاسواللینےسےپہلے میں مول اناکےحوالےسےایک آیتس ورہمتفقینکےآیتکوٹکروںگا،اسکےبعدمیںآپسےاسپرسوالکروںگا۔ آیتہےویل المتفقین الذ یناذا قالواعلیالناسیستوفون واذا قالوہم اووزنہمیخسرون</w:t>
      </w:r>
    </w:p>
    <w:p>
      <w:r>
        <w:rPr>
          <w:b/>
        </w:rPr>
        <w:t xml:space="preserve">[11:50] </w:t>
      </w:r>
      <w:r>
        <w:t>kharabi hai naap tol mein kami karne walon ki, jo logon se naap kar lein to poora lein, aur jab unko</w:t>
      </w:r>
    </w:p>
    <w:p>
      <w:pPr>
        <w:jc w:val="right"/>
      </w:pPr>
      <w:r>
        <w:t>خرابیہے ناپتول میںکمیکرنے والوںکی،جولوگوںسے ناپکرلیںتوپورالیں،اورجبانکو</w:t>
      </w:r>
    </w:p>
    <w:p>
      <w:r>
        <w:rPr>
          <w:b/>
        </w:rPr>
        <w:t xml:space="preserve">[11:55] </w:t>
      </w:r>
      <w:r>
        <w:t>naap kar ya tol kar dein to ghat kar dein.</w:t>
      </w:r>
    </w:p>
    <w:p>
      <w:pPr>
        <w:jc w:val="right"/>
      </w:pPr>
      <w:r>
        <w:t>ناپکر یاتول کردیںتو گھٹاکردیں۔</w:t>
      </w:r>
    </w:p>
    <w:p>
      <w:r>
        <w:rPr>
          <w:b/>
        </w:rPr>
        <w:t xml:space="preserve">[11:58] </w:t>
      </w:r>
      <w:r>
        <w:t>Maulana Wahiduddin Khan sahab ne iske bare mein likha hai ke yeh cheez jo hai</w:t>
      </w:r>
    </w:p>
    <w:p>
      <w:pPr>
        <w:jc w:val="right"/>
      </w:pPr>
      <w:r>
        <w:t>مول اناوحیدالدینخان صاحبنےاسکےبارےمیںلکھاہےکہیہچیزجوہے</w:t>
      </w:r>
    </w:p>
    <w:p>
      <w:r>
        <w:rPr>
          <w:b/>
        </w:rPr>
        <w:t xml:space="preserve">[12:01] </w:t>
      </w:r>
      <w:r>
        <w:t>sirf, ah, ah, koi tol ne wali cheez ke bare mein nahi hai, balke, ah, agar aap kisi se koi cheez lete hain, kisi ke bare mein koi cheez kehte hain to aap usko,</w:t>
      </w:r>
    </w:p>
    <w:p>
      <w:pPr>
        <w:jc w:val="right"/>
      </w:pPr>
      <w:r>
        <w:t>صرف، اہ،اہ ،کوئی تول نےوالیچیزکےبارےمیںنہیں ہے،بلکہ، اہ،اگر آپ کسی سےکوئیچیزلیتےہیں، کسی کےبارےمیںکوئیچیزکہتےہیںتوآپاسکو،</w:t>
      </w:r>
    </w:p>
    <w:p>
      <w:r>
        <w:rPr>
          <w:b/>
        </w:rPr>
        <w:t xml:space="preserve">[12:12] </w:t>
      </w:r>
      <w:r>
        <w:t>ah, poore tareeqe se nahi dete hain, khwah woh, ah, uski tareef karni ho,</w:t>
      </w:r>
    </w:p>
    <w:p>
      <w:pPr>
        <w:jc w:val="right"/>
      </w:pPr>
      <w:r>
        <w:t>اہ،پورےطریقےسےنہیںدیتےہیں، خواہوہ، اہ،اسکیتعریفکرنیہو،</w:t>
      </w:r>
    </w:p>
    <w:p>
      <w:r>
        <w:rPr>
          <w:b/>
        </w:rPr>
        <w:t xml:space="preserve">[12:17] </w:t>
      </w:r>
      <w:r>
        <w:t>ah, aur doosri cheezein karni hon. Aur agar koi</w:t>
      </w:r>
    </w:p>
    <w:p>
      <w:pPr>
        <w:jc w:val="right"/>
      </w:pPr>
      <w:r>
        <w:t>اہ، اور دوس ریچیزیںکرنیہوں۔اوراگرکوئی</w:t>
      </w:r>
    </w:p>
    <w:p>
      <w:r>
        <w:rPr>
          <w:b/>
        </w:rPr>
        <w:t xml:space="preserve">[12:20] </w:t>
      </w:r>
      <w:r>
        <w:t>doosra aapke bare mein kuch kahe to aap chahte hain ke jaise aap chahte hain, waise woh</w:t>
      </w:r>
    </w:p>
    <w:p>
      <w:pPr>
        <w:jc w:val="right"/>
      </w:pPr>
      <w:r>
        <w:t>دوسراآپکےبارےمیںکچھکہےتوآپچاہتےہیںکہجیسےآپچاہتےہیں،ویسےوہ</w:t>
      </w:r>
    </w:p>
    <w:p>
      <w:r>
        <w:rPr>
          <w:b/>
        </w:rPr>
        <w:t xml:space="preserve">[12:24] </w:t>
      </w:r>
      <w:r>
        <w:t>kahe. to is buniyad par mein aapse ek sawal karta hoon ke yeh generalization ek cheez pai jati hai, uspar kuch bataein aap. generalization ko kehte hain Urdu mein ta'meem, yani ek koi baat mil jaye, samajh lijiye kisi ke andar koi burai hai to samajh lete hain ke woh poora hi galat hai, poora hi uski soch galat hai, aur uski aisa burai karne lagte hain ke jaise uske andar koi khubi nahi hai.</w:t>
      </w:r>
    </w:p>
    <w:p>
      <w:pPr>
        <w:jc w:val="right"/>
      </w:pPr>
      <w:r>
        <w:t>کہے۔ تو اس بنی ادپرمیںآپسےایکسوالکرتاہوںکہیہ جنرلائزی شن ایکچیز پائیجاتیہے، اسپرکچھبتائیںآپ ۔ جنرلائزیشن کوکہتےہیں ارد ومیں تعمیم ،یعنی ایک کوئی بات ملجائے ،سمجھلیجئےکسی کےاندرکوئیبرائیہے تو سمجھلیتےہیںکہوہپوراہی غلطہے، پوراہیاسکیسوچغلطہے، اور اسکی ایسا برائیکرنے لگتےہیںکہجیسےاسکےاندرکوئیخوبینہیںہے۔</w:t>
      </w:r>
    </w:p>
    <w:p>
      <w:r>
        <w:rPr>
          <w:b/>
        </w:rPr>
        <w:t xml:space="preserve">[12:51] </w:t>
      </w:r>
      <w:r>
        <w:t>to yeh bilkul ek generalization, bilkul aam bimari hai. kisi ke bare mein bahut zyada, ah, bahut zyada usko bura samajh lete hain, kisi ko bahut zyada acha samajh lete hain, woh kisi ki koi burai nazar nahi aati, aur kisi ki koi khubi nazar nahi aati hai.</w:t>
      </w:r>
    </w:p>
    <w:p>
      <w:pPr>
        <w:jc w:val="right"/>
      </w:pPr>
      <w:r>
        <w:t>تو یہ بالکل ایک جنرلائزیشن،بالکل عام بیماریہے۔ کسی کےبارےمیں بہت زیادہ ، اہ ،بہت زیادہ اسکوبراسمجھلیتےہیں، کسی کوبہتزیادہ اچھاسمجھلیتےہیں، وہکسی کی کوئی بر ائینظر ہینہیںآتی ، اور کسی کیکوئیخوبینظر ہینہیںآتیہے۔</w:t>
      </w:r>
    </w:p>
    <w:p>
      <w:r>
        <w:rPr>
          <w:b/>
        </w:rPr>
        <w:t xml:space="preserve">[13:10] </w:t>
      </w:r>
      <w:r>
        <w:t>to isko generalization kehte hain.</w:t>
      </w:r>
    </w:p>
    <w:p>
      <w:pPr>
        <w:jc w:val="right"/>
      </w:pPr>
      <w:r>
        <w:t>تو اسیکو جنرلائزیشنکہتےہیں۔</w:t>
      </w:r>
    </w:p>
    <w:p>
      <w:r>
        <w:rPr>
          <w:b/>
        </w:rPr>
        <w:t xml:space="preserve">[13:13] </w:t>
      </w:r>
      <w:r>
        <w:t>to is tarah se bahut zyada yeh hai, kyunki, ah, misaal ke taur par Quran mein ek percent se kam hi woh jang ki ayatein hain. jang ke mauqe par jab difa ho raha tha, us waqt kuch ayatein jang ke bare mein utri theen.</w:t>
      </w:r>
    </w:p>
    <w:p>
      <w:pPr>
        <w:jc w:val="right"/>
      </w:pPr>
      <w:r>
        <w:t>تو اسطرحسے بہت زیادہ یہہے،کیونکہ، اہ، مثالکےطور پر قرآنمیں ایک پرسنٹسےکم ہی وہ جنگ کیآیتیںہیں۔جنگ کےموقعپرجب دفاع ہورہاتھا،اسوقت کچھ آیتیں جنگ کےبارےمیں اتریہیں۔</w:t>
      </w:r>
    </w:p>
    <w:p>
      <w:r>
        <w:rPr>
          <w:b/>
        </w:rPr>
        <w:t xml:space="preserve">[13:30] </w:t>
      </w:r>
      <w:r>
        <w:t>to ab uska hawala de ke log kehte hain ke Quran to jang ki kitab hai, violence ki kitab hai, tashaddud sikhaata hai, jab</w:t>
      </w:r>
    </w:p>
    <w:p>
      <w:pPr>
        <w:jc w:val="right"/>
      </w:pPr>
      <w:r>
        <w:t>تو اب اسکاحوالہ دےکےلوگکہتےہیں کہ قرآنتو جنگ کیکتاب ہے، وائیلنسکیکتاب ہے، تشددسکھاتاہے، جب</w:t>
      </w:r>
    </w:p>
    <w:p>
      <w:r>
        <w:rPr>
          <w:b/>
        </w:rPr>
        <w:t xml:space="preserve">[13:38] </w:t>
      </w:r>
      <w:r>
        <w:t>ke 99 percent se zyada ayatein jo hain, woh sab wahi human values par, spiritual values par, aur moral values par, yeh sari ayatein hain, Khuda se ta'alluq par, jannat aur jahannum par.</w:t>
      </w:r>
    </w:p>
    <w:p>
      <w:pPr>
        <w:jc w:val="right"/>
      </w:pPr>
      <w:r>
        <w:t>کہ 9 9 پرسنٹ سےزیادہ آیتیںجوہیں،وہ سب وہیہیومنویلیوزپر،سپرچ ولویلیوزپر، اور مورلویلیوزپر،یہساریآیتیںہیں ،خداسے تعلق پر،جنتاورجہنمپر ۔</w:t>
      </w:r>
    </w:p>
    <w:p>
      <w:r>
        <w:rPr>
          <w:b/>
        </w:rPr>
        <w:t xml:space="preserve">[13:51] </w:t>
      </w:r>
      <w:r>
        <w:t>to yeh jo hai, yeh bohat ziyada aam bimari hai, is se humein bachna chahiye, kyunke insaan exaggerate karta hai.</w:t>
      </w:r>
    </w:p>
    <w:p>
      <w:pPr>
        <w:jc w:val="right"/>
      </w:pPr>
      <w:r>
        <w:t>تو یہ جوہے، یہبہت زیادہ عام بیماریہے،اسسےہمیں بچناچاہیے، کیونکہ انسان ایگزیجریٹکرتاہے۔</w:t>
      </w:r>
    </w:p>
    <w:p>
      <w:r>
        <w:rPr>
          <w:b/>
        </w:rPr>
        <w:t xml:space="preserve">[14:01] </w:t>
      </w:r>
      <w:r>
        <w:t>kisi ke andar koi bimari, burai ekhe to us ko exaggerate karega aur aisa dikhayega ke jaise woh poora ka poora hi galat hai. To yeh bilkul dishonest tareeqa hai, ghair ilmi tareeqa hai.</w:t>
      </w:r>
    </w:p>
    <w:p>
      <w:pPr>
        <w:jc w:val="right"/>
      </w:pPr>
      <w:r>
        <w:t>کسی کےاندرکوئیبیماری، برائیایکہے تو اسکو ایگزیجریٹکرےگااورایسادکھائےگاکہجیسےوہپوراکاپوراہی غلطہے۔ تویہ بالکل ڈسآنیسٹطریقہہے،غیر علمیطریقہہے۔</w:t>
      </w:r>
    </w:p>
    <w:p>
      <w:r>
        <w:rPr>
          <w:b/>
        </w:rPr>
        <w:t xml:space="preserve">[14:14] </w:t>
      </w:r>
      <w:r>
        <w:t>humein chahiye ke hum bilkul as it is thinking par bohat ziyada zor dein, jitna jiske andar hai, jisko aapne mutafiqeen mein bataya hai ke agar kisi ke andar hai koi kami to sirf itna hi us ko lein,</w:t>
      </w:r>
    </w:p>
    <w:p>
      <w:pPr>
        <w:jc w:val="right"/>
      </w:pPr>
      <w:r>
        <w:t>ہمیںچاہیےکہہمبالکل ایزاٹاز تھنکنگپربہتزیادہ زوردیں، جتنا جسکےاندر ہے، جسکوآپنے المت فقین میںبتایاہے کہاگرکسی کےاندر ہے کوئی کمی تو صرفاتناہیاسکو لیں،</w:t>
      </w:r>
    </w:p>
    <w:p>
      <w:r>
        <w:rPr>
          <w:b/>
        </w:rPr>
        <w:t xml:space="preserve">[14:29] </w:t>
      </w:r>
      <w:r>
        <w:t>yeh na kahe ke woh samajh lein ke poora ka poora hi galat hai. To isi tareeqe se baat ko izafah lena aur</w:t>
      </w:r>
    </w:p>
    <w:p>
      <w:pPr>
        <w:jc w:val="right"/>
      </w:pPr>
      <w:r>
        <w:t>یہ نہکہوہسمجھلیںکہپوراکاپوراہیغلطہے۔ تو اسیطریقےسے باتکو ایزاٹازلینا اور</w:t>
      </w:r>
    </w:p>
    <w:p>
      <w:r>
        <w:rPr>
          <w:b/>
        </w:rPr>
        <w:t xml:space="preserve">[14:37] </w:t>
      </w:r>
      <w:r>
        <w:t>bilkul jo reality hai, jo haqeeqat waqea hai, uske mutabiq baat ko lena, kyunke yahi honesty hai, yahi justice hai, aur is par jab bohat zyada zor diya</w:t>
      </w:r>
    </w:p>
    <w:p>
      <w:pPr>
        <w:jc w:val="right"/>
      </w:pPr>
      <w:r>
        <w:t>بالکل جو ر یلیٹیہے،جوحقیقت واقعہہے، اسکےمط ابق باتکولینا، کیونکہیہی آن یسٹیہے، یہی جسٹسہے، اور اسپر جب بہتزیادہ زوردیا</w:t>
      </w:r>
    </w:p>
    <w:p>
      <w:r>
        <w:rPr>
          <w:b/>
        </w:rPr>
        <w:t xml:space="preserve">[14:48] </w:t>
      </w:r>
      <w:r>
        <w:t>gaya hai Islam mein to bohat sari misalein hain. Yahan</w:t>
      </w:r>
    </w:p>
    <w:p>
      <w:pPr>
        <w:jc w:val="right"/>
      </w:pPr>
      <w:r>
        <w:t>گیاہےاسلام میں تو بہت ساری مثالیںہیں۔یہاں</w:t>
      </w:r>
    </w:p>
    <w:p>
      <w:r>
        <w:rPr>
          <w:b/>
        </w:rPr>
        <w:t xml:space="preserve">[14:52] </w:t>
      </w:r>
      <w:r>
        <w:t>mein ek aur misaal deti hoon, jaise Maulana ke bare mein sab log kehne lage the ke yeh to sirf Sulah Hudaybiyah ke bare mein likhte hain.</w:t>
      </w:r>
    </w:p>
    <w:p>
      <w:pPr>
        <w:jc w:val="right"/>
      </w:pPr>
      <w:r>
        <w:t>میںایکاورمثالدیتیہوں، جیسے مول اناکےبارےمیں سب لوگ کہنےلگےتھےکہیہتوصرف صلح حدیبیہکےبارےمیںلکھتےہیں۔</w:t>
      </w:r>
    </w:p>
    <w:p>
      <w:r>
        <w:rPr>
          <w:b/>
        </w:rPr>
        <w:t xml:space="preserve">[15:00] </w:t>
      </w:r>
      <w:r>
        <w:t>ab do sau se ziyada kitabein hain, har topic par likha gaya hai. To</w:t>
      </w:r>
    </w:p>
    <w:p>
      <w:pPr>
        <w:jc w:val="right"/>
      </w:pPr>
      <w:r>
        <w:t>اباتنیدو سوسےزیادہ کتاب یںہیں، ہر ٹاپکپرلکھاگیاہے۔ تو</w:t>
      </w:r>
    </w:p>
    <w:p>
      <w:r>
        <w:rPr>
          <w:b/>
        </w:rPr>
        <w:t xml:space="preserve">[15:05] </w:t>
      </w:r>
      <w:r>
        <w:t>ab Sulah Hudaibiyah par unhone kai jagah likha hai, kyunke bohat important principle hai Islam ka, Sulah. To is par kai baar likha hai is mein, lekin sirf yeh to nahi likha hai.</w:t>
      </w:r>
    </w:p>
    <w:p>
      <w:pPr>
        <w:jc w:val="right"/>
      </w:pPr>
      <w:r>
        <w:t>اب صلححدیبیہپر انہوںنے کئیجگہلکھاہے، کیونکہ بہت امپورٹنٹ پرنسپلہےاسلام کا ،صلح۔ تو اسپر کئیبارلکھاہےاسمیں،لیکن صرفیہیتونہیںلکھاہے۔</w:t>
      </w:r>
    </w:p>
    <w:p>
      <w:r>
        <w:rPr>
          <w:b/>
        </w:rPr>
        <w:t xml:space="preserve">[15:18] </w:t>
      </w:r>
      <w:r>
        <w:t>to yeh ek aam bimari hai, bohat ziyada insaan ko soch samajh kar rai banani chahiye, kyunke is ki bhi pakad hogi.</w:t>
      </w:r>
    </w:p>
    <w:p>
      <w:pPr>
        <w:jc w:val="right"/>
      </w:pPr>
      <w:r>
        <w:t>تو یہ ایک عام بیماریہے، بہت زیادہ انسانکو سوچ سمجھکر رائےبنانی چاہیے، کیونکہ اسکیبھیپکڑہوگی۔</w:t>
      </w:r>
    </w:p>
    <w:p>
      <w:r>
        <w:rPr>
          <w:b/>
        </w:rPr>
        <w:t xml:space="preserve">[15:27] </w:t>
      </w:r>
      <w:r>
        <w:t>yeh bhi waise hi hai, jisko Maulana kehte the, indirect jhoot. Kuch to direct jhoot hota hai, kuch indirect jhoot hota</w:t>
      </w:r>
    </w:p>
    <w:p>
      <w:pPr>
        <w:jc w:val="right"/>
      </w:pPr>
      <w:r>
        <w:t>یہبھی ویسےہیہے،جسکو مول اناکہتےتھے،انڈائریکٹجھوٹ۔ کچھتوڈائریکٹجھوٹہوتاہے،کچھ انڈائریکٹجھوٹہوت</w:t>
      </w:r>
    </w:p>
    <w:p>
      <w:r>
        <w:rPr>
          <w:b/>
        </w:rPr>
        <w:t xml:space="preserve">[15:34] </w:t>
      </w:r>
      <w:r>
        <w:t>hai. To hum ko baat ko as it is kehna, yahi Rasool Allah (SAW) is ki dua karte the ke humein cheezon ko as it is dikha, cheezein aisi jaisi hain, waisi hi humein dikha.</w:t>
      </w:r>
    </w:p>
    <w:p>
      <w:pPr>
        <w:jc w:val="right"/>
      </w:pPr>
      <w:r>
        <w:t>اہے۔ توہمکو باتکو ایزاٹازکہنا، یہی رسولاللہصلیاللہعلیہوسلم اسکیدعاکرتے تھےکہہمیںچیزوںکو ار ینالشیا کماحیا، چیزیں ایسی جیسیہیں، ویسےہیہمکودکھا۔</w:t>
      </w:r>
    </w:p>
    <w:p>
      <w:r>
        <w:rPr>
          <w:b/>
        </w:rPr>
        <w:t xml:space="preserve">[15:47] </w:t>
      </w:r>
      <w:r>
        <w:t>to is ke liye bhi humein dua karna hai, har cheez ke liye humein dua karna chahiye. Ek sawal hai, ah, insaan ke andar aam taur se deeper thinking nahi hoti hai, face value par cheezon ko lete hain, aur us ko Quran mein bhi is se mana kiya gaya hai. Quran mein bataya gaya hai 'ya'lamoon zahir an al-hayat ad-dunya' ke woh duniya ki sirf zahiri cheezon ko dekhte hain.</w:t>
      </w:r>
    </w:p>
    <w:p>
      <w:pPr>
        <w:jc w:val="right"/>
      </w:pPr>
      <w:r>
        <w:t>تو اسکےلیے بھیہمیںدعاکرناہے،ہرچیز کےلیےہمیں دعاکرناچاہیے۔ ایکسوال ہے، اہ، انسانکےاندرعامطورسے ڈیپرتھنکنگنہیںہوتیہے، فیسویلیوپرچیزوںکولیتےہیں، اور اسکو قرآنمیںبھیاسسےمنعکیاگیاہے۔قرآنمیںبتایاگیاہےیع لمون ظاہرامنالحیات الدنیا کہوہدنیا کیصرف ظاہریچیزوںکودیکھتےہیں۔</w:t>
      </w:r>
    </w:p>
    <w:p>
      <w:r>
        <w:rPr>
          <w:b/>
        </w:rPr>
        <w:t xml:space="preserve">[16:10] </w:t>
      </w:r>
      <w:r>
        <w:t>to is par kuch baat aaiye aap, face value par lena kya hai ?</w:t>
      </w:r>
    </w:p>
    <w:p>
      <w:pPr>
        <w:jc w:val="right"/>
      </w:pPr>
      <w:r>
        <w:t>تو اسپرکچھبت ائیےآپ ، فیسویلیوپرلیناکیا ہے ؟</w:t>
      </w:r>
    </w:p>
    <w:p>
      <w:r>
        <w:rPr>
          <w:b/>
        </w:rPr>
        <w:t xml:space="preserve">[16:16] </w:t>
      </w:r>
      <w:r>
        <w:t>aam taur par yahi hai ke zahiri cheezon ko log dekh kar rai bana lete hain, gehraai se ghor o fikar nahi karte.</w:t>
      </w:r>
    </w:p>
    <w:p>
      <w:pPr>
        <w:jc w:val="right"/>
      </w:pPr>
      <w:r>
        <w:t>عام طورپریہی ہے کہظاہریچیزوںکولوگدیکھکررائےبنالیتےہیں، گہر ائیسے غوروفکرنہیں کرتے۔</w:t>
      </w:r>
    </w:p>
    <w:p>
      <w:r>
        <w:rPr>
          <w:b/>
        </w:rPr>
        <w:t xml:space="preserve">[16:26] </w:t>
      </w:r>
      <w:r>
        <w:t>to mein ek misaal likhoon ke jab Rasool Allah (SAW) Fatah Makkah ke baad Taif ja rahe the to aap ke sath 12 hazar Sahaba the.</w:t>
      </w:r>
    </w:p>
    <w:p>
      <w:pPr>
        <w:jc w:val="right"/>
      </w:pPr>
      <w:r>
        <w:t>تو میںایک مثاللکھ یںکہجب رسولاللہ صلیاللہعلیہوسلم فتحمکہکےبعد طائفجارہےتھےتوآپکےساتھ دسبارہ ہزار اصحابتھے۔</w:t>
      </w:r>
    </w:p>
    <w:p>
      <w:r>
        <w:rPr>
          <w:b/>
        </w:rPr>
        <w:t xml:space="preserve">[16:37] </w:t>
      </w:r>
      <w:r>
        <w:t>to kyunke Taif woh ilaqa hi pahadi ilaqa hai, to pahad ke andar darre hote hain, woh kam jagah hoti hai.</w:t>
      </w:r>
    </w:p>
    <w:p>
      <w:pPr>
        <w:jc w:val="right"/>
      </w:pPr>
      <w:r>
        <w:t>تو چونکہطائف وہ علاق ہہیپہاڑیعلاق ہہے، تو پہاڑکےاندر در ےہوتےہیں،وہ کم جگہہوتیہے۔</w:t>
      </w:r>
    </w:p>
    <w:p>
      <w:r>
        <w:rPr>
          <w:b/>
        </w:rPr>
        <w:t xml:space="preserve">[16:45] </w:t>
      </w:r>
      <w:r>
        <w:t>to ek aisi darra raste mein aaya to us ka naam hi Al-Asra, Al-Asra rakh diya gaya. Aur to wahan par saare log, bohat sare, 12 hazar log the, aur rasta bohat tang tha.</w:t>
      </w:r>
    </w:p>
    <w:p>
      <w:pPr>
        <w:jc w:val="right"/>
      </w:pPr>
      <w:r>
        <w:t>تو ایکایسی درہراستےمیںآیا تو اسکانام ہی الع سراء ،العسراء رکھدیاگیا۔ اور تو وہاںپر سارےلوگ،بہت سارے،دسبارہہزارلوگ تھے،اور راستہبہت تنگتھا۔</w:t>
      </w:r>
    </w:p>
    <w:p>
      <w:r>
        <w:rPr>
          <w:b/>
        </w:rPr>
        <w:t xml:space="preserve">[16:59] </w:t>
      </w:r>
      <w:r>
        <w:t>to ab masla ho gaya. To Rasool Allah (SAW) ne farmaya ke nahi, yeh to bohat aasan rasta hai, aur tum aisa karo ke horizontal tareeqe se jaane ki bajaye vertical tareeqe se jao, yani qul lagalo,</w:t>
      </w:r>
    </w:p>
    <w:p>
      <w:pPr>
        <w:jc w:val="right"/>
      </w:pPr>
      <w:r>
        <w:t>تو اب مسئلہہوگیا۔تو رسولاللہصلیاللہعلیہوسلمنےفرمایاکہنہیں،یہتو بہت آسانراستہہے، اور تم ایساکروکہہوریزنٹل طریقےسےجانےکیبجائے ورٹیکلطریقےسےجاؤ،یعنیکیولگالو،</w:t>
      </w:r>
    </w:p>
    <w:p>
      <w:r>
        <w:rPr>
          <w:b/>
        </w:rPr>
        <w:t xml:space="preserve">[17:14] </w:t>
      </w:r>
      <w:r>
        <w:t>is tareeqe se chale jao to woh rasta aasan ho jayega. To yeh yeh hai ke foran un ko laga ke itne saare log is chote se tang raste se kaise jayenge ?</w:t>
      </w:r>
    </w:p>
    <w:p>
      <w:pPr>
        <w:jc w:val="right"/>
      </w:pPr>
      <w:r>
        <w:t>اسطریقےسےچلےجاؤتووہ راستہ آسانہوجائےگا۔ تو یہیہےکہ فوراً انکولگاکہاتنےسارےلوگ اس چھوٹےسےتنگراستےسےکیسےجائیںگے؟</w:t>
      </w:r>
    </w:p>
    <w:p>
      <w:r>
        <w:rPr>
          <w:b/>
        </w:rPr>
        <w:t xml:space="preserve">[17:23] </w:t>
      </w:r>
      <w:r>
        <w:t>to Rasool Allah (SAW) ne wahan bataya ke nahi, aise is ka apna rasta guzarne ka tareeqa badal</w:t>
      </w:r>
    </w:p>
    <w:p>
      <w:pPr>
        <w:jc w:val="right"/>
      </w:pPr>
      <w:r>
        <w:t>تو رسولاللہصلیاللہعلیہوسلمنےوہاںبتایاکہنہیں، ایسے اسکااپنا راستہ گزرنےکاط ریقہبد</w:t>
      </w:r>
    </w:p>
    <w:p>
      <w:r>
        <w:rPr>
          <w:b/>
        </w:rPr>
        <w:t xml:space="preserve">[17:31] </w:t>
      </w:r>
      <w:r>
        <w:t>do. To isi tareeqe se bohat sare aise kaam hote hain jo ek tareeqe se mushkil hote hain, lekin doosre tareeqe se aasan ho jate hain.</w:t>
      </w:r>
    </w:p>
    <w:p>
      <w:pPr>
        <w:jc w:val="right"/>
      </w:pPr>
      <w:r>
        <w:t>لدو ۔ تو اسیطریقےسے بہت سارےایسےکامہوتےہیں جو ایکطریقےسےمشکلہوتےہیں، لیکن دوسرےطریقےسے آسانہوجاتےہیں۔</w:t>
      </w:r>
    </w:p>
    <w:p>
      <w:r>
        <w:rPr>
          <w:b/>
        </w:rPr>
        <w:t xml:space="preserve">[17:40] </w:t>
      </w:r>
      <w:r>
        <w:t>aur yeh jo nature mein bhi yahi hai ke saari aasaniyan aasaniyan nahi hain, balkeh humein soch kar discover karna padta hai.</w:t>
      </w:r>
    </w:p>
    <w:p>
      <w:pPr>
        <w:jc w:val="right"/>
      </w:pPr>
      <w:r>
        <w:t>اور یہ جو نیچرمیںبھییہیہے کہ ساری آ سانیاںآسانیاںنہیںہیں،بلکہہمکو سوچکر ڈسکورکرناپڑتاہے۔</w:t>
      </w:r>
    </w:p>
    <w:p>
      <w:r>
        <w:rPr>
          <w:b/>
        </w:rPr>
        <w:t xml:space="preserve">[17:49] </w:t>
      </w:r>
      <w:r>
        <w:t>misal ke taur par hum ne ek exam diya aur hum fail ho gaye to kuch log wohi woh khud kushi kar lete</w:t>
      </w:r>
    </w:p>
    <w:p>
      <w:pPr>
        <w:jc w:val="right"/>
      </w:pPr>
      <w:r>
        <w:t>مثالکےطورپرہمنےایک ایگزیمدیا اور ہمفیل ہوگئے تو کچھلوگجوہیںوہخود کشیکرلیتے</w:t>
      </w:r>
    </w:p>
    <w:p>
      <w:r>
        <w:rPr>
          <w:b/>
        </w:rPr>
        <w:t xml:space="preserve">[17:55] </w:t>
      </w:r>
      <w:r>
        <w:t>hain, aur kuch log hain woh aur ziyada mehnat karte hain ke hum aindah woh hai aur ziyada mehnat kar ke imtehan denge, aur woh bohat achhe number se pass ho jate hain.</w:t>
      </w:r>
    </w:p>
    <w:p>
      <w:pPr>
        <w:jc w:val="right"/>
      </w:pPr>
      <w:r>
        <w:t>ہیں، اورکچھلوگ ہیںوہ اور زیادہ محنتکرتے ہیںکہہمآئندہجوہے اور زیادہ محنتکرکے امتحاندیںگے،اوروہ بہت اچھےنمبرسے پاسہوجاتےہیں۔</w:t>
      </w:r>
    </w:p>
    <w:p>
      <w:r>
        <w:rPr>
          <w:b/>
        </w:rPr>
        <w:t xml:space="preserve">[18:05] </w:t>
      </w:r>
      <w:r>
        <w:t>to is tareeqe se bar bar aisa logon ke samne yeh baat aati hai ke face value par to lagta hai ke bohat mushkil hai, aur jo is ko deeper thinking ke zariye se karein to koi na koi solution nikal</w:t>
      </w:r>
    </w:p>
    <w:p>
      <w:pPr>
        <w:jc w:val="right"/>
      </w:pPr>
      <w:r>
        <w:t>تو اسطریقےسے باربار ایسا لوگوںکےسامنے یہبات آتیہے کہ فیسویلیوپرتولگتاہےکہبہت مشکل ہے، اور جو اسکو ڈیپر تھنکنگکےذریعےسےکریںتوکوئینہکوئی سلویوشننکلآ</w:t>
      </w:r>
    </w:p>
    <w:p>
      <w:r>
        <w:rPr>
          <w:b/>
        </w:rPr>
        <w:t xml:space="preserve">[18:20] </w:t>
      </w:r>
      <w:r>
        <w:t>ta hai. To hamesha humein apni soch ko, apni soch ko bohat ziyada develop karna chahiye, to tabhi hum in tamam mamlaat ke hal talash kar sakte hain.</w:t>
      </w:r>
    </w:p>
    <w:p>
      <w:pPr>
        <w:jc w:val="right"/>
      </w:pPr>
      <w:r>
        <w:t>تاہے۔ توہمیشہہمیں اپنی سوچکو ،اپنیسوچکوبہت زیادہ ڈیویلپکرناچاہیے، تو تبھیہم انتمام معاملات کے حل تلاشکرسکتےہیں۔</w:t>
      </w:r>
    </w:p>
    <w:p>
      <w:r>
        <w:rPr>
          <w:b/>
        </w:rPr>
        <w:t xml:space="preserve">[18:34] </w:t>
      </w:r>
      <w:r>
        <w:t>aap aagla sawal, ah, jo hai, us ko, ah, us ke pas manzar ko bayan kar ke mein woh sawal aapse karunga. Umair bin Habeeb bin Khasham ne apne bete ko naseehat ki</w:t>
      </w:r>
    </w:p>
    <w:p>
      <w:pPr>
        <w:jc w:val="right"/>
      </w:pPr>
      <w:r>
        <w:t>آپاگلاسوال ،اہ،جوہے، اسکو، اہ،اسکےپس منظرکوبیانکرکے میںوہسوالآپسےکروںگا۔ عم یربنحبیببن خماشہنے اپنے بیٹےکو نصیحتکی</w:t>
      </w:r>
    </w:p>
    <w:p>
      <w:r>
        <w:rPr>
          <w:b/>
        </w:rPr>
        <w:t xml:space="preserve">[18:46] </w:t>
      </w:r>
      <w:r>
        <w:t>thi. umar bin habib, ah, wohi woh sahabi hain aur unhon ne nabi sallellah alaih wasallam ko apni naujawani ke alam mein paya tha. unhon ne apne bete ko naseehat ki thi.</w:t>
      </w:r>
    </w:p>
    <w:p>
      <w:pPr>
        <w:jc w:val="right"/>
      </w:pPr>
      <w:r>
        <w:t>تھی۔ عم یربنحبیب، اہ ،جوہیں وہ صحابیہیں اور انہوںنے نبیصلیاللہعلیہوسلمکواپنی نوجوانیکےعالممیںپایاتھا۔ انہوںنےاپنے بیٹےکو نصیحتکیتھی۔</w:t>
      </w:r>
    </w:p>
    <w:p>
      <w:r>
        <w:rPr>
          <w:b/>
        </w:rPr>
        <w:t xml:space="preserve">[18:56] </w:t>
      </w:r>
      <w:r>
        <w:t>ah, is mein se ek naseehat yeh hai ke man la yarzi bil qaleel mimma yati bihi as safi yarzi bil katheer ke jo nadan aadmi ke chote shar par razi nahi hoga, usko nadan aadmi ke bade shar ko,</w:t>
      </w:r>
    </w:p>
    <w:p>
      <w:pPr>
        <w:jc w:val="right"/>
      </w:pPr>
      <w:r>
        <w:t>اہ،اسمیںسےایک نصیحتیہہےکہ منلا یرضیبالقليل ممایاتی به الصفی یرضیبالکثیر کہجو نادانآدمیکےچھوٹے شر پرراضینہیںہوگا،اسکو نادانآدمیکےبڑے شر کو،</w:t>
      </w:r>
    </w:p>
    <w:p>
      <w:r>
        <w:rPr>
          <w:b/>
        </w:rPr>
        <w:t xml:space="preserve">[19:10] </w:t>
      </w:r>
      <w:r>
        <w:t>ah, ikhtiyar karna padega. to yeh chota shar kya hota hai aur bada shar kya hota hai, is</w:t>
      </w:r>
    </w:p>
    <w:p>
      <w:pPr>
        <w:jc w:val="right"/>
      </w:pPr>
      <w:r>
        <w:t>اہ، اختیارکرناپڑےگا۔ تو یہچھوٹاشر کیاہوتاہےاوربڑاشرکیاہوتاہے،اس</w:t>
      </w:r>
    </w:p>
    <w:p>
      <w:r>
        <w:rPr>
          <w:b/>
        </w:rPr>
        <w:t xml:space="preserve">[19:15] </w:t>
      </w:r>
      <w:r>
        <w:t>par bat aain kuch. chota shar, jaise abhi maine bataya ke fasadat hote hain, to chota shar hai ke slogan nikal rahe hain, inko bardasht kar lo.</w:t>
      </w:r>
    </w:p>
    <w:p>
      <w:pPr>
        <w:jc w:val="right"/>
      </w:pPr>
      <w:r>
        <w:t>پر بت ائیں کچھ ۔ چھوٹا شر ،جیسے ابھیمیںنےبتایاکہ فساداتہوتےہیں، تو چھوٹا شر ہےکہ سلوگنزلگرہےہیں، انکو برداشتکرلو ۔</w:t>
      </w:r>
    </w:p>
    <w:p>
      <w:r>
        <w:rPr>
          <w:b/>
        </w:rPr>
        <w:t xml:space="preserve">[19:27] </w:t>
      </w:r>
      <w:r>
        <w:t>ab bada shar hai ke bardasht nahi karenge to fasad hoga, ghar jalaye jayenge, dukan jalegi aur tamam maishiyat barbad ho kar reh jayengi. yeh bada shar hai.</w:t>
      </w:r>
    </w:p>
    <w:p>
      <w:pPr>
        <w:jc w:val="right"/>
      </w:pPr>
      <w:r>
        <w:t>اببڑاشرہےکہبرداشتنہیںکریںگےتوفسادہوگا، گھر جلائےجائیںگے،دکانجلےگی اورتمام معاشیاتبربادہوکررہجائیںگے۔یہبڑاشر ہے۔</w:t>
      </w:r>
    </w:p>
    <w:p>
      <w:r>
        <w:rPr>
          <w:b/>
        </w:rPr>
        <w:t xml:space="preserve">[19:36] </w:t>
      </w:r>
      <w:r>
        <w:t>to is tarike se chota shar to bahut chota hota hai, jisko hum kehte hain "nipandabadd". isko wahin ka wahin khatm kiya ja sakta hai, lekin jab mamla bahut badh jata</w:t>
      </w:r>
    </w:p>
    <w:p>
      <w:pPr>
        <w:jc w:val="right"/>
      </w:pPr>
      <w:r>
        <w:t>تو اسطریقےسے چھوٹا شرتوبہت چھوٹاہوتاہے، جسکوہمکہتےہیں"نپاندابڈ"۔ اسکووہیںکاوہیںختمکیا جاسکتاہے، لیکن جب معاملہبہت بڑھجاتا</w:t>
      </w:r>
    </w:p>
    <w:p>
      <w:r>
        <w:rPr>
          <w:b/>
        </w:rPr>
        <w:t xml:space="preserve">[19:45] </w:t>
      </w:r>
      <w:r>
        <w:t>hai to phir isko khatm karna bahut mushkil ho jata hai. to yeh Maulana bar bar logon ko bataya karte the. ek bar ek aadmi aaye, unhon ne kaha ke ek bus hum ne kharidi aur ek ek jo ne tha, usne uska license dilwa diya.</w:t>
      </w:r>
    </w:p>
    <w:p>
      <w:pPr>
        <w:jc w:val="right"/>
      </w:pPr>
      <w:r>
        <w:t>ہےتوپھراسکو ختم کرنابہت مشکلہوجاتاہے۔ تو یہ مول اناباربار لوگوںکوبت ایاکرتے تھے۔ایکبارایک آدمیآئے،انہوںنےکہاکہ ایک بسہمنےخریدی اور ایک ایک جو نےتاتھا،اسنے اسکا لائسنس د لوایا۔</w:t>
      </w:r>
    </w:p>
    <w:p>
      <w:r>
        <w:rPr>
          <w:b/>
        </w:rPr>
        <w:t xml:space="preserve">[20:03] </w:t>
      </w:r>
      <w:r>
        <w:t>to ab jo hai is mein besh besh besh faida hone laga. paisa in aadmi ka lagta tha jo Maulana se milne aaye the, to</w:t>
      </w:r>
    </w:p>
    <w:p>
      <w:pPr>
        <w:jc w:val="right"/>
      </w:pPr>
      <w:r>
        <w:t>تو اب جوہےاسمیں بسمیںبہتفائدہہونےلگا۔ پیسہ انآدمیکالگاتھاجومول اناسےملنےآئےتھے، تو</w:t>
      </w:r>
    </w:p>
    <w:p>
      <w:r>
        <w:rPr>
          <w:b/>
        </w:rPr>
        <w:t xml:space="preserve">[20:11] </w:t>
      </w:r>
      <w:r>
        <w:t>besh faida hone laga. to woh neta ki niyat bigad gayi, usne is par qabza kar liya. to</w:t>
      </w:r>
    </w:p>
    <w:p>
      <w:pPr>
        <w:jc w:val="right"/>
      </w:pPr>
      <w:r>
        <w:t>بہت فائدہہونےلگا۔تو وہ نےتا کی نیتبگڑگئی،اسنےاسپرقبضہکرلیا۔ تو</w:t>
      </w:r>
    </w:p>
    <w:p>
      <w:r>
        <w:rPr>
          <w:b/>
        </w:rPr>
        <w:t xml:space="preserve">[20:17] </w:t>
      </w:r>
      <w:r>
        <w:t>ab gaon ki baat thi, gaon mein to log foran qatl bhee kar dalte hain. to unhon ne kaha nahi, main isko badla sikhaunga, main isko qatl kar dalunga, main itna bardasht nahi kar sakta.</w:t>
      </w:r>
    </w:p>
    <w:p>
      <w:pPr>
        <w:jc w:val="right"/>
      </w:pPr>
      <w:r>
        <w:t>اب گاؤںکیباتتھی،گاؤںمیںتولوگفوراًقتلبھیکرڈالتےہیں۔ تو انہوںنےکہانہیں،میںاسکوبدلہسکھاؤںگا،میںاسکوقتلکرڈالوںگا، میں اتنا برداشتنہیںکرسکتا۔</w:t>
      </w:r>
    </w:p>
    <w:p>
      <w:r>
        <w:rPr>
          <w:b/>
        </w:rPr>
        <w:t xml:space="preserve">[20:27] </w:t>
      </w:r>
      <w:r>
        <w:t>to Maulana ne kaha ke dekhiye, aap inteqam lenge to inteqam ka bhi inteqam liya jayega. woh ek la-mutanahi ek silsila chal padega, woh wahin ka wahin khatm thodi ho jayega.</w:t>
      </w:r>
    </w:p>
    <w:p>
      <w:pPr>
        <w:jc w:val="right"/>
      </w:pPr>
      <w:r>
        <w:t>تو مول انانےکہاکہ دیکھیے، آپ انتقاملیںگےتو انتقامکابھیانتقاملیاجائےگا۔ وہایک لامتناہی ایک سلسلہچلپڑےگا،وہوہیںکاوہیںختمتھوڑیہوجائےگا۔</w:t>
      </w:r>
    </w:p>
    <w:p>
      <w:r>
        <w:rPr>
          <w:b/>
        </w:rPr>
        <w:t xml:space="preserve">[20:38] </w:t>
      </w:r>
      <w:r>
        <w:t>phir iske bachche aapke bachchon se inteqam lenge. to Maulana ne kaha aapke paas is waqt kitna paisa hai, kitna bacha</w:t>
      </w:r>
    </w:p>
    <w:p>
      <w:pPr>
        <w:jc w:val="right"/>
      </w:pPr>
      <w:r>
        <w:t>پھراسکےبچےآپکےبچوںسےانتقاملیںگے۔ تو مول انانےکہاکہآپکےپاساسوقتکتنا پیسہہے، کتنابچا</w:t>
      </w:r>
    </w:p>
    <w:p>
      <w:r>
        <w:rPr>
          <w:b/>
        </w:rPr>
        <w:t xml:space="preserve">[20:46] </w:t>
      </w:r>
      <w:r>
        <w:t>hua hai aapke paas? unhon ne kuch das bees hazar bataya to kaha ke bas is se ab apna ek naya kaam shuru kar dijiye. aur ab kya kaam bataya tha, woh hamein yaad nahi aa raha hai.</w:t>
      </w:r>
    </w:p>
    <w:p>
      <w:pPr>
        <w:jc w:val="right"/>
      </w:pPr>
      <w:r>
        <w:t>ہواہےآپکےپاس؟انہوںنےکچھ دسبیسہزار بتایا تو کہاکہبساسیسےاباپناایکنیا کام شروع کردیجئے۔ اور ابکیا کام بتایاتھا،وہمیں یادنہیںآرہاہے۔</w:t>
      </w:r>
    </w:p>
    <w:p>
      <w:r>
        <w:rPr>
          <w:b/>
        </w:rPr>
        <w:t xml:space="preserve">[20:57] </w:t>
      </w:r>
      <w:r>
        <w:t>to unhon ne phir dobara kaam shuru kar diya aur baad mein ek bar phir aaye kehne lage, is se bahut zyada inko faida hua, bahut achha unka business chal pada.</w:t>
      </w:r>
    </w:p>
    <w:p>
      <w:pPr>
        <w:jc w:val="right"/>
      </w:pPr>
      <w:r>
        <w:t>تو انہوںنےپھر دوبارہکام شروع کردیا اور بعد میںایکبارپھر آئےکہنےلگے،اسسےبہتزیادہ انکو فائدہہوا،بہتاچھاانکابزنسچلپڑا۔</w:t>
      </w:r>
    </w:p>
    <w:p>
      <w:r>
        <w:rPr>
          <w:b/>
        </w:rPr>
        <w:t xml:space="preserve">[21:06] </w:t>
      </w:r>
      <w:r>
        <w:t>to yeh yeh hai ke agar us waqt woh lad gaye hote to woh kuch nahi unko milta,</w:t>
      </w:r>
    </w:p>
    <w:p>
      <w:pPr>
        <w:jc w:val="right"/>
      </w:pPr>
      <w:r>
        <w:t>تو یہیہےکہاگر اسوقت وہلڑگئےہوتے تو وہ کچھنہیں انکوملتا،</w:t>
      </w:r>
    </w:p>
    <w:p>
      <w:r>
        <w:rPr>
          <w:b/>
        </w:rPr>
        <w:t xml:space="preserve">[21:12] </w:t>
      </w:r>
      <w:r>
        <w:t>khali barbadi milti. aur isi tarike se bahut sari misalein aisi to ek katib the, pehle zamane mein jab computerization nahi tha to hath se likha jata tha, unko katib kehte the, calligrapher.</w:t>
      </w:r>
    </w:p>
    <w:p>
      <w:pPr>
        <w:jc w:val="right"/>
      </w:pPr>
      <w:r>
        <w:t>خالیبربادیملتی ۔ اور اسیطریقےسے بہت ساری مثالیںایسیتو ایک کاتبتھے،پہلے زمان ےمیںجب کمپیوٹر ائزیشننہیںہواتھا تو ہاتھسے لکھاجاتا تھا، انکو کاتبکہتےتھے، کیلیگرافر۔</w:t>
      </w:r>
    </w:p>
    <w:p>
      <w:r>
        <w:rPr>
          <w:b/>
        </w:rPr>
        <w:t xml:space="preserve">[21:28] </w:t>
      </w:r>
      <w:r>
        <w:t>to woh aaye aur kaafi likhne ka saman le kar, unhon ne kaha main gaon ja raha hoon. to kaafi cheezein le kar gaye, gaon bahut din ho gaya to aaye hi nahi wapas.</w:t>
      </w:r>
    </w:p>
    <w:p>
      <w:pPr>
        <w:jc w:val="right"/>
      </w:pPr>
      <w:r>
        <w:t>تو وہ آئےاور کافیلکھ نےکاسامانلےکر،انہوںنےکہامیںگاؤںجارہاہوں۔ توکافیچیزیںلےکرگئے،گاؤں بہت دنہوگیا تو آئےہینہیںواپس ۔</w:t>
      </w:r>
    </w:p>
    <w:p>
      <w:r>
        <w:rPr>
          <w:b/>
        </w:rPr>
        <w:t xml:space="preserve">[21:39] </w:t>
      </w:r>
      <w:r>
        <w:t>to pata chala aisi koi jhagda wagera gaon mein hua tha, ab woh jhagde mein woh kood pade honge, ladai shuru ho gayi. agar wahin ka wahin woh woh kar dete, baat khatm kar dete to ladai shuru ho gayi</w:t>
      </w:r>
    </w:p>
    <w:p>
      <w:pPr>
        <w:jc w:val="right"/>
      </w:pPr>
      <w:r>
        <w:t>تو پتہچلاایسیکوئیجھگڑاوغیرہگاؤںمیںہواتھا، ابوہجھگڑےمیںوہکودپڑےہوںگے، لڑائیشروعہوگئی۔اگر وہیںکاوہیںوہ وہ کردیتے، باتختمکردیتےتو لڑائیشروع ہوگئی</w:t>
      </w:r>
    </w:p>
    <w:p>
      <w:r>
        <w:rPr>
          <w:b/>
        </w:rPr>
        <w:t xml:space="preserve">[21:51] </w:t>
      </w:r>
      <w:r>
        <w:t>aur aur unki ek tang toot gayi is mein. ab woh bistar par pade hue hain. to yeh hai ke shuru mein to mamla bahut chota sa rehta hai, yeh baad mein badhta hai.</w:t>
      </w:r>
    </w:p>
    <w:p>
      <w:pPr>
        <w:jc w:val="right"/>
      </w:pPr>
      <w:r>
        <w:t>اور اور انکیایک ٹانگٹوٹگئی اسمیں ۔ ابوہ بسترپرپڑےہوئےہیں۔ تو یہ ہے کہ شروع میںتو معاملہبہت چھوٹاسارہتاہے، یہ بعدمیں بڑھتاہے۔</w:t>
      </w:r>
    </w:p>
    <w:p>
      <w:r>
        <w:rPr>
          <w:b/>
        </w:rPr>
        <w:t xml:space="preserve">[22:03] </w:t>
      </w:r>
      <w:r>
        <w:t>to badhane se pehle hi isko wahin ka wahin khatm kar dein. aur itni zyada iski misalein hain Rasool Allah sallellah alaih wasallam ke haan ke baat ko kabhi aap badhate nahi the, wahin ka wahin khatm kar dete the.</w:t>
      </w:r>
    </w:p>
    <w:p>
      <w:pPr>
        <w:jc w:val="right"/>
      </w:pPr>
      <w:r>
        <w:t>تو بڑھانےسے پہلے ہی اسکو وہیں کاوہیںختمکردیں۔اور اتنیزیادہ اسکیمثالیںہیںرسولاللہصلیاللہعلیہوسلمکےہاں کہ باتکوکبھیآپ بڑھاتےنہیںتھے،وہیںکاوہیںختمکردیتےتھے۔</w:t>
      </w:r>
    </w:p>
    <w:p>
      <w:r>
        <w:rPr>
          <w:b/>
        </w:rPr>
        <w:t xml:space="preserve">[22:15] </w:t>
      </w:r>
      <w:r>
        <w:t>ek bar Makka mein ek shayar tha, bahut bura bhala sher kehta tha.</w:t>
      </w:r>
    </w:p>
    <w:p>
      <w:pPr>
        <w:jc w:val="right"/>
      </w:pPr>
      <w:r>
        <w:t>ایکبار مکہمیںایک شاعرتھا، بہت برابھلا شعرکہتاتھا۔</w:t>
      </w:r>
    </w:p>
    <w:p>
      <w:r>
        <w:rPr>
          <w:b/>
        </w:rPr>
        <w:t xml:space="preserve">[22:20] </w:t>
      </w:r>
      <w:r>
        <w:t>Makka mein aur us zamane mein shayari aisi thi jaise aaj journalism hai. to woh shayari jo hai, koi kehta tha, phir uske baad tamam log usko dohrate the, woh pure shahar mein woh phail jati thi.</w:t>
      </w:r>
    </w:p>
    <w:p>
      <w:pPr>
        <w:jc w:val="right"/>
      </w:pPr>
      <w:r>
        <w:t>مک ےمیں اور اسزمانےمیں شاع ری ایسیتھیجیسےآج جرنلزمہے۔ تو وہ شاع ری جوہے، کوئیکہتاتھا،پھراسکےبعد تمام لوگ اسکو دہراتےتھے،وہپورے شہر میںوہپھیلجاتیتھی۔</w:t>
      </w:r>
    </w:p>
    <w:p>
      <w:r>
        <w:rPr>
          <w:b/>
        </w:rPr>
        <w:t xml:space="preserve">[22:34] </w:t>
      </w:r>
      <w:r>
        <w:t>to Sahaba ne kaha isko hum marenge, khatm kar denge, isko bahut zyada burai phaila raha hai. to aap ne kaha nahi, iska talif e qalb karo.</w:t>
      </w:r>
    </w:p>
    <w:p>
      <w:pPr>
        <w:jc w:val="right"/>
      </w:pPr>
      <w:r>
        <w:t>تو صحابہنےکہااسکوہم ماریںگے، ختمکردیںگے،اسکو بہت زیادہ بر ائیپھیلارہاہے۔ تو آپنےکہانہیں، اس کا تالیف قلبکرو۔</w:t>
      </w:r>
    </w:p>
    <w:p>
      <w:r>
        <w:rPr>
          <w:b/>
        </w:rPr>
        <w:t xml:space="preserve">[22:45] </w:t>
      </w:r>
      <w:r>
        <w:t>talif e qalb ka matlab hota hai isko kuch tohfa dena, kuch iske liye kuch madad kar dena, kuch iske sath kuch achha kaam kar dena.</w:t>
      </w:r>
    </w:p>
    <w:p>
      <w:pPr>
        <w:jc w:val="right"/>
      </w:pPr>
      <w:r>
        <w:t>تالیفقلبکامطلبہوتاہے اسکوکچھ تح فہدینا،کچھاسکےلیےکچھمد دکردینا، کچھاسکےساتھ کچھ اچھاکام کردینا۔</w:t>
      </w:r>
    </w:p>
    <w:p>
      <w:r>
        <w:rPr>
          <w:b/>
        </w:rPr>
        <w:t xml:space="preserve">[22:54] </w:t>
      </w:r>
      <w:r>
        <w:t>to phir uske baad iska kan shishe bedar ho jayega, ab baat khatm ho jayegi. to Sahaba ne iske liye kuch kiya, uske baad usne yeh sher jo hajj woh karta tha, woh burai karta tha sher mein, woh sab usne band kar diya</w:t>
      </w:r>
    </w:p>
    <w:p>
      <w:pPr>
        <w:jc w:val="right"/>
      </w:pPr>
      <w:r>
        <w:t>تو پھراسکےبعد اسکا کان شیسبیدارہوجائےگا، ابباتختمہوجائےگی۔تو صحابہنےاسکےلیےکچھکیا ، اسکےبعد اسنے یہ شعر جو حجوہکرتاتھا،وہ برائیکرتاتھا شعرمیں،وہسباسنے بندکردیا</w:t>
      </w:r>
    </w:p>
    <w:p>
      <w:r>
        <w:rPr>
          <w:b/>
        </w:rPr>
        <w:t xml:space="preserve">[23:09] </w:t>
      </w:r>
      <w:r>
        <w:t>to woh maarna, woh bara shar hota aur usko talif-e-qalb kar dena, woh chota shar tha. to is tareeqe se har mauqe par agar hum sochein to hamare samajh mein aa jayega ke hum is mauqe par kya kaam karein.</w:t>
      </w:r>
    </w:p>
    <w:p>
      <w:pPr>
        <w:jc w:val="right"/>
      </w:pPr>
      <w:r>
        <w:t>۔ تو وہ مارنا ،وہبڑا شر ہوتا اور اسکو تالیفقلبکردینا،وہچھوٹا شر تھا۔ تو اسطریقےسے ہرموقعپر اگر ہم سوچیں تو ہماریسمجھمیںآجائےگا کہہم اس موقعپر کیا کام کریں۔</w:t>
      </w:r>
    </w:p>
    <w:p>
      <w:r>
        <w:rPr>
          <w:b/>
        </w:rPr>
        <w:t xml:space="preserve">[23:25] </w:t>
      </w:r>
      <w:r>
        <w:t>yeh to bohat aasan hai logon ki madad kar dena, kisi bhi tareeqe se koi madad kar do. phir insaan ke andar dekhiye, ek ego hai aur ek kan</w:t>
      </w:r>
    </w:p>
    <w:p>
      <w:pPr>
        <w:jc w:val="right"/>
      </w:pPr>
      <w:r>
        <w:t>یہتوبہت آ سانہےلوگوںکیمد دکردینا، کسی بھیطریقےسےکوئیمد دکردو۔پھر انسان کےاندردیکھیے،ایک ایگو ہےاورایککان</w:t>
      </w:r>
    </w:p>
    <w:p>
      <w:r>
        <w:rPr>
          <w:b/>
        </w:rPr>
        <w:t xml:space="preserve">[23:33] </w:t>
      </w:r>
      <w:r>
        <w:t>sheesa hai. jab hum madad karte hain uski to uska kan sheesha o ye keh jata hai, woh phir hamara dost ban jata hai. jaise Quran mein hai na "wali-e-hameem" ke tum uske saath acha karo to woh tumhara dost ban jayega.</w:t>
      </w:r>
    </w:p>
    <w:p>
      <w:pPr>
        <w:jc w:val="right"/>
      </w:pPr>
      <w:r>
        <w:t>شیسہے۔ جب ہممددکرتے ہیںاسکیتواسکا کان شیس او یکنہوجاتاہے،وہپھرہمارا دوست بنجاتا ہے۔ جیسےقرآنمیںہےنا"ولی حمیم" کہتماسکےساتھاچھا کروتووہتمہارادوستبنجائےگا۔</w:t>
      </w:r>
    </w:p>
    <w:p>
      <w:r>
        <w:rPr>
          <w:b/>
        </w:rPr>
        <w:t xml:space="preserve">[23:47] </w:t>
      </w:r>
      <w:r>
        <w:t>to yeh woh yeh hai ke hamein kabhi bhi baat ko aage nahi badhana chahiye. ah, is par jo aap ne yeh diya, is par bohat achhi misaal hai Rasool Allah (SAW) ke zamane ki ke ek Sahabi the, Thamaama bin Usal.</w:t>
      </w:r>
    </w:p>
    <w:p>
      <w:pPr>
        <w:jc w:val="right"/>
      </w:pPr>
      <w:r>
        <w:t>تو یہ وہیہے کہہمیں کبھیبھی باتکو آگےنہیں بڑھاناچاہیے۔ اہ،اسپرجو آپنے یہ دیا ، اسپربہتاچھیمثالہے رسولاللہصلیاللہعلیہوسلمکےزمانےکی کہ ایک صحابہتھے،ثمامہبناوسال۔</w:t>
      </w:r>
    </w:p>
    <w:p>
      <w:r>
        <w:rPr>
          <w:b/>
        </w:rPr>
        <w:t xml:space="preserve">[24:02] </w:t>
      </w:r>
      <w:r>
        <w:t>ah, woh Islam ki dawat ko pasand nahi karte the. to ek martaba Sahaba kahin ja rahe the, unko dekha akele to pakad ke le aaye aur Masjid-e-Nabvi mein usko rakh diya.</w:t>
      </w:r>
    </w:p>
    <w:p>
      <w:pPr>
        <w:jc w:val="right"/>
      </w:pPr>
      <w:r>
        <w:t>اہ،وہ اسلام کیدعوتکوپسندنہیںکرتے تھے۔توایکمرتبہصحابہکہیںجارہےتھے،انکودیکھااکیلےتو پکڑکےلےآئےاورمسجد نبویمیںاسکورکھدیا۔</w:t>
      </w:r>
    </w:p>
    <w:p>
      <w:r>
        <w:rPr>
          <w:b/>
        </w:rPr>
        <w:t xml:space="preserve">[24:11] </w:t>
      </w:r>
      <w:r>
        <w:t>aur teen din tak hum Masjid-e-Nabvi mein rahe. aur har din Rasool Allah (SAW) jaate aur unse khairiyat poochte ke tumhari kya haalat hai? aur us waqt woh jawab jo deta, woh bohat hi provocative hota kaha agar tum qatl karoge to is qatl ka badla liya jayega, aur agar ehsaan karoge to ehsaan, ah, ka badla diya jayega, yaani acha</w:t>
      </w:r>
    </w:p>
    <w:p>
      <w:pPr>
        <w:jc w:val="right"/>
      </w:pPr>
      <w:r>
        <w:t>اور تیندنتکوہمسجد نبویمیںرہے۔ اور ہردن رسولاللہ جاتےاورانسےخیریتپوچھتےکہتمہاریکیاحالتہے؟اور اسوقت وہجواب جودیتا،وہبہتہی پرووکیٹیوہوتا کہاگرتم قتلکروگےتواس قتلکابدلہلیاجائےگا،اوراگر احسانکروگےتواحسان ،اہ،کابدلہ دیاجائےگا، یعنیاچھاک</w:t>
      </w:r>
    </w:p>
    <w:p>
      <w:r>
        <w:rPr>
          <w:b/>
        </w:rPr>
        <w:t xml:space="preserve">[24:30] </w:t>
      </w:r>
      <w:r>
        <w:t>karoge. Rasool Allah (SAW) uska koi jawab nahi dete the kyunke yeh chota shar tha. teesre din kaha Rasool Allah (SAW) ne ke Thamaama ko azaad kardo</w:t>
      </w:r>
    </w:p>
    <w:p>
      <w:pPr>
        <w:jc w:val="right"/>
      </w:pPr>
      <w:r>
        <w:t>ریںگے۔ رسولاللہاسکاکوئیجوابنہیںدیتےتھےکیونکہیہچھوٹاشرتھا۔ تیسرےدنکہارسولاللہصلیاللہعلیہوسلمنے کہ ثمامہکو آزادکردو</w:t>
      </w:r>
    </w:p>
    <w:p>
      <w:r>
        <w:rPr>
          <w:b/>
        </w:rPr>
        <w:t xml:space="preserve">[24:39] </w:t>
      </w:r>
      <w:r>
        <w:t>. azaad kar diya, woh, ah, bahar nikle jaakar kahin par unhone, ah, ruke thehre, soche, aur uske baad phir wapas aaye aur Rasool Allah (SAW) ke pakke saathi ban gaye. woh agar unke teen din jo unhone kaha tha, usko agar bardasht nahi karte to pakke saathi bante na. woh to yehi cheez hoti hai jo hum samajh nahi paate hain.</w:t>
      </w:r>
    </w:p>
    <w:p>
      <w:pPr>
        <w:jc w:val="right"/>
      </w:pPr>
      <w:r>
        <w:t>۔ آزادکردیا،وہ، اہ ،باہرنکلےجاکرکہیںپرانہوں نے، اہ، رکےٹھہرے،سوچے،اوراسکےبعدپھرواپسآئے اوررسولاللہ کےپکےساتھیبنگئے۔وہ اگر انکی تیندنجوانہوںنےکہاتھا،اسکواگر برداشتنہیںکرتے توپکےساتھیبنتےہینہیں۔وہ تویہیچیزہوتیہے جوہمسمجھنہیںپاتےہیں۔</w:t>
      </w:r>
    </w:p>
    <w:p>
      <w:r>
        <w:rPr>
          <w:b/>
        </w:rPr>
        <w:t xml:space="preserve">[25:02] </w:t>
      </w:r>
      <w:r>
        <w:t>ah, acha, uske aage ek aur sawal hai jo bohat hi aham hai ke yak-tarfa tarz-e-fikr kya cheez hai?</w:t>
      </w:r>
    </w:p>
    <w:p>
      <w:pPr>
        <w:jc w:val="right"/>
      </w:pPr>
      <w:r>
        <w:t>اہ،اچھا،اسکےآگےایکاور سوال ہے جو بہت ہی اہمہے کہ یک طرفہطرزفکرکیاچیزہے؟</w:t>
      </w:r>
    </w:p>
    <w:p>
      <w:r>
        <w:rPr>
          <w:b/>
        </w:rPr>
        <w:t xml:space="preserve">[25:10] </w:t>
      </w:r>
      <w:r>
        <w:t>yak-tarfa tarz-e-fikr mein aam taur se insaan, asal mein insaan jo hai, bohat zyada apne aap se obsessed rehta hai. jo usko sahi lagta hai, usi ko sahi samajhta hai.</w:t>
      </w:r>
    </w:p>
    <w:p>
      <w:pPr>
        <w:jc w:val="right"/>
      </w:pPr>
      <w:r>
        <w:t>یکطرفہطرزفکرمیںعامطورسےانسان ،اصلمیںانسان جوہے،بہت زیادہ اپنے آپ سے اب سیسڈرہتاہے۔ جو اسکو صحیحلگتاہے،اسیکوصحیحسم جھتاہے۔</w:t>
      </w:r>
    </w:p>
    <w:p>
      <w:r>
        <w:rPr>
          <w:b/>
        </w:rPr>
        <w:t xml:space="preserve">[25:21] </w:t>
      </w:r>
      <w:r>
        <w:t>jo usko ghalat lagta hai, usi ko ghalat samajhta hai. woh to ye obsession hota hai, sab sabka ye obsession hota hai. to isse hamein obsession se upar uth jana hai.</w:t>
      </w:r>
    </w:p>
    <w:p>
      <w:pPr>
        <w:jc w:val="right"/>
      </w:pPr>
      <w:r>
        <w:t>جواسکوغلطلگتاہے،اسیکوغلطسمجھتاہے۔وہ تویہاب سیشنہوتاہے، سب سبکایہابسیشنہوتاہے۔ تو اسسےہمیںابسی شنسےاوپراٹھجاناہے۔</w:t>
      </w:r>
    </w:p>
    <w:p>
      <w:r>
        <w:rPr>
          <w:b/>
        </w:rPr>
        <w:t xml:space="preserve">[25:31] </w:t>
      </w:r>
      <w:r>
        <w:t>to iska bohat sari misalein hain, aur ek misaal yeh Quran, yeh ek misaal hum sabse pehle Japan ki dete hain.</w:t>
      </w:r>
    </w:p>
    <w:p>
      <w:pPr>
        <w:jc w:val="right"/>
      </w:pPr>
      <w:r>
        <w:t>تو اسکا بہت ساری مثالیںہیں،اورایک مثال یہ قرآن، یہایکمثالہمسبسےپہلے جاپانکیدیتےہیں۔</w:t>
      </w:r>
    </w:p>
    <w:p>
      <w:r>
        <w:rPr>
          <w:b/>
        </w:rPr>
        <w:t xml:space="preserve">[25:40] </w:t>
      </w:r>
      <w:r>
        <w:t>Japan pe jab America ne bomb giraya, uske Hiroshima aur Nagasaki do pure shahar tabaah ho gaye, to us waqt bohat zyada log jazbati ho gaye aur unhone socha ke iska badla lena chahiye.</w:t>
      </w:r>
    </w:p>
    <w:p>
      <w:pPr>
        <w:jc w:val="right"/>
      </w:pPr>
      <w:r>
        <w:t>جاپان پہجب امریک ہنے بم گرایا، اسکےہیرو شیمااورناگاس اکیدو پورےشہر تباہہوگئے، تو اس وقت بہت زیادہ لوگ جذباتیہوگئےاور انہوںنےسوچاکہاسکابدلہلیناچاہیے۔</w:t>
      </w:r>
    </w:p>
    <w:p>
      <w:r>
        <w:rPr>
          <w:b/>
        </w:rPr>
        <w:t xml:space="preserve">[25:56] </w:t>
      </w:r>
      <w:r>
        <w:t>lekin wahan ke jo jo jo senior leaders the, wahan ka jo badshah tha, to usne kaha nahi, hum badla nahi lenge kyunke badla lene se aur zyada burai hoti, woh aur zyada tabaahi hoti.</w:t>
      </w:r>
    </w:p>
    <w:p>
      <w:pPr>
        <w:jc w:val="right"/>
      </w:pPr>
      <w:r>
        <w:t>لیکن وہاں کےجو جو جو سین ئر لیڈرزتھے،وہاںکاجو بادشاہتھا، تو اسنےکہانہیں، ہم بد لہنہیںلیںگے کیونکہ بدلہلینےسےاور زیادہ برائیہوتی،وہ اورزیادہ تباہیہوتی۔</w:t>
      </w:r>
    </w:p>
    <w:p>
      <w:r>
        <w:rPr>
          <w:b/>
        </w:rPr>
        <w:t xml:space="preserve">[26:11] </w:t>
      </w:r>
      <w:r>
        <w:t>to unhone iska yeh kaha ke dekho, humne bhi unka Pearl Harbor tabaah kiya tha.</w:t>
      </w:r>
    </w:p>
    <w:p>
      <w:pPr>
        <w:jc w:val="right"/>
      </w:pPr>
      <w:r>
        <w:t>تو انہوں نے اسکا یہ کہاکہدیکھو،ہمنےبھی انکا پرلہاربرتباہکیاتھا۔</w:t>
      </w:r>
    </w:p>
    <w:p>
      <w:r>
        <w:rPr>
          <w:b/>
        </w:rPr>
        <w:t xml:space="preserve">[26:17] </w:t>
      </w:r>
      <w:r>
        <w:t>1941 mein Japan ne, ah, America ka jo sab fauji adda tha, Pearl Harbor par, woh usne tabaah kar diya tha.</w:t>
      </w:r>
    </w:p>
    <w:p>
      <w:pPr>
        <w:jc w:val="right"/>
      </w:pPr>
      <w:r>
        <w:t>1 9 4 1میں جاپاننے، اہ، امریک ہکاجو سب فوجیاڈاتھا،پرلہاربر پر، وہ اسنےتباہکردیاتھا۔</w:t>
      </w:r>
    </w:p>
    <w:p>
      <w:r>
        <w:rPr>
          <w:b/>
        </w:rPr>
        <w:t xml:space="preserve">[26:28] </w:t>
      </w:r>
      <w:r>
        <w:t>to woh suicide bombing karte the, woh suicide bombers the, woh unke. to isse unhone tabaah kiya tha.</w:t>
      </w:r>
    </w:p>
    <w:p>
      <w:pPr>
        <w:jc w:val="right"/>
      </w:pPr>
      <w:r>
        <w:t>تو وہخود کش بمبنگ کرتے تھے،وہسوسائیڈبمبرز تھے،وہانکے ۔تو اسسےانہوں نےتباہکیاتھا۔</w:t>
      </w:r>
    </w:p>
    <w:p>
      <w:r>
        <w:rPr>
          <w:b/>
        </w:rPr>
        <w:t xml:space="preserve">[26:34] </w:t>
      </w:r>
      <w:r>
        <w:t>to unhone kaha dekho, humne inko, inke Pearl Harbor ko tabaah kiya tha, halanke Hiroshima, Nagasaki, isse bohat badi niyat ki tabaahi thi. lekin unhone usko barabar sar aur karne ke liye kaha ke humne bhi kiya tha, to unhone bhi</w:t>
      </w:r>
    </w:p>
    <w:p>
      <w:pPr>
        <w:jc w:val="right"/>
      </w:pPr>
      <w:r>
        <w:t>تو انہوںنےکہادیکھو،ہمنےانکو،انکے پرلہاربرکوتباہکیاتھا،حالانکہ ہیروشیما،ناگاساکی، اسسےبہت بڑی نوع یتکیتباہیتھی۔لیکن انہوںنےاسکو برابر سراورکرنےکےلیے کہاکہہمنےبھیکیاتھا،توانہوںنےبھی</w:t>
      </w:r>
    </w:p>
    <w:p>
      <w:r>
        <w:rPr>
          <w:b/>
        </w:rPr>
        <w:t xml:space="preserve">[26:49] </w:t>
      </w:r>
      <w:r>
        <w:t>kar diya. ab hum jo hain, ah, ab hum mehnat karenge peaceful daayre mein aur bohat zyada taraqqi karne ki koshish karenge.</w:t>
      </w:r>
    </w:p>
    <w:p>
      <w:pPr>
        <w:jc w:val="right"/>
      </w:pPr>
      <w:r>
        <w:t>کردیا۔ابہمجوہیں، اہ، ابہم محنتکریںگے پیسفل دائرےمیں اور بہت زیادہ تر قی کے کرنے کیکوششکریںگے۔</w:t>
      </w:r>
    </w:p>
    <w:p>
      <w:r>
        <w:rPr>
          <w:b/>
        </w:rPr>
        <w:t xml:space="preserve">[26:58] </w:t>
      </w:r>
      <w:r>
        <w:t>aur ek economics power, aaj aap jante hain ke Japan ek economics power ban gaya. agar woh ladta rehta to kabhi bhi kuch bhi nahi kar pata.</w:t>
      </w:r>
    </w:p>
    <w:p>
      <w:pPr>
        <w:jc w:val="right"/>
      </w:pPr>
      <w:r>
        <w:t>اور ایک اکنامکسپرپاور،آجآپجانتےہیںکہ جاپان ایک اکنامکسپرپاور بنگیا۔اگروہلڑتارہتا تو کبھیبھیکچھبھینہیں کرپاتا۔</w:t>
      </w:r>
    </w:p>
    <w:p>
      <w:r>
        <w:rPr>
          <w:b/>
        </w:rPr>
        <w:t xml:space="preserve">[27:07] </w:t>
      </w:r>
      <w:r>
        <w:t>to yeh bilkul Qurani tarz-e-fikr hai. Quran mein jab Jang-e-Uhad mein Sahaba ko bohat zyada maare gaye aur zakmi hue kuch ghalati ki wajah se,</w:t>
      </w:r>
    </w:p>
    <w:p>
      <w:pPr>
        <w:jc w:val="right"/>
      </w:pPr>
      <w:r>
        <w:t>تو یہ بالکل قرآنی طرز فکرہے۔قرآنمیں جب جنگ احدمیں صحابہ کوبہت زیادہ مارےگئےاور زخمیہوئے کچھغلطیکیوجہسے،</w:t>
      </w:r>
    </w:p>
    <w:p>
      <w:r>
        <w:rPr>
          <w:b/>
        </w:rPr>
        <w:t xml:space="preserve">[27:19] </w:t>
      </w:r>
      <w:r>
        <w:t>to is par bohat zyada woh log pareshan the ke aisa kaise ho gaya? hum to Khuda ke raaste par chal rahe hain. to is par ek aayat utri keh dekho, yeh unko bhi to Jang-e-Badr mein bohat sakht takleef pahunchi thi.</w:t>
      </w:r>
    </w:p>
    <w:p>
      <w:pPr>
        <w:jc w:val="right"/>
      </w:pPr>
      <w:r>
        <w:t>تو اسپر بہت زیادہ وہلوگ پریشانتھے کہ ایساکیسےہوگیا؟ہمتو خداکےراستےپرچلرہےہیں۔ تو اسپرایک آیتاتریکہدیکھو، یہ انکوبھیتو جنگ بدرمیںبہت سخت تکلیفپہنچیتھی۔</w:t>
      </w:r>
    </w:p>
    <w:p>
      <w:r>
        <w:rPr>
          <w:b/>
        </w:rPr>
        <w:t xml:space="preserve">[27:35] </w:t>
      </w:r>
      <w:r>
        <w:t>to aaj tumko takleef pahunch gayi. yeh to din hi badalte rehte hain. to is tareeqe se usko woh karna padta hai. usko woh hamare andar jo negative soch paida ho jati hai, usko khatam karna</w:t>
      </w:r>
    </w:p>
    <w:p>
      <w:pPr>
        <w:jc w:val="right"/>
      </w:pPr>
      <w:r>
        <w:t>تو آجتمکوتکلیفپہنچگئی۔یہتودنجوہیںبدلتےرہتےہیں۔ تو اسطریقےسے اسکو وہ کرناپڑتاہے۔اسکوجوہمارےاندرجو نیگیٹیو سوچپیدا ہوجاتیہے،اسکو ختمکرنا</w:t>
      </w:r>
    </w:p>
    <w:p>
      <w:r>
        <w:rPr>
          <w:b/>
        </w:rPr>
        <w:t xml:space="preserve">[27:47] </w:t>
      </w:r>
      <w:r>
        <w:t>hota hai. dekho, tumne bhi unke saath kiya tha, ab unhone tumhare saath kiya, ab barabar ho gaya. to yeh sab soch kar ke hamein apni negative soch ko khatam karna hota hai.</w:t>
      </w:r>
    </w:p>
    <w:p>
      <w:pPr>
        <w:jc w:val="right"/>
      </w:pPr>
      <w:r>
        <w:t>ہوتاہے۔دیکھو،تمنےبھی انکےساتھ کیا تھا،ابانہوںنےتمہارےساتھکیا،اببرابرہوگیا۔ تو یہ سب سوچکر کےہمیںاپنی نیگیٹیوٹیکوختمکرناہوتاہے۔</w:t>
      </w:r>
    </w:p>
    <w:p>
      <w:r>
        <w:rPr>
          <w:b/>
        </w:rPr>
        <w:t xml:space="preserve">[27:56] </w:t>
      </w:r>
      <w:r>
        <w:t>agar hum apni negative soch ko khatam nahi karenge to hamari poori personality jo hai, woh negative ho jayegi. to isi liye Quran mein yeh kaha gaya ke har mauqe par Hunain mein bhi isi tarah ki aayat utri ke tumhare andar ajab aa gaya tha, is liye tumhare tum ko defeat hui, waqti taur par defeat hui thi.</w:t>
      </w:r>
    </w:p>
    <w:p>
      <w:pPr>
        <w:jc w:val="right"/>
      </w:pPr>
      <w:r>
        <w:t>اگر ہماپنی نیگیٹیوٹیکوختمنہیںکریںگے تو ہماری پوری پرسن یلٹیجوہے،وہنیگیٹیوہوجائےگی۔ تو اسیلیے قرآنمیںیہکہاگیاکہہرموقعپر حنین میں بھی اسیایسیطرح کیآیتاتری کہتمہارےاندر عجبآگیاتھا،اسلیےتمہارے تم کو ڈیفیٹہوئی، وقتیطورپرڈیفیٹہوئیتھی۔</w:t>
      </w:r>
    </w:p>
    <w:p>
      <w:r>
        <w:rPr>
          <w:b/>
        </w:rPr>
        <w:t xml:space="preserve">[28:17] </w:t>
      </w:r>
      <w:r>
        <w:t>to is tareeqay say musalmanon he ko kaha gaya. bar bar log kehtay thay keh Maulana sahib to musalmanon he ko kehtay hain. to yeh to khud qurani tareeqa hai keh musalmanon he ko kaha gaya.</w:t>
      </w:r>
    </w:p>
    <w:p>
      <w:pPr>
        <w:jc w:val="right"/>
      </w:pPr>
      <w:r>
        <w:t>تو اسطریقےسے مس لمان وںہیکوکہاگیا۔ باربار لوگ کہتےتھےکہمول اناصاحبتومسلمان وںہیکوکہتےہیں۔ تو یہتوخود قرآنی طریقہہےکہمسلمان وںہیکوکہاگیا۔</w:t>
      </w:r>
    </w:p>
    <w:p>
      <w:r>
        <w:rPr>
          <w:b/>
        </w:rPr>
        <w:t xml:space="preserve">[28:29] </w:t>
      </w:r>
      <w:r>
        <w:t>kiyonkeh hamein yeh dekhna hai keh musalmanon ki salah kis tarah ki jaye. agar hum doosron ko bura bhala kehtay hain to musalmanon ki salah nahi ho sakti.</w:t>
      </w:r>
    </w:p>
    <w:p>
      <w:pPr>
        <w:jc w:val="right"/>
      </w:pPr>
      <w:r>
        <w:t>کیونکہ ہمیں یہدیکھناہےکہمسلمان وںکیاصلاحکسطرح کیجائے۔ اگر ہمدوسروںکوبرابھلاکہتےہیںتو مسلمان وںکیاصلاحنہیںہوسکتی ۔</w:t>
      </w:r>
    </w:p>
    <w:p>
      <w:r>
        <w:rPr>
          <w:b/>
        </w:rPr>
        <w:t xml:space="preserve">[28:38] </w:t>
      </w:r>
      <w:r>
        <w:t>to sab say bara kaam to yeh tha keh woh positive thinking ko develop karna. to is wajah say aisa kiya jata hai. to</w:t>
      </w:r>
    </w:p>
    <w:p>
      <w:pPr>
        <w:jc w:val="right"/>
      </w:pPr>
      <w:r>
        <w:t>تو سبسےبڑا کام تویہتھاناکہ وہ پازیٹیوتھنکنگکوڈیولپکرنا۔ تو اس وجہ سے ایسا کیا جاتا ہے۔ تو</w:t>
      </w:r>
    </w:p>
    <w:p>
      <w:r>
        <w:rPr>
          <w:b/>
        </w:rPr>
        <w:t xml:space="preserve">[28:47] </w:t>
      </w:r>
      <w:r>
        <w:t>koi bhi sacha musalman hoga, wohi yeh aisa hi karega keh apnay he logon ki salah karnay ki koshish karega, na keh doosron ko blame dainay ki koshish.</w:t>
      </w:r>
    </w:p>
    <w:p>
      <w:pPr>
        <w:jc w:val="right"/>
      </w:pPr>
      <w:r>
        <w:t>کوئیبھی سچا مس لمہوگا،وہیہایساہیکرےگا کہ اپنے ہیلوگوں کیاصلاحکرنےکیکوششکرےگا، نہ کہدوسروںکوب لیمدینے کیکوشش۔</w:t>
      </w:r>
    </w:p>
    <w:p>
      <w:r>
        <w:rPr>
          <w:b/>
        </w:rPr>
        <w:t xml:space="preserve">[28:56] </w:t>
      </w:r>
      <w:r>
        <w:t>keh doosron ko blame dainay say koi faida nahi hoga. aur jo hai, aur negativity barhti chali jaye gi. ah, is par aik dua yaad aa rahi hai mujhe jo Rasool Allah (SAW) nay kisi ko sikhai thi.</w:t>
      </w:r>
    </w:p>
    <w:p>
      <w:pPr>
        <w:jc w:val="right"/>
      </w:pPr>
      <w:r>
        <w:t>کہ دوسروںکوبلیمدینےسےکوئیفائدہنہیںہوگا۔ اور جوہے، اور نیگیٹیوٹیبڑھتیچلیجائےگی۔ اہ،اسپرایک دعایادآرہیہےمجھےجورسولاللہصلیاللہعلیہوسلمنےکسیکوسکھائیتھی۔</w:t>
      </w:r>
    </w:p>
    <w:p>
      <w:r>
        <w:rPr>
          <w:b/>
        </w:rPr>
        <w:t xml:space="preserve">[29:11] </w:t>
      </w:r>
      <w:r>
        <w:t>ah, jo zaroori hai, ah, yak tarafah tarz-e-fikr say bachnay kay liye zaroori hai,</w:t>
      </w:r>
    </w:p>
    <w:p>
      <w:pPr>
        <w:jc w:val="right"/>
      </w:pPr>
      <w:r>
        <w:t>اہ،جو ضروریہے، اہ، یک طرفہطرزفکرسےبچنےکےلیےضروریہے،</w:t>
      </w:r>
    </w:p>
    <w:p>
      <w:r>
        <w:rPr>
          <w:b/>
        </w:rPr>
        <w:t xml:space="preserve">[29:16] </w:t>
      </w:r>
      <w:r>
        <w:t>woh hum sab ko yaad rakhna chahiye. Allahumma a'inni min sharri nafsi. Allah mujhe woh cheez inspire kar jo meray liye behtar ho aur mujhe meray nafs kay shar say bacha.</w:t>
      </w:r>
    </w:p>
    <w:p>
      <w:pPr>
        <w:jc w:val="right"/>
      </w:pPr>
      <w:r>
        <w:t>وہہمسبکویادرکھناچاہیے۔ اللہ م الہمنیرشدیواعزنیمنشر نفسی اللہ مجھے وہچیز انسپائرکر جومیرےلیےبہترہو اور مجھےمیرےنفس کےشرسےبچا۔</w:t>
      </w:r>
    </w:p>
    <w:p>
      <w:r>
        <w:rPr>
          <w:b/>
        </w:rPr>
        <w:t xml:space="preserve">[29:28] </w:t>
      </w:r>
      <w:r>
        <w:t>to yeh yak tarafah tarz-e-fikr jo woh hoti hai, yeh aadmi cheezon ko deewar-e-thinking mein nahi dekh pata. in sab cheezon say is mein panah hai. to hamesha insaan ko is durust soch ki taraf jana chahiye aur ah, Allah taala say is mein madad mangni chahiye.</w:t>
      </w:r>
    </w:p>
    <w:p>
      <w:pPr>
        <w:jc w:val="right"/>
      </w:pPr>
      <w:r>
        <w:t>تو یہ یکطرفہطرزفکرجوہوتیہے،یہآدمیچیزوںکو ڈیورڈتھنکنگمیںنہیںدیکھپاتا۔انسبچیزوںسےاسمیں پناہہے۔ توہمیشہانسانکواسدرست سوچکیطرف جاناچاہیے اور اہ ،اللہ تعالیسےاسمیںمددمانگنیچاہیے۔</w:t>
      </w:r>
    </w:p>
    <w:p>
      <w:r>
        <w:rPr>
          <w:b/>
        </w:rPr>
        <w:t xml:space="preserve">[29:43] </w:t>
      </w:r>
      <w:r>
        <w:t>to agla sawal hai, is say pehlay mein aik ayat parhunga aur iska tarjuma parhunga. Wa izaa ja'ahum amrun min al-amni awil khawfi az'u bihi wa law raddoo hu ilar Rasool wa ila ulil amri minhum la'alimallazeena yastambitoonah. Surah Nisa ki ayat hai yeh.</w:t>
      </w:r>
    </w:p>
    <w:p>
      <w:pPr>
        <w:jc w:val="right"/>
      </w:pPr>
      <w:r>
        <w:t>تو اگلا سوال ہے، اسسےپہلےمیں ایک آیتپڑھوںگااور اسکاترجمہپڑھوںگا۔و یت اج ہم امر من الامن او الخوف اذاعوبہ ولوردہالیالرسول وال ااول یالامرمنہملعلم الذین یستنبت ون منہ سورہ النساءکیآیتہےیہ۔</w:t>
      </w:r>
    </w:p>
    <w:p>
      <w:r>
        <w:rPr>
          <w:b/>
        </w:rPr>
        <w:t xml:space="preserve">[30:02] </w:t>
      </w:r>
      <w:r>
        <w:t>jab koi aur jab unko koi baat amn ki ya khauf ki pohanchti hai to woh usko phail detay</w:t>
      </w:r>
    </w:p>
    <w:p>
      <w:pPr>
        <w:jc w:val="right"/>
      </w:pPr>
      <w:r>
        <w:t>جب کوئی اورجبانکوکوئی بات امنکییاخوفکیپہنچتیہےتووہاسکوپھیلادیتے</w:t>
      </w:r>
    </w:p>
    <w:p>
      <w:r>
        <w:rPr>
          <w:b/>
        </w:rPr>
        <w:t xml:space="preserve">[30:08] </w:t>
      </w:r>
      <w:r>
        <w:t>hain. aur agar woh usko Rasool ya apnay zimmedar ashab tak pohanchate to un mein say jo log tehqeeq karnay walay hain, uski haqeeqat ko jaan letay hain. to ah, aaj aik cheez jo hai, jis ko hum media culture kehtay hain, is buniyad par koi bhi khabar milti hai to insaan ka hota hai? ya to pareshan ho jata hai ya negative ho jata hai.</w:t>
      </w:r>
    </w:p>
    <w:p>
      <w:pPr>
        <w:jc w:val="right"/>
      </w:pPr>
      <w:r>
        <w:t>ہیں۔ اور اگر وہاسکورسول یااپنےذمہدار اصحابتکپہنچاتےتوانمیںسےجولوگ تحقیقکرنے والےہیں، اسکیحقیقتکوجانلیتےہیں۔ تو اہ ،آجایکچیزجو ہے، جس کوہممیڈیاکلچرکہتےہیں،اسبنی ادپرکوئیبھیخبرملتیہےتوانسانکیاہوتاہے؟یاتوپریشانہوجاتا ہےیا نیگیٹیوہوجاتاہے۔</w:t>
      </w:r>
    </w:p>
    <w:p>
      <w:r>
        <w:rPr>
          <w:b/>
        </w:rPr>
        <w:t xml:space="preserve">[30:26] </w:t>
      </w:r>
      <w:r>
        <w:t>to yeh media ah, culture say kay effect ko say apnay aap ko kaisay bacha saktay hain? is par kuch bataiye</w:t>
      </w:r>
    </w:p>
    <w:p>
      <w:pPr>
        <w:jc w:val="right"/>
      </w:pPr>
      <w:r>
        <w:t>تو یہ میڈیا اہ، کلچر سے کے ایفیکٹکو سے اپنےآپکوکیسےبچاسکتےہیں؟ اسپرکچھبتائیے</w:t>
      </w:r>
    </w:p>
    <w:p>
      <w:r>
        <w:rPr>
          <w:b/>
        </w:rPr>
        <w:t xml:space="preserve">[30:37] </w:t>
      </w:r>
      <w:r>
        <w:t>taakeh hamari fikr durust rahay. hmm, meray paas aik Iran mein aik sahib hain jo Quran par research kar rahay hain.</w:t>
      </w:r>
    </w:p>
    <w:p>
      <w:pPr>
        <w:jc w:val="right"/>
      </w:pPr>
      <w:r>
        <w:t>تاکہہماری فکردرسترہے۔ ہمم، میرےپاس ایک ایران میں ایک صاحبہیںجو قرآنپر ریسرچکررہےہیں۔</w:t>
      </w:r>
    </w:p>
    <w:p>
      <w:r>
        <w:rPr>
          <w:b/>
        </w:rPr>
        <w:t xml:space="preserve">[30:48] </w:t>
      </w:r>
      <w:r>
        <w:t>to unka meray paas sawalat atay hain. to aik din unka aaya keh India kay halaat to bohat ziyada kharab hain. aap log kaisay wahan reh rahay hain? kiya kar rahay hain?</w:t>
      </w:r>
    </w:p>
    <w:p>
      <w:pPr>
        <w:jc w:val="right"/>
      </w:pPr>
      <w:r>
        <w:t>تو انکا میرےپاس سوالاتآتےہیں۔ توایکدنانکاآیاکہ انڈیاکےحالات توبہت زیادہ خراب ہیں۔ آپلوگ کیسےوہاںرہرہےہیں؟کیاکررہےہیں؟</w:t>
      </w:r>
    </w:p>
    <w:p>
      <w:r>
        <w:rPr>
          <w:b/>
        </w:rPr>
        <w:t xml:space="preserve">[30:58] </w:t>
      </w:r>
      <w:r>
        <w:t>to mein nay kaha aap nay media mein dekha hoga.</w:t>
      </w:r>
    </w:p>
    <w:p>
      <w:pPr>
        <w:jc w:val="right"/>
      </w:pPr>
      <w:r>
        <w:t>تو میںنےکہاآپ نے میڈیامیںدیکھاہوگا۔</w:t>
      </w:r>
    </w:p>
    <w:p>
      <w:r>
        <w:rPr>
          <w:b/>
        </w:rPr>
        <w:t xml:space="preserve">[31:02] </w:t>
      </w:r>
      <w:r>
        <w:t>ab woh media to sirf jo kahin aik jagah koi hal masla ho jata hai to bas usi ko batata hai. jo sari achhi khabrein hain, woh batata nahi hai.</w:t>
      </w:r>
    </w:p>
    <w:p>
      <w:pPr>
        <w:jc w:val="right"/>
      </w:pPr>
      <w:r>
        <w:t>ابوہ میڈیاتوصرف جو کہیں ایکجگہکوئی حال مسئلہہوجاتاہےتو بساسیکو بتاتاہے۔ جو ساریاچھیخبریںہیں،وہبتاتاہینہیںہے۔</w:t>
      </w:r>
    </w:p>
    <w:p>
      <w:r>
        <w:rPr>
          <w:b/>
        </w:rPr>
        <w:t xml:space="preserve">[31:13] </w:t>
      </w:r>
      <w:r>
        <w:t>to media dekhiye, aik industry hai jo sirf buri khabron ko, buri khabron ka matlab sensational khabron ko batata hai. to agar hum bohat ziyada rely karenge media par, TV par, to hamara zehn bilkul negative ban jaye ga.</w:t>
      </w:r>
    </w:p>
    <w:p>
      <w:pPr>
        <w:jc w:val="right"/>
      </w:pPr>
      <w:r>
        <w:t>تو میڈیادیکھیے،ایک انڈ سٹریہے جو صرف بریخبروںکو ، بریخبروںکامطلب سینسیشنل خبروںکوبتاتاہے۔ تو اگر ہم بہتزیادہ ریلائیکریںگےمیڈیاپر ، ٹیویپر،توہ مارا ذہنبالکل نیگیٹیوبنجائےگا۔</w:t>
      </w:r>
    </w:p>
    <w:p>
      <w:r>
        <w:rPr>
          <w:b/>
        </w:rPr>
        <w:t xml:space="preserve">[31:29] </w:t>
      </w:r>
      <w:r>
        <w:t>to</w:t>
      </w:r>
    </w:p>
    <w:p>
      <w:pPr>
        <w:jc w:val="right"/>
      </w:pPr>
      <w:r>
        <w:t>تو</w:t>
      </w:r>
    </w:p>
    <w:p>
      <w:r>
        <w:rPr>
          <w:b/>
        </w:rPr>
        <w:t xml:space="preserve">[31:31] </w:t>
      </w:r>
      <w:r>
        <w:t>aik bar Maulana nay likha hai keh aik bar ah, jab BBC radio suntay thay to BBC, woh Hindi BBC wala jo program tha, woh suntay thay.</w:t>
      </w:r>
    </w:p>
    <w:p>
      <w:pPr>
        <w:jc w:val="right"/>
      </w:pPr>
      <w:r>
        <w:t>ایکبار مول انانےلکھاہےکہایکبار اہ،جب بیبیسیریڈیو سنتےتھے تو بیبیسی، وہ ہندی بیبیسیوالا جو پروگرامتھا،وہسنتےتھے۔</w:t>
      </w:r>
    </w:p>
    <w:p>
      <w:r>
        <w:rPr>
          <w:b/>
        </w:rPr>
        <w:t xml:space="preserve">[31:42] </w:t>
      </w:r>
      <w:r>
        <w:t>to us mein aik us kay, us kay jo sunnay walay nay kaha keh Marshalism mein bohat saray Hindi jananay walay log hain, Hindi bolnay walay log hain.</w:t>
      </w:r>
    </w:p>
    <w:p>
      <w:pPr>
        <w:jc w:val="right"/>
      </w:pPr>
      <w:r>
        <w:t>تو اس میں ایک اس کے ،اسکے جوسننےوالے نےکہا کہ مار شلزمیںبہتسارےہندی جاننےوالے لوگ ہیں،ہندیبولنےوالےلوگ ہیں۔</w:t>
      </w:r>
    </w:p>
    <w:p>
      <w:r>
        <w:rPr>
          <w:b/>
        </w:rPr>
        <w:t xml:space="preserve">[31:53] </w:t>
      </w:r>
      <w:r>
        <w:t>to aap Marshalism ki khabrein kyun nahi detay</w:t>
      </w:r>
    </w:p>
    <w:p>
      <w:pPr>
        <w:jc w:val="right"/>
      </w:pPr>
      <w:r>
        <w:t>توآپ مارشلزکیخبریںکیوںنہیںدیتے</w:t>
      </w:r>
    </w:p>
    <w:p>
      <w:r>
        <w:rPr>
          <w:b/>
        </w:rPr>
        <w:t xml:space="preserve">[31:55] </w:t>
      </w:r>
      <w:r>
        <w:t>? to BBC announcer nay kaha keh dekhiye, aap kay haan to koi buri buri khabar hoti hi nahi.</w:t>
      </w:r>
    </w:p>
    <w:p>
      <w:pPr>
        <w:jc w:val="right"/>
      </w:pPr>
      <w:r>
        <w:t>؟ تو بیبیسی اناؤنسرنےکہاکہدیکھیے، آپکےہاںتوکوئی بری بریخبرہوتیہینہیں ۔</w:t>
      </w:r>
    </w:p>
    <w:p>
      <w:r>
        <w:rPr>
          <w:b/>
        </w:rPr>
        <w:t xml:space="preserve">[32:04] </w:t>
      </w:r>
      <w:r>
        <w:t>to good news is no news hamaray liye. to is liye hum koi khabar bhi nahi banti hamaray liye. to media mein to wohi bad news jo hain, wohi sensational news hoti hain.</w:t>
      </w:r>
    </w:p>
    <w:p>
      <w:pPr>
        <w:jc w:val="right"/>
      </w:pPr>
      <w:r>
        <w:t>تو گڈنیوزاز نونیوزہمارےلیے۔ تواس لیےہم کوئیخبربھینہیں بنتیہمارےلیے۔ تو میڈیامیںتو وہی بیڈنیوزجوہیں،وہی سینسیشنلنیوزہوتیہیں۔</w:t>
      </w:r>
    </w:p>
    <w:p>
      <w:r>
        <w:rPr>
          <w:b/>
        </w:rPr>
        <w:t xml:space="preserve">[32:15] </w:t>
      </w:r>
      <w:r>
        <w:t>woh usi ko media cover karta hai. to hamein yeh baat janna chahiye. jab</w:t>
      </w:r>
    </w:p>
    <w:p>
      <w:pPr>
        <w:jc w:val="right"/>
      </w:pPr>
      <w:r>
        <w:t>وہ اسیکومیڈیاکورکرتاہے۔ تو ہمیںیہباتجان ناچاہیے۔ جب</w:t>
      </w:r>
    </w:p>
    <w:p>
      <w:r>
        <w:rPr>
          <w:b/>
        </w:rPr>
        <w:t xml:space="preserve">[32:20] </w:t>
      </w:r>
      <w:r>
        <w:t>hum apni soch ko develop karenge to hamein yeh bhi pata chalega keh is par hamein bohat ziyada rely nahi karna. mein to kabhi TV dekhti hi nahi, isi liye keh sirf bad news aa rahi hogi, us ko kiya dekhna?</w:t>
      </w:r>
    </w:p>
    <w:p>
      <w:pPr>
        <w:jc w:val="right"/>
      </w:pPr>
      <w:r>
        <w:t>ہماپنیسوچکو ڈیولپکریںگےتوہمیںیہبھیپتہچلےگا کہ اسپرہمیںبہت زیادہ ریلائینہیںکرناہے۔ میںتوکبھیٹیویدیکھتیہینہیں ،اسیلیے کہصرفبیڈنیوزآرہیہوگی،اسکوکیادیکھنا؟</w:t>
      </w:r>
    </w:p>
    <w:p>
      <w:r>
        <w:rPr>
          <w:b/>
        </w:rPr>
        <w:t xml:space="preserve">[32:32] </w:t>
      </w:r>
      <w:r>
        <w:t>to hamein jo hai, usse ziyada se ziyada apne aap ko bachana hai.</w:t>
      </w:r>
    </w:p>
    <w:p>
      <w:pPr>
        <w:jc w:val="right"/>
      </w:pPr>
      <w:r>
        <w:t>تو ہمیں جوہے، اسسےزیادہ سےزیادہ اپنےآپکوبچاناہے۔</w:t>
      </w:r>
    </w:p>
    <w:p>
      <w:r>
        <w:rPr>
          <w:b/>
        </w:rPr>
        <w:t xml:space="preserve">[32:38] </w:t>
      </w:r>
      <w:r>
        <w:t>media ki wajah se hum log jo hain, kahin angrezon se nafrat kar rahe hain, kahin america se nafrat kar rahe hain, kahin yahudiyon se nafrat kar rahe hain. kahin zara sa kuch waqea ho jata hai, bas woh media usko aisa batata hai ke jaise poore mulk mein yahi ho raha hai.</w:t>
      </w:r>
    </w:p>
    <w:p>
      <w:pPr>
        <w:jc w:val="right"/>
      </w:pPr>
      <w:r>
        <w:t>میڈیاکیوجہ سے ہملوگجو ہیں، کہیںانگریزوںسےنفرتکررہےہیں،کہیں امریک ہسےنفرتکررہےہیں،کہیںیہودیوںسےنفرتکررہےہیں۔ کہیںذراساکچھ واقعہہوجاتا ہے،بسوہ میڈیااسکو ایسابتاتاہےکہجیسےپورےملکمیںیہیہورہاہے۔</w:t>
      </w:r>
    </w:p>
    <w:p>
      <w:r>
        <w:rPr>
          <w:b/>
        </w:rPr>
        <w:t xml:space="preserve">[32:53] </w:t>
      </w:r>
      <w:r>
        <w:t>to ab hum log gaye thay israel, to wahan to kuch nahi tha, sab peace peace tha wahan par. aur log samajhte hain ke wahan par to bas sab sab maare ja rahe honge, saare falastini.</w:t>
      </w:r>
    </w:p>
    <w:p>
      <w:pPr>
        <w:jc w:val="right"/>
      </w:pPr>
      <w:r>
        <w:t>تو اب ہملوگ گئےتھےاسرائیل،تووہاںتوکچھنہیںتھا،سبپیسیپیستھاوہاںپر۔ اور لوگ سمجھتےہیں کہ وہاںپر تو بسسب سب مارےجارہےہوںگے،سارےفلس طینی۔</w:t>
      </w:r>
    </w:p>
    <w:p>
      <w:r>
        <w:rPr>
          <w:b/>
        </w:rPr>
        <w:t xml:space="preserve">[33:05] </w:t>
      </w:r>
      <w:r>
        <w:t>aisa to kuch nahi hai.</w:t>
      </w:r>
    </w:p>
    <w:p>
      <w:pPr>
        <w:jc w:val="right"/>
      </w:pPr>
      <w:r>
        <w:t>ایساتوکچھنہیںہے۔</w:t>
      </w:r>
    </w:p>
    <w:p>
      <w:r>
        <w:rPr>
          <w:b/>
        </w:rPr>
        <w:t xml:space="preserve">[33:06] </w:t>
      </w:r>
      <w:r>
        <w:t>jo falastini, jo arab israel mein rehte hain, woh to khoob taleem hasil kar rahe hain, business kar rahe hain. jo unse jang karte hain, bas unhi par jo hai, woh reaction hota hai.</w:t>
      </w:r>
    </w:p>
    <w:p>
      <w:pPr>
        <w:jc w:val="right"/>
      </w:pPr>
      <w:r>
        <w:t>جو فلس طینی،جو عرب اسرائیلمیںرہتےہیں،وہتوخوب تعلیم حاصل کررہےہیں،بزنسکررہےہیں۔ جو انسے جنگ کرتےہیں،بس انہی پر جوہے،وہ ریایکشنہوتاہے۔</w:t>
      </w:r>
    </w:p>
    <w:p>
      <w:r>
        <w:rPr>
          <w:b/>
        </w:rPr>
        <w:t xml:space="preserve">[33:18] </w:t>
      </w:r>
      <w:r>
        <w:t>baqi log to sab aaram se reh rahe hain, peace falastini tareeqe se. to yeh jo hai, isi tareeqe se log jo hain, samajhte hain ke woh har jagah jo hai, zulm ho raha hai,</w:t>
      </w:r>
    </w:p>
    <w:p>
      <w:pPr>
        <w:jc w:val="right"/>
      </w:pPr>
      <w:r>
        <w:t>باقیلوگ توسب آرامسےرہرہےہیں، پیسفلطریقےسے۔ تو یہجوہے، اسیطریقےسے لوگ جوہیں،سمجھتےہیںکہ وہہرجگہجوہے،ظلمہورہاہے،</w:t>
      </w:r>
    </w:p>
    <w:p>
      <w:r>
        <w:rPr>
          <w:b/>
        </w:rPr>
        <w:t xml:space="preserve">[33:31] </w:t>
      </w:r>
      <w:r>
        <w:t>woh media ko dekh kar ke. haalanke isi tareeqe se woh log nafrat karne lagte hain, america se nafrat karte hain. to america se nafrat karte hain is liye ke america yahudiyon ka saath deta hai.</w:t>
      </w:r>
    </w:p>
    <w:p>
      <w:pPr>
        <w:jc w:val="right"/>
      </w:pPr>
      <w:r>
        <w:t>وہ میڈیاکودیکھکرکے۔ حالانکہاسیطریقےسےوہ لوگ نفرتکرنے لگتےہیں،امریک ہسےنفرتکرتےہیں۔ تو امریک ہسےنفرتکرتے ہیںاسلیےکہامریک ہیہودیوںکا ساتھدیتاہے۔</w:t>
      </w:r>
    </w:p>
    <w:p>
      <w:r>
        <w:rPr>
          <w:b/>
        </w:rPr>
        <w:t xml:space="preserve">[33:44] </w:t>
      </w:r>
      <w:r>
        <w:t>to ab har mulk ke apne mafadat hote hain, woh hum se pooch pooch ke thoda woh america kaam karega. to unke mafadat hain, lekin woh yeh nahi dekhte ke isi america mein itni badi tadad mein taqreeban chhe million musalman rehte hain aur bohat hi</w:t>
      </w:r>
    </w:p>
    <w:p>
      <w:pPr>
        <w:jc w:val="right"/>
      </w:pPr>
      <w:r>
        <w:t>تو ابہرملککےاپنےمفاداتہوتےہیں،وہہمسےپوچھپوچھکےتھوڑیوہ امریک ہکامکرےگا۔ تو انکےمفاداتہیں،لیکن وہ یہنہیںدیکھتے کہاسیامریک ہمیں اتنیبڑی تعداد میںتقریباً چھ مل ین مسلمان رہتےہیںاور بہت ہی</w:t>
      </w:r>
    </w:p>
    <w:p>
      <w:r>
        <w:rPr>
          <w:b/>
        </w:rPr>
        <w:t xml:space="preserve">[33:59] </w:t>
      </w:r>
      <w:r>
        <w:t>achhe, unki comfortable life hai, bohat bade bade unke business hain, aaram se rehte hain, bade bade unke centers hain, islami centers hain.</w:t>
      </w:r>
    </w:p>
    <w:p>
      <w:pPr>
        <w:jc w:val="right"/>
      </w:pPr>
      <w:r>
        <w:t>اچھے،انکیکمفرٹیبللائفہے،بہت بڑےبڑےانکےبزنسہیں، آرامسےرہتےہیں،بڑےبڑے انکے سینٹرزہیں، اسلامی سینٹرزہیں۔</w:t>
      </w:r>
    </w:p>
    <w:p>
      <w:r>
        <w:rPr>
          <w:b/>
        </w:rPr>
        <w:t xml:space="preserve">[34:09] </w:t>
      </w:r>
      <w:r>
        <w:t>bilkul azadi ke sath wahan woh apna kaam karte hain. ek baar hum wahan chicago mein dekha, ek, turkey ka ek adara hai, ek, kuch science karke kuch tha adara.</w:t>
      </w:r>
    </w:p>
    <w:p>
      <w:pPr>
        <w:jc w:val="right"/>
      </w:pPr>
      <w:r>
        <w:t>بالکل آزادیکےساتھ وہاںوہاپناکام کرتے ہیں۔ ایکبارہم وہاں شکاگومیںدیکھا، ایک اہ،ٹرکیکاایک ادارہہے، اہ،کچھ سائنس کرکےکچھتھا ادارہ۔</w:t>
      </w:r>
    </w:p>
    <w:p>
      <w:r>
        <w:rPr>
          <w:b/>
        </w:rPr>
        <w:t xml:space="preserve">[34:21] </w:t>
      </w:r>
      <w:r>
        <w:t>to america ke das sabse bade adaron mein se woh iska shumar hota</w:t>
      </w:r>
    </w:p>
    <w:p>
      <w:pPr>
        <w:jc w:val="right"/>
      </w:pPr>
      <w:r>
        <w:t>تو امریک ہ کے دسسبسےبڑے اداروںمیںسےوہ اسکا شمارہوتا</w:t>
      </w:r>
    </w:p>
    <w:p>
      <w:r>
        <w:rPr>
          <w:b/>
        </w:rPr>
        <w:t xml:space="preserve">[34:26] </w:t>
      </w:r>
      <w:r>
        <w:t>hai. itna zyada wahan mawaqe hain, phir bhi america se nafrat karte hain. to woh yeh media jo hai, wohi unka zehan banata hai.</w:t>
      </w:r>
    </w:p>
    <w:p>
      <w:pPr>
        <w:jc w:val="right"/>
      </w:pPr>
      <w:r>
        <w:t>ہے۔ اتنا زیادہ وہاں مواقعہیں،پھربھی امریک ہسےنفرتکرتےہیں۔ تو وہیوہ میڈیا جوہے،وہیانکاذہنبناتاہے۔</w:t>
      </w:r>
    </w:p>
    <w:p>
      <w:r>
        <w:rPr>
          <w:b/>
        </w:rPr>
        <w:t xml:space="preserve">[34:35] </w:t>
      </w:r>
      <w:r>
        <w:t>woh yeh nahi sochte ke yeh haqeeqat, haqeeqat waqe ko dekhna hai, reality ko dekhna hai. to unki soch develop nahi hoti, bas woh degree mil jati hai, woh job karne lag jaate hain.</w:t>
      </w:r>
    </w:p>
    <w:p>
      <w:pPr>
        <w:jc w:val="right"/>
      </w:pPr>
      <w:r>
        <w:t>وہ یہنہیںسوچتےکہیہ حقیقت، حقیقت واقع ہکودیکھناہے، ریلیٹیکودیکھناہے۔ توان کی سوچ ڈیولپنہیںہوتی، بسوہڈگریملجاتیہے،وہجابکرنےلگجاتےہیں۔</w:t>
      </w:r>
    </w:p>
    <w:p>
      <w:r>
        <w:rPr>
          <w:b/>
        </w:rPr>
        <w:t xml:space="preserve">[34:47] </w:t>
      </w:r>
      <w:r>
        <w:t>aur baqi thinking karke apna soch ko develop karna, yeh kaam woh nahi karte hain.</w:t>
      </w:r>
    </w:p>
    <w:p>
      <w:pPr>
        <w:jc w:val="right"/>
      </w:pPr>
      <w:r>
        <w:t>اور باقی تھنکنگکرکے اپنیسوچکوڈیولپکرنا، یہ کام وہنہیںکرتےہیں۔</w:t>
      </w:r>
    </w:p>
    <w:p>
      <w:r>
        <w:rPr>
          <w:b/>
        </w:rPr>
        <w:t xml:space="preserve">[34:57] </w:t>
      </w:r>
      <w:r>
        <w:t>agle sawal lene se pehle main Maulana Iqbal Umri sahib ka ek comment tha, woh padhunga. art of thinking paida karna bhi sunnat rasool hai.</w:t>
      </w:r>
    </w:p>
    <w:p>
      <w:pPr>
        <w:jc w:val="right"/>
      </w:pPr>
      <w:r>
        <w:t>اگلاسوال لینےسےپہلے میں مول انااقبال عمریصاحب کا ایک کمنٹتھا،وہپڑھوںگا۔ ارٹآفتھنکنگپیدا کرنابھی سن ت رسولہے۔</w:t>
      </w:r>
    </w:p>
    <w:p>
      <w:r>
        <w:rPr>
          <w:b/>
        </w:rPr>
        <w:t xml:space="preserve">[35:08] </w:t>
      </w:r>
      <w:r>
        <w:t>jazak Allah aap ka. iske baad ek sawal diya jo bohat achha sawal hai, is liye main le raha hoon isko. lekin unhone likhne wale ne apna naam sahi nahi likha, yeh likha "mysterious mind".</w:t>
      </w:r>
    </w:p>
    <w:p>
      <w:pPr>
        <w:jc w:val="right"/>
      </w:pPr>
      <w:r>
        <w:t>جزاک اللہ آپا۔ اسکےبعد ایک سوال دیاجو بہت اچھاسوالہے،اسلیےمیںلےرہاہوںاسکو ۔لیکن انہوںنے لکھ نےوالےنےاپنا نام صحیحنہیںلکھا،یہلکھا"مسٹیریسمائنڈ"۔</w:t>
      </w:r>
    </w:p>
    <w:p>
      <w:r>
        <w:rPr>
          <w:b/>
        </w:rPr>
        <w:t xml:space="preserve">[35:21] </w:t>
      </w:r>
      <w:r>
        <w:t>unhone likha hai ke jo log jab badtameezi karein to humein kya karna chahiye ?</w:t>
      </w:r>
    </w:p>
    <w:p>
      <w:pPr>
        <w:jc w:val="right"/>
      </w:pPr>
      <w:r>
        <w:t>انہوںنےلکھاہےکہجو لوگ جب بدتمیزیکریںتوہمیںکیا کرناچاہیے ؟</w:t>
      </w:r>
    </w:p>
    <w:p>
      <w:r>
        <w:rPr>
          <w:b/>
        </w:rPr>
        <w:t xml:space="preserve">[35:27] </w:t>
      </w:r>
      <w:r>
        <w:t>rasool Allah sal Allah aleh wasallam kya karte thay? woh hi karna chahiye. aap ke sath kya kya nahi hua tha? khoon behta tha aap ke jab aap kehte thay Khuda ko ek mano aur peace falastini tareeqe se har jagah jaate thay aur message pahunchate thay, peace falastini tareeqe se.</w:t>
      </w:r>
    </w:p>
    <w:p>
      <w:pPr>
        <w:jc w:val="right"/>
      </w:pPr>
      <w:r>
        <w:t>رسولاللہ صلیاللہعلیہوسلمکیاکرتے تھے؟وہیکرناچاہیے۔ آپکےساتھ کیا کیا نہیںہوا تھا؟ خون بہتاتھاآپکے جبآپکہتےتھے خداکو ایک مانو اور پیسفلطریقےسے ہرجگہجاتےتھےاور میسجپہنچاتےتھے ،پیسفلطریقےسے۔</w:t>
      </w:r>
    </w:p>
    <w:p>
      <w:r>
        <w:rPr>
          <w:b/>
        </w:rPr>
        <w:t xml:space="preserve">[35:45] </w:t>
      </w:r>
      <w:r>
        <w:t>to log pathar phenkte thay, khoon behta tha. aur kya kiya nahi hua? agar aap ummati hain peghambar ke to aap ko wohi karna padega jo peghambar ne kiya hai.</w:t>
      </w:r>
    </w:p>
    <w:p>
      <w:pPr>
        <w:jc w:val="right"/>
      </w:pPr>
      <w:r>
        <w:t>تو لوگ پتھرپھینکتےتھے،خونبہ تاتھا۔ اورکیا کیانہیںہوا؟اگر آپ ام تیہیں پیغمبرکےتوآپکووہیکرناپڑےگاجو پیغمبرنےکیاہے۔</w:t>
      </w:r>
    </w:p>
    <w:p>
      <w:r>
        <w:rPr>
          <w:b/>
        </w:rPr>
        <w:t xml:space="preserve">[35:55] </w:t>
      </w:r>
      <w:r>
        <w:t>kyun ke ladai karne se koi masla hal nahi hota. aur rasool Allah sal Allah aleh wasallam ne sabr kiya, bardasht kiya to saari duniya mein aap ka paigham pahunch gaya.</w:t>
      </w:r>
    </w:p>
    <w:p>
      <w:pPr>
        <w:jc w:val="right"/>
      </w:pPr>
      <w:r>
        <w:t>کیونکہ لڑائی کرنےسےکوئیمسئلہحلنہیںہوتا۔ اوررسولاللہصلیاللہعلیہوسلمنےصبرکیا،برداشت کیا تو ساریدنیا میں آپ کاپیغام پہنچگیا۔</w:t>
      </w:r>
    </w:p>
    <w:p>
      <w:r>
        <w:rPr>
          <w:b/>
        </w:rPr>
        <w:t xml:space="preserve">[36:06] </w:t>
      </w:r>
      <w:r>
        <w:t>saari duniya aap ke followers ko followers ban gayi. aaj Michael Hart ne kitaab likhi ke duniya ke sabse bade aadmi. to woh sabr bardasht karne se, araz karne se hua.</w:t>
      </w:r>
    </w:p>
    <w:p>
      <w:pPr>
        <w:jc w:val="right"/>
      </w:pPr>
      <w:r>
        <w:t>ساریدنیا آپکےفالوورزکوفالووربنگئی ۔ آج مائیکلہارٹنےکتاب لکھیکہ دنیا کےسبسےبڑےآدمی۔ تو وہ صبربرداشتکرنے سے،اعراضکرنےسےہوا ۔</w:t>
      </w:r>
    </w:p>
    <w:p>
      <w:r>
        <w:rPr>
          <w:b/>
        </w:rPr>
        <w:t xml:space="preserve">[36:18] </w:t>
      </w:r>
      <w:r>
        <w:t>agar ladai karna, jang karna, tashaddud karna, yeh Islam ka tareeqa nahi hai, Quran ka tareeqa nahi hai, peghambar ka tareeqa nahi hai. ek ayat hai Quran ki, Quran ki ayat ka ek tukda hai. yeh momin ki jo sifat batayi gayi, us mein se wa idha khata bahumul jahiluna qalu salama</w:t>
      </w:r>
    </w:p>
    <w:p>
      <w:pPr>
        <w:jc w:val="right"/>
      </w:pPr>
      <w:r>
        <w:t>اگر لڑائیکرنا،جنگ کرنا،تشددکرنا، یہ اسلام کاطریقہنہیںہے،قرآنکاطریقہنہیںہے، پیغمبرکاطریقہنہیںہے۔ ایک آیتہےقرآنکی،قرآنکیآیتکاایکٹکڑاہے۔یہ مومنکی جو صفتبتائیگئی،اسمیںسےوَإِذَاخَاطَبَهُمُالْجَاهِلُونَقَالُواسَلَامًا</w:t>
      </w:r>
    </w:p>
    <w:p>
      <w:r>
        <w:rPr>
          <w:b/>
        </w:rPr>
        <w:t xml:space="preserve">[36:36] </w:t>
      </w:r>
      <w:r>
        <w:t>ke jab un se jo ahle ilm log hain, woh mukhatib ho te hain ya jo ahle achhe log nahi, woh mukhatib hote hain to woh unko salam keh kar door se hi nikal jaate hain.</w:t>
      </w:r>
    </w:p>
    <w:p>
      <w:pPr>
        <w:jc w:val="right"/>
      </w:pPr>
      <w:r>
        <w:t>کہجبانسے جو اہ کم اہ علم لوگہیں،وہ مخاطبہوتےہیں یا جو اہ اہاچھےلوگنہیں،وہمخاطبہوتےہیںتووہانکوسلامکہہکردورسےہینکلجاتےہیں۔</w:t>
      </w:r>
    </w:p>
    <w:p>
      <w:r>
        <w:rPr>
          <w:b/>
        </w:rPr>
        <w:t xml:space="preserve">[36:48] </w:t>
      </w:r>
      <w:r>
        <w:t>to yeh approach hona chahiye. hamara aap ne jo kaha, woh bilkul is ayat ke mutabiq hai.</w:t>
      </w:r>
    </w:p>
    <w:p>
      <w:pPr>
        <w:jc w:val="right"/>
      </w:pPr>
      <w:r>
        <w:t>تو یہ اپروچہوناچاہیے۔ہمارا آپنےجوکہا،وہبالکل اسآیتکےمط ابقہے۔</w:t>
      </w:r>
    </w:p>
    <w:p>
      <w:r>
        <w:rPr>
          <w:b/>
        </w:rPr>
        <w:t xml:space="preserve">[36:56] </w:t>
      </w:r>
      <w:r>
        <w:t>Doctor Aslam Khan sahib ne likha hai ke reality media follow sensational negative points and we follow media.</w:t>
      </w:r>
    </w:p>
    <w:p>
      <w:pPr>
        <w:jc w:val="right"/>
      </w:pPr>
      <w:r>
        <w:t>ڈاکٹراسلم خان صاحبنےلکھاہےکہ ری ئلیمیڈیافالو سین سیشنل نیگیٹیوپوائنٹس اینڈویفالومیڈیا۔</w:t>
      </w:r>
    </w:p>
    <w:p>
      <w:r>
        <w:rPr>
          <w:b/>
        </w:rPr>
        <w:t xml:space="preserve">[37:06] </w:t>
      </w:r>
      <w:r>
        <w:t>It is a narrow approach. It is a great jihad. Quran helps us to broaden our vision.</w:t>
      </w:r>
    </w:p>
    <w:p>
      <w:pPr>
        <w:jc w:val="right"/>
      </w:pPr>
      <w:r>
        <w:t>اٹاز اور نیرو نیروس آفویژ ن۔ ویشوڈ براڈاپاور مینٹلاپروچ۔ اٹازاگریٹ جہاد ۔ قرآنہیلپاس ٹو براڈناور ویژن۔</w:t>
      </w:r>
    </w:p>
    <w:p>
      <w:r>
        <w:rPr>
          <w:b/>
        </w:rPr>
        <w:t xml:space="preserve">[37:19] </w:t>
      </w:r>
      <w:r>
        <w:t>aglaswal hamlenge, ah jisprmol ana kafi duabhikya karte the, sabkoyeh duabhi bitayakarte the. isse taluq hai iska allah ma arna alshiaa kmahi kaha e allah, hamko cheezon ko waise hi dikha jaisa ke woh hai.</w:t>
      </w:r>
    </w:p>
    <w:p>
      <w:pPr>
        <w:jc w:val="right"/>
      </w:pPr>
      <w:r>
        <w:t>اگلاسوالہملیںگے، اہ جسپرمول انا کافی دعابھیکیا کرتے تھے،سبکویہدعابھیبتایاکرتے تھے۔اسسےتعلقہےاسکااللہ م ارنا الاشیا ءكماهي کہاےاللہ،ہمکوچیزوںکوویسےہیدکھاجیساکہوہہے۔</w:t>
      </w:r>
    </w:p>
    <w:p>
      <w:r>
        <w:rPr>
          <w:b/>
        </w:rPr>
        <w:t xml:space="preserve">[37:34] </w:t>
      </w:r>
      <w:r>
        <w:t>ek aur duahai allah ma arna alhaq alhaq oarazqna atba oarna albatil batil warazqnaajtnaab wala taj al na multabsa fa nz l waj al na lil mutaqinmama a e allah, hameen haq ko haq ki surat mein dikha aur iske atba karne ki tawfiqde.</w:t>
      </w:r>
    </w:p>
    <w:p>
      <w:pPr>
        <w:jc w:val="right"/>
      </w:pPr>
      <w:r>
        <w:t>ایکاور دعاہےاللہ م ارنا الحقحق اوارزقنااتباع وارنا الباطل باطلاوارزقنااجتناب ولا تجعل نا ملتبسا فنز ل وج علنا للمتقیناماما اےاللہ،ہمیںحق کوحق کیصورت میںدکھا اور اسکے اتباعکرنے کیتوفیقدے۔</w:t>
      </w:r>
    </w:p>
    <w:p>
      <w:r>
        <w:rPr>
          <w:b/>
        </w:rPr>
        <w:t xml:space="preserve">[37:51] </w:t>
      </w:r>
      <w:r>
        <w:t>aur</w:t>
      </w:r>
    </w:p>
    <w:p>
      <w:pPr>
        <w:jc w:val="right"/>
      </w:pPr>
      <w:r>
        <w:t>اور</w:t>
      </w:r>
    </w:p>
    <w:p>
      <w:r>
        <w:rPr>
          <w:b/>
        </w:rPr>
        <w:t xml:space="preserve">[37:52] </w:t>
      </w:r>
      <w:r>
        <w:t>batil ko batil ki surat mein dikha aur isse bachne ki tawfiqde. aur cheezon ka hamare liye doubt ful na bana, multabs na bana ke hum iski bani ad par sahi raste se hatjayein.</w:t>
      </w:r>
    </w:p>
    <w:p>
      <w:pPr>
        <w:jc w:val="right"/>
      </w:pPr>
      <w:r>
        <w:t>باطلکوباطلکیصورتمیںدکھااوراسسےبچنےکیتوفیقدے۔ اور چیزوںکاہمارےلیے ڈاؤٹفل نہبنا،ملتبسنہبناکہہم اسکی بنی ادپر صحیحراستےسےہٹجائیں۔</w:t>
      </w:r>
    </w:p>
    <w:p>
      <w:r>
        <w:rPr>
          <w:b/>
        </w:rPr>
        <w:t xml:space="preserve">[38:02] </w:t>
      </w:r>
      <w:r>
        <w:t>aur mutqi ka hameen imam bana. to is duah ki bani ad par aapse sawal hai ke aiza taz thinking kya cheez hoti hai? is par kuch roshni daliye.</w:t>
      </w:r>
    </w:p>
    <w:p>
      <w:pPr>
        <w:jc w:val="right"/>
      </w:pPr>
      <w:r>
        <w:t>اور مت قیکاہمیںامامبنا۔ تو اس دعاکیبنی ادپرآپسے سوالہےکہایزاٹاز تھنکنگکیاچیزہوتیہے؟ اسپر کچھ روشنیڈالیے۔</w:t>
      </w:r>
    </w:p>
    <w:p>
      <w:r>
        <w:rPr>
          <w:b/>
        </w:rPr>
        <w:t xml:space="preserve">[38:13] </w:t>
      </w:r>
      <w:r>
        <w:t>matlab cheezon ko aiza taz lena. misal ke taur par mol ana ke pas bahut sare sawalat ate the.</w:t>
      </w:r>
    </w:p>
    <w:p>
      <w:pPr>
        <w:jc w:val="right"/>
      </w:pPr>
      <w:r>
        <w:t>مطلب چیزوںکو ایزاٹازلینا۔ مثالکےطورپر مول اناکےپاسبہت سارے سوالات آتےتھے۔</w:t>
      </w:r>
    </w:p>
    <w:p>
      <w:r>
        <w:rPr>
          <w:b/>
        </w:rPr>
        <w:t xml:space="preserve">[38:20] </w:t>
      </w:r>
      <w:r>
        <w:t>ek sahib ne sawal kiya ke nabiyon ke waqea atbatate hain ke har nabi ko waqt ke iqtadar se sangharsh karna pada. to kahan sangharsh karna pada ?</w:t>
      </w:r>
    </w:p>
    <w:p>
      <w:pPr>
        <w:jc w:val="right"/>
      </w:pPr>
      <w:r>
        <w:t>ایک صاحبنےسوال کیا کہ نبیوںکےواقع اتبتاتےہیںکہ ہرنبیکو وقت کے اقت دارسے संघ र्ष کرناپڑا۔ تو کہاں संघर्ष کرناپڑا ؟</w:t>
      </w:r>
    </w:p>
    <w:p>
      <w:r>
        <w:rPr>
          <w:b/>
        </w:rPr>
        <w:t xml:space="preserve">[38:31] </w:t>
      </w:r>
      <w:r>
        <w:t>woh toh kabhi kabhi aisa hua ke difa ke liye kuch jang karni padiye, difa ke liye. na ke yeh toh aisa batare hain ke jaise har nabi ko sangharsh karna pada.</w:t>
      </w:r>
    </w:p>
    <w:p>
      <w:pPr>
        <w:jc w:val="right"/>
      </w:pPr>
      <w:r>
        <w:t>وہتو کبھیکبھیایسا ہوا کہ دفاعکےلیے کچھ جنگ کرنیپڑیہے، دفاعکےلیے۔ نہکہ یہتوایسابتارہےہیںکہجیسےہرنبیکوसंघर्षکرناپڑا۔</w:t>
      </w:r>
    </w:p>
    <w:p>
      <w:r>
        <w:rPr>
          <w:b/>
        </w:rPr>
        <w:t xml:space="preserve">[38:42] </w:t>
      </w:r>
      <w:r>
        <w:t>toh iska kahan record hai? quran mein toh itna zyada bataya gaya hai nabiyon ke bare mein. toh kahan sangharsh karna</w:t>
      </w:r>
    </w:p>
    <w:p>
      <w:pPr>
        <w:jc w:val="right"/>
      </w:pPr>
      <w:r>
        <w:t>تواسکا کہاں ریکارڈہے؟قرآنمیںتواتنازیادہ بت ایاگیاہے نبیوںکےبارےمیں۔توکہاںसंघर्ष کرنا</w:t>
      </w:r>
    </w:p>
    <w:p>
      <w:r>
        <w:rPr>
          <w:b/>
        </w:rPr>
        <w:t xml:space="preserve">[38:48] </w:t>
      </w:r>
      <w:r>
        <w:t>pada? hum dawat karte the pesfultareeqe se. aur toh woh keh rahe hain ke nahi, haq o batil ki jang karni padegi. haq o batil ki jang nabiyon ne bhi kari.</w:t>
      </w:r>
    </w:p>
    <w:p>
      <w:pPr>
        <w:jc w:val="right"/>
      </w:pPr>
      <w:r>
        <w:t>پڑا؟ ہمدعوتکرتے تھے پیسفلطریقےسے ۔ اورتووہکہہرہےہیںکہنہیں،حق و باطلکیجنگ کرنیپڑےگی۔حقوباطلکیجنگ نبیوںنےبھیکری۔</w:t>
      </w:r>
    </w:p>
    <w:p>
      <w:r>
        <w:rPr>
          <w:b/>
        </w:rPr>
        <w:t xml:space="preserve">[38:58] </w:t>
      </w:r>
      <w:r>
        <w:t>toh aisa nahi hua haq ke batil ki jang. toh aiza taz baaton ko lena chahiye. insaan ke andar sanjeedgi ki kami hoti hai. asal mein agar aadmi sanjeeda rahega toh khud ba khud aiza taz thinking uske andar paida ho jayegi.</w:t>
      </w:r>
    </w:p>
    <w:p>
      <w:pPr>
        <w:jc w:val="right"/>
      </w:pPr>
      <w:r>
        <w:t>تو ایسانہیں ہوا حقکےباطلکیجنگ۔تو ایزاٹازباتوںکولیناچاہیے۔ انسانکےاندر سنجیدگی کیکمیہوتیہے۔اصلمیں اگر آدمی سنجیدہرہےگاناتوخود بخ ود ایزاٹازتھنکنگاسکےاندرپیدا ہوجائےگی۔</w:t>
      </w:r>
    </w:p>
    <w:p>
      <w:r>
        <w:rPr>
          <w:b/>
        </w:rPr>
        <w:t xml:space="preserve">[39:13] </w:t>
      </w:r>
      <w:r>
        <w:t>toh sanjeeda hona intehai zaruri hai.</w:t>
      </w:r>
    </w:p>
    <w:p>
      <w:pPr>
        <w:jc w:val="right"/>
      </w:pPr>
      <w:r>
        <w:t>تو سنجیدہ ہونا انت ہائیضروریہے۔</w:t>
      </w:r>
    </w:p>
    <w:p>
      <w:r>
        <w:rPr>
          <w:b/>
        </w:rPr>
        <w:t xml:space="preserve">[39:17] </w:t>
      </w:r>
      <w:r>
        <w:t>toh agar sanjeeda honge toh koshish yahi karenge ke baaton ko gehrai se samjhein. bilkul justice uske karein aur justice ke mutabiq usko dekhein.</w:t>
      </w:r>
    </w:p>
    <w:p>
      <w:pPr>
        <w:jc w:val="right"/>
      </w:pPr>
      <w:r>
        <w:t>تو اگر سنجیدہہوںگےتو کوششیہیکریںگےکہ باتوںکو گہر ائیسےسمجھیں۔ بالکل جسٹس اس کےک ریں اور جس ٹسکےمط ابق اسکودیکھیں۔</w:t>
      </w:r>
    </w:p>
    <w:p>
      <w:r>
        <w:rPr>
          <w:b/>
        </w:rPr>
        <w:t xml:space="preserve">[39:29] </w:t>
      </w:r>
      <w:r>
        <w:t>yeh nahi ke kisi ke koi injustice na ho jaye baat ko samajhne mein. ek bar mol ana sahib se ek yehudi scholar se baat hui toh mol ana sahib ne koi sawal kiya usse.</w:t>
      </w:r>
    </w:p>
    <w:p>
      <w:pPr>
        <w:jc w:val="right"/>
      </w:pPr>
      <w:r>
        <w:t>یہنہیں کہ کسی کے کوئی انجسٹسنہہوجائےباتکوسمجھنےمیں ۔ ایکبار مول اناصاحب سےایک یہ ودی سکالرسےباتہوئی تو مول اناصاحبنے کوئی سوال کیا اسسے ۔</w:t>
      </w:r>
    </w:p>
    <w:p>
      <w:r>
        <w:rPr>
          <w:b/>
        </w:rPr>
        <w:t xml:space="preserve">[39:42] </w:t>
      </w:r>
      <w:r>
        <w:t>toh aam taur</w:t>
      </w:r>
    </w:p>
    <w:p>
      <w:pPr>
        <w:jc w:val="right"/>
      </w:pPr>
      <w:r>
        <w:t>تو عام طور</w:t>
      </w:r>
    </w:p>
    <w:p>
      <w:r>
        <w:rPr>
          <w:b/>
        </w:rPr>
        <w:t xml:space="preserve">[39:44] </w:t>
      </w:r>
      <w:r>
        <w:t>par log kya karte hain? sawal kiya toh usi waqt jawab dena shuru dete hain. isne is sawal ko ek kaghaz pe likha aur phir poocha ke yahi aapka sawal hai?</w:t>
      </w:r>
    </w:p>
    <w:p>
      <w:pPr>
        <w:jc w:val="right"/>
      </w:pPr>
      <w:r>
        <w:t>پرلوگکیاکرتے ہیں؟سوال کیا تواسیوقتجوابدیناشروع کردیتےہیں۔ اسنے اسسوالکوایک کاغذپہلکھا اور پھر پوچھا کہیہیآپکاسوال ہے؟</w:t>
      </w:r>
    </w:p>
    <w:p>
      <w:r>
        <w:rPr>
          <w:b/>
        </w:rPr>
        <w:t xml:space="preserve">[39:53] </w:t>
      </w:r>
      <w:r>
        <w:t>toh yeh hota hai ke justice karna. toh har cheez mein justice karna chahiye. aur jab hum bolein toh soch samajh kar bolein. jaise kehte hain na toltol ke bolna. soch samajh ke bolein ke kya humne jo baat kahi hai bilkul haqeeqat waqe ke mutabiq hai ya nahi hai?</w:t>
      </w:r>
    </w:p>
    <w:p>
      <w:pPr>
        <w:jc w:val="right"/>
      </w:pPr>
      <w:r>
        <w:t>تو یہہوتاہے کہ جسٹسکرنا۔ تو ہرچیز میں جسٹسکرناچاہیے۔ اور جب ہمبولیںتو سوچسمجھکربول یں۔ جیسے کہتےہیںن اپتول کےبولنا۔سوچسمجھکےبولیں کہکیاہمنےجوباتکہیہے بالکل حقیقت واقع ہکےمط ابق ہےیانہیںہے؟</w:t>
      </w:r>
    </w:p>
    <w:p>
      <w:r>
        <w:rPr>
          <w:b/>
        </w:rPr>
        <w:t xml:space="preserve">[40:11] </w:t>
      </w:r>
      <w:r>
        <w:t>toh misal ke taur par log kehte hain ke yahan par musalmanon ke liye is mulk mein mauqe nahi hain, unke sath zulm ho raha hai, unko mauqa nahi diya ja raha hai.</w:t>
      </w:r>
    </w:p>
    <w:p>
      <w:pPr>
        <w:jc w:val="right"/>
      </w:pPr>
      <w:r>
        <w:t>تو مثالکےطورپر لوگکہتےہیںکہ یہاںپر مسلمان وںکےلیے اس ملکمیں مواقعنہیںہیں،انکے ساتھ ظلمہورہاہے،انکوموقعنہیںدیاجارہاہے۔</w:t>
      </w:r>
    </w:p>
    <w:p>
      <w:r>
        <w:rPr>
          <w:b/>
        </w:rPr>
        <w:t xml:space="preserve">[40:22] </w:t>
      </w:r>
      <w:r>
        <w:t>toh mol ana bar bar batate the ke dekhiye kitna zyada log tarqi kar rahe hain. azeem hashim fremji ki misal hai, kitna jo chand chand bade dol tumand logon mein se woh hain.</w:t>
      </w:r>
    </w:p>
    <w:p>
      <w:pPr>
        <w:jc w:val="right"/>
      </w:pPr>
      <w:r>
        <w:t>تو مول انابارباربتاتےتھے کہ دیکھیے کتنا زیادہ لوگ ترقیکررہےہیں۔ عظیمہاشمفریمجیکیمثالہے، کتنا جو چند چند بڑےدول تمندلوگوںمیںسےوہہیں۔</w:t>
      </w:r>
    </w:p>
    <w:p>
      <w:r>
        <w:rPr>
          <w:b/>
        </w:rPr>
        <w:t xml:space="preserve">[40:34] </w:t>
      </w:r>
      <w:r>
        <w:t>aur bahut zyada jo mehnat kar raha hai, woh woh usko sab kuch mil raha hai jo woh chahta hai.</w:t>
      </w:r>
    </w:p>
    <w:p>
      <w:pPr>
        <w:jc w:val="right"/>
      </w:pPr>
      <w:r>
        <w:t>اوربہت زیادہ جو محنتکررہاہے،وہ وہ اسکوسبکچھملرہاہےجووہچاہتاہے۔</w:t>
      </w:r>
    </w:p>
    <w:p>
      <w:r>
        <w:rPr>
          <w:b/>
        </w:rPr>
        <w:t xml:space="preserve">[40:40] </w:t>
      </w:r>
      <w:r>
        <w:t>toh yeh sab cheezein jo hain, soch samajh kar hameen bolna chahiye. aur toh kabhi bhi aisi ghaltiyan nahi karenge. bila wajah bas kisi ko blame dena.</w:t>
      </w:r>
    </w:p>
    <w:p>
      <w:pPr>
        <w:jc w:val="right"/>
      </w:pPr>
      <w:r>
        <w:t>تو یہ سبچیزیںجوہیں، سوچسمجھکرہمیںبولناچاہیے۔ اور تو کبھیبھی ایسیغلطینہیںکریںگے۔ بلاوجہ بسکسیکو ب لیمدینا۔</w:t>
      </w:r>
    </w:p>
    <w:p>
      <w:r>
        <w:rPr>
          <w:b/>
        </w:rPr>
        <w:t xml:space="preserve">[40:50] </w:t>
      </w:r>
      <w:r>
        <w:t>kyunki hamare andar jab negativity paida ho jati hai aur hum is negativity ki deconditioning na karein toh dheere dheere hamari poori personality negativity ho jati hai.</w:t>
      </w:r>
    </w:p>
    <w:p>
      <w:pPr>
        <w:jc w:val="right"/>
      </w:pPr>
      <w:r>
        <w:t>کیونکہہمارےاندرجب نیگیٹیوٹیپیدا ہوجاتیہے اور ہم اس نیگیٹیوٹیکی ڈیکنڈیشننگنہکریں تو دھیرےدھیرےہماری پوری پرسن یلٹینیگیٹیوہوجاتیہے۔</w:t>
      </w:r>
    </w:p>
    <w:p>
      <w:r>
        <w:rPr>
          <w:b/>
        </w:rPr>
        <w:t xml:space="preserve">[41:00] </w:t>
      </w:r>
      <w:r>
        <w:t>phir aisa hi ho jata hai jaise yeh pani ka glass hai. agar hamein yeh pani ka glass dikhaye toh kuch log kahenge ke yeh pani ka glass adha khali hai, kuch log kahenge adha bhara hua hai.</w:t>
      </w:r>
    </w:p>
    <w:p>
      <w:pPr>
        <w:jc w:val="right"/>
      </w:pPr>
      <w:r>
        <w:t>پھرایساہیہوجاتا ہےجیسے یہ پانیکاگلاسہے۔ اگر ہمیہپانیکاگلاس دکھائیں تو کچھلوگ کہیںگےکہیہپانیکا گلاس ادھاخالیہے،کچھلوگکہیںگےادھابھراہواہے۔</w:t>
      </w:r>
    </w:p>
    <w:p>
      <w:r>
        <w:rPr>
          <w:b/>
        </w:rPr>
        <w:t xml:space="preserve">[41:12] </w:t>
      </w:r>
      <w:r>
        <w:t>toh jo log positive honge na, unko toh bhara hua dikhai de</w:t>
      </w:r>
    </w:p>
    <w:p>
      <w:pPr>
        <w:jc w:val="right"/>
      </w:pPr>
      <w:r>
        <w:t>تو جولوگ پازیٹیوہوںگےنا،انکوتو بھراہوادکھائید</w:t>
      </w:r>
    </w:p>
    <w:p>
      <w:r>
        <w:rPr>
          <w:b/>
        </w:rPr>
        <w:t xml:space="preserve">[41:16] </w:t>
      </w:r>
      <w:r>
        <w:t>ega. jo negitiv honge, unko khali dikhai dega. to hamein apni personality ko positive banana hai.</w:t>
      </w:r>
    </w:p>
    <w:p>
      <w:pPr>
        <w:jc w:val="right"/>
      </w:pPr>
      <w:r>
        <w:t>ےگا۔ جو نیگیٹیوہوںگے،انکوخالیدکھائیدےگا۔ تو ہمیں اپنی پرسن یل ٹی کو پازیٹیو بن اناہے۔</w:t>
      </w:r>
    </w:p>
    <w:p>
      <w:r>
        <w:rPr>
          <w:b/>
        </w:rPr>
        <w:t xml:space="preserve">[41:25] </w:t>
      </w:r>
      <w:r>
        <w:t>kyunke Allah taala ne jo duniya banai hai, ismein usiki jagah hai. farishte bhi chale jaate hain. agar hum negativity hamare andar ho to farishte hamare paas se chale jaate hain.</w:t>
      </w:r>
    </w:p>
    <w:p>
      <w:pPr>
        <w:jc w:val="right"/>
      </w:pPr>
      <w:r>
        <w:t>کیونکہ اللہ تعالی نے جو دنیا بن ائیہے، اسمیں اسیکیجگہہے۔ فرشتےبھیچلےجاتےہیں۔ اگر ہم نیگیٹیوٹیہمارےاندرہوتوفرشتےہمارےپاسسےچلےجاتےہیں۔</w:t>
      </w:r>
    </w:p>
    <w:p>
      <w:r>
        <w:rPr>
          <w:b/>
        </w:rPr>
        <w:t xml:space="preserve">[41:37] </w:t>
      </w:r>
      <w:r>
        <w:t>to ab hum baghair farishton ke hum kya kaam kar sakte hain? kyunke Khuda ki jo blessings hamein milti hain, woh farishton ke zariye se hi milti hain.</w:t>
      </w:r>
    </w:p>
    <w:p>
      <w:pPr>
        <w:jc w:val="right"/>
      </w:pPr>
      <w:r>
        <w:t>تو ابہمبغیرفرشتوںکےہمکیاکامکرسکتےہیں؟ کیونکہ خداکیجوبلیسنگزہمیںملتیہیں، وہ فرشتوںکےذریعےسےہیملتیہیں۔</w:t>
      </w:r>
    </w:p>
    <w:p>
      <w:r>
        <w:rPr>
          <w:b/>
        </w:rPr>
        <w:t xml:space="preserve">[41:46] </w:t>
      </w:r>
      <w:r>
        <w:t>to</w:t>
      </w:r>
    </w:p>
    <w:p>
      <w:pPr>
        <w:jc w:val="right"/>
      </w:pPr>
      <w:r>
        <w:t>تو</w:t>
      </w:r>
    </w:p>
    <w:p>
      <w:r>
        <w:rPr>
          <w:b/>
        </w:rPr>
        <w:t xml:space="preserve">[41:47] </w:t>
      </w:r>
      <w:r>
        <w:t>hamein apni personality ko negativity se bilkul khali kar dena hai. jahan dekhein ke hamare andar negativity aa gayi hai, wahin uski deconditioning karen.</w:t>
      </w:r>
    </w:p>
    <w:p>
      <w:pPr>
        <w:jc w:val="right"/>
      </w:pPr>
      <w:r>
        <w:t>ہمیں اپنی پرسن یلٹیکو نیگیٹیو ٹی سے بالکل خالی کردیناہے۔ جہاں دیکھیںکہہمارےاندرنیگیٹیوٹیآگئی ہے،وہیںاسکی ڈیکنڈیشننگکریں۔</w:t>
      </w:r>
    </w:p>
    <w:p>
      <w:r>
        <w:rPr>
          <w:b/>
        </w:rPr>
        <w:t xml:space="preserve">[41:58] </w:t>
      </w:r>
      <w:r>
        <w:t>Maulana kehte the marcy less deconditioning. aam taur par kya hota hai? logon ko apne khilaf sunna pasand nahi hai, apne khilaf tanqeed pasand nahi hoti.</w:t>
      </w:r>
    </w:p>
    <w:p>
      <w:pPr>
        <w:jc w:val="right"/>
      </w:pPr>
      <w:r>
        <w:t>مول اناکہتےتھےمر سیلیس ڈیکنڈیشننگ۔ عام طورپرکیاہوتاہے؟لوگوںکو اپنے خلاف سنناپسندنہیںہے، اپنے خلاف تنقیدپسندنہیںہوتی۔</w:t>
      </w:r>
    </w:p>
    <w:p>
      <w:r>
        <w:rPr>
          <w:b/>
        </w:rPr>
        <w:t xml:space="preserve">[42:09] </w:t>
      </w:r>
      <w:r>
        <w:t>to woh apne khilaf sochte hi</w:t>
      </w:r>
    </w:p>
    <w:p>
      <w:pPr>
        <w:jc w:val="right"/>
      </w:pPr>
      <w:r>
        <w:t>تو وہاپنےخلاف سوچتےہی</w:t>
      </w:r>
    </w:p>
    <w:p>
      <w:r>
        <w:rPr>
          <w:b/>
        </w:rPr>
        <w:t xml:space="preserve">[42:11] </w:t>
      </w:r>
      <w:r>
        <w:t>nahin hain. wohi jo hai narcissist ka jo character hai, wohi saare log bane hue hain ke hamein hamare khilaf kuch mat kaho, hamare baap dada ke khilaf kuch mat kaho.</w:t>
      </w:r>
    </w:p>
    <w:p>
      <w:pPr>
        <w:jc w:val="right"/>
      </w:pPr>
      <w:r>
        <w:t>نہیں ہیں۔وہیجو ہے نارسیسٹ ک جو کریکٹرہے، وہی سارےلوگ بنےہوئےہیں کہہمیںہمارےخلاف کچھمت کہو، ہمارے باپداداکےخلاف کچھمتکہو۔</w:t>
      </w:r>
    </w:p>
    <w:p>
      <w:r>
        <w:rPr>
          <w:b/>
        </w:rPr>
        <w:t xml:space="preserve">[42:22] </w:t>
      </w:r>
      <w:r>
        <w:t>to hamare andar jo kamiyan hain, woh kaise door hongi? hamari personality ka development kaise hoga? jab hum khud to hamein nazar nahin aa rahi apni burai aur doosron se karwana nahin chahte ke agar woh koi kami hamare andar dekhe to woh bole to hum gussa ho jaate hain. isliye woh doosra bolta nahin.</w:t>
      </w:r>
    </w:p>
    <w:p>
      <w:pPr>
        <w:jc w:val="right"/>
      </w:pPr>
      <w:r>
        <w:t>تو ہمارےاندرجو کم یاںہیں،وہکیسےدور ہوںگی؟ ہماری پرسنیلٹی کا ڈیولپمنٹکیسےہوگا؟جبہم ہمخود توہمیںنظر نہیںآرہیاپنیبرائی اور دوس روں سے کروانانہیںچاہتے کہاگروہکوئیکمیہمارےاندردیکھے تو وہ بول ےتوہمغصہہوجاتےہیں۔اسلیےوہدوسرا بول تانہیں ۔</w:t>
      </w:r>
    </w:p>
    <w:p>
      <w:r>
        <w:rPr>
          <w:b/>
        </w:rPr>
        <w:t xml:space="preserve">[42:40] </w:t>
      </w:r>
      <w:r>
        <w:t>to Maulana sahib to bolte the, har haal mein bolte the, chahe usko achha lage ya bura lage. ek baar shayad Pune gaye the ya Ahmedabad gaye the to main bhi thi wahan par. to railway station par ek aadmi milne ke liye aaye to bachche ko god mein liye hue the.</w:t>
      </w:r>
    </w:p>
    <w:p>
      <w:pPr>
        <w:jc w:val="right"/>
      </w:pPr>
      <w:r>
        <w:t>تو مول اناصاحبتوبولتےتھے،ہرحالتمیںبولتےتھے، چاہےاسکواچھالگےیابرالگے۔ ایکبار شایدپوناگئےتھے یااحمد آباد گئےتھے تو میںبھی تھیوہاںپر۔تو ریلوےاسٹیشنپرایکآدمی ملنےکےلیے آئے تو بچےکو گودمیںلیےہوئےتھے۔</w:t>
      </w:r>
    </w:p>
    <w:p>
      <w:r>
        <w:rPr>
          <w:b/>
        </w:rPr>
        <w:t xml:space="preserve">[43:00] </w:t>
      </w:r>
      <w:r>
        <w:t>to ab Maulana sahib ne poocha yeh kiska bachcha hai? woh aap uske kaun nahin? unhone kaha main baap hoon.</w:t>
      </w:r>
    </w:p>
    <w:p>
      <w:pPr>
        <w:jc w:val="right"/>
      </w:pPr>
      <w:r>
        <w:t>تو اب مول اناصاحبنےپوچھاکہیہکسکابچہہے؟ وہآپ اسکےکونہیں؟انہوںنےکہامیںباپہوں۔</w:t>
      </w:r>
    </w:p>
    <w:p>
      <w:r>
        <w:rPr>
          <w:b/>
        </w:rPr>
        <w:t xml:space="preserve">[43:07] </w:t>
      </w:r>
      <w:r>
        <w:t>to Maulana sahib ne kaha aap baap hain ke dushman nahin uske, usko god mein kyun liye hue hain? usko utariye to usko utara. woh woh to unhone kaha yeh bahut kamzor hai, isliye god mein liye rehte hain.</w:t>
      </w:r>
    </w:p>
    <w:p>
      <w:pPr>
        <w:jc w:val="right"/>
      </w:pPr>
      <w:r>
        <w:t>تو مول اناصاحبنےکہا آپ باپہیںکہدشمنہیںاسکے ، اسکوگودمیںکیوںلیے ہوئےہیں؟ اسکوات اریےتو اسکوات ارا۔وہ وہتوانہوںنےکہایہبہت کمزورہے،اسلیے گودمیںلیےرہتےہیں۔</w:t>
      </w:r>
    </w:p>
    <w:p>
      <w:r>
        <w:rPr>
          <w:b/>
        </w:rPr>
        <w:t xml:space="preserve">[43:19] </w:t>
      </w:r>
      <w:r>
        <w:t>to unhone utara aur woh bachcha daudne lag gaya. to yeh hai ke log chunke tanqeed ko pasand nahin karte, to isliye unko koi kuch kehta nahin ke bhai yeh bura maan jayenge.</w:t>
      </w:r>
    </w:p>
    <w:p>
      <w:pPr>
        <w:jc w:val="right"/>
      </w:pPr>
      <w:r>
        <w:t>تو انہوں نے اتارااوروہ بچہدوڑنےلگگیا۔ تو یہ ہےکہ لوگ چونکہ تنقیدکوپسندنہیںکرتے ، تواس لیے انکوکوئیکچھکہتانہیں کہابیہبرامانجائیںگے۔</w:t>
      </w:r>
    </w:p>
    <w:p>
      <w:r>
        <w:rPr>
          <w:b/>
        </w:rPr>
        <w:t xml:space="preserve">[43:31] </w:t>
      </w:r>
      <w:r>
        <w:t>to isliye tanqeed ko welcome karna chahiye. jaise Hazrat Umar jo hain, bahut zyada welcome karte the aur khush hote the ke agar unke upar koi tanqeed karta tha to.</w:t>
      </w:r>
    </w:p>
    <w:p>
      <w:pPr>
        <w:jc w:val="right"/>
      </w:pPr>
      <w:r>
        <w:t>تو اسلیے تنقیدکو ویلکمکرناچاہیے۔جیسےحضرت عمر جوہیں،بہت زیادہ ویلکمکرتے تھے اورخوشہوتےتھے کہاگر انکےاوپرکوئیتنقیدکرتاتھاتو۔</w:t>
      </w:r>
    </w:p>
    <w:p>
      <w:r>
        <w:rPr>
          <w:b/>
        </w:rPr>
        <w:t xml:space="preserve">[43:44] </w:t>
      </w:r>
      <w:r>
        <w:t>to yeh hai ke exact thinking, bilkul jo baat hai, usko isi tarike se lena. ghata badha ke mat lena, nahin lena, usko exaggerate nahin karna. a</w:t>
      </w:r>
    </w:p>
    <w:p>
      <w:pPr>
        <w:jc w:val="right"/>
      </w:pPr>
      <w:r>
        <w:t>تویہہےکہ ایزاٹازتھنکنگ،بالکل جوباتہے، اسکو اسیطریقےسےلینا۔ گھٹابڑھاکےمتلینا،نہیں لینا،اسکو ایگزیجریٹنہیںکرنا۔ا</w:t>
      </w:r>
    </w:p>
    <w:p>
      <w:r>
        <w:rPr>
          <w:b/>
        </w:rPr>
        <w:t xml:space="preserve">[43:56] </w:t>
      </w:r>
      <w:r>
        <w:t>glass sawal lene se pehle hamein yahan par kuch comment aaye hain Facebook, hamara live jo chal raha hai, us par woh hum padhenge. Muhammad bin Shahid ne likha hai: "Very outstanding question and explanation, may Allah reward you." Halima Aline likha hai: "Very well explained."</w:t>
      </w:r>
    </w:p>
    <w:p>
      <w:pPr>
        <w:jc w:val="right"/>
      </w:pPr>
      <w:r>
        <w:t>گلاسواللینےسےپہلےہمیہاںپرکچھکمنٹ آئےہیںف یس بک، ہمارالائیوجوچلرہاہے،اسپروہہمپڑھیںگے۔ محمد بن شاہد نےلکھاہے:"ویری آؤٹ اسٹینڈنگکوسچن اینڈ ایکسپلینیشن، میاللہ ریوارڈیو۔" حلیمہعلینےلکھاہے: "ویری ویل ایکسپلینڈ۔"</w:t>
      </w:r>
    </w:p>
    <w:p>
      <w:r>
        <w:rPr>
          <w:b/>
        </w:rPr>
        <w:t xml:space="preserve">[44:17] </w:t>
      </w:r>
      <w:r>
        <w:t>Miss Quratulain ne Srinagar se likha hai: "Learning as a continuous process, and each and every person we come across can be a source of learning for us, and it is not necessary that only learned and educated person we can learn from.</w:t>
      </w:r>
    </w:p>
    <w:p>
      <w:pPr>
        <w:jc w:val="right"/>
      </w:pPr>
      <w:r>
        <w:t>مس قرۃ العین نےسرینگرسےلکھاہے:"لرننگازاکنٹینی وس پروسیس،اینڈایچاینڈایوریپرسن ویکماکراس کینبی اسورسافلرننگ فار اس، اینڈاٹازناٹنیسیسریدیٹاونلیلرن ڈاینڈایجوکیٹڈ پرسن وی کینلرنفر ام۔</w:t>
      </w:r>
    </w:p>
    <w:p>
      <w:r>
        <w:rPr>
          <w:b/>
        </w:rPr>
        <w:t xml:space="preserve">[44:33] </w:t>
      </w:r>
      <w:r>
        <w:t>Many small important learnings can come from a common man out of his daily experiences. The only thing needed is not to be biased or dawned on one's self.</w:t>
      </w:r>
    </w:p>
    <w:p>
      <w:pPr>
        <w:jc w:val="right"/>
      </w:pPr>
      <w:r>
        <w:t>مینیسمال بٹ امپورٹنٹلرننگز کم کینکم فر ام ا کامن مینآؤٹافہزڈیلیایکسپیرینسز۔ دااونلیتھنگ نیڈڈاز ناٹٹوبیابسسڈودون اونز ان سیلف۔</w:t>
      </w:r>
    </w:p>
    <w:p>
      <w:r>
        <w:rPr>
          <w:b/>
        </w:rPr>
        <w:t xml:space="preserve">[44:48] </w:t>
      </w:r>
      <w:r>
        <w:t>We can enrich our experiences by observing and learning from others."</w:t>
      </w:r>
    </w:p>
    <w:p>
      <w:pPr>
        <w:jc w:val="right"/>
      </w:pPr>
      <w:r>
        <w:t>ویکین انریچاور ایکسپیرینسز بائیابزروونگ الرننگفرامادر۔"</w:t>
      </w:r>
    </w:p>
    <w:p>
      <w:r>
        <w:rPr>
          <w:b/>
        </w:rPr>
        <w:t xml:space="preserve">[44:56] </w:t>
      </w:r>
      <w:r>
        <w:t>iske baad agla sawal hai ke tanqeed kya hai aur zehni jamood?</w:t>
      </w:r>
    </w:p>
    <w:p>
      <w:pPr>
        <w:jc w:val="right"/>
      </w:pPr>
      <w:r>
        <w:t>اسکےبعد اگلاسوال ہے کہ تن قید کیا ہے اور ذہنی جم ود ؟</w:t>
      </w:r>
    </w:p>
    <w:p>
      <w:r>
        <w:rPr>
          <w:b/>
        </w:rPr>
        <w:t xml:space="preserve">[45:04] </w:t>
      </w:r>
      <w:r>
        <w:t>tanqeed na hone se zehni jamood kaise aa jata hai?</w:t>
      </w:r>
    </w:p>
    <w:p>
      <w:pPr>
        <w:jc w:val="right"/>
      </w:pPr>
      <w:r>
        <w:t>تنقیدنہہونےسےذہنیجمود کیسےآجاتا ہے؟</w:t>
      </w:r>
    </w:p>
    <w:p>
      <w:r>
        <w:rPr>
          <w:b/>
        </w:rPr>
        <w:t xml:space="preserve">[45:10] </w:t>
      </w:r>
      <w:r>
        <w:t>is</w:t>
      </w:r>
    </w:p>
    <w:p>
      <w:pPr>
        <w:jc w:val="right"/>
      </w:pPr>
      <w:r>
        <w:t>اس</w:t>
      </w:r>
    </w:p>
    <w:p>
      <w:r>
        <w:rPr>
          <w:b/>
        </w:rPr>
        <w:t xml:space="preserve">[45:11] </w:t>
      </w:r>
      <w:r>
        <w:t>lamhe hota kya hai? humne kuch study kiya, kuch imtehan pass kiye, kuch hum kaam kahin kar rahe hain, woh hamara tajurba hai. to sirf itna hi, kuch nahin, is duniya mein bahut kuch hai.</w:t>
      </w:r>
    </w:p>
    <w:p>
      <w:pPr>
        <w:jc w:val="right"/>
      </w:pPr>
      <w:r>
        <w:t>لمہہوتاکیاہے؟ہمنےکچھ سٹڈیکیا ،کچھ امتحانپاس کیے ،کچھ ہم کام کہیںکررہےہیں،وہہماراتجربہہے۔ تو صرف اتناہی، کچھنہیں ،اسدنیا میںبہت کچھہے۔</w:t>
      </w:r>
    </w:p>
    <w:p>
      <w:r>
        <w:rPr>
          <w:b/>
        </w:rPr>
        <w:t xml:space="preserve">[45:24] </w:t>
      </w:r>
      <w:r>
        <w:t>har lakhon lakhon log hain, unke apne tajurbe hain, unki apni soch hai, aur har aadmi by birth different hota hai.</w:t>
      </w:r>
    </w:p>
    <w:p>
      <w:pPr>
        <w:jc w:val="right"/>
      </w:pPr>
      <w:r>
        <w:t>ہرلاکھوںلاکھوںلوگ ہیں،انکےاپنے تجربےہیں، انکی اپنی سوچہے، اور ہرآدمی بائیبرتھڈفرنٹہوتاہے۔</w:t>
      </w:r>
    </w:p>
    <w:p>
      <w:r>
        <w:rPr>
          <w:b/>
        </w:rPr>
        <w:t xml:space="preserve">[45:32] </w:t>
      </w:r>
      <w:r>
        <w:t>to agar hum apne aap se bahar jo hai, logon ki baaton ko samajh saken, logon ki baaton se faida utha saken, to hum apni personality ko bahut zyada develop kar sakte hain.</w:t>
      </w:r>
    </w:p>
    <w:p>
      <w:pPr>
        <w:jc w:val="right"/>
      </w:pPr>
      <w:r>
        <w:t>تواگر ہم اپنے آپ سے باہر جوہے،لوگوںکو باتوںکوسمجھسکیں،لوگوںکیباتوںسے فائدہاٹھاسکیں، تو ہم اپنی پرسن یلٹیکوبہت زیادہ ڈیولپکرسکتےہیں۔</w:t>
      </w:r>
    </w:p>
    <w:p>
      <w:r>
        <w:rPr>
          <w:b/>
        </w:rPr>
        <w:t xml:space="preserve">[45:47] </w:t>
      </w:r>
      <w:r>
        <w:t>kyunkey agar tan qaid, aur yeh tab tanqeed se hota hai, agar hum kisi se baat cheet kareinge to kahein na kahein koi na koi tanqeed ki baat bhi aa jaye gi. to woh tanqeed ki baat hum na pasand karte hain, khali tareef pasand kareinge.</w:t>
      </w:r>
    </w:p>
    <w:p>
      <w:pPr>
        <w:jc w:val="right"/>
      </w:pPr>
      <w:r>
        <w:t>کیونکہاگر تن قید،اوریہ تب تنقیدسےہوتاہے،اگرہم کسی سے باتچیتکریںگےتوکہیںنہکہیںکوئینہکوئیتنقیدکیباتبھیآجائےگی۔ تو وہ تنقیدکیباتہمناپسندکرتےہیں،خالیتعریفپسندکریںگے۔</w:t>
      </w:r>
    </w:p>
    <w:p>
      <w:r>
        <w:rPr>
          <w:b/>
        </w:rPr>
        <w:t xml:space="preserve">[45:59] </w:t>
      </w:r>
      <w:r>
        <w:t>to khali tareef se to hamara koi development hoga nahin, jo hum hain, wohi hum raheinge. to tan qaid se kya hota hai? bohat sari cheezein hamein samajh mein aati hain,</w:t>
      </w:r>
    </w:p>
    <w:p>
      <w:pPr>
        <w:jc w:val="right"/>
      </w:pPr>
      <w:r>
        <w:t>تو خالی تعریفسےتوہماراکوئیڈیولپمنٹہوگانہیں، جوہمہیں،وہیہمرہیںگے۔ توتن قیدسےکیاہوتاہے؟بہتساریچیزیں ہمیںسمجھمیںآتیہیں،</w:t>
      </w:r>
    </w:p>
    <w:p>
      <w:r>
        <w:rPr>
          <w:b/>
        </w:rPr>
        <w:t xml:space="preserve">[46:09] </w:t>
      </w:r>
      <w:r>
        <w:t>to woh doosron ke tajrube se hum faida uthate hain. doosre ke jo hain, ek baar hakeem luqman se kisi ne poocha ke aap ne adab kahan se seekha?</w:t>
      </w:r>
    </w:p>
    <w:p>
      <w:pPr>
        <w:jc w:val="right"/>
      </w:pPr>
      <w:r>
        <w:t>تو وہ دوس رو ںدوسروںکےتجربےسےہمفائدہاٹھاتےہیں۔ دوسرے کےجوہے، ایکبار حکیملقمانسےکسی نےپوچھا کہ آپنے ادبکہاںسےسیکھا؟</w:t>
      </w:r>
    </w:p>
    <w:p>
      <w:r>
        <w:rPr>
          <w:b/>
        </w:rPr>
        <w:t xml:space="preserve">[46:22] </w:t>
      </w:r>
      <w:r>
        <w:t>to unhone kaha: "be adabon se." to agar doosron ki sirf achhi baaton se hum nahin seekhte, balkey agar doosre ke andar koi kami hai, koi kharabi hai, is se bhi hum seekhte hain ke hum aisa kaam na karein</w:t>
      </w:r>
    </w:p>
    <w:p>
      <w:pPr>
        <w:jc w:val="right"/>
      </w:pPr>
      <w:r>
        <w:t>تو انہوںنےکہا:"بےادبوںسے۔ "تواگر دوس روںکیصرفاچھیباتوں ہیسےہمنہیں سیکھتے،بلکہاگردوسرےکےاندر کوئیکمیہے،کوئیخرابیہے، اسسےبھیہمسیکھتےہیںکہہمایساکام نہکریں</w:t>
      </w:r>
    </w:p>
    <w:p>
      <w:r>
        <w:rPr>
          <w:b/>
        </w:rPr>
        <w:t xml:space="preserve">[46:34] </w:t>
      </w:r>
      <w:r>
        <w:t>. to is tareeqe se doosron se hamein learning musalsal karte rehna hai, aur isi se hamara thinking process chalta rahega, chalta rahega, yahan tak ke hum apni personality ko develop karke ek dum perfect kar leinge.</w:t>
      </w:r>
    </w:p>
    <w:p>
      <w:pPr>
        <w:jc w:val="right"/>
      </w:pPr>
      <w:r>
        <w:t>۔ تو اسطریقےسےدوس روںسےہمیںلرننگ مسلسل کرتیرہنیہے، اور اسیسےہماراتھنکنگ پراسیس چلتارہےگا،چلتارہےگا،یہاںتککہہماپنی پرسنیلٹیکو ڈیولپکرکےایکدم پرفیکٹکرلیںگے۔</w:t>
      </w:r>
    </w:p>
    <w:p>
      <w:r>
        <w:rPr>
          <w:b/>
        </w:rPr>
        <w:t xml:space="preserve">[46:49] </w:t>
      </w:r>
      <w:r>
        <w:t>is duniya mein to insaan ek dum kham maad ke tareeqe se hai, ek bilkul potential ke roop mein hai. to hamein musalsal apne aap ko, apne potential ko musalsal actual banana hai.</w:t>
      </w:r>
    </w:p>
    <w:p>
      <w:pPr>
        <w:jc w:val="right"/>
      </w:pPr>
      <w:r>
        <w:t>اسدنیا میںتوانسانایکدم خام موادکےطریقےسےہے، ایک بالکل پوٹینشلکےروپمیںہے۔ تو ہمیں مس لسل اپنےآپکو، اپنے پوٹینشلکو مسلسل ایکچولبناناہے۔</w:t>
      </w:r>
    </w:p>
    <w:p>
      <w:r>
        <w:rPr>
          <w:b/>
        </w:rPr>
        <w:t xml:space="preserve">[47:03] </w:t>
      </w:r>
      <w:r>
        <w:t>to yeh tabhi ho sakta hai jab hum khoob khoob interaction karein, khoob khoob doosron se learning karein. ab jab hum doosron ke mazhab, doosre mazhab walon se baat karte hain, to hum debate karne lagte hain, yahi baat aney lagte hain ke hamara mazhab sab se achha</w:t>
      </w:r>
    </w:p>
    <w:p>
      <w:pPr>
        <w:jc w:val="right"/>
      </w:pPr>
      <w:r>
        <w:t>تو یہ تبھیہوسکتاہےجبہمخوب خوب انٹریکشنکریں،خوبخوب دوسروںسے لرننگکریں۔ ابجبہمدوسروںکے مذہب، دوسرےمذہبوالوںسےباتکرتے ہیں، تو ہم ڈیبیٹکرنے لگتےہیں، یہیبت انےلگتےہیںکہہمارامذہبسبسےاچھ</w:t>
      </w:r>
    </w:p>
    <w:p>
      <w:r>
        <w:rPr>
          <w:b/>
        </w:rPr>
        <w:t xml:space="preserve">[47:18] </w:t>
      </w:r>
      <w:r>
        <w:t>hai. yeh nahin, balkey hum doosron ke mazhab, hum sharing ka andaaz hona chahiye, dialogue ka andaaz hona chahiye, doosron se learning karni chahiye.</w:t>
      </w:r>
    </w:p>
    <w:p>
      <w:pPr>
        <w:jc w:val="right"/>
      </w:pPr>
      <w:r>
        <w:t>اہے۔ یہ نہیں،بلکہہم دوس روںکے مذہب، ہم شیئرنگکااندازہوناچاہیے،ڈائیلاگکا اندازہوناچاہیے،دوسروںسےلرننگکرنیچاہیے۔</w:t>
      </w:r>
    </w:p>
    <w:p>
      <w:r>
        <w:rPr>
          <w:b/>
        </w:rPr>
        <w:t xml:space="preserve">[47:27] </w:t>
      </w:r>
      <w:r>
        <w:t>doosron ke mazhab mein, doosron ki zindagi mein, doosron ki soch mein bohat sara achhi baatein hoti hain. to is se hum musalsal, hamein learning karte rehna chahiye.</w:t>
      </w:r>
    </w:p>
    <w:p>
      <w:pPr>
        <w:jc w:val="right"/>
      </w:pPr>
      <w:r>
        <w:t>دوسروں کے مذہبمیں، دوسروںکیزندگی میں ،دوسروںکیسوچمیں بہت ساریاچھیباتیںہوتیہیں۔ تو اسسےہم مسلسل،ہمیںلرننگکرتے رہناچاہیے۔</w:t>
      </w:r>
    </w:p>
    <w:p>
      <w:r>
        <w:rPr>
          <w:b/>
        </w:rPr>
        <w:t xml:space="preserve">[47:40] </w:t>
      </w:r>
      <w:r>
        <w:t>to is tareeqe se hamein mustaqil mauqa milega ke hum apni learning mein izafa karte rahein. to isi ko kehte hain ke zehni jamood. bohat sare log aise hote hain jo mein dekhun, das bees saal pehle bhi jahan they, wahin aaj bhi hain.</w:t>
      </w:r>
    </w:p>
    <w:p>
      <w:pPr>
        <w:jc w:val="right"/>
      </w:pPr>
      <w:r>
        <w:t>تو اسطریقےسے ہمیں مست قل موقعملےگاکہہم اپنی لرننگمیںاضافہکرتے رہیں۔ تواسیکوکہتےہیںکہذہنیجمود۔بہتسارےلوگ ایسےہوتےہیں جو میں دیکھوں،دسبیسسال پہلے بھیجہاںتھے،وہیںآجبھیہیں۔</w:t>
      </w:r>
    </w:p>
    <w:p>
      <w:r>
        <w:rPr>
          <w:b/>
        </w:rPr>
        <w:t xml:space="preserve">[47:57] </w:t>
      </w:r>
      <w:r>
        <w:t>isi liye ke woh koi apni learning nahin karte. woh unko doosron ke, woh itna zyada self absession mein rehte hain ke unko doosron ki baatein samajh mein nahin aati hain.</w:t>
      </w:r>
    </w:p>
    <w:p>
      <w:pPr>
        <w:jc w:val="right"/>
      </w:pPr>
      <w:r>
        <w:t>اسیلیےکہوہکوئیاپنیلرننگنہیں کرتے۔ وہانکو دوسروں کے،وہاتنازیادہ سیلف اب سیشنمیںرہتےہیں کہانکودوسروںکیباتیںسمجھمیںہینہیںآتیہیں۔</w:t>
      </w:r>
    </w:p>
    <w:p>
      <w:r>
        <w:rPr>
          <w:b/>
        </w:rPr>
        <w:t xml:space="preserve">[48:07] </w:t>
      </w:r>
      <w:r>
        <w:t>to yeh bilkul, is se bilkul apne aap ko free karna hai. jab mein dekhti thi Maulana sahib ko ke har ek ki baat aisa ghaur se sunte they, chahey woh kitna hi un se kam parha likha ho, kitna kam umar mein ho, lekin aisa sunte they jaise unhone woh kuch jante nahin hain.</w:t>
      </w:r>
    </w:p>
    <w:p>
      <w:pPr>
        <w:jc w:val="right"/>
      </w:pPr>
      <w:r>
        <w:t>تو یہ بالکل، اسسےبالکل اپنےآپکو فریکرلیناہے۔ جبمیںدیکھتیتھی مول اناصاحبکو کہہرایک کیباتایسا غورسےسنتےتھے،چاہےوہکتناہی ان انسےکم پڑھالکھاہو،کتناکم عمر میںہو ، لیکن ایساسن تےتھےجیسےانہوںنے وہکچھجانتےنہیںہیں۔</w:t>
      </w:r>
    </w:p>
    <w:p>
      <w:r>
        <w:rPr>
          <w:b/>
        </w:rPr>
        <w:t xml:space="preserve">[48:24] </w:t>
      </w:r>
      <w:r>
        <w:t>to is tareeqe se kehte they: "mein apne mind ko bilkul empty karke sunta hoon." to mind agar obsessed hai kuch khayalon se, to doosron ke khayal us ko samajh mein aayenge nahin.</w:t>
      </w:r>
    </w:p>
    <w:p>
      <w:pPr>
        <w:jc w:val="right"/>
      </w:pPr>
      <w:r>
        <w:t>تو اسطریقےسے کہتےتھے:"میںاپنے مائنڈکوبالکل ایمپٹیکرکےسنتاہوں۔" تو مائنڈ اگر اب سیسڈہے کچھخیالاتسے ،تو دوسروںکےخیالاتاسکوسمجھمیںآئیںگےہینہیں ۔</w:t>
      </w:r>
    </w:p>
    <w:p>
      <w:r>
        <w:rPr>
          <w:b/>
        </w:rPr>
        <w:t xml:space="preserve">[48:35] </w:t>
      </w:r>
      <w:r>
        <w:t>wo matlab pakdega nahin us ko.</w:t>
      </w:r>
    </w:p>
    <w:p>
      <w:pPr>
        <w:jc w:val="right"/>
      </w:pPr>
      <w:r>
        <w:t>وہ مطلب پکڑےگانہیںاسکو ۔</w:t>
      </w:r>
    </w:p>
    <w:p>
      <w:r>
        <w:rPr>
          <w:b/>
        </w:rPr>
        <w:t xml:space="preserve">[48:37] </w:t>
      </w:r>
      <w:r>
        <w:t>to hamein apne mind ko empty karke doosron ki baatein sunni hain, aur jo baat doosron ki hamein achhi lage, us ko pakad lena hai.</w:t>
      </w:r>
    </w:p>
    <w:p>
      <w:pPr>
        <w:jc w:val="right"/>
      </w:pPr>
      <w:r>
        <w:t>تو ہمیں اپنے مائنڈکو ایمپٹیکرکےدوسروںکیباتیںسننیہیں، اور جو باتدوسروںکی ہمیںاچھیلگے، اسکوپکڑلیناہے۔</w:t>
      </w:r>
    </w:p>
    <w:p>
      <w:r>
        <w:rPr>
          <w:b/>
        </w:rPr>
        <w:t xml:space="preserve">[48:46] </w:t>
      </w:r>
      <w:r>
        <w:t>is tareeqe se hum musalsal apni personality ko develop karte raheinge, aur phir woh apne saare jo hamare potential hain, un ko hum actual bana painge.</w:t>
      </w:r>
    </w:p>
    <w:p>
      <w:pPr>
        <w:jc w:val="right"/>
      </w:pPr>
      <w:r>
        <w:t>اسطریقےسےہم مس لسلاپنی پرسنیلٹیکو ڈیولپکرتے رہیںگے، اور پھر وہاپنے سارے جوہمارےپوٹینشلہیں،انکوہم ایکچ ولبناپائیںگے۔</w:t>
      </w:r>
    </w:p>
    <w:p>
      <w:r>
        <w:rPr>
          <w:b/>
        </w:rPr>
        <w:t xml:space="preserve">[48:58] </w:t>
      </w:r>
      <w:r>
        <w:t>aur Maulana sahib kehte they ke wohi log jannat mein jayenge jo apni personality development kareinge.</w:t>
      </w:r>
    </w:p>
    <w:p>
      <w:pPr>
        <w:jc w:val="right"/>
      </w:pPr>
      <w:r>
        <w:t>اورمول اناصاحبکہتےتھےکہوہیلوگ جنتمیںجائیںگےجو اپنی پرسنیلٹیڈیولپمنٹ کریںگے۔</w:t>
      </w:r>
    </w:p>
    <w:p>
      <w:r>
        <w:rPr>
          <w:b/>
        </w:rPr>
        <w:t xml:space="preserve">[49:05] </w:t>
      </w:r>
      <w:r>
        <w:t>aur isi liye is duniya mein Allah ta'ala ne hamein bheja hai. yeh creation plan ka maqsad hi yahi hai ke hum apne aap ko develop karein, warna wohi hoga jo Hazrat Adam alehissalam ka haal hua ke foran un ko jannat mein rakh diya gaya, aur woh saari saari jannat un ke liye thi, saare peir un ke liye they, saare phall un ke liye they, lekin woh ek peir jo muna kiya gaya tha, wohi woh shaitan ke behkawe mein aa gaye unhone kha</w:t>
      </w:r>
    </w:p>
    <w:p>
      <w:pPr>
        <w:jc w:val="right"/>
      </w:pPr>
      <w:r>
        <w:t>اوراسیلیے اس دنیا میں اللہ تعالینے ہمیںبھیجاہے۔ یہ کری شنپلانکامقصدہییہیہے کہہماپنے آپکو ڈیولپکریں، ورنہوہی ہوگاجوحضرت آدمعلیہالسلامکاحالہوا کہ فوراًانکوجنتمیںرکھدیاگیا، اور وہ ساری ساری جنتانکےلیے تھی،سارےپیڑانکےلیے تھے، سارےپھلانکےلیےتھے،لیکن وہ ایک پیڑجومنعکیاگیاتھا، وہی وہ شیطانکےبہکاوےمیںآگےانہوںنےکھ</w:t>
      </w:r>
    </w:p>
    <w:p>
      <w:r>
        <w:rPr>
          <w:b/>
        </w:rPr>
        <w:t xml:space="preserve">[49:32] </w:t>
      </w:r>
      <w:r>
        <w:t>liya. to un ke andar woh woh resistance develop nahin hui thi, woh firm personality develop nahin hui thi. to hamein is duniya mein apne aap ko develop karna hai, tabhi hum jannat mein jaane ke mustahiq qarar painge.</w:t>
      </w:r>
    </w:p>
    <w:p>
      <w:pPr>
        <w:jc w:val="right"/>
      </w:pPr>
      <w:r>
        <w:t>الیا۔ تو انکےاندر وہ وہریزسٹنس ڈیولپنہیںہوئیتھی، وہ فرمپرسن یلٹیڈیولپنہیںہوئیتھی۔ تو ہمیں اس دنیا میں اپنےآپکو ڈیولپکرناہے، تبھیہم جنتمیں جانےکے مست حققرار پائیںگے۔</w:t>
      </w:r>
    </w:p>
    <w:p>
      <w:r>
        <w:rPr>
          <w:b/>
        </w:rPr>
        <w:t xml:space="preserve">[49:49] </w:t>
      </w:r>
      <w:r>
        <w:t>ab aap ne jo abhi bataya ke aadmi ko khule dil ke sath apne bare mein baaton ko sunna chahiye</w:t>
      </w:r>
    </w:p>
    <w:p>
      <w:pPr>
        <w:jc w:val="right"/>
      </w:pPr>
      <w:r>
        <w:t>اب آپنےجو ابھیبتایاکہآدمیکوکھلےدلکےساتھ اپنے بارےمیںباتوںکوسنناچاہ</w:t>
      </w:r>
    </w:p>
    <w:p>
      <w:r>
        <w:rPr>
          <w:b/>
        </w:rPr>
        <w:t xml:space="preserve">[49:55] </w:t>
      </w:r>
      <w:r>
        <w:t>hai, khwah woh aap ke muafiq ho ya mukhalif ho, to is par aap ne ishara bhi kiya tha is se pehle wale section mein. mein is Hazrat Umar ke hawale se bayan kar deta hoon.</w:t>
      </w:r>
    </w:p>
    <w:p>
      <w:pPr>
        <w:jc w:val="right"/>
      </w:pPr>
      <w:r>
        <w:t>یے،خواہوہ آپکے موافقہویامخالفہو،تواسپر آپنےاشارہبھیکیاتھااسسےپہلےوالے کوسچنمیں۔میں اس حضرت عمرکےحوالےسے بیانکردیتاہوں۔</w:t>
      </w:r>
    </w:p>
    <w:p>
      <w:r>
        <w:rPr>
          <w:b/>
        </w:rPr>
        <w:t xml:space="preserve">[50:04] </w:t>
      </w:r>
      <w:r>
        <w:t>unhone kaha tha: "rahimallahu man ahda ilayya aybi" ke Allah ta'ala us aadmi par reham kare jo mujhe hadiye mein mere aib dein, yaani mere andar jo shortcoming hai, jo kami pai jati hai, us ko mujhe bataye taake mein us ko sochun aur us ko durust karun.</w:t>
      </w:r>
    </w:p>
    <w:p>
      <w:pPr>
        <w:jc w:val="right"/>
      </w:pPr>
      <w:r>
        <w:t>انہوںنےکہاتھا:"رحماللہ من احداالیای وبی" کہاللہ تعالیاسآدمیپررحمکرےجومجھے ہدیےمیںمیرے عیبدیں، یعنیمیرےاندرجو شارٹکمنگہے،جو کمیپائیجاتیہے،اسکومجھےبت ائےتاکہمیں اسکو سوچوںاوراسکودرستکروں۔</w:t>
      </w:r>
    </w:p>
    <w:p>
      <w:r>
        <w:rPr>
          <w:b/>
        </w:rPr>
        <w:t xml:space="preserve">[50:20] </w:t>
      </w:r>
      <w:r>
        <w:t>aur us ko Hazrat Umar Razi Allahu anhu dua de rahe hain. to aisa</w:t>
      </w:r>
    </w:p>
    <w:p>
      <w:pPr>
        <w:jc w:val="right"/>
      </w:pPr>
      <w:r>
        <w:t>اور اسکو حضرت عمر رضیاللہعنہدعادےرہےہیں۔ تو ایسا</w:t>
      </w:r>
    </w:p>
    <w:p>
      <w:r>
        <w:rPr>
          <w:b/>
        </w:rPr>
        <w:t xml:space="preserve">[50:24] </w:t>
      </w:r>
      <w:r>
        <w:t>hona chahiye. Maulana ko bhi mein ne dekha hai, kai martaba aisa mein ne khat bataya. Maulana ko yeh khat aisa hai ke us ko agar mein aap ko parhun to aap ghussa ho jayenge. to Maulana ne bilkul thande dil ke sath kehte they: "Maulana, nahin nahin, aap parhiye us ko.</w:t>
      </w:r>
    </w:p>
    <w:p>
      <w:pPr>
        <w:jc w:val="right"/>
      </w:pPr>
      <w:r>
        <w:t>ہوناچاہیے۔مولاناکوبھیمیںنےدیکھاہے، کئیمرتبہایسامیںنےخط بتایا۔مولاناکویہخط ایساہےکہاسکواگر میںآپکوپڑھوںتوآپغصہہوجائیںگے۔تومول انانےبالکلٹھنڈےدلکےساتھ کہتےتھے:"مولانا، نہیںنہیں،آپپڑھیےاسکو۔</w:t>
      </w:r>
    </w:p>
    <w:p>
      <w:r>
        <w:rPr>
          <w:b/>
        </w:rPr>
        <w:t xml:space="preserve">[50:36] </w:t>
      </w:r>
      <w:r>
        <w:t>jo baat reh gayi, hum us ko sochenge." is par kyun hum is par ghussa honge? to aur isi buniyad par Maulana ki fikr itni unchi thi aur itne aala tareeqe se sochte they.</w:t>
      </w:r>
    </w:p>
    <w:p>
      <w:pPr>
        <w:jc w:val="right"/>
      </w:pPr>
      <w:r>
        <w:t>جوباترہگئی،ہماسکو سوچیںگے۔"اسپرکیوںہماسپرغصہہوںگے؟ تو اوراسیبنی ادپر مولاناکیفکراتنی اونچیتھیاور اتنے اعلیٰطریقےسےسوچتےتھے۔</w:t>
      </w:r>
    </w:p>
    <w:p>
      <w:r>
        <w:rPr>
          <w:b/>
        </w:rPr>
        <w:t xml:space="preserve">[50:48] </w:t>
      </w:r>
      <w:r>
        <w:t>maine raatun dekha Maulana ko itni oonchi soch ke saath rehte hue.</w:t>
      </w:r>
    </w:p>
    <w:p>
      <w:pPr>
        <w:jc w:val="right"/>
      </w:pPr>
      <w:r>
        <w:t>میںنےراتودندیکھا مول اناکواتنیاونچی سوچکےساتھ رہتےہوئے۔</w:t>
      </w:r>
    </w:p>
    <w:p>
      <w:r>
        <w:rPr>
          <w:b/>
        </w:rPr>
        <w:t xml:space="preserve">[50:55] </w:t>
      </w:r>
      <w:r>
        <w:t>Agla sawal yeh hai ke aadmi negative thinking ya manfi soch se kaise bache? Kya iska nuksaan hota hai?</w:t>
      </w:r>
    </w:p>
    <w:p>
      <w:pPr>
        <w:jc w:val="right"/>
      </w:pPr>
      <w:r>
        <w:t>اگلاکوسچنیہہےکہ آدمینیگیٹیوتھنکنگیامنفیسوچسےکیسےبچے؟ کیا اسکانقصانہوتاہے ؟</w:t>
      </w:r>
    </w:p>
    <w:p>
      <w:r>
        <w:rPr>
          <w:b/>
        </w:rPr>
        <w:t xml:space="preserve">[51:06] </w:t>
      </w:r>
      <w:r>
        <w:t>Bahut zyada log negative soch wale hote hain. Asal mein kya hai ke is duniya mein hamari hamari desires hamare andar bahut zyada hain.</w:t>
      </w:r>
    </w:p>
    <w:p>
      <w:pPr>
        <w:jc w:val="right"/>
      </w:pPr>
      <w:r>
        <w:t>بہت زیادہ لوگ نیگیٹیو سوچوالے ہوتےہیں۔ اصلمیںکیاہےکہاسدنیا میں ہماری ہماریڈیزائرزہمارےاندربہت زیادہ ہیں۔</w:t>
      </w:r>
    </w:p>
    <w:p>
      <w:r>
        <w:rPr>
          <w:b/>
        </w:rPr>
        <w:t xml:space="preserve">[51:17] </w:t>
      </w:r>
      <w:r>
        <w:t>Desires poori nahin hoti,</w:t>
      </w:r>
    </w:p>
    <w:p>
      <w:pPr>
        <w:jc w:val="right"/>
      </w:pPr>
      <w:r>
        <w:t>ڈیزائرزپورینہیںہوتی،</w:t>
      </w:r>
    </w:p>
    <w:p>
      <w:r>
        <w:rPr>
          <w:b/>
        </w:rPr>
        <w:t xml:space="preserve">[51:19] </w:t>
      </w:r>
      <w:r>
        <w:t>hum jo chahte hain woh hamein milta nahin, toh hum negative ho jate hain. Toh maine socha ke Maulana kyon nahin negative hote the? Unko bhi bohat sari cheezein nahin mili hui thin.</w:t>
      </w:r>
    </w:p>
    <w:p>
      <w:pPr>
        <w:jc w:val="right"/>
      </w:pPr>
      <w:r>
        <w:t>ہمجوچاہتےہیںوہہمیںملتانہیں ، تو ہمنیگیٹیوہوجاتےہیں۔ تومیںنےسوچاکہ مول اناکیوںنہیںنیگیٹیوہوتےتھے؟انکوبھیبہتساریچیزیںنہیںملی ہوئیتھیں۔</w:t>
      </w:r>
    </w:p>
    <w:p>
      <w:r>
        <w:rPr>
          <w:b/>
        </w:rPr>
        <w:t xml:space="preserve">[51:29] </w:t>
      </w:r>
      <w:r>
        <w:t>Itna log tanqideen karte the, tanqeed poori poori kitaab mein likhte the aur kya kya kehte the, lekin woh negative nahin hote the. Toh woh har waqt Khuda mein jeete the.</w:t>
      </w:r>
    </w:p>
    <w:p>
      <w:pPr>
        <w:jc w:val="right"/>
      </w:pPr>
      <w:r>
        <w:t>اتنالوگ تنقیدیںکرتے تھے،تن قید پوریپوریکتاب یںلکھتےتھے اور کیا کیاکہتےتھے،لیکن وہنیگیٹیونہیںہوتےتھے۔ تو وہ ہروقت خدامیںجیتےتھے۔</w:t>
      </w:r>
    </w:p>
    <w:p>
      <w:r>
        <w:rPr>
          <w:b/>
        </w:rPr>
        <w:t xml:space="preserve">[51:39] </w:t>
      </w:r>
      <w:r>
        <w:t>Toh Khuda mein jeene ki wajah se unko yeh har chhoti chhoti cheezein unhein kuch asar nahin karti thin.</w:t>
      </w:r>
    </w:p>
    <w:p>
      <w:pPr>
        <w:jc w:val="right"/>
      </w:pPr>
      <w:r>
        <w:t>تو خدامیں جینےکیوجہ سےانکو یہہرچھوٹیچھوٹیچیزیںانہیں کچھ اثرہینہیں کرتیتھیں۔</w:t>
      </w:r>
    </w:p>
    <w:p>
      <w:r>
        <w:rPr>
          <w:b/>
        </w:rPr>
        <w:t xml:space="preserve">[51:45] </w:t>
      </w:r>
      <w:r>
        <w:t>Foran woh apna wohi Khuda ke bare mein sochne lagte, Khuda ki ki acknowledge karna, Khuda ko har tarah se Khuda ki hamd karna, Khuda ki discoveries karna, ismein jeete</w:t>
      </w:r>
    </w:p>
    <w:p>
      <w:pPr>
        <w:jc w:val="right"/>
      </w:pPr>
      <w:r>
        <w:t>فوراًوہاپناوہیخدا کے بارےمیںسوچنےلگتے،خداکی کی ایکنالجکرنا،خداکو ہر طرحسےخداکیحمدکرنا،خداکی ڈسکوریزکرنا،اسمیں جیتے</w:t>
      </w:r>
    </w:p>
    <w:p>
      <w:r>
        <w:rPr>
          <w:b/>
        </w:rPr>
        <w:t xml:space="preserve">[51:57] </w:t>
      </w:r>
      <w:r>
        <w:t>the. Agar aap duniya mein jiyenge toh aap zaroor negative ho jayenge, kyunke aisa hota nahin ke duniya mein kisi ko bhi har cheez jo woh chahta hai woh mil jaaye.</w:t>
      </w:r>
    </w:p>
    <w:p>
      <w:pPr>
        <w:jc w:val="right"/>
      </w:pPr>
      <w:r>
        <w:t>تھے۔ اگر آپ دنیا میں جیئیںگےتوآپضرورنیگیٹیوہوجائیںگے،کیونکہ ایساہوتانہیںکہدنیا میںکسی کوبھی ہرچیزجووہچاہتاہےوہملجائے۔</w:t>
      </w:r>
    </w:p>
    <w:p>
      <w:r>
        <w:rPr>
          <w:b/>
        </w:rPr>
        <w:t xml:space="preserve">[52:06] </w:t>
      </w:r>
      <w:r>
        <w:t>Aur aam taur par kya hota hai ke agar woh koi chaara farz karein, usne kisi job ke liye apply kiya hai aur job kisi doosre ko mil gaya, ab woh negative ho jayega.</w:t>
      </w:r>
    </w:p>
    <w:p>
      <w:pPr>
        <w:jc w:val="right"/>
      </w:pPr>
      <w:r>
        <w:t>اور عام طورپرکیاہوتاہےکہاگر وہکوئیچارہ فرضکریں،اسنے کسی جابکےلیےاپلائیکیاہے اور جابکسی دوسرےکوملگیا،ابوہنیگیٹیوہوجائےگا۔</w:t>
      </w:r>
    </w:p>
    <w:p>
      <w:r>
        <w:rPr>
          <w:b/>
        </w:rPr>
        <w:t xml:space="preserve">[52:15] </w:t>
      </w:r>
      <w:r>
        <w:t>Toh yeh nahin sochega, kyunke uski soch develop nahin hui hoti hai na ke dobara woh aur mehnat kare aur kahin aur apply kare, kahin aur usko job mil jayega.</w:t>
      </w:r>
    </w:p>
    <w:p>
      <w:pPr>
        <w:jc w:val="right"/>
      </w:pPr>
      <w:r>
        <w:t>تو یہنہیںسوچےگا،کیونکہاسکیسوچڈیولپنہیںہوئیہوتیہےنا کہدوبارہ وہ اور محنتکرےاور کہیںاوراپلائیکرے،کہیںاوراسکوجابملجائےگا۔</w:t>
      </w:r>
    </w:p>
    <w:p>
      <w:r>
        <w:rPr>
          <w:b/>
        </w:rPr>
        <w:t xml:space="preserve">[52:26] </w:t>
      </w:r>
      <w:r>
        <w:t>Toh woh wahin negative ho jata hai. Toh aisi zara zara si baatein hoti hain, duniya ki baatein, usse log negative ho jate hain. Toh negative hone se hamara apna nuksaan hota hai.</w:t>
      </w:r>
    </w:p>
    <w:p>
      <w:pPr>
        <w:jc w:val="right"/>
      </w:pPr>
      <w:r>
        <w:t>تو وہ وہیںنیگیٹیوہوجاتا ہے۔تو ایسی ذراذراسیباتیںہوتیہیں،دنیا کیباتیں، اسسےلوگ نیگیٹیوہوجاتےہیں۔ تو نیگیٹیو ہونے سےہمارا اپنانقصانہوتاہے۔</w:t>
      </w:r>
    </w:p>
    <w:p>
      <w:r>
        <w:rPr>
          <w:b/>
        </w:rPr>
        <w:t xml:space="preserve">[52:37] </w:t>
      </w:r>
      <w:r>
        <w:t>Kehte hain ke jaise namak ka bartan hota hai, toh woh bartan ghalta rehta hai. Namak ka koi nuksaan nahin hota, lekin woh bartan ghalta rehta hai. Toh negative hona woh hai, hamein khud apne aap ko nuksaan pahunch</w:t>
      </w:r>
    </w:p>
    <w:p>
      <w:pPr>
        <w:jc w:val="right"/>
      </w:pPr>
      <w:r>
        <w:t>کہتےہیںکہجیسےنمککابرتنہوتاہے، تو وہ برتنگھلتارہتاہے۔ نمککاکوئینقصاننہیں ہوتا،لیکنوہ برتنگھلتارہتاہے۔ تو نیگیٹیو ہوناجوہے،ہمیںخود اپنےآپ کو نقصانپہنچ</w:t>
      </w:r>
    </w:p>
    <w:p>
      <w:r>
        <w:rPr>
          <w:b/>
        </w:rPr>
        <w:t xml:space="preserve">[52:49] </w:t>
      </w:r>
      <w:r>
        <w:t>ana hai. Hamari personality ka jo positive development hona chahiye, woh nahin hota. Phir negative aadmi bahut zyada soch nahin paata, kyunke woh bahut hi zyada obsessive ho jata hai negativity se.</w:t>
      </w:r>
    </w:p>
    <w:p>
      <w:pPr>
        <w:jc w:val="right"/>
      </w:pPr>
      <w:r>
        <w:t>اناہے۔ہماری پرسن یلٹیکاجو پازیٹیوڈیولپمنٹ ہوناچاہیے، وہ نہیںہوتا۔پھرنیگیٹیوآدمیبہتزیادہ سوچنہیںپاتاہے، کیونکہوہبہتہیزیادہ ابسیشناسکوہوجاتاہےنیگیٹیوٹیسے ۔</w:t>
      </w:r>
    </w:p>
    <w:p>
      <w:r>
        <w:rPr>
          <w:b/>
        </w:rPr>
        <w:t xml:space="preserve">[53:02] </w:t>
      </w:r>
      <w:r>
        <w:t>Har baat mein negativity usko nazar aati hai. Har aadmi ko galat samajhne lagta hai. Jab woh har aadmi ko galat samjhega, toh woh learning kya karega?</w:t>
      </w:r>
    </w:p>
    <w:p>
      <w:pPr>
        <w:jc w:val="right"/>
      </w:pPr>
      <w:r>
        <w:t>ہرباتمیںنیگیٹیوٹیاسکونظر آتیہے۔ ہرآدمیکو غلطسمجھنےلگتاہے۔ جب وہہرآدمیکوغلطسمجھےگا،تووہلرننگکیاکرےگا؟</w:t>
      </w:r>
    </w:p>
    <w:p>
      <w:r>
        <w:rPr>
          <w:b/>
        </w:rPr>
        <w:t xml:space="preserve">[53:11] </w:t>
      </w:r>
      <w:r>
        <w:t>Jabke hamare mission mein learning par bahut zyada zor diya jata hai ke har ek se learning karo, chahe woh tum ko bura hi bhala keh raha ho, usse bhi kuch learning karo.</w:t>
      </w:r>
    </w:p>
    <w:p>
      <w:pPr>
        <w:jc w:val="right"/>
      </w:pPr>
      <w:r>
        <w:t>جبکہ ہمارے مشنمیںلرننگپر بہت زیادہ زوردیاجاتا ہے کہہرایک سےلرننگکرو، چاہےوہتم کو براہیبھلاکہہرہاہو،اسسےبھیکچھلرننگکرو۔</w:t>
      </w:r>
    </w:p>
    <w:p>
      <w:r>
        <w:rPr>
          <w:b/>
        </w:rPr>
        <w:t xml:space="preserve">[53:21] </w:t>
      </w:r>
      <w:r>
        <w:t>Toh Maulana ke paas woh kitaabein aati thin na, poori poori kitaab jo Maulana ke khilaaf likhi hui thin, woh bhi apni almari mein laga lete the.</w:t>
      </w:r>
    </w:p>
    <w:p>
      <w:pPr>
        <w:jc w:val="right"/>
      </w:pPr>
      <w:r>
        <w:t>تو مول اناکےپاسوہکتاب یںآتیتھیںنا،پوریپوریکتاب جو مول اناکےخلاف لکھیہوئیہوتیتھیں، وہ بھیاپنی الم اریمیںلگالیتےتھے۔</w:t>
      </w:r>
    </w:p>
    <w:p>
      <w:r>
        <w:rPr>
          <w:b/>
        </w:rPr>
        <w:t xml:space="preserve">[53:30] </w:t>
      </w:r>
      <w:r>
        <w:t>Hamein log kehte the: "Yeh kitaab kyun rakhte hain?" Kehte hain: "Toh kya hua?" Toh unko koi uska farq nahin padta tha. Koi unko bura keh raha hai, bhala keh raha hai, achha keh raha hai,</w:t>
      </w:r>
    </w:p>
    <w:p>
      <w:pPr>
        <w:jc w:val="right"/>
      </w:pPr>
      <w:r>
        <w:t>ہمہملوگکہتےتھے: "یہکتاب کیوںرکھتےہیں؟"کہتےہیں:"توکیاہوا ؟" توانکوکوئی اسکافرقنہیںپڑتاتھا۔کوئیانکوبراکہہرہاہے،بھلاکہہرہاہے، اچھاکہہرہاہے،</w:t>
      </w:r>
    </w:p>
    <w:p>
      <w:r>
        <w:rPr>
          <w:b/>
        </w:rPr>
        <w:t xml:space="preserve">[53:40] </w:t>
      </w:r>
      <w:r>
        <w:t>woh un sab cheezon se upar uthe hue the. Toh ek aisa insaan jo bilkul totally total sense mein positive ho, woh in cheezon se upar uth jata hai.</w:t>
      </w:r>
    </w:p>
    <w:p>
      <w:pPr>
        <w:jc w:val="right"/>
      </w:pPr>
      <w:r>
        <w:t>وہ انسبچیزوںسےاوپراٹھےہوئےتھے۔ تو ایکایسا انسان جو بالکل ٹوٹلی ٹوٹل سینسمیں پازیٹیوہو،وہانچیزوںسےاوپراٹھجاتاہے۔</w:t>
      </w:r>
    </w:p>
    <w:p>
      <w:r>
        <w:rPr>
          <w:b/>
        </w:rPr>
        <w:t xml:space="preserve">[53:50] </w:t>
      </w:r>
      <w:r>
        <w:t>Aur upar uthne ki wajah se woh apne dimagh ka ko full potential mein use kar sakta hai.</w:t>
      </w:r>
    </w:p>
    <w:p>
      <w:pPr>
        <w:jc w:val="right"/>
      </w:pPr>
      <w:r>
        <w:t>اور اوپر اٹھنےکیوجہ سےوہ اپنے دماغ کا کو فل پوٹینشلمیں یوزکرسکتاہے۔</w:t>
      </w:r>
    </w:p>
    <w:p>
      <w:r>
        <w:rPr>
          <w:b/>
        </w:rPr>
        <w:t xml:space="preserve">[53:56] </w:t>
      </w:r>
      <w:r>
        <w:t>Warna negative aadmi jo tension mein hota hai, aur woh tension ki wajah se woh stress mein, tension mein, toh woh kuch zyada soch nahin paata.</w:t>
      </w:r>
    </w:p>
    <w:p>
      <w:pPr>
        <w:jc w:val="right"/>
      </w:pPr>
      <w:r>
        <w:t>ورنہنیگیٹیوآدمی جو ٹینشنمیںہوتاہے، اور وہ ٹینشنکیوجہسےوہ اسٹریسمیں، ٹینشنمیں،تووہکچھزیادہ سوچنہیںپاتا۔</w:t>
      </w:r>
    </w:p>
    <w:p>
      <w:r>
        <w:rPr>
          <w:b/>
        </w:rPr>
        <w:t xml:space="preserve">[54:05] </w:t>
      </w:r>
      <w:r>
        <w:t>Aur saare bade bade kaam jo logon ne kiye hain, woh soch ke hi level par, uska jo pehla jo step hota hai, woh soch ke level par hota hai.</w:t>
      </w:r>
    </w:p>
    <w:p>
      <w:pPr>
        <w:jc w:val="right"/>
      </w:pPr>
      <w:r>
        <w:t>اور سارےبڑےبڑےکام جولوگوںنے کیےہیں،وہ سوچکےہی لیولپر،اسکاجوپہلاجو سٹیپہوتاہے،وہ سوچکےلیولپرہوتاہے۔</w:t>
      </w:r>
    </w:p>
    <w:p>
      <w:r>
        <w:rPr>
          <w:b/>
        </w:rPr>
        <w:t xml:space="preserve">[54:16] </w:t>
      </w:r>
      <w:r>
        <w:t>Toh is tarike se hamein apne ko bahut zyada negativity se bachana hai. Aur jahan koi negativity aaye, dimagh mein aaye gi, toh usko foran uski deconditioning karke usko khatam kar dena hai.</w:t>
      </w:r>
    </w:p>
    <w:p>
      <w:pPr>
        <w:jc w:val="right"/>
      </w:pPr>
      <w:r>
        <w:t>تو اسطریقےسےہمیں اپنے کوبہت زیادہ نیگیٹیوٹیسےبچاناہے۔ اورجہاںکوئینیگیٹیوٹیآئے،دماغمیں آئےگی، تو اسکو فوراً اسکی ڈیکنڈیسننگکرکےاسکوختمکردیناہے۔</w:t>
      </w:r>
    </w:p>
    <w:p>
      <w:r>
        <w:rPr>
          <w:b/>
        </w:rPr>
        <w:t xml:space="preserve">[54:30] </w:t>
      </w:r>
      <w:r>
        <w:t>Kuch bhi, kisi tarike se bhi usko explain kar lena hai ke ghalati hamari hai, kyunke hum doosron ki ko ghalati batate, batate rehte hain, doosron ko blame dete rehte hain.</w:t>
      </w:r>
    </w:p>
    <w:p>
      <w:pPr>
        <w:jc w:val="right"/>
      </w:pPr>
      <w:r>
        <w:t>کچھبھی،کسی طریقےسےبھیاسکو ایکسپلینکرلیناہے کہغلطیہماریہے، کیونکہہم دوس روںکی کوغلطیبتاتے،غلطبتاتےرہتےہیں،دوسروںکوب لیم دیتےرہتےہیں۔</w:t>
      </w:r>
    </w:p>
    <w:p>
      <w:r>
        <w:rPr>
          <w:b/>
        </w:rPr>
        <w:t xml:space="preserve">[54:40] </w:t>
      </w:r>
      <w:r>
        <w:t>Is wajah se hum is mein pad</w:t>
      </w:r>
    </w:p>
    <w:p>
      <w:pPr>
        <w:jc w:val="right"/>
      </w:pPr>
      <w:r>
        <w:t>اسوجہ سےہم اسیمیںپڑ</w:t>
      </w:r>
    </w:p>
    <w:p>
      <w:r>
        <w:rPr>
          <w:b/>
        </w:rPr>
        <w:t xml:space="preserve">[54:43] </w:t>
      </w:r>
      <w:r>
        <w:t>rehte hain. Agar hum apni ghalti maan lein, yahan humse bhi kuch ghaltiyan hui hain, to phir woh negativity hamari khatam ho jati hai. Aur foran sochein keh hamare paas itna time kahan hai keh hum doosron ke bare mein sochte rahein?</w:t>
      </w:r>
    </w:p>
    <w:p>
      <w:pPr>
        <w:jc w:val="right"/>
      </w:pPr>
      <w:r>
        <w:t>ےرہتےہیں۔اگرہماپنیغلطی مان لیں،یہاںہمسےبھیکچھغلطیاں ہوئیہیں، تو پھر وہ نیگیٹیوٹیہماریختمہوجاتیہے۔ اور فوراًسوچیںکہہمارےپاس اتناٹائمکہاںہے کہہم دوسروںکےبارےمیں سوچتےرہیں؟</w:t>
      </w:r>
    </w:p>
    <w:p>
      <w:r>
        <w:rPr>
          <w:b/>
        </w:rPr>
        <w:t xml:space="preserve">[54:57] </w:t>
      </w:r>
      <w:r>
        <w:t>bhai, hamare paas itna time kahan hai? Humein to Khuda ko discover karna hai, Khuda ki hamd karna hai, Khuda ki ibadat karna hai, to Khuda ke kaam karna hain. To itna hamare paas time kahan hai keh hum doosron ki burai mein sara time laga</w:t>
      </w:r>
    </w:p>
    <w:p>
      <w:pPr>
        <w:jc w:val="right"/>
      </w:pPr>
      <w:r>
        <w:t>بھئی،ہمارےپاساتناٹائمکہاںہے؟ہمیںتو خداکوڈسکورکرناہے،خداکی ح مدکرناہے،خداکیعبادتکرناہے، تو خداکےکام کرناہے۔تواتنا ہمارےپاسٹائمکہاںہےکہہمدوسروںکیبرائیمیں ساراٹائملگاد</w:t>
      </w:r>
    </w:p>
    <w:p>
      <w:r>
        <w:rPr>
          <w:b/>
        </w:rPr>
        <w:t xml:space="preserve">[55:10] </w:t>
      </w:r>
      <w:r>
        <w:t>ein? To yeh bohat zyada hamare liye zaroori hai, bohat hi zyada important hai keh hum apne aap ko negativity se bachayein. Mujhe ek waqia yaad aata hai, bohat hi achhe tareeqe se negative thinking se door rehne ko batata hai keh hamari team ke ek saathi the, unko koi pareshani aayi to woh bohat pareshan the.</w:t>
      </w:r>
    </w:p>
    <w:p>
      <w:pPr>
        <w:jc w:val="right"/>
      </w:pPr>
      <w:r>
        <w:t>یں؟ تو یہ بہت زیادہ ہمارےلیےضروریہے، بہتہیزیادہ امپورٹنٹہے کہہم اپنےآپکو نیگیٹیوٹیسےبچائیں۔ مجھےایکواقع ہیادآتاہے،بہت ہی اچھےطریقےسےنیگیٹیوتھنکنگسےدوررہنےکو بتاتاہے کہہماریٹیم کےایک ساتھیتھے،انکوکوئیپریشانی آئیتو وہبہت پریشان تھے۔</w:t>
      </w:r>
    </w:p>
    <w:p>
      <w:r>
        <w:rPr>
          <w:b/>
        </w:rPr>
        <w:t xml:space="preserve">[55:31] </w:t>
      </w:r>
      <w:r>
        <w:t>Maulana ko aakar unhone bataya, to unhone kaha: "Maulana ne kaha, kya hua? Aapse Khuda to nahi chhin gaya?"</w:t>
      </w:r>
    </w:p>
    <w:p>
      <w:pPr>
        <w:jc w:val="right"/>
      </w:pPr>
      <w:r>
        <w:t>مول اناکوآکرانہوںنےبتایا،توانہوںنےکہا:"مولانانےکہا،کیاہوا ؟آپسے خداتونہیںچھنگیا ؟"</w:t>
      </w:r>
    </w:p>
    <w:p>
      <w:r>
        <w:rPr>
          <w:b/>
        </w:rPr>
        <w:t xml:space="preserve">[55:36] </w:t>
      </w:r>
      <w:r>
        <w:t>hum, yeh kaha. Yeh sun kar aadmi soche keh koi bhi museebat aati hai, soche keh Khuda to hamara nahi chala gaya hai, to sari negative thinking khatam ho jaye gi uski.</w:t>
      </w:r>
    </w:p>
    <w:p>
      <w:pPr>
        <w:jc w:val="right"/>
      </w:pPr>
      <w:r>
        <w:t>ہم م،یہ کہا۔ یہسنکر آدمی سوچےکہ کوئیبھی مصیبتآتیہے،سوچےکہخداتوہمارانہیںچلاگیاہے،تو سارینیگیٹیوتھنکنگختمہوجائےگیاسکی۔</w:t>
      </w:r>
    </w:p>
    <w:p>
      <w:r>
        <w:rPr>
          <w:b/>
        </w:rPr>
        <w:t xml:space="preserve">[55:50] </w:t>
      </w:r>
      <w:r>
        <w:t>Aah, Apa Maulana Imran Islahi sahib ne Dilli se likha hai: "Assalam o Alaikum Apa, Jazak Allah. Quran ki ayat: 'Wa idha khataabahumul jaahiloona qaaloo salaama'. Is ayat mein jo salaam ka lafz hai, uska matlab hai: tum par salaamti ho.</w:t>
      </w:r>
    </w:p>
    <w:p>
      <w:pPr>
        <w:jc w:val="right"/>
      </w:pPr>
      <w:r>
        <w:t>اہ، آپا مول اناعمران اصلاحیصاحبنےدلیسےلکھاہے: "السلامعلیکم آپا، جزاک اللہ ۔قرآنکیآیت:'وَإِذَاخَاطَبَهُمُالْجَاهِلُونَقَالُواسَلَامًا' ۔اسآیتمیںجوسلام کالفظہے،اسکامطلبہے:تم پرسلام تیہو۔</w:t>
      </w:r>
    </w:p>
    <w:p>
      <w:r>
        <w:rPr>
          <w:b/>
        </w:rPr>
        <w:t xml:space="preserve">[56:06] </w:t>
      </w:r>
      <w:r>
        <w:t>Zahir hai keh yeh log Rasool Allah ke khair khwah nahi the. Mera sawal yeh hai keh kya is ayat se humein yeh taleem di gayi keh unse i'raaz ke saath saath humein unko dua deni chahiye?</w:t>
      </w:r>
    </w:p>
    <w:p>
      <w:pPr>
        <w:jc w:val="right"/>
      </w:pPr>
      <w:r>
        <w:t>ظاہرہےکہیہلوگ رسولاللہ کےخیرخواہنہیںتھے۔ میرا سوال یہہےکہکیا اسآیتسےہمیںیہتعلیم دیگئی کہانسےاعراضکےساتھ ساتھ ہمیںانکودعادینیچاہیے؟</w:t>
      </w:r>
    </w:p>
    <w:p>
      <w:r>
        <w:rPr>
          <w:b/>
        </w:rPr>
        <w:t xml:space="preserve">[56:16] </w:t>
      </w:r>
      <w:r>
        <w:t>Ya'ni koi aap ke saath dushmani kar raha hai, kar raha hai, to uske liye dua bhi karni chahiye. Yeh is ayat se maloom hota hai. Yeh unke dua to Rasool Allah salallaho alaihi wasallam sab ke liye dua karte the.</w:t>
      </w:r>
    </w:p>
    <w:p>
      <w:pPr>
        <w:jc w:val="right"/>
      </w:pPr>
      <w:r>
        <w:t>یعنیکوئیآپکےساتھ دشمنیکررہا ہے،کررہاہے،تواسکےلیےدعابھیکرنیچاہیے۔یہاسآیتسےمعلومہوتاہے۔ یہ انکے دعاتو رسولاللہ صلیاللہعلیہوسلمسبکےلیےدعاکرتے تھے۔</w:t>
      </w:r>
    </w:p>
    <w:p>
      <w:r>
        <w:rPr>
          <w:b/>
        </w:rPr>
        <w:t xml:space="preserve">[56:27] </w:t>
      </w:r>
      <w:r>
        <w:t>Hmm, dua to karna zaroori hai, kyunkeh humein har ek ka welfare hona chahiye. Humein hona chahiye, kyunkeh jab hum welfare honge, uske liye dua karein ge to ho sakta hai hamari dua Allah Ta'ala qabool farmaye aur usko hidayat mil jaye.</w:t>
      </w:r>
    </w:p>
    <w:p>
      <w:pPr>
        <w:jc w:val="right"/>
      </w:pPr>
      <w:r>
        <w:t>ہمم،دعاتوکرناضروری ہے، کیونکہ ہمیںہرایککاویلوشرہونا چاہیے۔ہمیںہوناچاہیے، کیونکہ جبہمویلوشرہوںگے،اسکےلیےدعائیںکریںگے توہوسکتاہےہماریدعااللہ تعالی قبولفرمائےاوراسکو ہدایتملجائے۔</w:t>
      </w:r>
    </w:p>
    <w:p>
      <w:r>
        <w:rPr>
          <w:b/>
        </w:rPr>
        <w:t xml:space="preserve">[56:42] </w:t>
      </w:r>
      <w:r>
        <w:t>Kyunkeh hamara kaam hi hai logon ko, aah, Khuda logon ko Khuda se milana, Khuda ki hidayat logon tak pahunch ana.</w:t>
      </w:r>
    </w:p>
    <w:p>
      <w:pPr>
        <w:jc w:val="right"/>
      </w:pPr>
      <w:r>
        <w:t>کیونکہہماراکام ہیہےلوگوںکو، اہ، خدا لوگوںکوخدا سے ملانا،خداکیہدایتلوگوںتکپہنچ انا۔</w:t>
      </w:r>
    </w:p>
    <w:p>
      <w:r>
        <w:rPr>
          <w:b/>
        </w:rPr>
        <w:t xml:space="preserve">[56:49] </w:t>
      </w:r>
      <w:r>
        <w:t>To uske liye pehle to hum usko samjhayein ge, tab bhi dua karein ge, aur agar woh nahi samajhta hai to aur zyada dua karein ge. Jab Rasool Allah salallaho alaihi wasallam Makkah fateh kiya tha to saare itne bade bade saare dushman log jinhone aap ko Makkah se nikala, itni sari jangon mein ki, woh sab, woh sab wahan jama the.</w:t>
      </w:r>
    </w:p>
    <w:p>
      <w:pPr>
        <w:jc w:val="right"/>
      </w:pPr>
      <w:r>
        <w:t>تو اسکےلیے پہلے توہماسکوسمجھائیںگے، تب بھیدعاکریںگے،اور اگر وہنہیںسمجھتاہےتواورزیادہ دعاکریںگے۔ جب رسولاللہ صلیاللہعلیہوسلم مکہفتحکیاتھا تو سارےاتنےبڑےبڑےسارےدشمنلوگ جنہوںنےآپکومک ہسےنکالا،اتنیساریجنگ یںکیں،وہسب ،وہسب وہاںجمع تھے۔</w:t>
      </w:r>
    </w:p>
    <w:p>
      <w:r>
        <w:rPr>
          <w:b/>
        </w:rPr>
        <w:t xml:space="preserve">[57:11] </w:t>
      </w:r>
      <w:r>
        <w:t>To woh jab itni tezi se, unhone haftah das din ke andar andar, kuch kuch dinon mein, woh sab ke sab unhone Islam qabool kar liya, to unhone kisi se kaha keh humne aise log dekhe hain nahi the keh humne unke saath itna zulm kiya, itna zulm kiya. Aur woh Makkah fateh hone ke baad jab Ka'aba mein, woh sari raat hamare liye dua'ein karte rahe, to woh to bilkul dhap parh gaye. Unka to kaan sheesh jo hai, woh bilkul oye keh ho gaya.</w:t>
      </w:r>
    </w:p>
    <w:p>
      <w:pPr>
        <w:jc w:val="right"/>
      </w:pPr>
      <w:r>
        <w:t>تو وہجباتنیتیزیسے،انہوںنےہفتہدسدنکےاندراندر، کچھ کچھہیدنوںمیں،وہسبکےسب انہوںنےاسلام قبولکرلیا، توانہوں نےکسی سےکہاکہہمنے ایسےلوگ دیکھےہینہیںتھے کہہمنےانکےساتھ اتنا ظلمکیا،اتناظلمکیا۔اوروہ مکہفتحہونےکےبعدجب کعبہمیں،وہساریراتہمارےلیے دعائیںکرتے رہے، تو وہ توبالکل ڈھاپڑے۔انکاتو کان شیسجوہے،وہبالکل او یکنہوگیا۔</w:t>
      </w:r>
    </w:p>
    <w:p>
      <w:r>
        <w:rPr>
          <w:b/>
        </w:rPr>
        <w:t xml:space="preserve">[57:37] </w:t>
      </w:r>
      <w:r>
        <w:t>To yeh to hamare liye zaroori hai, yeh woh</w:t>
      </w:r>
    </w:p>
    <w:p>
      <w:pPr>
        <w:jc w:val="right"/>
      </w:pPr>
      <w:r>
        <w:t>تو یہتو ہمارےلیےضروریہے، یہ وہ</w:t>
      </w:r>
    </w:p>
    <w:p>
      <w:r>
        <w:rPr>
          <w:b/>
        </w:rPr>
        <w:t xml:space="preserve">[57:40] </w:t>
      </w:r>
      <w:r>
        <w:t>baat ko maane na maane, hamari apni positive personality ko develop karne ke liye yeh zaroori hai keh hum sab ke khair khwah bane rahein. Ek waqia yaad aata hai jo keh jo aap se dushmani kare, uske liye dua karni chahiye. Behtar achhe tareeqe se illustrate karta hai.</w:t>
      </w:r>
    </w:p>
    <w:p>
      <w:pPr>
        <w:jc w:val="right"/>
      </w:pPr>
      <w:r>
        <w:t>باتکو مان ےنہمانے،ہماری اپنی پازیٹیوپرسنیلٹیکوڈیولپکرنےکےلیےیہضروریہے کہہمسبکےخیرخواہبنےرہیں۔ ایک واقعہیادآتاہےجو کہ جو آپسےدشمنیکرے، اسکےلیےدعاکرنیچاہیے۔بہتاچھےطریقےسے السٹریٹکرتاہے۔</w:t>
      </w:r>
    </w:p>
    <w:p>
      <w:r>
        <w:rPr>
          <w:b/>
        </w:rPr>
        <w:t xml:space="preserve">[57:57] </w:t>
      </w:r>
      <w:r>
        <w:t>Aah, Rasool salallaho alaihi wasallam ek nabbi ke bare mein bayan karte hain keh unki qaum ne unko mara aur unki peshani se khoon bah</w:t>
      </w:r>
    </w:p>
    <w:p>
      <w:pPr>
        <w:jc w:val="right"/>
      </w:pPr>
      <w:r>
        <w:t>اہ،رسولصلیاللہعلیہوسلمایکنبیکےبارےمیںبیانکرتے ہیںکہانکیقوم نےانکو مارااور انکی پیش انیسے خون بہ</w:t>
      </w:r>
    </w:p>
    <w:p>
      <w:r>
        <w:rPr>
          <w:b/>
        </w:rPr>
        <w:t xml:space="preserve">[58:04] </w:t>
      </w:r>
      <w:r>
        <w:t>raha tha. Woh poochh rahe the aur yeh dua kar rahe the keh Allah Ta'ala meri qaum ko hidayat de, unko bakhsh de, woh nahi jante hain. To aah, yeh namoona hona chahiye hamara is maamle mein.</w:t>
      </w:r>
    </w:p>
    <w:p>
      <w:pPr>
        <w:jc w:val="right"/>
      </w:pPr>
      <w:r>
        <w:t>ہرہاتھا۔وہ پوچھرہےتھے اور یہ دعاکررہےتھےکہ اللہ تعالیمیریقومکوہدایت دے،انکو بخش دے،وہنہیںجانتےہیں۔ تو اہ ،یہ نمونہہوناچاہیےہمارا اس معاملےمیں۔</w:t>
      </w:r>
    </w:p>
    <w:p>
      <w:r>
        <w:rPr>
          <w:b/>
        </w:rPr>
        <w:t xml:space="preserve">[58:17] </w:t>
      </w:r>
      <w:r>
        <w:t>Agla sawal lene se pehle main ek hadith bayan karunga. Rasool Allah salallaho alaihi wasallam ne kaha keh momin ke liye munasib nahi keh apne aap ko zaleel kare. Logon ne poocha keh koi apne aap ko, apne aap ko kyun zaleel karega? To Rasool Allah salallaho alaihi wasallam ne kaha: "Aise museebat mein apne aap ko daale jiski uski taqat na ho." To</w:t>
      </w:r>
    </w:p>
    <w:p>
      <w:pPr>
        <w:jc w:val="right"/>
      </w:pPr>
      <w:r>
        <w:t>اگلاسوال لینےسےپہلےمیںایکحدیث بیانکروںگا۔ رسولاللہصلیاللہعلیہوسلمنےکہاکہمومنکےلیے مناسبنہیں کہاپنےآپکو ذلیلکرے۔ لوگوںنےپوچھاکہکوئیاپنے آپ کو ،اپنے آپکوکیوںذلیلکرےگا؟تو رسولاللہصلیاللہعلیہوسلمنےکہا:"ایسے مصیبتمیںاپنےآپکوڈالےجسکیاسکیطاقتنہہو۔" تو</w:t>
      </w:r>
    </w:p>
    <w:p>
      <w:r>
        <w:rPr>
          <w:b/>
        </w:rPr>
        <w:t xml:space="preserve">[58:34] </w:t>
      </w:r>
      <w:r>
        <w:t>usko phir sawal yeh hai keh hum kaise jaanein keh hamari limitation kya hai? Yeh duniya jo hai, bohat hi formal laws of nature ke tehat chal rahi hai.</w:t>
      </w:r>
    </w:p>
    <w:p>
      <w:pPr>
        <w:jc w:val="right"/>
      </w:pPr>
      <w:r>
        <w:t>اسکو پرسوالیہہےکہہم کیسے جانیںکہ ہماری لیمیٹیشنکیاہے؟ یہ دنیا جوہے، بہت ہی فرم لازآفنیچر کےتحت چلرہیہے۔</w:t>
      </w:r>
    </w:p>
    <w:p>
      <w:r>
        <w:rPr>
          <w:b/>
        </w:rPr>
        <w:t xml:space="preserve">[58:47] </w:t>
      </w:r>
      <w:r>
        <w:t>Ab har aadmi chahe ga keh apni maza and fancies ke tehat yahan par sab kaam kare, to yeh to ho nahi sakta na? Usko laws of nature par bohat Maulana ne likha hai, to uske mutabiq hi humein kaam karna pare</w:t>
      </w:r>
    </w:p>
    <w:p>
      <w:pPr>
        <w:jc w:val="right"/>
      </w:pPr>
      <w:r>
        <w:t>ابہرآدمیچاہےگاکہاپنی ومزاینڈفینسیزکےتحت یہاںپر سب کام کرے،تویہتوہونہیںسکتانا؟اسکو لازآفنیچرپر بہت مول انانےلکھاہے، تو اسکے مطابق ہیہمیں کام کرناپڑے</w:t>
      </w:r>
    </w:p>
    <w:p>
      <w:r>
        <w:rPr>
          <w:b/>
        </w:rPr>
        <w:t xml:space="preserve">[59:01] </w:t>
      </w:r>
      <w:r>
        <w:t>ga. Misaal ke taur par, agar koi koi kaam ke liye humein mehnat karni pare gi, to baghair mehnat ke humein nahi mil sakta keh hum khaali haath jholen aur humein mil jaye.</w:t>
      </w:r>
    </w:p>
    <w:p>
      <w:pPr>
        <w:jc w:val="right"/>
      </w:pPr>
      <w:r>
        <w:t>گا۔مثالکےطورپر،اگرکوئی کوئیکام کےلیےہمیں محنتکرنیپڑےگی،تو بغیرمحنتکےہمیںنہیںملسکتا کہہمخالی وشکریںاورہمیںملجائے۔</w:t>
      </w:r>
    </w:p>
    <w:p>
      <w:r>
        <w:rPr>
          <w:b/>
        </w:rPr>
        <w:t xml:space="preserve">[59:10] </w:t>
      </w:r>
      <w:r>
        <w:t>To is tareeqe se jo laws of nature hai, uske mutabiq hi humein yahan par zindagi guzarni pare gi. To kuch sawalat hain, woh humein dekhti thi, Maulana ke paas aate rehte the.</w:t>
      </w:r>
    </w:p>
    <w:p>
      <w:pPr>
        <w:jc w:val="right"/>
      </w:pPr>
      <w:r>
        <w:t>تو اسطریقےسےجو لازآفنیچرہے،اسکےمط ابق ہیہمیں یہاںپر زندگی گزارنیپڑےگی۔ تو کچھ سوالاتہیں،وہمیںدیکھرہیتھی، مول اناکےپاسآتےرہتےتھے۔</w:t>
      </w:r>
    </w:p>
    <w:p>
      <w:r>
        <w:rPr>
          <w:b/>
        </w:rPr>
        <w:t xml:space="preserve">[59:22] </w:t>
      </w:r>
      <w:r>
        <w:t>To ek sawal aaya keh is mein kisi ne poocha keh keh Khuda ne humein is duniya mein paida kyun kiya? Aah, to test test ke liye, aur hum test mein fail ho jayein to phir kya hoga?</w:t>
      </w:r>
    </w:p>
    <w:p>
      <w:pPr>
        <w:jc w:val="right"/>
      </w:pPr>
      <w:r>
        <w:t>تو ایکسوال آیاکہاسمیںکسی نےپوچھاکہ کہخدانےہمیںاسدنیا میںپیدا کیوںکیا؟ اہ،تو ٹیسٹ ٹیسٹ کےلیے، اور ہمٹیسٹ میںفیل ہوجائیںتو پھرکیاہوگا؟</w:t>
      </w:r>
    </w:p>
    <w:p>
      <w:r>
        <w:rPr>
          <w:b/>
        </w:rPr>
        <w:t xml:space="preserve">[59:35] </w:t>
      </w:r>
      <w:r>
        <w:t>To Khuda ne paida kiya kyun kiya humein?</w:t>
      </w:r>
    </w:p>
    <w:p>
      <w:pPr>
        <w:jc w:val="right"/>
      </w:pPr>
      <w:r>
        <w:t>تو خدانےپیدا ہیکیوںکیا ہمیں؟</w:t>
      </w:r>
    </w:p>
    <w:p>
      <w:r>
        <w:rPr>
          <w:b/>
        </w:rPr>
        <w:t xml:space="preserve">[59:39] </w:t>
      </w:r>
      <w:r>
        <w:t>To Maulana ne bataya keh jannat itni qeemti cheez hai. Jannat mein aap log jab kaam karein ge, Khuda ki marzi ke mutabiq zindagi guzarein ge, to jannat mein jagah mile gi. To phir woh kya kehte hain?</w:t>
      </w:r>
    </w:p>
    <w:p>
      <w:pPr>
        <w:jc w:val="right"/>
      </w:pPr>
      <w:r>
        <w:t>تو مول انانےبتایاکہجنتاتنیقیمتیچیزہے۔جنتمیںآپ لوگ جب کامکریںگے،خداکیمرضیکےمطابق زندگی گزاریںگے، تو جنتمیںجگہملےگی۔توپھروہکیاکہتےہیں؟</w:t>
      </w:r>
    </w:p>
    <w:p>
      <w:r>
        <w:rPr>
          <w:b/>
        </w:rPr>
        <w:t xml:space="preserve">[59:50] </w:t>
      </w:r>
      <w:r>
        <w:t>Log sangeen nahi hote, asal mein kehte hain keh phir aur jin logon ko jannat nahi mile gi, woh logon ka kya hoga? To woh unka kaam thoda hai, woh jaane aur Khuda jaane.</w:t>
      </w:r>
    </w:p>
    <w:p>
      <w:pPr>
        <w:jc w:val="right"/>
      </w:pPr>
      <w:r>
        <w:t>لوگ سنجیدہنہیںہوتے،اصلمیںکہتےہیںکہپھر اورجنلوگوںکوجنتنہیں ملےگی،وہلوگوںکاکیاہوگا؟ تو وہانکا کامتھوڑیہے، وہ جانے اورخداجانے۔</w:t>
      </w:r>
    </w:p>
    <w:p>
      <w:r>
        <w:rPr>
          <w:b/>
        </w:rPr>
        <w:t xml:space="preserve">[1:00:00] </w:t>
      </w:r>
      <w:r>
        <w:t>totum ab hamein to apni kaam karte rehna hai.</w:t>
      </w:r>
    </w:p>
    <w:p>
      <w:pPr>
        <w:jc w:val="right"/>
      </w:pPr>
      <w:r>
        <w:t>توتم اب ہمیںتو اپنی کام کرتے رہناہے۔</w:t>
      </w:r>
    </w:p>
    <w:p>
      <w:r>
        <w:rPr>
          <w:b/>
        </w:rPr>
        <w:t xml:space="preserve">[1:00:04] </w:t>
      </w:r>
      <w:r>
        <w:t>phir molana ne kaha ke aap job karte hain? haan, acha, ek job karte hain. to aap ne interview diya tha, to aap ne yeh nahi yeh socha tha ke agar kuch logon ko job milega, kuch logon ko nahi milega?</w:t>
      </w:r>
    </w:p>
    <w:p>
      <w:pPr>
        <w:jc w:val="right"/>
      </w:pPr>
      <w:r>
        <w:t>پھر مول انانےکہاکہ آپ جابکرتے ہیں؟ہاں،اچھا،ایکجابکرتےہیں۔ تو آپنے انٹرویودیاتھا،توآپنے یہ نہیں یہسوچاتھا کہاگر کچھلوگوںکو جابملےگا،کچھلوگوںکونہیںملےگا؟</w:t>
      </w:r>
    </w:p>
    <w:p>
      <w:r>
        <w:rPr>
          <w:b/>
        </w:rPr>
        <w:t xml:space="preserve">[1:00:17] </w:t>
      </w:r>
      <w:r>
        <w:t>to unhone kaha haan, ab sirf chhe, bahutsare logon ne interview diya, sirf chhe logon ko job mila. to molana ne kaha ke phir aap ne kyun aisa interview diya jisme sab ko job nahi milne wala tha?</w:t>
      </w:r>
    </w:p>
    <w:p>
      <w:pPr>
        <w:jc w:val="right"/>
      </w:pPr>
      <w:r>
        <w:t>تو انہوںنےکہاہاں، اب صرف چھ،بہتسارےلوگوںنےانٹرویودیا ، صرف چھ لوگوںکوجابملا۔ تو مولانانےکہاکہپھرآپنےکیوں ایسا انٹرویودیا جسمیںسبکوجابنہیںملنےوالاتھا؟</w:t>
      </w:r>
    </w:p>
    <w:p>
      <w:r>
        <w:rPr>
          <w:b/>
        </w:rPr>
        <w:t xml:space="preserve">[1:00:29] </w:t>
      </w:r>
      <w:r>
        <w:t>to is tareeqe ke jo irrelevant questions hote hain, to yeh bahut zyada ghalat hain. insaan ki na ghair sanjeedgi ko batate hain.</w:t>
      </w:r>
    </w:p>
    <w:p>
      <w:pPr>
        <w:jc w:val="right"/>
      </w:pPr>
      <w:r>
        <w:t>تو اسطریقے کے جو ار یلیونٹ کوسچنزہوتےہیں، تو یہ بہت زیادہ غلطہیں۔ انسانکی نا غیر سنجیدگیکوبتاتےہیں۔</w:t>
      </w:r>
    </w:p>
    <w:p>
      <w:r>
        <w:rPr>
          <w:b/>
        </w:rPr>
        <w:t xml:space="preserve">[1:00:39] </w:t>
      </w:r>
      <w:r>
        <w:t>to yeh jo hai, relevant aur irrelevant ko jaanna, yeh beinteha zaroori hai. agar hum chahte hain ke hum sahi track par chalte rahein, sahi raaste par hum chalein, hamari sahi soch ho, to is liye kya relevant hai, kya irrelevant hai,</w:t>
      </w:r>
    </w:p>
    <w:p>
      <w:pPr>
        <w:jc w:val="right"/>
      </w:pPr>
      <w:r>
        <w:t>تو یہجوہے، ریلیونٹاور اریلی ونٹ کوجان نا، یہ بےانتہاضروریہے۔ اگر ہمچاہتےہیںکہہمصحیح ٹریکپرچلتےرہیں، صحیحراستےپرہمچلیں، ہماریصحیحساؤنڈسوچہو، تو اس لیے کیا ریلیونٹہے،کیا اریلیونٹہے،</w:t>
      </w:r>
    </w:p>
    <w:p>
      <w:r>
        <w:rPr>
          <w:b/>
        </w:rPr>
        <w:t xml:space="preserve">[1:00:57] </w:t>
      </w:r>
      <w:r>
        <w:t>yeh hum ko khud hi jaanna padega. hum ko khud hi apni soch ko develop karna padega. to is tareeqe se, woh hum agar hum chahein, agar hum sanjeeda hon, dekhiye, har insaan apni family ke liye sanjeeda hota hai.</w:t>
      </w:r>
    </w:p>
    <w:p>
      <w:pPr>
        <w:jc w:val="right"/>
      </w:pPr>
      <w:r>
        <w:t>یہ ہمکوخود ہی جان ناپڑےگا۔ ہمکوخود ہی اپنیسوچکو ڈیولپکرناپڑےگا۔ تو اسطریقےسے،وہ ہم اگر ہمچاہیں،اگرہمسنجیدہہوں، دیکھیے،ہرانسان اپنی فیملیکےلیے سنجیدہہوتاہے۔</w:t>
      </w:r>
    </w:p>
    <w:p>
      <w:r>
        <w:rPr>
          <w:b/>
        </w:rPr>
        <w:t xml:space="preserve">[1:01:14] </w:t>
      </w:r>
      <w:r>
        <w:t>wahan koi koi ghalat aisa kaam nahi karta. agar ghar ka koi bachcha bahar jata hai, ladai ho jati hai, to maa baap yeh hi kehte hain ke dekho, bahar tum kyun</w:t>
      </w:r>
    </w:p>
    <w:p>
      <w:pPr>
        <w:jc w:val="right"/>
      </w:pPr>
      <w:r>
        <w:t>وہاںکوئیکوئیغلطایساکامنہیںکرتا۔اگر گھرکاکوئیبچہ باہر جاتا ہے، لڑائیہوجاتیہے، تو ماںباپیہیکہتےہیںکہدیکھو،باہرتم کیوں</w:t>
      </w:r>
    </w:p>
    <w:p>
      <w:r>
        <w:rPr>
          <w:b/>
        </w:rPr>
        <w:t xml:space="preserve">[1:01:23] </w:t>
      </w:r>
      <w:r>
        <w:t>gaye the? wahan maloom hai ke bachche lad ladte hain, to tum bahar gaye kyun the? lekin jab qaum ka mamla hoga, to kahenge ke dekho, doosre log itne kharab hain aur ladte hain. woh to jo sanjeedgi insaan apne family ke saath jis sanjeeda andaaz mein faisle karta hai, sochta hai, usi tarah sanjeedgi usko qaum ke mamlaat mein bhi chahiye.</w:t>
      </w:r>
    </w:p>
    <w:p>
      <w:pPr>
        <w:jc w:val="right"/>
      </w:pPr>
      <w:r>
        <w:t>گئےتھے ؟ وہاں معلومہےکہبچے ل ڑلڑتےہیں،توتم باہرگئےکیوںتھے ؟ لیکن جب قومکامعاملہہوگا،تو کہیںگےکہدیکھو،دوسرےلوگ اتنےخرابہیں اور لڑتےہیں۔وہ تو جو سنجیدگی انسان اپنے فیملیکےساتھ جس سنجیدہاندازمیں فیصلےکرتاہے، سوچتاہے، اسیوہی سنجیدگیاسکو قومکے معاملاتمیںبھیچاہیے۔</w:t>
      </w:r>
    </w:p>
    <w:p>
      <w:r>
        <w:rPr>
          <w:b/>
        </w:rPr>
        <w:t xml:space="preserve">[1:01:48] </w:t>
      </w:r>
      <w:r>
        <w:t>tabhi woh baaton ko samjhega,</w:t>
      </w:r>
    </w:p>
    <w:p>
      <w:pPr>
        <w:jc w:val="right"/>
      </w:pPr>
      <w:r>
        <w:t>تبھیوہباتوںکوسمجھےگا،</w:t>
      </w:r>
    </w:p>
    <w:p>
      <w:r>
        <w:rPr>
          <w:b/>
        </w:rPr>
        <w:t xml:space="preserve">[1:01:50] </w:t>
      </w:r>
      <w:r>
        <w:t>warna woh baaton ko samjhega hi nahi keh har maamle mein sanjeedgi zaroori hai. agar woh sanjeeda nahi hoga, to koi baat nahi samajh sakta. woh agla sawal lene se pehle main do comment padhna chahunga.</w:t>
      </w:r>
    </w:p>
    <w:p>
      <w:pPr>
        <w:jc w:val="right"/>
      </w:pPr>
      <w:r>
        <w:t>ورنہوہباتوںکوسمجھےگاہینہیں کہہرمعاملےمیں سنجیدگیضروریہے۔ اگر وہ سنجیدہنہیںہوگا،توکوئیباتنہیںسمجھسکتا۔وہ اگلا سوال لینےسےپہلےمیں دوکمنٹپڑھناچاہوںگا۔</w:t>
      </w:r>
    </w:p>
    <w:p>
      <w:r>
        <w:rPr>
          <w:b/>
        </w:rPr>
        <w:t xml:space="preserve">[1:02:06] </w:t>
      </w:r>
      <w:r>
        <w:t>doctor Sani Hussain Khan sahab ne new delhi se likha hai: "very creative topic, you have scored it very well. positive thinking was one of the most favorite topic of Maulana sahab.</w:t>
      </w:r>
    </w:p>
    <w:p>
      <w:pPr>
        <w:jc w:val="right"/>
      </w:pPr>
      <w:r>
        <w:t>ڈاکٹر ثانیحسینخانصاحبنے نئیدہلیسےلکھاہے: "ویریکریٹیو ٹاپک، آپاہیزکورڈ اٹویریویل۔ پازیٹیوتھنکنگ وازون آفدا موسٹفیوریٹٹاپکآف مول اناصاحب۔</w:t>
      </w:r>
    </w:p>
    <w:p>
      <w:r>
        <w:rPr>
          <w:b/>
        </w:rPr>
        <w:t xml:space="preserve">[1:02:19] </w:t>
      </w:r>
      <w:r>
        <w:t>he believed on simply living and high thinking." Shahid Hussain sahab ne likha: "very effective ways of personality development. God bless the team." Maulana sahab, agla sawal lene se pehle main ek hadith padhunga ke ek Nabi, ek aadmi Nabi sallallahu alaihi wasallam ke paas aaya aur unhone kaha ke Allah ke Rasool, koi aisi naseehat kijiye jo mere liye khaas ho.</w:t>
      </w:r>
    </w:p>
    <w:p>
      <w:pPr>
        <w:jc w:val="right"/>
      </w:pPr>
      <w:r>
        <w:t>ہیبیلیو ڈان سمپللیونگاینڈہائیتھنکنگ۔" شاہدحسینصاحبنےلکھا:"ویریایفیکٹیوویزآفپرسن یلٹیڈیولپمنٹ۔ گاڈبلیسداٹیم۔"مول اناصاحب، اگلاسوال لینےسےپہلے میںایکحدیثپڑھوںگا کہایکنبی، ایک آدمینبیصلیاللہعلیہوسلمکےپاسآیااورانہوںنےکہا کہاللہ کےرسول،کوئیایسینصیحتکیجئےجومیرےلیے خاص ہو ۔</w:t>
      </w:r>
    </w:p>
    <w:p>
      <w:r>
        <w:rPr>
          <w:b/>
        </w:rPr>
        <w:t xml:space="preserve">[1:02:44] </w:t>
      </w:r>
      <w:r>
        <w:t>to Rasool Allah sallallahu alaihi wasallam ne kaha: "kya tum ko koi naseehat sunna chahte ho?" teen martaba kaha. to usne kaha: "haan." to usne kaha ke jab tum kisi cheez ka irada karo to uske anjaam par ghaur karo, khoob ghaur karo, tadabbur karo.</w:t>
      </w:r>
    </w:p>
    <w:p>
      <w:pPr>
        <w:jc w:val="right"/>
      </w:pPr>
      <w:r>
        <w:t>تو رسولاللہصلیاللہعلیہوسلمنےکہا:"کیاتم کوئینصیحت سنناچاہتےہو ؟" تینمرتبہکہا۔تواسنےکہا:"ہاں۔ "تواسنےکہاکہجبتم کسی چیز کا ارادہکروتو اسکے انجام پر غورکرو ، خوبغورکرو،تد برکرو ۔</w:t>
      </w:r>
    </w:p>
    <w:p>
      <w:r>
        <w:rPr>
          <w:b/>
        </w:rPr>
        <w:t xml:space="preserve">[1:02:59] </w:t>
      </w:r>
      <w:r>
        <w:t>dekho ke khair hai to usko us mein aage badho aur dekho ke shar hai to us se ruk jao.</w:t>
      </w:r>
    </w:p>
    <w:p>
      <w:pPr>
        <w:jc w:val="right"/>
      </w:pPr>
      <w:r>
        <w:t>دیکھوکہخیرہوتواسکو اس میںآگےبڑھو اور دیکھوکہ شرہےتواسسےرکجاؤ۔</w:t>
      </w:r>
    </w:p>
    <w:p>
      <w:r>
        <w:rPr>
          <w:b/>
        </w:rPr>
        <w:t xml:space="preserve">[1:03:06] </w:t>
      </w:r>
      <w:r>
        <w:t>to ab mera sawal yahi cheez hai: result oriented thinking. to mera sawal yeh hai ke result oriented thinking kya cheez hai? kaise hum is baat ko samjhein ke hamare liye result oriented rahega ya result oriented nahi lag raha hai? kaise hum samjhein?</w:t>
      </w:r>
    </w:p>
    <w:p>
      <w:pPr>
        <w:jc w:val="right"/>
      </w:pPr>
      <w:r>
        <w:t>تو ابمیراسوال یہیہیچیزہے:رزلٹاورینٹڈتھنکنگ۔ تو میراسوال یہہےکہرزلٹ اور ینٹڈتھنکنگکیاچیزہے ؟ کیسے ہم اسباتکوسمجھیںکہہمارےلیےرزلٹاورینٹڈرہےگایارزلٹاورینٹڈنہیںلگارہےگا؟کیسےہمسمجھیں؟</w:t>
      </w:r>
    </w:p>
    <w:p>
      <w:r>
        <w:rPr>
          <w:b/>
        </w:rPr>
        <w:t xml:space="preserve">[1:03:23] </w:t>
      </w:r>
      <w:r>
        <w:t>asal mein koi bhi masla aaye to bahut zyada ghaur o fikr karna chahiye, sochna chahiye. baghair soche samjhe koi iqdam nahi karna chahiye.</w:t>
      </w:r>
    </w:p>
    <w:p>
      <w:pPr>
        <w:jc w:val="right"/>
      </w:pPr>
      <w:r>
        <w:t>اصلمیںکوئیبھی مسئلہآئےتوبہت زیادہ غوروفکرکرناچاہیے،سوچناچاہیے۔ بغیرسوچےسمجھےکوئی اقدامنہیںکرناچاہیے۔</w:t>
      </w:r>
    </w:p>
    <w:p>
      <w:r>
        <w:rPr>
          <w:b/>
        </w:rPr>
        <w:t xml:space="preserve">[1:03:32] </w:t>
      </w:r>
      <w:r>
        <w:t>to hamare saamne Rasool Allah sallallahu alaihi wasallam ki misaal hai: har kaam soch samajh ke karte the. aisi nahi hai ke bas reaction mein, emotional jo tareeqa hota hai, us mein kar daalein.</w:t>
      </w:r>
    </w:p>
    <w:p>
      <w:pPr>
        <w:jc w:val="right"/>
      </w:pPr>
      <w:r>
        <w:t>تو ہمارےسامنے رسولاللہصلیاللہعلیہوسلمکیمثالہے: ہر کام سوچ سمجھکےکرتے تھے۔ ایسینہیں ہےکہبسریایکشنمیں ،ایموشنل جو طریقہہوتاہے،اسمیں کرڈالیں۔</w:t>
      </w:r>
    </w:p>
    <w:p>
      <w:r>
        <w:rPr>
          <w:b/>
        </w:rPr>
        <w:t xml:space="preserve">[1:03:45] </w:t>
      </w:r>
      <w:r>
        <w:t>to jab aadmi, insaan ko Allah taala ne bahut, har aadmi ko aqal diya hai, to us aqal ka istemaal karna hai. us aqal ke istemaal se khud hi woh samjhega ke jo hum iqdam kar rahe hain, uska kya result niklega.</w:t>
      </w:r>
    </w:p>
    <w:p>
      <w:pPr>
        <w:jc w:val="right"/>
      </w:pPr>
      <w:r>
        <w:t>تو جب آدمی، انسان کو اللہ تعالینے بہت ،ہرآدمیکو عقلدیا ہے، تو اس عقلکا استعمال کرناہے۔ اس عقلکےاستعمال سےخودہیوہسمجھےگاکہجوہم اقدامکررہےہیں،اسکاکیا رزلٹنکلےگا۔</w:t>
      </w:r>
    </w:p>
    <w:p>
      <w:r>
        <w:rPr>
          <w:b/>
        </w:rPr>
        <w:t xml:space="preserve">[1:04:00] </w:t>
      </w:r>
      <w:r>
        <w:t>to is result ke tehat hamein kaam karna hai. to is har har maamle mein is result ko dekhna hai. aur yeh har aadmi kar sakta hai, soch samajh ke.</w:t>
      </w:r>
    </w:p>
    <w:p>
      <w:pPr>
        <w:jc w:val="right"/>
      </w:pPr>
      <w:r>
        <w:t>تو اس رزلٹکےتحت ہمیںکامکرناہے۔ تو اس ہر ہرمعاملےمیں اسیرزلٹکودیکھناہے۔ اور یہ ہرآدمیکرسکتاہے، سوچسمجھکے۔</w:t>
      </w:r>
    </w:p>
    <w:p>
      <w:r>
        <w:rPr>
          <w:b/>
        </w:rPr>
        <w:t xml:space="preserve">[1:04:10] </w:t>
      </w:r>
      <w:r>
        <w:t>soch samajh ke. misaal ke taur par, aajkal jo Russia jeng ho rahi hai, Russia aur Ukraine war ho rahi hai, ab Russia samajhta tha ke hum to superpower hain, hum to bahut aasani se Ukraine par qabza kar lenge.</w:t>
      </w:r>
    </w:p>
    <w:p>
      <w:pPr>
        <w:jc w:val="right"/>
      </w:pPr>
      <w:r>
        <w:t>سوچسمجھکے۔ مثالکےطورپر،آجکل جوروسکیجنگ ہورہیہے،روساوریوکرینوارہورہیہے، اب روسسمجھتاتھاکہہمتوسپرپاورہیں،ہمتو بہت آس انیسے یوکرینپرقبضہکرلیںگے۔</w:t>
      </w:r>
    </w:p>
    <w:p>
      <w:r>
        <w:rPr>
          <w:b/>
        </w:rPr>
        <w:t xml:space="preserve">[1:04:23] </w:t>
      </w:r>
      <w:r>
        <w:t>ab kya ho raha hai ke ab woh pareshan ho</w:t>
      </w:r>
    </w:p>
    <w:p>
      <w:pPr>
        <w:jc w:val="right"/>
      </w:pPr>
      <w:r>
        <w:t>ابکیا ہورہاہے کہ ابوہ پریشانہو</w:t>
      </w:r>
    </w:p>
    <w:p>
      <w:r>
        <w:rPr>
          <w:b/>
        </w:rPr>
        <w:t xml:space="preserve">[1:04:27] </w:t>
      </w:r>
      <w:r>
        <w:t>gaya hai. parson khabar mein aayi thi, kal ya parson ke akhbar mein ke woh jo uska jo nuclear plant sessions hain, plants hain, wahan par hamle ho rahe hain.</w:t>
      </w:r>
    </w:p>
    <w:p>
      <w:pPr>
        <w:jc w:val="right"/>
      </w:pPr>
      <w:r>
        <w:t>گیاہے۔ پرسوں خ برمیںآئیتھی،کل یاپرسوںکےاخبارمیں کہوہجو اسکاجو نیوکلیئرپلانٹیشنزہیں،پلانٹسہیں، وہاںپر حملےہورہےہیں۔</w:t>
      </w:r>
    </w:p>
    <w:p>
      <w:r>
        <w:rPr>
          <w:b/>
        </w:rPr>
        <w:t xml:space="preserve">[1:04:36] </w:t>
      </w:r>
      <w:r>
        <w:t>ab woh bahut zabardast uska nuksan hoga. to Russia ko pehle sochna chahiye tha. kehte hain na, jisko sheeshe ke glass mein reh kar, ah, jo hai, pathar nahi phenka karte, to usko sochna chahiye tha. hamare nuclear plants itne zyada hain, us par hamla ho jayega to kya ho</w:t>
      </w:r>
    </w:p>
    <w:p>
      <w:pPr>
        <w:jc w:val="right"/>
      </w:pPr>
      <w:r>
        <w:t>ابوہبہت زبرد ست اسکانقصانہوگا۔ تو روسکوپہلے سوچناچاہیےتھا۔کہتےہیںنا،جسکو شیشےکے گلاسمیںرہکر، اہ،جوہے، پتھرنہیںپھینکاکرتے ، تو اسکوسوچناچاہیےتھا۔ہمارے نیوکلیئرپلانٹساتنےزیادہ ہیں، اسپرحملہہوجائےگاتوکیاہوج</w:t>
      </w:r>
    </w:p>
    <w:p>
      <w:r>
        <w:rPr>
          <w:b/>
        </w:rPr>
        <w:t xml:space="preserve">[1:04:54] </w:t>
      </w:r>
      <w:r>
        <w:t>jayega? woh itna zyada Russia, America ke paas nuclear, ah, woh hain hathiyar ke woh to sari duniya ko kai baar barbaad kar sakte hain.</w:t>
      </w:r>
    </w:p>
    <w:p>
      <w:pPr>
        <w:jc w:val="right"/>
      </w:pPr>
      <w:r>
        <w:t>ائےگا؟ وہ اتنازیادہ روس،امریک ہکےپاس نیوکلیئر، اہ، وہہیں ہتھیار کہوہتوساریدنیا کو کئیبار بربادکرسکتےہیں۔</w:t>
      </w:r>
    </w:p>
    <w:p>
      <w:r>
        <w:rPr>
          <w:b/>
        </w:rPr>
        <w:t xml:space="preserve">[1:05:04] </w:t>
      </w:r>
      <w:r>
        <w:t>to yeh hai ke re planning jo hai, woh bahut zaroori hai. bahut zyada Rasool Allah sallallahu alaihi wasallam re planning karte the. aur har aadmi jo bhi is tarah ka kaam kare, to woh usko re planning karna uske liye zaroori hai.</w:t>
      </w:r>
    </w:p>
    <w:p>
      <w:pPr>
        <w:jc w:val="right"/>
      </w:pPr>
      <w:r>
        <w:t>تو یہہے کہ ریپلاننگجوہے،وہبہت ضروریہے۔ بہت زیادہ رسولاللہصلیاللہعلیہوسلمریپلاننگکرتے تھے۔ اور ہرآدمی جو بھی اسطرحکاکام کرے، تو وہ اسکو ریپلاننگکرنااسکےلیےضروریہے۔</w:t>
      </w:r>
    </w:p>
    <w:p>
      <w:r>
        <w:rPr>
          <w:b/>
        </w:rPr>
        <w:t xml:space="preserve">[1:05:19] </w:t>
      </w:r>
      <w:r>
        <w:t>as he calls it, "result oriented." Jaise Rasool Allah Salallaho alaihe wasallam ne jab Sulah Hudaybiyah ki, to agar Sulah Hudaybiyah na karte to Islam jo hai, kabhi bhi nahin, Islam khatam hi ho jata.</w:t>
      </w:r>
    </w:p>
    <w:p>
      <w:pPr>
        <w:jc w:val="right"/>
      </w:pPr>
      <w:r>
        <w:t>اسیکوکہتےہیںرزلٹاورینٹڈ۔جیسے رسولاللہصلیاللہعلیہوسلمنےجبصلححدیبیہکی، تو اگر صلححدیبیہنہکرتے تو اسلام جوہے،کبھیبھینہیں، اسلام ختمہیہوجاتا ۔</w:t>
      </w:r>
    </w:p>
    <w:p>
      <w:r>
        <w:rPr>
          <w:b/>
        </w:rPr>
        <w:t xml:space="preserve">[1:05:32] </w:t>
      </w:r>
      <w:r>
        <w:t>kyunke musalsal jang ho rahi thi, jang mein sare log mare ja rahe the, sab barbadi ho rahi thi, aur daawa-e-work karne ka mauqa nahin, mauqa nahin ho raha tha.</w:t>
      </w:r>
    </w:p>
    <w:p>
      <w:pPr>
        <w:jc w:val="right"/>
      </w:pPr>
      <w:r>
        <w:t>کیونکہ مسلسلجنگہورہیتھی،جنگ میںسارےلوگ مارےجارہےتھے، سب بربادیہورہیتھی، اور دعویٰورککرنےکاموقعہینہیں، موقعہینہیںہورہاتھا۔</w:t>
      </w:r>
    </w:p>
    <w:p>
      <w:r>
        <w:rPr>
          <w:b/>
        </w:rPr>
        <w:t xml:space="preserve">[1:05:43] </w:t>
      </w:r>
      <w:r>
        <w:t>sulah hudaybiyah karne se sare mauqe hasil ho gaye, aur itni tezi se aapka paigham pahunch gaya.</w:t>
      </w:r>
    </w:p>
    <w:p>
      <w:pPr>
        <w:jc w:val="right"/>
      </w:pPr>
      <w:r>
        <w:t>صلححدیبیہکرنےسےسارےمواقعحاصل ہوگئے، اور اتنیتیزیسےآپکا پیغام پہنچگیا۔</w:t>
      </w:r>
    </w:p>
    <w:p>
      <w:r>
        <w:rPr>
          <w:b/>
        </w:rPr>
        <w:t xml:space="preserve">[1:05:49] </w:t>
      </w:r>
      <w:r>
        <w:t>to isi tarike se har aadmi ko koi bhi kaam kare to pehle soche, ekdum emotional approach na kare. jaise musalman aksar karte hain, emotional unka method hota hai, tareeqa hota hai, woh ekdum se uth jaate hain, aur phir uska nateeja jo hai, unko bhugatna padta hai.</w:t>
      </w:r>
    </w:p>
    <w:p>
      <w:pPr>
        <w:jc w:val="right"/>
      </w:pPr>
      <w:r>
        <w:t>تو اسیطریقےسے ہرآدمیکو کوئیبھی کام کرےتوپہلے سوچے، ایکدمایموشنل اپروچنہکرے۔ جیسےمسلمان اکثرکرتے ہیں، ایموشنل انکا میتھڈہوتاہے،طریقہہوتاہے، وہایکدمسےاٹھجاتےہیں، اور پھراسکا نتیجہجوہے،انکوبھگتناپڑتاہے۔</w:t>
      </w:r>
    </w:p>
    <w:p>
      <w:r>
        <w:rPr>
          <w:b/>
        </w:rPr>
        <w:t xml:space="preserve">[1:06:08] </w:t>
      </w:r>
      <w:r>
        <w:t>to soch samajh ke kaam karen. ek baar kuch ganesh chaturthi ka juloos nikalne wala tha, shayad</w:t>
      </w:r>
    </w:p>
    <w:p>
      <w:pPr>
        <w:jc w:val="right"/>
      </w:pPr>
      <w:r>
        <w:t>تو سوچسمجھکےکامکریں۔ ایکبار کچھ گنیشچترورتیکا جلوسنکلنےوالاتھا،شاید</w:t>
      </w:r>
    </w:p>
    <w:p>
      <w:r>
        <w:rPr>
          <w:b/>
        </w:rPr>
        <w:t xml:space="preserve">[1:06:18] </w:t>
      </w:r>
      <w:r>
        <w:t>kuch bangalore, bangalore, pata nahin kahan ki baat thi, bangalore ki thi, yaad hai aapko? to poona ki, hmm, poona, poona ki baat thi.</w:t>
      </w:r>
    </w:p>
    <w:p>
      <w:pPr>
        <w:jc w:val="right"/>
      </w:pPr>
      <w:r>
        <w:t>کچھ بینگلور،بینگلور،پتہنہیںکہاںکیباتتھی،بینگلورکیتھی، یادہےآپکو ؟ تو پ وناکی،ہمم،پونا، پوناکیباتتھی۔</w:t>
      </w:r>
    </w:p>
    <w:p>
      <w:r>
        <w:rPr>
          <w:b/>
        </w:rPr>
        <w:t xml:space="preserve">[1:06:27] </w:t>
      </w:r>
      <w:r>
        <w:t>to wahan par yeh tha ke bilkul yeh pakka tha ke woh bahut bada juloos niklega, aur jagah jagah masjidon ke samne se jaate hain, naare lagate hue, to bahut zabardast fasad hoga.</w:t>
      </w:r>
    </w:p>
    <w:p>
      <w:pPr>
        <w:jc w:val="right"/>
      </w:pPr>
      <w:r>
        <w:t>تو وہاںپر یہتھا کہ بالکل یہ پکاتھاکہوہبہتبڑا جلوسنکلےگا، اور جگہجگہمسجدوںکےسامنےسےجاتےہیں، نعرےلگاتےہوئے، تو بہت زبرد ستفسادہوگا۔</w:t>
      </w:r>
    </w:p>
    <w:p>
      <w:r>
        <w:rPr>
          <w:b/>
        </w:rPr>
        <w:t xml:space="preserve">[1:06:39] </w:t>
      </w:r>
      <w:r>
        <w:t>to wahan par ek tipu sultan ke great grand santhe, ahmed sultan,</w:t>
      </w:r>
    </w:p>
    <w:p>
      <w:pPr>
        <w:jc w:val="right"/>
      </w:pPr>
      <w:r>
        <w:t>تو وہاںپر ایک ٹیپوسلطانکے گریٹگرینڈ سنتھے، احمد سلطان ،</w:t>
      </w:r>
    </w:p>
    <w:p>
      <w:r>
        <w:rPr>
          <w:b/>
        </w:rPr>
        <w:t xml:space="preserve">[1:06:47] </w:t>
      </w:r>
      <w:r>
        <w:t>to woh molana ke sare literature padhte the, milne bhi aate the. to unhon ne yeh kiya ke tum jo masjid, jo raaste mein se juloos ke samne jo masjid thi, jahan se juloos ko guzarna tha, to unhon ne unse baat cheet kiya aur kaha ke yahan par aap log das hazaar khareed ke rakh lijiye, aur jab juloos yahan se guzrega to jo aage aage jo leaders honge, unko yeh haar pehna dijiye</w:t>
      </w:r>
    </w:p>
    <w:p>
      <w:pPr>
        <w:jc w:val="right"/>
      </w:pPr>
      <w:r>
        <w:t>تو وہ مولاناکےسارے لٹریچرپڑھتےتھے،ملنےبھیآتےتھے۔ تو انہوںنے یہ کیا کہ تم جو مسجد،جوراستےمیںسے جلوسکے سامنےجو مسجد تھی،جہاںسےجلوسکو گزر ناتھا،توانہوںنےانسےباتچیتکیاورکہاکہ یہاںپر آپلوگ اٹھدس ہارخریدکےرکھلیجئے، اور جب جلوسیہاںسےگزرےگاتوجو آگےآگےجولیڈرزہوںگے، انکویہہارپہنادیجئے</w:t>
      </w:r>
    </w:p>
    <w:p>
      <w:r>
        <w:rPr>
          <w:b/>
        </w:rPr>
        <w:t xml:space="preserve">[1:07:15] </w:t>
      </w:r>
      <w:r>
        <w:t>ga. woh unhon ne haar pehnaya, aur baqayda sare log gale milne lage. ab baghair kisi ladai jhagde ke juloos aage aage guzar gaya.</w:t>
      </w:r>
    </w:p>
    <w:p>
      <w:pPr>
        <w:jc w:val="right"/>
      </w:pPr>
      <w:r>
        <w:t>گا۔ وہانہوںنےہارپہنایا، اور باقاعدہسارےلوگ گلےملنےلگے۔ اببغیرکسی لڑائیجھگڑےکےجلوس آگےآگےگزرگیا۔</w:t>
      </w:r>
    </w:p>
    <w:p>
      <w:r>
        <w:rPr>
          <w:b/>
        </w:rPr>
        <w:t xml:space="preserve">[1:07:24] </w:t>
      </w:r>
      <w:r>
        <w:t>to har kaam soch samajh ke karna padta hai. yeh to fasadaat ka masla jo hai, molana ki kitaab, ismein unhon ne aise bahut sare waqeaat bataye hain.</w:t>
      </w:r>
    </w:p>
    <w:p>
      <w:pPr>
        <w:jc w:val="right"/>
      </w:pPr>
      <w:r>
        <w:t>تو ہر کام سوچسمجھکےکرناپڑتاہے۔ یہتو فساداتکا مسئلہجوہے، مول اناکیکتاب ،اسمیںانہوںنے ایسےبہت سارے واقع اتبت ائےہیں۔</w:t>
      </w:r>
    </w:p>
    <w:p>
      <w:r>
        <w:rPr>
          <w:b/>
        </w:rPr>
        <w:t xml:space="preserve">[1:07:34] </w:t>
      </w:r>
      <w:r>
        <w:t>to is tarike se soch samajh ke aap, hum insaan hain, jaanwar nahin hain ke hum instinctively govern nahin hote, balke hum insaan hain.</w:t>
      </w:r>
    </w:p>
    <w:p>
      <w:pPr>
        <w:jc w:val="right"/>
      </w:pPr>
      <w:r>
        <w:t>تو اسطریقےسےسوچسمجھکےآپ، ہمانسان ہیں، جان ورنہیںہیںکہہم انسٹنکٹولیگورن نہیںہوتے،بلکہہمانسان ہیں۔</w:t>
      </w:r>
    </w:p>
    <w:p>
      <w:r>
        <w:rPr>
          <w:b/>
        </w:rPr>
        <w:t xml:space="preserve">[1:07:43] </w:t>
      </w:r>
      <w:r>
        <w:t>humein har kaam soch samajh ke karna chahiye. to soch samajh ke jab hum kaam karenge to hamari baat samajh mein aa hi jati hai. phir Allah ki madad bhi hoti hai, samajh mein aa jati hai.</w:t>
      </w:r>
    </w:p>
    <w:p>
      <w:pPr>
        <w:jc w:val="right"/>
      </w:pPr>
      <w:r>
        <w:t>ہمیںہرکام سوچسمجھکےکرناچاہیے۔ تو سوچسمجھکےجبہمکامکریںگےتوہماری باتسمجھمیںآہیجاتیہے۔ پھراللہ کیمددبھیہوتیہے، سمجھمیںآجاتیہے۔</w:t>
      </w:r>
    </w:p>
    <w:p>
      <w:r>
        <w:rPr>
          <w:b/>
        </w:rPr>
        <w:t xml:space="preserve">[1:07:56] </w:t>
      </w:r>
      <w:r>
        <w:t>is par rasool Allah salallaho alaihe wasallam jab makkah mein the aur soch samajh kar kaam karte the, iski ek do misaal main deta hoon, aur iska ta'alluq hazrat abu bakr aur hazrat umar se hai.</w:t>
      </w:r>
    </w:p>
    <w:p>
      <w:pPr>
        <w:jc w:val="right"/>
      </w:pPr>
      <w:r>
        <w:t>اسپر رسولاللہصلیاللہعلیہوسلمجبمکہمیںتھے اور سوچسمجھکرکامکرتے تھے،اسکیایک دومثالمیںدیتاہوں، اور اسکا تعلق حضرتاب وبکراورحضرت عمر سےہے۔</w:t>
      </w:r>
    </w:p>
    <w:p>
      <w:r>
        <w:rPr>
          <w:b/>
        </w:rPr>
        <w:t xml:space="preserve">[1:08:08] </w:t>
      </w:r>
      <w:r>
        <w:t>riwayat mein aata hai ke pehle abu bakr radiallahu anhu ne rasool Allah salallaho alaihe wasallam se kaha tha ke hum aelan apne deen ki par ibadat karte hain aur isko phailate hain. to rasool Allah salallaho alaihe wasallam ne unse kaha tha ke aye abu bakr, hum thode hain, inna qaleel, hum thode hain.</w:t>
      </w:r>
    </w:p>
    <w:p>
      <w:pPr>
        <w:jc w:val="right"/>
      </w:pPr>
      <w:r>
        <w:t>روایتمیںآتاہےکہ پہلے ابوبکررضیاللہعنہنےرسولاللہصلیاللہعلیہوسلمسےکہاتھاکہہمال اعلان اپنےدین کی پرعبادتکرتےہیںاوراسکوپھیلاتےہیں۔ تورسولاللہصلیاللہعلیہوسلمنےانسےکہاکہ اےابوبکر،ہمتھوڑےہیں،اناقلیل،ہمتھوڑےہیں۔</w:t>
      </w:r>
    </w:p>
    <w:p>
      <w:r>
        <w:rPr>
          <w:b/>
        </w:rPr>
        <w:t xml:space="preserve">[1:08:23] </w:t>
      </w:r>
      <w:r>
        <w:t>kuch dinon ke baad umar ne bhi kaha, aye Allah ke rasool, hum kyun apne deen ko posheeda rakh kar kaam karen, hum jabke hum haq par hain, aur woh apne deen ko zahir kar rahe hain jab ke woh baatil</w:t>
      </w:r>
    </w:p>
    <w:p>
      <w:pPr>
        <w:jc w:val="right"/>
      </w:pPr>
      <w:r>
        <w:t>کچھدنوںکےبعدعمر نےبھیکہا، اےاللہکےرسول،ہمکیوںاپنےدینکو پوشیدہرکھکر کامکریں ، ہم جہاںجبکہہمحقپرہیں، اور وہ اپنے دینکو ظاہرکررہےہیں جب کہوہ باطل</w:t>
      </w:r>
    </w:p>
    <w:p>
      <w:r>
        <w:rPr>
          <w:b/>
        </w:rPr>
        <w:t xml:space="preserve">[1:08:36] </w:t>
      </w:r>
      <w:r>
        <w:t>par hain? to rasool Allah salallaho alaihe wasallam ne unko bhi yeh kaha tha ke hum kam hain, aur tum dekh rahe ho ke jo Islam la rahe hain, unke saath kaisa bartao ho raha hai. to agar us waqt uth jaate, zahir kar dete to aur zyada haalat aur buri ho jati.</w:t>
      </w:r>
    </w:p>
    <w:p>
      <w:pPr>
        <w:jc w:val="right"/>
      </w:pPr>
      <w:r>
        <w:t>پرہیں؟ تو رسولاللہصلیاللہعلیہوسلمنےانکوبھی یہکہاکہ ہم کم ہیں،اورتمدیکھرہےہوکہجو اسلام لارہےہیں،انکےساتھکیسابرتاؤہورہاہے۔ تواگر اسوقت اٹھجاتے، ظاہرکردیتےتواورزیادہ حالتبریہوجاتی۔</w:t>
      </w:r>
    </w:p>
    <w:p>
      <w:r>
        <w:rPr>
          <w:b/>
        </w:rPr>
        <w:t xml:space="preserve">[1:08:49] </w:t>
      </w:r>
      <w:r>
        <w:t>to yahi cheez hai result oriented thinking. achha</w:t>
      </w:r>
    </w:p>
    <w:p>
      <w:pPr>
        <w:jc w:val="right"/>
      </w:pPr>
      <w:r>
        <w:t>تو یہیچیزہے رزلٹاورینٹڈتھنکنگ۔ اچھ</w:t>
      </w:r>
    </w:p>
    <w:p>
      <w:r>
        <w:rPr>
          <w:b/>
        </w:rPr>
        <w:t xml:space="preserve">[1:08:55] </w:t>
      </w:r>
      <w:r>
        <w:t>achha, ab aakhri sawal jo main aap se poochna chahta hoon, iska ta'alluq musalmanon se hai, maujooda daur ke musalmanon se ke aam taur se yeh kaha jata hai ke musalmanon par zulm ho raha hai, aur musalman, ah, musalmanon ke liye mazhabi aazadi to kahin dikhai nahin deti hai.</w:t>
      </w:r>
    </w:p>
    <w:p>
      <w:pPr>
        <w:jc w:val="right"/>
      </w:pPr>
      <w:r>
        <w:t>ا، اب آخریسوال جو میں آپسےپوچھناچاہرہاہوں،اسکاتعلق مسلمان وں سےہے،موجود ہدورکےمسلمانوںسے کہ عامطورسےیہکہاجاتاہےکہمسلمان وں پرظلمہورہاہے، اور مس لمان، اہ ،مسلمانوںکےلیےمذہبی آزادیتوکہیںدکھائینہیںدیتیہے۔</w:t>
      </w:r>
    </w:p>
    <w:p>
      <w:r>
        <w:rPr>
          <w:b/>
        </w:rPr>
        <w:t xml:space="preserve">[1:09:12] </w:t>
      </w:r>
      <w:r>
        <w:t>is par kuch bataiye. molana ne bahut likha hai na ke yeh daur hi mazhabi aazadi ka daur hai,</w:t>
      </w:r>
    </w:p>
    <w:p>
      <w:pPr>
        <w:jc w:val="right"/>
      </w:pPr>
      <w:r>
        <w:t>اسپر کچھبتائیے۔ مول انانےبہتلکھاہےناکہیہدورہی مذہبیآزادیکادور ہے،</w:t>
      </w:r>
    </w:p>
    <w:p>
      <w:r>
        <w:rPr>
          <w:b/>
        </w:rPr>
        <w:t xml:space="preserve">[1:09:20] </w:t>
      </w:r>
      <w:r>
        <w:t>to is par bhi log tanqeed karte the ke itna zulm musalmanon par ho raha hai, kahan par mazhabi aazadi kahan hai? to woh yeh nahin sochte ke zulm ho raha hai, kab se zulm ho raha hai, kya hamesha se zulm ho raha tha, ya unke kuch aise iqdam unhon ne kiye hain ke iski wajah se unke upar zulm ho raha hai.</w:t>
      </w:r>
    </w:p>
    <w:p>
      <w:pPr>
        <w:jc w:val="right"/>
      </w:pPr>
      <w:r>
        <w:t>تو اسپربھیلوگ تنقیدکرتے تھے کہاتناظلم مسلمانوںپہہورہاہے،کہاںپر مذہبیآزادیکہاںہے ؟ تو وہیہنہیںسوچتے کہ ظلم ہورہاہے، کبسےظلمہورہاہے، کیا ہمیشہسےظلمہورہاتھا، یا انکےکچھایسےاقدامانہوںنےکیےہیں کہ اسکیوجہ سےانکےاوپرظلمہورہاہے۔</w:t>
      </w:r>
    </w:p>
    <w:p>
      <w:r>
        <w:rPr>
          <w:b/>
        </w:rPr>
        <w:t xml:space="preserve">[1:09:38] </w:t>
      </w:r>
      <w:r>
        <w:t>to yahan main sirf ek burma ki misaal doongi, kyunke aajkal rohingya ka masla bahut zyada news mein hai. to burma ek bahut hi khushhal</w:t>
      </w:r>
    </w:p>
    <w:p>
      <w:pPr>
        <w:jc w:val="right"/>
      </w:pPr>
      <w:r>
        <w:t>تو یہاںمیںصرفایک برماکیمثالدوںگی، کیونکہآجکل روہنگیاکامسئلہبہتزیادہ نیوزمیںہے۔ تو بر ما ایکبہتہی خوشحال</w:t>
      </w:r>
    </w:p>
    <w:p>
      <w:r>
        <w:rPr>
          <w:b/>
        </w:rPr>
        <w:t xml:space="preserve">[1:09:48] </w:t>
      </w:r>
      <w:r>
        <w:t>mulk tha, wahan bahut musalman the. ek arakan ka ek ilaqa hai, wahan par 99 percent muslim population thi, aur bahut khushhal the. wahan par to log kamane jaaya karte the.</w:t>
      </w:r>
    </w:p>
    <w:p>
      <w:pPr>
        <w:jc w:val="right"/>
      </w:pPr>
      <w:r>
        <w:t>ملکتھا،وہاںبہت مسلمان تھے۔ ایک ارکانکاایک علاقہہے،وہاںپر 9 9 فیصد مسلم پاپولیشنتھی، اوربہت خوشحالتھے۔وہاںپرتولوگکمانےجایاکرتے تھے۔</w:t>
      </w:r>
    </w:p>
    <w:p>
      <w:r>
        <w:rPr>
          <w:b/>
        </w:rPr>
        <w:t xml:space="preserve">[1:09:59] </w:t>
      </w:r>
      <w:r>
        <w:t>meri madar bhi burma gayi theen, to akyaab keh rahi theen, ke akyaab, ek shehar tha bada, woh sirf ek musalman ke paas tha poora akyaab.</w:t>
      </w:r>
    </w:p>
    <w:p>
      <w:pPr>
        <w:jc w:val="right"/>
      </w:pPr>
      <w:r>
        <w:t>میریمدربھیبر ماگئیتھیں، تو اکیاب کہہرہیتھی،کہتیتھیںکہایکاکیاب،ایک شہرتھابڑا، وہصرفایک مسلمانکےپاستھاپورااکیاب۔</w:t>
      </w:r>
    </w:p>
    <w:p>
      <w:r>
        <w:rPr>
          <w:b/>
        </w:rPr>
        <w:t xml:space="preserve">[1:10:08] </w:t>
      </w:r>
      <w:r>
        <w:t>to, ah, itne achhe halaat the. to yeh yeh hai na ke soch develop nahin hoti, to woh sochte nahin ke aakhir aisa kyun hua? ek</w:t>
      </w:r>
    </w:p>
    <w:p>
      <w:pPr>
        <w:jc w:val="right"/>
      </w:pPr>
      <w:r>
        <w:t>تو، اہ ،اتنے اچھےحالات تھے۔ تو یہیہےناکہسوچ ڈیولپنہیںہوتی،تووہسوچتےہینہیں کہ آخرایساکیوںہوا؟ایک</w:t>
      </w:r>
    </w:p>
    <w:p>
      <w:r>
        <w:rPr>
          <w:b/>
        </w:rPr>
        <w:t xml:space="preserve">[1:10:17] </w:t>
      </w:r>
      <w:r>
        <w:t>aisa burma jahan musalman itne khushhal tareeqe se reh rahe the, phir yeh aisa kyun hua ke aaj jo hai itne bure haal mein jagah jagah fauji camp mein pade hue hain?</w:t>
      </w:r>
    </w:p>
    <w:p>
      <w:pPr>
        <w:jc w:val="right"/>
      </w:pPr>
      <w:r>
        <w:t>ایسا برما جہاںمس لمان اتنےخوشحال طریقےسےرہرہےتھے،پھر یہایساکیوںہوا کہآج جوہےاتنےبرےحالمیںجگہجگہریفوجی کیمپمیںپڑےہوئےہیں؟</w:t>
      </w:r>
    </w:p>
    <w:p>
      <w:r>
        <w:rPr>
          <w:b/>
        </w:rPr>
        <w:t xml:space="preserve">[1:10:29] </w:t>
      </w:r>
      <w:r>
        <w:t>to jab molana madrasa al-islam mein parhte the, jab wahan se parhai khatam hui to unke ek class mate burmi bhi the. to yeh 1940 ka waqea hai.</w:t>
      </w:r>
    </w:p>
    <w:p>
      <w:pPr>
        <w:jc w:val="right"/>
      </w:pPr>
      <w:r>
        <w:t>تو جب مول انا مدرس ۃ الاسلاممیںپڑھتےتھے،جبوہاںسےپڑھائیختمہوئیتو انکے ایک کلاس میٹبرمیبھیتھے۔ تو یہ 19 4 0 کاواقعہہے۔</w:t>
      </w:r>
    </w:p>
    <w:p>
      <w:r>
        <w:rPr>
          <w:b/>
        </w:rPr>
        <w:t xml:space="preserve">[1:10:41] </w:t>
      </w:r>
      <w:r>
        <w:t>to unhone kaha ke ab hum chalenge burma, aap bhi chaliye, wahan jihad karna hai.</w:t>
      </w:r>
    </w:p>
    <w:p>
      <w:pPr>
        <w:jc w:val="right"/>
      </w:pPr>
      <w:r>
        <w:t>تو انہوںنےکہاکہابہمچلیںگےبر ما، آپ بھیچلیے، وہاں جہادکرناہے۔</w:t>
      </w:r>
    </w:p>
    <w:p>
      <w:r>
        <w:rPr>
          <w:b/>
        </w:rPr>
        <w:t xml:space="preserve">[1:10:47] </w:t>
      </w:r>
      <w:r>
        <w:t>to wahan par tehreek chal rahi thi, kyunke woh pura ek ilaqe mein 99 feesad musalman the. to jahan bhi musalman, ah, majority mein hote hain, to woh samajhte hain ke isko ek alag autonomous zone bana liya ja</w:t>
      </w:r>
    </w:p>
    <w:p>
      <w:pPr>
        <w:jc w:val="right"/>
      </w:pPr>
      <w:r>
        <w:t>تو وہاںپر تحریکچلرہیتھی،کیونکہوہ پوراایک علاق ےمیں 9 9 فیصد مسلمان تھے۔ تو جہاں بھیمسلمان، اہ، میجورٹیمیںہوتےہیں،تووہسمجھتےہیںکہاسکوایکالگ اٹونمسزون بنالیاج</w:t>
      </w:r>
    </w:p>
    <w:p>
      <w:r>
        <w:rPr>
          <w:b/>
        </w:rPr>
        <w:t xml:space="preserve">[1:11:01] </w:t>
      </w:r>
      <w:r>
        <w:t>aye. woh jamaat-e-islami ki jo tehreek thi, siyasi hukumat har jagah qaim karne ki, to uska har jagah uska asar pada. bangladesh mein, yahan par har jagah woh chahte hain ke jab tak musalmanon ki hukumat qaim nahi hogi, jab tak saare qawaneen nafiz nahi honge, aur tab tak jo hai islam par amal poori tarah se nahi ho sakta.</w:t>
      </w:r>
    </w:p>
    <w:p>
      <w:pPr>
        <w:jc w:val="right"/>
      </w:pPr>
      <w:r>
        <w:t>ائے۔وہ جماعتاسلامی کیجوتحریک تھی، سیاسی حکومت ہرجگہقائمکرنے کی،تواسکا ہرجگہاسکا اثرپڑا۔بنگلہدیشمیں ،یہاںپر ہرجگہوہچاہتےہیںکہجبتک مس لمانوںکیحکومت قائمنہیںہوگی، جبتک سارے قوانیننافذنہیںہوںگے، اورتبتک جوہے اسلام پرعمل پوریطریقےسےنہیںہوسکتا۔</w:t>
      </w:r>
    </w:p>
    <w:p>
      <w:r>
        <w:rPr>
          <w:b/>
        </w:rPr>
        <w:t xml:space="preserve">[1:11:23] </w:t>
      </w:r>
      <w:r>
        <w:t>aur isne saari duniya ko aaj militancy ka adda bana diya hai.</w:t>
      </w:r>
    </w:p>
    <w:p>
      <w:pPr>
        <w:jc w:val="right"/>
      </w:pPr>
      <w:r>
        <w:t>اور اسینےساریدنیا کوآج ملی ٹنسی کااڈابنادیاہے۔</w:t>
      </w:r>
    </w:p>
    <w:p>
      <w:r>
        <w:rPr>
          <w:b/>
        </w:rPr>
        <w:t xml:space="preserve">[1:11:29] </w:t>
      </w:r>
      <w:r>
        <w:t>to iski wajah se kya hai ke burma ek khushhal mulk aaj itni buri haalat mein ho gaya hai? kyunke 1940 aur 1950 mein wahan jihad hua.</w:t>
      </w:r>
    </w:p>
    <w:p>
      <w:pPr>
        <w:jc w:val="right"/>
      </w:pPr>
      <w:r>
        <w:t>تو اسکیوجہ سےکیاہےکہ بر ما ایکخوشحالملک آجاتنیبریحالتمیں ہو ہے؟کیونکہ 19 40 اور19 50 میں وہاں جہ اد ہوا ۔</w:t>
      </w:r>
    </w:p>
    <w:p>
      <w:r>
        <w:rPr>
          <w:b/>
        </w:rPr>
        <w:t xml:space="preserve">[1:11:40] </w:t>
      </w:r>
      <w:r>
        <w:t>to unhone kaha ke unhone ek autonomous muslim zone jo hai na arkan mein qaim karne ki koshish ki. isko shash mein wahan ki jo hukumat hai, unhone bohat zabardast tareeqe se inko koshish kiya, aur wahan par bohat zyada zulm hua.</w:t>
      </w:r>
    </w:p>
    <w:p>
      <w:pPr>
        <w:jc w:val="right"/>
      </w:pPr>
      <w:r>
        <w:t>تو انہوںنےکہاکہ انہوںنےایک اٹون مس مسلم زونجوہے ناارکانمیں قائمکرنے کی کوششکی۔ اسکوششمیں وہاں کیجو حکومت ہے،انہوںنےبہت زبرد ستطریقےسےانکو کرشکیا، اور وہاںپر بہت زیادہ ظلمہوا۔</w:t>
      </w:r>
    </w:p>
    <w:p>
      <w:r>
        <w:rPr>
          <w:b/>
        </w:rPr>
        <w:t xml:space="preserve">[1:11:56] </w:t>
      </w:r>
      <w:r>
        <w:t>to yeh bhi woh yeh hai ke one sided dekhna ke yeh dekhna ke kya hamare kya aqdamat the jiski wajah se aaj hamein yeh bhugtna pad raha hai.</w:t>
      </w:r>
    </w:p>
    <w:p>
      <w:pPr>
        <w:jc w:val="right"/>
      </w:pPr>
      <w:r>
        <w:t>تو یہبھی وہیہےکہ ون سائیڈڈ دیکھنا کہ یہدیکھنا کہ کیا ہمارے کیا اقدامتھےجنکیوجہ سےآجہمیں یہ بھگتناپڑرہاہے۔</w:t>
      </w:r>
    </w:p>
    <w:p>
      <w:r>
        <w:rPr>
          <w:b/>
        </w:rPr>
        <w:t xml:space="preserve">[1:12:08] </w:t>
      </w:r>
      <w:r>
        <w:t>yeh nahi sochte, balkeh woh obsessed hain apne ke bas you are the best. kisi ne kaha tha ke shaitan ne sabke kaan mein phoonk diya hai ke you are the best.</w:t>
      </w:r>
    </w:p>
    <w:p>
      <w:pPr>
        <w:jc w:val="right"/>
      </w:pPr>
      <w:r>
        <w:t>یہنہیںسوچتے ، بلکہ وہ ابسیسڈہیں اپنے کہبسوی آر دابیسٹ۔ کسی نےکہاتھا کہ شیطاننےسبکےکانمیںپھونکدیاہےکہیوآردابیسٹ۔</w:t>
      </w:r>
    </w:p>
    <w:p>
      <w:r>
        <w:rPr>
          <w:b/>
        </w:rPr>
        <w:t xml:space="preserve">[1:12:18] </w:t>
      </w:r>
      <w:r>
        <w:t>to wohi saare log samajhte hain ke hum best hain, hamein kuch aur so</w:t>
      </w:r>
    </w:p>
    <w:p>
      <w:pPr>
        <w:jc w:val="right"/>
      </w:pPr>
      <w:r>
        <w:t>تو وہی سارےلوگ سمجھتےہیںکہہمبیسٹہیں، ہمیںکچھاورسو</w:t>
      </w:r>
    </w:p>
    <w:p>
      <w:r>
        <w:rPr>
          <w:b/>
        </w:rPr>
        <w:t xml:space="preserve">[1:12:22] </w:t>
      </w:r>
      <w:r>
        <w:t>chna nahi hai, hamari marzi ke mutabiq is duniya mein saare kaam hona chahiye. to woh batate nahi hain. yeh toh maine bohat padha, tab mujhe pata chala ke woh 1940 aur 50 mein zabardast wahan tehreek chal rahi thi ke isko alag kar liya jaye, ek muslim autonomous zone bana liya jaye.</w:t>
      </w:r>
    </w:p>
    <w:p>
      <w:pPr>
        <w:jc w:val="right"/>
      </w:pPr>
      <w:r>
        <w:t>چنانہیںہے،ہماری مرضیکےمطابق اسدنیا میںسارےکام ہوناچاہیے۔ تو وہ بتاتےنہیںہیں۔یہتومیںنےبہت پڑھا،تبمجھے پتہچلا کہوہ 194 0 اور50 میںزبرد ست وہاں تحریکچلرہیتھی کہ اسکوالگکرلیاجائے، ایک مسلم اٹونمسزونبنالیاجائے۔</w:t>
      </w:r>
    </w:p>
    <w:p>
      <w:r>
        <w:rPr>
          <w:b/>
        </w:rPr>
        <w:t xml:space="preserve">[1:12:40] </w:t>
      </w:r>
      <w:r>
        <w:t>to ispar koi bhi mulk aisa nahi hoga jo aisi tehreek ko koshish nahi karega. har mulk karega, chahe woh muslim mulk ho ya ghair muslim mulk ho</w:t>
      </w:r>
    </w:p>
    <w:p>
      <w:pPr>
        <w:jc w:val="right"/>
      </w:pPr>
      <w:r>
        <w:t>تو اسپر کوئی بھی ملکایسانہیںہوگاجو ایسی تحریککو کرشنہیںکرےگا۔ہرملککرےگا،چاہےوہمسلمملکہو یا غیر مسلم ملکہو</w:t>
      </w:r>
    </w:p>
    <w:p>
      <w:r>
        <w:rPr>
          <w:b/>
        </w:rPr>
        <w:t xml:space="preserve">[1:12:50] </w:t>
      </w:r>
      <w:r>
        <w:t>. to is tarike se ismein inko wahan par koshish kiya gaya. ab log kehte hain mazhabi azaadi kahan hai? to mazhabi azaadi ho, koi bhi cheez ho, is duniya mein har cheez ki condition hoti hai.</w:t>
      </w:r>
    </w:p>
    <w:p>
      <w:pPr>
        <w:jc w:val="right"/>
      </w:pPr>
      <w:r>
        <w:t>۔ تو اسطریقےسے اسمیں انکو وہاںپر کلشکیاگیا۔ اب لوگکہتےہیں مذہبیآزادیکہاںہے؟ تو مذہبیآز ادی ہو،کوئیبھیچیز ہو،اسدنیا میں ہرچیزکی کنڈیشنہوتیہے۔</w:t>
      </w:r>
    </w:p>
    <w:p>
      <w:r>
        <w:rPr>
          <w:b/>
        </w:rPr>
        <w:t xml:space="preserve">[1:13:01] </w:t>
      </w:r>
      <w:r>
        <w:t>jab hum is condition ko poora karenge, tabhi hum woh cheez milegi. chahe hum ghar mein har waqt hungama machaye rakhein, to kaun hamari madad karega? kaun hamari help karega?</w:t>
      </w:r>
    </w:p>
    <w:p>
      <w:pPr>
        <w:jc w:val="right"/>
      </w:pPr>
      <w:r>
        <w:t>جب ہماسکنڈیشنکو پوراکریںگے، تبھیہموہچیزملےگی۔چاہےہمگھرمیں ہروقت ہنگامہمچائےرہیں، تو کونہماریمددکرےگا؟کونہماریہیلپکرےگا؟</w:t>
      </w:r>
    </w:p>
    <w:p>
      <w:r>
        <w:rPr>
          <w:b/>
        </w:rPr>
        <w:t xml:space="preserve">[1:13:11] </w:t>
      </w:r>
      <w:r>
        <w:t>sab humse pareshan rahenge. to ghar mein bhi peaceful tareeqe se rehna hai, aur bahar bhi peaceful tareeqe se rehna hai. tabhi hamein tamam jo aasaniyan aur tamam jo azaadiyan jo hamein mili hui hain, tabhi hum unse faida utha payenge.</w:t>
      </w:r>
    </w:p>
    <w:p>
      <w:pPr>
        <w:jc w:val="right"/>
      </w:pPr>
      <w:r>
        <w:t>سبہمسےپریشانرہیںگے۔توگھرمیںبھی پیسفلطریقےسےرہناہے، اور باہربھی پیسفلطریقےسےرہناہے۔تبھیہمیں تمام جو آ سانیاںاورتمام جو آز ادیاں جوہمیںملی ہوئیہیں،تبھیہمانسےفائدہاٹھاپائیںگے۔</w:t>
      </w:r>
    </w:p>
    <w:p>
      <w:r>
        <w:rPr>
          <w:b/>
        </w:rPr>
        <w:t xml:space="preserve">[1:13:28] </w:t>
      </w:r>
      <w:r>
        <w:t>aakhir mein ek comment padhna chahunga, aur ispar aap kitaab ke bare mein pooch rahe hain. to sawal hai kitaab ka Maulana sahib ki, woh bhi mein poochna chahunga.</w:t>
      </w:r>
    </w:p>
    <w:p>
      <w:pPr>
        <w:jc w:val="right"/>
      </w:pPr>
      <w:r>
        <w:t>آخریمیںایککمنٹپڑھناچاہوںگا،اور اسپر آپ کتاب کےبارےمیںپوچھرہےہیں۔ تو سوالہےکتاب کامول اناصاحبکی،وہبھیمیںپوچھناچاہوںگا۔</w:t>
      </w:r>
    </w:p>
    <w:p>
      <w:r>
        <w:rPr>
          <w:b/>
        </w:rPr>
        <w:t xml:space="preserve">[1:13:38] </w:t>
      </w:r>
      <w:r>
        <w:t>yeh comment hai Tariq Badar sahib ka Lahore Pakistan se: "Art of Thinking: The Secret to Understanding Anything Including Islam.</w:t>
      </w:r>
    </w:p>
    <w:p>
      <w:pPr>
        <w:jc w:val="right"/>
      </w:pPr>
      <w:r>
        <w:t>یہ کمنٹہے طارقبدرصاحبکالاہور پاکستانسے: "ارٹآفتھنکنگ: دسازدا کی ٹوانڈرسٹینڈ اینیتھنگ انکلوڈنگاسلام ۔</w:t>
      </w:r>
    </w:p>
    <w:p>
      <w:r>
        <w:rPr>
          <w:b/>
        </w:rPr>
        <w:t xml:space="preserve">[1:13:49] </w:t>
      </w:r>
      <w:r>
        <w:t>In my personal experience, the something which changed my life when I was Maulana sahib lectures in 2015.</w:t>
      </w:r>
    </w:p>
    <w:p>
      <w:pPr>
        <w:jc w:val="right"/>
      </w:pPr>
      <w:r>
        <w:t>انمائیپرسنلایکسپیرینس،دسونتھنگ وچ چینجڈ مائیلائف وینآئیواز ڈمول اناصاحبلیکچرز ان 2 0 15 ۔</w:t>
      </w:r>
    </w:p>
    <w:p>
      <w:r>
        <w:rPr>
          <w:b/>
        </w:rPr>
        <w:t xml:space="preserve">[1:13:59] </w:t>
      </w:r>
      <w:r>
        <w:t>Today Dr. Farida explained it very well and refreshed my learning. Which Maulana sahib recommend to develop this art</w:t>
      </w:r>
    </w:p>
    <w:p>
      <w:pPr>
        <w:jc w:val="right"/>
      </w:pPr>
      <w:r>
        <w:t>ٹوڈےڈاکٹر فریدہ ایکسپلینڈاٹویریویلاینڈریفریش مائیلرننگ۔ وچمول اناصاحببکسیوریکمنڈٹوڈیولپ دسآرٹ</w:t>
      </w:r>
    </w:p>
    <w:p>
      <w:r>
        <w:rPr>
          <w:b/>
        </w:rPr>
        <w:t xml:space="preserve">[1:14:08] </w:t>
      </w:r>
      <w:r>
        <w:t>? Jazak Allah." Yeh kitaab hai Maulana sahib ki "Masail-e-Ijtihad". Ismein poora chapter hai "Fan-e-Tafkir" ke naam se.</w:t>
      </w:r>
    </w:p>
    <w:p>
      <w:pPr>
        <w:jc w:val="right"/>
      </w:pPr>
      <w:r>
        <w:t>؟ جز اک اللہ ۔ "یہ کتاب ہےمول اناصاحبکی "مسائل اجتہاد"۔ اسمیں پورا چیپٹرہے "فن تفکیر"کےنامسے۔</w:t>
      </w:r>
    </w:p>
    <w:p>
      <w:r>
        <w:rPr>
          <w:b/>
        </w:rPr>
        <w:t xml:space="preserve">[1:14:20] </w:t>
      </w:r>
      <w:r>
        <w:t>bohat hi zyada mufeed hai, isko aap log padhein aur isse faida uthayein. to isi par hum aaj ka session khatam karte hain.</w:t>
      </w:r>
    </w:p>
    <w:p>
      <w:pPr>
        <w:jc w:val="right"/>
      </w:pPr>
      <w:r>
        <w:t>بہتہیزیادہ مفیدہے،اسکوآپلوگ پڑھیںاوراسسےفائدہاٹھائیں۔ تو اسیپر ہمآجکا سیشن ختمکرتے ہیں۔</w:t>
      </w:r>
    </w:p>
    <w:p>
      <w:r>
        <w:rPr>
          <w:b/>
        </w:rPr>
        <w:t xml:space="preserve">[1:14:29] </w:t>
      </w:r>
      <w:r>
        <w:t>Inshallah next week milenge. Jazak Allah khaira.</w:t>
      </w:r>
    </w:p>
    <w:p>
      <w:pPr>
        <w:jc w:val="right"/>
      </w:pPr>
      <w:r>
        <w:t>انشاءاللہنیکسٹویکملیںگے۔ جز اکاللہ خیرا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